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562" w:type="dxa"/>
        <w:tblInd w:w="108" w:type="dxa"/>
        <w:tblLook w:val="01E0" w:firstRow="1" w:lastRow="1" w:firstColumn="1" w:lastColumn="1" w:noHBand="0" w:noVBand="0"/>
      </w:tblPr>
      <w:tblGrid>
        <w:gridCol w:w="5752"/>
        <w:gridCol w:w="8810"/>
      </w:tblGrid>
      <w:tr w:rsidR="00C80FEA" w:rsidRPr="00F02C31" w:rsidTr="009E714A">
        <w:trPr>
          <w:trHeight w:val="438"/>
        </w:trPr>
        <w:tc>
          <w:tcPr>
            <w:tcW w:w="5752" w:type="dxa"/>
          </w:tcPr>
          <w:p w:rsidR="00C80FEA" w:rsidRPr="00CA2D4D" w:rsidRDefault="00C80FEA" w:rsidP="009E714A">
            <w:pPr>
              <w:pStyle w:val="Heading2"/>
              <w:spacing w:before="0" w:line="264" w:lineRule="auto"/>
              <w:rPr>
                <w:rFonts w:ascii="Times New Roman" w:hAnsi="Times New Roman"/>
                <w:b w:val="0"/>
                <w:bCs w:val="0"/>
                <w:color w:val="000000"/>
                <w:sz w:val="28"/>
                <w:szCs w:val="28"/>
              </w:rPr>
            </w:pPr>
            <w:r w:rsidRPr="00CA2D4D">
              <w:rPr>
                <w:rFonts w:ascii="Times New Roman" w:hAnsi="Times New Roman"/>
                <w:color w:val="000000"/>
                <w:sz w:val="28"/>
                <w:szCs w:val="28"/>
              </w:rPr>
              <w:t>BỘ KHOA HỌC VÀ CÔNG NGHỆ</w:t>
            </w:r>
          </w:p>
          <w:p w:rsidR="00C80FEA" w:rsidRPr="00F02C31" w:rsidRDefault="00C80FEA" w:rsidP="009E714A">
            <w:pPr>
              <w:spacing w:after="0"/>
              <w:jc w:val="center"/>
              <w:rPr>
                <w:color w:val="000000"/>
              </w:rPr>
            </w:pPr>
            <w:r w:rsidRPr="00F02C31">
              <w:rPr>
                <w:noProof/>
                <w:color w:val="000000"/>
              </w:rPr>
              <mc:AlternateContent>
                <mc:Choice Requires="wps">
                  <w:drawing>
                    <wp:anchor distT="0" distB="0" distL="114300" distR="114300" simplePos="0" relativeHeight="251658752" behindDoc="0" locked="0" layoutInCell="1" allowOverlap="1" wp14:anchorId="251F9E99" wp14:editId="49140C61">
                      <wp:simplePos x="0" y="0"/>
                      <wp:positionH relativeFrom="column">
                        <wp:posOffset>563245</wp:posOffset>
                      </wp:positionH>
                      <wp:positionV relativeFrom="paragraph">
                        <wp:posOffset>22918</wp:posOffset>
                      </wp:positionV>
                      <wp:extent cx="865505" cy="0"/>
                      <wp:effectExtent l="7620" t="8890" r="12700" b="10160"/>
                      <wp:wrapNone/>
                      <wp:docPr id="93294559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5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5022F" id="Straight Connector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5pt,1.8pt" to="11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"/>
                  </w:pict>
                </mc:Fallback>
              </mc:AlternateContent>
            </w:r>
          </w:p>
          <w:p w:rsidR="00C80FEA" w:rsidRPr="00F02C31" w:rsidRDefault="00C80FEA" w:rsidP="009E714A">
            <w:pPr>
              <w:spacing w:after="0" w:line="264" w:lineRule="auto"/>
              <w:ind w:left="7" w:right="-108"/>
              <w:jc w:val="center"/>
              <w:rPr>
                <w:color w:val="000000"/>
                <w:szCs w:val="26"/>
              </w:rPr>
            </w:pPr>
          </w:p>
          <w:p w:rsidR="00C80FEA" w:rsidRPr="00F02C31" w:rsidRDefault="00901086" w:rsidP="009E714A">
            <w:pPr>
              <w:spacing w:after="0" w:line="264" w:lineRule="auto"/>
              <w:ind w:left="7" w:right="-108"/>
              <w:jc w:val="center"/>
              <w:rPr>
                <w:color w:val="000000"/>
              </w:rPr>
            </w:pPr>
            <w:r>
              <w:rPr>
                <w:noProof/>
                <w:color w:val="000000"/>
              </w:rPr>
              <mc:AlternateContent>
                <mc:Choice Requires="wps">
                  <w:drawing>
                    <wp:anchor distT="0" distB="0" distL="114300" distR="114300" simplePos="0" relativeHeight="251659776" behindDoc="0" locked="0" layoutInCell="1" allowOverlap="1" wp14:anchorId="39CCB919" wp14:editId="7DE5D8EF">
                      <wp:simplePos x="0" y="0"/>
                      <wp:positionH relativeFrom="column">
                        <wp:posOffset>281940</wp:posOffset>
                      </wp:positionH>
                      <wp:positionV relativeFrom="paragraph">
                        <wp:posOffset>15875</wp:posOffset>
                      </wp:positionV>
                      <wp:extent cx="982980" cy="358140"/>
                      <wp:effectExtent l="0" t="0" r="26670" b="22860"/>
                      <wp:wrapNone/>
                      <wp:docPr id="1" name="Rectangle 1"/>
                      <wp:cNvGraphicFramePr/>
                      <a:graphic xmlns:a="http://schemas.openxmlformats.org/drawingml/2006/main">
                        <a:graphicData uri="http://schemas.microsoft.com/office/word/2010/wordprocessingShape">
                          <wps:wsp>
                            <wps:cNvSpPr/>
                            <wps:spPr>
                              <a:xfrm>
                                <a:off x="0" y="0"/>
                                <a:ext cx="982980" cy="35814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901086" w:rsidRPr="00901086" w:rsidRDefault="00901086" w:rsidP="00901086">
                                  <w:pPr>
                                    <w:jc w:val="center"/>
                                    <w:rPr>
                                      <w:b/>
                                      <w:sz w:val="28"/>
                                      <w:szCs w:val="28"/>
                                      <w:u w:val="single"/>
                                    </w:rPr>
                                  </w:pPr>
                                  <w:r w:rsidRPr="00901086">
                                    <w:rPr>
                                      <w:b/>
                                      <w:sz w:val="28"/>
                                      <w:szCs w:val="28"/>
                                      <w:u w:val="single"/>
                                    </w:rPr>
                                    <w:t>Dự thảo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CB919" id="Rectangle 1" o:spid="_x0000_s1026" style="position:absolute;left:0;text-align:left;margin-left:22.2pt;margin-top:1.25pt;width:77.4pt;height:28.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" fillcolor="white [3201]" strokecolor="black [3200]" strokeweight=".5pt">
                      <v:textbox>
                        <w:txbxContent>
                          <w:p w:rsidR="00901086" w:rsidRPr="00901086" w:rsidRDefault="00901086" w:rsidP="00901086">
                            <w:pPr>
                              <w:jc w:val="center"/>
                              <w:rPr>
                                <w:b/>
                                <w:sz w:val="28"/>
                                <w:szCs w:val="28"/>
                                <w:u w:val="single"/>
                              </w:rPr>
                            </w:pPr>
                            <w:r w:rsidRPr="00901086">
                              <w:rPr>
                                <w:b/>
                                <w:sz w:val="28"/>
                                <w:szCs w:val="28"/>
                                <w:u w:val="single"/>
                              </w:rPr>
                              <w:t>Dự thảo 1</w:t>
                            </w:r>
                          </w:p>
                        </w:txbxContent>
                      </v:textbox>
                    </v:rect>
                  </w:pict>
                </mc:Fallback>
              </mc:AlternateContent>
            </w:r>
          </w:p>
        </w:tc>
        <w:tc>
          <w:tcPr>
            <w:tcW w:w="8810" w:type="dxa"/>
          </w:tcPr>
          <w:p w:rsidR="00C80FEA" w:rsidRPr="00F02C31" w:rsidRDefault="00C80FEA" w:rsidP="009E714A">
            <w:pPr>
              <w:spacing w:after="0" w:line="264" w:lineRule="auto"/>
              <w:jc w:val="center"/>
              <w:rPr>
                <w:b/>
                <w:bCs/>
                <w:color w:val="000000"/>
              </w:rPr>
            </w:pPr>
            <w:r w:rsidRPr="00F02C31">
              <w:rPr>
                <w:b/>
                <w:bCs/>
                <w:color w:val="000000"/>
                <w:sz w:val="24"/>
              </w:rPr>
              <w:t>CỘNG HÒA XÃ HỘI CHỦ NGHĨA VIỆT NAM</w:t>
            </w:r>
          </w:p>
          <w:p w:rsidR="00C80FEA" w:rsidRPr="00C80FEA" w:rsidRDefault="00C80FEA" w:rsidP="009E714A">
            <w:pPr>
              <w:spacing w:after="0" w:line="264" w:lineRule="auto"/>
              <w:jc w:val="center"/>
              <w:rPr>
                <w:b/>
                <w:bCs/>
                <w:color w:val="000000"/>
                <w:sz w:val="28"/>
                <w:szCs w:val="28"/>
              </w:rPr>
            </w:pPr>
            <w:r w:rsidRPr="00C80FEA">
              <w:rPr>
                <w:b/>
                <w:bCs/>
                <w:color w:val="000000"/>
                <w:sz w:val="28"/>
                <w:szCs w:val="28"/>
              </w:rPr>
              <w:t>Độc lập - Tự do - Hạnh phúc</w:t>
            </w:r>
          </w:p>
          <w:p w:rsidR="00C80FEA" w:rsidRPr="00C80FEA" w:rsidRDefault="00C80FEA" w:rsidP="00D02D08">
            <w:pPr>
              <w:pStyle w:val="Heading1"/>
              <w:spacing w:before="120" w:line="264" w:lineRule="auto"/>
              <w:jc w:val="center"/>
              <w:rPr>
                <w:rFonts w:ascii="Times New Roman" w:hAnsi="Times New Roman"/>
                <w:b w:val="0"/>
                <w:i/>
                <w:color w:val="000000"/>
              </w:rPr>
            </w:pPr>
            <w:r w:rsidRPr="00C80FEA">
              <w:rPr>
                <w:rFonts w:ascii="Times New Roman" w:hAnsi="Times New Roman"/>
                <w:b w:val="0"/>
                <w:i/>
                <w:noProof/>
                <w:color w:val="000000"/>
              </w:rPr>
              <mc:AlternateContent>
                <mc:Choice Requires="wps">
                  <w:drawing>
                    <wp:anchor distT="0" distB="0" distL="114300" distR="114300" simplePos="0" relativeHeight="251657728" behindDoc="0" locked="0" layoutInCell="1" allowOverlap="1" wp14:anchorId="212BB2F1" wp14:editId="247C88E4">
                      <wp:simplePos x="0" y="0"/>
                      <wp:positionH relativeFrom="column">
                        <wp:posOffset>1647190</wp:posOffset>
                      </wp:positionH>
                      <wp:positionV relativeFrom="paragraph">
                        <wp:posOffset>28575</wp:posOffset>
                      </wp:positionV>
                      <wp:extent cx="1974850" cy="0"/>
                      <wp:effectExtent l="13970" t="6350" r="11430" b="12700"/>
                      <wp:wrapNone/>
                      <wp:docPr id="72830167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4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D31B7" id="Straight Connector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7pt,2.25pt" to="285.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"/>
                  </w:pict>
                </mc:Fallback>
              </mc:AlternateContent>
            </w:r>
            <w:r w:rsidRPr="00C80FEA">
              <w:rPr>
                <w:rFonts w:ascii="Times New Roman" w:hAnsi="Times New Roman"/>
                <w:b w:val="0"/>
                <w:i/>
                <w:color w:val="000000"/>
              </w:rPr>
              <w:t>Hà Nộ</w:t>
            </w:r>
            <w:r w:rsidR="00D02D08">
              <w:rPr>
                <w:rFonts w:ascii="Times New Roman" w:hAnsi="Times New Roman"/>
                <w:b w:val="0"/>
                <w:i/>
                <w:color w:val="000000"/>
              </w:rPr>
              <w:t>i, ngày  21</w:t>
            </w:r>
            <w:r w:rsidRPr="00C80FEA">
              <w:rPr>
                <w:rFonts w:ascii="Times New Roman" w:hAnsi="Times New Roman"/>
                <w:b w:val="0"/>
                <w:i/>
                <w:color w:val="000000"/>
              </w:rPr>
              <w:t xml:space="preserve">  tháng  </w:t>
            </w:r>
            <w:r w:rsidR="00D02D08">
              <w:rPr>
                <w:rFonts w:ascii="Times New Roman" w:hAnsi="Times New Roman"/>
                <w:b w:val="0"/>
                <w:i/>
                <w:color w:val="000000"/>
              </w:rPr>
              <w:t>9</w:t>
            </w:r>
            <w:r w:rsidRPr="00C80FEA">
              <w:rPr>
                <w:rFonts w:ascii="Times New Roman" w:hAnsi="Times New Roman"/>
                <w:b w:val="0"/>
                <w:i/>
                <w:color w:val="000000"/>
              </w:rPr>
              <w:t xml:space="preserve">  năm 2026</w:t>
            </w:r>
          </w:p>
        </w:tc>
      </w:tr>
    </w:tbl>
    <w:p w:rsidR="00C80FEA" w:rsidRDefault="00C80FEA" w:rsidP="00C80FEA">
      <w:pPr>
        <w:spacing w:after="0"/>
        <w:jc w:val="center"/>
        <w:rPr>
          <w:b/>
          <w:sz w:val="28"/>
        </w:rPr>
      </w:pPr>
    </w:p>
    <w:p w:rsidR="005B442E" w:rsidRPr="004E6576" w:rsidRDefault="00E85F05" w:rsidP="00C80FEA">
      <w:pPr>
        <w:spacing w:after="0"/>
        <w:jc w:val="center"/>
        <w:rPr>
          <w:sz w:val="28"/>
          <w:szCs w:val="28"/>
        </w:rPr>
      </w:pPr>
      <w:r w:rsidRPr="004E6576">
        <w:rPr>
          <w:b/>
          <w:sz w:val="28"/>
          <w:szCs w:val="28"/>
        </w:rPr>
        <w:t>BẢN THUYẾT MINH</w:t>
      </w:r>
    </w:p>
    <w:p w:rsidR="005B442E" w:rsidRPr="004E6576" w:rsidRDefault="00E85F05" w:rsidP="00C80FEA">
      <w:pPr>
        <w:spacing w:after="240"/>
        <w:jc w:val="center"/>
        <w:rPr>
          <w:sz w:val="28"/>
          <w:szCs w:val="28"/>
        </w:rPr>
      </w:pPr>
      <w:r w:rsidRPr="004E6576">
        <w:rPr>
          <w:b/>
          <w:sz w:val="28"/>
          <w:szCs w:val="28"/>
        </w:rPr>
        <w:t>Dự thảo Nghị định quy định về quản lý chất lượng thép</w:t>
      </w:r>
    </w:p>
    <w:tbl>
      <w:tblPr>
        <w:tblStyle w:val="TableGrid"/>
        <w:tblW w:w="15003" w:type="dxa"/>
        <w:jc w:val="center"/>
        <w:tblLayout w:type="fixed"/>
        <w:tblLook w:val="04A0" w:firstRow="1" w:lastRow="0" w:firstColumn="1" w:lastColumn="0" w:noHBand="0" w:noVBand="1"/>
      </w:tblPr>
      <w:tblGrid>
        <w:gridCol w:w="2607"/>
        <w:gridCol w:w="6636"/>
        <w:gridCol w:w="5760"/>
      </w:tblGrid>
      <w:tr w:rsidR="005B442E" w:rsidTr="000A0428">
        <w:trPr>
          <w:tblHeader/>
          <w:jc w:val="center"/>
        </w:trPr>
        <w:tc>
          <w:tcPr>
            <w:tcW w:w="2607" w:type="dxa"/>
          </w:tcPr>
          <w:p w:rsidR="005B442E" w:rsidRPr="000F36C2" w:rsidRDefault="00E85F05" w:rsidP="000F36C2">
            <w:pPr>
              <w:spacing w:before="60" w:after="60"/>
              <w:jc w:val="center"/>
              <w:rPr>
                <w:sz w:val="26"/>
                <w:szCs w:val="26"/>
              </w:rPr>
            </w:pPr>
            <w:r w:rsidRPr="000F36C2">
              <w:rPr>
                <w:b/>
                <w:sz w:val="26"/>
                <w:szCs w:val="26"/>
              </w:rPr>
              <w:t>QUY PHẠM LUẬT</w:t>
            </w:r>
            <w:r w:rsidRPr="000F36C2">
              <w:rPr>
                <w:b/>
                <w:sz w:val="26"/>
                <w:szCs w:val="26"/>
              </w:rPr>
              <w:br/>
              <w:t>HIỆN HÀNH</w:t>
            </w:r>
          </w:p>
        </w:tc>
        <w:tc>
          <w:tcPr>
            <w:tcW w:w="6636" w:type="dxa"/>
          </w:tcPr>
          <w:p w:rsidR="005B442E" w:rsidRPr="000F36C2" w:rsidRDefault="00E85F05" w:rsidP="000F36C2">
            <w:pPr>
              <w:spacing w:before="60" w:after="60"/>
              <w:jc w:val="center"/>
              <w:rPr>
                <w:sz w:val="26"/>
                <w:szCs w:val="26"/>
              </w:rPr>
            </w:pPr>
            <w:r w:rsidRPr="000F36C2">
              <w:rPr>
                <w:b/>
                <w:sz w:val="26"/>
                <w:szCs w:val="26"/>
              </w:rPr>
              <w:t>DỰ THẢO VĂN BẢN</w:t>
            </w:r>
          </w:p>
        </w:tc>
        <w:tc>
          <w:tcPr>
            <w:tcW w:w="5760" w:type="dxa"/>
          </w:tcPr>
          <w:p w:rsidR="005B442E" w:rsidRPr="000F36C2" w:rsidRDefault="00E85F05" w:rsidP="000F36C2">
            <w:pPr>
              <w:spacing w:before="60" w:after="60"/>
              <w:jc w:val="center"/>
              <w:rPr>
                <w:sz w:val="26"/>
                <w:szCs w:val="26"/>
              </w:rPr>
            </w:pPr>
            <w:r w:rsidRPr="000F36C2">
              <w:rPr>
                <w:b/>
                <w:sz w:val="26"/>
                <w:szCs w:val="26"/>
              </w:rPr>
              <w:t>THUYẾT MINH</w:t>
            </w:r>
          </w:p>
        </w:tc>
      </w:tr>
      <w:tr w:rsidR="00FA05EF" w:rsidRPr="00FA05EF" w:rsidTr="00FA05EF">
        <w:trPr>
          <w:jc w:val="center"/>
        </w:trPr>
        <w:tc>
          <w:tcPr>
            <w:tcW w:w="2607" w:type="dxa"/>
            <w:vAlign w:val="center"/>
          </w:tcPr>
          <w:p w:rsidR="00FA05EF" w:rsidRPr="000F36C2" w:rsidRDefault="00FA05EF" w:rsidP="002F6785">
            <w:pPr>
              <w:spacing w:before="60" w:after="60"/>
              <w:jc w:val="center"/>
              <w:rPr>
                <w:sz w:val="26"/>
                <w:szCs w:val="26"/>
              </w:rPr>
            </w:pPr>
            <w:r w:rsidRPr="000F36C2">
              <w:rPr>
                <w:sz w:val="26"/>
                <w:szCs w:val="26"/>
              </w:rPr>
              <w:t>(1)</w:t>
            </w:r>
          </w:p>
        </w:tc>
        <w:tc>
          <w:tcPr>
            <w:tcW w:w="6636" w:type="dxa"/>
            <w:vAlign w:val="center"/>
          </w:tcPr>
          <w:p w:rsidR="00FA05EF" w:rsidRPr="000F36C2" w:rsidRDefault="00FA05EF" w:rsidP="002F6785">
            <w:pPr>
              <w:widowControl w:val="0"/>
              <w:spacing w:before="60" w:after="60"/>
              <w:jc w:val="center"/>
              <w:rPr>
                <w:sz w:val="26"/>
                <w:szCs w:val="26"/>
              </w:rPr>
            </w:pPr>
            <w:r w:rsidRPr="000F36C2">
              <w:rPr>
                <w:sz w:val="26"/>
                <w:szCs w:val="26"/>
              </w:rPr>
              <w:t>(2)</w:t>
            </w:r>
          </w:p>
        </w:tc>
        <w:tc>
          <w:tcPr>
            <w:tcW w:w="5760" w:type="dxa"/>
            <w:vAlign w:val="center"/>
          </w:tcPr>
          <w:p w:rsidR="00FA05EF" w:rsidRPr="000F36C2" w:rsidRDefault="00FA05EF" w:rsidP="002F6785">
            <w:pPr>
              <w:spacing w:before="60" w:after="60"/>
              <w:jc w:val="center"/>
              <w:rPr>
                <w:sz w:val="26"/>
                <w:szCs w:val="26"/>
              </w:rPr>
            </w:pPr>
            <w:r w:rsidRPr="000F36C2">
              <w:rPr>
                <w:sz w:val="26"/>
                <w:szCs w:val="26"/>
              </w:rPr>
              <w:t>(3)</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t>Điều 1. Ph</w:t>
            </w:r>
            <w:r w:rsidRPr="002F6785">
              <w:rPr>
                <w:b/>
                <w:sz w:val="26"/>
                <w:szCs w:val="26"/>
              </w:rPr>
              <w:t>ạm vi điều chỉnh</w:t>
            </w:r>
          </w:p>
        </w:tc>
        <w:tc>
          <w:tcPr>
            <w:tcW w:w="6636" w:type="dxa"/>
          </w:tcPr>
          <w:p w:rsidR="00B70340" w:rsidRPr="002F6785" w:rsidRDefault="00B70340" w:rsidP="002F6785">
            <w:pPr>
              <w:widowControl w:val="0"/>
              <w:spacing w:before="60" w:after="60"/>
              <w:jc w:val="both"/>
              <w:rPr>
                <w:rFonts w:cs="Times New Roman"/>
                <w:sz w:val="26"/>
                <w:szCs w:val="26"/>
              </w:rPr>
            </w:pPr>
            <w:r w:rsidRPr="002F6785">
              <w:rPr>
                <w:sz w:val="26"/>
                <w:szCs w:val="26"/>
              </w:rPr>
              <w:t>1. Nghị định này quy định các yêu cầu quản lý chất lượng đặc thù đối với sản phẩm, hàng hóa thép trong sản xuất, nhập khẩu và lưu thông trên thị trường; kiểm tra chất lượng thép tại nguồn; trách nhiệm của cơ quan, tổ chức, cá nhân có liên quan.</w:t>
            </w:r>
          </w:p>
          <w:p w:rsidR="00B70340" w:rsidRPr="002F6785" w:rsidRDefault="00B70340" w:rsidP="002F6785">
            <w:pPr>
              <w:widowControl w:val="0"/>
              <w:spacing w:before="60" w:after="60"/>
              <w:jc w:val="both"/>
              <w:rPr>
                <w:bCs/>
                <w:sz w:val="26"/>
                <w:szCs w:val="26"/>
              </w:rPr>
            </w:pPr>
            <w:r w:rsidRPr="002F6785">
              <w:rPr>
                <w:rFonts w:cs="Times New Roman"/>
                <w:sz w:val="26"/>
                <w:szCs w:val="26"/>
              </w:rPr>
              <w:t>2. Các nội dung về phân loại sản phẩm, hàng hóa theo mức độ rủi ro; công bố tiêu chuẩn áp dụng; đánh giá sự phù hợp; công bố hợp chuẩn, công bố hợp quy; đăng ký, chỉ định, thừa nhận tổ chức đánh giá sự phù hợp; kiểm tra nhà nước về chất lượng; miễn, giảm, tăng cường kiểm tra; ghi nhãn; cảnh báo, thu hồi và xử lý sản phẩm, hàng hóa không phù hợp được thực hiện theo pháp luật về tiêu chuẩn và quy chuẩn kỹ thuật, pháp luật về chất lượng sản phẩm, hàng hóa và pháp luật có liên quan, trừ trường hợp Nghị định này có quy định đặc thù.</w:t>
            </w:r>
          </w:p>
          <w:p w:rsidR="005B442E" w:rsidRPr="002F6785" w:rsidRDefault="005B442E" w:rsidP="002F6785">
            <w:pPr>
              <w:spacing w:before="60" w:after="60"/>
              <w:jc w:val="both"/>
              <w:rPr>
                <w:sz w:val="26"/>
                <w:szCs w:val="26"/>
              </w:rPr>
            </w:pPr>
          </w:p>
        </w:tc>
        <w:tc>
          <w:tcPr>
            <w:tcW w:w="5760" w:type="dxa"/>
          </w:tcPr>
          <w:p w:rsidR="000F36C2" w:rsidRPr="000F36C2" w:rsidRDefault="00AC53F4" w:rsidP="002F6785">
            <w:pPr>
              <w:spacing w:before="60" w:after="60"/>
              <w:jc w:val="both"/>
              <w:rPr>
                <w:sz w:val="26"/>
                <w:szCs w:val="26"/>
              </w:rPr>
            </w:pPr>
            <w:r w:rsidRPr="002F6785">
              <w:rPr>
                <w:sz w:val="26"/>
                <w:szCs w:val="26"/>
              </w:rPr>
              <w:t>Quy đ</w:t>
            </w:r>
            <w:r w:rsidRPr="002F6785">
              <w:rPr>
                <w:sz w:val="26"/>
                <w:szCs w:val="26"/>
              </w:rPr>
              <w:t>ị</w:t>
            </w:r>
            <w:r w:rsidRPr="002F6785">
              <w:rPr>
                <w:sz w:val="26"/>
                <w:szCs w:val="26"/>
              </w:rPr>
              <w:t>nh này xác đ</w:t>
            </w:r>
            <w:r w:rsidRPr="002F6785">
              <w:rPr>
                <w:sz w:val="26"/>
                <w:szCs w:val="26"/>
              </w:rPr>
              <w:t>ị</w:t>
            </w:r>
            <w:r w:rsidRPr="002F6785">
              <w:rPr>
                <w:sz w:val="26"/>
                <w:szCs w:val="26"/>
              </w:rPr>
              <w:t>nh ph</w:t>
            </w:r>
            <w:r w:rsidRPr="002F6785">
              <w:rPr>
                <w:sz w:val="26"/>
                <w:szCs w:val="26"/>
              </w:rPr>
              <w:t>ạ</w:t>
            </w:r>
            <w:r w:rsidRPr="002F6785">
              <w:rPr>
                <w:sz w:val="26"/>
                <w:szCs w:val="26"/>
              </w:rPr>
              <w:t>m vi c</w:t>
            </w:r>
            <w:r w:rsidRPr="002F6785">
              <w:rPr>
                <w:sz w:val="26"/>
                <w:szCs w:val="26"/>
              </w:rPr>
              <w:t>ủ</w:t>
            </w:r>
            <w:r w:rsidRPr="002F6785">
              <w:rPr>
                <w:sz w:val="26"/>
                <w:szCs w:val="26"/>
              </w:rPr>
              <w:t>a Ngh</w:t>
            </w:r>
            <w:r w:rsidRPr="002F6785">
              <w:rPr>
                <w:sz w:val="26"/>
                <w:szCs w:val="26"/>
              </w:rPr>
              <w:t>ị</w:t>
            </w:r>
            <w:r w:rsidRPr="002F6785">
              <w:rPr>
                <w:sz w:val="26"/>
                <w:szCs w:val="26"/>
              </w:rPr>
              <w:t xml:space="preserve"> đ</w:t>
            </w:r>
            <w:r w:rsidRPr="002F6785">
              <w:rPr>
                <w:sz w:val="26"/>
                <w:szCs w:val="26"/>
              </w:rPr>
              <w:t>ị</w:t>
            </w:r>
            <w:r w:rsidRPr="002F6785">
              <w:rPr>
                <w:sz w:val="26"/>
                <w:szCs w:val="26"/>
              </w:rPr>
              <w:t>nh t</w:t>
            </w:r>
            <w:r w:rsidRPr="002F6785">
              <w:rPr>
                <w:sz w:val="26"/>
                <w:szCs w:val="26"/>
              </w:rPr>
              <w:t>ậ</w:t>
            </w:r>
            <w:r w:rsidRPr="002F6785">
              <w:rPr>
                <w:sz w:val="26"/>
                <w:szCs w:val="26"/>
              </w:rPr>
              <w:t>p trung vào các yêu c</w:t>
            </w:r>
            <w:r w:rsidRPr="002F6785">
              <w:rPr>
                <w:sz w:val="26"/>
                <w:szCs w:val="26"/>
              </w:rPr>
              <w:t>ầ</w:t>
            </w:r>
            <w:r w:rsidRPr="002F6785">
              <w:rPr>
                <w:sz w:val="26"/>
                <w:szCs w:val="26"/>
              </w:rPr>
              <w:t>u qu</w:t>
            </w:r>
            <w:r w:rsidRPr="002F6785">
              <w:rPr>
                <w:sz w:val="26"/>
                <w:szCs w:val="26"/>
              </w:rPr>
              <w:t>ả</w:t>
            </w:r>
            <w:r w:rsidRPr="002F6785">
              <w:rPr>
                <w:sz w:val="26"/>
                <w:szCs w:val="26"/>
              </w:rPr>
              <w:t xml:space="preserve">n lý </w:t>
            </w:r>
            <w:r w:rsidRPr="002F6785">
              <w:rPr>
                <w:sz w:val="26"/>
                <w:szCs w:val="26"/>
              </w:rPr>
              <w:t>ch</w:t>
            </w:r>
            <w:r w:rsidRPr="002F6785">
              <w:rPr>
                <w:sz w:val="26"/>
                <w:szCs w:val="26"/>
              </w:rPr>
              <w:t>ấ</w:t>
            </w:r>
            <w:r w:rsidRPr="002F6785">
              <w:rPr>
                <w:sz w:val="26"/>
                <w:szCs w:val="26"/>
              </w:rPr>
              <w:t>t lư</w:t>
            </w:r>
            <w:r w:rsidRPr="002F6785">
              <w:rPr>
                <w:sz w:val="26"/>
                <w:szCs w:val="26"/>
              </w:rPr>
              <w:t>ợ</w:t>
            </w:r>
            <w:r w:rsidRPr="002F6785">
              <w:rPr>
                <w:sz w:val="26"/>
                <w:szCs w:val="26"/>
              </w:rPr>
              <w:t>ng đ</w:t>
            </w:r>
            <w:r w:rsidRPr="002F6785">
              <w:rPr>
                <w:sz w:val="26"/>
                <w:szCs w:val="26"/>
              </w:rPr>
              <w:t>ặ</w:t>
            </w:r>
            <w:r w:rsidRPr="002F6785">
              <w:rPr>
                <w:sz w:val="26"/>
                <w:szCs w:val="26"/>
              </w:rPr>
              <w:t>c thù đ</w:t>
            </w:r>
            <w:r w:rsidRPr="002F6785">
              <w:rPr>
                <w:sz w:val="26"/>
                <w:szCs w:val="26"/>
              </w:rPr>
              <w:t>ố</w:t>
            </w:r>
            <w:r w:rsidRPr="002F6785">
              <w:rPr>
                <w:sz w:val="26"/>
                <w:szCs w:val="26"/>
              </w:rPr>
              <w:t>i v</w:t>
            </w:r>
            <w:r w:rsidRPr="002F6785">
              <w:rPr>
                <w:sz w:val="26"/>
                <w:szCs w:val="26"/>
              </w:rPr>
              <w:t>ớ</w:t>
            </w:r>
            <w:r w:rsidRPr="002F6785">
              <w:rPr>
                <w:sz w:val="26"/>
                <w:szCs w:val="26"/>
              </w:rPr>
              <w:t>i s</w:t>
            </w:r>
            <w:r w:rsidRPr="002F6785">
              <w:rPr>
                <w:sz w:val="26"/>
                <w:szCs w:val="26"/>
              </w:rPr>
              <w:t>ả</w:t>
            </w:r>
            <w:r w:rsidRPr="002F6785">
              <w:rPr>
                <w:sz w:val="26"/>
                <w:szCs w:val="26"/>
              </w:rPr>
              <w:t>n ph</w:t>
            </w:r>
            <w:r w:rsidRPr="002F6785">
              <w:rPr>
                <w:sz w:val="26"/>
                <w:szCs w:val="26"/>
              </w:rPr>
              <w:t>ẩ</w:t>
            </w:r>
            <w:r w:rsidRPr="002F6785">
              <w:rPr>
                <w:sz w:val="26"/>
                <w:szCs w:val="26"/>
              </w:rPr>
              <w:t>m, hàng hóa thép trong các khâu s</w:t>
            </w:r>
            <w:r w:rsidRPr="002F6785">
              <w:rPr>
                <w:sz w:val="26"/>
                <w:szCs w:val="26"/>
              </w:rPr>
              <w:t>ả</w:t>
            </w:r>
            <w:r w:rsidRPr="002F6785">
              <w:rPr>
                <w:sz w:val="26"/>
                <w:szCs w:val="26"/>
              </w:rPr>
              <w:t>n xu</w:t>
            </w:r>
            <w:r w:rsidRPr="002F6785">
              <w:rPr>
                <w:sz w:val="26"/>
                <w:szCs w:val="26"/>
              </w:rPr>
              <w:t>ấ</w:t>
            </w:r>
            <w:r w:rsidRPr="002F6785">
              <w:rPr>
                <w:sz w:val="26"/>
                <w:szCs w:val="26"/>
              </w:rPr>
              <w:t>t, nh</w:t>
            </w:r>
            <w:r w:rsidRPr="002F6785">
              <w:rPr>
                <w:sz w:val="26"/>
                <w:szCs w:val="26"/>
              </w:rPr>
              <w:t>ậ</w:t>
            </w:r>
            <w:r w:rsidRPr="002F6785">
              <w:rPr>
                <w:sz w:val="26"/>
                <w:szCs w:val="26"/>
              </w:rPr>
              <w:t>p kh</w:t>
            </w:r>
            <w:r w:rsidRPr="002F6785">
              <w:rPr>
                <w:sz w:val="26"/>
                <w:szCs w:val="26"/>
              </w:rPr>
              <w:t>ẩ</w:t>
            </w:r>
            <w:r w:rsidRPr="002F6785">
              <w:rPr>
                <w:sz w:val="26"/>
                <w:szCs w:val="26"/>
              </w:rPr>
              <w:t>u và lưu thông trên th</w:t>
            </w:r>
            <w:r w:rsidRPr="002F6785">
              <w:rPr>
                <w:sz w:val="26"/>
                <w:szCs w:val="26"/>
              </w:rPr>
              <w:t>ị</w:t>
            </w:r>
            <w:r w:rsidRPr="002F6785">
              <w:rPr>
                <w:sz w:val="26"/>
                <w:szCs w:val="26"/>
              </w:rPr>
              <w:t xml:space="preserve"> trư</w:t>
            </w:r>
            <w:r w:rsidRPr="002F6785">
              <w:rPr>
                <w:sz w:val="26"/>
                <w:szCs w:val="26"/>
              </w:rPr>
              <w:t>ờ</w:t>
            </w:r>
            <w:r w:rsidRPr="002F6785">
              <w:rPr>
                <w:sz w:val="26"/>
                <w:szCs w:val="26"/>
              </w:rPr>
              <w:t>ng; ki</w:t>
            </w:r>
            <w:r w:rsidRPr="002F6785">
              <w:rPr>
                <w:sz w:val="26"/>
                <w:szCs w:val="26"/>
              </w:rPr>
              <w:t>ể</w:t>
            </w:r>
            <w:r w:rsidRPr="002F6785">
              <w:rPr>
                <w:sz w:val="26"/>
                <w:szCs w:val="26"/>
              </w:rPr>
              <w:t>m tra ch</w:t>
            </w:r>
            <w:r w:rsidRPr="002F6785">
              <w:rPr>
                <w:sz w:val="26"/>
                <w:szCs w:val="26"/>
              </w:rPr>
              <w:t>ấ</w:t>
            </w:r>
            <w:r w:rsidRPr="002F6785">
              <w:rPr>
                <w:sz w:val="26"/>
                <w:szCs w:val="26"/>
              </w:rPr>
              <w:t>t lư</w:t>
            </w:r>
            <w:r w:rsidRPr="002F6785">
              <w:rPr>
                <w:sz w:val="26"/>
                <w:szCs w:val="26"/>
              </w:rPr>
              <w:t>ợ</w:t>
            </w:r>
            <w:r w:rsidRPr="002F6785">
              <w:rPr>
                <w:sz w:val="26"/>
                <w:szCs w:val="26"/>
              </w:rPr>
              <w:t>ng thép t</w:t>
            </w:r>
            <w:r w:rsidRPr="002F6785">
              <w:rPr>
                <w:sz w:val="26"/>
                <w:szCs w:val="26"/>
              </w:rPr>
              <w:t>ạ</w:t>
            </w:r>
            <w:r w:rsidRPr="002F6785">
              <w:rPr>
                <w:sz w:val="26"/>
                <w:szCs w:val="26"/>
              </w:rPr>
              <w:t>i ngu</w:t>
            </w:r>
            <w:r w:rsidRPr="002F6785">
              <w:rPr>
                <w:sz w:val="26"/>
                <w:szCs w:val="26"/>
              </w:rPr>
              <w:t>ồ</w:t>
            </w:r>
            <w:r w:rsidRPr="002F6785">
              <w:rPr>
                <w:sz w:val="26"/>
                <w:szCs w:val="26"/>
              </w:rPr>
              <w:t>n; và trách nhi</w:t>
            </w:r>
            <w:r w:rsidRPr="002F6785">
              <w:rPr>
                <w:sz w:val="26"/>
                <w:szCs w:val="26"/>
              </w:rPr>
              <w:t>ệ</w:t>
            </w:r>
            <w:r w:rsidRPr="002F6785">
              <w:rPr>
                <w:sz w:val="26"/>
                <w:szCs w:val="26"/>
              </w:rPr>
              <w:t>m c</w:t>
            </w:r>
            <w:r w:rsidRPr="002F6785">
              <w:rPr>
                <w:sz w:val="26"/>
                <w:szCs w:val="26"/>
              </w:rPr>
              <w:t>ủ</w:t>
            </w:r>
            <w:r w:rsidRPr="002F6785">
              <w:rPr>
                <w:sz w:val="26"/>
                <w:szCs w:val="26"/>
              </w:rPr>
              <w:t>a các ch</w:t>
            </w:r>
            <w:r w:rsidRPr="002F6785">
              <w:rPr>
                <w:sz w:val="26"/>
                <w:szCs w:val="26"/>
              </w:rPr>
              <w:t>ủ</w:t>
            </w:r>
            <w:r w:rsidRPr="002F6785">
              <w:rPr>
                <w:sz w:val="26"/>
                <w:szCs w:val="26"/>
              </w:rPr>
              <w:t xml:space="preserve"> th</w:t>
            </w:r>
            <w:r w:rsidRPr="002F6785">
              <w:rPr>
                <w:sz w:val="26"/>
                <w:szCs w:val="26"/>
              </w:rPr>
              <w:t>ể</w:t>
            </w:r>
            <w:r w:rsidRPr="002F6785">
              <w:rPr>
                <w:sz w:val="26"/>
                <w:szCs w:val="26"/>
              </w:rPr>
              <w:t xml:space="preserve"> có liên quan. Cách quy đ</w:t>
            </w:r>
            <w:r w:rsidRPr="002F6785">
              <w:rPr>
                <w:sz w:val="26"/>
                <w:szCs w:val="26"/>
              </w:rPr>
              <w:t>ị</w:t>
            </w:r>
            <w:r w:rsidRPr="002F6785">
              <w:rPr>
                <w:sz w:val="26"/>
                <w:szCs w:val="26"/>
              </w:rPr>
              <w:t>nh này b</w:t>
            </w:r>
            <w:r w:rsidRPr="002F6785">
              <w:rPr>
                <w:sz w:val="26"/>
                <w:szCs w:val="26"/>
              </w:rPr>
              <w:t>ả</w:t>
            </w:r>
            <w:r w:rsidRPr="002F6785">
              <w:rPr>
                <w:sz w:val="26"/>
                <w:szCs w:val="26"/>
              </w:rPr>
              <w:t>o đ</w:t>
            </w:r>
            <w:r w:rsidRPr="002F6785">
              <w:rPr>
                <w:sz w:val="26"/>
                <w:szCs w:val="26"/>
              </w:rPr>
              <w:t>ả</w:t>
            </w:r>
            <w:r w:rsidRPr="002F6785">
              <w:rPr>
                <w:sz w:val="26"/>
                <w:szCs w:val="26"/>
              </w:rPr>
              <w:t>m Ngh</w:t>
            </w:r>
            <w:r w:rsidRPr="002F6785">
              <w:rPr>
                <w:sz w:val="26"/>
                <w:szCs w:val="26"/>
              </w:rPr>
              <w:t>ị</w:t>
            </w:r>
            <w:r w:rsidRPr="002F6785">
              <w:rPr>
                <w:sz w:val="26"/>
                <w:szCs w:val="26"/>
              </w:rPr>
              <w:t xml:space="preserve"> đ</w:t>
            </w:r>
            <w:r w:rsidRPr="002F6785">
              <w:rPr>
                <w:sz w:val="26"/>
                <w:szCs w:val="26"/>
              </w:rPr>
              <w:t>ị</w:t>
            </w:r>
            <w:r w:rsidRPr="002F6785">
              <w:rPr>
                <w:sz w:val="26"/>
                <w:szCs w:val="26"/>
              </w:rPr>
              <w:t>nh ch</w:t>
            </w:r>
            <w:r w:rsidRPr="002F6785">
              <w:rPr>
                <w:sz w:val="26"/>
                <w:szCs w:val="26"/>
              </w:rPr>
              <w:t>ỉ</w:t>
            </w:r>
            <w:r w:rsidRPr="002F6785">
              <w:rPr>
                <w:sz w:val="26"/>
                <w:szCs w:val="26"/>
              </w:rPr>
              <w:t xml:space="preserve"> đi</w:t>
            </w:r>
            <w:r w:rsidRPr="002F6785">
              <w:rPr>
                <w:sz w:val="26"/>
                <w:szCs w:val="26"/>
              </w:rPr>
              <w:t>ề</w:t>
            </w:r>
            <w:r w:rsidRPr="002F6785">
              <w:rPr>
                <w:sz w:val="26"/>
                <w:szCs w:val="26"/>
              </w:rPr>
              <w:t>u ch</w:t>
            </w:r>
            <w:r w:rsidRPr="002F6785">
              <w:rPr>
                <w:sz w:val="26"/>
                <w:szCs w:val="26"/>
              </w:rPr>
              <w:t>ỉ</w:t>
            </w:r>
            <w:r w:rsidRPr="002F6785">
              <w:rPr>
                <w:sz w:val="26"/>
                <w:szCs w:val="26"/>
              </w:rPr>
              <w:t>nh nh</w:t>
            </w:r>
            <w:r w:rsidRPr="002F6785">
              <w:rPr>
                <w:sz w:val="26"/>
                <w:szCs w:val="26"/>
              </w:rPr>
              <w:t>ữ</w:t>
            </w:r>
            <w:r w:rsidRPr="002F6785">
              <w:rPr>
                <w:sz w:val="26"/>
                <w:szCs w:val="26"/>
              </w:rPr>
              <w:t>ng n</w:t>
            </w:r>
            <w:r w:rsidRPr="002F6785">
              <w:rPr>
                <w:sz w:val="26"/>
                <w:szCs w:val="26"/>
              </w:rPr>
              <w:t>ộ</w:t>
            </w:r>
            <w:r w:rsidRPr="002F6785">
              <w:rPr>
                <w:sz w:val="26"/>
                <w:szCs w:val="26"/>
              </w:rPr>
              <w:t>i dung c</w:t>
            </w:r>
            <w:r w:rsidRPr="002F6785">
              <w:rPr>
                <w:sz w:val="26"/>
                <w:szCs w:val="26"/>
              </w:rPr>
              <w:t>ầ</w:t>
            </w:r>
            <w:r w:rsidRPr="002F6785">
              <w:rPr>
                <w:sz w:val="26"/>
                <w:szCs w:val="26"/>
              </w:rPr>
              <w:t>n thi</w:t>
            </w:r>
            <w:r w:rsidRPr="002F6785">
              <w:rPr>
                <w:sz w:val="26"/>
                <w:szCs w:val="26"/>
              </w:rPr>
              <w:t>ế</w:t>
            </w:r>
            <w:r w:rsidRPr="002F6785">
              <w:rPr>
                <w:sz w:val="26"/>
                <w:szCs w:val="26"/>
              </w:rPr>
              <w:t>t, đ</w:t>
            </w:r>
            <w:r w:rsidRPr="002F6785">
              <w:rPr>
                <w:sz w:val="26"/>
                <w:szCs w:val="26"/>
              </w:rPr>
              <w:t>ặ</w:t>
            </w:r>
            <w:r w:rsidRPr="002F6785">
              <w:rPr>
                <w:sz w:val="26"/>
                <w:szCs w:val="26"/>
              </w:rPr>
              <w:t>c thù c</w:t>
            </w:r>
            <w:r w:rsidRPr="002F6785">
              <w:rPr>
                <w:sz w:val="26"/>
                <w:szCs w:val="26"/>
              </w:rPr>
              <w:t>ủ</w:t>
            </w:r>
            <w:r w:rsidRPr="002F6785">
              <w:rPr>
                <w:sz w:val="26"/>
                <w:szCs w:val="26"/>
              </w:rPr>
              <w:t>a s</w:t>
            </w:r>
            <w:r w:rsidRPr="002F6785">
              <w:rPr>
                <w:sz w:val="26"/>
                <w:szCs w:val="26"/>
              </w:rPr>
              <w:t>ả</w:t>
            </w:r>
            <w:r w:rsidRPr="002F6785">
              <w:rPr>
                <w:sz w:val="26"/>
                <w:szCs w:val="26"/>
              </w:rPr>
              <w:t>n ph</w:t>
            </w:r>
            <w:r w:rsidRPr="002F6785">
              <w:rPr>
                <w:sz w:val="26"/>
                <w:szCs w:val="26"/>
              </w:rPr>
              <w:t>ẩ</w:t>
            </w:r>
            <w:r w:rsidRPr="002F6785">
              <w:rPr>
                <w:sz w:val="26"/>
                <w:szCs w:val="26"/>
              </w:rPr>
              <w:t>m thép, không l</w:t>
            </w:r>
            <w:r w:rsidRPr="002F6785">
              <w:rPr>
                <w:sz w:val="26"/>
                <w:szCs w:val="26"/>
              </w:rPr>
              <w:t>ặ</w:t>
            </w:r>
            <w:r w:rsidRPr="002F6785">
              <w:rPr>
                <w:sz w:val="26"/>
                <w:szCs w:val="26"/>
              </w:rPr>
              <w:t>p l</w:t>
            </w:r>
            <w:r w:rsidRPr="002F6785">
              <w:rPr>
                <w:sz w:val="26"/>
                <w:szCs w:val="26"/>
              </w:rPr>
              <w:t>ạ</w:t>
            </w:r>
            <w:r w:rsidRPr="002F6785">
              <w:rPr>
                <w:sz w:val="26"/>
                <w:szCs w:val="26"/>
              </w:rPr>
              <w:t>i các cơ ch</w:t>
            </w:r>
            <w:r w:rsidRPr="002F6785">
              <w:rPr>
                <w:sz w:val="26"/>
                <w:szCs w:val="26"/>
              </w:rPr>
              <w:t>ế</w:t>
            </w:r>
            <w:r w:rsidRPr="002F6785">
              <w:rPr>
                <w:sz w:val="26"/>
                <w:szCs w:val="26"/>
              </w:rPr>
              <w:t xml:space="preserve"> qu</w:t>
            </w:r>
            <w:r w:rsidRPr="002F6785">
              <w:rPr>
                <w:sz w:val="26"/>
                <w:szCs w:val="26"/>
              </w:rPr>
              <w:t>ả</w:t>
            </w:r>
            <w:r w:rsidRPr="002F6785">
              <w:rPr>
                <w:sz w:val="26"/>
                <w:szCs w:val="26"/>
              </w:rPr>
              <w:t>n lý chung đã đư</w:t>
            </w:r>
            <w:r w:rsidRPr="002F6785">
              <w:rPr>
                <w:sz w:val="26"/>
                <w:szCs w:val="26"/>
              </w:rPr>
              <w:t>ợ</w:t>
            </w:r>
            <w:r w:rsidRPr="002F6785">
              <w:rPr>
                <w:sz w:val="26"/>
                <w:szCs w:val="26"/>
              </w:rPr>
              <w:t>c pháp lu</w:t>
            </w:r>
            <w:r w:rsidRPr="002F6785">
              <w:rPr>
                <w:sz w:val="26"/>
                <w:szCs w:val="26"/>
              </w:rPr>
              <w:t>ậ</w:t>
            </w:r>
            <w:r w:rsidRPr="002F6785">
              <w:rPr>
                <w:sz w:val="26"/>
                <w:szCs w:val="26"/>
              </w:rPr>
              <w:t>t v</w:t>
            </w:r>
            <w:r w:rsidRPr="002F6785">
              <w:rPr>
                <w:sz w:val="26"/>
                <w:szCs w:val="26"/>
              </w:rPr>
              <w:t>ề</w:t>
            </w:r>
            <w:r w:rsidRPr="002F6785">
              <w:rPr>
                <w:sz w:val="26"/>
                <w:szCs w:val="26"/>
              </w:rPr>
              <w:t xml:space="preserve"> tiêu chu</w:t>
            </w:r>
            <w:r w:rsidRPr="002F6785">
              <w:rPr>
                <w:sz w:val="26"/>
                <w:szCs w:val="26"/>
              </w:rPr>
              <w:t>ẩ</w:t>
            </w:r>
            <w:r w:rsidRPr="002F6785">
              <w:rPr>
                <w:sz w:val="26"/>
                <w:szCs w:val="26"/>
              </w:rPr>
              <w:t>n và quy chu</w:t>
            </w:r>
            <w:r w:rsidRPr="002F6785">
              <w:rPr>
                <w:sz w:val="26"/>
                <w:szCs w:val="26"/>
              </w:rPr>
              <w:t>ẩ</w:t>
            </w:r>
            <w:r w:rsidRPr="002F6785">
              <w:rPr>
                <w:sz w:val="26"/>
                <w:szCs w:val="26"/>
              </w:rPr>
              <w:t>n k</w:t>
            </w:r>
            <w:r w:rsidRPr="002F6785">
              <w:rPr>
                <w:sz w:val="26"/>
                <w:szCs w:val="26"/>
              </w:rPr>
              <w:t>ỹ</w:t>
            </w:r>
            <w:r w:rsidRPr="002F6785">
              <w:rPr>
                <w:sz w:val="26"/>
                <w:szCs w:val="26"/>
              </w:rPr>
              <w:t xml:space="preserve"> thu</w:t>
            </w:r>
            <w:r w:rsidRPr="002F6785">
              <w:rPr>
                <w:sz w:val="26"/>
                <w:szCs w:val="26"/>
              </w:rPr>
              <w:t>ậ</w:t>
            </w:r>
            <w:r w:rsidRPr="002F6785">
              <w:rPr>
                <w:sz w:val="26"/>
                <w:szCs w:val="26"/>
              </w:rPr>
              <w:t>t, ch</w:t>
            </w:r>
            <w:r w:rsidRPr="002F6785">
              <w:rPr>
                <w:sz w:val="26"/>
                <w:szCs w:val="26"/>
              </w:rPr>
              <w:t>ấ</w:t>
            </w:r>
            <w:r w:rsidRPr="002F6785">
              <w:rPr>
                <w:sz w:val="26"/>
                <w:szCs w:val="26"/>
              </w:rPr>
              <w:t>t lư</w:t>
            </w:r>
            <w:r w:rsidRPr="002F6785">
              <w:rPr>
                <w:sz w:val="26"/>
                <w:szCs w:val="26"/>
              </w:rPr>
              <w:t>ợ</w:t>
            </w:r>
            <w:r w:rsidRPr="002F6785">
              <w:rPr>
                <w:sz w:val="26"/>
                <w:szCs w:val="26"/>
              </w:rPr>
              <w:t>ng s</w:t>
            </w:r>
            <w:r w:rsidRPr="002F6785">
              <w:rPr>
                <w:sz w:val="26"/>
                <w:szCs w:val="26"/>
              </w:rPr>
              <w:t>ả</w:t>
            </w:r>
            <w:r w:rsidRPr="002F6785">
              <w:rPr>
                <w:sz w:val="26"/>
                <w:szCs w:val="26"/>
              </w:rPr>
              <w:t>n ph</w:t>
            </w:r>
            <w:r w:rsidRPr="002F6785">
              <w:rPr>
                <w:sz w:val="26"/>
                <w:szCs w:val="26"/>
              </w:rPr>
              <w:t>ẩ</w:t>
            </w:r>
            <w:r w:rsidRPr="002F6785">
              <w:rPr>
                <w:sz w:val="26"/>
                <w:szCs w:val="26"/>
              </w:rPr>
              <w:t>m, hàng hóa và pháp lu</w:t>
            </w:r>
            <w:r w:rsidRPr="002F6785">
              <w:rPr>
                <w:sz w:val="26"/>
                <w:szCs w:val="26"/>
              </w:rPr>
              <w:t>ậ</w:t>
            </w:r>
            <w:r w:rsidRPr="002F6785">
              <w:rPr>
                <w:sz w:val="26"/>
                <w:szCs w:val="26"/>
              </w:rPr>
              <w:t>t có liên quan quy đ</w:t>
            </w:r>
            <w:r w:rsidRPr="002F6785">
              <w:rPr>
                <w:sz w:val="26"/>
                <w:szCs w:val="26"/>
              </w:rPr>
              <w:t>ị</w:t>
            </w:r>
            <w:r w:rsidRPr="002F6785">
              <w:rPr>
                <w:sz w:val="26"/>
                <w:szCs w:val="26"/>
              </w:rPr>
              <w:t>nh.</w:t>
            </w:r>
          </w:p>
          <w:p w:rsidR="008D4B75" w:rsidRPr="002F6785" w:rsidRDefault="00AC53F4" w:rsidP="002F6785">
            <w:pPr>
              <w:spacing w:before="60" w:after="60"/>
              <w:jc w:val="both"/>
              <w:rPr>
                <w:sz w:val="26"/>
                <w:szCs w:val="26"/>
              </w:rPr>
            </w:pPr>
            <w:r w:rsidRPr="002F6785">
              <w:rPr>
                <w:sz w:val="26"/>
                <w:szCs w:val="26"/>
              </w:rPr>
              <w:t>Vi</w:t>
            </w:r>
            <w:r w:rsidRPr="002F6785">
              <w:rPr>
                <w:sz w:val="26"/>
                <w:szCs w:val="26"/>
              </w:rPr>
              <w:t>ệ</w:t>
            </w:r>
            <w:r w:rsidRPr="002F6785">
              <w:rPr>
                <w:sz w:val="26"/>
                <w:szCs w:val="26"/>
              </w:rPr>
              <w:t>c d</w:t>
            </w:r>
            <w:r w:rsidRPr="002F6785">
              <w:rPr>
                <w:sz w:val="26"/>
                <w:szCs w:val="26"/>
              </w:rPr>
              <w:t>ẫ</w:t>
            </w:r>
            <w:r w:rsidRPr="002F6785">
              <w:rPr>
                <w:sz w:val="26"/>
                <w:szCs w:val="26"/>
              </w:rPr>
              <w:t>n chi</w:t>
            </w:r>
            <w:r w:rsidRPr="002F6785">
              <w:rPr>
                <w:sz w:val="26"/>
                <w:szCs w:val="26"/>
              </w:rPr>
              <w:t>ế</w:t>
            </w:r>
            <w:r w:rsidRPr="002F6785">
              <w:rPr>
                <w:sz w:val="26"/>
                <w:szCs w:val="26"/>
              </w:rPr>
              <w:t>u các n</w:t>
            </w:r>
            <w:r w:rsidRPr="002F6785">
              <w:rPr>
                <w:sz w:val="26"/>
                <w:szCs w:val="26"/>
              </w:rPr>
              <w:t>ộ</w:t>
            </w:r>
            <w:r w:rsidRPr="002F6785">
              <w:rPr>
                <w:sz w:val="26"/>
                <w:szCs w:val="26"/>
              </w:rPr>
              <w:t>i dung qu</w:t>
            </w:r>
            <w:r w:rsidRPr="002F6785">
              <w:rPr>
                <w:sz w:val="26"/>
                <w:szCs w:val="26"/>
              </w:rPr>
              <w:t>ả</w:t>
            </w:r>
            <w:r w:rsidRPr="002F6785">
              <w:rPr>
                <w:sz w:val="26"/>
                <w:szCs w:val="26"/>
              </w:rPr>
              <w:t>n lý chung t</w:t>
            </w:r>
            <w:r w:rsidRPr="002F6785">
              <w:rPr>
                <w:sz w:val="26"/>
                <w:szCs w:val="26"/>
              </w:rPr>
              <w:t>ạ</w:t>
            </w:r>
            <w:r w:rsidRPr="002F6785">
              <w:rPr>
                <w:sz w:val="26"/>
                <w:szCs w:val="26"/>
              </w:rPr>
              <w:t>i kho</w:t>
            </w:r>
            <w:r w:rsidRPr="002F6785">
              <w:rPr>
                <w:sz w:val="26"/>
                <w:szCs w:val="26"/>
              </w:rPr>
              <w:t>ả</w:t>
            </w:r>
            <w:r w:rsidRPr="002F6785">
              <w:rPr>
                <w:sz w:val="26"/>
                <w:szCs w:val="26"/>
              </w:rPr>
              <w:t>n</w:t>
            </w:r>
            <w:r w:rsidRPr="002F6785">
              <w:rPr>
                <w:sz w:val="26"/>
                <w:szCs w:val="26"/>
              </w:rPr>
              <w:t xml:space="preserve"> 2 nh</w:t>
            </w:r>
            <w:r w:rsidRPr="002F6785">
              <w:rPr>
                <w:sz w:val="26"/>
                <w:szCs w:val="26"/>
              </w:rPr>
              <w:t>ằ</w:t>
            </w:r>
            <w:r w:rsidRPr="002F6785">
              <w:rPr>
                <w:sz w:val="26"/>
                <w:szCs w:val="26"/>
              </w:rPr>
              <w:t>m b</w:t>
            </w:r>
            <w:r w:rsidRPr="002F6785">
              <w:rPr>
                <w:sz w:val="26"/>
                <w:szCs w:val="26"/>
              </w:rPr>
              <w:t>ả</w:t>
            </w:r>
            <w:r w:rsidRPr="002F6785">
              <w:rPr>
                <w:sz w:val="26"/>
                <w:szCs w:val="26"/>
              </w:rPr>
              <w:t>o đ</w:t>
            </w:r>
            <w:r w:rsidRPr="002F6785">
              <w:rPr>
                <w:sz w:val="26"/>
                <w:szCs w:val="26"/>
              </w:rPr>
              <w:t>ả</w:t>
            </w:r>
            <w:r w:rsidRPr="002F6785">
              <w:rPr>
                <w:sz w:val="26"/>
                <w:szCs w:val="26"/>
              </w:rPr>
              <w:t>m tính th</w:t>
            </w:r>
            <w:r w:rsidRPr="002F6785">
              <w:rPr>
                <w:sz w:val="26"/>
                <w:szCs w:val="26"/>
              </w:rPr>
              <w:t>ố</w:t>
            </w:r>
            <w:r w:rsidRPr="002F6785">
              <w:rPr>
                <w:sz w:val="26"/>
                <w:szCs w:val="26"/>
              </w:rPr>
              <w:t>ng nh</w:t>
            </w:r>
            <w:r w:rsidRPr="002F6785">
              <w:rPr>
                <w:sz w:val="26"/>
                <w:szCs w:val="26"/>
              </w:rPr>
              <w:t>ấ</w:t>
            </w:r>
            <w:r w:rsidRPr="002F6785">
              <w:rPr>
                <w:sz w:val="26"/>
                <w:szCs w:val="26"/>
              </w:rPr>
              <w:t>t c</w:t>
            </w:r>
            <w:r w:rsidRPr="002F6785">
              <w:rPr>
                <w:sz w:val="26"/>
                <w:szCs w:val="26"/>
              </w:rPr>
              <w:t>ủ</w:t>
            </w:r>
            <w:r w:rsidRPr="002F6785">
              <w:rPr>
                <w:sz w:val="26"/>
                <w:szCs w:val="26"/>
              </w:rPr>
              <w:t>a h</w:t>
            </w:r>
            <w:r w:rsidRPr="002F6785">
              <w:rPr>
                <w:sz w:val="26"/>
                <w:szCs w:val="26"/>
              </w:rPr>
              <w:t>ệ</w:t>
            </w:r>
            <w:r w:rsidRPr="002F6785">
              <w:rPr>
                <w:sz w:val="26"/>
                <w:szCs w:val="26"/>
              </w:rPr>
              <w:t xml:space="preserve"> th</w:t>
            </w:r>
            <w:r w:rsidRPr="002F6785">
              <w:rPr>
                <w:sz w:val="26"/>
                <w:szCs w:val="26"/>
              </w:rPr>
              <w:t>ố</w:t>
            </w:r>
            <w:r w:rsidRPr="002F6785">
              <w:rPr>
                <w:sz w:val="26"/>
                <w:szCs w:val="26"/>
              </w:rPr>
              <w:t>ng pháp lu</w:t>
            </w:r>
            <w:r w:rsidRPr="002F6785">
              <w:rPr>
                <w:sz w:val="26"/>
                <w:szCs w:val="26"/>
              </w:rPr>
              <w:t>ậ</w:t>
            </w:r>
            <w:r w:rsidRPr="002F6785">
              <w:rPr>
                <w:sz w:val="26"/>
                <w:szCs w:val="26"/>
              </w:rPr>
              <w:t>t, h</w:t>
            </w:r>
            <w:r w:rsidRPr="002F6785">
              <w:rPr>
                <w:sz w:val="26"/>
                <w:szCs w:val="26"/>
              </w:rPr>
              <w:t>ạ</w:t>
            </w:r>
            <w:r w:rsidRPr="002F6785">
              <w:rPr>
                <w:sz w:val="26"/>
                <w:szCs w:val="26"/>
              </w:rPr>
              <w:t>n ch</w:t>
            </w:r>
            <w:r w:rsidRPr="002F6785">
              <w:rPr>
                <w:sz w:val="26"/>
                <w:szCs w:val="26"/>
              </w:rPr>
              <w:t>ế</w:t>
            </w:r>
            <w:r w:rsidRPr="002F6785">
              <w:rPr>
                <w:sz w:val="26"/>
                <w:szCs w:val="26"/>
              </w:rPr>
              <w:t xml:space="preserve"> ch</w:t>
            </w:r>
            <w:r w:rsidRPr="002F6785">
              <w:rPr>
                <w:sz w:val="26"/>
                <w:szCs w:val="26"/>
              </w:rPr>
              <w:t>ồ</w:t>
            </w:r>
            <w:r w:rsidRPr="002F6785">
              <w:rPr>
                <w:sz w:val="26"/>
                <w:szCs w:val="26"/>
              </w:rPr>
              <w:t>ng chéo v</w:t>
            </w:r>
            <w:r w:rsidRPr="002F6785">
              <w:rPr>
                <w:sz w:val="26"/>
                <w:szCs w:val="26"/>
              </w:rPr>
              <w:t>ề</w:t>
            </w:r>
            <w:r w:rsidRPr="002F6785">
              <w:rPr>
                <w:sz w:val="26"/>
                <w:szCs w:val="26"/>
              </w:rPr>
              <w:t xml:space="preserve"> đánh giá s</w:t>
            </w:r>
            <w:r w:rsidRPr="002F6785">
              <w:rPr>
                <w:sz w:val="26"/>
                <w:szCs w:val="26"/>
              </w:rPr>
              <w:t>ự</w:t>
            </w:r>
            <w:r w:rsidRPr="002F6785">
              <w:rPr>
                <w:sz w:val="26"/>
                <w:szCs w:val="26"/>
              </w:rPr>
              <w:t xml:space="preserve"> phù h</w:t>
            </w:r>
            <w:r w:rsidRPr="002F6785">
              <w:rPr>
                <w:sz w:val="26"/>
                <w:szCs w:val="26"/>
              </w:rPr>
              <w:t>ợ</w:t>
            </w:r>
            <w:r w:rsidRPr="002F6785">
              <w:rPr>
                <w:sz w:val="26"/>
                <w:szCs w:val="26"/>
              </w:rPr>
              <w:t>p, ki</w:t>
            </w:r>
            <w:r w:rsidRPr="002F6785">
              <w:rPr>
                <w:sz w:val="26"/>
                <w:szCs w:val="26"/>
              </w:rPr>
              <w:t>ể</w:t>
            </w:r>
            <w:r w:rsidRPr="002F6785">
              <w:rPr>
                <w:sz w:val="26"/>
                <w:szCs w:val="26"/>
              </w:rPr>
              <w:t>m tra, h</w:t>
            </w:r>
            <w:r w:rsidRPr="002F6785">
              <w:rPr>
                <w:sz w:val="26"/>
                <w:szCs w:val="26"/>
              </w:rPr>
              <w:t>ồ</w:t>
            </w:r>
            <w:r w:rsidRPr="002F6785">
              <w:rPr>
                <w:sz w:val="26"/>
                <w:szCs w:val="26"/>
              </w:rPr>
              <w:t xml:space="preserve"> sơ và d</w:t>
            </w:r>
            <w:r w:rsidRPr="002F6785">
              <w:rPr>
                <w:sz w:val="26"/>
                <w:szCs w:val="26"/>
              </w:rPr>
              <w:t>ữ</w:t>
            </w:r>
            <w:r w:rsidRPr="002F6785">
              <w:rPr>
                <w:sz w:val="26"/>
                <w:szCs w:val="26"/>
              </w:rPr>
              <w:t xml:space="preserve"> li</w:t>
            </w:r>
            <w:r w:rsidRPr="002F6785">
              <w:rPr>
                <w:sz w:val="26"/>
                <w:szCs w:val="26"/>
              </w:rPr>
              <w:t>ệ</w:t>
            </w:r>
            <w:r w:rsidRPr="002F6785">
              <w:rPr>
                <w:sz w:val="26"/>
                <w:szCs w:val="26"/>
              </w:rPr>
              <w:t>u; đ</w:t>
            </w:r>
            <w:r w:rsidRPr="002F6785">
              <w:rPr>
                <w:sz w:val="26"/>
                <w:szCs w:val="26"/>
              </w:rPr>
              <w:t>ồ</w:t>
            </w:r>
            <w:r w:rsidRPr="002F6785">
              <w:rPr>
                <w:sz w:val="26"/>
                <w:szCs w:val="26"/>
              </w:rPr>
              <w:t>ng th</w:t>
            </w:r>
            <w:r w:rsidRPr="002F6785">
              <w:rPr>
                <w:sz w:val="26"/>
                <w:szCs w:val="26"/>
              </w:rPr>
              <w:t>ờ</w:t>
            </w:r>
            <w:r w:rsidRPr="002F6785">
              <w:rPr>
                <w:sz w:val="26"/>
                <w:szCs w:val="26"/>
              </w:rPr>
              <w:t>i t</w:t>
            </w:r>
            <w:r w:rsidRPr="002F6785">
              <w:rPr>
                <w:sz w:val="26"/>
                <w:szCs w:val="26"/>
              </w:rPr>
              <w:t>ạ</w:t>
            </w:r>
            <w:r w:rsidRPr="002F6785">
              <w:rPr>
                <w:sz w:val="26"/>
                <w:szCs w:val="26"/>
              </w:rPr>
              <w:t>o cơ s</w:t>
            </w:r>
            <w:r w:rsidRPr="002F6785">
              <w:rPr>
                <w:sz w:val="26"/>
                <w:szCs w:val="26"/>
              </w:rPr>
              <w:t>ở</w:t>
            </w:r>
            <w:r w:rsidRPr="002F6785">
              <w:rPr>
                <w:sz w:val="26"/>
                <w:szCs w:val="26"/>
              </w:rPr>
              <w:t xml:space="preserve"> áp d</w:t>
            </w:r>
            <w:r w:rsidRPr="002F6785">
              <w:rPr>
                <w:sz w:val="26"/>
                <w:szCs w:val="26"/>
              </w:rPr>
              <w:t>ụ</w:t>
            </w:r>
            <w:r w:rsidRPr="002F6785">
              <w:rPr>
                <w:sz w:val="26"/>
                <w:szCs w:val="26"/>
              </w:rPr>
              <w:t>ng quy đ</w:t>
            </w:r>
            <w:r w:rsidRPr="002F6785">
              <w:rPr>
                <w:sz w:val="26"/>
                <w:szCs w:val="26"/>
              </w:rPr>
              <w:t>ị</w:t>
            </w:r>
            <w:r w:rsidRPr="002F6785">
              <w:rPr>
                <w:sz w:val="26"/>
                <w:szCs w:val="26"/>
              </w:rPr>
              <w:t>nh đ</w:t>
            </w:r>
            <w:r w:rsidRPr="002F6785">
              <w:rPr>
                <w:sz w:val="26"/>
                <w:szCs w:val="26"/>
              </w:rPr>
              <w:t>ặ</w:t>
            </w:r>
            <w:r w:rsidRPr="002F6785">
              <w:rPr>
                <w:sz w:val="26"/>
                <w:szCs w:val="26"/>
              </w:rPr>
              <w:t>c thù c</w:t>
            </w:r>
            <w:r w:rsidRPr="002F6785">
              <w:rPr>
                <w:sz w:val="26"/>
                <w:szCs w:val="26"/>
              </w:rPr>
              <w:t>ủ</w:t>
            </w:r>
            <w:r w:rsidRPr="002F6785">
              <w:rPr>
                <w:sz w:val="26"/>
                <w:szCs w:val="26"/>
              </w:rPr>
              <w:t>a Ngh</w:t>
            </w:r>
            <w:r w:rsidRPr="002F6785">
              <w:rPr>
                <w:sz w:val="26"/>
                <w:szCs w:val="26"/>
              </w:rPr>
              <w:t>ị</w:t>
            </w:r>
            <w:r w:rsidRPr="002F6785">
              <w:rPr>
                <w:sz w:val="26"/>
                <w:szCs w:val="26"/>
              </w:rPr>
              <w:t xml:space="preserve"> đ</w:t>
            </w:r>
            <w:r w:rsidRPr="002F6785">
              <w:rPr>
                <w:sz w:val="26"/>
                <w:szCs w:val="26"/>
              </w:rPr>
              <w:t>ị</w:t>
            </w:r>
            <w:r w:rsidRPr="002F6785">
              <w:rPr>
                <w:sz w:val="26"/>
                <w:szCs w:val="26"/>
              </w:rPr>
              <w:t>nh khi th</w:t>
            </w:r>
            <w:r w:rsidRPr="002F6785">
              <w:rPr>
                <w:sz w:val="26"/>
                <w:szCs w:val="26"/>
              </w:rPr>
              <w:t>ậ</w:t>
            </w:r>
            <w:r w:rsidRPr="002F6785">
              <w:rPr>
                <w:sz w:val="26"/>
                <w:szCs w:val="26"/>
              </w:rPr>
              <w:t>t s</w:t>
            </w:r>
            <w:r w:rsidRPr="002F6785">
              <w:rPr>
                <w:sz w:val="26"/>
                <w:szCs w:val="26"/>
              </w:rPr>
              <w:t>ự</w:t>
            </w:r>
            <w:r w:rsidRPr="002F6785">
              <w:rPr>
                <w:sz w:val="26"/>
                <w:szCs w:val="26"/>
              </w:rPr>
              <w:t xml:space="preserve"> c</w:t>
            </w:r>
            <w:r w:rsidRPr="002F6785">
              <w:rPr>
                <w:sz w:val="26"/>
                <w:szCs w:val="26"/>
              </w:rPr>
              <w:t>ầ</w:t>
            </w:r>
            <w:r w:rsidRPr="002F6785">
              <w:rPr>
                <w:sz w:val="26"/>
                <w:szCs w:val="26"/>
              </w:rPr>
              <w:t>n thi</w:t>
            </w:r>
            <w:r w:rsidRPr="002F6785">
              <w:rPr>
                <w:sz w:val="26"/>
                <w:szCs w:val="26"/>
              </w:rPr>
              <w:t>ế</w:t>
            </w:r>
            <w:r w:rsidRPr="002F6785">
              <w:rPr>
                <w:sz w:val="26"/>
                <w:szCs w:val="26"/>
              </w:rPr>
              <w:t>t đ</w:t>
            </w:r>
            <w:r w:rsidRPr="002F6785">
              <w:rPr>
                <w:sz w:val="26"/>
                <w:szCs w:val="26"/>
              </w:rPr>
              <w:t>ố</w:t>
            </w:r>
            <w:r w:rsidRPr="002F6785">
              <w:rPr>
                <w:sz w:val="26"/>
                <w:szCs w:val="26"/>
              </w:rPr>
              <w:t>i v</w:t>
            </w:r>
            <w:r w:rsidRPr="002F6785">
              <w:rPr>
                <w:sz w:val="26"/>
                <w:szCs w:val="26"/>
              </w:rPr>
              <w:t>ớ</w:t>
            </w:r>
            <w:r w:rsidRPr="002F6785">
              <w:rPr>
                <w:sz w:val="26"/>
                <w:szCs w:val="26"/>
              </w:rPr>
              <w:t>i qu</w:t>
            </w:r>
            <w:r w:rsidRPr="002F6785">
              <w:rPr>
                <w:sz w:val="26"/>
                <w:szCs w:val="26"/>
              </w:rPr>
              <w:t>ả</w:t>
            </w:r>
            <w:r w:rsidRPr="002F6785">
              <w:rPr>
                <w:sz w:val="26"/>
                <w:szCs w:val="26"/>
              </w:rPr>
              <w:t>n lý ch</w:t>
            </w:r>
            <w:r w:rsidRPr="002F6785">
              <w:rPr>
                <w:sz w:val="26"/>
                <w:szCs w:val="26"/>
              </w:rPr>
              <w:t>ấ</w:t>
            </w:r>
            <w:r w:rsidRPr="002F6785">
              <w:rPr>
                <w:sz w:val="26"/>
                <w:szCs w:val="26"/>
              </w:rPr>
              <w:t>t lư</w:t>
            </w:r>
            <w:r w:rsidRPr="002F6785">
              <w:rPr>
                <w:sz w:val="26"/>
                <w:szCs w:val="26"/>
              </w:rPr>
              <w:t>ợ</w:t>
            </w:r>
            <w:r w:rsidRPr="002F6785">
              <w:rPr>
                <w:sz w:val="26"/>
                <w:szCs w:val="26"/>
              </w:rPr>
              <w:t>ng thép.</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t>Điều 2. Đối tư</w:t>
            </w:r>
            <w:r w:rsidRPr="002F6785">
              <w:rPr>
                <w:b/>
                <w:sz w:val="26"/>
                <w:szCs w:val="26"/>
              </w:rPr>
              <w:t>ợng áp dụng</w:t>
            </w:r>
          </w:p>
        </w:tc>
        <w:tc>
          <w:tcPr>
            <w:tcW w:w="6636" w:type="dxa"/>
          </w:tcPr>
          <w:p w:rsidR="00B70340" w:rsidRPr="002F6785" w:rsidRDefault="00DC3F12" w:rsidP="002F6785">
            <w:pPr>
              <w:spacing w:before="60" w:after="60"/>
              <w:jc w:val="both"/>
              <w:rPr>
                <w:sz w:val="26"/>
                <w:szCs w:val="26"/>
              </w:rPr>
            </w:pPr>
            <w:r w:rsidRPr="002F6785">
              <w:rPr>
                <w:sz w:val="26"/>
                <w:szCs w:val="26"/>
              </w:rPr>
              <w:t>Nghị định này áp dụng đối với các đối tượng sau:</w:t>
            </w:r>
          </w:p>
          <w:p w:rsidR="00B70340" w:rsidRPr="002F6785" w:rsidRDefault="00B70340" w:rsidP="002F6785">
            <w:pPr>
              <w:spacing w:before="60" w:after="60"/>
              <w:jc w:val="both"/>
              <w:rPr>
                <w:sz w:val="26"/>
                <w:szCs w:val="26"/>
              </w:rPr>
            </w:pPr>
            <w:r w:rsidRPr="002F6785">
              <w:rPr>
                <w:rFonts w:cs="Times New Roman"/>
                <w:sz w:val="26"/>
                <w:szCs w:val="26"/>
              </w:rPr>
              <w:lastRenderedPageBreak/>
              <w:t>1. Tổ chức, cá nhân sản xuất, nhập khẩu, kinh doanh và tổ chức, cá nhân khác tham gia chuỗi cung ứng sản phẩm thép tại Việt Nam.</w:t>
            </w:r>
          </w:p>
          <w:p w:rsidR="00DC3F12" w:rsidRPr="002F6785" w:rsidRDefault="00DC3F12" w:rsidP="002F6785">
            <w:pPr>
              <w:spacing w:before="60" w:after="60"/>
              <w:jc w:val="both"/>
              <w:rPr>
                <w:sz w:val="26"/>
                <w:szCs w:val="26"/>
              </w:rPr>
            </w:pPr>
            <w:r w:rsidRPr="002F6785">
              <w:rPr>
                <w:sz w:val="26"/>
                <w:szCs w:val="26"/>
              </w:rPr>
              <w:t>2. Tổ chức đánh giá sự phù hợp, tổ chức công nhận có hoạt động liên quan đến sản phẩm thép.</w:t>
            </w:r>
          </w:p>
          <w:p w:rsidR="00DC3F12" w:rsidRPr="002F6785" w:rsidRDefault="00DC3F12" w:rsidP="002F6785">
            <w:pPr>
              <w:spacing w:before="60" w:after="60"/>
              <w:jc w:val="both"/>
              <w:rPr>
                <w:sz w:val="26"/>
                <w:szCs w:val="26"/>
              </w:rPr>
            </w:pPr>
            <w:r w:rsidRPr="002F6785">
              <w:rPr>
                <w:sz w:val="26"/>
                <w:szCs w:val="26"/>
              </w:rPr>
              <w:t>3. Cơ quan quản lý nhà nước, cơ quan kiểm tra nhà nước về chất lượng sản phẩm, hàng hóa, cơ quan hải quan, cơ quan quản lý thị trường và cơ quan chuyên môn khác có liên quan.</w:t>
            </w:r>
          </w:p>
          <w:p w:rsidR="005B442E" w:rsidRPr="002F6785" w:rsidRDefault="00DC3F12" w:rsidP="002F6785">
            <w:pPr>
              <w:spacing w:before="60" w:after="60"/>
              <w:jc w:val="both"/>
              <w:rPr>
                <w:sz w:val="26"/>
                <w:szCs w:val="26"/>
              </w:rPr>
            </w:pPr>
            <w:r w:rsidRPr="002F6785">
              <w:rPr>
                <w:sz w:val="26"/>
                <w:szCs w:val="26"/>
              </w:rPr>
              <w:t>4. Các cơ quan, tổ chức, cá nhân khác có liên quan đến quản lý chất lượng thép.</w:t>
            </w:r>
          </w:p>
        </w:tc>
        <w:tc>
          <w:tcPr>
            <w:tcW w:w="5760" w:type="dxa"/>
          </w:tcPr>
          <w:p w:rsidR="000F36C2" w:rsidRPr="000F36C2" w:rsidRDefault="00AC53F4" w:rsidP="002F6785">
            <w:pPr>
              <w:spacing w:before="60" w:after="60"/>
              <w:jc w:val="both"/>
              <w:rPr>
                <w:sz w:val="26"/>
                <w:szCs w:val="26"/>
              </w:rPr>
            </w:pPr>
            <w:r w:rsidRPr="002F6785">
              <w:rPr>
                <w:sz w:val="26"/>
                <w:szCs w:val="26"/>
              </w:rPr>
              <w:lastRenderedPageBreak/>
              <w:t>Quy đ</w:t>
            </w:r>
            <w:r w:rsidRPr="002F6785">
              <w:rPr>
                <w:sz w:val="26"/>
                <w:szCs w:val="26"/>
              </w:rPr>
              <w:t>ị</w:t>
            </w:r>
            <w:r w:rsidRPr="002F6785">
              <w:rPr>
                <w:sz w:val="26"/>
                <w:szCs w:val="26"/>
              </w:rPr>
              <w:t>nh nh</w:t>
            </w:r>
            <w:r w:rsidRPr="002F6785">
              <w:rPr>
                <w:sz w:val="26"/>
                <w:szCs w:val="26"/>
              </w:rPr>
              <w:t>ằ</w:t>
            </w:r>
            <w:r w:rsidRPr="002F6785">
              <w:rPr>
                <w:sz w:val="26"/>
                <w:szCs w:val="26"/>
              </w:rPr>
              <w:t>m xác đ</w:t>
            </w:r>
            <w:r w:rsidRPr="002F6785">
              <w:rPr>
                <w:sz w:val="26"/>
                <w:szCs w:val="26"/>
              </w:rPr>
              <w:t>ị</w:t>
            </w:r>
            <w:r w:rsidRPr="002F6785">
              <w:rPr>
                <w:sz w:val="26"/>
                <w:szCs w:val="26"/>
              </w:rPr>
              <w:t>nh đ</w:t>
            </w:r>
            <w:r w:rsidRPr="002F6785">
              <w:rPr>
                <w:sz w:val="26"/>
                <w:szCs w:val="26"/>
              </w:rPr>
              <w:t>ầ</w:t>
            </w:r>
            <w:r w:rsidRPr="002F6785">
              <w:rPr>
                <w:sz w:val="26"/>
                <w:szCs w:val="26"/>
              </w:rPr>
              <w:t>y đ</w:t>
            </w:r>
            <w:r w:rsidRPr="002F6785">
              <w:rPr>
                <w:sz w:val="26"/>
                <w:szCs w:val="26"/>
              </w:rPr>
              <w:t>ủ</w:t>
            </w:r>
            <w:r w:rsidRPr="002F6785">
              <w:rPr>
                <w:sz w:val="26"/>
                <w:szCs w:val="26"/>
              </w:rPr>
              <w:t xml:space="preserve"> các nhóm ch</w:t>
            </w:r>
            <w:r w:rsidRPr="002F6785">
              <w:rPr>
                <w:sz w:val="26"/>
                <w:szCs w:val="26"/>
              </w:rPr>
              <w:t>ủ</w:t>
            </w:r>
            <w:r w:rsidRPr="002F6785">
              <w:rPr>
                <w:sz w:val="26"/>
                <w:szCs w:val="26"/>
              </w:rPr>
              <w:t xml:space="preserve"> th</w:t>
            </w:r>
            <w:r w:rsidRPr="002F6785">
              <w:rPr>
                <w:sz w:val="26"/>
                <w:szCs w:val="26"/>
              </w:rPr>
              <w:t>ể</w:t>
            </w:r>
            <w:r w:rsidRPr="002F6785">
              <w:rPr>
                <w:sz w:val="26"/>
                <w:szCs w:val="26"/>
              </w:rPr>
              <w:t xml:space="preserve"> tr</w:t>
            </w:r>
            <w:r w:rsidRPr="002F6785">
              <w:rPr>
                <w:sz w:val="26"/>
                <w:szCs w:val="26"/>
              </w:rPr>
              <w:t>ự</w:t>
            </w:r>
            <w:r w:rsidRPr="002F6785">
              <w:rPr>
                <w:sz w:val="26"/>
                <w:szCs w:val="26"/>
              </w:rPr>
              <w:t>c ti</w:t>
            </w:r>
            <w:r w:rsidRPr="002F6785">
              <w:rPr>
                <w:sz w:val="26"/>
                <w:szCs w:val="26"/>
              </w:rPr>
              <w:t>ế</w:t>
            </w:r>
            <w:r w:rsidRPr="002F6785">
              <w:rPr>
                <w:sz w:val="26"/>
                <w:szCs w:val="26"/>
              </w:rPr>
              <w:t>p tham gia ho</w:t>
            </w:r>
            <w:r w:rsidRPr="002F6785">
              <w:rPr>
                <w:sz w:val="26"/>
                <w:szCs w:val="26"/>
              </w:rPr>
              <w:t>ặ</w:t>
            </w:r>
            <w:r w:rsidRPr="002F6785">
              <w:rPr>
                <w:sz w:val="26"/>
                <w:szCs w:val="26"/>
              </w:rPr>
              <w:t>c có trách nhi</w:t>
            </w:r>
            <w:r w:rsidRPr="002F6785">
              <w:rPr>
                <w:sz w:val="26"/>
                <w:szCs w:val="26"/>
              </w:rPr>
              <w:t>ệ</w:t>
            </w:r>
            <w:r w:rsidRPr="002F6785">
              <w:rPr>
                <w:sz w:val="26"/>
                <w:szCs w:val="26"/>
              </w:rPr>
              <w:t>m liên quan đ</w:t>
            </w:r>
            <w:r w:rsidRPr="002F6785">
              <w:rPr>
                <w:sz w:val="26"/>
                <w:szCs w:val="26"/>
              </w:rPr>
              <w:t>ế</w:t>
            </w:r>
            <w:r w:rsidRPr="002F6785">
              <w:rPr>
                <w:sz w:val="26"/>
                <w:szCs w:val="26"/>
              </w:rPr>
              <w:t>n qu</w:t>
            </w:r>
            <w:r w:rsidRPr="002F6785">
              <w:rPr>
                <w:sz w:val="26"/>
                <w:szCs w:val="26"/>
              </w:rPr>
              <w:t>ả</w:t>
            </w:r>
            <w:r w:rsidRPr="002F6785">
              <w:rPr>
                <w:sz w:val="26"/>
                <w:szCs w:val="26"/>
              </w:rPr>
              <w:t>n lý ch</w:t>
            </w:r>
            <w:r w:rsidRPr="002F6785">
              <w:rPr>
                <w:sz w:val="26"/>
                <w:szCs w:val="26"/>
              </w:rPr>
              <w:t>ấ</w:t>
            </w:r>
            <w:r w:rsidRPr="002F6785">
              <w:rPr>
                <w:sz w:val="26"/>
                <w:szCs w:val="26"/>
              </w:rPr>
              <w:t>t lư</w:t>
            </w:r>
            <w:r w:rsidRPr="002F6785">
              <w:rPr>
                <w:sz w:val="26"/>
                <w:szCs w:val="26"/>
              </w:rPr>
              <w:t>ợ</w:t>
            </w:r>
            <w:r w:rsidRPr="002F6785">
              <w:rPr>
                <w:sz w:val="26"/>
                <w:szCs w:val="26"/>
              </w:rPr>
              <w:t>ng s</w:t>
            </w:r>
            <w:r w:rsidRPr="002F6785">
              <w:rPr>
                <w:sz w:val="26"/>
                <w:szCs w:val="26"/>
              </w:rPr>
              <w:t>ả</w:t>
            </w:r>
            <w:r w:rsidRPr="002F6785">
              <w:rPr>
                <w:sz w:val="26"/>
                <w:szCs w:val="26"/>
              </w:rPr>
              <w:t>n ph</w:t>
            </w:r>
            <w:r w:rsidRPr="002F6785">
              <w:rPr>
                <w:sz w:val="26"/>
                <w:szCs w:val="26"/>
              </w:rPr>
              <w:t>ẩ</w:t>
            </w:r>
            <w:r w:rsidRPr="002F6785">
              <w:rPr>
                <w:sz w:val="26"/>
                <w:szCs w:val="26"/>
              </w:rPr>
              <w:t>m, hàng hóa thép, g</w:t>
            </w:r>
            <w:r w:rsidRPr="002F6785">
              <w:rPr>
                <w:sz w:val="26"/>
                <w:szCs w:val="26"/>
              </w:rPr>
              <w:t>ồ</w:t>
            </w:r>
            <w:r w:rsidRPr="002F6785">
              <w:rPr>
                <w:sz w:val="26"/>
                <w:szCs w:val="26"/>
              </w:rPr>
              <w:t>m t</w:t>
            </w:r>
            <w:r w:rsidRPr="002F6785">
              <w:rPr>
                <w:sz w:val="26"/>
                <w:szCs w:val="26"/>
              </w:rPr>
              <w:t>ổ</w:t>
            </w:r>
            <w:r w:rsidRPr="002F6785">
              <w:rPr>
                <w:sz w:val="26"/>
                <w:szCs w:val="26"/>
              </w:rPr>
              <w:t xml:space="preserve"> ch</w:t>
            </w:r>
            <w:r w:rsidRPr="002F6785">
              <w:rPr>
                <w:sz w:val="26"/>
                <w:szCs w:val="26"/>
              </w:rPr>
              <w:t>ứ</w:t>
            </w:r>
            <w:r w:rsidRPr="002F6785">
              <w:rPr>
                <w:sz w:val="26"/>
                <w:szCs w:val="26"/>
              </w:rPr>
              <w:t xml:space="preserve">c, </w:t>
            </w:r>
            <w:r w:rsidRPr="002F6785">
              <w:rPr>
                <w:sz w:val="26"/>
                <w:szCs w:val="26"/>
              </w:rPr>
              <w:lastRenderedPageBreak/>
              <w:t>cá nhân trong chu</w:t>
            </w:r>
            <w:r w:rsidRPr="002F6785">
              <w:rPr>
                <w:sz w:val="26"/>
                <w:szCs w:val="26"/>
              </w:rPr>
              <w:t>ỗ</w:t>
            </w:r>
            <w:r w:rsidRPr="002F6785">
              <w:rPr>
                <w:sz w:val="26"/>
                <w:szCs w:val="26"/>
              </w:rPr>
              <w:t xml:space="preserve">i cung </w:t>
            </w:r>
            <w:r w:rsidRPr="002F6785">
              <w:rPr>
                <w:sz w:val="26"/>
                <w:szCs w:val="26"/>
              </w:rPr>
              <w:t>ứ</w:t>
            </w:r>
            <w:r w:rsidRPr="002F6785">
              <w:rPr>
                <w:sz w:val="26"/>
                <w:szCs w:val="26"/>
              </w:rPr>
              <w:t>ng</w:t>
            </w:r>
            <w:r w:rsidRPr="002F6785">
              <w:rPr>
                <w:sz w:val="26"/>
                <w:szCs w:val="26"/>
              </w:rPr>
              <w:t>; t</w:t>
            </w:r>
            <w:r w:rsidRPr="002F6785">
              <w:rPr>
                <w:sz w:val="26"/>
                <w:szCs w:val="26"/>
              </w:rPr>
              <w:t>ổ</w:t>
            </w:r>
            <w:r w:rsidRPr="002F6785">
              <w:rPr>
                <w:sz w:val="26"/>
                <w:szCs w:val="26"/>
              </w:rPr>
              <w:t xml:space="preserve"> ch</w:t>
            </w:r>
            <w:r w:rsidRPr="002F6785">
              <w:rPr>
                <w:sz w:val="26"/>
                <w:szCs w:val="26"/>
              </w:rPr>
              <w:t>ứ</w:t>
            </w:r>
            <w:r w:rsidRPr="002F6785">
              <w:rPr>
                <w:sz w:val="26"/>
                <w:szCs w:val="26"/>
              </w:rPr>
              <w:t>c đánh giá s</w:t>
            </w:r>
            <w:r w:rsidRPr="002F6785">
              <w:rPr>
                <w:sz w:val="26"/>
                <w:szCs w:val="26"/>
              </w:rPr>
              <w:t>ự</w:t>
            </w:r>
            <w:r w:rsidRPr="002F6785">
              <w:rPr>
                <w:sz w:val="26"/>
                <w:szCs w:val="26"/>
              </w:rPr>
              <w:t xml:space="preserve"> phù h</w:t>
            </w:r>
            <w:r w:rsidRPr="002F6785">
              <w:rPr>
                <w:sz w:val="26"/>
                <w:szCs w:val="26"/>
              </w:rPr>
              <w:t>ợ</w:t>
            </w:r>
            <w:r w:rsidRPr="002F6785">
              <w:rPr>
                <w:sz w:val="26"/>
                <w:szCs w:val="26"/>
              </w:rPr>
              <w:t>p, t</w:t>
            </w:r>
            <w:r w:rsidRPr="002F6785">
              <w:rPr>
                <w:sz w:val="26"/>
                <w:szCs w:val="26"/>
              </w:rPr>
              <w:t>ổ</w:t>
            </w:r>
            <w:r w:rsidRPr="002F6785">
              <w:rPr>
                <w:sz w:val="26"/>
                <w:szCs w:val="26"/>
              </w:rPr>
              <w:t xml:space="preserve"> ch</w:t>
            </w:r>
            <w:r w:rsidRPr="002F6785">
              <w:rPr>
                <w:sz w:val="26"/>
                <w:szCs w:val="26"/>
              </w:rPr>
              <w:t>ứ</w:t>
            </w:r>
            <w:r w:rsidRPr="002F6785">
              <w:rPr>
                <w:sz w:val="26"/>
                <w:szCs w:val="26"/>
              </w:rPr>
              <w:t>c công nh</w:t>
            </w:r>
            <w:r w:rsidRPr="002F6785">
              <w:rPr>
                <w:sz w:val="26"/>
                <w:szCs w:val="26"/>
              </w:rPr>
              <w:t>ậ</w:t>
            </w:r>
            <w:r w:rsidRPr="002F6785">
              <w:rPr>
                <w:sz w:val="26"/>
                <w:szCs w:val="26"/>
              </w:rPr>
              <w:t>n; cơ quan qu</w:t>
            </w:r>
            <w:r w:rsidRPr="002F6785">
              <w:rPr>
                <w:sz w:val="26"/>
                <w:szCs w:val="26"/>
              </w:rPr>
              <w:t>ả</w:t>
            </w:r>
            <w:r w:rsidRPr="002F6785">
              <w:rPr>
                <w:sz w:val="26"/>
                <w:szCs w:val="26"/>
              </w:rPr>
              <w:t>n lý nhà nư</w:t>
            </w:r>
            <w:r w:rsidRPr="002F6785">
              <w:rPr>
                <w:sz w:val="26"/>
                <w:szCs w:val="26"/>
              </w:rPr>
              <w:t>ớ</w:t>
            </w:r>
            <w:r w:rsidRPr="002F6785">
              <w:rPr>
                <w:sz w:val="26"/>
                <w:szCs w:val="26"/>
              </w:rPr>
              <w:t>c, cơ quan ki</w:t>
            </w:r>
            <w:r w:rsidRPr="002F6785">
              <w:rPr>
                <w:sz w:val="26"/>
                <w:szCs w:val="26"/>
              </w:rPr>
              <w:t>ể</w:t>
            </w:r>
            <w:r w:rsidRPr="002F6785">
              <w:rPr>
                <w:sz w:val="26"/>
                <w:szCs w:val="26"/>
              </w:rPr>
              <w:t>m tra và các cơ quan, t</w:t>
            </w:r>
            <w:r w:rsidRPr="002F6785">
              <w:rPr>
                <w:sz w:val="26"/>
                <w:szCs w:val="26"/>
              </w:rPr>
              <w:t>ổ</w:t>
            </w:r>
            <w:r w:rsidRPr="002F6785">
              <w:rPr>
                <w:sz w:val="26"/>
                <w:szCs w:val="26"/>
              </w:rPr>
              <w:t xml:space="preserve"> ch</w:t>
            </w:r>
            <w:r w:rsidRPr="002F6785">
              <w:rPr>
                <w:sz w:val="26"/>
                <w:szCs w:val="26"/>
              </w:rPr>
              <w:t>ứ</w:t>
            </w:r>
            <w:r w:rsidRPr="002F6785">
              <w:rPr>
                <w:sz w:val="26"/>
                <w:szCs w:val="26"/>
              </w:rPr>
              <w:t>c, cá nhân có liên quan.</w:t>
            </w:r>
          </w:p>
          <w:p w:rsidR="008D4B75" w:rsidRPr="002F6785" w:rsidRDefault="00AC53F4" w:rsidP="002F6785">
            <w:pPr>
              <w:spacing w:before="60" w:after="60"/>
              <w:jc w:val="both"/>
              <w:rPr>
                <w:sz w:val="26"/>
                <w:szCs w:val="26"/>
              </w:rPr>
            </w:pPr>
            <w:r w:rsidRPr="002F6785">
              <w:rPr>
                <w:sz w:val="26"/>
                <w:szCs w:val="26"/>
              </w:rPr>
              <w:t>Vi</w:t>
            </w:r>
            <w:r w:rsidRPr="002F6785">
              <w:rPr>
                <w:sz w:val="26"/>
                <w:szCs w:val="26"/>
              </w:rPr>
              <w:t>ệ</w:t>
            </w:r>
            <w:r w:rsidRPr="002F6785">
              <w:rPr>
                <w:sz w:val="26"/>
                <w:szCs w:val="26"/>
              </w:rPr>
              <w:t>c quy đ</w:t>
            </w:r>
            <w:r w:rsidRPr="002F6785">
              <w:rPr>
                <w:sz w:val="26"/>
                <w:szCs w:val="26"/>
              </w:rPr>
              <w:t>ị</w:t>
            </w:r>
            <w:r w:rsidRPr="002F6785">
              <w:rPr>
                <w:sz w:val="26"/>
                <w:szCs w:val="26"/>
              </w:rPr>
              <w:t>nh theo nhóm ch</w:t>
            </w:r>
            <w:r w:rsidRPr="002F6785">
              <w:rPr>
                <w:sz w:val="26"/>
                <w:szCs w:val="26"/>
              </w:rPr>
              <w:t>ủ</w:t>
            </w:r>
            <w:r w:rsidRPr="002F6785">
              <w:rPr>
                <w:sz w:val="26"/>
                <w:szCs w:val="26"/>
              </w:rPr>
              <w:t xml:space="preserve"> th</w:t>
            </w:r>
            <w:r w:rsidRPr="002F6785">
              <w:rPr>
                <w:sz w:val="26"/>
                <w:szCs w:val="26"/>
              </w:rPr>
              <w:t>ể</w:t>
            </w:r>
            <w:r w:rsidRPr="002F6785">
              <w:rPr>
                <w:sz w:val="26"/>
                <w:szCs w:val="26"/>
              </w:rPr>
              <w:t xml:space="preserve"> giúp bao quát các quan h</w:t>
            </w:r>
            <w:r w:rsidRPr="002F6785">
              <w:rPr>
                <w:sz w:val="26"/>
                <w:szCs w:val="26"/>
              </w:rPr>
              <w:t>ệ</w:t>
            </w:r>
            <w:r w:rsidRPr="002F6785">
              <w:rPr>
                <w:sz w:val="26"/>
                <w:szCs w:val="26"/>
              </w:rPr>
              <w:t xml:space="preserve"> phát sinh trong th</w:t>
            </w:r>
            <w:r w:rsidRPr="002F6785">
              <w:rPr>
                <w:sz w:val="26"/>
                <w:szCs w:val="26"/>
              </w:rPr>
              <w:t>ự</w:t>
            </w:r>
            <w:r w:rsidRPr="002F6785">
              <w:rPr>
                <w:sz w:val="26"/>
                <w:szCs w:val="26"/>
              </w:rPr>
              <w:t>c ti</w:t>
            </w:r>
            <w:r w:rsidRPr="002F6785">
              <w:rPr>
                <w:sz w:val="26"/>
                <w:szCs w:val="26"/>
              </w:rPr>
              <w:t>ễ</w:t>
            </w:r>
            <w:r w:rsidRPr="002F6785">
              <w:rPr>
                <w:sz w:val="26"/>
                <w:szCs w:val="26"/>
              </w:rPr>
              <w:t>n, phù h</w:t>
            </w:r>
            <w:r w:rsidRPr="002F6785">
              <w:rPr>
                <w:sz w:val="26"/>
                <w:szCs w:val="26"/>
              </w:rPr>
              <w:t>ợ</w:t>
            </w:r>
            <w:r w:rsidRPr="002F6785">
              <w:rPr>
                <w:sz w:val="26"/>
                <w:szCs w:val="26"/>
              </w:rPr>
              <w:t>p v</w:t>
            </w:r>
            <w:r w:rsidRPr="002F6785">
              <w:rPr>
                <w:sz w:val="26"/>
                <w:szCs w:val="26"/>
              </w:rPr>
              <w:t>ớ</w:t>
            </w:r>
            <w:r w:rsidRPr="002F6785">
              <w:rPr>
                <w:sz w:val="26"/>
                <w:szCs w:val="26"/>
              </w:rPr>
              <w:t>i ph</w:t>
            </w:r>
            <w:r w:rsidRPr="002F6785">
              <w:rPr>
                <w:sz w:val="26"/>
                <w:szCs w:val="26"/>
              </w:rPr>
              <w:t>ạ</w:t>
            </w:r>
            <w:r w:rsidRPr="002F6785">
              <w:rPr>
                <w:sz w:val="26"/>
                <w:szCs w:val="26"/>
              </w:rPr>
              <w:t>m vi đi</w:t>
            </w:r>
            <w:r w:rsidRPr="002F6785">
              <w:rPr>
                <w:sz w:val="26"/>
                <w:szCs w:val="26"/>
              </w:rPr>
              <w:t>ề</w:t>
            </w:r>
            <w:r w:rsidRPr="002F6785">
              <w:rPr>
                <w:sz w:val="26"/>
                <w:szCs w:val="26"/>
              </w:rPr>
              <w:t>u ch</w:t>
            </w:r>
            <w:r w:rsidRPr="002F6785">
              <w:rPr>
                <w:sz w:val="26"/>
                <w:szCs w:val="26"/>
              </w:rPr>
              <w:t>ỉ</w:t>
            </w:r>
            <w:r w:rsidRPr="002F6785">
              <w:rPr>
                <w:sz w:val="26"/>
                <w:szCs w:val="26"/>
              </w:rPr>
              <w:t xml:space="preserve">nh </w:t>
            </w:r>
            <w:r w:rsidRPr="002F6785">
              <w:rPr>
                <w:sz w:val="26"/>
                <w:szCs w:val="26"/>
              </w:rPr>
              <w:t>c</w:t>
            </w:r>
            <w:r w:rsidRPr="002F6785">
              <w:rPr>
                <w:sz w:val="26"/>
                <w:szCs w:val="26"/>
              </w:rPr>
              <w:t>ủ</w:t>
            </w:r>
            <w:r w:rsidRPr="002F6785">
              <w:rPr>
                <w:sz w:val="26"/>
                <w:szCs w:val="26"/>
              </w:rPr>
              <w:t>a Ngh</w:t>
            </w:r>
            <w:r w:rsidRPr="002F6785">
              <w:rPr>
                <w:sz w:val="26"/>
                <w:szCs w:val="26"/>
              </w:rPr>
              <w:t>ị</w:t>
            </w:r>
            <w:r w:rsidRPr="002F6785">
              <w:rPr>
                <w:sz w:val="26"/>
                <w:szCs w:val="26"/>
              </w:rPr>
              <w:t xml:space="preserve"> đ</w:t>
            </w:r>
            <w:r w:rsidRPr="002F6785">
              <w:rPr>
                <w:sz w:val="26"/>
                <w:szCs w:val="26"/>
              </w:rPr>
              <w:t>ị</w:t>
            </w:r>
            <w:r w:rsidRPr="002F6785">
              <w:rPr>
                <w:sz w:val="26"/>
                <w:szCs w:val="26"/>
              </w:rPr>
              <w:t>nh và b</w:t>
            </w:r>
            <w:r w:rsidRPr="002F6785">
              <w:rPr>
                <w:sz w:val="26"/>
                <w:szCs w:val="26"/>
              </w:rPr>
              <w:t>ả</w:t>
            </w:r>
            <w:r w:rsidRPr="002F6785">
              <w:rPr>
                <w:sz w:val="26"/>
                <w:szCs w:val="26"/>
              </w:rPr>
              <w:t>o đ</w:t>
            </w:r>
            <w:r w:rsidRPr="002F6785">
              <w:rPr>
                <w:sz w:val="26"/>
                <w:szCs w:val="26"/>
              </w:rPr>
              <w:t>ả</w:t>
            </w:r>
            <w:r w:rsidRPr="002F6785">
              <w:rPr>
                <w:sz w:val="26"/>
                <w:szCs w:val="26"/>
              </w:rPr>
              <w:t>m xác đ</w:t>
            </w:r>
            <w:r w:rsidRPr="002F6785">
              <w:rPr>
                <w:sz w:val="26"/>
                <w:szCs w:val="26"/>
              </w:rPr>
              <w:t>ị</w:t>
            </w:r>
            <w:r w:rsidRPr="002F6785">
              <w:rPr>
                <w:sz w:val="26"/>
                <w:szCs w:val="26"/>
              </w:rPr>
              <w:t>nh rõ trách nhi</w:t>
            </w:r>
            <w:r w:rsidRPr="002F6785">
              <w:rPr>
                <w:sz w:val="26"/>
                <w:szCs w:val="26"/>
              </w:rPr>
              <w:t>ệ</w:t>
            </w:r>
            <w:r w:rsidRPr="002F6785">
              <w:rPr>
                <w:sz w:val="26"/>
                <w:szCs w:val="26"/>
              </w:rPr>
              <w:t>m t</w:t>
            </w:r>
            <w:r w:rsidRPr="002F6785">
              <w:rPr>
                <w:sz w:val="26"/>
                <w:szCs w:val="26"/>
              </w:rPr>
              <w:t>ạ</w:t>
            </w:r>
            <w:r w:rsidRPr="002F6785">
              <w:rPr>
                <w:sz w:val="26"/>
                <w:szCs w:val="26"/>
              </w:rPr>
              <w:t>i t</w:t>
            </w:r>
            <w:r w:rsidRPr="002F6785">
              <w:rPr>
                <w:sz w:val="26"/>
                <w:szCs w:val="26"/>
              </w:rPr>
              <w:t>ừ</w:t>
            </w:r>
            <w:r w:rsidRPr="002F6785">
              <w:rPr>
                <w:sz w:val="26"/>
                <w:szCs w:val="26"/>
              </w:rPr>
              <w:t>ng khâu c</w:t>
            </w:r>
            <w:r w:rsidRPr="002F6785">
              <w:rPr>
                <w:sz w:val="26"/>
                <w:szCs w:val="26"/>
              </w:rPr>
              <w:t>ủ</w:t>
            </w:r>
            <w:r w:rsidRPr="002F6785">
              <w:rPr>
                <w:sz w:val="26"/>
                <w:szCs w:val="26"/>
              </w:rPr>
              <w:t>a chu</w:t>
            </w:r>
            <w:r w:rsidRPr="002F6785">
              <w:rPr>
                <w:sz w:val="26"/>
                <w:szCs w:val="26"/>
              </w:rPr>
              <w:t>ỗ</w:t>
            </w:r>
            <w:r w:rsidRPr="002F6785">
              <w:rPr>
                <w:sz w:val="26"/>
                <w:szCs w:val="26"/>
              </w:rPr>
              <w:t xml:space="preserve">i cung </w:t>
            </w:r>
            <w:r w:rsidRPr="002F6785">
              <w:rPr>
                <w:sz w:val="26"/>
                <w:szCs w:val="26"/>
              </w:rPr>
              <w:t>ứ</w:t>
            </w:r>
            <w:r w:rsidRPr="002F6785">
              <w:rPr>
                <w:sz w:val="26"/>
                <w:szCs w:val="26"/>
              </w:rPr>
              <w:t>ng mà không ph</w:t>
            </w:r>
            <w:r w:rsidRPr="002F6785">
              <w:rPr>
                <w:sz w:val="26"/>
                <w:szCs w:val="26"/>
              </w:rPr>
              <w:t>ụ</w:t>
            </w:r>
            <w:r w:rsidRPr="002F6785">
              <w:rPr>
                <w:sz w:val="26"/>
                <w:szCs w:val="26"/>
              </w:rPr>
              <w:t xml:space="preserve"> thu</w:t>
            </w:r>
            <w:r w:rsidRPr="002F6785">
              <w:rPr>
                <w:sz w:val="26"/>
                <w:szCs w:val="26"/>
              </w:rPr>
              <w:t>ộ</w:t>
            </w:r>
            <w:r w:rsidRPr="002F6785">
              <w:rPr>
                <w:sz w:val="26"/>
                <w:szCs w:val="26"/>
              </w:rPr>
              <w:t>c vào lo</w:t>
            </w:r>
            <w:r w:rsidRPr="002F6785">
              <w:rPr>
                <w:sz w:val="26"/>
                <w:szCs w:val="26"/>
              </w:rPr>
              <w:t>ạ</w:t>
            </w:r>
            <w:r w:rsidRPr="002F6785">
              <w:rPr>
                <w:sz w:val="26"/>
                <w:szCs w:val="26"/>
              </w:rPr>
              <w:t>i hình t</w:t>
            </w:r>
            <w:r w:rsidRPr="002F6785">
              <w:rPr>
                <w:sz w:val="26"/>
                <w:szCs w:val="26"/>
              </w:rPr>
              <w:t>ổ</w:t>
            </w:r>
            <w:r w:rsidRPr="002F6785">
              <w:rPr>
                <w:sz w:val="26"/>
                <w:szCs w:val="26"/>
              </w:rPr>
              <w:t xml:space="preserve"> ch</w:t>
            </w:r>
            <w:r w:rsidRPr="002F6785">
              <w:rPr>
                <w:sz w:val="26"/>
                <w:szCs w:val="26"/>
              </w:rPr>
              <w:t>ứ</w:t>
            </w:r>
            <w:r w:rsidRPr="002F6785">
              <w:rPr>
                <w:sz w:val="26"/>
                <w:szCs w:val="26"/>
              </w:rPr>
              <w:t>c, doanh nghi</w:t>
            </w:r>
            <w:r w:rsidRPr="002F6785">
              <w:rPr>
                <w:sz w:val="26"/>
                <w:szCs w:val="26"/>
              </w:rPr>
              <w:t>ệ</w:t>
            </w:r>
            <w:r w:rsidRPr="002F6785">
              <w:rPr>
                <w:sz w:val="26"/>
                <w:szCs w:val="26"/>
              </w:rPr>
              <w:t>p c</w:t>
            </w:r>
            <w:r w:rsidRPr="002F6785">
              <w:rPr>
                <w:sz w:val="26"/>
                <w:szCs w:val="26"/>
              </w:rPr>
              <w:t>ụ</w:t>
            </w:r>
            <w:r w:rsidRPr="002F6785">
              <w:rPr>
                <w:sz w:val="26"/>
                <w:szCs w:val="26"/>
              </w:rPr>
              <w:t xml:space="preserve"> th</w:t>
            </w:r>
            <w:r w:rsidRPr="002F6785">
              <w:rPr>
                <w:sz w:val="26"/>
                <w:szCs w:val="26"/>
              </w:rPr>
              <w:t>ể</w:t>
            </w:r>
            <w:r w:rsidRPr="002F6785">
              <w:rPr>
                <w:sz w:val="26"/>
                <w:szCs w:val="26"/>
              </w:rPr>
              <w:t>.</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lastRenderedPageBreak/>
              <w:t>Điều 3. Giả</w:t>
            </w:r>
            <w:r w:rsidRPr="002F6785">
              <w:rPr>
                <w:b/>
                <w:sz w:val="26"/>
                <w:szCs w:val="26"/>
              </w:rPr>
              <w:t>i thích từ ngữ</w:t>
            </w:r>
          </w:p>
        </w:tc>
        <w:tc>
          <w:tcPr>
            <w:tcW w:w="6636" w:type="dxa"/>
          </w:tcPr>
          <w:p w:rsidR="00B70340" w:rsidRPr="002F6785" w:rsidRDefault="00B70340" w:rsidP="002F6785">
            <w:pPr>
              <w:widowControl w:val="0"/>
              <w:spacing w:before="60" w:after="60"/>
              <w:jc w:val="both"/>
              <w:rPr>
                <w:rFonts w:cs="Times New Roman"/>
                <w:sz w:val="26"/>
                <w:szCs w:val="26"/>
              </w:rPr>
            </w:pPr>
            <w:r w:rsidRPr="002F6785">
              <w:rPr>
                <w:rFonts w:cs="Times New Roman"/>
                <w:sz w:val="26"/>
                <w:szCs w:val="26"/>
              </w:rPr>
              <w:t>Trong Nghị định này, các từ ngữ dưới đây được hiểu như sau:</w:t>
            </w:r>
          </w:p>
          <w:p w:rsidR="00B70340" w:rsidRPr="002F6785" w:rsidRDefault="00B70340" w:rsidP="002F6785">
            <w:pPr>
              <w:widowControl w:val="0"/>
              <w:spacing w:before="60" w:after="60"/>
              <w:jc w:val="both"/>
              <w:rPr>
                <w:rFonts w:cs="Times New Roman"/>
                <w:iCs/>
                <w:sz w:val="26"/>
                <w:szCs w:val="26"/>
              </w:rPr>
            </w:pPr>
            <w:r w:rsidRPr="002F6785">
              <w:rPr>
                <w:rFonts w:cs="Times New Roman"/>
                <w:iCs/>
                <w:sz w:val="26"/>
                <w:szCs w:val="26"/>
              </w:rPr>
              <w:t xml:space="preserve">1. </w:t>
            </w:r>
            <w:r w:rsidRPr="002F6785">
              <w:rPr>
                <w:rFonts w:cs="Times New Roman"/>
                <w:i/>
                <w:iCs/>
                <w:sz w:val="26"/>
                <w:szCs w:val="26"/>
              </w:rPr>
              <w:t xml:space="preserve">Sản phẩm thép </w:t>
            </w:r>
            <w:r w:rsidRPr="002F6785">
              <w:rPr>
                <w:rFonts w:cs="Times New Roman"/>
                <w:iCs/>
                <w:sz w:val="26"/>
                <w:szCs w:val="26"/>
              </w:rPr>
              <w:t>là sản phẩm hoặc bán thành phẩm được chế tạo chủ yếu từ sắt hoặc hợp kim của sắt, có thành phần, đặc tính kỹ thuật, dạng sản phẩm và công dụng được xác định theo tiêu chuẩn công bố áp dụng, quy chuẩn kỹ thuật quốc gia tương ứng hoặc tài liệu kỹ thuật hợp pháp.</w:t>
            </w:r>
          </w:p>
          <w:p w:rsidR="00B70340" w:rsidRPr="002F6785" w:rsidRDefault="00B70340" w:rsidP="002F6785">
            <w:pPr>
              <w:widowControl w:val="0"/>
              <w:spacing w:before="60" w:after="60"/>
              <w:jc w:val="both"/>
              <w:rPr>
                <w:rFonts w:cs="Times New Roman"/>
                <w:sz w:val="26"/>
                <w:szCs w:val="26"/>
              </w:rPr>
            </w:pPr>
            <w:r w:rsidRPr="002F6785">
              <w:rPr>
                <w:rFonts w:cs="Times New Roman"/>
                <w:sz w:val="26"/>
                <w:szCs w:val="26"/>
              </w:rPr>
              <w:t xml:space="preserve">2. </w:t>
            </w:r>
            <w:r w:rsidRPr="002F6785">
              <w:rPr>
                <w:rFonts w:cs="Times New Roman"/>
                <w:i/>
                <w:sz w:val="26"/>
                <w:szCs w:val="26"/>
              </w:rPr>
              <w:t>Lô sản phẩm thép</w:t>
            </w:r>
            <w:r w:rsidRPr="002F6785">
              <w:rPr>
                <w:rFonts w:cs="Times New Roman"/>
                <w:sz w:val="26"/>
                <w:szCs w:val="26"/>
              </w:rPr>
              <w:t xml:space="preserve"> là số lượng sản phẩm thép được sản xuất trong cùng điều kiện công nghệ xác định, có cùng mác thép, cùng tiêu chuẩn công bố áp dụng và quy chuẩn kỹ thuật quốc gia tương ứng, nếu có, được nhận diện bằng cùng mã lô hoặc phương thức định danh tương đương.</w:t>
            </w:r>
          </w:p>
          <w:p w:rsidR="00B70340" w:rsidRPr="002F6785" w:rsidRDefault="00B70340" w:rsidP="002F6785">
            <w:pPr>
              <w:widowControl w:val="0"/>
              <w:spacing w:before="60" w:after="60"/>
              <w:jc w:val="both"/>
              <w:rPr>
                <w:rFonts w:cs="Times New Roman"/>
                <w:spacing w:val="-4"/>
                <w:sz w:val="26"/>
                <w:szCs w:val="26"/>
              </w:rPr>
            </w:pPr>
            <w:r w:rsidRPr="002F6785">
              <w:rPr>
                <w:rFonts w:cs="Times New Roman"/>
                <w:spacing w:val="-4"/>
                <w:sz w:val="26"/>
                <w:szCs w:val="26"/>
              </w:rPr>
              <w:t xml:space="preserve">3. </w:t>
            </w:r>
            <w:r w:rsidRPr="002F6785">
              <w:rPr>
                <w:rFonts w:cs="Times New Roman"/>
                <w:i/>
                <w:spacing w:val="-4"/>
                <w:sz w:val="26"/>
                <w:szCs w:val="26"/>
              </w:rPr>
              <w:t>Lô hàng nhập khẩu</w:t>
            </w:r>
            <w:r w:rsidRPr="002F6785">
              <w:rPr>
                <w:rFonts w:cs="Times New Roman"/>
                <w:spacing w:val="-4"/>
                <w:sz w:val="26"/>
                <w:szCs w:val="26"/>
              </w:rPr>
              <w:t xml:space="preserve"> là lượng sản phẩm thép được xác định theo hồ sơ hải quan hoặc hồ sơ đăng ký kiểm tra nhà nước về chất lượng hàng hóa nhập khẩu trong trường hợp pháp luật yêu cầu đăng ký kiểm tra, có thông tin đủ để liên kết với cơ sở sản xuất, mác thép, mã mẻ luyện hoặc mã lô, tiêu chuẩn công bố áp dụng và quy chuẩn kỹ thuật quốc gia tương ứng, nếu có.</w:t>
            </w:r>
          </w:p>
          <w:p w:rsidR="00B70340" w:rsidRPr="002F6785" w:rsidRDefault="00B70340" w:rsidP="002F6785">
            <w:pPr>
              <w:widowControl w:val="0"/>
              <w:spacing w:before="60" w:after="60"/>
              <w:jc w:val="both"/>
              <w:rPr>
                <w:rFonts w:cs="Times New Roman"/>
                <w:sz w:val="26"/>
                <w:szCs w:val="26"/>
              </w:rPr>
            </w:pPr>
            <w:r w:rsidRPr="002F6785">
              <w:rPr>
                <w:rFonts w:cs="Times New Roman"/>
                <w:sz w:val="26"/>
                <w:szCs w:val="26"/>
              </w:rPr>
              <w:t xml:space="preserve">4. </w:t>
            </w:r>
            <w:r w:rsidRPr="002F6785">
              <w:rPr>
                <w:rFonts w:cs="Times New Roman"/>
                <w:i/>
                <w:sz w:val="26"/>
                <w:szCs w:val="26"/>
              </w:rPr>
              <w:t>Hồ sơ chất lượng sản phẩm thép</w:t>
            </w:r>
            <w:r w:rsidRPr="002F6785">
              <w:rPr>
                <w:rFonts w:cs="Times New Roman"/>
                <w:sz w:val="26"/>
                <w:szCs w:val="26"/>
              </w:rPr>
              <w:t xml:space="preserve"> là tập hợp tài liệu, dữ liệu chứng minh nguồn gốc, tiêu chuẩn công bố áp dụng, quy </w:t>
            </w:r>
            <w:r w:rsidRPr="002F6785">
              <w:rPr>
                <w:rFonts w:cs="Times New Roman"/>
                <w:sz w:val="26"/>
                <w:szCs w:val="26"/>
              </w:rPr>
              <w:lastRenderedPageBreak/>
              <w:t>chuẩn kỹ thuật quốc gia tương ứng, kết quả đánh giá sự phù hợp, thông tin ghi nhãn, truy xuất nguồn gốc và các thông tin khác liên quan đến chất lượng sản phẩm thép.</w:t>
            </w:r>
          </w:p>
          <w:p w:rsidR="00B70340" w:rsidRPr="002F6785" w:rsidRDefault="00B70340" w:rsidP="002F6785">
            <w:pPr>
              <w:widowControl w:val="0"/>
              <w:spacing w:before="60" w:after="60"/>
              <w:jc w:val="both"/>
              <w:rPr>
                <w:rFonts w:cs="Times New Roman"/>
                <w:sz w:val="26"/>
                <w:szCs w:val="26"/>
              </w:rPr>
            </w:pPr>
            <w:r w:rsidRPr="002F6785">
              <w:rPr>
                <w:rFonts w:cs="Times New Roman"/>
                <w:i/>
                <w:sz w:val="26"/>
                <w:szCs w:val="26"/>
              </w:rPr>
              <w:t xml:space="preserve">5. Chứng chỉ chất lượng của nhà sản xuất </w:t>
            </w:r>
            <w:r w:rsidRPr="002F6785">
              <w:rPr>
                <w:rFonts w:cs="Times New Roman"/>
                <w:sz w:val="26"/>
                <w:szCs w:val="26"/>
              </w:rPr>
              <w:t>là tài liệu do nhà sản xuất phát hành cho lô sản phẩm thép, thể hiện tối thiểu thông tin nhận diện lô, mác thép, tiêu chuẩn áp dụng và kết quả kiểm tra, thử nghiệm của lô sản phẩm. Chứng chỉ chất lượng của nhà sản xuất không thay thế kết quả đánh giá sự phù hợp khi pháp luật quy định phải thực hiện đánh giá sự phù hợp.</w:t>
            </w:r>
          </w:p>
          <w:p w:rsidR="00B70340" w:rsidRPr="002F6785" w:rsidRDefault="00B70340" w:rsidP="002F6785">
            <w:pPr>
              <w:widowControl w:val="0"/>
              <w:spacing w:before="60" w:after="60"/>
              <w:jc w:val="both"/>
              <w:rPr>
                <w:rFonts w:cs="Times New Roman"/>
                <w:sz w:val="26"/>
                <w:szCs w:val="26"/>
              </w:rPr>
            </w:pPr>
            <w:r w:rsidRPr="002F6785">
              <w:rPr>
                <w:rFonts w:cs="Times New Roman"/>
                <w:sz w:val="26"/>
                <w:szCs w:val="26"/>
              </w:rPr>
              <w:t xml:space="preserve">6. </w:t>
            </w:r>
            <w:r w:rsidRPr="002F6785">
              <w:rPr>
                <w:rFonts w:cs="Times New Roman"/>
                <w:i/>
                <w:iCs/>
                <w:sz w:val="26"/>
                <w:szCs w:val="26"/>
              </w:rPr>
              <w:t>Thu hồi sản phẩm thép không phù hợp</w:t>
            </w:r>
            <w:r w:rsidRPr="002F6785">
              <w:rPr>
                <w:rFonts w:cs="Times New Roman"/>
                <w:sz w:val="26"/>
                <w:szCs w:val="26"/>
              </w:rPr>
              <w:t xml:space="preserve"> là việc đưa sản phẩm thép thuộc trường hợp phải thu hồi theo quy định của pháp luật ra khỏi chuỗi lưu thông để khắc phục hoặc xử lý.</w:t>
            </w:r>
          </w:p>
          <w:p w:rsidR="005B442E" w:rsidRPr="002F6785" w:rsidRDefault="00B70340" w:rsidP="002F6785">
            <w:pPr>
              <w:widowControl w:val="0"/>
              <w:spacing w:before="60" w:after="60"/>
              <w:jc w:val="both"/>
              <w:rPr>
                <w:sz w:val="26"/>
                <w:szCs w:val="26"/>
              </w:rPr>
            </w:pPr>
            <w:r w:rsidRPr="002F6785">
              <w:rPr>
                <w:rFonts w:cs="Times New Roman"/>
                <w:iCs/>
                <w:sz w:val="26"/>
                <w:szCs w:val="26"/>
              </w:rPr>
              <w:t xml:space="preserve">7. </w:t>
            </w:r>
            <w:r w:rsidRPr="002F6785">
              <w:rPr>
                <w:rFonts w:cs="Times New Roman"/>
                <w:i/>
                <w:iCs/>
                <w:sz w:val="26"/>
                <w:szCs w:val="26"/>
              </w:rPr>
              <w:t>Kiểm tra chất lượng thép tại nguồn</w:t>
            </w:r>
            <w:r w:rsidRPr="002F6785">
              <w:rPr>
                <w:rFonts w:cs="Times New Roman"/>
                <w:iCs/>
                <w:sz w:val="26"/>
                <w:szCs w:val="26"/>
              </w:rPr>
              <w:t xml:space="preserve"> là hoạt động hậu kiểm theo rủi ro do Bộ Khoa học và Công nghệ tổ chức tại cơ sở sản xuất thép ở nước ngoài, trên cơ sở phối hợp với cơ sở sản xuất và phù hợp với pháp luật của nước sở tại, sau khi sản phẩm thép của cơ sở đó đã được nhập khẩu, đưa ra lưu thông tại Việt Nam, nhằm xác minh khả năng duy trì sự phù hợp, tính xác thực và tính nhất quán của hồ sơ, dữ liệu chất lượng, nguyên nhân của rủi ro hoặc sự không phù hợp.</w:t>
            </w:r>
          </w:p>
        </w:tc>
        <w:tc>
          <w:tcPr>
            <w:tcW w:w="5760" w:type="dxa"/>
          </w:tcPr>
          <w:p w:rsidR="008D4B75" w:rsidRPr="002F6785" w:rsidRDefault="00AC53F4" w:rsidP="002F6785">
            <w:pPr>
              <w:spacing w:before="60" w:after="60"/>
              <w:jc w:val="both"/>
              <w:rPr>
                <w:sz w:val="26"/>
                <w:szCs w:val="26"/>
              </w:rPr>
            </w:pPr>
            <w:r w:rsidRPr="002F6785">
              <w:rPr>
                <w:sz w:val="26"/>
                <w:szCs w:val="26"/>
              </w:rPr>
              <w:lastRenderedPageBreak/>
              <w:t>Các thu</w:t>
            </w:r>
            <w:r w:rsidRPr="002F6785">
              <w:rPr>
                <w:sz w:val="26"/>
                <w:szCs w:val="26"/>
              </w:rPr>
              <w:t>ậ</w:t>
            </w:r>
            <w:r w:rsidRPr="002F6785">
              <w:rPr>
                <w:sz w:val="26"/>
                <w:szCs w:val="26"/>
              </w:rPr>
              <w:t>t ng</w:t>
            </w:r>
            <w:r w:rsidRPr="002F6785">
              <w:rPr>
                <w:sz w:val="26"/>
                <w:szCs w:val="26"/>
              </w:rPr>
              <w:t>ữ</w:t>
            </w:r>
            <w:r w:rsidRPr="002F6785">
              <w:rPr>
                <w:sz w:val="26"/>
                <w:szCs w:val="26"/>
              </w:rPr>
              <w:t xml:space="preserve"> t</w:t>
            </w:r>
            <w:r w:rsidRPr="002F6785">
              <w:rPr>
                <w:sz w:val="26"/>
                <w:szCs w:val="26"/>
              </w:rPr>
              <w:t>ạ</w:t>
            </w:r>
            <w:r w:rsidRPr="002F6785">
              <w:rPr>
                <w:sz w:val="26"/>
                <w:szCs w:val="26"/>
              </w:rPr>
              <w:t>i Đi</w:t>
            </w:r>
            <w:r w:rsidRPr="002F6785">
              <w:rPr>
                <w:sz w:val="26"/>
                <w:szCs w:val="26"/>
              </w:rPr>
              <w:t>ề</w:t>
            </w:r>
            <w:r w:rsidRPr="002F6785">
              <w:rPr>
                <w:sz w:val="26"/>
                <w:szCs w:val="26"/>
              </w:rPr>
              <w:t>u này đư</w:t>
            </w:r>
            <w:r w:rsidRPr="002F6785">
              <w:rPr>
                <w:sz w:val="26"/>
                <w:szCs w:val="26"/>
              </w:rPr>
              <w:t>ợ</w:t>
            </w:r>
            <w:r w:rsidRPr="002F6785">
              <w:rPr>
                <w:sz w:val="26"/>
                <w:szCs w:val="26"/>
              </w:rPr>
              <w:t>c gi</w:t>
            </w:r>
            <w:r w:rsidRPr="002F6785">
              <w:rPr>
                <w:sz w:val="26"/>
                <w:szCs w:val="26"/>
              </w:rPr>
              <w:t>ả</w:t>
            </w:r>
            <w:r w:rsidRPr="002F6785">
              <w:rPr>
                <w:sz w:val="26"/>
                <w:szCs w:val="26"/>
              </w:rPr>
              <w:t>i thích đ</w:t>
            </w:r>
            <w:r w:rsidRPr="002F6785">
              <w:rPr>
                <w:sz w:val="26"/>
                <w:szCs w:val="26"/>
              </w:rPr>
              <w:t>ể</w:t>
            </w:r>
            <w:r w:rsidRPr="002F6785">
              <w:rPr>
                <w:sz w:val="26"/>
                <w:szCs w:val="26"/>
              </w:rPr>
              <w:t xml:space="preserve"> th</w:t>
            </w:r>
            <w:r w:rsidRPr="002F6785">
              <w:rPr>
                <w:sz w:val="26"/>
                <w:szCs w:val="26"/>
              </w:rPr>
              <w:t>ố</w:t>
            </w:r>
            <w:r w:rsidRPr="002F6785">
              <w:rPr>
                <w:sz w:val="26"/>
                <w:szCs w:val="26"/>
              </w:rPr>
              <w:t>ng nh</w:t>
            </w:r>
            <w:r w:rsidRPr="002F6785">
              <w:rPr>
                <w:sz w:val="26"/>
                <w:szCs w:val="26"/>
              </w:rPr>
              <w:t>ấ</w:t>
            </w:r>
            <w:r w:rsidRPr="002F6785">
              <w:rPr>
                <w:sz w:val="26"/>
                <w:szCs w:val="26"/>
              </w:rPr>
              <w:t>t cách hi</w:t>
            </w:r>
            <w:r w:rsidRPr="002F6785">
              <w:rPr>
                <w:sz w:val="26"/>
                <w:szCs w:val="26"/>
              </w:rPr>
              <w:t>ể</w:t>
            </w:r>
            <w:r w:rsidRPr="002F6785">
              <w:rPr>
                <w:sz w:val="26"/>
                <w:szCs w:val="26"/>
              </w:rPr>
              <w:t>u và áp d</w:t>
            </w:r>
            <w:r w:rsidRPr="002F6785">
              <w:rPr>
                <w:sz w:val="26"/>
                <w:szCs w:val="26"/>
              </w:rPr>
              <w:t>ụ</w:t>
            </w:r>
            <w:r w:rsidRPr="002F6785">
              <w:rPr>
                <w:sz w:val="26"/>
                <w:szCs w:val="26"/>
              </w:rPr>
              <w:t>ng đ</w:t>
            </w:r>
            <w:r w:rsidRPr="002F6785">
              <w:rPr>
                <w:sz w:val="26"/>
                <w:szCs w:val="26"/>
              </w:rPr>
              <w:t>ố</w:t>
            </w:r>
            <w:r w:rsidRPr="002F6785">
              <w:rPr>
                <w:sz w:val="26"/>
                <w:szCs w:val="26"/>
              </w:rPr>
              <w:t>i v</w:t>
            </w:r>
            <w:r w:rsidRPr="002F6785">
              <w:rPr>
                <w:sz w:val="26"/>
                <w:szCs w:val="26"/>
              </w:rPr>
              <w:t>ớ</w:t>
            </w:r>
            <w:r w:rsidRPr="002F6785">
              <w:rPr>
                <w:sz w:val="26"/>
                <w:szCs w:val="26"/>
              </w:rPr>
              <w:t>i nh</w:t>
            </w:r>
            <w:r w:rsidRPr="002F6785">
              <w:rPr>
                <w:sz w:val="26"/>
                <w:szCs w:val="26"/>
              </w:rPr>
              <w:t>ữ</w:t>
            </w:r>
            <w:r w:rsidRPr="002F6785">
              <w:rPr>
                <w:sz w:val="26"/>
                <w:szCs w:val="26"/>
              </w:rPr>
              <w:t>ng kh</w:t>
            </w:r>
            <w:r w:rsidRPr="002F6785">
              <w:rPr>
                <w:sz w:val="26"/>
                <w:szCs w:val="26"/>
              </w:rPr>
              <w:t>ái ni</w:t>
            </w:r>
            <w:r w:rsidRPr="002F6785">
              <w:rPr>
                <w:sz w:val="26"/>
                <w:szCs w:val="26"/>
              </w:rPr>
              <w:t>ệ</w:t>
            </w:r>
            <w:r w:rsidRPr="002F6785">
              <w:rPr>
                <w:sz w:val="26"/>
                <w:szCs w:val="26"/>
              </w:rPr>
              <w:t>m có tính đ</w:t>
            </w:r>
            <w:r w:rsidRPr="002F6785">
              <w:rPr>
                <w:sz w:val="26"/>
                <w:szCs w:val="26"/>
              </w:rPr>
              <w:t>ặ</w:t>
            </w:r>
            <w:r w:rsidRPr="002F6785">
              <w:rPr>
                <w:sz w:val="26"/>
                <w:szCs w:val="26"/>
              </w:rPr>
              <w:t>c thù, đư</w:t>
            </w:r>
            <w:r w:rsidRPr="002F6785">
              <w:rPr>
                <w:sz w:val="26"/>
                <w:szCs w:val="26"/>
              </w:rPr>
              <w:t>ợ</w:t>
            </w:r>
            <w:r w:rsidRPr="002F6785">
              <w:rPr>
                <w:sz w:val="26"/>
                <w:szCs w:val="26"/>
              </w:rPr>
              <w:t>c s</w:t>
            </w:r>
            <w:r w:rsidRPr="002F6785">
              <w:rPr>
                <w:sz w:val="26"/>
                <w:szCs w:val="26"/>
              </w:rPr>
              <w:t>ử</w:t>
            </w:r>
            <w:r w:rsidRPr="002F6785">
              <w:rPr>
                <w:sz w:val="26"/>
                <w:szCs w:val="26"/>
              </w:rPr>
              <w:t xml:space="preserve"> d</w:t>
            </w:r>
            <w:r w:rsidRPr="002F6785">
              <w:rPr>
                <w:sz w:val="26"/>
                <w:szCs w:val="26"/>
              </w:rPr>
              <w:t>ụ</w:t>
            </w:r>
            <w:r w:rsidRPr="002F6785">
              <w:rPr>
                <w:sz w:val="26"/>
                <w:szCs w:val="26"/>
              </w:rPr>
              <w:t>ng nhi</w:t>
            </w:r>
            <w:r w:rsidRPr="002F6785">
              <w:rPr>
                <w:sz w:val="26"/>
                <w:szCs w:val="26"/>
              </w:rPr>
              <w:t>ề</w:t>
            </w:r>
            <w:r w:rsidRPr="002F6785">
              <w:rPr>
                <w:sz w:val="26"/>
                <w:szCs w:val="26"/>
              </w:rPr>
              <w:t>u l</w:t>
            </w:r>
            <w:r w:rsidRPr="002F6785">
              <w:rPr>
                <w:sz w:val="26"/>
                <w:szCs w:val="26"/>
              </w:rPr>
              <w:t>ầ</w:t>
            </w:r>
            <w:r w:rsidRPr="002F6785">
              <w:rPr>
                <w:sz w:val="26"/>
                <w:szCs w:val="26"/>
              </w:rPr>
              <w:t>n trong Ngh</w:t>
            </w:r>
            <w:r w:rsidRPr="002F6785">
              <w:rPr>
                <w:sz w:val="26"/>
                <w:szCs w:val="26"/>
              </w:rPr>
              <w:t>ị</w:t>
            </w:r>
            <w:r w:rsidRPr="002F6785">
              <w:rPr>
                <w:sz w:val="26"/>
                <w:szCs w:val="26"/>
              </w:rPr>
              <w:t xml:space="preserve"> đ</w:t>
            </w:r>
            <w:r w:rsidRPr="002F6785">
              <w:rPr>
                <w:sz w:val="26"/>
                <w:szCs w:val="26"/>
              </w:rPr>
              <w:t>ị</w:t>
            </w:r>
            <w:r w:rsidRPr="002F6785">
              <w:rPr>
                <w:sz w:val="26"/>
                <w:szCs w:val="26"/>
              </w:rPr>
              <w:t>nh và có ý nghĩa tr</w:t>
            </w:r>
            <w:r w:rsidRPr="002F6785">
              <w:rPr>
                <w:sz w:val="26"/>
                <w:szCs w:val="26"/>
              </w:rPr>
              <w:t>ự</w:t>
            </w:r>
            <w:r w:rsidRPr="002F6785">
              <w:rPr>
                <w:sz w:val="26"/>
                <w:szCs w:val="26"/>
              </w:rPr>
              <w:t>c ti</w:t>
            </w:r>
            <w:r w:rsidRPr="002F6785">
              <w:rPr>
                <w:sz w:val="26"/>
                <w:szCs w:val="26"/>
              </w:rPr>
              <w:t>ế</w:t>
            </w:r>
            <w:r w:rsidRPr="002F6785">
              <w:rPr>
                <w:sz w:val="26"/>
                <w:szCs w:val="26"/>
              </w:rPr>
              <w:t>p đ</w:t>
            </w:r>
            <w:r w:rsidRPr="002F6785">
              <w:rPr>
                <w:sz w:val="26"/>
                <w:szCs w:val="26"/>
              </w:rPr>
              <w:t>ố</w:t>
            </w:r>
            <w:r w:rsidRPr="002F6785">
              <w:rPr>
                <w:sz w:val="26"/>
                <w:szCs w:val="26"/>
              </w:rPr>
              <w:t>i v</w:t>
            </w:r>
            <w:r w:rsidRPr="002F6785">
              <w:rPr>
                <w:sz w:val="26"/>
                <w:szCs w:val="26"/>
              </w:rPr>
              <w:t>ớ</w:t>
            </w:r>
            <w:r w:rsidRPr="002F6785">
              <w:rPr>
                <w:sz w:val="26"/>
                <w:szCs w:val="26"/>
              </w:rPr>
              <w:t>i vi</w:t>
            </w:r>
            <w:r w:rsidRPr="002F6785">
              <w:rPr>
                <w:sz w:val="26"/>
                <w:szCs w:val="26"/>
              </w:rPr>
              <w:t>ệ</w:t>
            </w:r>
            <w:r w:rsidRPr="002F6785">
              <w:rPr>
                <w:sz w:val="26"/>
                <w:szCs w:val="26"/>
              </w:rPr>
              <w:t>c nh</w:t>
            </w:r>
            <w:r w:rsidRPr="002F6785">
              <w:rPr>
                <w:sz w:val="26"/>
                <w:szCs w:val="26"/>
              </w:rPr>
              <w:t>ậ</w:t>
            </w:r>
            <w:r w:rsidRPr="002F6785">
              <w:rPr>
                <w:sz w:val="26"/>
                <w:szCs w:val="26"/>
              </w:rPr>
              <w:t>n di</w:t>
            </w:r>
            <w:r w:rsidRPr="002F6785">
              <w:rPr>
                <w:sz w:val="26"/>
                <w:szCs w:val="26"/>
              </w:rPr>
              <w:t>ệ</w:t>
            </w:r>
            <w:r w:rsidRPr="002F6785">
              <w:rPr>
                <w:sz w:val="26"/>
                <w:szCs w:val="26"/>
              </w:rPr>
              <w:t>n s</w:t>
            </w:r>
            <w:r w:rsidRPr="002F6785">
              <w:rPr>
                <w:sz w:val="26"/>
                <w:szCs w:val="26"/>
              </w:rPr>
              <w:t>ả</w:t>
            </w:r>
            <w:r w:rsidRPr="002F6785">
              <w:rPr>
                <w:sz w:val="26"/>
                <w:szCs w:val="26"/>
              </w:rPr>
              <w:t>n ph</w:t>
            </w:r>
            <w:r w:rsidRPr="002F6785">
              <w:rPr>
                <w:sz w:val="26"/>
                <w:szCs w:val="26"/>
              </w:rPr>
              <w:t>ẩ</w:t>
            </w:r>
            <w:r w:rsidRPr="002F6785">
              <w:rPr>
                <w:sz w:val="26"/>
                <w:szCs w:val="26"/>
              </w:rPr>
              <w:t>m, lô s</w:t>
            </w:r>
            <w:r w:rsidRPr="002F6785">
              <w:rPr>
                <w:sz w:val="26"/>
                <w:szCs w:val="26"/>
              </w:rPr>
              <w:t>ả</w:t>
            </w:r>
            <w:r w:rsidRPr="002F6785">
              <w:rPr>
                <w:sz w:val="26"/>
                <w:szCs w:val="26"/>
              </w:rPr>
              <w:t>n ph</w:t>
            </w:r>
            <w:r w:rsidRPr="002F6785">
              <w:rPr>
                <w:sz w:val="26"/>
                <w:szCs w:val="26"/>
              </w:rPr>
              <w:t>ẩ</w:t>
            </w:r>
            <w:r w:rsidRPr="002F6785">
              <w:rPr>
                <w:sz w:val="26"/>
                <w:szCs w:val="26"/>
              </w:rPr>
              <w:t>m, lô hàng nh</w:t>
            </w:r>
            <w:r w:rsidRPr="002F6785">
              <w:rPr>
                <w:sz w:val="26"/>
                <w:szCs w:val="26"/>
              </w:rPr>
              <w:t>ậ</w:t>
            </w:r>
            <w:r w:rsidRPr="002F6785">
              <w:rPr>
                <w:sz w:val="26"/>
                <w:szCs w:val="26"/>
              </w:rPr>
              <w:t>p kh</w:t>
            </w:r>
            <w:r w:rsidRPr="002F6785">
              <w:rPr>
                <w:sz w:val="26"/>
                <w:szCs w:val="26"/>
              </w:rPr>
              <w:t>ẩ</w:t>
            </w:r>
            <w:r w:rsidRPr="002F6785">
              <w:rPr>
                <w:sz w:val="26"/>
                <w:szCs w:val="26"/>
              </w:rPr>
              <w:t>u, h</w:t>
            </w:r>
            <w:r w:rsidRPr="002F6785">
              <w:rPr>
                <w:sz w:val="26"/>
                <w:szCs w:val="26"/>
              </w:rPr>
              <w:t>ồ</w:t>
            </w:r>
            <w:r w:rsidRPr="002F6785">
              <w:rPr>
                <w:sz w:val="26"/>
                <w:szCs w:val="26"/>
              </w:rPr>
              <w:t xml:space="preserve"> sơ ch</w:t>
            </w:r>
            <w:r w:rsidRPr="002F6785">
              <w:rPr>
                <w:sz w:val="26"/>
                <w:szCs w:val="26"/>
              </w:rPr>
              <w:t>ấ</w:t>
            </w:r>
            <w:r w:rsidRPr="002F6785">
              <w:rPr>
                <w:sz w:val="26"/>
                <w:szCs w:val="26"/>
              </w:rPr>
              <w:t>t lư</w:t>
            </w:r>
            <w:r w:rsidRPr="002F6785">
              <w:rPr>
                <w:sz w:val="26"/>
                <w:szCs w:val="26"/>
              </w:rPr>
              <w:t>ợ</w:t>
            </w:r>
            <w:r w:rsidRPr="002F6785">
              <w:rPr>
                <w:sz w:val="26"/>
                <w:szCs w:val="26"/>
              </w:rPr>
              <w:t>ng, truy xu</w:t>
            </w:r>
            <w:r w:rsidRPr="002F6785">
              <w:rPr>
                <w:sz w:val="26"/>
                <w:szCs w:val="26"/>
              </w:rPr>
              <w:t>ấ</w:t>
            </w:r>
            <w:r w:rsidRPr="002F6785">
              <w:rPr>
                <w:sz w:val="26"/>
                <w:szCs w:val="26"/>
              </w:rPr>
              <w:t>t ngu</w:t>
            </w:r>
            <w:r w:rsidRPr="002F6785">
              <w:rPr>
                <w:sz w:val="26"/>
                <w:szCs w:val="26"/>
              </w:rPr>
              <w:t>ồ</w:t>
            </w:r>
            <w:r w:rsidRPr="002F6785">
              <w:rPr>
                <w:sz w:val="26"/>
                <w:szCs w:val="26"/>
              </w:rPr>
              <w:t>n g</w:t>
            </w:r>
            <w:r w:rsidRPr="002F6785">
              <w:rPr>
                <w:sz w:val="26"/>
                <w:szCs w:val="26"/>
              </w:rPr>
              <w:t>ố</w:t>
            </w:r>
            <w:r w:rsidRPr="002F6785">
              <w:rPr>
                <w:sz w:val="26"/>
                <w:szCs w:val="26"/>
              </w:rPr>
              <w:t>c và ki</w:t>
            </w:r>
            <w:r w:rsidRPr="002F6785">
              <w:rPr>
                <w:sz w:val="26"/>
                <w:szCs w:val="26"/>
              </w:rPr>
              <w:t>ể</w:t>
            </w:r>
            <w:r w:rsidRPr="002F6785">
              <w:rPr>
                <w:sz w:val="26"/>
                <w:szCs w:val="26"/>
              </w:rPr>
              <w:t>m tra t</w:t>
            </w:r>
            <w:r w:rsidRPr="002F6785">
              <w:rPr>
                <w:sz w:val="26"/>
                <w:szCs w:val="26"/>
              </w:rPr>
              <w:t>ạ</w:t>
            </w:r>
            <w:r w:rsidRPr="002F6785">
              <w:rPr>
                <w:sz w:val="26"/>
                <w:szCs w:val="26"/>
              </w:rPr>
              <w:t>i ngu</w:t>
            </w:r>
            <w:r w:rsidRPr="002F6785">
              <w:rPr>
                <w:sz w:val="26"/>
                <w:szCs w:val="26"/>
              </w:rPr>
              <w:t>ồ</w:t>
            </w:r>
            <w:r w:rsidRPr="002F6785">
              <w:rPr>
                <w:sz w:val="26"/>
                <w:szCs w:val="26"/>
              </w:rPr>
              <w:t>n.</w:t>
            </w:r>
            <w:r w:rsidRPr="002F6785">
              <w:rPr>
                <w:sz w:val="26"/>
                <w:szCs w:val="26"/>
              </w:rPr>
              <w:br/>
              <w:t>Vi</w:t>
            </w:r>
            <w:r w:rsidRPr="002F6785">
              <w:rPr>
                <w:sz w:val="26"/>
                <w:szCs w:val="26"/>
              </w:rPr>
              <w:t>ệ</w:t>
            </w:r>
            <w:r w:rsidRPr="002F6785">
              <w:rPr>
                <w:sz w:val="26"/>
                <w:szCs w:val="26"/>
              </w:rPr>
              <w:t>c phân bi</w:t>
            </w:r>
            <w:r w:rsidRPr="002F6785">
              <w:rPr>
                <w:sz w:val="26"/>
                <w:szCs w:val="26"/>
              </w:rPr>
              <w:t>ệ</w:t>
            </w:r>
            <w:r w:rsidRPr="002F6785">
              <w:rPr>
                <w:sz w:val="26"/>
                <w:szCs w:val="26"/>
              </w:rPr>
              <w:t>t ch</w:t>
            </w:r>
            <w:r w:rsidRPr="002F6785">
              <w:rPr>
                <w:sz w:val="26"/>
                <w:szCs w:val="26"/>
              </w:rPr>
              <w:t>ứ</w:t>
            </w:r>
            <w:r w:rsidRPr="002F6785">
              <w:rPr>
                <w:sz w:val="26"/>
                <w:szCs w:val="26"/>
              </w:rPr>
              <w:t>ng ch</w:t>
            </w:r>
            <w:r w:rsidRPr="002F6785">
              <w:rPr>
                <w:sz w:val="26"/>
                <w:szCs w:val="26"/>
              </w:rPr>
              <w:t>ỉ</w:t>
            </w:r>
            <w:r w:rsidRPr="002F6785">
              <w:rPr>
                <w:sz w:val="26"/>
                <w:szCs w:val="26"/>
              </w:rPr>
              <w:t xml:space="preserve"> ch</w:t>
            </w:r>
            <w:r w:rsidRPr="002F6785">
              <w:rPr>
                <w:sz w:val="26"/>
                <w:szCs w:val="26"/>
              </w:rPr>
              <w:t>ấ</w:t>
            </w:r>
            <w:r w:rsidRPr="002F6785">
              <w:rPr>
                <w:sz w:val="26"/>
                <w:szCs w:val="26"/>
              </w:rPr>
              <w:t>t lư</w:t>
            </w:r>
            <w:r w:rsidRPr="002F6785">
              <w:rPr>
                <w:sz w:val="26"/>
                <w:szCs w:val="26"/>
              </w:rPr>
              <w:t>ợ</w:t>
            </w:r>
            <w:r w:rsidRPr="002F6785">
              <w:rPr>
                <w:sz w:val="26"/>
                <w:szCs w:val="26"/>
              </w:rPr>
              <w:t>ng c</w:t>
            </w:r>
            <w:r w:rsidRPr="002F6785">
              <w:rPr>
                <w:sz w:val="26"/>
                <w:szCs w:val="26"/>
              </w:rPr>
              <w:t>ủ</w:t>
            </w:r>
            <w:r w:rsidRPr="002F6785">
              <w:rPr>
                <w:sz w:val="26"/>
                <w:szCs w:val="26"/>
              </w:rPr>
              <w:t>a nh</w:t>
            </w:r>
            <w:r w:rsidRPr="002F6785">
              <w:rPr>
                <w:sz w:val="26"/>
                <w:szCs w:val="26"/>
              </w:rPr>
              <w:t>à s</w:t>
            </w:r>
            <w:r w:rsidRPr="002F6785">
              <w:rPr>
                <w:sz w:val="26"/>
                <w:szCs w:val="26"/>
              </w:rPr>
              <w:t>ả</w:t>
            </w:r>
            <w:r w:rsidRPr="002F6785">
              <w:rPr>
                <w:sz w:val="26"/>
                <w:szCs w:val="26"/>
              </w:rPr>
              <w:t>n xu</w:t>
            </w:r>
            <w:r w:rsidRPr="002F6785">
              <w:rPr>
                <w:sz w:val="26"/>
                <w:szCs w:val="26"/>
              </w:rPr>
              <w:t>ấ</w:t>
            </w:r>
            <w:r w:rsidRPr="002F6785">
              <w:rPr>
                <w:sz w:val="26"/>
                <w:szCs w:val="26"/>
              </w:rPr>
              <w:t>t v</w:t>
            </w:r>
            <w:r w:rsidRPr="002F6785">
              <w:rPr>
                <w:sz w:val="26"/>
                <w:szCs w:val="26"/>
              </w:rPr>
              <w:t>ớ</w:t>
            </w:r>
            <w:r w:rsidRPr="002F6785">
              <w:rPr>
                <w:sz w:val="26"/>
                <w:szCs w:val="26"/>
              </w:rPr>
              <w:t>i k</w:t>
            </w:r>
            <w:r w:rsidRPr="002F6785">
              <w:rPr>
                <w:sz w:val="26"/>
                <w:szCs w:val="26"/>
              </w:rPr>
              <w:t>ế</w:t>
            </w:r>
            <w:r w:rsidRPr="002F6785">
              <w:rPr>
                <w:sz w:val="26"/>
                <w:szCs w:val="26"/>
              </w:rPr>
              <w:t>t qu</w:t>
            </w:r>
            <w:r w:rsidRPr="002F6785">
              <w:rPr>
                <w:sz w:val="26"/>
                <w:szCs w:val="26"/>
              </w:rPr>
              <w:t>ả</w:t>
            </w:r>
            <w:r w:rsidRPr="002F6785">
              <w:rPr>
                <w:sz w:val="26"/>
                <w:szCs w:val="26"/>
              </w:rPr>
              <w:t xml:space="preserve"> đánh giá s</w:t>
            </w:r>
            <w:r w:rsidRPr="002F6785">
              <w:rPr>
                <w:sz w:val="26"/>
                <w:szCs w:val="26"/>
              </w:rPr>
              <w:t>ự</w:t>
            </w:r>
            <w:r w:rsidRPr="002F6785">
              <w:rPr>
                <w:sz w:val="26"/>
                <w:szCs w:val="26"/>
              </w:rPr>
              <w:t xml:space="preserve"> phù h</w:t>
            </w:r>
            <w:r w:rsidRPr="002F6785">
              <w:rPr>
                <w:sz w:val="26"/>
                <w:szCs w:val="26"/>
              </w:rPr>
              <w:t>ợ</w:t>
            </w:r>
            <w:r w:rsidRPr="002F6785">
              <w:rPr>
                <w:sz w:val="26"/>
                <w:szCs w:val="26"/>
              </w:rPr>
              <w:t>p nh</w:t>
            </w:r>
            <w:r w:rsidRPr="002F6785">
              <w:rPr>
                <w:sz w:val="26"/>
                <w:szCs w:val="26"/>
              </w:rPr>
              <w:t>ằ</w:t>
            </w:r>
            <w:r w:rsidRPr="002F6785">
              <w:rPr>
                <w:sz w:val="26"/>
                <w:szCs w:val="26"/>
              </w:rPr>
              <w:t>m xác đ</w:t>
            </w:r>
            <w:r w:rsidRPr="002F6785">
              <w:rPr>
                <w:sz w:val="26"/>
                <w:szCs w:val="26"/>
              </w:rPr>
              <w:t>ị</w:t>
            </w:r>
            <w:r w:rsidRPr="002F6785">
              <w:rPr>
                <w:sz w:val="26"/>
                <w:szCs w:val="26"/>
              </w:rPr>
              <w:t>nh đúng giá tr</w:t>
            </w:r>
            <w:r w:rsidRPr="002F6785">
              <w:rPr>
                <w:sz w:val="26"/>
                <w:szCs w:val="26"/>
              </w:rPr>
              <w:t>ị</w:t>
            </w:r>
            <w:r w:rsidRPr="002F6785">
              <w:rPr>
                <w:sz w:val="26"/>
                <w:szCs w:val="26"/>
              </w:rPr>
              <w:t>, ph</w:t>
            </w:r>
            <w:r w:rsidRPr="002F6785">
              <w:rPr>
                <w:sz w:val="26"/>
                <w:szCs w:val="26"/>
              </w:rPr>
              <w:t>ạ</w:t>
            </w:r>
            <w:r w:rsidRPr="002F6785">
              <w:rPr>
                <w:sz w:val="26"/>
                <w:szCs w:val="26"/>
              </w:rPr>
              <w:t>m vi s</w:t>
            </w:r>
            <w:r w:rsidRPr="002F6785">
              <w:rPr>
                <w:sz w:val="26"/>
                <w:szCs w:val="26"/>
              </w:rPr>
              <w:t>ử</w:t>
            </w:r>
            <w:r w:rsidRPr="002F6785">
              <w:rPr>
                <w:sz w:val="26"/>
                <w:szCs w:val="26"/>
              </w:rPr>
              <w:t xml:space="preserve"> d</w:t>
            </w:r>
            <w:r w:rsidRPr="002F6785">
              <w:rPr>
                <w:sz w:val="26"/>
                <w:szCs w:val="26"/>
              </w:rPr>
              <w:t>ụ</w:t>
            </w:r>
            <w:r w:rsidRPr="002F6785">
              <w:rPr>
                <w:sz w:val="26"/>
                <w:szCs w:val="26"/>
              </w:rPr>
              <w:t>ng c</w:t>
            </w:r>
            <w:r w:rsidRPr="002F6785">
              <w:rPr>
                <w:sz w:val="26"/>
                <w:szCs w:val="26"/>
              </w:rPr>
              <w:t>ủ</w:t>
            </w:r>
            <w:r w:rsidRPr="002F6785">
              <w:rPr>
                <w:sz w:val="26"/>
                <w:szCs w:val="26"/>
              </w:rPr>
              <w:t>a t</w:t>
            </w:r>
            <w:r w:rsidRPr="002F6785">
              <w:rPr>
                <w:sz w:val="26"/>
                <w:szCs w:val="26"/>
              </w:rPr>
              <w:t>ừ</w:t>
            </w:r>
            <w:r w:rsidRPr="002F6785">
              <w:rPr>
                <w:sz w:val="26"/>
                <w:szCs w:val="26"/>
              </w:rPr>
              <w:t>ng lo</w:t>
            </w:r>
            <w:r w:rsidRPr="002F6785">
              <w:rPr>
                <w:sz w:val="26"/>
                <w:szCs w:val="26"/>
              </w:rPr>
              <w:t>ạ</w:t>
            </w:r>
            <w:r w:rsidRPr="002F6785">
              <w:rPr>
                <w:sz w:val="26"/>
                <w:szCs w:val="26"/>
              </w:rPr>
              <w:t>i tài li</w:t>
            </w:r>
            <w:r w:rsidRPr="002F6785">
              <w:rPr>
                <w:sz w:val="26"/>
                <w:szCs w:val="26"/>
              </w:rPr>
              <w:t>ệ</w:t>
            </w:r>
            <w:r w:rsidRPr="002F6785">
              <w:rPr>
                <w:sz w:val="26"/>
                <w:szCs w:val="26"/>
              </w:rPr>
              <w:t>u và tránh vi</w:t>
            </w:r>
            <w:r w:rsidRPr="002F6785">
              <w:rPr>
                <w:sz w:val="26"/>
                <w:szCs w:val="26"/>
              </w:rPr>
              <w:t>ệ</w:t>
            </w:r>
            <w:r w:rsidRPr="002F6785">
              <w:rPr>
                <w:sz w:val="26"/>
                <w:szCs w:val="26"/>
              </w:rPr>
              <w:t>c dùng ch</w:t>
            </w:r>
            <w:r w:rsidRPr="002F6785">
              <w:rPr>
                <w:sz w:val="26"/>
                <w:szCs w:val="26"/>
              </w:rPr>
              <w:t>ứ</w:t>
            </w:r>
            <w:r w:rsidRPr="002F6785">
              <w:rPr>
                <w:sz w:val="26"/>
                <w:szCs w:val="26"/>
              </w:rPr>
              <w:t>ng ch</w:t>
            </w:r>
            <w:r w:rsidRPr="002F6785">
              <w:rPr>
                <w:sz w:val="26"/>
                <w:szCs w:val="26"/>
              </w:rPr>
              <w:t>ỉ</w:t>
            </w:r>
            <w:r w:rsidRPr="002F6785">
              <w:rPr>
                <w:sz w:val="26"/>
                <w:szCs w:val="26"/>
              </w:rPr>
              <w:t xml:space="preserve"> c</w:t>
            </w:r>
            <w:r w:rsidRPr="002F6785">
              <w:rPr>
                <w:sz w:val="26"/>
                <w:szCs w:val="26"/>
              </w:rPr>
              <w:t>ủ</w:t>
            </w:r>
            <w:r w:rsidRPr="002F6785">
              <w:rPr>
                <w:sz w:val="26"/>
                <w:szCs w:val="26"/>
              </w:rPr>
              <w:t>a nhà s</w:t>
            </w:r>
            <w:r w:rsidRPr="002F6785">
              <w:rPr>
                <w:sz w:val="26"/>
                <w:szCs w:val="26"/>
              </w:rPr>
              <w:t>ả</w:t>
            </w:r>
            <w:r w:rsidRPr="002F6785">
              <w:rPr>
                <w:sz w:val="26"/>
                <w:szCs w:val="26"/>
              </w:rPr>
              <w:t>n xu</w:t>
            </w:r>
            <w:r w:rsidRPr="002F6785">
              <w:rPr>
                <w:sz w:val="26"/>
                <w:szCs w:val="26"/>
              </w:rPr>
              <w:t>ấ</w:t>
            </w:r>
            <w:r w:rsidRPr="002F6785">
              <w:rPr>
                <w:sz w:val="26"/>
                <w:szCs w:val="26"/>
              </w:rPr>
              <w:t>t đ</w:t>
            </w:r>
            <w:r w:rsidRPr="002F6785">
              <w:rPr>
                <w:sz w:val="26"/>
                <w:szCs w:val="26"/>
              </w:rPr>
              <w:t>ể</w:t>
            </w:r>
            <w:r w:rsidRPr="002F6785">
              <w:rPr>
                <w:sz w:val="26"/>
                <w:szCs w:val="26"/>
              </w:rPr>
              <w:t xml:space="preserve"> thay th</w:t>
            </w:r>
            <w:r w:rsidRPr="002F6785">
              <w:rPr>
                <w:sz w:val="26"/>
                <w:szCs w:val="26"/>
              </w:rPr>
              <w:t>ế</w:t>
            </w:r>
            <w:r w:rsidRPr="002F6785">
              <w:rPr>
                <w:sz w:val="26"/>
                <w:szCs w:val="26"/>
              </w:rPr>
              <w:t xml:space="preserve"> nghĩa v</w:t>
            </w:r>
            <w:r w:rsidRPr="002F6785">
              <w:rPr>
                <w:sz w:val="26"/>
                <w:szCs w:val="26"/>
              </w:rPr>
              <w:t>ụ</w:t>
            </w:r>
            <w:r w:rsidRPr="002F6785">
              <w:rPr>
                <w:sz w:val="26"/>
                <w:szCs w:val="26"/>
              </w:rPr>
              <w:t xml:space="preserve"> đánh giá s</w:t>
            </w:r>
            <w:r w:rsidRPr="002F6785">
              <w:rPr>
                <w:sz w:val="26"/>
                <w:szCs w:val="26"/>
              </w:rPr>
              <w:t>ự</w:t>
            </w:r>
            <w:r w:rsidRPr="002F6785">
              <w:rPr>
                <w:sz w:val="26"/>
                <w:szCs w:val="26"/>
              </w:rPr>
              <w:t xml:space="preserve"> phù h</w:t>
            </w:r>
            <w:r w:rsidRPr="002F6785">
              <w:rPr>
                <w:sz w:val="26"/>
                <w:szCs w:val="26"/>
              </w:rPr>
              <w:t>ợ</w:t>
            </w:r>
            <w:r w:rsidRPr="002F6785">
              <w:rPr>
                <w:sz w:val="26"/>
                <w:szCs w:val="26"/>
              </w:rPr>
              <w:t>p khi pháp lu</w:t>
            </w:r>
            <w:r w:rsidRPr="002F6785">
              <w:rPr>
                <w:sz w:val="26"/>
                <w:szCs w:val="26"/>
              </w:rPr>
              <w:t>ậ</w:t>
            </w:r>
            <w:r w:rsidRPr="002F6785">
              <w:rPr>
                <w:sz w:val="26"/>
                <w:szCs w:val="26"/>
              </w:rPr>
              <w:t>t có yêu c</w:t>
            </w:r>
            <w:r w:rsidRPr="002F6785">
              <w:rPr>
                <w:sz w:val="26"/>
                <w:szCs w:val="26"/>
              </w:rPr>
              <w:t>ầ</w:t>
            </w:r>
            <w:r w:rsidRPr="002F6785">
              <w:rPr>
                <w:sz w:val="26"/>
                <w:szCs w:val="26"/>
              </w:rPr>
              <w:t>u. Khái ni</w:t>
            </w:r>
            <w:r w:rsidRPr="002F6785">
              <w:rPr>
                <w:sz w:val="26"/>
                <w:szCs w:val="26"/>
              </w:rPr>
              <w:t>ệ</w:t>
            </w:r>
            <w:r w:rsidRPr="002F6785">
              <w:rPr>
                <w:sz w:val="26"/>
                <w:szCs w:val="26"/>
              </w:rPr>
              <w:t>m ki</w:t>
            </w:r>
            <w:r w:rsidRPr="002F6785">
              <w:rPr>
                <w:sz w:val="26"/>
                <w:szCs w:val="26"/>
              </w:rPr>
              <w:t>ể</w:t>
            </w:r>
            <w:r w:rsidRPr="002F6785">
              <w:rPr>
                <w:sz w:val="26"/>
                <w:szCs w:val="26"/>
              </w:rPr>
              <w:t>m tra ch</w:t>
            </w:r>
            <w:r w:rsidRPr="002F6785">
              <w:rPr>
                <w:sz w:val="26"/>
                <w:szCs w:val="26"/>
              </w:rPr>
              <w:t>ấ</w:t>
            </w:r>
            <w:r w:rsidRPr="002F6785">
              <w:rPr>
                <w:sz w:val="26"/>
                <w:szCs w:val="26"/>
              </w:rPr>
              <w:t>t lư</w:t>
            </w:r>
            <w:r w:rsidRPr="002F6785">
              <w:rPr>
                <w:sz w:val="26"/>
                <w:szCs w:val="26"/>
              </w:rPr>
              <w:t>ợ</w:t>
            </w:r>
            <w:r w:rsidRPr="002F6785">
              <w:rPr>
                <w:sz w:val="26"/>
                <w:szCs w:val="26"/>
              </w:rPr>
              <w:t>ng thé</w:t>
            </w:r>
            <w:r w:rsidRPr="002F6785">
              <w:rPr>
                <w:sz w:val="26"/>
                <w:szCs w:val="26"/>
              </w:rPr>
              <w:t>p t</w:t>
            </w:r>
            <w:r w:rsidRPr="002F6785">
              <w:rPr>
                <w:sz w:val="26"/>
                <w:szCs w:val="26"/>
              </w:rPr>
              <w:t>ạ</w:t>
            </w:r>
            <w:r w:rsidRPr="002F6785">
              <w:rPr>
                <w:sz w:val="26"/>
                <w:szCs w:val="26"/>
              </w:rPr>
              <w:t>i ngu</w:t>
            </w:r>
            <w:r w:rsidRPr="002F6785">
              <w:rPr>
                <w:sz w:val="26"/>
                <w:szCs w:val="26"/>
              </w:rPr>
              <w:t>ồ</w:t>
            </w:r>
            <w:r w:rsidRPr="002F6785">
              <w:rPr>
                <w:sz w:val="26"/>
                <w:szCs w:val="26"/>
              </w:rPr>
              <w:t>n đư</w:t>
            </w:r>
            <w:r w:rsidRPr="002F6785">
              <w:rPr>
                <w:sz w:val="26"/>
                <w:szCs w:val="26"/>
              </w:rPr>
              <w:t>ợ</w:t>
            </w:r>
            <w:r w:rsidRPr="002F6785">
              <w:rPr>
                <w:sz w:val="26"/>
                <w:szCs w:val="26"/>
              </w:rPr>
              <w:t>c xác đ</w:t>
            </w:r>
            <w:r w:rsidRPr="002F6785">
              <w:rPr>
                <w:sz w:val="26"/>
                <w:szCs w:val="26"/>
              </w:rPr>
              <w:t>ị</w:t>
            </w:r>
            <w:r w:rsidRPr="002F6785">
              <w:rPr>
                <w:sz w:val="26"/>
                <w:szCs w:val="26"/>
              </w:rPr>
              <w:t>nh rõ là ho</w:t>
            </w:r>
            <w:r w:rsidRPr="002F6785">
              <w:rPr>
                <w:sz w:val="26"/>
                <w:szCs w:val="26"/>
              </w:rPr>
              <w:t>ạ</w:t>
            </w:r>
            <w:r w:rsidRPr="002F6785">
              <w:rPr>
                <w:sz w:val="26"/>
                <w:szCs w:val="26"/>
              </w:rPr>
              <w:t>t đ</w:t>
            </w:r>
            <w:r w:rsidRPr="002F6785">
              <w:rPr>
                <w:sz w:val="26"/>
                <w:szCs w:val="26"/>
              </w:rPr>
              <w:t>ộ</w:t>
            </w:r>
            <w:r w:rsidRPr="002F6785">
              <w:rPr>
                <w:sz w:val="26"/>
                <w:szCs w:val="26"/>
              </w:rPr>
              <w:t>ng h</w:t>
            </w:r>
            <w:r w:rsidRPr="002F6785">
              <w:rPr>
                <w:sz w:val="26"/>
                <w:szCs w:val="26"/>
              </w:rPr>
              <w:t>ậ</w:t>
            </w:r>
            <w:r w:rsidRPr="002F6785">
              <w:rPr>
                <w:sz w:val="26"/>
                <w:szCs w:val="26"/>
              </w:rPr>
              <w:t>u ki</w:t>
            </w:r>
            <w:r w:rsidRPr="002F6785">
              <w:rPr>
                <w:sz w:val="26"/>
                <w:szCs w:val="26"/>
              </w:rPr>
              <w:t>ể</w:t>
            </w:r>
            <w:r w:rsidRPr="002F6785">
              <w:rPr>
                <w:sz w:val="26"/>
                <w:szCs w:val="26"/>
              </w:rPr>
              <w:t>m theo r</w:t>
            </w:r>
            <w:r w:rsidRPr="002F6785">
              <w:rPr>
                <w:sz w:val="26"/>
                <w:szCs w:val="26"/>
              </w:rPr>
              <w:t>ủ</w:t>
            </w:r>
            <w:r w:rsidRPr="002F6785">
              <w:rPr>
                <w:sz w:val="26"/>
                <w:szCs w:val="26"/>
              </w:rPr>
              <w:t>i ro, không ph</w:t>
            </w:r>
            <w:r w:rsidRPr="002F6785">
              <w:rPr>
                <w:sz w:val="26"/>
                <w:szCs w:val="26"/>
              </w:rPr>
              <w:t>ả</w:t>
            </w:r>
            <w:r w:rsidRPr="002F6785">
              <w:rPr>
                <w:sz w:val="26"/>
                <w:szCs w:val="26"/>
              </w:rPr>
              <w:t>i đi</w:t>
            </w:r>
            <w:r w:rsidRPr="002F6785">
              <w:rPr>
                <w:sz w:val="26"/>
                <w:szCs w:val="26"/>
              </w:rPr>
              <w:t>ề</w:t>
            </w:r>
            <w:r w:rsidRPr="002F6785">
              <w:rPr>
                <w:sz w:val="26"/>
                <w:szCs w:val="26"/>
              </w:rPr>
              <w:t>u ki</w:t>
            </w:r>
            <w:r w:rsidRPr="002F6785">
              <w:rPr>
                <w:sz w:val="26"/>
                <w:szCs w:val="26"/>
              </w:rPr>
              <w:t>ệ</w:t>
            </w:r>
            <w:r w:rsidRPr="002F6785">
              <w:rPr>
                <w:sz w:val="26"/>
                <w:szCs w:val="26"/>
              </w:rPr>
              <w:t>n thông quan và không thay th</w:t>
            </w:r>
            <w:r w:rsidRPr="002F6785">
              <w:rPr>
                <w:sz w:val="26"/>
                <w:szCs w:val="26"/>
              </w:rPr>
              <w:t>ế</w:t>
            </w:r>
            <w:r w:rsidRPr="002F6785">
              <w:rPr>
                <w:sz w:val="26"/>
                <w:szCs w:val="26"/>
              </w:rPr>
              <w:t xml:space="preserve"> ki</w:t>
            </w:r>
            <w:r w:rsidRPr="002F6785">
              <w:rPr>
                <w:sz w:val="26"/>
                <w:szCs w:val="26"/>
              </w:rPr>
              <w:t>ể</w:t>
            </w:r>
            <w:r w:rsidRPr="002F6785">
              <w:rPr>
                <w:sz w:val="26"/>
                <w:szCs w:val="26"/>
              </w:rPr>
              <w:t>m tra nhà nư</w:t>
            </w:r>
            <w:r w:rsidRPr="002F6785">
              <w:rPr>
                <w:sz w:val="26"/>
                <w:szCs w:val="26"/>
              </w:rPr>
              <w:t>ớ</w:t>
            </w:r>
            <w:r w:rsidRPr="002F6785">
              <w:rPr>
                <w:sz w:val="26"/>
                <w:szCs w:val="26"/>
              </w:rPr>
              <w:t>c v</w:t>
            </w:r>
            <w:r w:rsidRPr="002F6785">
              <w:rPr>
                <w:sz w:val="26"/>
                <w:szCs w:val="26"/>
              </w:rPr>
              <w:t>ề</w:t>
            </w:r>
            <w:r w:rsidRPr="002F6785">
              <w:rPr>
                <w:sz w:val="26"/>
                <w:szCs w:val="26"/>
              </w:rPr>
              <w:t xml:space="preserve"> ch</w:t>
            </w:r>
            <w:r w:rsidRPr="002F6785">
              <w:rPr>
                <w:sz w:val="26"/>
                <w:szCs w:val="26"/>
              </w:rPr>
              <w:t>ấ</w:t>
            </w:r>
            <w:r w:rsidRPr="002F6785">
              <w:rPr>
                <w:sz w:val="26"/>
                <w:szCs w:val="26"/>
              </w:rPr>
              <w:t>t lư</w:t>
            </w:r>
            <w:r w:rsidRPr="002F6785">
              <w:rPr>
                <w:sz w:val="26"/>
                <w:szCs w:val="26"/>
              </w:rPr>
              <w:t>ợ</w:t>
            </w:r>
            <w:r w:rsidRPr="002F6785">
              <w:rPr>
                <w:sz w:val="26"/>
                <w:szCs w:val="26"/>
              </w:rPr>
              <w:t>ng hàng hóa nh</w:t>
            </w:r>
            <w:r w:rsidRPr="002F6785">
              <w:rPr>
                <w:sz w:val="26"/>
                <w:szCs w:val="26"/>
              </w:rPr>
              <w:t>ậ</w:t>
            </w:r>
            <w:r w:rsidRPr="002F6785">
              <w:rPr>
                <w:sz w:val="26"/>
                <w:szCs w:val="26"/>
              </w:rPr>
              <w:t>p kh</w:t>
            </w:r>
            <w:r w:rsidRPr="002F6785">
              <w:rPr>
                <w:sz w:val="26"/>
                <w:szCs w:val="26"/>
              </w:rPr>
              <w:t>ẩ</w:t>
            </w:r>
            <w:r w:rsidRPr="002F6785">
              <w:rPr>
                <w:sz w:val="26"/>
                <w:szCs w:val="26"/>
              </w:rPr>
              <w:t>u.</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lastRenderedPageBreak/>
              <w:t>Điều 4. Nguyên tắ</w:t>
            </w:r>
            <w:r w:rsidRPr="002F6785">
              <w:rPr>
                <w:b/>
                <w:sz w:val="26"/>
                <w:szCs w:val="26"/>
              </w:rPr>
              <w:t>c quản lý chất lượng thép</w:t>
            </w:r>
          </w:p>
        </w:tc>
        <w:tc>
          <w:tcPr>
            <w:tcW w:w="6636" w:type="dxa"/>
          </w:tcPr>
          <w:p w:rsidR="00DC3F12" w:rsidRPr="002F6785" w:rsidRDefault="00DC3F12" w:rsidP="002F6785">
            <w:pPr>
              <w:widowControl w:val="0"/>
              <w:spacing w:before="60" w:after="60"/>
              <w:jc w:val="both"/>
              <w:rPr>
                <w:sz w:val="26"/>
                <w:szCs w:val="26"/>
              </w:rPr>
            </w:pPr>
            <w:r w:rsidRPr="002F6785">
              <w:rPr>
                <w:sz w:val="26"/>
                <w:szCs w:val="26"/>
              </w:rPr>
              <w:t>1</w:t>
            </w:r>
            <w:r w:rsidR="00B70340" w:rsidRPr="002F6785">
              <w:rPr>
                <w:sz w:val="26"/>
                <w:szCs w:val="26"/>
              </w:rPr>
              <w:t>.Không yêu cầu tổ chức, cá nhân thực hiện lại việc công bố, đánh giá sự phù hợp, thử nghiệm, kiểm tra hoặc cung cấp lại hồ sơ, dữ liệu đã được thực hiện hợp pháp, còn giá trị và cơ quan có thẩm quyền có thể khai thác, đối chiếu từ hệ thống thông tin được kết nối, chia sẻ, trừ trường hợp có dấu hiệu vi phạm, cảnh báo rủi ro hoặc trường hợp khác theo quy định của pháp luật</w:t>
            </w:r>
            <w:r w:rsidRPr="002F6785">
              <w:rPr>
                <w:sz w:val="26"/>
                <w:szCs w:val="26"/>
              </w:rPr>
              <w:t xml:space="preserve">. </w:t>
            </w:r>
          </w:p>
          <w:p w:rsidR="00DC3F12" w:rsidRPr="002F6785" w:rsidRDefault="00DC3F12" w:rsidP="002F6785">
            <w:pPr>
              <w:widowControl w:val="0"/>
              <w:spacing w:before="60" w:after="60"/>
              <w:jc w:val="both"/>
              <w:rPr>
                <w:sz w:val="26"/>
                <w:szCs w:val="26"/>
              </w:rPr>
            </w:pPr>
            <w:r w:rsidRPr="002F6785">
              <w:rPr>
                <w:sz w:val="26"/>
                <w:szCs w:val="26"/>
              </w:rPr>
              <w:t xml:space="preserve">2. Việc quản lý chất lượng thép phải căn cứ vào mức độ rủi ro của sản phẩm, hàng hóa và lịch sử tuân thủ pháp luật của tổ </w:t>
            </w:r>
            <w:r w:rsidRPr="002F6785">
              <w:rPr>
                <w:sz w:val="26"/>
                <w:szCs w:val="26"/>
              </w:rPr>
              <w:lastRenderedPageBreak/>
              <w:t xml:space="preserve">chức, cá nhân; bảo đảm công khai, minh bạch, khách quan, không phân biệt đối xử theo xuất xứ hàng hóa và không tạo ra rào cản kỹ thuật không cần thiết đối với thương mại. </w:t>
            </w:r>
          </w:p>
          <w:p w:rsidR="00DC3F12" w:rsidRPr="002F6785" w:rsidRDefault="00DC3F12" w:rsidP="002F6785">
            <w:pPr>
              <w:widowControl w:val="0"/>
              <w:spacing w:before="60" w:after="60"/>
              <w:jc w:val="both"/>
              <w:rPr>
                <w:sz w:val="26"/>
                <w:szCs w:val="26"/>
              </w:rPr>
            </w:pPr>
            <w:r w:rsidRPr="002F6785">
              <w:rPr>
                <w:sz w:val="26"/>
                <w:szCs w:val="26"/>
              </w:rPr>
              <w:t xml:space="preserve">3.  Tiêu chuẩn quốc gia được áp dụng bắt buộc khi được viện dẫn trong quy chuẩn kỹ thuật quốc gia hoặc văn bản quy phạm pháp luật theo quy định của pháp luật về tiêu chuẩn và quy chuẩn kỹ thuật. </w:t>
            </w:r>
          </w:p>
          <w:p w:rsidR="005B442E" w:rsidRPr="002F6785" w:rsidRDefault="00DC3F12" w:rsidP="002F6785">
            <w:pPr>
              <w:widowControl w:val="0"/>
              <w:spacing w:before="60" w:after="60"/>
              <w:jc w:val="both"/>
              <w:rPr>
                <w:sz w:val="26"/>
                <w:szCs w:val="26"/>
              </w:rPr>
            </w:pPr>
            <w:r w:rsidRPr="002F6785">
              <w:rPr>
                <w:sz w:val="26"/>
                <w:szCs w:val="26"/>
              </w:rPr>
              <w:t>4.  Trường hợp văn bản quy phạm pháp luật được viện dẫn tại Nghị định này được sửa đổi, bổ sung hoặc thay thế thì áp dụng văn bản sửa đổi, bổ sung hoặc văn bản thay thế.</w:t>
            </w:r>
            <w:r w:rsidRPr="002F6785">
              <w:rPr>
                <w:sz w:val="26"/>
                <w:szCs w:val="26"/>
              </w:rPr>
              <w:tab/>
            </w:r>
          </w:p>
        </w:tc>
        <w:tc>
          <w:tcPr>
            <w:tcW w:w="5760" w:type="dxa"/>
          </w:tcPr>
          <w:p w:rsidR="000F36C2" w:rsidRPr="000F36C2" w:rsidRDefault="00AC53F4" w:rsidP="002F6785">
            <w:pPr>
              <w:spacing w:before="60" w:after="60"/>
              <w:jc w:val="both"/>
              <w:rPr>
                <w:sz w:val="26"/>
                <w:szCs w:val="26"/>
              </w:rPr>
            </w:pPr>
            <w:r w:rsidRPr="002F6785">
              <w:rPr>
                <w:sz w:val="26"/>
                <w:szCs w:val="26"/>
              </w:rPr>
              <w:lastRenderedPageBreak/>
              <w:t>Đi</w:t>
            </w:r>
            <w:r w:rsidRPr="002F6785">
              <w:rPr>
                <w:sz w:val="26"/>
                <w:szCs w:val="26"/>
              </w:rPr>
              <w:t>ề</w:t>
            </w:r>
            <w:r w:rsidRPr="002F6785">
              <w:rPr>
                <w:sz w:val="26"/>
                <w:szCs w:val="26"/>
              </w:rPr>
              <w:t>u này quy đ</w:t>
            </w:r>
            <w:r w:rsidRPr="002F6785">
              <w:rPr>
                <w:sz w:val="26"/>
                <w:szCs w:val="26"/>
              </w:rPr>
              <w:t>ị</w:t>
            </w:r>
            <w:r w:rsidRPr="002F6785">
              <w:rPr>
                <w:sz w:val="26"/>
                <w:szCs w:val="26"/>
              </w:rPr>
              <w:t>nh các nguyên</w:t>
            </w:r>
            <w:r w:rsidRPr="002F6785">
              <w:rPr>
                <w:sz w:val="26"/>
                <w:szCs w:val="26"/>
              </w:rPr>
              <w:t xml:space="preserve"> t</w:t>
            </w:r>
            <w:r w:rsidRPr="002F6785">
              <w:rPr>
                <w:sz w:val="26"/>
                <w:szCs w:val="26"/>
              </w:rPr>
              <w:t>ắ</w:t>
            </w:r>
            <w:r w:rsidRPr="002F6785">
              <w:rPr>
                <w:sz w:val="26"/>
                <w:szCs w:val="26"/>
              </w:rPr>
              <w:t>c chung đ</w:t>
            </w:r>
            <w:r w:rsidRPr="002F6785">
              <w:rPr>
                <w:sz w:val="26"/>
                <w:szCs w:val="26"/>
              </w:rPr>
              <w:t>ể</w:t>
            </w:r>
            <w:r w:rsidRPr="002F6785">
              <w:rPr>
                <w:sz w:val="26"/>
                <w:szCs w:val="26"/>
              </w:rPr>
              <w:t xml:space="preserve"> b</w:t>
            </w:r>
            <w:r w:rsidRPr="002F6785">
              <w:rPr>
                <w:sz w:val="26"/>
                <w:szCs w:val="26"/>
              </w:rPr>
              <w:t>ả</w:t>
            </w:r>
            <w:r w:rsidRPr="002F6785">
              <w:rPr>
                <w:sz w:val="26"/>
                <w:szCs w:val="26"/>
              </w:rPr>
              <w:t>o đ</w:t>
            </w:r>
            <w:r w:rsidRPr="002F6785">
              <w:rPr>
                <w:sz w:val="26"/>
                <w:szCs w:val="26"/>
              </w:rPr>
              <w:t>ả</w:t>
            </w:r>
            <w:r w:rsidRPr="002F6785">
              <w:rPr>
                <w:sz w:val="26"/>
                <w:szCs w:val="26"/>
              </w:rPr>
              <w:t>m qu</w:t>
            </w:r>
            <w:r w:rsidRPr="002F6785">
              <w:rPr>
                <w:sz w:val="26"/>
                <w:szCs w:val="26"/>
              </w:rPr>
              <w:t>ả</w:t>
            </w:r>
            <w:r w:rsidRPr="002F6785">
              <w:rPr>
                <w:sz w:val="26"/>
                <w:szCs w:val="26"/>
              </w:rPr>
              <w:t>n lý ch</w:t>
            </w:r>
            <w:r w:rsidRPr="002F6785">
              <w:rPr>
                <w:sz w:val="26"/>
                <w:szCs w:val="26"/>
              </w:rPr>
              <w:t>ấ</w:t>
            </w:r>
            <w:r w:rsidRPr="002F6785">
              <w:rPr>
                <w:sz w:val="26"/>
                <w:szCs w:val="26"/>
              </w:rPr>
              <w:t>t lư</w:t>
            </w:r>
            <w:r w:rsidRPr="002F6785">
              <w:rPr>
                <w:sz w:val="26"/>
                <w:szCs w:val="26"/>
              </w:rPr>
              <w:t>ợ</w:t>
            </w:r>
            <w:r w:rsidRPr="002F6785">
              <w:rPr>
                <w:sz w:val="26"/>
                <w:szCs w:val="26"/>
              </w:rPr>
              <w:t>ng thép th</w:t>
            </w:r>
            <w:r w:rsidRPr="002F6785">
              <w:rPr>
                <w:sz w:val="26"/>
                <w:szCs w:val="26"/>
              </w:rPr>
              <w:t>ố</w:t>
            </w:r>
            <w:r w:rsidRPr="002F6785">
              <w:rPr>
                <w:sz w:val="26"/>
                <w:szCs w:val="26"/>
              </w:rPr>
              <w:t>ng nh</w:t>
            </w:r>
            <w:r w:rsidRPr="002F6785">
              <w:rPr>
                <w:sz w:val="26"/>
                <w:szCs w:val="26"/>
              </w:rPr>
              <w:t>ấ</w:t>
            </w:r>
            <w:r w:rsidRPr="002F6785">
              <w:rPr>
                <w:sz w:val="26"/>
                <w:szCs w:val="26"/>
              </w:rPr>
              <w:t>t, minh b</w:t>
            </w:r>
            <w:r w:rsidRPr="002F6785">
              <w:rPr>
                <w:sz w:val="26"/>
                <w:szCs w:val="26"/>
              </w:rPr>
              <w:t>ạ</w:t>
            </w:r>
            <w:r w:rsidRPr="002F6785">
              <w:rPr>
                <w:sz w:val="26"/>
                <w:szCs w:val="26"/>
              </w:rPr>
              <w:t>ch và phù h</w:t>
            </w:r>
            <w:r w:rsidRPr="002F6785">
              <w:rPr>
                <w:sz w:val="26"/>
                <w:szCs w:val="26"/>
              </w:rPr>
              <w:t>ợ</w:t>
            </w:r>
            <w:r w:rsidRPr="002F6785">
              <w:rPr>
                <w:sz w:val="26"/>
                <w:szCs w:val="26"/>
              </w:rPr>
              <w:t>p v</w:t>
            </w:r>
            <w:r w:rsidRPr="002F6785">
              <w:rPr>
                <w:sz w:val="26"/>
                <w:szCs w:val="26"/>
              </w:rPr>
              <w:t>ớ</w:t>
            </w:r>
            <w:r w:rsidRPr="002F6785">
              <w:rPr>
                <w:sz w:val="26"/>
                <w:szCs w:val="26"/>
              </w:rPr>
              <w:t>i phương th</w:t>
            </w:r>
            <w:r w:rsidRPr="002F6785">
              <w:rPr>
                <w:sz w:val="26"/>
                <w:szCs w:val="26"/>
              </w:rPr>
              <w:t>ứ</w:t>
            </w:r>
            <w:r w:rsidRPr="002F6785">
              <w:rPr>
                <w:sz w:val="26"/>
                <w:szCs w:val="26"/>
              </w:rPr>
              <w:t>c qu</w:t>
            </w:r>
            <w:r w:rsidRPr="002F6785">
              <w:rPr>
                <w:sz w:val="26"/>
                <w:szCs w:val="26"/>
              </w:rPr>
              <w:t>ả</w:t>
            </w:r>
            <w:r w:rsidRPr="002F6785">
              <w:rPr>
                <w:sz w:val="26"/>
                <w:szCs w:val="26"/>
              </w:rPr>
              <w:t>n lý theo r</w:t>
            </w:r>
            <w:r w:rsidRPr="002F6785">
              <w:rPr>
                <w:sz w:val="26"/>
                <w:szCs w:val="26"/>
              </w:rPr>
              <w:t>ủ</w:t>
            </w:r>
            <w:r w:rsidRPr="002F6785">
              <w:rPr>
                <w:sz w:val="26"/>
                <w:szCs w:val="26"/>
              </w:rPr>
              <w:t>i ro. Theo đó, h</w:t>
            </w:r>
            <w:r w:rsidRPr="002F6785">
              <w:rPr>
                <w:sz w:val="26"/>
                <w:szCs w:val="26"/>
              </w:rPr>
              <w:t>ồ</w:t>
            </w:r>
            <w:r w:rsidRPr="002F6785">
              <w:rPr>
                <w:sz w:val="26"/>
                <w:szCs w:val="26"/>
              </w:rPr>
              <w:t xml:space="preserve"> sơ, d</w:t>
            </w:r>
            <w:r w:rsidRPr="002F6785">
              <w:rPr>
                <w:sz w:val="26"/>
                <w:szCs w:val="26"/>
              </w:rPr>
              <w:t>ữ</w:t>
            </w:r>
            <w:r w:rsidRPr="002F6785">
              <w:rPr>
                <w:sz w:val="26"/>
                <w:szCs w:val="26"/>
              </w:rPr>
              <w:t xml:space="preserve"> li</w:t>
            </w:r>
            <w:r w:rsidRPr="002F6785">
              <w:rPr>
                <w:sz w:val="26"/>
                <w:szCs w:val="26"/>
              </w:rPr>
              <w:t>ệ</w:t>
            </w:r>
            <w:r w:rsidRPr="002F6785">
              <w:rPr>
                <w:sz w:val="26"/>
                <w:szCs w:val="26"/>
              </w:rPr>
              <w:t>u và k</w:t>
            </w:r>
            <w:r w:rsidRPr="002F6785">
              <w:rPr>
                <w:sz w:val="26"/>
                <w:szCs w:val="26"/>
              </w:rPr>
              <w:t>ế</w:t>
            </w:r>
            <w:r w:rsidRPr="002F6785">
              <w:rPr>
                <w:sz w:val="26"/>
                <w:szCs w:val="26"/>
              </w:rPr>
              <w:t>t qu</w:t>
            </w:r>
            <w:r w:rsidRPr="002F6785">
              <w:rPr>
                <w:sz w:val="26"/>
                <w:szCs w:val="26"/>
              </w:rPr>
              <w:t>ả</w:t>
            </w:r>
            <w:r w:rsidRPr="002F6785">
              <w:rPr>
                <w:sz w:val="26"/>
                <w:szCs w:val="26"/>
              </w:rPr>
              <w:t xml:space="preserve"> đã đư</w:t>
            </w:r>
            <w:r w:rsidRPr="002F6785">
              <w:rPr>
                <w:sz w:val="26"/>
                <w:szCs w:val="26"/>
              </w:rPr>
              <w:t>ợ</w:t>
            </w:r>
            <w:r w:rsidRPr="002F6785">
              <w:rPr>
                <w:sz w:val="26"/>
                <w:szCs w:val="26"/>
              </w:rPr>
              <w:t>c th</w:t>
            </w:r>
            <w:r w:rsidRPr="002F6785">
              <w:rPr>
                <w:sz w:val="26"/>
                <w:szCs w:val="26"/>
              </w:rPr>
              <w:t>ự</w:t>
            </w:r>
            <w:r w:rsidRPr="002F6785">
              <w:rPr>
                <w:sz w:val="26"/>
                <w:szCs w:val="26"/>
              </w:rPr>
              <w:t>c hi</w:t>
            </w:r>
            <w:r w:rsidRPr="002F6785">
              <w:rPr>
                <w:sz w:val="26"/>
                <w:szCs w:val="26"/>
              </w:rPr>
              <w:t>ệ</w:t>
            </w:r>
            <w:r w:rsidRPr="002F6785">
              <w:rPr>
                <w:sz w:val="26"/>
                <w:szCs w:val="26"/>
              </w:rPr>
              <w:t>n h</w:t>
            </w:r>
            <w:r w:rsidRPr="002F6785">
              <w:rPr>
                <w:sz w:val="26"/>
                <w:szCs w:val="26"/>
              </w:rPr>
              <w:t>ợ</w:t>
            </w:r>
            <w:r w:rsidRPr="002F6785">
              <w:rPr>
                <w:sz w:val="26"/>
                <w:szCs w:val="26"/>
              </w:rPr>
              <w:t>p pháp, còn giá tr</w:t>
            </w:r>
            <w:r w:rsidRPr="002F6785">
              <w:rPr>
                <w:sz w:val="26"/>
                <w:szCs w:val="26"/>
              </w:rPr>
              <w:t>ị</w:t>
            </w:r>
            <w:r w:rsidRPr="002F6785">
              <w:rPr>
                <w:sz w:val="26"/>
                <w:szCs w:val="26"/>
              </w:rPr>
              <w:t xml:space="preserve"> và có th</w:t>
            </w:r>
            <w:r w:rsidRPr="002F6785">
              <w:rPr>
                <w:sz w:val="26"/>
                <w:szCs w:val="26"/>
              </w:rPr>
              <w:t>ể</w:t>
            </w:r>
            <w:r w:rsidRPr="002F6785">
              <w:rPr>
                <w:sz w:val="26"/>
                <w:szCs w:val="26"/>
              </w:rPr>
              <w:t xml:space="preserve"> khai thác t</w:t>
            </w:r>
            <w:r w:rsidRPr="002F6785">
              <w:rPr>
                <w:sz w:val="26"/>
                <w:szCs w:val="26"/>
              </w:rPr>
              <w:t>ừ</w:t>
            </w:r>
            <w:r w:rsidRPr="002F6785">
              <w:rPr>
                <w:sz w:val="26"/>
                <w:szCs w:val="26"/>
              </w:rPr>
              <w:t xml:space="preserve"> h</w:t>
            </w:r>
            <w:r w:rsidRPr="002F6785">
              <w:rPr>
                <w:sz w:val="26"/>
                <w:szCs w:val="26"/>
              </w:rPr>
              <w:t>ệ</w:t>
            </w:r>
            <w:r w:rsidRPr="002F6785">
              <w:rPr>
                <w:sz w:val="26"/>
                <w:szCs w:val="26"/>
              </w:rPr>
              <w:t xml:space="preserve"> th</w:t>
            </w:r>
            <w:r w:rsidRPr="002F6785">
              <w:rPr>
                <w:sz w:val="26"/>
                <w:szCs w:val="26"/>
              </w:rPr>
              <w:t>ố</w:t>
            </w:r>
            <w:r w:rsidRPr="002F6785">
              <w:rPr>
                <w:sz w:val="26"/>
                <w:szCs w:val="26"/>
              </w:rPr>
              <w:t>ng thông tin đư</w:t>
            </w:r>
            <w:r w:rsidRPr="002F6785">
              <w:rPr>
                <w:sz w:val="26"/>
                <w:szCs w:val="26"/>
              </w:rPr>
              <w:t>ợ</w:t>
            </w:r>
            <w:r w:rsidRPr="002F6785">
              <w:rPr>
                <w:sz w:val="26"/>
                <w:szCs w:val="26"/>
              </w:rPr>
              <w:t>c k</w:t>
            </w:r>
            <w:r w:rsidRPr="002F6785">
              <w:rPr>
                <w:sz w:val="26"/>
                <w:szCs w:val="26"/>
              </w:rPr>
              <w:t>ế</w:t>
            </w:r>
            <w:r w:rsidRPr="002F6785">
              <w:rPr>
                <w:sz w:val="26"/>
                <w:szCs w:val="26"/>
              </w:rPr>
              <w:t>t n</w:t>
            </w:r>
            <w:r w:rsidRPr="002F6785">
              <w:rPr>
                <w:sz w:val="26"/>
                <w:szCs w:val="26"/>
              </w:rPr>
              <w:t>ố</w:t>
            </w:r>
            <w:r w:rsidRPr="002F6785">
              <w:rPr>
                <w:sz w:val="26"/>
                <w:szCs w:val="26"/>
              </w:rPr>
              <w:t>i, chia s</w:t>
            </w:r>
            <w:r w:rsidRPr="002F6785">
              <w:rPr>
                <w:sz w:val="26"/>
                <w:szCs w:val="26"/>
              </w:rPr>
              <w:t>ẻ</w:t>
            </w:r>
            <w:r w:rsidRPr="002F6785">
              <w:rPr>
                <w:sz w:val="26"/>
                <w:szCs w:val="26"/>
              </w:rPr>
              <w:t xml:space="preserve"> t</w:t>
            </w:r>
            <w:r w:rsidRPr="002F6785">
              <w:rPr>
                <w:sz w:val="26"/>
                <w:szCs w:val="26"/>
              </w:rPr>
              <w:t>hì không yêu c</w:t>
            </w:r>
            <w:r w:rsidRPr="002F6785">
              <w:rPr>
                <w:sz w:val="26"/>
                <w:szCs w:val="26"/>
              </w:rPr>
              <w:t>ầ</w:t>
            </w:r>
            <w:r w:rsidRPr="002F6785">
              <w:rPr>
                <w:sz w:val="26"/>
                <w:szCs w:val="26"/>
              </w:rPr>
              <w:t>u t</w:t>
            </w:r>
            <w:r w:rsidRPr="002F6785">
              <w:rPr>
                <w:sz w:val="26"/>
                <w:szCs w:val="26"/>
              </w:rPr>
              <w:t>ổ</w:t>
            </w:r>
            <w:r w:rsidRPr="002F6785">
              <w:rPr>
                <w:sz w:val="26"/>
                <w:szCs w:val="26"/>
              </w:rPr>
              <w:t xml:space="preserve"> ch</w:t>
            </w:r>
            <w:r w:rsidRPr="002F6785">
              <w:rPr>
                <w:sz w:val="26"/>
                <w:szCs w:val="26"/>
              </w:rPr>
              <w:t>ứ</w:t>
            </w:r>
            <w:r w:rsidRPr="002F6785">
              <w:rPr>
                <w:sz w:val="26"/>
                <w:szCs w:val="26"/>
              </w:rPr>
              <w:t>c, cá nhân th</w:t>
            </w:r>
            <w:r w:rsidRPr="002F6785">
              <w:rPr>
                <w:sz w:val="26"/>
                <w:szCs w:val="26"/>
              </w:rPr>
              <w:t>ự</w:t>
            </w:r>
            <w:r w:rsidRPr="002F6785">
              <w:rPr>
                <w:sz w:val="26"/>
                <w:szCs w:val="26"/>
              </w:rPr>
              <w:t>c hi</w:t>
            </w:r>
            <w:r w:rsidRPr="002F6785">
              <w:rPr>
                <w:sz w:val="26"/>
                <w:szCs w:val="26"/>
              </w:rPr>
              <w:t>ệ</w:t>
            </w:r>
            <w:r w:rsidRPr="002F6785">
              <w:rPr>
                <w:sz w:val="26"/>
                <w:szCs w:val="26"/>
              </w:rPr>
              <w:t>n ho</w:t>
            </w:r>
            <w:r w:rsidRPr="002F6785">
              <w:rPr>
                <w:sz w:val="26"/>
                <w:szCs w:val="26"/>
              </w:rPr>
              <w:t>ặ</w:t>
            </w:r>
            <w:r w:rsidRPr="002F6785">
              <w:rPr>
                <w:sz w:val="26"/>
                <w:szCs w:val="26"/>
              </w:rPr>
              <w:t>c cung c</w:t>
            </w:r>
            <w:r w:rsidRPr="002F6785">
              <w:rPr>
                <w:sz w:val="26"/>
                <w:szCs w:val="26"/>
              </w:rPr>
              <w:t>ấ</w:t>
            </w:r>
            <w:r w:rsidRPr="002F6785">
              <w:rPr>
                <w:sz w:val="26"/>
                <w:szCs w:val="26"/>
              </w:rPr>
              <w:t>p l</w:t>
            </w:r>
            <w:r w:rsidRPr="002F6785">
              <w:rPr>
                <w:sz w:val="26"/>
                <w:szCs w:val="26"/>
              </w:rPr>
              <w:t>ạ</w:t>
            </w:r>
            <w:r w:rsidRPr="002F6785">
              <w:rPr>
                <w:sz w:val="26"/>
                <w:szCs w:val="26"/>
              </w:rPr>
              <w:t>i, tr</w:t>
            </w:r>
            <w:r w:rsidRPr="002F6785">
              <w:rPr>
                <w:sz w:val="26"/>
                <w:szCs w:val="26"/>
              </w:rPr>
              <w:t>ừ</w:t>
            </w:r>
            <w:r w:rsidRPr="002F6785">
              <w:rPr>
                <w:sz w:val="26"/>
                <w:szCs w:val="26"/>
              </w:rPr>
              <w:t xml:space="preserve"> trư</w:t>
            </w:r>
            <w:r w:rsidRPr="002F6785">
              <w:rPr>
                <w:sz w:val="26"/>
                <w:szCs w:val="26"/>
              </w:rPr>
              <w:t>ờ</w:t>
            </w:r>
            <w:r w:rsidRPr="002F6785">
              <w:rPr>
                <w:sz w:val="26"/>
                <w:szCs w:val="26"/>
              </w:rPr>
              <w:t>ng h</w:t>
            </w:r>
            <w:r w:rsidRPr="002F6785">
              <w:rPr>
                <w:sz w:val="26"/>
                <w:szCs w:val="26"/>
              </w:rPr>
              <w:t>ợ</w:t>
            </w:r>
            <w:r w:rsidRPr="002F6785">
              <w:rPr>
                <w:sz w:val="26"/>
                <w:szCs w:val="26"/>
              </w:rPr>
              <w:t>p pháp lu</w:t>
            </w:r>
            <w:r w:rsidRPr="002F6785">
              <w:rPr>
                <w:sz w:val="26"/>
                <w:szCs w:val="26"/>
              </w:rPr>
              <w:t>ậ</w:t>
            </w:r>
            <w:r w:rsidRPr="002F6785">
              <w:rPr>
                <w:sz w:val="26"/>
                <w:szCs w:val="26"/>
              </w:rPr>
              <w:t>t có quy đ</w:t>
            </w:r>
            <w:r w:rsidRPr="002F6785">
              <w:rPr>
                <w:sz w:val="26"/>
                <w:szCs w:val="26"/>
              </w:rPr>
              <w:t>ị</w:t>
            </w:r>
            <w:r w:rsidRPr="002F6785">
              <w:rPr>
                <w:sz w:val="26"/>
                <w:szCs w:val="26"/>
              </w:rPr>
              <w:t>nh khác ho</w:t>
            </w:r>
            <w:r w:rsidRPr="002F6785">
              <w:rPr>
                <w:sz w:val="26"/>
                <w:szCs w:val="26"/>
              </w:rPr>
              <w:t>ặ</w:t>
            </w:r>
            <w:r w:rsidRPr="002F6785">
              <w:rPr>
                <w:sz w:val="26"/>
                <w:szCs w:val="26"/>
              </w:rPr>
              <w:t>c có căn c</w:t>
            </w:r>
            <w:r w:rsidRPr="002F6785">
              <w:rPr>
                <w:sz w:val="26"/>
                <w:szCs w:val="26"/>
              </w:rPr>
              <w:t>ứ</w:t>
            </w:r>
            <w:r w:rsidRPr="002F6785">
              <w:rPr>
                <w:sz w:val="26"/>
                <w:szCs w:val="26"/>
              </w:rPr>
              <w:t xml:space="preserve"> c</w:t>
            </w:r>
            <w:r w:rsidRPr="002F6785">
              <w:rPr>
                <w:sz w:val="26"/>
                <w:szCs w:val="26"/>
              </w:rPr>
              <w:t>ầ</w:t>
            </w:r>
            <w:r w:rsidRPr="002F6785">
              <w:rPr>
                <w:sz w:val="26"/>
                <w:szCs w:val="26"/>
              </w:rPr>
              <w:t>n xác minh.</w:t>
            </w:r>
          </w:p>
          <w:p w:rsidR="008D4B75" w:rsidRPr="002F6785" w:rsidRDefault="00AC53F4" w:rsidP="002F6785">
            <w:pPr>
              <w:spacing w:before="60" w:after="60"/>
              <w:jc w:val="both"/>
              <w:rPr>
                <w:sz w:val="26"/>
                <w:szCs w:val="26"/>
              </w:rPr>
            </w:pPr>
            <w:r w:rsidRPr="002F6785">
              <w:rPr>
                <w:sz w:val="26"/>
                <w:szCs w:val="26"/>
              </w:rPr>
              <w:lastRenderedPageBreak/>
              <w:t>Quy đ</w:t>
            </w:r>
            <w:r w:rsidRPr="002F6785">
              <w:rPr>
                <w:sz w:val="26"/>
                <w:szCs w:val="26"/>
              </w:rPr>
              <w:t>ị</w:t>
            </w:r>
            <w:r w:rsidRPr="002F6785">
              <w:rPr>
                <w:sz w:val="26"/>
                <w:szCs w:val="26"/>
              </w:rPr>
              <w:t>nh đ</w:t>
            </w:r>
            <w:r w:rsidRPr="002F6785">
              <w:rPr>
                <w:sz w:val="26"/>
                <w:szCs w:val="26"/>
              </w:rPr>
              <w:t>ồ</w:t>
            </w:r>
            <w:r w:rsidRPr="002F6785">
              <w:rPr>
                <w:sz w:val="26"/>
                <w:szCs w:val="26"/>
              </w:rPr>
              <w:t>ng th</w:t>
            </w:r>
            <w:r w:rsidRPr="002F6785">
              <w:rPr>
                <w:sz w:val="26"/>
                <w:szCs w:val="26"/>
              </w:rPr>
              <w:t>ờ</w:t>
            </w:r>
            <w:r w:rsidRPr="002F6785">
              <w:rPr>
                <w:sz w:val="26"/>
                <w:szCs w:val="26"/>
              </w:rPr>
              <w:t>i kh</w:t>
            </w:r>
            <w:r w:rsidRPr="002F6785">
              <w:rPr>
                <w:sz w:val="26"/>
                <w:szCs w:val="26"/>
              </w:rPr>
              <w:t>ẳ</w:t>
            </w:r>
            <w:r w:rsidRPr="002F6785">
              <w:rPr>
                <w:sz w:val="26"/>
                <w:szCs w:val="26"/>
              </w:rPr>
              <w:t>ng đ</w:t>
            </w:r>
            <w:r w:rsidRPr="002F6785">
              <w:rPr>
                <w:sz w:val="26"/>
                <w:szCs w:val="26"/>
              </w:rPr>
              <w:t>ị</w:t>
            </w:r>
            <w:r w:rsidRPr="002F6785">
              <w:rPr>
                <w:sz w:val="26"/>
                <w:szCs w:val="26"/>
              </w:rPr>
              <w:t>nh vi</w:t>
            </w:r>
            <w:r w:rsidRPr="002F6785">
              <w:rPr>
                <w:sz w:val="26"/>
                <w:szCs w:val="26"/>
              </w:rPr>
              <w:t>ệ</w:t>
            </w:r>
            <w:r w:rsidRPr="002F6785">
              <w:rPr>
                <w:sz w:val="26"/>
                <w:szCs w:val="26"/>
              </w:rPr>
              <w:t>c qu</w:t>
            </w:r>
            <w:r w:rsidRPr="002F6785">
              <w:rPr>
                <w:sz w:val="26"/>
                <w:szCs w:val="26"/>
              </w:rPr>
              <w:t>ả</w:t>
            </w:r>
            <w:r w:rsidRPr="002F6785">
              <w:rPr>
                <w:sz w:val="26"/>
                <w:szCs w:val="26"/>
              </w:rPr>
              <w:t>n lý ph</w:t>
            </w:r>
            <w:r w:rsidRPr="002F6785">
              <w:rPr>
                <w:sz w:val="26"/>
                <w:szCs w:val="26"/>
              </w:rPr>
              <w:t>ả</w:t>
            </w:r>
            <w:r w:rsidRPr="002F6785">
              <w:rPr>
                <w:sz w:val="26"/>
                <w:szCs w:val="26"/>
              </w:rPr>
              <w:t>i d</w:t>
            </w:r>
            <w:r w:rsidRPr="002F6785">
              <w:rPr>
                <w:sz w:val="26"/>
                <w:szCs w:val="26"/>
              </w:rPr>
              <w:t>ự</w:t>
            </w:r>
            <w:r w:rsidRPr="002F6785">
              <w:rPr>
                <w:sz w:val="26"/>
                <w:szCs w:val="26"/>
              </w:rPr>
              <w:t>a trên m</w:t>
            </w:r>
            <w:r w:rsidRPr="002F6785">
              <w:rPr>
                <w:sz w:val="26"/>
                <w:szCs w:val="26"/>
              </w:rPr>
              <w:t>ứ</w:t>
            </w:r>
            <w:r w:rsidRPr="002F6785">
              <w:rPr>
                <w:sz w:val="26"/>
                <w:szCs w:val="26"/>
              </w:rPr>
              <w:t>c đ</w:t>
            </w:r>
            <w:r w:rsidRPr="002F6785">
              <w:rPr>
                <w:sz w:val="26"/>
                <w:szCs w:val="26"/>
              </w:rPr>
              <w:t>ộ</w:t>
            </w:r>
            <w:r w:rsidRPr="002F6785">
              <w:rPr>
                <w:sz w:val="26"/>
                <w:szCs w:val="26"/>
              </w:rPr>
              <w:t xml:space="preserve"> r</w:t>
            </w:r>
            <w:r w:rsidRPr="002F6785">
              <w:rPr>
                <w:sz w:val="26"/>
                <w:szCs w:val="26"/>
              </w:rPr>
              <w:t>ủ</w:t>
            </w:r>
            <w:r w:rsidRPr="002F6785">
              <w:rPr>
                <w:sz w:val="26"/>
                <w:szCs w:val="26"/>
              </w:rPr>
              <w:t>i ro và l</w:t>
            </w:r>
            <w:r w:rsidRPr="002F6785">
              <w:rPr>
                <w:sz w:val="26"/>
                <w:szCs w:val="26"/>
              </w:rPr>
              <w:t>ị</w:t>
            </w:r>
            <w:r w:rsidRPr="002F6785">
              <w:rPr>
                <w:sz w:val="26"/>
                <w:szCs w:val="26"/>
              </w:rPr>
              <w:t>ch s</w:t>
            </w:r>
            <w:r w:rsidRPr="002F6785">
              <w:rPr>
                <w:sz w:val="26"/>
                <w:szCs w:val="26"/>
              </w:rPr>
              <w:t>ử</w:t>
            </w:r>
            <w:r w:rsidRPr="002F6785">
              <w:rPr>
                <w:sz w:val="26"/>
                <w:szCs w:val="26"/>
              </w:rPr>
              <w:t xml:space="preserve"> tuân th</w:t>
            </w:r>
            <w:r w:rsidRPr="002F6785">
              <w:rPr>
                <w:sz w:val="26"/>
                <w:szCs w:val="26"/>
              </w:rPr>
              <w:t>ủ</w:t>
            </w:r>
            <w:r w:rsidRPr="002F6785">
              <w:rPr>
                <w:sz w:val="26"/>
                <w:szCs w:val="26"/>
              </w:rPr>
              <w:t>, không phân bi</w:t>
            </w:r>
            <w:r w:rsidRPr="002F6785">
              <w:rPr>
                <w:sz w:val="26"/>
                <w:szCs w:val="26"/>
              </w:rPr>
              <w:t>ệ</w:t>
            </w:r>
            <w:r w:rsidRPr="002F6785">
              <w:rPr>
                <w:sz w:val="26"/>
                <w:szCs w:val="26"/>
              </w:rPr>
              <w:t>t đ</w:t>
            </w:r>
            <w:r w:rsidRPr="002F6785">
              <w:rPr>
                <w:sz w:val="26"/>
                <w:szCs w:val="26"/>
              </w:rPr>
              <w:t>ố</w:t>
            </w:r>
            <w:r w:rsidRPr="002F6785">
              <w:rPr>
                <w:sz w:val="26"/>
                <w:szCs w:val="26"/>
              </w:rPr>
              <w:t>i x</w:t>
            </w:r>
            <w:r w:rsidRPr="002F6785">
              <w:rPr>
                <w:sz w:val="26"/>
                <w:szCs w:val="26"/>
              </w:rPr>
              <w:t>ử</w:t>
            </w:r>
            <w:r w:rsidRPr="002F6785">
              <w:rPr>
                <w:sz w:val="26"/>
                <w:szCs w:val="26"/>
              </w:rPr>
              <w:t xml:space="preserve"> theo xu</w:t>
            </w:r>
            <w:r w:rsidRPr="002F6785">
              <w:rPr>
                <w:sz w:val="26"/>
                <w:szCs w:val="26"/>
              </w:rPr>
              <w:t>ấ</w:t>
            </w:r>
            <w:r w:rsidRPr="002F6785">
              <w:rPr>
                <w:sz w:val="26"/>
                <w:szCs w:val="26"/>
              </w:rPr>
              <w:t>t x</w:t>
            </w:r>
            <w:r w:rsidRPr="002F6785">
              <w:rPr>
                <w:sz w:val="26"/>
                <w:szCs w:val="26"/>
              </w:rPr>
              <w:t>ứ</w:t>
            </w:r>
            <w:r w:rsidRPr="002F6785">
              <w:rPr>
                <w:sz w:val="26"/>
                <w:szCs w:val="26"/>
              </w:rPr>
              <w:t xml:space="preserve"> hàng hóa, không t</w:t>
            </w:r>
            <w:r w:rsidRPr="002F6785">
              <w:rPr>
                <w:sz w:val="26"/>
                <w:szCs w:val="26"/>
              </w:rPr>
              <w:t>ạ</w:t>
            </w:r>
            <w:r w:rsidRPr="002F6785">
              <w:rPr>
                <w:sz w:val="26"/>
                <w:szCs w:val="26"/>
              </w:rPr>
              <w:t>o rào c</w:t>
            </w:r>
            <w:r w:rsidRPr="002F6785">
              <w:rPr>
                <w:sz w:val="26"/>
                <w:szCs w:val="26"/>
              </w:rPr>
              <w:t>ả</w:t>
            </w:r>
            <w:r w:rsidRPr="002F6785">
              <w:rPr>
                <w:sz w:val="26"/>
                <w:szCs w:val="26"/>
              </w:rPr>
              <w:t>n k</w:t>
            </w:r>
            <w:r w:rsidRPr="002F6785">
              <w:rPr>
                <w:sz w:val="26"/>
                <w:szCs w:val="26"/>
              </w:rPr>
              <w:t>ỹ</w:t>
            </w:r>
            <w:r w:rsidRPr="002F6785">
              <w:rPr>
                <w:sz w:val="26"/>
                <w:szCs w:val="26"/>
              </w:rPr>
              <w:t xml:space="preserve"> thu</w:t>
            </w:r>
            <w:r w:rsidRPr="002F6785">
              <w:rPr>
                <w:sz w:val="26"/>
                <w:szCs w:val="26"/>
              </w:rPr>
              <w:t>ậ</w:t>
            </w:r>
            <w:r w:rsidRPr="002F6785">
              <w:rPr>
                <w:sz w:val="26"/>
                <w:szCs w:val="26"/>
              </w:rPr>
              <w:t>t không c</w:t>
            </w:r>
            <w:r w:rsidRPr="002F6785">
              <w:rPr>
                <w:sz w:val="26"/>
                <w:szCs w:val="26"/>
              </w:rPr>
              <w:t>ầ</w:t>
            </w:r>
            <w:r w:rsidRPr="002F6785">
              <w:rPr>
                <w:sz w:val="26"/>
                <w:szCs w:val="26"/>
              </w:rPr>
              <w:t>n thi</w:t>
            </w:r>
            <w:r w:rsidRPr="002F6785">
              <w:rPr>
                <w:sz w:val="26"/>
                <w:szCs w:val="26"/>
              </w:rPr>
              <w:t>ế</w:t>
            </w:r>
            <w:r w:rsidRPr="002F6785">
              <w:rPr>
                <w:sz w:val="26"/>
                <w:szCs w:val="26"/>
              </w:rPr>
              <w:t>t đ</w:t>
            </w:r>
            <w:r w:rsidRPr="002F6785">
              <w:rPr>
                <w:sz w:val="26"/>
                <w:szCs w:val="26"/>
              </w:rPr>
              <w:t>ố</w:t>
            </w:r>
            <w:r w:rsidRPr="002F6785">
              <w:rPr>
                <w:sz w:val="26"/>
                <w:szCs w:val="26"/>
              </w:rPr>
              <w:t>i v</w:t>
            </w:r>
            <w:r w:rsidRPr="002F6785">
              <w:rPr>
                <w:sz w:val="26"/>
                <w:szCs w:val="26"/>
              </w:rPr>
              <w:t>ớ</w:t>
            </w:r>
            <w:r w:rsidRPr="002F6785">
              <w:rPr>
                <w:sz w:val="26"/>
                <w:szCs w:val="26"/>
              </w:rPr>
              <w:t>i thương m</w:t>
            </w:r>
            <w:r w:rsidRPr="002F6785">
              <w:rPr>
                <w:sz w:val="26"/>
                <w:szCs w:val="26"/>
              </w:rPr>
              <w:t>ạ</w:t>
            </w:r>
            <w:r w:rsidRPr="002F6785">
              <w:rPr>
                <w:sz w:val="26"/>
                <w:szCs w:val="26"/>
              </w:rPr>
              <w:t>i; làm rõ trư</w:t>
            </w:r>
            <w:r w:rsidRPr="002F6785">
              <w:rPr>
                <w:sz w:val="26"/>
                <w:szCs w:val="26"/>
              </w:rPr>
              <w:t>ờ</w:t>
            </w:r>
            <w:r w:rsidRPr="002F6785">
              <w:rPr>
                <w:sz w:val="26"/>
                <w:szCs w:val="26"/>
              </w:rPr>
              <w:t>ng h</w:t>
            </w:r>
            <w:r w:rsidRPr="002F6785">
              <w:rPr>
                <w:sz w:val="26"/>
                <w:szCs w:val="26"/>
              </w:rPr>
              <w:t>ợ</w:t>
            </w:r>
            <w:r w:rsidRPr="002F6785">
              <w:rPr>
                <w:sz w:val="26"/>
                <w:szCs w:val="26"/>
              </w:rPr>
              <w:t>p tiêu chu</w:t>
            </w:r>
            <w:r w:rsidRPr="002F6785">
              <w:rPr>
                <w:sz w:val="26"/>
                <w:szCs w:val="26"/>
              </w:rPr>
              <w:t>ẩ</w:t>
            </w:r>
            <w:r w:rsidRPr="002F6785">
              <w:rPr>
                <w:sz w:val="26"/>
                <w:szCs w:val="26"/>
              </w:rPr>
              <w:t>n qu</w:t>
            </w:r>
            <w:r w:rsidRPr="002F6785">
              <w:rPr>
                <w:sz w:val="26"/>
                <w:szCs w:val="26"/>
              </w:rPr>
              <w:t>ố</w:t>
            </w:r>
            <w:r w:rsidRPr="002F6785">
              <w:rPr>
                <w:sz w:val="26"/>
                <w:szCs w:val="26"/>
              </w:rPr>
              <w:t>c gia đư</w:t>
            </w:r>
            <w:r w:rsidRPr="002F6785">
              <w:rPr>
                <w:sz w:val="26"/>
                <w:szCs w:val="26"/>
              </w:rPr>
              <w:t>ợ</w:t>
            </w:r>
            <w:r w:rsidRPr="002F6785">
              <w:rPr>
                <w:sz w:val="26"/>
                <w:szCs w:val="26"/>
              </w:rPr>
              <w:t>c áp d</w:t>
            </w:r>
            <w:r w:rsidRPr="002F6785">
              <w:rPr>
                <w:sz w:val="26"/>
                <w:szCs w:val="26"/>
              </w:rPr>
              <w:t>ụ</w:t>
            </w:r>
            <w:r w:rsidRPr="002F6785">
              <w:rPr>
                <w:sz w:val="26"/>
                <w:szCs w:val="26"/>
              </w:rPr>
              <w:t>ng b</w:t>
            </w:r>
            <w:r w:rsidRPr="002F6785">
              <w:rPr>
                <w:sz w:val="26"/>
                <w:szCs w:val="26"/>
              </w:rPr>
              <w:t>ắ</w:t>
            </w:r>
            <w:r w:rsidRPr="002F6785">
              <w:rPr>
                <w:sz w:val="26"/>
                <w:szCs w:val="26"/>
              </w:rPr>
              <w:t>t bu</w:t>
            </w:r>
            <w:r w:rsidRPr="002F6785">
              <w:rPr>
                <w:sz w:val="26"/>
                <w:szCs w:val="26"/>
              </w:rPr>
              <w:t>ộ</w:t>
            </w:r>
            <w:r w:rsidRPr="002F6785">
              <w:rPr>
                <w:sz w:val="26"/>
                <w:szCs w:val="26"/>
              </w:rPr>
              <w:t>c; và b</w:t>
            </w:r>
            <w:r w:rsidRPr="002F6785">
              <w:rPr>
                <w:sz w:val="26"/>
                <w:szCs w:val="26"/>
              </w:rPr>
              <w:t>ả</w:t>
            </w:r>
            <w:r w:rsidRPr="002F6785">
              <w:rPr>
                <w:sz w:val="26"/>
                <w:szCs w:val="26"/>
              </w:rPr>
              <w:t>o đ</w:t>
            </w:r>
            <w:r w:rsidRPr="002F6785">
              <w:rPr>
                <w:sz w:val="26"/>
                <w:szCs w:val="26"/>
              </w:rPr>
              <w:t>ả</w:t>
            </w:r>
            <w:r w:rsidRPr="002F6785">
              <w:rPr>
                <w:sz w:val="26"/>
                <w:szCs w:val="26"/>
              </w:rPr>
              <w:t>m vi</w:t>
            </w:r>
            <w:r w:rsidRPr="002F6785">
              <w:rPr>
                <w:sz w:val="26"/>
                <w:szCs w:val="26"/>
              </w:rPr>
              <w:t>ệ</w:t>
            </w:r>
            <w:r w:rsidRPr="002F6785">
              <w:rPr>
                <w:sz w:val="26"/>
                <w:szCs w:val="26"/>
              </w:rPr>
              <w:t>c d</w:t>
            </w:r>
            <w:r w:rsidRPr="002F6785">
              <w:rPr>
                <w:sz w:val="26"/>
                <w:szCs w:val="26"/>
              </w:rPr>
              <w:t>ẫ</w:t>
            </w:r>
            <w:r w:rsidRPr="002F6785">
              <w:rPr>
                <w:sz w:val="26"/>
                <w:szCs w:val="26"/>
              </w:rPr>
              <w:t>n chi</w:t>
            </w:r>
            <w:r w:rsidRPr="002F6785">
              <w:rPr>
                <w:sz w:val="26"/>
                <w:szCs w:val="26"/>
              </w:rPr>
              <w:t>ế</w:t>
            </w:r>
            <w:r w:rsidRPr="002F6785">
              <w:rPr>
                <w:sz w:val="26"/>
                <w:szCs w:val="26"/>
              </w:rPr>
              <w:t>u văn b</w:t>
            </w:r>
            <w:r w:rsidRPr="002F6785">
              <w:rPr>
                <w:sz w:val="26"/>
                <w:szCs w:val="26"/>
              </w:rPr>
              <w:t>ả</w:t>
            </w:r>
            <w:r w:rsidRPr="002F6785">
              <w:rPr>
                <w:sz w:val="26"/>
                <w:szCs w:val="26"/>
              </w:rPr>
              <w:t>n đư</w:t>
            </w:r>
            <w:r w:rsidRPr="002F6785">
              <w:rPr>
                <w:sz w:val="26"/>
                <w:szCs w:val="26"/>
              </w:rPr>
              <w:t>ợ</w:t>
            </w:r>
            <w:r w:rsidRPr="002F6785">
              <w:rPr>
                <w:sz w:val="26"/>
                <w:szCs w:val="26"/>
              </w:rPr>
              <w:t>c th</w:t>
            </w:r>
            <w:r w:rsidRPr="002F6785">
              <w:rPr>
                <w:sz w:val="26"/>
                <w:szCs w:val="26"/>
              </w:rPr>
              <w:t>ự</w:t>
            </w:r>
            <w:r w:rsidRPr="002F6785">
              <w:rPr>
                <w:sz w:val="26"/>
                <w:szCs w:val="26"/>
              </w:rPr>
              <w:t>c hi</w:t>
            </w:r>
            <w:r w:rsidRPr="002F6785">
              <w:rPr>
                <w:sz w:val="26"/>
                <w:szCs w:val="26"/>
              </w:rPr>
              <w:t>ệ</w:t>
            </w:r>
            <w:r w:rsidRPr="002F6785">
              <w:rPr>
                <w:sz w:val="26"/>
                <w:szCs w:val="26"/>
              </w:rPr>
              <w:t>n th</w:t>
            </w:r>
            <w:r w:rsidRPr="002F6785">
              <w:rPr>
                <w:sz w:val="26"/>
                <w:szCs w:val="26"/>
              </w:rPr>
              <w:t>ố</w:t>
            </w:r>
            <w:r w:rsidRPr="002F6785">
              <w:rPr>
                <w:sz w:val="26"/>
                <w:szCs w:val="26"/>
              </w:rPr>
              <w:t>ng nh</w:t>
            </w:r>
            <w:r w:rsidRPr="002F6785">
              <w:rPr>
                <w:sz w:val="26"/>
                <w:szCs w:val="26"/>
              </w:rPr>
              <w:t>ấ</w:t>
            </w:r>
            <w:r w:rsidRPr="002F6785">
              <w:rPr>
                <w:sz w:val="26"/>
                <w:szCs w:val="26"/>
              </w:rPr>
              <w:t>t khi văn b</w:t>
            </w:r>
            <w:r w:rsidRPr="002F6785">
              <w:rPr>
                <w:sz w:val="26"/>
                <w:szCs w:val="26"/>
              </w:rPr>
              <w:t>ả</w:t>
            </w:r>
            <w:r w:rsidRPr="002F6785">
              <w:rPr>
                <w:sz w:val="26"/>
                <w:szCs w:val="26"/>
              </w:rPr>
              <w:t>n đó đư</w:t>
            </w:r>
            <w:r w:rsidRPr="002F6785">
              <w:rPr>
                <w:sz w:val="26"/>
                <w:szCs w:val="26"/>
              </w:rPr>
              <w:t>ợ</w:t>
            </w:r>
            <w:r w:rsidRPr="002F6785">
              <w:rPr>
                <w:sz w:val="26"/>
                <w:szCs w:val="26"/>
              </w:rPr>
              <w:t>c s</w:t>
            </w:r>
            <w:r w:rsidRPr="002F6785">
              <w:rPr>
                <w:sz w:val="26"/>
                <w:szCs w:val="26"/>
              </w:rPr>
              <w:t>ử</w:t>
            </w:r>
            <w:r w:rsidRPr="002F6785">
              <w:rPr>
                <w:sz w:val="26"/>
                <w:szCs w:val="26"/>
              </w:rPr>
              <w:t>a đ</w:t>
            </w:r>
            <w:r w:rsidRPr="002F6785">
              <w:rPr>
                <w:sz w:val="26"/>
                <w:szCs w:val="26"/>
              </w:rPr>
              <w:t>ổ</w:t>
            </w:r>
            <w:r w:rsidRPr="002F6785">
              <w:rPr>
                <w:sz w:val="26"/>
                <w:szCs w:val="26"/>
              </w:rPr>
              <w:t>i, b</w:t>
            </w:r>
            <w:r w:rsidRPr="002F6785">
              <w:rPr>
                <w:sz w:val="26"/>
                <w:szCs w:val="26"/>
              </w:rPr>
              <w:t>ổ</w:t>
            </w:r>
            <w:r w:rsidRPr="002F6785">
              <w:rPr>
                <w:sz w:val="26"/>
                <w:szCs w:val="26"/>
              </w:rPr>
              <w:t xml:space="preserve"> sung ho</w:t>
            </w:r>
            <w:r w:rsidRPr="002F6785">
              <w:rPr>
                <w:sz w:val="26"/>
                <w:szCs w:val="26"/>
              </w:rPr>
              <w:t>ặ</w:t>
            </w:r>
            <w:r w:rsidRPr="002F6785">
              <w:rPr>
                <w:sz w:val="26"/>
                <w:szCs w:val="26"/>
              </w:rPr>
              <w:t>c thay th</w:t>
            </w:r>
            <w:r w:rsidRPr="002F6785">
              <w:rPr>
                <w:sz w:val="26"/>
                <w:szCs w:val="26"/>
              </w:rPr>
              <w:t>ế</w:t>
            </w:r>
            <w:r w:rsidRPr="002F6785">
              <w:rPr>
                <w:sz w:val="26"/>
                <w:szCs w:val="26"/>
              </w:rPr>
              <w:t>.</w:t>
            </w:r>
          </w:p>
        </w:tc>
      </w:tr>
      <w:tr w:rsidR="005B442E" w:rsidTr="000A0428">
        <w:trPr>
          <w:jc w:val="center"/>
        </w:trPr>
        <w:tc>
          <w:tcPr>
            <w:tcW w:w="2607" w:type="dxa"/>
          </w:tcPr>
          <w:p w:rsidR="00110491" w:rsidRPr="002F6785" w:rsidRDefault="00E85F05" w:rsidP="002F6785">
            <w:pPr>
              <w:widowControl w:val="0"/>
              <w:spacing w:before="60" w:after="60"/>
              <w:jc w:val="both"/>
              <w:rPr>
                <w:b/>
                <w:bCs/>
                <w:sz w:val="26"/>
                <w:szCs w:val="26"/>
              </w:rPr>
            </w:pPr>
            <w:r w:rsidRPr="000F36C2">
              <w:rPr>
                <w:b/>
                <w:sz w:val="26"/>
                <w:szCs w:val="26"/>
              </w:rPr>
              <w:lastRenderedPageBreak/>
              <w:t xml:space="preserve">Điều 5. </w:t>
            </w:r>
            <w:r w:rsidR="00B70340" w:rsidRPr="002F6785">
              <w:rPr>
                <w:rFonts w:eastAsia="Times New Roman"/>
                <w:b/>
                <w:sz w:val="26"/>
                <w:szCs w:val="26"/>
              </w:rPr>
              <w:t>Nguyên tắc thống nhất đầu mối quản lý nhà nước về chất lượng sản phẩm, hàng hóa thép</w:t>
            </w:r>
            <w:r w:rsidR="00B70340" w:rsidRPr="002F6785">
              <w:rPr>
                <w:b/>
                <w:bCs/>
                <w:sz w:val="26"/>
                <w:szCs w:val="26"/>
              </w:rPr>
              <w:t xml:space="preserve"> </w:t>
            </w:r>
          </w:p>
          <w:p w:rsidR="005B442E" w:rsidRPr="000F36C2" w:rsidRDefault="005B442E" w:rsidP="002F6785">
            <w:pPr>
              <w:spacing w:before="60" w:after="60"/>
              <w:jc w:val="both"/>
              <w:rPr>
                <w:sz w:val="26"/>
                <w:szCs w:val="26"/>
              </w:rPr>
            </w:pPr>
          </w:p>
        </w:tc>
        <w:tc>
          <w:tcPr>
            <w:tcW w:w="6636" w:type="dxa"/>
          </w:tcPr>
          <w:p w:rsidR="00B70340" w:rsidRPr="002F6785" w:rsidRDefault="00B70340" w:rsidP="002F6785">
            <w:pPr>
              <w:keepLines/>
              <w:spacing w:before="60" w:after="60"/>
              <w:jc w:val="both"/>
              <w:rPr>
                <w:sz w:val="26"/>
                <w:szCs w:val="26"/>
              </w:rPr>
            </w:pPr>
            <w:r w:rsidRPr="000F36C2">
              <w:rPr>
                <w:sz w:val="26"/>
                <w:szCs w:val="26"/>
              </w:rPr>
              <w:t>1. B</w:t>
            </w:r>
            <w:r w:rsidRPr="002F6785">
              <w:rPr>
                <w:sz w:val="26"/>
                <w:szCs w:val="26"/>
              </w:rPr>
              <w:t>ộ Khoa học và Công nghệ là đầu mối chịu trách nhiệm trước Chính phủ thống nhất quản lý nhà nước về chất lượng sản phẩm, hàng hóa thép thuộc phạm vi điều chỉnh của Nghị định này, trừ nội dung thuộc phạm vi điều chỉnh của luật chuyên ngành khác.</w:t>
            </w:r>
          </w:p>
          <w:p w:rsidR="00B70340" w:rsidRPr="002F6785" w:rsidRDefault="00B70340" w:rsidP="002F6785">
            <w:pPr>
              <w:keepLines/>
              <w:spacing w:before="60" w:after="60"/>
              <w:jc w:val="both"/>
              <w:rPr>
                <w:sz w:val="26"/>
                <w:szCs w:val="26"/>
              </w:rPr>
            </w:pPr>
            <w:r w:rsidRPr="002F6785">
              <w:rPr>
                <w:sz w:val="26"/>
                <w:szCs w:val="26"/>
              </w:rPr>
              <w:t>2. Bộ Khoa học và Công nghệ thực hiện nhiệm vụ của bộ quản lý ngành, lĩnh vực đối với chất lượng sản phẩm, hàng hóa thép theo pháp luật về chất lượng sản phẩm, hàng hóa và pháp luật về tiêu chuẩn và quy chuẩn kỹ thuật; tổ chức kiểm tra chất lượng thép tại nguồn theo Chương IV Nghị định này; quản lý, khai thác dữ liệu phục vụ quản lý chất lượng thép.</w:t>
            </w:r>
          </w:p>
          <w:p w:rsidR="00B70340" w:rsidRPr="002F6785" w:rsidRDefault="00B70340" w:rsidP="002F6785">
            <w:pPr>
              <w:keepLines/>
              <w:spacing w:before="60" w:after="60"/>
              <w:jc w:val="both"/>
              <w:rPr>
                <w:sz w:val="26"/>
                <w:szCs w:val="26"/>
              </w:rPr>
            </w:pPr>
            <w:r w:rsidRPr="002F6785">
              <w:rPr>
                <w:sz w:val="26"/>
                <w:szCs w:val="26"/>
              </w:rPr>
              <w:lastRenderedPageBreak/>
              <w:t>3. Bộ, cơ quan ngang bộ khác thực hiện quản lý nhà nước đối với quy hoạch, đầu tư, sản xuất công nghiệp, sử dụng thép trong công trình, thương mại, hải quan, bảo vệ môi trường, an toàn, vệ sinh lao động và lĩnh vực khác theo chức năng, nhiệm vụ được giao; không quy định hoặc tổ chức thực hiện thêm thủ tục đánh giá sự phù hợp, công bố hợp quy, kiểm tra nhà nước về chất lượng đối với cùng sản phẩm, hàng hóa thép đã thuộc phạm vi quản lý chất lượng của Bộ Khoa học và Công nghệ, trừ trường hợp luật có quy định khác.</w:t>
            </w:r>
          </w:p>
          <w:p w:rsidR="00B70340" w:rsidRPr="002F6785" w:rsidRDefault="00B70340" w:rsidP="002F6785">
            <w:pPr>
              <w:keepLines/>
              <w:spacing w:before="60" w:after="60"/>
              <w:jc w:val="both"/>
              <w:rPr>
                <w:sz w:val="26"/>
                <w:szCs w:val="26"/>
              </w:rPr>
            </w:pPr>
            <w:r w:rsidRPr="002F6785">
              <w:rPr>
                <w:sz w:val="26"/>
                <w:szCs w:val="26"/>
              </w:rPr>
              <w:t>4. Yêu cầu kỹ thuật đối với việc sử dụng thép trong công trình, thiết bị hoặc mục đích chuyên ngành được thực hiện theo pháp luật chuyên ngành. Việc kiểm tra chất lượng công trình, thiết bị hoặc hoạt động chuyên ngành được thực hiện theo mục tiêu quản lý chuyên ngành và không làm phát sinh việc kiểm tra lại chất lượng sản phẩm, hàng hóa thép đã được thực hiện hợp pháp, trừ trường hợp có căn cứ theo quy định của pháp luật.</w:t>
            </w:r>
          </w:p>
          <w:p w:rsidR="005B442E" w:rsidRPr="002F6785" w:rsidRDefault="005B442E" w:rsidP="002F6785">
            <w:pPr>
              <w:spacing w:before="60" w:after="60"/>
              <w:jc w:val="both"/>
              <w:rPr>
                <w:sz w:val="26"/>
                <w:szCs w:val="26"/>
              </w:rPr>
            </w:pPr>
          </w:p>
        </w:tc>
        <w:tc>
          <w:tcPr>
            <w:tcW w:w="5760" w:type="dxa"/>
          </w:tcPr>
          <w:p w:rsidR="000F36C2" w:rsidRPr="000F36C2" w:rsidRDefault="00AC53F4" w:rsidP="002F6785">
            <w:pPr>
              <w:spacing w:before="60" w:after="60"/>
              <w:jc w:val="both"/>
              <w:rPr>
                <w:sz w:val="26"/>
                <w:szCs w:val="26"/>
              </w:rPr>
            </w:pPr>
            <w:r w:rsidRPr="002F6785">
              <w:rPr>
                <w:sz w:val="26"/>
                <w:szCs w:val="26"/>
              </w:rPr>
              <w:lastRenderedPageBreak/>
              <w:t>Quy đ</w:t>
            </w:r>
            <w:r w:rsidRPr="002F6785">
              <w:rPr>
                <w:sz w:val="26"/>
                <w:szCs w:val="26"/>
              </w:rPr>
              <w:t>ị</w:t>
            </w:r>
            <w:r w:rsidRPr="002F6785">
              <w:rPr>
                <w:sz w:val="26"/>
                <w:szCs w:val="26"/>
              </w:rPr>
              <w:t>nh nh</w:t>
            </w:r>
            <w:r w:rsidRPr="002F6785">
              <w:rPr>
                <w:sz w:val="26"/>
                <w:szCs w:val="26"/>
              </w:rPr>
              <w:t>ằ</w:t>
            </w:r>
            <w:r w:rsidRPr="002F6785">
              <w:rPr>
                <w:sz w:val="26"/>
                <w:szCs w:val="26"/>
              </w:rPr>
              <w:t>m xác l</w:t>
            </w:r>
            <w:r w:rsidRPr="002F6785">
              <w:rPr>
                <w:sz w:val="26"/>
                <w:szCs w:val="26"/>
              </w:rPr>
              <w:t>ậ</w:t>
            </w:r>
            <w:r w:rsidRPr="002F6785">
              <w:rPr>
                <w:sz w:val="26"/>
                <w:szCs w:val="26"/>
              </w:rPr>
              <w:t>p đ</w:t>
            </w:r>
            <w:r w:rsidRPr="002F6785">
              <w:rPr>
                <w:sz w:val="26"/>
                <w:szCs w:val="26"/>
              </w:rPr>
              <w:t>ầ</w:t>
            </w:r>
            <w:r w:rsidRPr="002F6785">
              <w:rPr>
                <w:sz w:val="26"/>
                <w:szCs w:val="26"/>
              </w:rPr>
              <w:t>u m</w:t>
            </w:r>
            <w:r w:rsidRPr="002F6785">
              <w:rPr>
                <w:sz w:val="26"/>
                <w:szCs w:val="26"/>
              </w:rPr>
              <w:t>ố</w:t>
            </w:r>
            <w:r w:rsidRPr="002F6785">
              <w:rPr>
                <w:sz w:val="26"/>
                <w:szCs w:val="26"/>
              </w:rPr>
              <w:t>i th</w:t>
            </w:r>
            <w:r w:rsidRPr="002F6785">
              <w:rPr>
                <w:sz w:val="26"/>
                <w:szCs w:val="26"/>
              </w:rPr>
              <w:t>ố</w:t>
            </w:r>
            <w:r w:rsidRPr="002F6785">
              <w:rPr>
                <w:sz w:val="26"/>
                <w:szCs w:val="26"/>
              </w:rPr>
              <w:t>ng nh</w:t>
            </w:r>
            <w:r w:rsidRPr="002F6785">
              <w:rPr>
                <w:sz w:val="26"/>
                <w:szCs w:val="26"/>
              </w:rPr>
              <w:t>ấ</w:t>
            </w:r>
            <w:r w:rsidRPr="002F6785">
              <w:rPr>
                <w:sz w:val="26"/>
                <w:szCs w:val="26"/>
              </w:rPr>
              <w:t>t v</w:t>
            </w:r>
            <w:r w:rsidRPr="002F6785">
              <w:rPr>
                <w:sz w:val="26"/>
                <w:szCs w:val="26"/>
              </w:rPr>
              <w:t>ề</w:t>
            </w:r>
            <w:r w:rsidRPr="002F6785">
              <w:rPr>
                <w:sz w:val="26"/>
                <w:szCs w:val="26"/>
              </w:rPr>
              <w:t xml:space="preserve"> qu</w:t>
            </w:r>
            <w:r w:rsidRPr="002F6785">
              <w:rPr>
                <w:sz w:val="26"/>
                <w:szCs w:val="26"/>
              </w:rPr>
              <w:t>ả</w:t>
            </w:r>
            <w:r w:rsidRPr="002F6785">
              <w:rPr>
                <w:sz w:val="26"/>
                <w:szCs w:val="26"/>
              </w:rPr>
              <w:t>n lý nhà nư</w:t>
            </w:r>
            <w:r w:rsidRPr="002F6785">
              <w:rPr>
                <w:sz w:val="26"/>
                <w:szCs w:val="26"/>
              </w:rPr>
              <w:t>ớ</w:t>
            </w:r>
            <w:r w:rsidRPr="002F6785">
              <w:rPr>
                <w:sz w:val="26"/>
                <w:szCs w:val="26"/>
              </w:rPr>
              <w:t>c đ</w:t>
            </w:r>
            <w:r w:rsidRPr="002F6785">
              <w:rPr>
                <w:sz w:val="26"/>
                <w:szCs w:val="26"/>
              </w:rPr>
              <w:t>ố</w:t>
            </w:r>
            <w:r w:rsidRPr="002F6785">
              <w:rPr>
                <w:sz w:val="26"/>
                <w:szCs w:val="26"/>
              </w:rPr>
              <w:t>i v</w:t>
            </w:r>
            <w:r w:rsidRPr="002F6785">
              <w:rPr>
                <w:sz w:val="26"/>
                <w:szCs w:val="26"/>
              </w:rPr>
              <w:t>ớ</w:t>
            </w:r>
            <w:r w:rsidRPr="002F6785">
              <w:rPr>
                <w:sz w:val="26"/>
                <w:szCs w:val="26"/>
              </w:rPr>
              <w:t>i ch</w:t>
            </w:r>
            <w:r w:rsidRPr="002F6785">
              <w:rPr>
                <w:sz w:val="26"/>
                <w:szCs w:val="26"/>
              </w:rPr>
              <w:t>ấ</w:t>
            </w:r>
            <w:r w:rsidRPr="002F6785">
              <w:rPr>
                <w:sz w:val="26"/>
                <w:szCs w:val="26"/>
              </w:rPr>
              <w:t>t lư</w:t>
            </w:r>
            <w:r w:rsidRPr="002F6785">
              <w:rPr>
                <w:sz w:val="26"/>
                <w:szCs w:val="26"/>
              </w:rPr>
              <w:t>ợ</w:t>
            </w:r>
            <w:r w:rsidRPr="002F6785">
              <w:rPr>
                <w:sz w:val="26"/>
                <w:szCs w:val="26"/>
              </w:rPr>
              <w:t>ng s</w:t>
            </w:r>
            <w:r w:rsidRPr="002F6785">
              <w:rPr>
                <w:sz w:val="26"/>
                <w:szCs w:val="26"/>
              </w:rPr>
              <w:t>ả</w:t>
            </w:r>
            <w:r w:rsidRPr="002F6785">
              <w:rPr>
                <w:sz w:val="26"/>
                <w:szCs w:val="26"/>
              </w:rPr>
              <w:t>n ph</w:t>
            </w:r>
            <w:r w:rsidRPr="002F6785">
              <w:rPr>
                <w:sz w:val="26"/>
                <w:szCs w:val="26"/>
              </w:rPr>
              <w:t>ẩ</w:t>
            </w:r>
            <w:r w:rsidRPr="002F6785">
              <w:rPr>
                <w:sz w:val="26"/>
                <w:szCs w:val="26"/>
              </w:rPr>
              <w:t>m, hàng hóa thép thu</w:t>
            </w:r>
            <w:r w:rsidRPr="002F6785">
              <w:rPr>
                <w:sz w:val="26"/>
                <w:szCs w:val="26"/>
              </w:rPr>
              <w:t>ộ</w:t>
            </w:r>
            <w:r w:rsidRPr="002F6785">
              <w:rPr>
                <w:sz w:val="26"/>
                <w:szCs w:val="26"/>
              </w:rPr>
              <w:t>c ph</w:t>
            </w:r>
            <w:r w:rsidRPr="002F6785">
              <w:rPr>
                <w:sz w:val="26"/>
                <w:szCs w:val="26"/>
              </w:rPr>
              <w:t>ạ</w:t>
            </w:r>
            <w:r w:rsidRPr="002F6785">
              <w:rPr>
                <w:sz w:val="26"/>
                <w:szCs w:val="26"/>
              </w:rPr>
              <w:t>m vi Ngh</w:t>
            </w:r>
            <w:r w:rsidRPr="002F6785">
              <w:rPr>
                <w:sz w:val="26"/>
                <w:szCs w:val="26"/>
              </w:rPr>
              <w:t>ị</w:t>
            </w:r>
            <w:r w:rsidRPr="002F6785">
              <w:rPr>
                <w:sz w:val="26"/>
                <w:szCs w:val="26"/>
              </w:rPr>
              <w:t xml:space="preserve"> đ</w:t>
            </w:r>
            <w:r w:rsidRPr="002F6785">
              <w:rPr>
                <w:sz w:val="26"/>
                <w:szCs w:val="26"/>
              </w:rPr>
              <w:t>ị</w:t>
            </w:r>
            <w:r w:rsidRPr="002F6785">
              <w:rPr>
                <w:sz w:val="26"/>
                <w:szCs w:val="26"/>
              </w:rPr>
              <w:t>nh, đ</w:t>
            </w:r>
            <w:r w:rsidRPr="002F6785">
              <w:rPr>
                <w:sz w:val="26"/>
                <w:szCs w:val="26"/>
              </w:rPr>
              <w:t>ồ</w:t>
            </w:r>
            <w:r w:rsidRPr="002F6785">
              <w:rPr>
                <w:sz w:val="26"/>
                <w:szCs w:val="26"/>
              </w:rPr>
              <w:t>ng th</w:t>
            </w:r>
            <w:r w:rsidRPr="002F6785">
              <w:rPr>
                <w:sz w:val="26"/>
                <w:szCs w:val="26"/>
              </w:rPr>
              <w:t>ờ</w:t>
            </w:r>
            <w:r w:rsidRPr="002F6785">
              <w:rPr>
                <w:sz w:val="26"/>
                <w:szCs w:val="26"/>
              </w:rPr>
              <w:t>i phân đ</w:t>
            </w:r>
            <w:r w:rsidRPr="002F6785">
              <w:rPr>
                <w:sz w:val="26"/>
                <w:szCs w:val="26"/>
              </w:rPr>
              <w:t>ị</w:t>
            </w:r>
            <w:r w:rsidRPr="002F6785">
              <w:rPr>
                <w:sz w:val="26"/>
                <w:szCs w:val="26"/>
              </w:rPr>
              <w:t>nh v</w:t>
            </w:r>
            <w:r w:rsidRPr="002F6785">
              <w:rPr>
                <w:sz w:val="26"/>
                <w:szCs w:val="26"/>
              </w:rPr>
              <w:t>ớ</w:t>
            </w:r>
            <w:r w:rsidRPr="002F6785">
              <w:rPr>
                <w:sz w:val="26"/>
                <w:szCs w:val="26"/>
              </w:rPr>
              <w:t>i các n</w:t>
            </w:r>
            <w:r w:rsidRPr="002F6785">
              <w:rPr>
                <w:sz w:val="26"/>
                <w:szCs w:val="26"/>
              </w:rPr>
              <w:t>ộ</w:t>
            </w:r>
            <w:r w:rsidRPr="002F6785">
              <w:rPr>
                <w:sz w:val="26"/>
                <w:szCs w:val="26"/>
              </w:rPr>
              <w:t>i dung qu</w:t>
            </w:r>
            <w:r w:rsidRPr="002F6785">
              <w:rPr>
                <w:sz w:val="26"/>
                <w:szCs w:val="26"/>
              </w:rPr>
              <w:t>ả</w:t>
            </w:r>
            <w:r w:rsidRPr="002F6785">
              <w:rPr>
                <w:sz w:val="26"/>
                <w:szCs w:val="26"/>
              </w:rPr>
              <w:t>n lý chuyên ngành khác theo ch</w:t>
            </w:r>
            <w:r w:rsidRPr="002F6785">
              <w:rPr>
                <w:sz w:val="26"/>
                <w:szCs w:val="26"/>
              </w:rPr>
              <w:t>ứ</w:t>
            </w:r>
            <w:r w:rsidRPr="002F6785">
              <w:rPr>
                <w:sz w:val="26"/>
                <w:szCs w:val="26"/>
              </w:rPr>
              <w:t>c năng, nhi</w:t>
            </w:r>
            <w:r w:rsidRPr="002F6785">
              <w:rPr>
                <w:sz w:val="26"/>
                <w:szCs w:val="26"/>
              </w:rPr>
              <w:t>ệ</w:t>
            </w:r>
            <w:r w:rsidRPr="002F6785">
              <w:rPr>
                <w:sz w:val="26"/>
                <w:szCs w:val="26"/>
              </w:rPr>
              <w:t>m v</w:t>
            </w:r>
            <w:r w:rsidRPr="002F6785">
              <w:rPr>
                <w:sz w:val="26"/>
                <w:szCs w:val="26"/>
              </w:rPr>
              <w:t>ụ</w:t>
            </w:r>
            <w:r w:rsidRPr="002F6785">
              <w:rPr>
                <w:sz w:val="26"/>
                <w:szCs w:val="26"/>
              </w:rPr>
              <w:t xml:space="preserve"> c</w:t>
            </w:r>
            <w:r w:rsidRPr="002F6785">
              <w:rPr>
                <w:sz w:val="26"/>
                <w:szCs w:val="26"/>
              </w:rPr>
              <w:t>ủ</w:t>
            </w:r>
            <w:r w:rsidRPr="002F6785">
              <w:rPr>
                <w:sz w:val="26"/>
                <w:szCs w:val="26"/>
              </w:rPr>
              <w:t>a t</w:t>
            </w:r>
            <w:r w:rsidRPr="002F6785">
              <w:rPr>
                <w:sz w:val="26"/>
                <w:szCs w:val="26"/>
              </w:rPr>
              <w:t>ừ</w:t>
            </w:r>
            <w:r w:rsidRPr="002F6785">
              <w:rPr>
                <w:sz w:val="26"/>
                <w:szCs w:val="26"/>
              </w:rPr>
              <w:t>ng b</w:t>
            </w:r>
            <w:r w:rsidRPr="002F6785">
              <w:rPr>
                <w:sz w:val="26"/>
                <w:szCs w:val="26"/>
              </w:rPr>
              <w:t>ộ</w:t>
            </w:r>
            <w:r w:rsidRPr="002F6785">
              <w:rPr>
                <w:sz w:val="26"/>
                <w:szCs w:val="26"/>
              </w:rPr>
              <w:t>, cơ quan.</w:t>
            </w:r>
          </w:p>
          <w:p w:rsidR="000F36C2" w:rsidRPr="000F36C2" w:rsidRDefault="00AC53F4" w:rsidP="002F6785">
            <w:pPr>
              <w:spacing w:before="60" w:after="60"/>
              <w:jc w:val="both"/>
              <w:rPr>
                <w:sz w:val="26"/>
                <w:szCs w:val="26"/>
              </w:rPr>
            </w:pPr>
            <w:r w:rsidRPr="002F6785">
              <w:rPr>
                <w:sz w:val="26"/>
                <w:szCs w:val="26"/>
              </w:rPr>
              <w:t>B</w:t>
            </w:r>
            <w:r w:rsidRPr="002F6785">
              <w:rPr>
                <w:sz w:val="26"/>
                <w:szCs w:val="26"/>
              </w:rPr>
              <w:t>ộ</w:t>
            </w:r>
            <w:r w:rsidRPr="002F6785">
              <w:rPr>
                <w:sz w:val="26"/>
                <w:szCs w:val="26"/>
              </w:rPr>
              <w:t xml:space="preserve"> Khoa h</w:t>
            </w:r>
            <w:r w:rsidRPr="002F6785">
              <w:rPr>
                <w:sz w:val="26"/>
                <w:szCs w:val="26"/>
              </w:rPr>
              <w:t>ọ</w:t>
            </w:r>
            <w:r w:rsidRPr="002F6785">
              <w:rPr>
                <w:sz w:val="26"/>
                <w:szCs w:val="26"/>
              </w:rPr>
              <w:t>c và Công ngh</w:t>
            </w:r>
            <w:r w:rsidRPr="002F6785">
              <w:rPr>
                <w:sz w:val="26"/>
                <w:szCs w:val="26"/>
              </w:rPr>
              <w:t>ệ</w:t>
            </w:r>
            <w:r w:rsidRPr="002F6785">
              <w:rPr>
                <w:sz w:val="26"/>
                <w:szCs w:val="26"/>
              </w:rPr>
              <w:t xml:space="preserve"> th</w:t>
            </w:r>
            <w:r w:rsidRPr="002F6785">
              <w:rPr>
                <w:sz w:val="26"/>
                <w:szCs w:val="26"/>
              </w:rPr>
              <w:t>ự</w:t>
            </w:r>
            <w:r w:rsidRPr="002F6785">
              <w:rPr>
                <w:sz w:val="26"/>
                <w:szCs w:val="26"/>
              </w:rPr>
              <w:t>c hi</w:t>
            </w:r>
            <w:r w:rsidRPr="002F6785">
              <w:rPr>
                <w:sz w:val="26"/>
                <w:szCs w:val="26"/>
              </w:rPr>
              <w:t>ệ</w:t>
            </w:r>
            <w:r w:rsidRPr="002F6785">
              <w:rPr>
                <w:sz w:val="26"/>
                <w:szCs w:val="26"/>
              </w:rPr>
              <w:t>n nhi</w:t>
            </w:r>
            <w:r w:rsidRPr="002F6785">
              <w:rPr>
                <w:sz w:val="26"/>
                <w:szCs w:val="26"/>
              </w:rPr>
              <w:t>ệ</w:t>
            </w:r>
            <w:r w:rsidRPr="002F6785">
              <w:rPr>
                <w:sz w:val="26"/>
                <w:szCs w:val="26"/>
              </w:rPr>
              <w:t>m v</w:t>
            </w:r>
            <w:r w:rsidRPr="002F6785">
              <w:rPr>
                <w:sz w:val="26"/>
                <w:szCs w:val="26"/>
              </w:rPr>
              <w:t>ụ</w:t>
            </w:r>
            <w:r w:rsidRPr="002F6785">
              <w:rPr>
                <w:sz w:val="26"/>
                <w:szCs w:val="26"/>
              </w:rPr>
              <w:t xml:space="preserve"> c</w:t>
            </w:r>
            <w:r w:rsidRPr="002F6785">
              <w:rPr>
                <w:sz w:val="26"/>
                <w:szCs w:val="26"/>
              </w:rPr>
              <w:t>ủ</w:t>
            </w:r>
            <w:r w:rsidRPr="002F6785">
              <w:rPr>
                <w:sz w:val="26"/>
                <w:szCs w:val="26"/>
              </w:rPr>
              <w:t>a b</w:t>
            </w:r>
            <w:r w:rsidRPr="002F6785">
              <w:rPr>
                <w:sz w:val="26"/>
                <w:szCs w:val="26"/>
              </w:rPr>
              <w:t>ộ</w:t>
            </w:r>
            <w:r w:rsidRPr="002F6785">
              <w:rPr>
                <w:sz w:val="26"/>
                <w:szCs w:val="26"/>
              </w:rPr>
              <w:t xml:space="preserve"> qu</w:t>
            </w:r>
            <w:r w:rsidRPr="002F6785">
              <w:rPr>
                <w:sz w:val="26"/>
                <w:szCs w:val="26"/>
              </w:rPr>
              <w:t>ả</w:t>
            </w:r>
            <w:r w:rsidRPr="002F6785">
              <w:rPr>
                <w:sz w:val="26"/>
                <w:szCs w:val="26"/>
              </w:rPr>
              <w:t>n lý ngành, lĩnh v</w:t>
            </w:r>
            <w:r w:rsidRPr="002F6785">
              <w:rPr>
                <w:sz w:val="26"/>
                <w:szCs w:val="26"/>
              </w:rPr>
              <w:t>ự</w:t>
            </w:r>
            <w:r w:rsidRPr="002F6785">
              <w:rPr>
                <w:sz w:val="26"/>
                <w:szCs w:val="26"/>
              </w:rPr>
              <w:t>c v</w:t>
            </w:r>
            <w:r w:rsidRPr="002F6785">
              <w:rPr>
                <w:sz w:val="26"/>
                <w:szCs w:val="26"/>
              </w:rPr>
              <w:t>ề</w:t>
            </w:r>
            <w:r w:rsidRPr="002F6785">
              <w:rPr>
                <w:sz w:val="26"/>
                <w:szCs w:val="26"/>
              </w:rPr>
              <w:t xml:space="preserve"> ch</w:t>
            </w:r>
            <w:r w:rsidRPr="002F6785">
              <w:rPr>
                <w:sz w:val="26"/>
                <w:szCs w:val="26"/>
              </w:rPr>
              <w:t>ấ</w:t>
            </w:r>
            <w:r w:rsidRPr="002F6785">
              <w:rPr>
                <w:sz w:val="26"/>
                <w:szCs w:val="26"/>
              </w:rPr>
              <w:t>t lư</w:t>
            </w:r>
            <w:r w:rsidRPr="002F6785">
              <w:rPr>
                <w:sz w:val="26"/>
                <w:szCs w:val="26"/>
              </w:rPr>
              <w:t>ợ</w:t>
            </w:r>
            <w:r w:rsidRPr="002F6785">
              <w:rPr>
                <w:sz w:val="26"/>
                <w:szCs w:val="26"/>
              </w:rPr>
              <w:t>ng s</w:t>
            </w:r>
            <w:r w:rsidRPr="002F6785">
              <w:rPr>
                <w:sz w:val="26"/>
                <w:szCs w:val="26"/>
              </w:rPr>
              <w:t>ả</w:t>
            </w:r>
            <w:r w:rsidRPr="002F6785">
              <w:rPr>
                <w:sz w:val="26"/>
                <w:szCs w:val="26"/>
              </w:rPr>
              <w:t>n ph</w:t>
            </w:r>
            <w:r w:rsidRPr="002F6785">
              <w:rPr>
                <w:sz w:val="26"/>
                <w:szCs w:val="26"/>
              </w:rPr>
              <w:t>ẩ</w:t>
            </w:r>
            <w:r w:rsidRPr="002F6785">
              <w:rPr>
                <w:sz w:val="26"/>
                <w:szCs w:val="26"/>
              </w:rPr>
              <w:t>m, hàng hóa thép theo pháp lu</w:t>
            </w:r>
            <w:r w:rsidRPr="002F6785">
              <w:rPr>
                <w:sz w:val="26"/>
                <w:szCs w:val="26"/>
              </w:rPr>
              <w:t>ậ</w:t>
            </w:r>
            <w:r w:rsidRPr="002F6785">
              <w:rPr>
                <w:sz w:val="26"/>
                <w:szCs w:val="26"/>
              </w:rPr>
              <w:t>t hi</w:t>
            </w:r>
            <w:r w:rsidRPr="002F6785">
              <w:rPr>
                <w:sz w:val="26"/>
                <w:szCs w:val="26"/>
              </w:rPr>
              <w:t>ệ</w:t>
            </w:r>
            <w:r w:rsidRPr="002F6785">
              <w:rPr>
                <w:sz w:val="26"/>
                <w:szCs w:val="26"/>
              </w:rPr>
              <w:t>n hành và th</w:t>
            </w:r>
            <w:r w:rsidRPr="002F6785">
              <w:rPr>
                <w:sz w:val="26"/>
                <w:szCs w:val="26"/>
              </w:rPr>
              <w:t>ự</w:t>
            </w:r>
            <w:r w:rsidRPr="002F6785">
              <w:rPr>
                <w:sz w:val="26"/>
                <w:szCs w:val="26"/>
              </w:rPr>
              <w:t>c hi</w:t>
            </w:r>
            <w:r w:rsidRPr="002F6785">
              <w:rPr>
                <w:sz w:val="26"/>
                <w:szCs w:val="26"/>
              </w:rPr>
              <w:t>ệ</w:t>
            </w:r>
            <w:r w:rsidRPr="002F6785">
              <w:rPr>
                <w:sz w:val="26"/>
                <w:szCs w:val="26"/>
              </w:rPr>
              <w:t>n các nhi</w:t>
            </w:r>
            <w:r w:rsidRPr="002F6785">
              <w:rPr>
                <w:sz w:val="26"/>
                <w:szCs w:val="26"/>
              </w:rPr>
              <w:t>ệ</w:t>
            </w:r>
            <w:r w:rsidRPr="002F6785">
              <w:rPr>
                <w:sz w:val="26"/>
                <w:szCs w:val="26"/>
              </w:rPr>
              <w:t>m v</w:t>
            </w:r>
            <w:r w:rsidRPr="002F6785">
              <w:rPr>
                <w:sz w:val="26"/>
                <w:szCs w:val="26"/>
              </w:rPr>
              <w:t>ụ</w:t>
            </w:r>
            <w:r w:rsidRPr="002F6785">
              <w:rPr>
                <w:sz w:val="26"/>
                <w:szCs w:val="26"/>
              </w:rPr>
              <w:t xml:space="preserve"> đ</w:t>
            </w:r>
            <w:r w:rsidRPr="002F6785">
              <w:rPr>
                <w:sz w:val="26"/>
                <w:szCs w:val="26"/>
              </w:rPr>
              <w:t>ặ</w:t>
            </w:r>
            <w:r w:rsidRPr="002F6785">
              <w:rPr>
                <w:sz w:val="26"/>
                <w:szCs w:val="26"/>
              </w:rPr>
              <w:t>c thù đư</w:t>
            </w:r>
            <w:r w:rsidRPr="002F6785">
              <w:rPr>
                <w:sz w:val="26"/>
                <w:szCs w:val="26"/>
              </w:rPr>
              <w:t>ợ</w:t>
            </w:r>
            <w:r w:rsidRPr="002F6785">
              <w:rPr>
                <w:sz w:val="26"/>
                <w:szCs w:val="26"/>
              </w:rPr>
              <w:t>c Ngh</w:t>
            </w:r>
            <w:r w:rsidRPr="002F6785">
              <w:rPr>
                <w:sz w:val="26"/>
                <w:szCs w:val="26"/>
              </w:rPr>
              <w:t>ị</w:t>
            </w:r>
            <w:r w:rsidRPr="002F6785">
              <w:rPr>
                <w:sz w:val="26"/>
                <w:szCs w:val="26"/>
              </w:rPr>
              <w:t xml:space="preserve"> đ</w:t>
            </w:r>
            <w:r w:rsidRPr="002F6785">
              <w:rPr>
                <w:sz w:val="26"/>
                <w:szCs w:val="26"/>
              </w:rPr>
              <w:t>ị</w:t>
            </w:r>
            <w:r w:rsidRPr="002F6785">
              <w:rPr>
                <w:sz w:val="26"/>
                <w:szCs w:val="26"/>
              </w:rPr>
              <w:t xml:space="preserve">nh giao. </w:t>
            </w:r>
          </w:p>
          <w:p w:rsidR="008D4B75" w:rsidRPr="002F6785" w:rsidRDefault="00AC53F4" w:rsidP="002F6785">
            <w:pPr>
              <w:spacing w:before="60" w:after="60"/>
              <w:jc w:val="both"/>
              <w:rPr>
                <w:sz w:val="26"/>
                <w:szCs w:val="26"/>
              </w:rPr>
            </w:pPr>
            <w:r w:rsidRPr="002F6785">
              <w:rPr>
                <w:sz w:val="26"/>
                <w:szCs w:val="26"/>
              </w:rPr>
              <w:t>Các b</w:t>
            </w:r>
            <w:r w:rsidRPr="002F6785">
              <w:rPr>
                <w:sz w:val="26"/>
                <w:szCs w:val="26"/>
              </w:rPr>
              <w:t>ộ</w:t>
            </w:r>
            <w:r w:rsidRPr="002F6785">
              <w:rPr>
                <w:sz w:val="26"/>
                <w:szCs w:val="26"/>
              </w:rPr>
              <w:t>, cơ quan ngang b</w:t>
            </w:r>
            <w:r w:rsidRPr="002F6785">
              <w:rPr>
                <w:sz w:val="26"/>
                <w:szCs w:val="26"/>
              </w:rPr>
              <w:t>ộ</w:t>
            </w:r>
            <w:r w:rsidRPr="002F6785">
              <w:rPr>
                <w:sz w:val="26"/>
                <w:szCs w:val="26"/>
              </w:rPr>
              <w:t xml:space="preserve"> ti</w:t>
            </w:r>
            <w:r w:rsidRPr="002F6785">
              <w:rPr>
                <w:sz w:val="26"/>
                <w:szCs w:val="26"/>
              </w:rPr>
              <w:t>ế</w:t>
            </w:r>
            <w:r w:rsidRPr="002F6785">
              <w:rPr>
                <w:sz w:val="26"/>
                <w:szCs w:val="26"/>
              </w:rPr>
              <w:t>p t</w:t>
            </w:r>
            <w:r w:rsidRPr="002F6785">
              <w:rPr>
                <w:sz w:val="26"/>
                <w:szCs w:val="26"/>
              </w:rPr>
              <w:t>ụ</w:t>
            </w:r>
            <w:r w:rsidRPr="002F6785">
              <w:rPr>
                <w:sz w:val="26"/>
                <w:szCs w:val="26"/>
              </w:rPr>
              <w:t>c qu</w:t>
            </w:r>
            <w:r w:rsidRPr="002F6785">
              <w:rPr>
                <w:sz w:val="26"/>
                <w:szCs w:val="26"/>
              </w:rPr>
              <w:t>ả</w:t>
            </w:r>
            <w:r w:rsidRPr="002F6785">
              <w:rPr>
                <w:sz w:val="26"/>
                <w:szCs w:val="26"/>
              </w:rPr>
              <w:t xml:space="preserve">n lý </w:t>
            </w:r>
            <w:r w:rsidRPr="002F6785">
              <w:rPr>
                <w:sz w:val="26"/>
                <w:szCs w:val="26"/>
              </w:rPr>
              <w:t>các lĩnh v</w:t>
            </w:r>
            <w:r w:rsidRPr="002F6785">
              <w:rPr>
                <w:sz w:val="26"/>
                <w:szCs w:val="26"/>
              </w:rPr>
              <w:t>ự</w:t>
            </w:r>
            <w:r w:rsidRPr="002F6785">
              <w:rPr>
                <w:sz w:val="26"/>
                <w:szCs w:val="26"/>
              </w:rPr>
              <w:t>c thu</w:t>
            </w:r>
            <w:r w:rsidRPr="002F6785">
              <w:rPr>
                <w:sz w:val="26"/>
                <w:szCs w:val="26"/>
              </w:rPr>
              <w:t>ộ</w:t>
            </w:r>
            <w:r w:rsidRPr="002F6785">
              <w:rPr>
                <w:sz w:val="26"/>
                <w:szCs w:val="26"/>
              </w:rPr>
              <w:t>c ch</w:t>
            </w:r>
            <w:r w:rsidRPr="002F6785">
              <w:rPr>
                <w:sz w:val="26"/>
                <w:szCs w:val="26"/>
              </w:rPr>
              <w:t>ứ</w:t>
            </w:r>
            <w:r w:rsidRPr="002F6785">
              <w:rPr>
                <w:sz w:val="26"/>
                <w:szCs w:val="26"/>
              </w:rPr>
              <w:t>c năng c</w:t>
            </w:r>
            <w:r w:rsidRPr="002F6785">
              <w:rPr>
                <w:sz w:val="26"/>
                <w:szCs w:val="26"/>
              </w:rPr>
              <w:t>ủ</w:t>
            </w:r>
            <w:r w:rsidRPr="002F6785">
              <w:rPr>
                <w:sz w:val="26"/>
                <w:szCs w:val="26"/>
              </w:rPr>
              <w:t>a mình nhưng không làm phát sinh thêm th</w:t>
            </w:r>
            <w:r w:rsidRPr="002F6785">
              <w:rPr>
                <w:sz w:val="26"/>
                <w:szCs w:val="26"/>
              </w:rPr>
              <w:t>ủ</w:t>
            </w:r>
            <w:r w:rsidRPr="002F6785">
              <w:rPr>
                <w:sz w:val="26"/>
                <w:szCs w:val="26"/>
              </w:rPr>
              <w:t xml:space="preserve"> t</w:t>
            </w:r>
            <w:r w:rsidRPr="002F6785">
              <w:rPr>
                <w:sz w:val="26"/>
                <w:szCs w:val="26"/>
              </w:rPr>
              <w:t>ụ</w:t>
            </w:r>
            <w:r w:rsidRPr="002F6785">
              <w:rPr>
                <w:sz w:val="26"/>
                <w:szCs w:val="26"/>
              </w:rPr>
              <w:t>c đánh giá s</w:t>
            </w:r>
            <w:r w:rsidRPr="002F6785">
              <w:rPr>
                <w:sz w:val="26"/>
                <w:szCs w:val="26"/>
              </w:rPr>
              <w:t>ự</w:t>
            </w:r>
            <w:r w:rsidRPr="002F6785">
              <w:rPr>
                <w:sz w:val="26"/>
                <w:szCs w:val="26"/>
              </w:rPr>
              <w:t xml:space="preserve"> phù h</w:t>
            </w:r>
            <w:r w:rsidRPr="002F6785">
              <w:rPr>
                <w:sz w:val="26"/>
                <w:szCs w:val="26"/>
              </w:rPr>
              <w:t>ợ</w:t>
            </w:r>
            <w:r w:rsidRPr="002F6785">
              <w:rPr>
                <w:sz w:val="26"/>
                <w:szCs w:val="26"/>
              </w:rPr>
              <w:t>p, công b</w:t>
            </w:r>
            <w:r w:rsidRPr="002F6785">
              <w:rPr>
                <w:sz w:val="26"/>
                <w:szCs w:val="26"/>
              </w:rPr>
              <w:t>ố</w:t>
            </w:r>
            <w:r w:rsidRPr="002F6785">
              <w:rPr>
                <w:sz w:val="26"/>
                <w:szCs w:val="26"/>
              </w:rPr>
              <w:t xml:space="preserve"> h</w:t>
            </w:r>
            <w:r w:rsidRPr="002F6785">
              <w:rPr>
                <w:sz w:val="26"/>
                <w:szCs w:val="26"/>
              </w:rPr>
              <w:t>ợ</w:t>
            </w:r>
            <w:r w:rsidRPr="002F6785">
              <w:rPr>
                <w:sz w:val="26"/>
                <w:szCs w:val="26"/>
              </w:rPr>
              <w:t>p quy ho</w:t>
            </w:r>
            <w:r w:rsidRPr="002F6785">
              <w:rPr>
                <w:sz w:val="26"/>
                <w:szCs w:val="26"/>
              </w:rPr>
              <w:t>ặ</w:t>
            </w:r>
            <w:r w:rsidRPr="002F6785">
              <w:rPr>
                <w:sz w:val="26"/>
                <w:szCs w:val="26"/>
              </w:rPr>
              <w:t>c ki</w:t>
            </w:r>
            <w:r w:rsidRPr="002F6785">
              <w:rPr>
                <w:sz w:val="26"/>
                <w:szCs w:val="26"/>
              </w:rPr>
              <w:t>ể</w:t>
            </w:r>
            <w:r w:rsidRPr="002F6785">
              <w:rPr>
                <w:sz w:val="26"/>
                <w:szCs w:val="26"/>
              </w:rPr>
              <w:t>m tra nhà nư</w:t>
            </w:r>
            <w:r w:rsidRPr="002F6785">
              <w:rPr>
                <w:sz w:val="26"/>
                <w:szCs w:val="26"/>
              </w:rPr>
              <w:t>ớ</w:t>
            </w:r>
            <w:r w:rsidRPr="002F6785">
              <w:rPr>
                <w:sz w:val="26"/>
                <w:szCs w:val="26"/>
              </w:rPr>
              <w:t>c v</w:t>
            </w:r>
            <w:r w:rsidRPr="002F6785">
              <w:rPr>
                <w:sz w:val="26"/>
                <w:szCs w:val="26"/>
              </w:rPr>
              <w:t>ề</w:t>
            </w:r>
            <w:r w:rsidRPr="002F6785">
              <w:rPr>
                <w:sz w:val="26"/>
                <w:szCs w:val="26"/>
              </w:rPr>
              <w:t xml:space="preserve"> ch</w:t>
            </w:r>
            <w:r w:rsidRPr="002F6785">
              <w:rPr>
                <w:sz w:val="26"/>
                <w:szCs w:val="26"/>
              </w:rPr>
              <w:t>ấ</w:t>
            </w:r>
            <w:r w:rsidRPr="002F6785">
              <w:rPr>
                <w:sz w:val="26"/>
                <w:szCs w:val="26"/>
              </w:rPr>
              <w:t>t lư</w:t>
            </w:r>
            <w:r w:rsidRPr="002F6785">
              <w:rPr>
                <w:sz w:val="26"/>
                <w:szCs w:val="26"/>
              </w:rPr>
              <w:t>ợ</w:t>
            </w:r>
            <w:r w:rsidRPr="002F6785">
              <w:rPr>
                <w:sz w:val="26"/>
                <w:szCs w:val="26"/>
              </w:rPr>
              <w:t>ng đ</w:t>
            </w:r>
            <w:r w:rsidRPr="002F6785">
              <w:rPr>
                <w:sz w:val="26"/>
                <w:szCs w:val="26"/>
              </w:rPr>
              <w:t>ố</w:t>
            </w:r>
            <w:r w:rsidRPr="002F6785">
              <w:rPr>
                <w:sz w:val="26"/>
                <w:szCs w:val="26"/>
              </w:rPr>
              <w:t>i v</w:t>
            </w:r>
            <w:r w:rsidRPr="002F6785">
              <w:rPr>
                <w:sz w:val="26"/>
                <w:szCs w:val="26"/>
              </w:rPr>
              <w:t>ớ</w:t>
            </w:r>
            <w:r w:rsidRPr="002F6785">
              <w:rPr>
                <w:sz w:val="26"/>
                <w:szCs w:val="26"/>
              </w:rPr>
              <w:t>i cùng s</w:t>
            </w:r>
            <w:r w:rsidRPr="002F6785">
              <w:rPr>
                <w:sz w:val="26"/>
                <w:szCs w:val="26"/>
              </w:rPr>
              <w:t>ả</w:t>
            </w:r>
            <w:r w:rsidRPr="002F6785">
              <w:rPr>
                <w:sz w:val="26"/>
                <w:szCs w:val="26"/>
              </w:rPr>
              <w:t>n ph</w:t>
            </w:r>
            <w:r w:rsidRPr="002F6785">
              <w:rPr>
                <w:sz w:val="26"/>
                <w:szCs w:val="26"/>
              </w:rPr>
              <w:t>ẩ</w:t>
            </w:r>
            <w:r w:rsidRPr="002F6785">
              <w:rPr>
                <w:sz w:val="26"/>
                <w:szCs w:val="26"/>
              </w:rPr>
              <w:t>m thép đã thu</w:t>
            </w:r>
            <w:r w:rsidRPr="002F6785">
              <w:rPr>
                <w:sz w:val="26"/>
                <w:szCs w:val="26"/>
              </w:rPr>
              <w:t>ộ</w:t>
            </w:r>
            <w:r w:rsidRPr="002F6785">
              <w:rPr>
                <w:sz w:val="26"/>
                <w:szCs w:val="26"/>
              </w:rPr>
              <w:t>c ph</w:t>
            </w:r>
            <w:r w:rsidRPr="002F6785">
              <w:rPr>
                <w:sz w:val="26"/>
                <w:szCs w:val="26"/>
              </w:rPr>
              <w:t>ạ</w:t>
            </w:r>
            <w:r w:rsidRPr="002F6785">
              <w:rPr>
                <w:sz w:val="26"/>
                <w:szCs w:val="26"/>
              </w:rPr>
              <w:t>m vi qu</w:t>
            </w:r>
            <w:r w:rsidRPr="002F6785">
              <w:rPr>
                <w:sz w:val="26"/>
                <w:szCs w:val="26"/>
              </w:rPr>
              <w:t>ả</w:t>
            </w:r>
            <w:r w:rsidRPr="002F6785">
              <w:rPr>
                <w:sz w:val="26"/>
                <w:szCs w:val="26"/>
              </w:rPr>
              <w:t>n lý ch</w:t>
            </w:r>
            <w:r w:rsidRPr="002F6785">
              <w:rPr>
                <w:sz w:val="26"/>
                <w:szCs w:val="26"/>
              </w:rPr>
              <w:t>ấ</w:t>
            </w:r>
            <w:r w:rsidRPr="002F6785">
              <w:rPr>
                <w:sz w:val="26"/>
                <w:szCs w:val="26"/>
              </w:rPr>
              <w:t>t lư</w:t>
            </w:r>
            <w:r w:rsidRPr="002F6785">
              <w:rPr>
                <w:sz w:val="26"/>
                <w:szCs w:val="26"/>
              </w:rPr>
              <w:t>ợ</w:t>
            </w:r>
            <w:r w:rsidRPr="002F6785">
              <w:rPr>
                <w:sz w:val="26"/>
                <w:szCs w:val="26"/>
              </w:rPr>
              <w:t>ng c</w:t>
            </w:r>
            <w:r w:rsidRPr="002F6785">
              <w:rPr>
                <w:sz w:val="26"/>
                <w:szCs w:val="26"/>
              </w:rPr>
              <w:t>ủ</w:t>
            </w:r>
            <w:r w:rsidRPr="002F6785">
              <w:rPr>
                <w:sz w:val="26"/>
                <w:szCs w:val="26"/>
              </w:rPr>
              <w:t>a B</w:t>
            </w:r>
            <w:r w:rsidRPr="002F6785">
              <w:rPr>
                <w:sz w:val="26"/>
                <w:szCs w:val="26"/>
              </w:rPr>
              <w:t>ộ</w:t>
            </w:r>
            <w:r w:rsidRPr="002F6785">
              <w:rPr>
                <w:sz w:val="26"/>
                <w:szCs w:val="26"/>
              </w:rPr>
              <w:t xml:space="preserve"> Khoa h</w:t>
            </w:r>
            <w:r w:rsidRPr="002F6785">
              <w:rPr>
                <w:sz w:val="26"/>
                <w:szCs w:val="26"/>
              </w:rPr>
              <w:t>ọ</w:t>
            </w:r>
            <w:r w:rsidRPr="002F6785">
              <w:rPr>
                <w:sz w:val="26"/>
                <w:szCs w:val="26"/>
              </w:rPr>
              <w:t>c và Công ngh</w:t>
            </w:r>
            <w:r w:rsidRPr="002F6785">
              <w:rPr>
                <w:sz w:val="26"/>
                <w:szCs w:val="26"/>
              </w:rPr>
              <w:t>ệ</w:t>
            </w:r>
            <w:r w:rsidRPr="002F6785">
              <w:rPr>
                <w:sz w:val="26"/>
                <w:szCs w:val="26"/>
              </w:rPr>
              <w:t>, tr</w:t>
            </w:r>
            <w:r w:rsidRPr="002F6785">
              <w:rPr>
                <w:sz w:val="26"/>
                <w:szCs w:val="26"/>
              </w:rPr>
              <w:t>ừ</w:t>
            </w:r>
            <w:r w:rsidRPr="002F6785">
              <w:rPr>
                <w:sz w:val="26"/>
                <w:szCs w:val="26"/>
              </w:rPr>
              <w:t xml:space="preserve"> trư</w:t>
            </w:r>
            <w:r w:rsidRPr="002F6785">
              <w:rPr>
                <w:sz w:val="26"/>
                <w:szCs w:val="26"/>
              </w:rPr>
              <w:t>ờ</w:t>
            </w:r>
            <w:r w:rsidRPr="002F6785">
              <w:rPr>
                <w:sz w:val="26"/>
                <w:szCs w:val="26"/>
              </w:rPr>
              <w:t>ng h</w:t>
            </w:r>
            <w:r w:rsidRPr="002F6785">
              <w:rPr>
                <w:sz w:val="26"/>
                <w:szCs w:val="26"/>
              </w:rPr>
              <w:t>ợ</w:t>
            </w:r>
            <w:r w:rsidRPr="002F6785">
              <w:rPr>
                <w:sz w:val="26"/>
                <w:szCs w:val="26"/>
              </w:rPr>
              <w:t>p lu</w:t>
            </w:r>
            <w:r w:rsidRPr="002F6785">
              <w:rPr>
                <w:sz w:val="26"/>
                <w:szCs w:val="26"/>
              </w:rPr>
              <w:t>ậ</w:t>
            </w:r>
            <w:r w:rsidRPr="002F6785">
              <w:rPr>
                <w:sz w:val="26"/>
                <w:szCs w:val="26"/>
              </w:rPr>
              <w:t>t có quy đ</w:t>
            </w:r>
            <w:r w:rsidRPr="002F6785">
              <w:rPr>
                <w:sz w:val="26"/>
                <w:szCs w:val="26"/>
              </w:rPr>
              <w:t>ị</w:t>
            </w:r>
            <w:r w:rsidRPr="002F6785">
              <w:rPr>
                <w:sz w:val="26"/>
                <w:szCs w:val="26"/>
              </w:rPr>
              <w:t>nh khác. Cách ti</w:t>
            </w:r>
            <w:r w:rsidRPr="002F6785">
              <w:rPr>
                <w:sz w:val="26"/>
                <w:szCs w:val="26"/>
              </w:rPr>
              <w:t>ế</w:t>
            </w:r>
            <w:r w:rsidRPr="002F6785">
              <w:rPr>
                <w:sz w:val="26"/>
                <w:szCs w:val="26"/>
              </w:rPr>
              <w:t>p c</w:t>
            </w:r>
            <w:r w:rsidRPr="002F6785">
              <w:rPr>
                <w:sz w:val="26"/>
                <w:szCs w:val="26"/>
              </w:rPr>
              <w:t>ậ</w:t>
            </w:r>
            <w:r w:rsidRPr="002F6785">
              <w:rPr>
                <w:sz w:val="26"/>
                <w:szCs w:val="26"/>
              </w:rPr>
              <w:t>n này nh</w:t>
            </w:r>
            <w:r w:rsidRPr="002F6785">
              <w:rPr>
                <w:sz w:val="26"/>
                <w:szCs w:val="26"/>
              </w:rPr>
              <w:t>ằ</w:t>
            </w:r>
            <w:r w:rsidRPr="002F6785">
              <w:rPr>
                <w:sz w:val="26"/>
                <w:szCs w:val="26"/>
              </w:rPr>
              <w:t>m h</w:t>
            </w:r>
            <w:r w:rsidRPr="002F6785">
              <w:rPr>
                <w:sz w:val="26"/>
                <w:szCs w:val="26"/>
              </w:rPr>
              <w:t>ạ</w:t>
            </w:r>
            <w:r w:rsidRPr="002F6785">
              <w:rPr>
                <w:sz w:val="26"/>
                <w:szCs w:val="26"/>
              </w:rPr>
              <w:t>n ch</w:t>
            </w:r>
            <w:r w:rsidRPr="002F6785">
              <w:rPr>
                <w:sz w:val="26"/>
                <w:szCs w:val="26"/>
              </w:rPr>
              <w:t>ế</w:t>
            </w:r>
            <w:r w:rsidRPr="002F6785">
              <w:rPr>
                <w:sz w:val="26"/>
                <w:szCs w:val="26"/>
              </w:rPr>
              <w:t xml:space="preserve"> ch</w:t>
            </w:r>
            <w:r w:rsidRPr="002F6785">
              <w:rPr>
                <w:sz w:val="26"/>
                <w:szCs w:val="26"/>
              </w:rPr>
              <w:t>ồ</w:t>
            </w:r>
            <w:r w:rsidRPr="002F6785">
              <w:rPr>
                <w:sz w:val="26"/>
                <w:szCs w:val="26"/>
              </w:rPr>
              <w:t>ng chéo và b</w:t>
            </w:r>
            <w:r w:rsidRPr="002F6785">
              <w:rPr>
                <w:sz w:val="26"/>
                <w:szCs w:val="26"/>
              </w:rPr>
              <w:t>ả</w:t>
            </w:r>
            <w:r w:rsidRPr="002F6785">
              <w:rPr>
                <w:sz w:val="26"/>
                <w:szCs w:val="26"/>
              </w:rPr>
              <w:t>o đ</w:t>
            </w:r>
            <w:r w:rsidRPr="002F6785">
              <w:rPr>
                <w:sz w:val="26"/>
                <w:szCs w:val="26"/>
              </w:rPr>
              <w:t>ả</w:t>
            </w:r>
            <w:r w:rsidRPr="002F6785">
              <w:rPr>
                <w:sz w:val="26"/>
                <w:szCs w:val="26"/>
              </w:rPr>
              <w:t>m ph</w:t>
            </w:r>
            <w:r w:rsidRPr="002F6785">
              <w:rPr>
                <w:sz w:val="26"/>
                <w:szCs w:val="26"/>
              </w:rPr>
              <w:t>ố</w:t>
            </w:r>
            <w:r w:rsidRPr="002F6785">
              <w:rPr>
                <w:sz w:val="26"/>
                <w:szCs w:val="26"/>
              </w:rPr>
              <w:t>i h</w:t>
            </w:r>
            <w:r w:rsidRPr="002F6785">
              <w:rPr>
                <w:sz w:val="26"/>
                <w:szCs w:val="26"/>
              </w:rPr>
              <w:t>ợ</w:t>
            </w:r>
            <w:r w:rsidRPr="002F6785">
              <w:rPr>
                <w:sz w:val="26"/>
                <w:szCs w:val="26"/>
              </w:rPr>
              <w:t>p qu</w:t>
            </w:r>
            <w:r w:rsidRPr="002F6785">
              <w:rPr>
                <w:sz w:val="26"/>
                <w:szCs w:val="26"/>
              </w:rPr>
              <w:t>ả</w:t>
            </w:r>
            <w:r w:rsidRPr="002F6785">
              <w:rPr>
                <w:sz w:val="26"/>
                <w:szCs w:val="26"/>
              </w:rPr>
              <w:t>n lý theo đúng th</w:t>
            </w:r>
            <w:r w:rsidRPr="002F6785">
              <w:rPr>
                <w:sz w:val="26"/>
                <w:szCs w:val="26"/>
              </w:rPr>
              <w:t>ẩ</w:t>
            </w:r>
            <w:r w:rsidRPr="002F6785">
              <w:rPr>
                <w:sz w:val="26"/>
                <w:szCs w:val="26"/>
              </w:rPr>
              <w:t>m quy</w:t>
            </w:r>
            <w:r w:rsidRPr="002F6785">
              <w:rPr>
                <w:sz w:val="26"/>
                <w:szCs w:val="26"/>
              </w:rPr>
              <w:t>ề</w:t>
            </w:r>
            <w:r w:rsidRPr="002F6785">
              <w:rPr>
                <w:sz w:val="26"/>
                <w:szCs w:val="26"/>
              </w:rPr>
              <w:t>n.</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lastRenderedPageBreak/>
              <w:t xml:space="preserve">Điều 6. </w:t>
            </w:r>
            <w:r w:rsidR="00B816F6" w:rsidRPr="002F6785">
              <w:rPr>
                <w:b/>
                <w:sz w:val="26"/>
                <w:szCs w:val="26"/>
              </w:rPr>
              <w:t>Thông tin nhận diện lô sản phẩm thép</w:t>
            </w:r>
          </w:p>
        </w:tc>
        <w:tc>
          <w:tcPr>
            <w:tcW w:w="6636" w:type="dxa"/>
          </w:tcPr>
          <w:p w:rsidR="00B816F6" w:rsidRPr="002F6785" w:rsidRDefault="005D389C" w:rsidP="002F6785">
            <w:pPr>
              <w:widowControl w:val="0"/>
              <w:spacing w:before="60" w:after="60"/>
              <w:jc w:val="both"/>
              <w:rPr>
                <w:sz w:val="26"/>
                <w:szCs w:val="26"/>
              </w:rPr>
            </w:pPr>
            <w:r w:rsidRPr="002F6785">
              <w:rPr>
                <w:rFonts w:cs="Times New Roman"/>
                <w:sz w:val="26"/>
                <w:szCs w:val="26"/>
              </w:rPr>
              <w:t>1. Ngoài nội dung ghi nhãn theo quy định của pháp luật, tổ chức, cá nhân phải bảo đảm sản phẩm thép có thể được liên kết, truy xuất đến các thông tin nhận diện lô sau đây thông qua thông tin thể hiện trên sản phẩm, bó, cuộn, bao gói, thẻ hàng, chứng chỉ chất lượng của nhà sản xuất, tài liệu kèm theo hoặc vật mang dữ liệu điện tử phù hợp với đặc tính của sản phẩm:</w:t>
            </w:r>
          </w:p>
          <w:p w:rsidR="00B816F6" w:rsidRPr="002F6785" w:rsidRDefault="00B816F6" w:rsidP="002F6785">
            <w:pPr>
              <w:spacing w:before="60" w:after="60"/>
              <w:jc w:val="both"/>
              <w:rPr>
                <w:sz w:val="26"/>
                <w:szCs w:val="26"/>
              </w:rPr>
            </w:pPr>
            <w:r w:rsidRPr="002F6785">
              <w:rPr>
                <w:sz w:val="26"/>
                <w:szCs w:val="26"/>
              </w:rPr>
              <w:t>a) Tên sản phẩm, dạng sản phẩm và mác thép;</w:t>
            </w:r>
          </w:p>
          <w:p w:rsidR="00B816F6" w:rsidRPr="002F6785" w:rsidRDefault="00B816F6" w:rsidP="002F6785">
            <w:pPr>
              <w:spacing w:before="60" w:after="60"/>
              <w:jc w:val="both"/>
              <w:rPr>
                <w:sz w:val="26"/>
                <w:szCs w:val="26"/>
              </w:rPr>
            </w:pPr>
            <w:r w:rsidRPr="002F6785">
              <w:rPr>
                <w:sz w:val="26"/>
                <w:szCs w:val="26"/>
              </w:rPr>
              <w:t>b) Tiêu chuẩn công bố áp dụng và quy chuẩn kỹ thuật quốc gia tương ứng, nếu có;</w:t>
            </w:r>
          </w:p>
          <w:p w:rsidR="00B816F6" w:rsidRPr="002F6785" w:rsidRDefault="00B816F6" w:rsidP="002F6785">
            <w:pPr>
              <w:spacing w:before="60" w:after="60"/>
              <w:jc w:val="both"/>
              <w:rPr>
                <w:sz w:val="26"/>
                <w:szCs w:val="26"/>
              </w:rPr>
            </w:pPr>
            <w:r w:rsidRPr="002F6785">
              <w:rPr>
                <w:sz w:val="26"/>
                <w:szCs w:val="26"/>
              </w:rPr>
              <w:t>c) Mã mẻ luyện hoặc mã lô sản phẩm;</w:t>
            </w:r>
          </w:p>
          <w:p w:rsidR="00B816F6" w:rsidRPr="002F6785" w:rsidRDefault="00B816F6" w:rsidP="002F6785">
            <w:pPr>
              <w:spacing w:before="60" w:after="60"/>
              <w:jc w:val="both"/>
              <w:rPr>
                <w:sz w:val="26"/>
                <w:szCs w:val="26"/>
              </w:rPr>
            </w:pPr>
            <w:r w:rsidRPr="002F6785">
              <w:rPr>
                <w:sz w:val="26"/>
                <w:szCs w:val="26"/>
              </w:rPr>
              <w:t>d) Kích thước, quy cách và khối lượng hoặc số lượng;</w:t>
            </w:r>
          </w:p>
          <w:p w:rsidR="00B816F6" w:rsidRPr="002F6785" w:rsidRDefault="00B816F6" w:rsidP="002F6785">
            <w:pPr>
              <w:spacing w:before="60" w:after="60"/>
              <w:jc w:val="both"/>
              <w:rPr>
                <w:sz w:val="26"/>
                <w:szCs w:val="26"/>
              </w:rPr>
            </w:pPr>
            <w:r w:rsidRPr="002F6785">
              <w:rPr>
                <w:sz w:val="26"/>
                <w:szCs w:val="26"/>
              </w:rPr>
              <w:t>đ) Tên cơ sở sản xuất và địa điểm sản xuất;</w:t>
            </w:r>
          </w:p>
          <w:p w:rsidR="00B816F6" w:rsidRPr="002F6785" w:rsidRDefault="00B816F6" w:rsidP="002F6785">
            <w:pPr>
              <w:spacing w:before="60" w:after="60"/>
              <w:jc w:val="both"/>
              <w:rPr>
                <w:sz w:val="26"/>
                <w:szCs w:val="26"/>
              </w:rPr>
            </w:pPr>
            <w:r w:rsidRPr="002F6785">
              <w:rPr>
                <w:sz w:val="26"/>
                <w:szCs w:val="26"/>
              </w:rPr>
              <w:lastRenderedPageBreak/>
              <w:t>e) Kết quả hoặc tài liệu dẫn chiếu đến kết quả kiểm tra, thử nghiệm các chỉ tiêu chủ yếu theo tiêu chuẩn công bố áp dụng, quy chuẩn kỹ thuật quốc gia tương ứng.</w:t>
            </w:r>
          </w:p>
          <w:p w:rsidR="005B442E" w:rsidRPr="002F6785" w:rsidRDefault="00B816F6" w:rsidP="002F6785">
            <w:pPr>
              <w:spacing w:before="60" w:after="60"/>
              <w:jc w:val="both"/>
              <w:rPr>
                <w:sz w:val="26"/>
                <w:szCs w:val="26"/>
              </w:rPr>
            </w:pPr>
            <w:r w:rsidRPr="002F6785">
              <w:rPr>
                <w:sz w:val="26"/>
                <w:szCs w:val="26"/>
              </w:rPr>
              <w:t>2. Thông tin quy định tại khoản 1 Điều này phải bảo đảm đối chiếu được giữa sản phẩm, chứng chỉ chất lượng của nhà sản xuất, kết quả đánh giá sự phù hợp và hồ sơ giao nhận. Việc thể hiện thông tin không làm phát sinh yêu cầu về một loại giấy phép, giấy chứng nhận hoặc thủ tục đăng ký mới.</w:t>
            </w:r>
          </w:p>
        </w:tc>
        <w:tc>
          <w:tcPr>
            <w:tcW w:w="5760" w:type="dxa"/>
          </w:tcPr>
          <w:p w:rsidR="008D4B75" w:rsidRPr="002F6785" w:rsidRDefault="00AC53F4" w:rsidP="002F6785">
            <w:pPr>
              <w:spacing w:before="60" w:after="60"/>
              <w:jc w:val="both"/>
              <w:rPr>
                <w:sz w:val="26"/>
                <w:szCs w:val="26"/>
              </w:rPr>
            </w:pPr>
            <w:r w:rsidRPr="002F6785">
              <w:rPr>
                <w:sz w:val="26"/>
                <w:szCs w:val="26"/>
              </w:rPr>
              <w:lastRenderedPageBreak/>
              <w:t>Thép thư</w:t>
            </w:r>
            <w:r w:rsidRPr="002F6785">
              <w:rPr>
                <w:sz w:val="26"/>
                <w:szCs w:val="26"/>
              </w:rPr>
              <w:t>ờ</w:t>
            </w:r>
            <w:r w:rsidRPr="002F6785">
              <w:rPr>
                <w:sz w:val="26"/>
                <w:szCs w:val="26"/>
              </w:rPr>
              <w:t>ng đư</w:t>
            </w:r>
            <w:r w:rsidRPr="002F6785">
              <w:rPr>
                <w:sz w:val="26"/>
                <w:szCs w:val="26"/>
              </w:rPr>
              <w:t>ợ</w:t>
            </w:r>
            <w:r w:rsidRPr="002F6785">
              <w:rPr>
                <w:sz w:val="26"/>
                <w:szCs w:val="26"/>
              </w:rPr>
              <w:t>c qu</w:t>
            </w:r>
            <w:r w:rsidRPr="002F6785">
              <w:rPr>
                <w:sz w:val="26"/>
                <w:szCs w:val="26"/>
              </w:rPr>
              <w:t>ả</w:t>
            </w:r>
            <w:r w:rsidRPr="002F6785">
              <w:rPr>
                <w:sz w:val="26"/>
                <w:szCs w:val="26"/>
              </w:rPr>
              <w:t>n lý theo mác thép, m</w:t>
            </w:r>
            <w:r w:rsidRPr="002F6785">
              <w:rPr>
                <w:sz w:val="26"/>
                <w:szCs w:val="26"/>
              </w:rPr>
              <w:t>ẻ</w:t>
            </w:r>
            <w:r w:rsidRPr="002F6785">
              <w:rPr>
                <w:sz w:val="26"/>
                <w:szCs w:val="26"/>
              </w:rPr>
              <w:t xml:space="preserve"> luy</w:t>
            </w:r>
            <w:r w:rsidRPr="002F6785">
              <w:rPr>
                <w:sz w:val="26"/>
                <w:szCs w:val="26"/>
              </w:rPr>
              <w:t>ệ</w:t>
            </w:r>
            <w:r w:rsidRPr="002F6785">
              <w:rPr>
                <w:sz w:val="26"/>
                <w:szCs w:val="26"/>
              </w:rPr>
              <w:t>n, lô s</w:t>
            </w:r>
            <w:r w:rsidRPr="002F6785">
              <w:rPr>
                <w:sz w:val="26"/>
                <w:szCs w:val="26"/>
              </w:rPr>
              <w:t>ả</w:t>
            </w:r>
            <w:r w:rsidRPr="002F6785">
              <w:rPr>
                <w:sz w:val="26"/>
                <w:szCs w:val="26"/>
              </w:rPr>
              <w:t>n ph</w:t>
            </w:r>
            <w:r w:rsidRPr="002F6785">
              <w:rPr>
                <w:sz w:val="26"/>
                <w:szCs w:val="26"/>
              </w:rPr>
              <w:t>ẩ</w:t>
            </w:r>
            <w:r w:rsidRPr="002F6785">
              <w:rPr>
                <w:sz w:val="26"/>
                <w:szCs w:val="26"/>
              </w:rPr>
              <w:t>m và các thông s</w:t>
            </w:r>
            <w:r w:rsidRPr="002F6785">
              <w:rPr>
                <w:sz w:val="26"/>
                <w:szCs w:val="26"/>
              </w:rPr>
              <w:t>ố</w:t>
            </w:r>
            <w:r w:rsidRPr="002F6785">
              <w:rPr>
                <w:sz w:val="26"/>
                <w:szCs w:val="26"/>
              </w:rPr>
              <w:t xml:space="preserve"> k</w:t>
            </w:r>
            <w:r w:rsidRPr="002F6785">
              <w:rPr>
                <w:sz w:val="26"/>
                <w:szCs w:val="26"/>
              </w:rPr>
              <w:t>ỹ</w:t>
            </w:r>
            <w:r w:rsidRPr="002F6785">
              <w:rPr>
                <w:sz w:val="26"/>
                <w:szCs w:val="26"/>
              </w:rPr>
              <w:t xml:space="preserve"> thu</w:t>
            </w:r>
            <w:r w:rsidRPr="002F6785">
              <w:rPr>
                <w:sz w:val="26"/>
                <w:szCs w:val="26"/>
              </w:rPr>
              <w:t>ậ</w:t>
            </w:r>
            <w:r w:rsidRPr="002F6785">
              <w:rPr>
                <w:sz w:val="26"/>
                <w:szCs w:val="26"/>
              </w:rPr>
              <w:t>t có liên quan; vì v</w:t>
            </w:r>
            <w:r w:rsidRPr="002F6785">
              <w:rPr>
                <w:sz w:val="26"/>
                <w:szCs w:val="26"/>
              </w:rPr>
              <w:t>ậ</w:t>
            </w:r>
            <w:r w:rsidRPr="002F6785">
              <w:rPr>
                <w:sz w:val="26"/>
                <w:szCs w:val="26"/>
              </w:rPr>
              <w:t>y c</w:t>
            </w:r>
            <w:r w:rsidRPr="002F6785">
              <w:rPr>
                <w:sz w:val="26"/>
                <w:szCs w:val="26"/>
              </w:rPr>
              <w:t>ầ</w:t>
            </w:r>
            <w:r w:rsidRPr="002F6785">
              <w:rPr>
                <w:sz w:val="26"/>
                <w:szCs w:val="26"/>
              </w:rPr>
              <w:t>n b</w:t>
            </w:r>
            <w:r w:rsidRPr="002F6785">
              <w:rPr>
                <w:sz w:val="26"/>
                <w:szCs w:val="26"/>
              </w:rPr>
              <w:t>ả</w:t>
            </w:r>
            <w:r w:rsidRPr="002F6785">
              <w:rPr>
                <w:sz w:val="26"/>
                <w:szCs w:val="26"/>
              </w:rPr>
              <w:t>o đ</w:t>
            </w:r>
            <w:r w:rsidRPr="002F6785">
              <w:rPr>
                <w:sz w:val="26"/>
                <w:szCs w:val="26"/>
              </w:rPr>
              <w:t>ả</w:t>
            </w:r>
            <w:r w:rsidRPr="002F6785">
              <w:rPr>
                <w:sz w:val="26"/>
                <w:szCs w:val="26"/>
              </w:rPr>
              <w:t>m kh</w:t>
            </w:r>
            <w:r w:rsidRPr="002F6785">
              <w:rPr>
                <w:sz w:val="26"/>
                <w:szCs w:val="26"/>
              </w:rPr>
              <w:t>ả</w:t>
            </w:r>
            <w:r w:rsidRPr="002F6785">
              <w:rPr>
                <w:sz w:val="26"/>
                <w:szCs w:val="26"/>
              </w:rPr>
              <w:t xml:space="preserve"> năng liên k</w:t>
            </w:r>
            <w:r w:rsidRPr="002F6785">
              <w:rPr>
                <w:sz w:val="26"/>
                <w:szCs w:val="26"/>
              </w:rPr>
              <w:t>ế</w:t>
            </w:r>
            <w:r w:rsidRPr="002F6785">
              <w:rPr>
                <w:sz w:val="26"/>
                <w:szCs w:val="26"/>
              </w:rPr>
              <w:t>t gi</w:t>
            </w:r>
            <w:r w:rsidRPr="002F6785">
              <w:rPr>
                <w:sz w:val="26"/>
                <w:szCs w:val="26"/>
              </w:rPr>
              <w:t>ữ</w:t>
            </w:r>
            <w:r w:rsidRPr="002F6785">
              <w:rPr>
                <w:sz w:val="26"/>
                <w:szCs w:val="26"/>
              </w:rPr>
              <w:t>a s</w:t>
            </w:r>
            <w:r w:rsidRPr="002F6785">
              <w:rPr>
                <w:sz w:val="26"/>
                <w:szCs w:val="26"/>
              </w:rPr>
              <w:t>ả</w:t>
            </w:r>
            <w:r w:rsidRPr="002F6785">
              <w:rPr>
                <w:sz w:val="26"/>
                <w:szCs w:val="26"/>
              </w:rPr>
              <w:t>n ph</w:t>
            </w:r>
            <w:r w:rsidRPr="002F6785">
              <w:rPr>
                <w:sz w:val="26"/>
                <w:szCs w:val="26"/>
              </w:rPr>
              <w:t>ẩ</w:t>
            </w:r>
            <w:r w:rsidRPr="002F6785">
              <w:rPr>
                <w:sz w:val="26"/>
                <w:szCs w:val="26"/>
              </w:rPr>
              <w:t>m th</w:t>
            </w:r>
            <w:r w:rsidRPr="002F6785">
              <w:rPr>
                <w:sz w:val="26"/>
                <w:szCs w:val="26"/>
              </w:rPr>
              <w:t>ự</w:t>
            </w:r>
            <w:r w:rsidRPr="002F6785">
              <w:rPr>
                <w:sz w:val="26"/>
                <w:szCs w:val="26"/>
              </w:rPr>
              <w:t>c t</w:t>
            </w:r>
            <w:r w:rsidRPr="002F6785">
              <w:rPr>
                <w:sz w:val="26"/>
                <w:szCs w:val="26"/>
              </w:rPr>
              <w:t>ế</w:t>
            </w:r>
            <w:r w:rsidRPr="002F6785">
              <w:rPr>
                <w:sz w:val="26"/>
                <w:szCs w:val="26"/>
              </w:rPr>
              <w:t xml:space="preserve"> v</w:t>
            </w:r>
            <w:r w:rsidRPr="002F6785">
              <w:rPr>
                <w:sz w:val="26"/>
                <w:szCs w:val="26"/>
              </w:rPr>
              <w:t>ớ</w:t>
            </w:r>
            <w:r w:rsidRPr="002F6785">
              <w:rPr>
                <w:sz w:val="26"/>
                <w:szCs w:val="26"/>
              </w:rPr>
              <w:t>i h</w:t>
            </w:r>
            <w:r w:rsidRPr="002F6785">
              <w:rPr>
                <w:sz w:val="26"/>
                <w:szCs w:val="26"/>
              </w:rPr>
              <w:t>ồ</w:t>
            </w:r>
            <w:r w:rsidRPr="002F6785">
              <w:rPr>
                <w:sz w:val="26"/>
                <w:szCs w:val="26"/>
              </w:rPr>
              <w:t xml:space="preserve"> sơ ch</w:t>
            </w:r>
            <w:r w:rsidRPr="002F6785">
              <w:rPr>
                <w:sz w:val="26"/>
                <w:szCs w:val="26"/>
              </w:rPr>
              <w:t>ấ</w:t>
            </w:r>
            <w:r w:rsidRPr="002F6785">
              <w:rPr>
                <w:sz w:val="26"/>
                <w:szCs w:val="26"/>
              </w:rPr>
              <w:t>t lư</w:t>
            </w:r>
            <w:r w:rsidRPr="002F6785">
              <w:rPr>
                <w:sz w:val="26"/>
                <w:szCs w:val="26"/>
              </w:rPr>
              <w:t>ợ</w:t>
            </w:r>
            <w:r w:rsidRPr="002F6785">
              <w:rPr>
                <w:sz w:val="26"/>
                <w:szCs w:val="26"/>
              </w:rPr>
              <w:t>ng trong su</w:t>
            </w:r>
            <w:r w:rsidRPr="002F6785">
              <w:rPr>
                <w:sz w:val="26"/>
                <w:szCs w:val="26"/>
              </w:rPr>
              <w:t>ố</w:t>
            </w:r>
            <w:r w:rsidRPr="002F6785">
              <w:rPr>
                <w:sz w:val="26"/>
                <w:szCs w:val="26"/>
              </w:rPr>
              <w:t>t quá trình lưu thông. Quy đ</w:t>
            </w:r>
            <w:r w:rsidRPr="002F6785">
              <w:rPr>
                <w:sz w:val="26"/>
                <w:szCs w:val="26"/>
              </w:rPr>
              <w:t>ị</w:t>
            </w:r>
            <w:r w:rsidRPr="002F6785">
              <w:rPr>
                <w:sz w:val="26"/>
                <w:szCs w:val="26"/>
              </w:rPr>
              <w:t>nh t</w:t>
            </w:r>
            <w:r w:rsidRPr="002F6785">
              <w:rPr>
                <w:sz w:val="26"/>
                <w:szCs w:val="26"/>
              </w:rPr>
              <w:t>ạ</w:t>
            </w:r>
            <w:r w:rsidRPr="002F6785">
              <w:rPr>
                <w:sz w:val="26"/>
                <w:szCs w:val="26"/>
              </w:rPr>
              <w:t>i Đi</w:t>
            </w:r>
            <w:r w:rsidRPr="002F6785">
              <w:rPr>
                <w:sz w:val="26"/>
                <w:szCs w:val="26"/>
              </w:rPr>
              <w:t>ề</w:t>
            </w:r>
            <w:r w:rsidRPr="002F6785">
              <w:rPr>
                <w:sz w:val="26"/>
                <w:szCs w:val="26"/>
              </w:rPr>
              <w:t>u này xác đ</w:t>
            </w:r>
            <w:r w:rsidRPr="002F6785">
              <w:rPr>
                <w:sz w:val="26"/>
                <w:szCs w:val="26"/>
              </w:rPr>
              <w:t>ị</w:t>
            </w:r>
            <w:r w:rsidRPr="002F6785">
              <w:rPr>
                <w:sz w:val="26"/>
                <w:szCs w:val="26"/>
              </w:rPr>
              <w:t>nh các thông tin t</w:t>
            </w:r>
            <w:r w:rsidRPr="002F6785">
              <w:rPr>
                <w:sz w:val="26"/>
                <w:szCs w:val="26"/>
              </w:rPr>
              <w:t>ố</w:t>
            </w:r>
            <w:r w:rsidRPr="002F6785">
              <w:rPr>
                <w:sz w:val="26"/>
                <w:szCs w:val="26"/>
              </w:rPr>
              <w:t>i thi</w:t>
            </w:r>
            <w:r w:rsidRPr="002F6785">
              <w:rPr>
                <w:sz w:val="26"/>
                <w:szCs w:val="26"/>
              </w:rPr>
              <w:t>ể</w:t>
            </w:r>
            <w:r w:rsidRPr="002F6785">
              <w:rPr>
                <w:sz w:val="26"/>
                <w:szCs w:val="26"/>
              </w:rPr>
              <w:t>u c</w:t>
            </w:r>
            <w:r w:rsidRPr="002F6785">
              <w:rPr>
                <w:sz w:val="26"/>
                <w:szCs w:val="26"/>
              </w:rPr>
              <w:t>ầ</w:t>
            </w:r>
            <w:r w:rsidRPr="002F6785">
              <w:rPr>
                <w:sz w:val="26"/>
                <w:szCs w:val="26"/>
              </w:rPr>
              <w:t>n có kh</w:t>
            </w:r>
            <w:r w:rsidRPr="002F6785">
              <w:rPr>
                <w:sz w:val="26"/>
                <w:szCs w:val="26"/>
              </w:rPr>
              <w:t>ả</w:t>
            </w:r>
            <w:r w:rsidRPr="002F6785">
              <w:rPr>
                <w:sz w:val="26"/>
                <w:szCs w:val="26"/>
              </w:rPr>
              <w:t xml:space="preserve"> năng liên k</w:t>
            </w:r>
            <w:r w:rsidRPr="002F6785">
              <w:rPr>
                <w:sz w:val="26"/>
                <w:szCs w:val="26"/>
              </w:rPr>
              <w:t>ế</w:t>
            </w:r>
            <w:r w:rsidRPr="002F6785">
              <w:rPr>
                <w:sz w:val="26"/>
                <w:szCs w:val="26"/>
              </w:rPr>
              <w:t>t, truy xu</w:t>
            </w:r>
            <w:r w:rsidRPr="002F6785">
              <w:rPr>
                <w:sz w:val="26"/>
                <w:szCs w:val="26"/>
              </w:rPr>
              <w:t>ấ</w:t>
            </w:r>
            <w:r w:rsidRPr="002F6785">
              <w:rPr>
                <w:sz w:val="26"/>
                <w:szCs w:val="26"/>
              </w:rPr>
              <w:t>t và cho phép th</w:t>
            </w:r>
            <w:r w:rsidRPr="002F6785">
              <w:rPr>
                <w:sz w:val="26"/>
                <w:szCs w:val="26"/>
              </w:rPr>
              <w:t>ể</w:t>
            </w:r>
            <w:r w:rsidRPr="002F6785">
              <w:rPr>
                <w:sz w:val="26"/>
                <w:szCs w:val="26"/>
              </w:rPr>
              <w:t xml:space="preserve"> hi</w:t>
            </w:r>
            <w:r w:rsidRPr="002F6785">
              <w:rPr>
                <w:sz w:val="26"/>
                <w:szCs w:val="26"/>
              </w:rPr>
              <w:t>ệ</w:t>
            </w:r>
            <w:r w:rsidRPr="002F6785">
              <w:rPr>
                <w:sz w:val="26"/>
                <w:szCs w:val="26"/>
              </w:rPr>
              <w:t>n linh ho</w:t>
            </w:r>
            <w:r w:rsidRPr="002F6785">
              <w:rPr>
                <w:sz w:val="26"/>
                <w:szCs w:val="26"/>
              </w:rPr>
              <w:t>ạ</w:t>
            </w:r>
            <w:r w:rsidRPr="002F6785">
              <w:rPr>
                <w:sz w:val="26"/>
                <w:szCs w:val="26"/>
              </w:rPr>
              <w:t>t trên s</w:t>
            </w:r>
            <w:r w:rsidRPr="002F6785">
              <w:rPr>
                <w:sz w:val="26"/>
                <w:szCs w:val="26"/>
              </w:rPr>
              <w:t>ả</w:t>
            </w:r>
            <w:r w:rsidRPr="002F6785">
              <w:rPr>
                <w:sz w:val="26"/>
                <w:szCs w:val="26"/>
              </w:rPr>
              <w:t>n ph</w:t>
            </w:r>
            <w:r w:rsidRPr="002F6785">
              <w:rPr>
                <w:sz w:val="26"/>
                <w:szCs w:val="26"/>
              </w:rPr>
              <w:t>ẩ</w:t>
            </w:r>
            <w:r w:rsidRPr="002F6785">
              <w:rPr>
                <w:sz w:val="26"/>
                <w:szCs w:val="26"/>
              </w:rPr>
              <w:t>m, bao gói, tài li</w:t>
            </w:r>
            <w:r w:rsidRPr="002F6785">
              <w:rPr>
                <w:sz w:val="26"/>
                <w:szCs w:val="26"/>
              </w:rPr>
              <w:t>ệ</w:t>
            </w:r>
            <w:r w:rsidRPr="002F6785">
              <w:rPr>
                <w:sz w:val="26"/>
                <w:szCs w:val="26"/>
              </w:rPr>
              <w:t>u kèm theo ho</w:t>
            </w:r>
            <w:r w:rsidRPr="002F6785">
              <w:rPr>
                <w:sz w:val="26"/>
                <w:szCs w:val="26"/>
              </w:rPr>
              <w:t>ặ</w:t>
            </w:r>
            <w:r w:rsidRPr="002F6785">
              <w:rPr>
                <w:sz w:val="26"/>
                <w:szCs w:val="26"/>
              </w:rPr>
              <w:t>c v</w:t>
            </w:r>
            <w:r w:rsidRPr="002F6785">
              <w:rPr>
                <w:sz w:val="26"/>
                <w:szCs w:val="26"/>
              </w:rPr>
              <w:t>ậ</w:t>
            </w:r>
            <w:r w:rsidRPr="002F6785">
              <w:rPr>
                <w:sz w:val="26"/>
                <w:szCs w:val="26"/>
              </w:rPr>
              <w:t>t mang d</w:t>
            </w:r>
            <w:r w:rsidRPr="002F6785">
              <w:rPr>
                <w:sz w:val="26"/>
                <w:szCs w:val="26"/>
              </w:rPr>
              <w:t>ữ</w:t>
            </w:r>
            <w:r w:rsidRPr="002F6785">
              <w:rPr>
                <w:sz w:val="26"/>
                <w:szCs w:val="26"/>
              </w:rPr>
              <w:t xml:space="preserve"> li</w:t>
            </w:r>
            <w:r w:rsidRPr="002F6785">
              <w:rPr>
                <w:sz w:val="26"/>
                <w:szCs w:val="26"/>
              </w:rPr>
              <w:t>ệ</w:t>
            </w:r>
            <w:r w:rsidRPr="002F6785">
              <w:rPr>
                <w:sz w:val="26"/>
                <w:szCs w:val="26"/>
              </w:rPr>
              <w:t>u đi</w:t>
            </w:r>
            <w:r w:rsidRPr="002F6785">
              <w:rPr>
                <w:sz w:val="26"/>
                <w:szCs w:val="26"/>
              </w:rPr>
              <w:t>ệ</w:t>
            </w:r>
            <w:r w:rsidRPr="002F6785">
              <w:rPr>
                <w:sz w:val="26"/>
                <w:szCs w:val="26"/>
              </w:rPr>
              <w:t>n t</w:t>
            </w:r>
            <w:r w:rsidRPr="002F6785">
              <w:rPr>
                <w:sz w:val="26"/>
                <w:szCs w:val="26"/>
              </w:rPr>
              <w:t>ử</w:t>
            </w:r>
            <w:r w:rsidRPr="002F6785">
              <w:rPr>
                <w:sz w:val="26"/>
                <w:szCs w:val="26"/>
              </w:rPr>
              <w:t xml:space="preserve"> phù h</w:t>
            </w:r>
            <w:r w:rsidRPr="002F6785">
              <w:rPr>
                <w:sz w:val="26"/>
                <w:szCs w:val="26"/>
              </w:rPr>
              <w:t>ợ</w:t>
            </w:r>
            <w:r w:rsidRPr="002F6785">
              <w:rPr>
                <w:sz w:val="26"/>
                <w:szCs w:val="26"/>
              </w:rPr>
              <w:t>p.</w:t>
            </w:r>
            <w:r w:rsidRPr="002F6785">
              <w:rPr>
                <w:sz w:val="26"/>
                <w:szCs w:val="26"/>
              </w:rPr>
              <w:br/>
              <w:t>Vi</w:t>
            </w:r>
            <w:r w:rsidRPr="002F6785">
              <w:rPr>
                <w:sz w:val="26"/>
                <w:szCs w:val="26"/>
              </w:rPr>
              <w:t>ệ</w:t>
            </w:r>
            <w:r w:rsidRPr="002F6785">
              <w:rPr>
                <w:sz w:val="26"/>
                <w:szCs w:val="26"/>
              </w:rPr>
              <w:t>c yêu c</w:t>
            </w:r>
            <w:r w:rsidRPr="002F6785">
              <w:rPr>
                <w:sz w:val="26"/>
                <w:szCs w:val="26"/>
              </w:rPr>
              <w:t>ầ</w:t>
            </w:r>
            <w:r w:rsidRPr="002F6785">
              <w:rPr>
                <w:sz w:val="26"/>
                <w:szCs w:val="26"/>
              </w:rPr>
              <w:t>u đ</w:t>
            </w:r>
            <w:r w:rsidRPr="002F6785">
              <w:rPr>
                <w:sz w:val="26"/>
                <w:szCs w:val="26"/>
              </w:rPr>
              <w:t>ố</w:t>
            </w:r>
            <w:r w:rsidRPr="002F6785">
              <w:rPr>
                <w:sz w:val="26"/>
                <w:szCs w:val="26"/>
              </w:rPr>
              <w:t>i chi</w:t>
            </w:r>
            <w:r w:rsidRPr="002F6785">
              <w:rPr>
                <w:sz w:val="26"/>
                <w:szCs w:val="26"/>
              </w:rPr>
              <w:t>ế</w:t>
            </w:r>
            <w:r w:rsidRPr="002F6785">
              <w:rPr>
                <w:sz w:val="26"/>
                <w:szCs w:val="26"/>
              </w:rPr>
              <w:t>u đư</w:t>
            </w:r>
            <w:r w:rsidRPr="002F6785">
              <w:rPr>
                <w:sz w:val="26"/>
                <w:szCs w:val="26"/>
              </w:rPr>
              <w:t>ợ</w:t>
            </w:r>
            <w:r w:rsidRPr="002F6785">
              <w:rPr>
                <w:sz w:val="26"/>
                <w:szCs w:val="26"/>
              </w:rPr>
              <w:t>c gi</w:t>
            </w:r>
            <w:r w:rsidRPr="002F6785">
              <w:rPr>
                <w:sz w:val="26"/>
                <w:szCs w:val="26"/>
              </w:rPr>
              <w:t>ữ</w:t>
            </w:r>
            <w:r w:rsidRPr="002F6785">
              <w:rPr>
                <w:sz w:val="26"/>
                <w:szCs w:val="26"/>
              </w:rPr>
              <w:t>a s</w:t>
            </w:r>
            <w:r w:rsidRPr="002F6785">
              <w:rPr>
                <w:sz w:val="26"/>
                <w:szCs w:val="26"/>
              </w:rPr>
              <w:t>ả</w:t>
            </w:r>
            <w:r w:rsidRPr="002F6785">
              <w:rPr>
                <w:sz w:val="26"/>
                <w:szCs w:val="26"/>
              </w:rPr>
              <w:t>n ph</w:t>
            </w:r>
            <w:r w:rsidRPr="002F6785">
              <w:rPr>
                <w:sz w:val="26"/>
                <w:szCs w:val="26"/>
              </w:rPr>
              <w:t>ẩ</w:t>
            </w:r>
            <w:r w:rsidRPr="002F6785">
              <w:rPr>
                <w:sz w:val="26"/>
                <w:szCs w:val="26"/>
              </w:rPr>
              <w:t>m, ch</w:t>
            </w:r>
            <w:r w:rsidRPr="002F6785">
              <w:rPr>
                <w:sz w:val="26"/>
                <w:szCs w:val="26"/>
              </w:rPr>
              <w:t>ứ</w:t>
            </w:r>
            <w:r w:rsidRPr="002F6785">
              <w:rPr>
                <w:sz w:val="26"/>
                <w:szCs w:val="26"/>
              </w:rPr>
              <w:t>ng ch</w:t>
            </w:r>
            <w:r w:rsidRPr="002F6785">
              <w:rPr>
                <w:sz w:val="26"/>
                <w:szCs w:val="26"/>
              </w:rPr>
              <w:t>ỉ</w:t>
            </w:r>
            <w:r w:rsidRPr="002F6785">
              <w:rPr>
                <w:sz w:val="26"/>
                <w:szCs w:val="26"/>
              </w:rPr>
              <w:t xml:space="preserve"> ch</w:t>
            </w:r>
            <w:r w:rsidRPr="002F6785">
              <w:rPr>
                <w:sz w:val="26"/>
                <w:szCs w:val="26"/>
              </w:rPr>
              <w:t>ấ</w:t>
            </w:r>
            <w:r w:rsidRPr="002F6785">
              <w:rPr>
                <w:sz w:val="26"/>
                <w:szCs w:val="26"/>
              </w:rPr>
              <w:t>t lư</w:t>
            </w:r>
            <w:r w:rsidRPr="002F6785">
              <w:rPr>
                <w:sz w:val="26"/>
                <w:szCs w:val="26"/>
              </w:rPr>
              <w:t>ợ</w:t>
            </w:r>
            <w:r w:rsidRPr="002F6785">
              <w:rPr>
                <w:sz w:val="26"/>
                <w:szCs w:val="26"/>
              </w:rPr>
              <w:t>ng c</w:t>
            </w:r>
            <w:r w:rsidRPr="002F6785">
              <w:rPr>
                <w:sz w:val="26"/>
                <w:szCs w:val="26"/>
              </w:rPr>
              <w:t>ủ</w:t>
            </w:r>
            <w:r w:rsidRPr="002F6785">
              <w:rPr>
                <w:sz w:val="26"/>
                <w:szCs w:val="26"/>
              </w:rPr>
              <w:t>a n</w:t>
            </w:r>
            <w:r w:rsidRPr="002F6785">
              <w:rPr>
                <w:sz w:val="26"/>
                <w:szCs w:val="26"/>
              </w:rPr>
              <w:t>hà s</w:t>
            </w:r>
            <w:r w:rsidRPr="002F6785">
              <w:rPr>
                <w:sz w:val="26"/>
                <w:szCs w:val="26"/>
              </w:rPr>
              <w:t>ả</w:t>
            </w:r>
            <w:r w:rsidRPr="002F6785">
              <w:rPr>
                <w:sz w:val="26"/>
                <w:szCs w:val="26"/>
              </w:rPr>
              <w:t>n xu</w:t>
            </w:r>
            <w:r w:rsidRPr="002F6785">
              <w:rPr>
                <w:sz w:val="26"/>
                <w:szCs w:val="26"/>
              </w:rPr>
              <w:t>ấ</w:t>
            </w:r>
            <w:r w:rsidRPr="002F6785">
              <w:rPr>
                <w:sz w:val="26"/>
                <w:szCs w:val="26"/>
              </w:rPr>
              <w:t>t, k</w:t>
            </w:r>
            <w:r w:rsidRPr="002F6785">
              <w:rPr>
                <w:sz w:val="26"/>
                <w:szCs w:val="26"/>
              </w:rPr>
              <w:t>ế</w:t>
            </w:r>
            <w:r w:rsidRPr="002F6785">
              <w:rPr>
                <w:sz w:val="26"/>
                <w:szCs w:val="26"/>
              </w:rPr>
              <w:t>t qu</w:t>
            </w:r>
            <w:r w:rsidRPr="002F6785">
              <w:rPr>
                <w:sz w:val="26"/>
                <w:szCs w:val="26"/>
              </w:rPr>
              <w:t>ả</w:t>
            </w:r>
            <w:r w:rsidRPr="002F6785">
              <w:rPr>
                <w:sz w:val="26"/>
                <w:szCs w:val="26"/>
              </w:rPr>
              <w:t xml:space="preserve"> đánh giá s</w:t>
            </w:r>
            <w:r w:rsidRPr="002F6785">
              <w:rPr>
                <w:sz w:val="26"/>
                <w:szCs w:val="26"/>
              </w:rPr>
              <w:t>ự</w:t>
            </w:r>
            <w:r w:rsidRPr="002F6785">
              <w:rPr>
                <w:sz w:val="26"/>
                <w:szCs w:val="26"/>
              </w:rPr>
              <w:t xml:space="preserve"> phù h</w:t>
            </w:r>
            <w:r w:rsidRPr="002F6785">
              <w:rPr>
                <w:sz w:val="26"/>
                <w:szCs w:val="26"/>
              </w:rPr>
              <w:t>ợ</w:t>
            </w:r>
            <w:r w:rsidRPr="002F6785">
              <w:rPr>
                <w:sz w:val="26"/>
                <w:szCs w:val="26"/>
              </w:rPr>
              <w:t>p và h</w:t>
            </w:r>
            <w:r w:rsidRPr="002F6785">
              <w:rPr>
                <w:sz w:val="26"/>
                <w:szCs w:val="26"/>
              </w:rPr>
              <w:t>ồ</w:t>
            </w:r>
            <w:r w:rsidRPr="002F6785">
              <w:rPr>
                <w:sz w:val="26"/>
                <w:szCs w:val="26"/>
              </w:rPr>
              <w:t xml:space="preserve"> sơ giao nh</w:t>
            </w:r>
            <w:r w:rsidRPr="002F6785">
              <w:rPr>
                <w:sz w:val="26"/>
                <w:szCs w:val="26"/>
              </w:rPr>
              <w:t>ậ</w:t>
            </w:r>
            <w:r w:rsidRPr="002F6785">
              <w:rPr>
                <w:sz w:val="26"/>
                <w:szCs w:val="26"/>
              </w:rPr>
              <w:t>n nh</w:t>
            </w:r>
            <w:r w:rsidRPr="002F6785">
              <w:rPr>
                <w:sz w:val="26"/>
                <w:szCs w:val="26"/>
              </w:rPr>
              <w:t>ằ</w:t>
            </w:r>
            <w:r w:rsidRPr="002F6785">
              <w:rPr>
                <w:sz w:val="26"/>
                <w:szCs w:val="26"/>
              </w:rPr>
              <w:t>m nâng cao kh</w:t>
            </w:r>
            <w:r w:rsidRPr="002F6785">
              <w:rPr>
                <w:sz w:val="26"/>
                <w:szCs w:val="26"/>
              </w:rPr>
              <w:t>ả</w:t>
            </w:r>
            <w:r w:rsidRPr="002F6785">
              <w:rPr>
                <w:sz w:val="26"/>
                <w:szCs w:val="26"/>
              </w:rPr>
              <w:t xml:space="preserve"> năng xác minh ngu</w:t>
            </w:r>
            <w:r w:rsidRPr="002F6785">
              <w:rPr>
                <w:sz w:val="26"/>
                <w:szCs w:val="26"/>
              </w:rPr>
              <w:t>ồ</w:t>
            </w:r>
            <w:r w:rsidRPr="002F6785">
              <w:rPr>
                <w:sz w:val="26"/>
                <w:szCs w:val="26"/>
              </w:rPr>
              <w:t>n g</w:t>
            </w:r>
            <w:r w:rsidRPr="002F6785">
              <w:rPr>
                <w:sz w:val="26"/>
                <w:szCs w:val="26"/>
              </w:rPr>
              <w:t>ố</w:t>
            </w:r>
            <w:r w:rsidRPr="002F6785">
              <w:rPr>
                <w:sz w:val="26"/>
                <w:szCs w:val="26"/>
              </w:rPr>
              <w:t>c, ph</w:t>
            </w:r>
            <w:r w:rsidRPr="002F6785">
              <w:rPr>
                <w:sz w:val="26"/>
                <w:szCs w:val="26"/>
              </w:rPr>
              <w:t>ạ</w:t>
            </w:r>
            <w:r w:rsidRPr="002F6785">
              <w:rPr>
                <w:sz w:val="26"/>
                <w:szCs w:val="26"/>
              </w:rPr>
              <w:t>m vi lô và k</w:t>
            </w:r>
            <w:r w:rsidRPr="002F6785">
              <w:rPr>
                <w:sz w:val="26"/>
                <w:szCs w:val="26"/>
              </w:rPr>
              <w:t>ế</w:t>
            </w:r>
            <w:r w:rsidRPr="002F6785">
              <w:rPr>
                <w:sz w:val="26"/>
                <w:szCs w:val="26"/>
              </w:rPr>
              <w:t>t qu</w:t>
            </w:r>
            <w:r w:rsidRPr="002F6785">
              <w:rPr>
                <w:sz w:val="26"/>
                <w:szCs w:val="26"/>
              </w:rPr>
              <w:t>ả</w:t>
            </w:r>
            <w:r w:rsidRPr="002F6785">
              <w:rPr>
                <w:sz w:val="26"/>
                <w:szCs w:val="26"/>
              </w:rPr>
              <w:t xml:space="preserve"> ch</w:t>
            </w:r>
            <w:r w:rsidRPr="002F6785">
              <w:rPr>
                <w:sz w:val="26"/>
                <w:szCs w:val="26"/>
              </w:rPr>
              <w:t>ấ</w:t>
            </w:r>
            <w:r w:rsidRPr="002F6785">
              <w:rPr>
                <w:sz w:val="26"/>
                <w:szCs w:val="26"/>
              </w:rPr>
              <w:t>t lư</w:t>
            </w:r>
            <w:r w:rsidRPr="002F6785">
              <w:rPr>
                <w:sz w:val="26"/>
                <w:szCs w:val="26"/>
              </w:rPr>
              <w:t>ợ</w:t>
            </w:r>
            <w:r w:rsidRPr="002F6785">
              <w:rPr>
                <w:sz w:val="26"/>
                <w:szCs w:val="26"/>
              </w:rPr>
              <w:t>ng khi h</w:t>
            </w:r>
            <w:r w:rsidRPr="002F6785">
              <w:rPr>
                <w:sz w:val="26"/>
                <w:szCs w:val="26"/>
              </w:rPr>
              <w:t>ậ</w:t>
            </w:r>
            <w:r w:rsidRPr="002F6785">
              <w:rPr>
                <w:sz w:val="26"/>
                <w:szCs w:val="26"/>
              </w:rPr>
              <w:t>u ki</w:t>
            </w:r>
            <w:r w:rsidRPr="002F6785">
              <w:rPr>
                <w:sz w:val="26"/>
                <w:szCs w:val="26"/>
              </w:rPr>
              <w:t>ể</w:t>
            </w:r>
            <w:r w:rsidRPr="002F6785">
              <w:rPr>
                <w:sz w:val="26"/>
                <w:szCs w:val="26"/>
              </w:rPr>
              <w:t>m, c</w:t>
            </w:r>
            <w:r w:rsidRPr="002F6785">
              <w:rPr>
                <w:sz w:val="26"/>
                <w:szCs w:val="26"/>
              </w:rPr>
              <w:t>ả</w:t>
            </w:r>
            <w:r w:rsidRPr="002F6785">
              <w:rPr>
                <w:sz w:val="26"/>
                <w:szCs w:val="26"/>
              </w:rPr>
              <w:t>nh báo ho</w:t>
            </w:r>
            <w:r w:rsidRPr="002F6785">
              <w:rPr>
                <w:sz w:val="26"/>
                <w:szCs w:val="26"/>
              </w:rPr>
              <w:t>ặ</w:t>
            </w:r>
            <w:r w:rsidRPr="002F6785">
              <w:rPr>
                <w:sz w:val="26"/>
                <w:szCs w:val="26"/>
              </w:rPr>
              <w:t>c thu h</w:t>
            </w:r>
            <w:r w:rsidRPr="002F6785">
              <w:rPr>
                <w:sz w:val="26"/>
                <w:szCs w:val="26"/>
              </w:rPr>
              <w:t>ồ</w:t>
            </w:r>
            <w:r w:rsidRPr="002F6785">
              <w:rPr>
                <w:sz w:val="26"/>
                <w:szCs w:val="26"/>
              </w:rPr>
              <w:t>i. Quy đ</w:t>
            </w:r>
            <w:r w:rsidRPr="002F6785">
              <w:rPr>
                <w:sz w:val="26"/>
                <w:szCs w:val="26"/>
              </w:rPr>
              <w:t>ị</w:t>
            </w:r>
            <w:r w:rsidRPr="002F6785">
              <w:rPr>
                <w:sz w:val="26"/>
                <w:szCs w:val="26"/>
              </w:rPr>
              <w:t xml:space="preserve">nh không </w:t>
            </w:r>
            <w:r w:rsidRPr="002F6785">
              <w:rPr>
                <w:sz w:val="26"/>
                <w:szCs w:val="26"/>
              </w:rPr>
              <w:lastRenderedPageBreak/>
              <w:t>làm phát sinh m</w:t>
            </w:r>
            <w:r w:rsidRPr="002F6785">
              <w:rPr>
                <w:sz w:val="26"/>
                <w:szCs w:val="26"/>
              </w:rPr>
              <w:t>ộ</w:t>
            </w:r>
            <w:r w:rsidRPr="002F6785">
              <w:rPr>
                <w:sz w:val="26"/>
                <w:szCs w:val="26"/>
              </w:rPr>
              <w:t>t lo</w:t>
            </w:r>
            <w:r w:rsidRPr="002F6785">
              <w:rPr>
                <w:sz w:val="26"/>
                <w:szCs w:val="26"/>
              </w:rPr>
              <w:t>ạ</w:t>
            </w:r>
            <w:r w:rsidRPr="002F6785">
              <w:rPr>
                <w:sz w:val="26"/>
                <w:szCs w:val="26"/>
              </w:rPr>
              <w:t>i gi</w:t>
            </w:r>
            <w:r w:rsidRPr="002F6785">
              <w:rPr>
                <w:sz w:val="26"/>
                <w:szCs w:val="26"/>
              </w:rPr>
              <w:t>ấ</w:t>
            </w:r>
            <w:r w:rsidRPr="002F6785">
              <w:rPr>
                <w:sz w:val="26"/>
                <w:szCs w:val="26"/>
              </w:rPr>
              <w:t>y phép, gi</w:t>
            </w:r>
            <w:r w:rsidRPr="002F6785">
              <w:rPr>
                <w:sz w:val="26"/>
                <w:szCs w:val="26"/>
              </w:rPr>
              <w:t>ấ</w:t>
            </w:r>
            <w:r w:rsidRPr="002F6785">
              <w:rPr>
                <w:sz w:val="26"/>
                <w:szCs w:val="26"/>
              </w:rPr>
              <w:t>y ch</w:t>
            </w:r>
            <w:r w:rsidRPr="002F6785">
              <w:rPr>
                <w:sz w:val="26"/>
                <w:szCs w:val="26"/>
              </w:rPr>
              <w:t>ứ</w:t>
            </w:r>
            <w:r w:rsidRPr="002F6785">
              <w:rPr>
                <w:sz w:val="26"/>
                <w:szCs w:val="26"/>
              </w:rPr>
              <w:t>ng nh</w:t>
            </w:r>
            <w:r w:rsidRPr="002F6785">
              <w:rPr>
                <w:sz w:val="26"/>
                <w:szCs w:val="26"/>
              </w:rPr>
              <w:t>ậ</w:t>
            </w:r>
            <w:r w:rsidRPr="002F6785">
              <w:rPr>
                <w:sz w:val="26"/>
                <w:szCs w:val="26"/>
              </w:rPr>
              <w:t>n ho</w:t>
            </w:r>
            <w:r w:rsidRPr="002F6785">
              <w:rPr>
                <w:sz w:val="26"/>
                <w:szCs w:val="26"/>
              </w:rPr>
              <w:t>ặ</w:t>
            </w:r>
            <w:r w:rsidRPr="002F6785">
              <w:rPr>
                <w:sz w:val="26"/>
                <w:szCs w:val="26"/>
              </w:rPr>
              <w:t>c th</w:t>
            </w:r>
            <w:r w:rsidRPr="002F6785">
              <w:rPr>
                <w:sz w:val="26"/>
                <w:szCs w:val="26"/>
              </w:rPr>
              <w:t>ủ</w:t>
            </w:r>
            <w:r w:rsidRPr="002F6785">
              <w:rPr>
                <w:sz w:val="26"/>
                <w:szCs w:val="26"/>
              </w:rPr>
              <w:t xml:space="preserve"> t</w:t>
            </w:r>
            <w:r w:rsidRPr="002F6785">
              <w:rPr>
                <w:sz w:val="26"/>
                <w:szCs w:val="26"/>
              </w:rPr>
              <w:t>ụ</w:t>
            </w:r>
            <w:r w:rsidRPr="002F6785">
              <w:rPr>
                <w:sz w:val="26"/>
                <w:szCs w:val="26"/>
              </w:rPr>
              <w:t xml:space="preserve">c đăng </w:t>
            </w:r>
            <w:r w:rsidRPr="002F6785">
              <w:rPr>
                <w:sz w:val="26"/>
                <w:szCs w:val="26"/>
              </w:rPr>
              <w:t>ký m</w:t>
            </w:r>
            <w:r w:rsidRPr="002F6785">
              <w:rPr>
                <w:sz w:val="26"/>
                <w:szCs w:val="26"/>
              </w:rPr>
              <w:t>ớ</w:t>
            </w:r>
            <w:r w:rsidRPr="002F6785">
              <w:rPr>
                <w:sz w:val="26"/>
                <w:szCs w:val="26"/>
              </w:rPr>
              <w:t>i.</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lastRenderedPageBreak/>
              <w:t xml:space="preserve">Điều 7. </w:t>
            </w:r>
            <w:r w:rsidR="00B816F6" w:rsidRPr="002F6785">
              <w:rPr>
                <w:b/>
                <w:sz w:val="26"/>
                <w:szCs w:val="26"/>
              </w:rPr>
              <w:t>Duy trì khả năng truy xuất nguồn gốc khi cán, gia công hoặc đóng gói lại</w:t>
            </w:r>
          </w:p>
        </w:tc>
        <w:tc>
          <w:tcPr>
            <w:tcW w:w="6636" w:type="dxa"/>
          </w:tcPr>
          <w:p w:rsidR="00B816F6" w:rsidRPr="002F6785" w:rsidRDefault="00B816F6" w:rsidP="002F6785">
            <w:pPr>
              <w:spacing w:before="60" w:after="60"/>
              <w:jc w:val="both"/>
              <w:rPr>
                <w:sz w:val="26"/>
                <w:szCs w:val="26"/>
              </w:rPr>
            </w:pPr>
            <w:r w:rsidRPr="002F6785">
              <w:rPr>
                <w:sz w:val="26"/>
                <w:szCs w:val="26"/>
              </w:rPr>
              <w:t>1. Tổ chức, cá nhân thực hiện cắt, cán, chia cuộn, chia bó, gia công, đóng gói lại hoặc chuyển đổi quy cách sản phẩm thép phải thiết lập mã nhận diện cho phần sản phẩm sau xử lý và duy trì liên kết với mã mẻ luyện, mã lô sản phẩm ban đầu.</w:t>
            </w:r>
          </w:p>
          <w:p w:rsidR="00B816F6" w:rsidRPr="002F6785" w:rsidRDefault="00B816F6" w:rsidP="002F6785">
            <w:pPr>
              <w:spacing w:before="60" w:after="60"/>
              <w:jc w:val="both"/>
              <w:rPr>
                <w:sz w:val="26"/>
                <w:szCs w:val="26"/>
              </w:rPr>
            </w:pPr>
            <w:r w:rsidRPr="002F6785">
              <w:rPr>
                <w:sz w:val="26"/>
                <w:szCs w:val="26"/>
              </w:rPr>
              <w:t>2. Hồ sơ chuyển giao phải thể hiện số lượng hoặc khối lượng đã nhận, đã xử lý, đã giao; phương thức xử lý; mã nhận diện trước và sau xử lý; tổ chức, cá nhân thực hiện; thời gian và địa điểm thực hiện.</w:t>
            </w:r>
          </w:p>
          <w:p w:rsidR="00B816F6" w:rsidRPr="002F6785" w:rsidRDefault="00B816F6" w:rsidP="002F6785">
            <w:pPr>
              <w:spacing w:before="60" w:after="60"/>
              <w:jc w:val="both"/>
              <w:rPr>
                <w:sz w:val="26"/>
                <w:szCs w:val="26"/>
              </w:rPr>
            </w:pPr>
            <w:r w:rsidRPr="002F6785">
              <w:rPr>
                <w:sz w:val="26"/>
                <w:szCs w:val="26"/>
              </w:rPr>
              <w:t>3. Không được thay đổi mác thép, tiêu chuẩn công bố áp dụng, kết quả thử nghiệm hoặc thông tin về cơ sở sản xuất; không được sử dụng chứng chỉ chất lượng của lô ban đầu cho sản phẩm không còn khả năng chứng minh có nguồn gốc từ lô đó.</w:t>
            </w:r>
          </w:p>
          <w:p w:rsidR="005B442E" w:rsidRPr="002F6785" w:rsidRDefault="00B816F6" w:rsidP="002F6785">
            <w:pPr>
              <w:spacing w:before="60" w:after="60"/>
              <w:jc w:val="both"/>
              <w:rPr>
                <w:sz w:val="26"/>
                <w:szCs w:val="26"/>
              </w:rPr>
            </w:pPr>
            <w:r w:rsidRPr="002F6785">
              <w:rPr>
                <w:sz w:val="26"/>
                <w:szCs w:val="26"/>
              </w:rPr>
              <w:t>4. Dữ liệu quy định tại Điều này được lưu giữ theo thời hạn của hồ sơ chất lượng tương ứng và cung cấp cho cơ quan có thẩm quyền khi kiểm tra, truy xuất, cảnh báo hoặc thu hồi theo quy định của pháp luật.</w:t>
            </w:r>
          </w:p>
        </w:tc>
        <w:tc>
          <w:tcPr>
            <w:tcW w:w="5760" w:type="dxa"/>
          </w:tcPr>
          <w:p w:rsidR="000F36C2" w:rsidRPr="000F36C2" w:rsidRDefault="00AC53F4" w:rsidP="002F6785">
            <w:pPr>
              <w:spacing w:before="60" w:after="60"/>
              <w:jc w:val="both"/>
              <w:rPr>
                <w:sz w:val="26"/>
                <w:szCs w:val="26"/>
              </w:rPr>
            </w:pPr>
            <w:r w:rsidRPr="002F6785">
              <w:rPr>
                <w:sz w:val="26"/>
                <w:szCs w:val="26"/>
              </w:rPr>
              <w:t>Quá trình c</w:t>
            </w:r>
            <w:r w:rsidRPr="002F6785">
              <w:rPr>
                <w:sz w:val="26"/>
                <w:szCs w:val="26"/>
              </w:rPr>
              <w:t>ắ</w:t>
            </w:r>
            <w:r w:rsidRPr="002F6785">
              <w:rPr>
                <w:sz w:val="26"/>
                <w:szCs w:val="26"/>
              </w:rPr>
              <w:t>t, cán, chia cu</w:t>
            </w:r>
            <w:r w:rsidRPr="002F6785">
              <w:rPr>
                <w:sz w:val="26"/>
                <w:szCs w:val="26"/>
              </w:rPr>
              <w:t>ộ</w:t>
            </w:r>
            <w:r w:rsidRPr="002F6785">
              <w:rPr>
                <w:sz w:val="26"/>
                <w:szCs w:val="26"/>
              </w:rPr>
              <w:t>n, chia bó, gia công, đóng gói l</w:t>
            </w:r>
            <w:r w:rsidRPr="002F6785">
              <w:rPr>
                <w:sz w:val="26"/>
                <w:szCs w:val="26"/>
              </w:rPr>
              <w:t>ạ</w:t>
            </w:r>
            <w:r w:rsidRPr="002F6785">
              <w:rPr>
                <w:sz w:val="26"/>
                <w:szCs w:val="26"/>
              </w:rPr>
              <w:t>i ho</w:t>
            </w:r>
            <w:r w:rsidRPr="002F6785">
              <w:rPr>
                <w:sz w:val="26"/>
                <w:szCs w:val="26"/>
              </w:rPr>
              <w:t>ặ</w:t>
            </w:r>
            <w:r w:rsidRPr="002F6785">
              <w:rPr>
                <w:sz w:val="26"/>
                <w:szCs w:val="26"/>
              </w:rPr>
              <w:t>c chuy</w:t>
            </w:r>
            <w:r w:rsidRPr="002F6785">
              <w:rPr>
                <w:sz w:val="26"/>
                <w:szCs w:val="26"/>
              </w:rPr>
              <w:t>ể</w:t>
            </w:r>
            <w:r w:rsidRPr="002F6785">
              <w:rPr>
                <w:sz w:val="26"/>
                <w:szCs w:val="26"/>
              </w:rPr>
              <w:t>n đ</w:t>
            </w:r>
            <w:r w:rsidRPr="002F6785">
              <w:rPr>
                <w:sz w:val="26"/>
                <w:szCs w:val="26"/>
              </w:rPr>
              <w:t>ổ</w:t>
            </w:r>
            <w:r w:rsidRPr="002F6785">
              <w:rPr>
                <w:sz w:val="26"/>
                <w:szCs w:val="26"/>
              </w:rPr>
              <w:t>i quy cách có th</w:t>
            </w:r>
            <w:r w:rsidRPr="002F6785">
              <w:rPr>
                <w:sz w:val="26"/>
                <w:szCs w:val="26"/>
              </w:rPr>
              <w:t>ể</w:t>
            </w:r>
            <w:r w:rsidRPr="002F6785">
              <w:rPr>
                <w:sz w:val="26"/>
                <w:szCs w:val="26"/>
              </w:rPr>
              <w:t xml:space="preserve"> làm thay đ</w:t>
            </w:r>
            <w:r w:rsidRPr="002F6785">
              <w:rPr>
                <w:sz w:val="26"/>
                <w:szCs w:val="26"/>
              </w:rPr>
              <w:t>ổ</w:t>
            </w:r>
            <w:r w:rsidRPr="002F6785">
              <w:rPr>
                <w:sz w:val="26"/>
                <w:szCs w:val="26"/>
              </w:rPr>
              <w:t>i cách nh</w:t>
            </w:r>
            <w:r w:rsidRPr="002F6785">
              <w:rPr>
                <w:sz w:val="26"/>
                <w:szCs w:val="26"/>
              </w:rPr>
              <w:t>ậ</w:t>
            </w:r>
            <w:r w:rsidRPr="002F6785">
              <w:rPr>
                <w:sz w:val="26"/>
                <w:szCs w:val="26"/>
              </w:rPr>
              <w:t>n d</w:t>
            </w:r>
            <w:r w:rsidRPr="002F6785">
              <w:rPr>
                <w:sz w:val="26"/>
                <w:szCs w:val="26"/>
              </w:rPr>
              <w:t>i</w:t>
            </w:r>
            <w:r w:rsidRPr="002F6785">
              <w:rPr>
                <w:sz w:val="26"/>
                <w:szCs w:val="26"/>
              </w:rPr>
              <w:t>ệ</w:t>
            </w:r>
            <w:r w:rsidRPr="002F6785">
              <w:rPr>
                <w:sz w:val="26"/>
                <w:szCs w:val="26"/>
              </w:rPr>
              <w:t>n s</w:t>
            </w:r>
            <w:r w:rsidRPr="002F6785">
              <w:rPr>
                <w:sz w:val="26"/>
                <w:szCs w:val="26"/>
              </w:rPr>
              <w:t>ả</w:t>
            </w:r>
            <w:r w:rsidRPr="002F6785">
              <w:rPr>
                <w:sz w:val="26"/>
                <w:szCs w:val="26"/>
              </w:rPr>
              <w:t>n ph</w:t>
            </w:r>
            <w:r w:rsidRPr="002F6785">
              <w:rPr>
                <w:sz w:val="26"/>
                <w:szCs w:val="26"/>
              </w:rPr>
              <w:t>ẩ</w:t>
            </w:r>
            <w:r w:rsidRPr="002F6785">
              <w:rPr>
                <w:sz w:val="26"/>
                <w:szCs w:val="26"/>
              </w:rPr>
              <w:t>m và làm gián đo</w:t>
            </w:r>
            <w:r w:rsidRPr="002F6785">
              <w:rPr>
                <w:sz w:val="26"/>
                <w:szCs w:val="26"/>
              </w:rPr>
              <w:t>ạ</w:t>
            </w:r>
            <w:r w:rsidRPr="002F6785">
              <w:rPr>
                <w:sz w:val="26"/>
                <w:szCs w:val="26"/>
              </w:rPr>
              <w:t>n liên k</w:t>
            </w:r>
            <w:r w:rsidRPr="002F6785">
              <w:rPr>
                <w:sz w:val="26"/>
                <w:szCs w:val="26"/>
              </w:rPr>
              <w:t>ế</w:t>
            </w:r>
            <w:r w:rsidRPr="002F6785">
              <w:rPr>
                <w:sz w:val="26"/>
                <w:szCs w:val="26"/>
              </w:rPr>
              <w:t>t v</w:t>
            </w:r>
            <w:r w:rsidRPr="002F6785">
              <w:rPr>
                <w:sz w:val="26"/>
                <w:szCs w:val="26"/>
              </w:rPr>
              <w:t>ớ</w:t>
            </w:r>
            <w:r w:rsidRPr="002F6785">
              <w:rPr>
                <w:sz w:val="26"/>
                <w:szCs w:val="26"/>
              </w:rPr>
              <w:t>i lô ban đ</w:t>
            </w:r>
            <w:r w:rsidRPr="002F6785">
              <w:rPr>
                <w:sz w:val="26"/>
                <w:szCs w:val="26"/>
              </w:rPr>
              <w:t>ầ</w:t>
            </w:r>
            <w:r w:rsidRPr="002F6785">
              <w:rPr>
                <w:sz w:val="26"/>
                <w:szCs w:val="26"/>
              </w:rPr>
              <w:t>u. Do đó, Đi</w:t>
            </w:r>
            <w:r w:rsidRPr="002F6785">
              <w:rPr>
                <w:sz w:val="26"/>
                <w:szCs w:val="26"/>
              </w:rPr>
              <w:t>ề</w:t>
            </w:r>
            <w:r w:rsidRPr="002F6785">
              <w:rPr>
                <w:sz w:val="26"/>
                <w:szCs w:val="26"/>
              </w:rPr>
              <w:t>u này yêu c</w:t>
            </w:r>
            <w:r w:rsidRPr="002F6785">
              <w:rPr>
                <w:sz w:val="26"/>
                <w:szCs w:val="26"/>
              </w:rPr>
              <w:t>ầ</w:t>
            </w:r>
            <w:r w:rsidRPr="002F6785">
              <w:rPr>
                <w:sz w:val="26"/>
                <w:szCs w:val="26"/>
              </w:rPr>
              <w:t>u ch</w:t>
            </w:r>
            <w:r w:rsidRPr="002F6785">
              <w:rPr>
                <w:sz w:val="26"/>
                <w:szCs w:val="26"/>
              </w:rPr>
              <w:t>ủ</w:t>
            </w:r>
            <w:r w:rsidRPr="002F6785">
              <w:rPr>
                <w:sz w:val="26"/>
                <w:szCs w:val="26"/>
              </w:rPr>
              <w:t xml:space="preserve"> th</w:t>
            </w:r>
            <w:r w:rsidRPr="002F6785">
              <w:rPr>
                <w:sz w:val="26"/>
                <w:szCs w:val="26"/>
              </w:rPr>
              <w:t>ể</w:t>
            </w:r>
            <w:r w:rsidRPr="002F6785">
              <w:rPr>
                <w:sz w:val="26"/>
                <w:szCs w:val="26"/>
              </w:rPr>
              <w:t xml:space="preserve"> th</w:t>
            </w:r>
            <w:r w:rsidRPr="002F6785">
              <w:rPr>
                <w:sz w:val="26"/>
                <w:szCs w:val="26"/>
              </w:rPr>
              <w:t>ự</w:t>
            </w:r>
            <w:r w:rsidRPr="002F6785">
              <w:rPr>
                <w:sz w:val="26"/>
                <w:szCs w:val="26"/>
              </w:rPr>
              <w:t>c hi</w:t>
            </w:r>
            <w:r w:rsidRPr="002F6785">
              <w:rPr>
                <w:sz w:val="26"/>
                <w:szCs w:val="26"/>
              </w:rPr>
              <w:t>ệ</w:t>
            </w:r>
            <w:r w:rsidRPr="002F6785">
              <w:rPr>
                <w:sz w:val="26"/>
                <w:szCs w:val="26"/>
              </w:rPr>
              <w:t>n các công đo</w:t>
            </w:r>
            <w:r w:rsidRPr="002F6785">
              <w:rPr>
                <w:sz w:val="26"/>
                <w:szCs w:val="26"/>
              </w:rPr>
              <w:t>ạ</w:t>
            </w:r>
            <w:r w:rsidRPr="002F6785">
              <w:rPr>
                <w:sz w:val="26"/>
                <w:szCs w:val="26"/>
              </w:rPr>
              <w:t>n nêu trên thi</w:t>
            </w:r>
            <w:r w:rsidRPr="002F6785">
              <w:rPr>
                <w:sz w:val="26"/>
                <w:szCs w:val="26"/>
              </w:rPr>
              <w:t>ế</w:t>
            </w:r>
            <w:r w:rsidRPr="002F6785">
              <w:rPr>
                <w:sz w:val="26"/>
                <w:szCs w:val="26"/>
              </w:rPr>
              <w:t>t l</w:t>
            </w:r>
            <w:r w:rsidRPr="002F6785">
              <w:rPr>
                <w:sz w:val="26"/>
                <w:szCs w:val="26"/>
              </w:rPr>
              <w:t>ậ</w:t>
            </w:r>
            <w:r w:rsidRPr="002F6785">
              <w:rPr>
                <w:sz w:val="26"/>
                <w:szCs w:val="26"/>
              </w:rPr>
              <w:t>p mã nh</w:t>
            </w:r>
            <w:r w:rsidRPr="002F6785">
              <w:rPr>
                <w:sz w:val="26"/>
                <w:szCs w:val="26"/>
              </w:rPr>
              <w:t>ậ</w:t>
            </w:r>
            <w:r w:rsidRPr="002F6785">
              <w:rPr>
                <w:sz w:val="26"/>
                <w:szCs w:val="26"/>
              </w:rPr>
              <w:t>n di</w:t>
            </w:r>
            <w:r w:rsidRPr="002F6785">
              <w:rPr>
                <w:sz w:val="26"/>
                <w:szCs w:val="26"/>
              </w:rPr>
              <w:t>ệ</w:t>
            </w:r>
            <w:r w:rsidRPr="002F6785">
              <w:rPr>
                <w:sz w:val="26"/>
                <w:szCs w:val="26"/>
              </w:rPr>
              <w:t>n cho ph</w:t>
            </w:r>
            <w:r w:rsidRPr="002F6785">
              <w:rPr>
                <w:sz w:val="26"/>
                <w:szCs w:val="26"/>
              </w:rPr>
              <w:t>ầ</w:t>
            </w:r>
            <w:r w:rsidRPr="002F6785">
              <w:rPr>
                <w:sz w:val="26"/>
                <w:szCs w:val="26"/>
              </w:rPr>
              <w:t>n s</w:t>
            </w:r>
            <w:r w:rsidRPr="002F6785">
              <w:rPr>
                <w:sz w:val="26"/>
                <w:szCs w:val="26"/>
              </w:rPr>
              <w:t>ả</w:t>
            </w:r>
            <w:r w:rsidRPr="002F6785">
              <w:rPr>
                <w:sz w:val="26"/>
                <w:szCs w:val="26"/>
              </w:rPr>
              <w:t>n ph</w:t>
            </w:r>
            <w:r w:rsidRPr="002F6785">
              <w:rPr>
                <w:sz w:val="26"/>
                <w:szCs w:val="26"/>
              </w:rPr>
              <w:t>ẩ</w:t>
            </w:r>
            <w:r w:rsidRPr="002F6785">
              <w:rPr>
                <w:sz w:val="26"/>
                <w:szCs w:val="26"/>
              </w:rPr>
              <w:t>m sau x</w:t>
            </w:r>
            <w:r w:rsidRPr="002F6785">
              <w:rPr>
                <w:sz w:val="26"/>
                <w:szCs w:val="26"/>
              </w:rPr>
              <w:t>ử</w:t>
            </w:r>
            <w:r w:rsidRPr="002F6785">
              <w:rPr>
                <w:sz w:val="26"/>
                <w:szCs w:val="26"/>
              </w:rPr>
              <w:t xml:space="preserve"> lý và duy trì liên k</w:t>
            </w:r>
            <w:r w:rsidRPr="002F6785">
              <w:rPr>
                <w:sz w:val="26"/>
                <w:szCs w:val="26"/>
              </w:rPr>
              <w:t>ế</w:t>
            </w:r>
            <w:r w:rsidRPr="002F6785">
              <w:rPr>
                <w:sz w:val="26"/>
                <w:szCs w:val="26"/>
              </w:rPr>
              <w:t>t v</w:t>
            </w:r>
            <w:r w:rsidRPr="002F6785">
              <w:rPr>
                <w:sz w:val="26"/>
                <w:szCs w:val="26"/>
              </w:rPr>
              <w:t>ớ</w:t>
            </w:r>
            <w:r w:rsidRPr="002F6785">
              <w:rPr>
                <w:sz w:val="26"/>
                <w:szCs w:val="26"/>
              </w:rPr>
              <w:t>i mã m</w:t>
            </w:r>
            <w:r w:rsidRPr="002F6785">
              <w:rPr>
                <w:sz w:val="26"/>
                <w:szCs w:val="26"/>
              </w:rPr>
              <w:t>ẻ</w:t>
            </w:r>
            <w:r w:rsidRPr="002F6785">
              <w:rPr>
                <w:sz w:val="26"/>
                <w:szCs w:val="26"/>
              </w:rPr>
              <w:t xml:space="preserve"> luy</w:t>
            </w:r>
            <w:r w:rsidRPr="002F6785">
              <w:rPr>
                <w:sz w:val="26"/>
                <w:szCs w:val="26"/>
              </w:rPr>
              <w:t>ệ</w:t>
            </w:r>
            <w:r w:rsidRPr="002F6785">
              <w:rPr>
                <w:sz w:val="26"/>
                <w:szCs w:val="26"/>
              </w:rPr>
              <w:t>n, mã lô s</w:t>
            </w:r>
            <w:r w:rsidRPr="002F6785">
              <w:rPr>
                <w:sz w:val="26"/>
                <w:szCs w:val="26"/>
              </w:rPr>
              <w:t>ả</w:t>
            </w:r>
            <w:r w:rsidRPr="002F6785">
              <w:rPr>
                <w:sz w:val="26"/>
                <w:szCs w:val="26"/>
              </w:rPr>
              <w:t>n ph</w:t>
            </w:r>
            <w:r w:rsidRPr="002F6785">
              <w:rPr>
                <w:sz w:val="26"/>
                <w:szCs w:val="26"/>
              </w:rPr>
              <w:t>ẩ</w:t>
            </w:r>
            <w:r w:rsidRPr="002F6785">
              <w:rPr>
                <w:sz w:val="26"/>
                <w:szCs w:val="26"/>
              </w:rPr>
              <w:t>m ban đ</w:t>
            </w:r>
            <w:r w:rsidRPr="002F6785">
              <w:rPr>
                <w:sz w:val="26"/>
                <w:szCs w:val="26"/>
              </w:rPr>
              <w:t>ầ</w:t>
            </w:r>
            <w:r w:rsidRPr="002F6785">
              <w:rPr>
                <w:sz w:val="26"/>
                <w:szCs w:val="26"/>
              </w:rPr>
              <w:t>u.</w:t>
            </w:r>
          </w:p>
          <w:p w:rsidR="008D4B75" w:rsidRPr="002F6785" w:rsidRDefault="00AC53F4" w:rsidP="002F6785">
            <w:pPr>
              <w:spacing w:before="60" w:after="60"/>
              <w:jc w:val="both"/>
              <w:rPr>
                <w:sz w:val="26"/>
                <w:szCs w:val="26"/>
              </w:rPr>
            </w:pPr>
            <w:r w:rsidRPr="002F6785">
              <w:rPr>
                <w:sz w:val="26"/>
                <w:szCs w:val="26"/>
              </w:rPr>
              <w:t>Quy đ</w:t>
            </w:r>
            <w:r w:rsidRPr="002F6785">
              <w:rPr>
                <w:sz w:val="26"/>
                <w:szCs w:val="26"/>
              </w:rPr>
              <w:t>ị</w:t>
            </w:r>
            <w:r w:rsidRPr="002F6785">
              <w:rPr>
                <w:sz w:val="26"/>
                <w:szCs w:val="26"/>
              </w:rPr>
              <w:t>nh v</w:t>
            </w:r>
            <w:r w:rsidRPr="002F6785">
              <w:rPr>
                <w:sz w:val="26"/>
                <w:szCs w:val="26"/>
              </w:rPr>
              <w:t>ề</w:t>
            </w:r>
            <w:r w:rsidRPr="002F6785">
              <w:rPr>
                <w:sz w:val="26"/>
                <w:szCs w:val="26"/>
              </w:rPr>
              <w:t xml:space="preserve"> h</w:t>
            </w:r>
            <w:r w:rsidRPr="002F6785">
              <w:rPr>
                <w:sz w:val="26"/>
                <w:szCs w:val="26"/>
              </w:rPr>
              <w:t>ồ</w:t>
            </w:r>
            <w:r w:rsidRPr="002F6785">
              <w:rPr>
                <w:sz w:val="26"/>
                <w:szCs w:val="26"/>
              </w:rPr>
              <w:t xml:space="preserve"> sơ chuy</w:t>
            </w:r>
            <w:r w:rsidRPr="002F6785">
              <w:rPr>
                <w:sz w:val="26"/>
                <w:szCs w:val="26"/>
              </w:rPr>
              <w:t>ể</w:t>
            </w:r>
            <w:r w:rsidRPr="002F6785">
              <w:rPr>
                <w:sz w:val="26"/>
                <w:szCs w:val="26"/>
              </w:rPr>
              <w:t>n</w:t>
            </w:r>
            <w:r w:rsidRPr="002F6785">
              <w:rPr>
                <w:sz w:val="26"/>
                <w:szCs w:val="26"/>
              </w:rPr>
              <w:t xml:space="preserve"> giao, gi</w:t>
            </w:r>
            <w:r w:rsidRPr="002F6785">
              <w:rPr>
                <w:sz w:val="26"/>
                <w:szCs w:val="26"/>
              </w:rPr>
              <w:t>ớ</w:t>
            </w:r>
            <w:r w:rsidRPr="002F6785">
              <w:rPr>
                <w:sz w:val="26"/>
                <w:szCs w:val="26"/>
              </w:rPr>
              <w:t>i h</w:t>
            </w:r>
            <w:r w:rsidRPr="002F6785">
              <w:rPr>
                <w:sz w:val="26"/>
                <w:szCs w:val="26"/>
              </w:rPr>
              <w:t>ạ</w:t>
            </w:r>
            <w:r w:rsidRPr="002F6785">
              <w:rPr>
                <w:sz w:val="26"/>
                <w:szCs w:val="26"/>
              </w:rPr>
              <w:t>n vi</w:t>
            </w:r>
            <w:r w:rsidRPr="002F6785">
              <w:rPr>
                <w:sz w:val="26"/>
                <w:szCs w:val="26"/>
              </w:rPr>
              <w:t>ệ</w:t>
            </w:r>
            <w:r w:rsidRPr="002F6785">
              <w:rPr>
                <w:sz w:val="26"/>
                <w:szCs w:val="26"/>
              </w:rPr>
              <w:t>c thay đ</w:t>
            </w:r>
            <w:r w:rsidRPr="002F6785">
              <w:rPr>
                <w:sz w:val="26"/>
                <w:szCs w:val="26"/>
              </w:rPr>
              <w:t>ổ</w:t>
            </w:r>
            <w:r w:rsidRPr="002F6785">
              <w:rPr>
                <w:sz w:val="26"/>
                <w:szCs w:val="26"/>
              </w:rPr>
              <w:t>i thông tin ch</w:t>
            </w:r>
            <w:r w:rsidRPr="002F6785">
              <w:rPr>
                <w:sz w:val="26"/>
                <w:szCs w:val="26"/>
              </w:rPr>
              <w:t>ấ</w:t>
            </w:r>
            <w:r w:rsidRPr="002F6785">
              <w:rPr>
                <w:sz w:val="26"/>
                <w:szCs w:val="26"/>
              </w:rPr>
              <w:t>t lư</w:t>
            </w:r>
            <w:r w:rsidRPr="002F6785">
              <w:rPr>
                <w:sz w:val="26"/>
                <w:szCs w:val="26"/>
              </w:rPr>
              <w:t>ợ</w:t>
            </w:r>
            <w:r w:rsidRPr="002F6785">
              <w:rPr>
                <w:sz w:val="26"/>
                <w:szCs w:val="26"/>
              </w:rPr>
              <w:t>ng và nghĩa v</w:t>
            </w:r>
            <w:r w:rsidRPr="002F6785">
              <w:rPr>
                <w:sz w:val="26"/>
                <w:szCs w:val="26"/>
              </w:rPr>
              <w:t>ụ</w:t>
            </w:r>
            <w:r w:rsidRPr="002F6785">
              <w:rPr>
                <w:sz w:val="26"/>
                <w:szCs w:val="26"/>
              </w:rPr>
              <w:t xml:space="preserve"> lưu gi</w:t>
            </w:r>
            <w:r w:rsidRPr="002F6785">
              <w:rPr>
                <w:sz w:val="26"/>
                <w:szCs w:val="26"/>
              </w:rPr>
              <w:t>ữ</w:t>
            </w:r>
            <w:r w:rsidRPr="002F6785">
              <w:rPr>
                <w:sz w:val="26"/>
                <w:szCs w:val="26"/>
              </w:rPr>
              <w:t xml:space="preserve"> d</w:t>
            </w:r>
            <w:r w:rsidRPr="002F6785">
              <w:rPr>
                <w:sz w:val="26"/>
                <w:szCs w:val="26"/>
              </w:rPr>
              <w:t>ữ</w:t>
            </w:r>
            <w:r w:rsidRPr="002F6785">
              <w:rPr>
                <w:sz w:val="26"/>
                <w:szCs w:val="26"/>
              </w:rPr>
              <w:t xml:space="preserve"> li</w:t>
            </w:r>
            <w:r w:rsidRPr="002F6785">
              <w:rPr>
                <w:sz w:val="26"/>
                <w:szCs w:val="26"/>
              </w:rPr>
              <w:t>ệ</w:t>
            </w:r>
            <w:r w:rsidRPr="002F6785">
              <w:rPr>
                <w:sz w:val="26"/>
                <w:szCs w:val="26"/>
              </w:rPr>
              <w:t>u nh</w:t>
            </w:r>
            <w:r w:rsidRPr="002F6785">
              <w:rPr>
                <w:sz w:val="26"/>
                <w:szCs w:val="26"/>
              </w:rPr>
              <w:t>ằ</w:t>
            </w:r>
            <w:r w:rsidRPr="002F6785">
              <w:rPr>
                <w:sz w:val="26"/>
                <w:szCs w:val="26"/>
              </w:rPr>
              <w:t>m b</w:t>
            </w:r>
            <w:r w:rsidRPr="002F6785">
              <w:rPr>
                <w:sz w:val="26"/>
                <w:szCs w:val="26"/>
              </w:rPr>
              <w:t>ả</w:t>
            </w:r>
            <w:r w:rsidRPr="002F6785">
              <w:rPr>
                <w:sz w:val="26"/>
                <w:szCs w:val="26"/>
              </w:rPr>
              <w:t>o đ</w:t>
            </w:r>
            <w:r w:rsidRPr="002F6785">
              <w:rPr>
                <w:sz w:val="26"/>
                <w:szCs w:val="26"/>
              </w:rPr>
              <w:t>ả</w:t>
            </w:r>
            <w:r w:rsidRPr="002F6785">
              <w:rPr>
                <w:sz w:val="26"/>
                <w:szCs w:val="26"/>
              </w:rPr>
              <w:t>m tính toàn v</w:t>
            </w:r>
            <w:r w:rsidRPr="002F6785">
              <w:rPr>
                <w:sz w:val="26"/>
                <w:szCs w:val="26"/>
              </w:rPr>
              <w:t>ẹ</w:t>
            </w:r>
            <w:r w:rsidRPr="002F6785">
              <w:rPr>
                <w:sz w:val="26"/>
                <w:szCs w:val="26"/>
              </w:rPr>
              <w:t>n, kh</w:t>
            </w:r>
            <w:r w:rsidRPr="002F6785">
              <w:rPr>
                <w:sz w:val="26"/>
                <w:szCs w:val="26"/>
              </w:rPr>
              <w:t>ả</w:t>
            </w:r>
            <w:r w:rsidRPr="002F6785">
              <w:rPr>
                <w:sz w:val="26"/>
                <w:szCs w:val="26"/>
              </w:rPr>
              <w:t xml:space="preserve"> năng ki</w:t>
            </w:r>
            <w:r w:rsidRPr="002F6785">
              <w:rPr>
                <w:sz w:val="26"/>
                <w:szCs w:val="26"/>
              </w:rPr>
              <w:t>ể</w:t>
            </w:r>
            <w:r w:rsidRPr="002F6785">
              <w:rPr>
                <w:sz w:val="26"/>
                <w:szCs w:val="26"/>
              </w:rPr>
              <w:t>m ch</w:t>
            </w:r>
            <w:r w:rsidRPr="002F6785">
              <w:rPr>
                <w:sz w:val="26"/>
                <w:szCs w:val="26"/>
              </w:rPr>
              <w:t>ứ</w:t>
            </w:r>
            <w:r w:rsidRPr="002F6785">
              <w:rPr>
                <w:sz w:val="26"/>
                <w:szCs w:val="26"/>
              </w:rPr>
              <w:t>ng c</w:t>
            </w:r>
            <w:r w:rsidRPr="002F6785">
              <w:rPr>
                <w:sz w:val="26"/>
                <w:szCs w:val="26"/>
              </w:rPr>
              <w:t>ủ</w:t>
            </w:r>
            <w:r w:rsidRPr="002F6785">
              <w:rPr>
                <w:sz w:val="26"/>
                <w:szCs w:val="26"/>
              </w:rPr>
              <w:t>a thông tin truy xu</w:t>
            </w:r>
            <w:r w:rsidRPr="002F6785">
              <w:rPr>
                <w:sz w:val="26"/>
                <w:szCs w:val="26"/>
              </w:rPr>
              <w:t>ấ</w:t>
            </w:r>
            <w:r w:rsidRPr="002F6785">
              <w:rPr>
                <w:sz w:val="26"/>
                <w:szCs w:val="26"/>
              </w:rPr>
              <w:t>t; ngăn vi</w:t>
            </w:r>
            <w:r w:rsidRPr="002F6785">
              <w:rPr>
                <w:sz w:val="26"/>
                <w:szCs w:val="26"/>
              </w:rPr>
              <w:t>ệ</w:t>
            </w:r>
            <w:r w:rsidRPr="002F6785">
              <w:rPr>
                <w:sz w:val="26"/>
                <w:szCs w:val="26"/>
              </w:rPr>
              <w:t>c s</w:t>
            </w:r>
            <w:r w:rsidRPr="002F6785">
              <w:rPr>
                <w:sz w:val="26"/>
                <w:szCs w:val="26"/>
              </w:rPr>
              <w:t>ử</w:t>
            </w:r>
            <w:r w:rsidRPr="002F6785">
              <w:rPr>
                <w:sz w:val="26"/>
                <w:szCs w:val="26"/>
              </w:rPr>
              <w:t xml:space="preserve"> d</w:t>
            </w:r>
            <w:r w:rsidRPr="002F6785">
              <w:rPr>
                <w:sz w:val="26"/>
                <w:szCs w:val="26"/>
              </w:rPr>
              <w:t>ụ</w:t>
            </w:r>
            <w:r w:rsidRPr="002F6785">
              <w:rPr>
                <w:sz w:val="26"/>
                <w:szCs w:val="26"/>
              </w:rPr>
              <w:t>ng ch</w:t>
            </w:r>
            <w:r w:rsidRPr="002F6785">
              <w:rPr>
                <w:sz w:val="26"/>
                <w:szCs w:val="26"/>
              </w:rPr>
              <w:t>ứ</w:t>
            </w:r>
            <w:r w:rsidRPr="002F6785">
              <w:rPr>
                <w:sz w:val="26"/>
                <w:szCs w:val="26"/>
              </w:rPr>
              <w:t>ng ch</w:t>
            </w:r>
            <w:r w:rsidRPr="002F6785">
              <w:rPr>
                <w:sz w:val="26"/>
                <w:szCs w:val="26"/>
              </w:rPr>
              <w:t>ỉ</w:t>
            </w:r>
            <w:r w:rsidRPr="002F6785">
              <w:rPr>
                <w:sz w:val="26"/>
                <w:szCs w:val="26"/>
              </w:rPr>
              <w:t xml:space="preserve"> ch</w:t>
            </w:r>
            <w:r w:rsidRPr="002F6785">
              <w:rPr>
                <w:sz w:val="26"/>
                <w:szCs w:val="26"/>
              </w:rPr>
              <w:t>ấ</w:t>
            </w:r>
            <w:r w:rsidRPr="002F6785">
              <w:rPr>
                <w:sz w:val="26"/>
                <w:szCs w:val="26"/>
              </w:rPr>
              <w:t>t lư</w:t>
            </w:r>
            <w:r w:rsidRPr="002F6785">
              <w:rPr>
                <w:sz w:val="26"/>
                <w:szCs w:val="26"/>
              </w:rPr>
              <w:t>ợ</w:t>
            </w:r>
            <w:r w:rsidRPr="002F6785">
              <w:rPr>
                <w:sz w:val="26"/>
                <w:szCs w:val="26"/>
              </w:rPr>
              <w:t>ng c</w:t>
            </w:r>
            <w:r w:rsidRPr="002F6785">
              <w:rPr>
                <w:sz w:val="26"/>
                <w:szCs w:val="26"/>
              </w:rPr>
              <w:t>ủ</w:t>
            </w:r>
            <w:r w:rsidRPr="002F6785">
              <w:rPr>
                <w:sz w:val="26"/>
                <w:szCs w:val="26"/>
              </w:rPr>
              <w:t>a lô ban đ</w:t>
            </w:r>
            <w:r w:rsidRPr="002F6785">
              <w:rPr>
                <w:sz w:val="26"/>
                <w:szCs w:val="26"/>
              </w:rPr>
              <w:t>ầ</w:t>
            </w:r>
            <w:r w:rsidRPr="002F6785">
              <w:rPr>
                <w:sz w:val="26"/>
                <w:szCs w:val="26"/>
              </w:rPr>
              <w:t>u cho s</w:t>
            </w:r>
            <w:r w:rsidRPr="002F6785">
              <w:rPr>
                <w:sz w:val="26"/>
                <w:szCs w:val="26"/>
              </w:rPr>
              <w:t>ả</w:t>
            </w:r>
            <w:r w:rsidRPr="002F6785">
              <w:rPr>
                <w:sz w:val="26"/>
                <w:szCs w:val="26"/>
              </w:rPr>
              <w:t>n ph</w:t>
            </w:r>
            <w:r w:rsidRPr="002F6785">
              <w:rPr>
                <w:sz w:val="26"/>
                <w:szCs w:val="26"/>
              </w:rPr>
              <w:t>ẩ</w:t>
            </w:r>
            <w:r w:rsidRPr="002F6785">
              <w:rPr>
                <w:sz w:val="26"/>
                <w:szCs w:val="26"/>
              </w:rPr>
              <w:t>m không còn ch</w:t>
            </w:r>
            <w:r w:rsidRPr="002F6785">
              <w:rPr>
                <w:sz w:val="26"/>
                <w:szCs w:val="26"/>
              </w:rPr>
              <w:t>ứ</w:t>
            </w:r>
            <w:r w:rsidRPr="002F6785">
              <w:rPr>
                <w:sz w:val="26"/>
                <w:szCs w:val="26"/>
              </w:rPr>
              <w:t>ng minh đư</w:t>
            </w:r>
            <w:r w:rsidRPr="002F6785">
              <w:rPr>
                <w:sz w:val="26"/>
                <w:szCs w:val="26"/>
              </w:rPr>
              <w:t>ợ</w:t>
            </w:r>
            <w:r w:rsidRPr="002F6785">
              <w:rPr>
                <w:sz w:val="26"/>
                <w:szCs w:val="26"/>
              </w:rPr>
              <w:t>c ngu</w:t>
            </w:r>
            <w:r w:rsidRPr="002F6785">
              <w:rPr>
                <w:sz w:val="26"/>
                <w:szCs w:val="26"/>
              </w:rPr>
              <w:t>ồ</w:t>
            </w:r>
            <w:r w:rsidRPr="002F6785">
              <w:rPr>
                <w:sz w:val="26"/>
                <w:szCs w:val="26"/>
              </w:rPr>
              <w:t>n g</w:t>
            </w:r>
            <w:r w:rsidRPr="002F6785">
              <w:rPr>
                <w:sz w:val="26"/>
                <w:szCs w:val="26"/>
              </w:rPr>
              <w:t>ố</w:t>
            </w:r>
            <w:r w:rsidRPr="002F6785">
              <w:rPr>
                <w:sz w:val="26"/>
                <w:szCs w:val="26"/>
              </w:rPr>
              <w:t>c t</w:t>
            </w:r>
            <w:r w:rsidRPr="002F6785">
              <w:rPr>
                <w:sz w:val="26"/>
                <w:szCs w:val="26"/>
              </w:rPr>
              <w:t>ừ</w:t>
            </w:r>
            <w:r w:rsidRPr="002F6785">
              <w:rPr>
                <w:sz w:val="26"/>
                <w:szCs w:val="26"/>
              </w:rPr>
              <w:t xml:space="preserve"> lô đó; đ</w:t>
            </w:r>
            <w:r w:rsidRPr="002F6785">
              <w:rPr>
                <w:sz w:val="26"/>
                <w:szCs w:val="26"/>
              </w:rPr>
              <w:t>ồ</w:t>
            </w:r>
            <w:r w:rsidRPr="002F6785">
              <w:rPr>
                <w:sz w:val="26"/>
                <w:szCs w:val="26"/>
              </w:rPr>
              <w:t>ng th</w:t>
            </w:r>
            <w:r w:rsidRPr="002F6785">
              <w:rPr>
                <w:sz w:val="26"/>
                <w:szCs w:val="26"/>
              </w:rPr>
              <w:t>ờ</w:t>
            </w:r>
            <w:r w:rsidRPr="002F6785">
              <w:rPr>
                <w:sz w:val="26"/>
                <w:szCs w:val="26"/>
              </w:rPr>
              <w:t>i t</w:t>
            </w:r>
            <w:r w:rsidRPr="002F6785">
              <w:rPr>
                <w:sz w:val="26"/>
                <w:szCs w:val="26"/>
              </w:rPr>
              <w:t>ạ</w:t>
            </w:r>
            <w:r w:rsidRPr="002F6785">
              <w:rPr>
                <w:sz w:val="26"/>
                <w:szCs w:val="26"/>
              </w:rPr>
              <w:t>o căn c</w:t>
            </w:r>
            <w:r w:rsidRPr="002F6785">
              <w:rPr>
                <w:sz w:val="26"/>
                <w:szCs w:val="26"/>
              </w:rPr>
              <w:t>ứ</w:t>
            </w:r>
            <w:r w:rsidRPr="002F6785">
              <w:rPr>
                <w:sz w:val="26"/>
                <w:szCs w:val="26"/>
              </w:rPr>
              <w:t xml:space="preserve"> xác đ</w:t>
            </w:r>
            <w:r w:rsidRPr="002F6785">
              <w:rPr>
                <w:sz w:val="26"/>
                <w:szCs w:val="26"/>
              </w:rPr>
              <w:t>ị</w:t>
            </w:r>
            <w:r w:rsidRPr="002F6785">
              <w:rPr>
                <w:sz w:val="26"/>
                <w:szCs w:val="26"/>
              </w:rPr>
              <w:t>nh ph</w:t>
            </w:r>
            <w:r w:rsidRPr="002F6785">
              <w:rPr>
                <w:sz w:val="26"/>
                <w:szCs w:val="26"/>
              </w:rPr>
              <w:t>ạ</w:t>
            </w:r>
            <w:r w:rsidRPr="002F6785">
              <w:rPr>
                <w:sz w:val="26"/>
                <w:szCs w:val="26"/>
              </w:rPr>
              <w:t>m vi và trách nhi</w:t>
            </w:r>
            <w:r w:rsidRPr="002F6785">
              <w:rPr>
                <w:sz w:val="26"/>
                <w:szCs w:val="26"/>
              </w:rPr>
              <w:t>ệ</w:t>
            </w:r>
            <w:r w:rsidRPr="002F6785">
              <w:rPr>
                <w:sz w:val="26"/>
                <w:szCs w:val="26"/>
              </w:rPr>
              <w:t>m khi phát sinh yêu c</w:t>
            </w:r>
            <w:r w:rsidRPr="002F6785">
              <w:rPr>
                <w:sz w:val="26"/>
                <w:szCs w:val="26"/>
              </w:rPr>
              <w:t>ầ</w:t>
            </w:r>
            <w:r w:rsidRPr="002F6785">
              <w:rPr>
                <w:sz w:val="26"/>
                <w:szCs w:val="26"/>
              </w:rPr>
              <w:t>u ki</w:t>
            </w:r>
            <w:r w:rsidRPr="002F6785">
              <w:rPr>
                <w:sz w:val="26"/>
                <w:szCs w:val="26"/>
              </w:rPr>
              <w:t>ể</w:t>
            </w:r>
            <w:r w:rsidRPr="002F6785">
              <w:rPr>
                <w:sz w:val="26"/>
                <w:szCs w:val="26"/>
              </w:rPr>
              <w:t>m tra, c</w:t>
            </w:r>
            <w:r w:rsidRPr="002F6785">
              <w:rPr>
                <w:sz w:val="26"/>
                <w:szCs w:val="26"/>
              </w:rPr>
              <w:t>ả</w:t>
            </w:r>
            <w:r w:rsidRPr="002F6785">
              <w:rPr>
                <w:sz w:val="26"/>
                <w:szCs w:val="26"/>
              </w:rPr>
              <w:t>nh báo ho</w:t>
            </w:r>
            <w:r w:rsidRPr="002F6785">
              <w:rPr>
                <w:sz w:val="26"/>
                <w:szCs w:val="26"/>
              </w:rPr>
              <w:t>ặ</w:t>
            </w:r>
            <w:r w:rsidRPr="002F6785">
              <w:rPr>
                <w:sz w:val="26"/>
                <w:szCs w:val="26"/>
              </w:rPr>
              <w:t>c thu h</w:t>
            </w:r>
            <w:r w:rsidRPr="002F6785">
              <w:rPr>
                <w:sz w:val="26"/>
                <w:szCs w:val="26"/>
              </w:rPr>
              <w:t>ồ</w:t>
            </w:r>
            <w:r w:rsidRPr="002F6785">
              <w:rPr>
                <w:sz w:val="26"/>
                <w:szCs w:val="26"/>
              </w:rPr>
              <w:t>i.</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t xml:space="preserve">Điều 8. </w:t>
            </w:r>
            <w:r w:rsidR="00B816F6" w:rsidRPr="000F36C2">
              <w:rPr>
                <w:b/>
                <w:sz w:val="26"/>
                <w:szCs w:val="26"/>
              </w:rPr>
              <w:t>H</w:t>
            </w:r>
            <w:r w:rsidR="00B816F6" w:rsidRPr="002F6785">
              <w:rPr>
                <w:b/>
                <w:sz w:val="26"/>
                <w:szCs w:val="26"/>
              </w:rPr>
              <w:t>ộ chiếu số của sản phẩm thép</w:t>
            </w:r>
          </w:p>
        </w:tc>
        <w:tc>
          <w:tcPr>
            <w:tcW w:w="6636" w:type="dxa"/>
          </w:tcPr>
          <w:p w:rsidR="00B816F6" w:rsidRPr="002F6785" w:rsidRDefault="00B816F6" w:rsidP="002F6785">
            <w:pPr>
              <w:spacing w:before="60" w:after="60"/>
              <w:jc w:val="both"/>
              <w:rPr>
                <w:sz w:val="26"/>
                <w:szCs w:val="26"/>
              </w:rPr>
            </w:pPr>
            <w:r w:rsidRPr="002F6785">
              <w:rPr>
                <w:sz w:val="26"/>
                <w:szCs w:val="26"/>
              </w:rPr>
              <w:t>1. Việc áp dụng hộ chiếu số của sản phẩm thép thực hiện theo lộ trình do Thủ tướng Chính phủ phê duyệt theo quy định của pháp luật về chất lượng sản phẩm, hàng hóa. Trước thời điểm bắt buộc áp dụng, tổ chức, cá nhân được tự nguyện thiết lập hộ chiếu số của sản phẩm thép.</w:t>
            </w:r>
          </w:p>
          <w:p w:rsidR="00B816F6" w:rsidRPr="002F6785" w:rsidRDefault="00B816F6" w:rsidP="002F6785">
            <w:pPr>
              <w:spacing w:before="60" w:after="60"/>
              <w:jc w:val="both"/>
              <w:rPr>
                <w:sz w:val="26"/>
                <w:szCs w:val="26"/>
              </w:rPr>
            </w:pPr>
            <w:r w:rsidRPr="002F6785">
              <w:rPr>
                <w:sz w:val="26"/>
                <w:szCs w:val="26"/>
              </w:rPr>
              <w:lastRenderedPageBreak/>
              <w:t>2.</w:t>
            </w:r>
            <w:r w:rsidR="00173054" w:rsidRPr="002F6785">
              <w:rPr>
                <w:rFonts w:cs="Times New Roman"/>
                <w:sz w:val="26"/>
                <w:szCs w:val="26"/>
              </w:rPr>
              <w:t xml:space="preserve"> </w:t>
            </w:r>
            <w:r w:rsidR="00173054" w:rsidRPr="000F36C2">
              <w:rPr>
                <w:rFonts w:cs="Times New Roman"/>
                <w:sz w:val="26"/>
                <w:szCs w:val="26"/>
              </w:rPr>
              <w:t>Theo lộ trình áp d</w:t>
            </w:r>
            <w:r w:rsidR="00173054" w:rsidRPr="002F6785">
              <w:rPr>
                <w:rFonts w:cs="Times New Roman"/>
                <w:sz w:val="26"/>
                <w:szCs w:val="26"/>
              </w:rPr>
              <w:t>ụng bắt buộc, hộ chiếu số của sản phẩm thép phải có hoặc liên kết được với các thông tin tối thiểu theo quy định của pháp luật và các thông tin đặc thù sau đây, trong phạm vi được cơ quan có thẩm quyền quy định</w:t>
            </w:r>
            <w:r w:rsidRPr="002F6785">
              <w:rPr>
                <w:sz w:val="26"/>
                <w:szCs w:val="26"/>
              </w:rPr>
              <w:t>:</w:t>
            </w:r>
          </w:p>
          <w:p w:rsidR="00B816F6" w:rsidRPr="002F6785" w:rsidRDefault="00B816F6" w:rsidP="002F6785">
            <w:pPr>
              <w:spacing w:before="60" w:after="60"/>
              <w:jc w:val="both"/>
              <w:rPr>
                <w:sz w:val="26"/>
                <w:szCs w:val="26"/>
              </w:rPr>
            </w:pPr>
            <w:r w:rsidRPr="002F6785">
              <w:rPr>
                <w:sz w:val="26"/>
                <w:szCs w:val="26"/>
              </w:rPr>
              <w:t>a) Mác thép, dạng sản phẩm, tiêu chuẩn công bố áp dụng và quy chuẩn kỹ thuật quốc gia tương ứng;</w:t>
            </w:r>
          </w:p>
          <w:p w:rsidR="00B816F6" w:rsidRPr="002F6785" w:rsidRDefault="00B816F6" w:rsidP="002F6785">
            <w:pPr>
              <w:spacing w:before="60" w:after="60"/>
              <w:jc w:val="both"/>
              <w:rPr>
                <w:sz w:val="26"/>
                <w:szCs w:val="26"/>
              </w:rPr>
            </w:pPr>
            <w:r w:rsidRPr="002F6785">
              <w:rPr>
                <w:sz w:val="26"/>
                <w:szCs w:val="26"/>
              </w:rPr>
              <w:t>b) Mã mẻ luyện, mã lô sản phẩm, cơ sở và địa điểm sản xuất;</w:t>
            </w:r>
          </w:p>
          <w:p w:rsidR="00B816F6" w:rsidRPr="002F6785" w:rsidRDefault="00B816F6" w:rsidP="002F6785">
            <w:pPr>
              <w:spacing w:before="60" w:after="60"/>
              <w:jc w:val="both"/>
              <w:rPr>
                <w:sz w:val="26"/>
                <w:szCs w:val="26"/>
              </w:rPr>
            </w:pPr>
            <w:r w:rsidRPr="002F6785">
              <w:rPr>
                <w:sz w:val="26"/>
                <w:szCs w:val="26"/>
              </w:rPr>
              <w:t>c) Kết quả kiểm tra, thử nghiệm các chỉ tiêu chủ yếu hoặc đường dẫn đến tài liệu chứa kết quả đó;</w:t>
            </w:r>
          </w:p>
          <w:p w:rsidR="00C32C64" w:rsidRPr="002F6785" w:rsidRDefault="00C32C64" w:rsidP="002F6785">
            <w:pPr>
              <w:widowControl w:val="0"/>
              <w:spacing w:before="60" w:after="60"/>
              <w:jc w:val="both"/>
              <w:rPr>
                <w:rFonts w:cs="Times New Roman"/>
                <w:sz w:val="26"/>
                <w:szCs w:val="26"/>
              </w:rPr>
            </w:pPr>
            <w:r w:rsidRPr="002F6785">
              <w:rPr>
                <w:rFonts w:cs="Times New Roman"/>
                <w:sz w:val="26"/>
                <w:szCs w:val="26"/>
              </w:rPr>
              <w:t>d) Lịch sử chia tách, gia công, đóng gói lại trong chuỗi cung ứng, trong phạm vi cần thiết để duy trì khả năng truy xuất nguồn gốc;</w:t>
            </w:r>
          </w:p>
          <w:p w:rsidR="00B816F6" w:rsidRPr="002F6785" w:rsidRDefault="00C32C64" w:rsidP="002F6785">
            <w:pPr>
              <w:widowControl w:val="0"/>
              <w:spacing w:before="60" w:after="60"/>
              <w:jc w:val="both"/>
              <w:rPr>
                <w:sz w:val="26"/>
                <w:szCs w:val="26"/>
              </w:rPr>
            </w:pPr>
            <w:r w:rsidRPr="002F6785">
              <w:rPr>
                <w:rFonts w:cs="Times New Roman"/>
                <w:sz w:val="26"/>
                <w:szCs w:val="26"/>
              </w:rPr>
              <w:t>đ) Hàm lượng vật liệu tái chế, dữ liệu phát thải khí nhà kính, dấu chân carbon hoặc thông tin môi trường khác khi pháp luật về bảo vệ môi trường hoặc lộ trình áp dụng hộ chiếu số quy định bắt buộc; trường hợp cung cấp theo yêu cầu của thị trường nhập khẩu thì thực hiện theo thỏa thuận, tiêu chuẩn hoặc quy định áp dụng đối với thị trường đó.</w:t>
            </w:r>
          </w:p>
          <w:p w:rsidR="00B816F6" w:rsidRPr="002F6785" w:rsidRDefault="00B816F6" w:rsidP="002F6785">
            <w:pPr>
              <w:spacing w:before="60" w:after="60"/>
              <w:jc w:val="both"/>
              <w:rPr>
                <w:sz w:val="26"/>
                <w:szCs w:val="26"/>
              </w:rPr>
            </w:pPr>
            <w:r w:rsidRPr="002F6785">
              <w:rPr>
                <w:sz w:val="26"/>
                <w:szCs w:val="26"/>
              </w:rPr>
              <w:t>3. Hộ chiếu số của sản phẩm thép phải sử dụng mã định danh duy nhất, có khả năng kết nối với Cổng thông tin truy xuất nguồn gốc sản phẩm, hàng hóa quốc gia; không yêu cầu tổ chức, cá nhân thiết lập hệ thống dữ liệu riêng nếu thông tin đã có trên hệ thống được kết nối, chia sẻ.</w:t>
            </w:r>
          </w:p>
          <w:p w:rsidR="005B442E" w:rsidRPr="002F6785" w:rsidRDefault="00B816F6" w:rsidP="002F6785">
            <w:pPr>
              <w:spacing w:before="60" w:after="60"/>
              <w:jc w:val="both"/>
              <w:rPr>
                <w:sz w:val="26"/>
                <w:szCs w:val="26"/>
              </w:rPr>
            </w:pPr>
            <w:r w:rsidRPr="002F6785">
              <w:rPr>
                <w:sz w:val="26"/>
                <w:szCs w:val="26"/>
              </w:rPr>
              <w:t>4. Thông tin thuộc bí mật nhà nước, bí mật kinh doanh, dữ liệu cá nhân và thông tin cần bảo vệ khác được quản lý, khai thác theo quy định của pháp luật; phạm vi công khai phải phù hợp với mục đích truy xuất nguồn gốc và quản lý chất lượng.</w:t>
            </w:r>
          </w:p>
        </w:tc>
        <w:tc>
          <w:tcPr>
            <w:tcW w:w="5760" w:type="dxa"/>
          </w:tcPr>
          <w:p w:rsidR="000F36C2" w:rsidRPr="000F36C2" w:rsidRDefault="00AC53F4" w:rsidP="002F6785">
            <w:pPr>
              <w:spacing w:before="60" w:after="60"/>
              <w:jc w:val="both"/>
              <w:rPr>
                <w:sz w:val="26"/>
                <w:szCs w:val="26"/>
              </w:rPr>
            </w:pPr>
            <w:r w:rsidRPr="002F6785">
              <w:rPr>
                <w:sz w:val="26"/>
                <w:szCs w:val="26"/>
              </w:rPr>
              <w:lastRenderedPageBreak/>
              <w:t>Quy đ</w:t>
            </w:r>
            <w:r w:rsidRPr="002F6785">
              <w:rPr>
                <w:sz w:val="26"/>
                <w:szCs w:val="26"/>
              </w:rPr>
              <w:t>ị</w:t>
            </w:r>
            <w:r w:rsidRPr="002F6785">
              <w:rPr>
                <w:sz w:val="26"/>
                <w:szCs w:val="26"/>
              </w:rPr>
              <w:t>nh v</w:t>
            </w:r>
            <w:r w:rsidRPr="002F6785">
              <w:rPr>
                <w:sz w:val="26"/>
                <w:szCs w:val="26"/>
              </w:rPr>
              <w:t>ề</w:t>
            </w:r>
            <w:r w:rsidRPr="002F6785">
              <w:rPr>
                <w:sz w:val="26"/>
                <w:szCs w:val="26"/>
              </w:rPr>
              <w:t xml:space="preserve"> h</w:t>
            </w:r>
            <w:r w:rsidRPr="002F6785">
              <w:rPr>
                <w:sz w:val="26"/>
                <w:szCs w:val="26"/>
              </w:rPr>
              <w:t>ộ</w:t>
            </w:r>
            <w:r w:rsidRPr="002F6785">
              <w:rPr>
                <w:sz w:val="26"/>
                <w:szCs w:val="26"/>
              </w:rPr>
              <w:t xml:space="preserve"> chi</w:t>
            </w:r>
            <w:r w:rsidRPr="002F6785">
              <w:rPr>
                <w:sz w:val="26"/>
                <w:szCs w:val="26"/>
              </w:rPr>
              <w:t>ế</w:t>
            </w:r>
            <w:r w:rsidRPr="002F6785">
              <w:rPr>
                <w:sz w:val="26"/>
                <w:szCs w:val="26"/>
              </w:rPr>
              <w:t>u s</w:t>
            </w:r>
            <w:r w:rsidRPr="002F6785">
              <w:rPr>
                <w:sz w:val="26"/>
                <w:szCs w:val="26"/>
              </w:rPr>
              <w:t>ố</w:t>
            </w:r>
            <w:r w:rsidRPr="002F6785">
              <w:rPr>
                <w:sz w:val="26"/>
                <w:szCs w:val="26"/>
              </w:rPr>
              <w:t xml:space="preserve"> s</w:t>
            </w:r>
            <w:r w:rsidRPr="002F6785">
              <w:rPr>
                <w:sz w:val="26"/>
                <w:szCs w:val="26"/>
              </w:rPr>
              <w:t>ả</w:t>
            </w:r>
            <w:r w:rsidRPr="002F6785">
              <w:rPr>
                <w:sz w:val="26"/>
                <w:szCs w:val="26"/>
              </w:rPr>
              <w:t>n ph</w:t>
            </w:r>
            <w:r w:rsidRPr="002F6785">
              <w:rPr>
                <w:sz w:val="26"/>
                <w:szCs w:val="26"/>
              </w:rPr>
              <w:t>ẩ</w:t>
            </w:r>
            <w:r w:rsidRPr="002F6785">
              <w:rPr>
                <w:sz w:val="26"/>
                <w:szCs w:val="26"/>
              </w:rPr>
              <w:t>m thép nh</w:t>
            </w:r>
            <w:r w:rsidRPr="002F6785">
              <w:rPr>
                <w:sz w:val="26"/>
                <w:szCs w:val="26"/>
              </w:rPr>
              <w:t>ằ</w:t>
            </w:r>
            <w:r w:rsidRPr="002F6785">
              <w:rPr>
                <w:sz w:val="26"/>
                <w:szCs w:val="26"/>
              </w:rPr>
              <w:t>m c</w:t>
            </w:r>
            <w:r w:rsidRPr="002F6785">
              <w:rPr>
                <w:sz w:val="26"/>
                <w:szCs w:val="26"/>
              </w:rPr>
              <w:t>ụ</w:t>
            </w:r>
            <w:r w:rsidRPr="002F6785">
              <w:rPr>
                <w:sz w:val="26"/>
                <w:szCs w:val="26"/>
              </w:rPr>
              <w:t xml:space="preserve"> th</w:t>
            </w:r>
            <w:r w:rsidRPr="002F6785">
              <w:rPr>
                <w:sz w:val="26"/>
                <w:szCs w:val="26"/>
              </w:rPr>
              <w:t>ể</w:t>
            </w:r>
            <w:r w:rsidRPr="002F6785">
              <w:rPr>
                <w:sz w:val="26"/>
                <w:szCs w:val="26"/>
              </w:rPr>
              <w:t xml:space="preserve"> hóa vi</w:t>
            </w:r>
            <w:r w:rsidRPr="002F6785">
              <w:rPr>
                <w:sz w:val="26"/>
                <w:szCs w:val="26"/>
              </w:rPr>
              <w:t>ệ</w:t>
            </w:r>
            <w:r w:rsidRPr="002F6785">
              <w:rPr>
                <w:sz w:val="26"/>
                <w:szCs w:val="26"/>
              </w:rPr>
              <w:t>c áp d</w:t>
            </w:r>
            <w:r w:rsidRPr="002F6785">
              <w:rPr>
                <w:sz w:val="26"/>
                <w:szCs w:val="26"/>
              </w:rPr>
              <w:t>ụ</w:t>
            </w:r>
            <w:r w:rsidRPr="002F6785">
              <w:rPr>
                <w:sz w:val="26"/>
                <w:szCs w:val="26"/>
              </w:rPr>
              <w:t>ng công c</w:t>
            </w:r>
            <w:r w:rsidRPr="002F6785">
              <w:rPr>
                <w:sz w:val="26"/>
                <w:szCs w:val="26"/>
              </w:rPr>
              <w:t>ụ</w:t>
            </w:r>
            <w:r w:rsidRPr="002F6785">
              <w:rPr>
                <w:sz w:val="26"/>
                <w:szCs w:val="26"/>
              </w:rPr>
              <w:t xml:space="preserve"> qu</w:t>
            </w:r>
            <w:r w:rsidRPr="002F6785">
              <w:rPr>
                <w:sz w:val="26"/>
                <w:szCs w:val="26"/>
              </w:rPr>
              <w:t>ả</w:t>
            </w:r>
            <w:r w:rsidRPr="002F6785">
              <w:rPr>
                <w:sz w:val="26"/>
                <w:szCs w:val="26"/>
              </w:rPr>
              <w:t>n lý s</w:t>
            </w:r>
            <w:r w:rsidRPr="002F6785">
              <w:rPr>
                <w:sz w:val="26"/>
                <w:szCs w:val="26"/>
              </w:rPr>
              <w:t>ố</w:t>
            </w:r>
            <w:r w:rsidRPr="002F6785">
              <w:rPr>
                <w:sz w:val="26"/>
                <w:szCs w:val="26"/>
              </w:rPr>
              <w:t xml:space="preserve"> theo l</w:t>
            </w:r>
            <w:r w:rsidRPr="002F6785">
              <w:rPr>
                <w:sz w:val="26"/>
                <w:szCs w:val="26"/>
              </w:rPr>
              <w:t>ộ</w:t>
            </w:r>
            <w:r w:rsidRPr="002F6785">
              <w:rPr>
                <w:sz w:val="26"/>
                <w:szCs w:val="26"/>
              </w:rPr>
              <w:t xml:space="preserve"> trình c</w:t>
            </w:r>
            <w:r w:rsidRPr="002F6785">
              <w:rPr>
                <w:sz w:val="26"/>
                <w:szCs w:val="26"/>
              </w:rPr>
              <w:t>ủ</w:t>
            </w:r>
            <w:r w:rsidRPr="002F6785">
              <w:rPr>
                <w:sz w:val="26"/>
                <w:szCs w:val="26"/>
              </w:rPr>
              <w:t>a cơ quan có th</w:t>
            </w:r>
            <w:r w:rsidRPr="002F6785">
              <w:rPr>
                <w:sz w:val="26"/>
                <w:szCs w:val="26"/>
              </w:rPr>
              <w:t>ẩ</w:t>
            </w:r>
            <w:r w:rsidRPr="002F6785">
              <w:rPr>
                <w:sz w:val="26"/>
                <w:szCs w:val="26"/>
              </w:rPr>
              <w:t>m quy</w:t>
            </w:r>
            <w:r w:rsidRPr="002F6785">
              <w:rPr>
                <w:sz w:val="26"/>
                <w:szCs w:val="26"/>
              </w:rPr>
              <w:t>ề</w:t>
            </w:r>
            <w:r w:rsidRPr="002F6785">
              <w:rPr>
                <w:sz w:val="26"/>
                <w:szCs w:val="26"/>
              </w:rPr>
              <w:t>n, phù h</w:t>
            </w:r>
            <w:r w:rsidRPr="002F6785">
              <w:rPr>
                <w:sz w:val="26"/>
                <w:szCs w:val="26"/>
              </w:rPr>
              <w:t>ợ</w:t>
            </w:r>
            <w:r w:rsidRPr="002F6785">
              <w:rPr>
                <w:sz w:val="26"/>
                <w:szCs w:val="26"/>
              </w:rPr>
              <w:t>p v</w:t>
            </w:r>
            <w:r w:rsidRPr="002F6785">
              <w:rPr>
                <w:sz w:val="26"/>
                <w:szCs w:val="26"/>
              </w:rPr>
              <w:t>ớ</w:t>
            </w:r>
            <w:r w:rsidRPr="002F6785">
              <w:rPr>
                <w:sz w:val="26"/>
                <w:szCs w:val="26"/>
              </w:rPr>
              <w:t>i pháp lu</w:t>
            </w:r>
            <w:r w:rsidRPr="002F6785">
              <w:rPr>
                <w:sz w:val="26"/>
                <w:szCs w:val="26"/>
              </w:rPr>
              <w:t>ậ</w:t>
            </w:r>
            <w:r w:rsidRPr="002F6785">
              <w:rPr>
                <w:sz w:val="26"/>
                <w:szCs w:val="26"/>
              </w:rPr>
              <w:t>t v</w:t>
            </w:r>
            <w:r w:rsidRPr="002F6785">
              <w:rPr>
                <w:sz w:val="26"/>
                <w:szCs w:val="26"/>
              </w:rPr>
              <w:t>ề</w:t>
            </w:r>
            <w:r w:rsidRPr="002F6785">
              <w:rPr>
                <w:sz w:val="26"/>
                <w:szCs w:val="26"/>
              </w:rPr>
              <w:t xml:space="preserve"> ch</w:t>
            </w:r>
            <w:r w:rsidRPr="002F6785">
              <w:rPr>
                <w:sz w:val="26"/>
                <w:szCs w:val="26"/>
              </w:rPr>
              <w:t>ấ</w:t>
            </w:r>
            <w:r w:rsidRPr="002F6785">
              <w:rPr>
                <w:sz w:val="26"/>
                <w:szCs w:val="26"/>
              </w:rPr>
              <w:t>t</w:t>
            </w:r>
            <w:r w:rsidRPr="002F6785">
              <w:rPr>
                <w:sz w:val="26"/>
                <w:szCs w:val="26"/>
              </w:rPr>
              <w:t xml:space="preserve"> lư</w:t>
            </w:r>
            <w:r w:rsidRPr="002F6785">
              <w:rPr>
                <w:sz w:val="26"/>
                <w:szCs w:val="26"/>
              </w:rPr>
              <w:t>ợ</w:t>
            </w:r>
            <w:r w:rsidRPr="002F6785">
              <w:rPr>
                <w:sz w:val="26"/>
                <w:szCs w:val="26"/>
              </w:rPr>
              <w:t>ng s</w:t>
            </w:r>
            <w:r w:rsidRPr="002F6785">
              <w:rPr>
                <w:sz w:val="26"/>
                <w:szCs w:val="26"/>
              </w:rPr>
              <w:t>ả</w:t>
            </w:r>
            <w:r w:rsidRPr="002F6785">
              <w:rPr>
                <w:sz w:val="26"/>
                <w:szCs w:val="26"/>
              </w:rPr>
              <w:t>n ph</w:t>
            </w:r>
            <w:r w:rsidRPr="002F6785">
              <w:rPr>
                <w:sz w:val="26"/>
                <w:szCs w:val="26"/>
              </w:rPr>
              <w:t>ẩ</w:t>
            </w:r>
            <w:r w:rsidRPr="002F6785">
              <w:rPr>
                <w:sz w:val="26"/>
                <w:szCs w:val="26"/>
              </w:rPr>
              <w:t>m, hàng hóa. Trư</w:t>
            </w:r>
            <w:r w:rsidRPr="002F6785">
              <w:rPr>
                <w:sz w:val="26"/>
                <w:szCs w:val="26"/>
              </w:rPr>
              <w:t>ớ</w:t>
            </w:r>
            <w:r w:rsidRPr="002F6785">
              <w:rPr>
                <w:sz w:val="26"/>
                <w:szCs w:val="26"/>
              </w:rPr>
              <w:t>c th</w:t>
            </w:r>
            <w:r w:rsidRPr="002F6785">
              <w:rPr>
                <w:sz w:val="26"/>
                <w:szCs w:val="26"/>
              </w:rPr>
              <w:t>ờ</w:t>
            </w:r>
            <w:r w:rsidRPr="002F6785">
              <w:rPr>
                <w:sz w:val="26"/>
                <w:szCs w:val="26"/>
              </w:rPr>
              <w:t>i đi</w:t>
            </w:r>
            <w:r w:rsidRPr="002F6785">
              <w:rPr>
                <w:sz w:val="26"/>
                <w:szCs w:val="26"/>
              </w:rPr>
              <w:t>ể</w:t>
            </w:r>
            <w:r w:rsidRPr="002F6785">
              <w:rPr>
                <w:sz w:val="26"/>
                <w:szCs w:val="26"/>
              </w:rPr>
              <w:t>m b</w:t>
            </w:r>
            <w:r w:rsidRPr="002F6785">
              <w:rPr>
                <w:sz w:val="26"/>
                <w:szCs w:val="26"/>
              </w:rPr>
              <w:t>ắ</w:t>
            </w:r>
            <w:r w:rsidRPr="002F6785">
              <w:rPr>
                <w:sz w:val="26"/>
                <w:szCs w:val="26"/>
              </w:rPr>
              <w:t>t bu</w:t>
            </w:r>
            <w:r w:rsidRPr="002F6785">
              <w:rPr>
                <w:sz w:val="26"/>
                <w:szCs w:val="26"/>
              </w:rPr>
              <w:t>ộ</w:t>
            </w:r>
            <w:r w:rsidRPr="002F6785">
              <w:rPr>
                <w:sz w:val="26"/>
                <w:szCs w:val="26"/>
              </w:rPr>
              <w:t>c, vi</w:t>
            </w:r>
            <w:r w:rsidRPr="002F6785">
              <w:rPr>
                <w:sz w:val="26"/>
                <w:szCs w:val="26"/>
              </w:rPr>
              <w:t>ệ</w:t>
            </w:r>
            <w:r w:rsidRPr="002F6785">
              <w:rPr>
                <w:sz w:val="26"/>
                <w:szCs w:val="26"/>
              </w:rPr>
              <w:t>c thi</w:t>
            </w:r>
            <w:r w:rsidRPr="002F6785">
              <w:rPr>
                <w:sz w:val="26"/>
                <w:szCs w:val="26"/>
              </w:rPr>
              <w:t>ế</w:t>
            </w:r>
            <w:r w:rsidRPr="002F6785">
              <w:rPr>
                <w:sz w:val="26"/>
                <w:szCs w:val="26"/>
              </w:rPr>
              <w:t>t l</w:t>
            </w:r>
            <w:r w:rsidRPr="002F6785">
              <w:rPr>
                <w:sz w:val="26"/>
                <w:szCs w:val="26"/>
              </w:rPr>
              <w:t>ậ</w:t>
            </w:r>
            <w:r w:rsidRPr="002F6785">
              <w:rPr>
                <w:sz w:val="26"/>
                <w:szCs w:val="26"/>
              </w:rPr>
              <w:t>p h</w:t>
            </w:r>
            <w:r w:rsidRPr="002F6785">
              <w:rPr>
                <w:sz w:val="26"/>
                <w:szCs w:val="26"/>
              </w:rPr>
              <w:t>ộ</w:t>
            </w:r>
            <w:r w:rsidRPr="002F6785">
              <w:rPr>
                <w:sz w:val="26"/>
                <w:szCs w:val="26"/>
              </w:rPr>
              <w:t xml:space="preserve"> chi</w:t>
            </w:r>
            <w:r w:rsidRPr="002F6785">
              <w:rPr>
                <w:sz w:val="26"/>
                <w:szCs w:val="26"/>
              </w:rPr>
              <w:t>ế</w:t>
            </w:r>
            <w:r w:rsidRPr="002F6785">
              <w:rPr>
                <w:sz w:val="26"/>
                <w:szCs w:val="26"/>
              </w:rPr>
              <w:t>u s</w:t>
            </w:r>
            <w:r w:rsidRPr="002F6785">
              <w:rPr>
                <w:sz w:val="26"/>
                <w:szCs w:val="26"/>
              </w:rPr>
              <w:t>ố</w:t>
            </w:r>
            <w:r w:rsidRPr="002F6785">
              <w:rPr>
                <w:sz w:val="26"/>
                <w:szCs w:val="26"/>
              </w:rPr>
              <w:t xml:space="preserve"> đư</w:t>
            </w:r>
            <w:r w:rsidRPr="002F6785">
              <w:rPr>
                <w:sz w:val="26"/>
                <w:szCs w:val="26"/>
              </w:rPr>
              <w:t>ợ</w:t>
            </w:r>
            <w:r w:rsidRPr="002F6785">
              <w:rPr>
                <w:sz w:val="26"/>
                <w:szCs w:val="26"/>
              </w:rPr>
              <w:t>c th</w:t>
            </w:r>
            <w:r w:rsidRPr="002F6785">
              <w:rPr>
                <w:sz w:val="26"/>
                <w:szCs w:val="26"/>
              </w:rPr>
              <w:t>ự</w:t>
            </w:r>
            <w:r w:rsidRPr="002F6785">
              <w:rPr>
                <w:sz w:val="26"/>
                <w:szCs w:val="26"/>
              </w:rPr>
              <w:t>c hi</w:t>
            </w:r>
            <w:r w:rsidRPr="002F6785">
              <w:rPr>
                <w:sz w:val="26"/>
                <w:szCs w:val="26"/>
              </w:rPr>
              <w:t>ệ</w:t>
            </w:r>
            <w:r w:rsidRPr="002F6785">
              <w:rPr>
                <w:sz w:val="26"/>
                <w:szCs w:val="26"/>
              </w:rPr>
              <w:t>n trên cơ s</w:t>
            </w:r>
            <w:r w:rsidRPr="002F6785">
              <w:rPr>
                <w:sz w:val="26"/>
                <w:szCs w:val="26"/>
              </w:rPr>
              <w:t>ở</w:t>
            </w:r>
            <w:r w:rsidRPr="002F6785">
              <w:rPr>
                <w:sz w:val="26"/>
                <w:szCs w:val="26"/>
              </w:rPr>
              <w:t xml:space="preserve"> t</w:t>
            </w:r>
            <w:r w:rsidRPr="002F6785">
              <w:rPr>
                <w:sz w:val="26"/>
                <w:szCs w:val="26"/>
              </w:rPr>
              <w:t>ự</w:t>
            </w:r>
            <w:r w:rsidRPr="002F6785">
              <w:rPr>
                <w:sz w:val="26"/>
                <w:szCs w:val="26"/>
              </w:rPr>
              <w:t xml:space="preserve"> </w:t>
            </w:r>
            <w:r w:rsidRPr="002F6785">
              <w:rPr>
                <w:sz w:val="26"/>
                <w:szCs w:val="26"/>
              </w:rPr>
              <w:lastRenderedPageBreak/>
              <w:t>nguy</w:t>
            </w:r>
            <w:r w:rsidRPr="002F6785">
              <w:rPr>
                <w:sz w:val="26"/>
                <w:szCs w:val="26"/>
              </w:rPr>
              <w:t>ệ</w:t>
            </w:r>
            <w:r w:rsidRPr="002F6785">
              <w:rPr>
                <w:sz w:val="26"/>
                <w:szCs w:val="26"/>
              </w:rPr>
              <w:t>n, qua đó t</w:t>
            </w:r>
            <w:r w:rsidRPr="002F6785">
              <w:rPr>
                <w:sz w:val="26"/>
                <w:szCs w:val="26"/>
              </w:rPr>
              <w:t>ạ</w:t>
            </w:r>
            <w:r w:rsidRPr="002F6785">
              <w:rPr>
                <w:sz w:val="26"/>
                <w:szCs w:val="26"/>
              </w:rPr>
              <w:t>o đi</w:t>
            </w:r>
            <w:r w:rsidRPr="002F6785">
              <w:rPr>
                <w:sz w:val="26"/>
                <w:szCs w:val="26"/>
              </w:rPr>
              <w:t>ề</w:t>
            </w:r>
            <w:r w:rsidRPr="002F6785">
              <w:rPr>
                <w:sz w:val="26"/>
                <w:szCs w:val="26"/>
              </w:rPr>
              <w:t>u ki</w:t>
            </w:r>
            <w:r w:rsidRPr="002F6785">
              <w:rPr>
                <w:sz w:val="26"/>
                <w:szCs w:val="26"/>
              </w:rPr>
              <w:t>ệ</w:t>
            </w:r>
            <w:r w:rsidRPr="002F6785">
              <w:rPr>
                <w:sz w:val="26"/>
                <w:szCs w:val="26"/>
              </w:rPr>
              <w:t>n đ</w:t>
            </w:r>
            <w:r w:rsidRPr="002F6785">
              <w:rPr>
                <w:sz w:val="26"/>
                <w:szCs w:val="26"/>
              </w:rPr>
              <w:t>ể</w:t>
            </w:r>
            <w:r w:rsidRPr="002F6785">
              <w:rPr>
                <w:sz w:val="26"/>
                <w:szCs w:val="26"/>
              </w:rPr>
              <w:t xml:space="preserve"> t</w:t>
            </w:r>
            <w:r w:rsidRPr="002F6785">
              <w:rPr>
                <w:sz w:val="26"/>
                <w:szCs w:val="26"/>
              </w:rPr>
              <w:t>ổ</w:t>
            </w:r>
            <w:r w:rsidRPr="002F6785">
              <w:rPr>
                <w:sz w:val="26"/>
                <w:szCs w:val="26"/>
              </w:rPr>
              <w:t xml:space="preserve"> ch</w:t>
            </w:r>
            <w:r w:rsidRPr="002F6785">
              <w:rPr>
                <w:sz w:val="26"/>
                <w:szCs w:val="26"/>
              </w:rPr>
              <w:t>ứ</w:t>
            </w:r>
            <w:r w:rsidRPr="002F6785">
              <w:rPr>
                <w:sz w:val="26"/>
                <w:szCs w:val="26"/>
              </w:rPr>
              <w:t>c, cá nhân ch</w:t>
            </w:r>
            <w:r w:rsidRPr="002F6785">
              <w:rPr>
                <w:sz w:val="26"/>
                <w:szCs w:val="26"/>
              </w:rPr>
              <w:t>ủ</w:t>
            </w:r>
            <w:r w:rsidRPr="002F6785">
              <w:rPr>
                <w:sz w:val="26"/>
                <w:szCs w:val="26"/>
              </w:rPr>
              <w:t xml:space="preserve"> đ</w:t>
            </w:r>
            <w:r w:rsidRPr="002F6785">
              <w:rPr>
                <w:sz w:val="26"/>
                <w:szCs w:val="26"/>
              </w:rPr>
              <w:t>ộ</w:t>
            </w:r>
            <w:r w:rsidRPr="002F6785">
              <w:rPr>
                <w:sz w:val="26"/>
                <w:szCs w:val="26"/>
              </w:rPr>
              <w:t>ng chu</w:t>
            </w:r>
            <w:r w:rsidRPr="002F6785">
              <w:rPr>
                <w:sz w:val="26"/>
                <w:szCs w:val="26"/>
              </w:rPr>
              <w:t>ẩ</w:t>
            </w:r>
            <w:r w:rsidRPr="002F6785">
              <w:rPr>
                <w:sz w:val="26"/>
                <w:szCs w:val="26"/>
              </w:rPr>
              <w:t>n b</w:t>
            </w:r>
            <w:r w:rsidRPr="002F6785">
              <w:rPr>
                <w:sz w:val="26"/>
                <w:szCs w:val="26"/>
              </w:rPr>
              <w:t>ị</w:t>
            </w:r>
            <w:r w:rsidRPr="002F6785">
              <w:rPr>
                <w:sz w:val="26"/>
                <w:szCs w:val="26"/>
              </w:rPr>
              <w:t xml:space="preserve"> d</w:t>
            </w:r>
            <w:r w:rsidRPr="002F6785">
              <w:rPr>
                <w:sz w:val="26"/>
                <w:szCs w:val="26"/>
              </w:rPr>
              <w:t>ữ</w:t>
            </w:r>
            <w:r w:rsidRPr="002F6785">
              <w:rPr>
                <w:sz w:val="26"/>
                <w:szCs w:val="26"/>
              </w:rPr>
              <w:t xml:space="preserve"> li</w:t>
            </w:r>
            <w:r w:rsidRPr="002F6785">
              <w:rPr>
                <w:sz w:val="26"/>
                <w:szCs w:val="26"/>
              </w:rPr>
              <w:t>ệ</w:t>
            </w:r>
            <w:r w:rsidRPr="002F6785">
              <w:rPr>
                <w:sz w:val="26"/>
                <w:szCs w:val="26"/>
              </w:rPr>
              <w:t>u và h</w:t>
            </w:r>
            <w:r w:rsidRPr="002F6785">
              <w:rPr>
                <w:sz w:val="26"/>
                <w:szCs w:val="26"/>
              </w:rPr>
              <w:t>ạ</w:t>
            </w:r>
            <w:r w:rsidRPr="002F6785">
              <w:rPr>
                <w:sz w:val="26"/>
                <w:szCs w:val="26"/>
              </w:rPr>
              <w:t xml:space="preserve"> t</w:t>
            </w:r>
            <w:r w:rsidRPr="002F6785">
              <w:rPr>
                <w:sz w:val="26"/>
                <w:szCs w:val="26"/>
              </w:rPr>
              <w:t>ầ</w:t>
            </w:r>
            <w:r w:rsidRPr="002F6785">
              <w:rPr>
                <w:sz w:val="26"/>
                <w:szCs w:val="26"/>
              </w:rPr>
              <w:t>ng k</w:t>
            </w:r>
            <w:r w:rsidRPr="002F6785">
              <w:rPr>
                <w:sz w:val="26"/>
                <w:szCs w:val="26"/>
              </w:rPr>
              <w:t>ỹ</w:t>
            </w:r>
            <w:r w:rsidRPr="002F6785">
              <w:rPr>
                <w:sz w:val="26"/>
                <w:szCs w:val="26"/>
              </w:rPr>
              <w:t xml:space="preserve"> thu</w:t>
            </w:r>
            <w:r w:rsidRPr="002F6785">
              <w:rPr>
                <w:sz w:val="26"/>
                <w:szCs w:val="26"/>
              </w:rPr>
              <w:t>ậ</w:t>
            </w:r>
            <w:r w:rsidRPr="002F6785">
              <w:rPr>
                <w:sz w:val="26"/>
                <w:szCs w:val="26"/>
              </w:rPr>
              <w:t>t.</w:t>
            </w:r>
          </w:p>
          <w:p w:rsidR="008D4B75" w:rsidRPr="002F6785" w:rsidRDefault="00AC53F4" w:rsidP="002F6785">
            <w:pPr>
              <w:spacing w:before="60" w:after="60"/>
              <w:jc w:val="both"/>
              <w:rPr>
                <w:sz w:val="26"/>
                <w:szCs w:val="26"/>
              </w:rPr>
            </w:pPr>
            <w:r w:rsidRPr="002F6785">
              <w:rPr>
                <w:sz w:val="26"/>
                <w:szCs w:val="26"/>
              </w:rPr>
              <w:t>Các thông tin đ</w:t>
            </w:r>
            <w:r w:rsidRPr="002F6785">
              <w:rPr>
                <w:sz w:val="26"/>
                <w:szCs w:val="26"/>
              </w:rPr>
              <w:t>ặ</w:t>
            </w:r>
            <w:r w:rsidRPr="002F6785">
              <w:rPr>
                <w:sz w:val="26"/>
                <w:szCs w:val="26"/>
              </w:rPr>
              <w:t>c thù đư</w:t>
            </w:r>
            <w:r w:rsidRPr="002F6785">
              <w:rPr>
                <w:sz w:val="26"/>
                <w:szCs w:val="26"/>
              </w:rPr>
              <w:t>ợ</w:t>
            </w:r>
            <w:r w:rsidRPr="002F6785">
              <w:rPr>
                <w:sz w:val="26"/>
                <w:szCs w:val="26"/>
              </w:rPr>
              <w:t>c quy đ</w:t>
            </w:r>
            <w:r w:rsidRPr="002F6785">
              <w:rPr>
                <w:sz w:val="26"/>
                <w:szCs w:val="26"/>
              </w:rPr>
              <w:t>ị</w:t>
            </w:r>
            <w:r w:rsidRPr="002F6785">
              <w:rPr>
                <w:sz w:val="26"/>
                <w:szCs w:val="26"/>
              </w:rPr>
              <w:t>nh theo hư</w:t>
            </w:r>
            <w:r w:rsidRPr="002F6785">
              <w:rPr>
                <w:sz w:val="26"/>
                <w:szCs w:val="26"/>
              </w:rPr>
              <w:t>ớ</w:t>
            </w:r>
            <w:r w:rsidRPr="002F6785">
              <w:rPr>
                <w:sz w:val="26"/>
                <w:szCs w:val="26"/>
              </w:rPr>
              <w:t>ng có h</w:t>
            </w:r>
            <w:r w:rsidRPr="002F6785">
              <w:rPr>
                <w:sz w:val="26"/>
                <w:szCs w:val="26"/>
              </w:rPr>
              <w:t>o</w:t>
            </w:r>
            <w:r w:rsidRPr="002F6785">
              <w:rPr>
                <w:sz w:val="26"/>
                <w:szCs w:val="26"/>
              </w:rPr>
              <w:t>ặ</w:t>
            </w:r>
            <w:r w:rsidRPr="002F6785">
              <w:rPr>
                <w:sz w:val="26"/>
                <w:szCs w:val="26"/>
              </w:rPr>
              <w:t>c liên k</w:t>
            </w:r>
            <w:r w:rsidRPr="002F6785">
              <w:rPr>
                <w:sz w:val="26"/>
                <w:szCs w:val="26"/>
              </w:rPr>
              <w:t>ế</w:t>
            </w:r>
            <w:r w:rsidRPr="002F6785">
              <w:rPr>
                <w:sz w:val="26"/>
                <w:szCs w:val="26"/>
              </w:rPr>
              <w:t>t đư</w:t>
            </w:r>
            <w:r w:rsidRPr="002F6785">
              <w:rPr>
                <w:sz w:val="26"/>
                <w:szCs w:val="26"/>
              </w:rPr>
              <w:t>ợ</w:t>
            </w:r>
            <w:r w:rsidRPr="002F6785">
              <w:rPr>
                <w:sz w:val="26"/>
                <w:szCs w:val="26"/>
              </w:rPr>
              <w:t>c v</w:t>
            </w:r>
            <w:r w:rsidRPr="002F6785">
              <w:rPr>
                <w:sz w:val="26"/>
                <w:szCs w:val="26"/>
              </w:rPr>
              <w:t>ớ</w:t>
            </w:r>
            <w:r w:rsidRPr="002F6785">
              <w:rPr>
                <w:sz w:val="26"/>
                <w:szCs w:val="26"/>
              </w:rPr>
              <w:t>i d</w:t>
            </w:r>
            <w:r w:rsidRPr="002F6785">
              <w:rPr>
                <w:sz w:val="26"/>
                <w:szCs w:val="26"/>
              </w:rPr>
              <w:t>ữ</w:t>
            </w:r>
            <w:r w:rsidRPr="002F6785">
              <w:rPr>
                <w:sz w:val="26"/>
                <w:szCs w:val="26"/>
              </w:rPr>
              <w:t xml:space="preserve"> li</w:t>
            </w:r>
            <w:r w:rsidRPr="002F6785">
              <w:rPr>
                <w:sz w:val="26"/>
                <w:szCs w:val="26"/>
              </w:rPr>
              <w:t>ệ</w:t>
            </w:r>
            <w:r w:rsidRPr="002F6785">
              <w:rPr>
                <w:sz w:val="26"/>
                <w:szCs w:val="26"/>
              </w:rPr>
              <w:t>u c</w:t>
            </w:r>
            <w:r w:rsidRPr="002F6785">
              <w:rPr>
                <w:sz w:val="26"/>
                <w:szCs w:val="26"/>
              </w:rPr>
              <w:t>ầ</w:t>
            </w:r>
            <w:r w:rsidRPr="002F6785">
              <w:rPr>
                <w:sz w:val="26"/>
                <w:szCs w:val="26"/>
              </w:rPr>
              <w:t>n thi</w:t>
            </w:r>
            <w:r w:rsidRPr="002F6785">
              <w:rPr>
                <w:sz w:val="26"/>
                <w:szCs w:val="26"/>
              </w:rPr>
              <w:t>ế</w:t>
            </w:r>
            <w:r w:rsidRPr="002F6785">
              <w:rPr>
                <w:sz w:val="26"/>
                <w:szCs w:val="26"/>
              </w:rPr>
              <w:t>t đ</w:t>
            </w:r>
            <w:r w:rsidRPr="002F6785">
              <w:rPr>
                <w:sz w:val="26"/>
                <w:szCs w:val="26"/>
              </w:rPr>
              <w:t>ể</w:t>
            </w:r>
            <w:r w:rsidRPr="002F6785">
              <w:rPr>
                <w:sz w:val="26"/>
                <w:szCs w:val="26"/>
              </w:rPr>
              <w:t xml:space="preserve"> nh</w:t>
            </w:r>
            <w:r w:rsidRPr="002F6785">
              <w:rPr>
                <w:sz w:val="26"/>
                <w:szCs w:val="26"/>
              </w:rPr>
              <w:t>ậ</w:t>
            </w:r>
            <w:r w:rsidRPr="002F6785">
              <w:rPr>
                <w:sz w:val="26"/>
                <w:szCs w:val="26"/>
              </w:rPr>
              <w:t>n di</w:t>
            </w:r>
            <w:r w:rsidRPr="002F6785">
              <w:rPr>
                <w:sz w:val="26"/>
                <w:szCs w:val="26"/>
              </w:rPr>
              <w:t>ệ</w:t>
            </w:r>
            <w:r w:rsidRPr="002F6785">
              <w:rPr>
                <w:sz w:val="26"/>
                <w:szCs w:val="26"/>
              </w:rPr>
              <w:t>n, truy xu</w:t>
            </w:r>
            <w:r w:rsidRPr="002F6785">
              <w:rPr>
                <w:sz w:val="26"/>
                <w:szCs w:val="26"/>
              </w:rPr>
              <w:t>ấ</w:t>
            </w:r>
            <w:r w:rsidRPr="002F6785">
              <w:rPr>
                <w:sz w:val="26"/>
                <w:szCs w:val="26"/>
              </w:rPr>
              <w:t>t và qu</w:t>
            </w:r>
            <w:r w:rsidRPr="002F6785">
              <w:rPr>
                <w:sz w:val="26"/>
                <w:szCs w:val="26"/>
              </w:rPr>
              <w:t>ả</w:t>
            </w:r>
            <w:r w:rsidRPr="002F6785">
              <w:rPr>
                <w:sz w:val="26"/>
                <w:szCs w:val="26"/>
              </w:rPr>
              <w:t>n lý ch</w:t>
            </w:r>
            <w:r w:rsidRPr="002F6785">
              <w:rPr>
                <w:sz w:val="26"/>
                <w:szCs w:val="26"/>
              </w:rPr>
              <w:t>ấ</w:t>
            </w:r>
            <w:r w:rsidRPr="002F6785">
              <w:rPr>
                <w:sz w:val="26"/>
                <w:szCs w:val="26"/>
              </w:rPr>
              <w:t>t lư</w:t>
            </w:r>
            <w:r w:rsidRPr="002F6785">
              <w:rPr>
                <w:sz w:val="26"/>
                <w:szCs w:val="26"/>
              </w:rPr>
              <w:t>ợ</w:t>
            </w:r>
            <w:r w:rsidRPr="002F6785">
              <w:rPr>
                <w:sz w:val="26"/>
                <w:szCs w:val="26"/>
              </w:rPr>
              <w:t>ng s</w:t>
            </w:r>
            <w:r w:rsidRPr="002F6785">
              <w:rPr>
                <w:sz w:val="26"/>
                <w:szCs w:val="26"/>
              </w:rPr>
              <w:t>ả</w:t>
            </w:r>
            <w:r w:rsidRPr="002F6785">
              <w:rPr>
                <w:sz w:val="26"/>
                <w:szCs w:val="26"/>
              </w:rPr>
              <w:t>n ph</w:t>
            </w:r>
            <w:r w:rsidRPr="002F6785">
              <w:rPr>
                <w:sz w:val="26"/>
                <w:szCs w:val="26"/>
              </w:rPr>
              <w:t>ẩ</w:t>
            </w:r>
            <w:r w:rsidRPr="002F6785">
              <w:rPr>
                <w:sz w:val="26"/>
                <w:szCs w:val="26"/>
              </w:rPr>
              <w:t>m thép; thông tin môi trư</w:t>
            </w:r>
            <w:r w:rsidRPr="002F6785">
              <w:rPr>
                <w:sz w:val="26"/>
                <w:szCs w:val="26"/>
              </w:rPr>
              <w:t>ờ</w:t>
            </w:r>
            <w:r w:rsidRPr="002F6785">
              <w:rPr>
                <w:sz w:val="26"/>
                <w:szCs w:val="26"/>
              </w:rPr>
              <w:t>ng ch</w:t>
            </w:r>
            <w:r w:rsidRPr="002F6785">
              <w:rPr>
                <w:sz w:val="26"/>
                <w:szCs w:val="26"/>
              </w:rPr>
              <w:t>ỉ</w:t>
            </w:r>
            <w:r w:rsidRPr="002F6785">
              <w:rPr>
                <w:sz w:val="26"/>
                <w:szCs w:val="26"/>
              </w:rPr>
              <w:t xml:space="preserve"> tr</w:t>
            </w:r>
            <w:r w:rsidRPr="002F6785">
              <w:rPr>
                <w:sz w:val="26"/>
                <w:szCs w:val="26"/>
              </w:rPr>
              <w:t>ở</w:t>
            </w:r>
            <w:r w:rsidRPr="002F6785">
              <w:rPr>
                <w:sz w:val="26"/>
                <w:szCs w:val="26"/>
              </w:rPr>
              <w:t xml:space="preserve"> thành n</w:t>
            </w:r>
            <w:r w:rsidRPr="002F6785">
              <w:rPr>
                <w:sz w:val="26"/>
                <w:szCs w:val="26"/>
              </w:rPr>
              <w:t>ộ</w:t>
            </w:r>
            <w:r w:rsidRPr="002F6785">
              <w:rPr>
                <w:sz w:val="26"/>
                <w:szCs w:val="26"/>
              </w:rPr>
              <w:t>i dung b</w:t>
            </w:r>
            <w:r w:rsidRPr="002F6785">
              <w:rPr>
                <w:sz w:val="26"/>
                <w:szCs w:val="26"/>
              </w:rPr>
              <w:t>ắ</w:t>
            </w:r>
            <w:r w:rsidRPr="002F6785">
              <w:rPr>
                <w:sz w:val="26"/>
                <w:szCs w:val="26"/>
              </w:rPr>
              <w:t>t bu</w:t>
            </w:r>
            <w:r w:rsidRPr="002F6785">
              <w:rPr>
                <w:sz w:val="26"/>
                <w:szCs w:val="26"/>
              </w:rPr>
              <w:t>ộ</w:t>
            </w:r>
            <w:r w:rsidRPr="002F6785">
              <w:rPr>
                <w:sz w:val="26"/>
                <w:szCs w:val="26"/>
              </w:rPr>
              <w:t>c khi pháp lu</w:t>
            </w:r>
            <w:r w:rsidRPr="002F6785">
              <w:rPr>
                <w:sz w:val="26"/>
                <w:szCs w:val="26"/>
              </w:rPr>
              <w:t>ậ</w:t>
            </w:r>
            <w:r w:rsidRPr="002F6785">
              <w:rPr>
                <w:sz w:val="26"/>
                <w:szCs w:val="26"/>
              </w:rPr>
              <w:t>t ho</w:t>
            </w:r>
            <w:r w:rsidRPr="002F6785">
              <w:rPr>
                <w:sz w:val="26"/>
                <w:szCs w:val="26"/>
              </w:rPr>
              <w:t>ặ</w:t>
            </w:r>
            <w:r w:rsidRPr="002F6785">
              <w:rPr>
                <w:sz w:val="26"/>
                <w:szCs w:val="26"/>
              </w:rPr>
              <w:t>c l</w:t>
            </w:r>
            <w:r w:rsidRPr="002F6785">
              <w:rPr>
                <w:sz w:val="26"/>
                <w:szCs w:val="26"/>
              </w:rPr>
              <w:t>ộ</w:t>
            </w:r>
            <w:r w:rsidRPr="002F6785">
              <w:rPr>
                <w:sz w:val="26"/>
                <w:szCs w:val="26"/>
              </w:rPr>
              <w:t xml:space="preserve"> trình áp d</w:t>
            </w:r>
            <w:r w:rsidRPr="002F6785">
              <w:rPr>
                <w:sz w:val="26"/>
                <w:szCs w:val="26"/>
              </w:rPr>
              <w:t>ụ</w:t>
            </w:r>
            <w:r w:rsidRPr="002F6785">
              <w:rPr>
                <w:sz w:val="26"/>
                <w:szCs w:val="26"/>
              </w:rPr>
              <w:t>ng có quy đ</w:t>
            </w:r>
            <w:r w:rsidRPr="002F6785">
              <w:rPr>
                <w:sz w:val="26"/>
                <w:szCs w:val="26"/>
              </w:rPr>
              <w:t>ị</w:t>
            </w:r>
            <w:r w:rsidRPr="002F6785">
              <w:rPr>
                <w:sz w:val="26"/>
                <w:szCs w:val="26"/>
              </w:rPr>
              <w:t>nh. Vi</w:t>
            </w:r>
            <w:r w:rsidRPr="002F6785">
              <w:rPr>
                <w:sz w:val="26"/>
                <w:szCs w:val="26"/>
              </w:rPr>
              <w:t>ệ</w:t>
            </w:r>
            <w:r w:rsidRPr="002F6785">
              <w:rPr>
                <w:sz w:val="26"/>
                <w:szCs w:val="26"/>
              </w:rPr>
              <w:t>c s</w:t>
            </w:r>
            <w:r w:rsidRPr="002F6785">
              <w:rPr>
                <w:sz w:val="26"/>
                <w:szCs w:val="26"/>
              </w:rPr>
              <w:t>ử</w:t>
            </w:r>
            <w:r w:rsidRPr="002F6785">
              <w:rPr>
                <w:sz w:val="26"/>
                <w:szCs w:val="26"/>
              </w:rPr>
              <w:t xml:space="preserve"> d</w:t>
            </w:r>
            <w:r w:rsidRPr="002F6785">
              <w:rPr>
                <w:sz w:val="26"/>
                <w:szCs w:val="26"/>
              </w:rPr>
              <w:t>ụ</w:t>
            </w:r>
            <w:r w:rsidRPr="002F6785">
              <w:rPr>
                <w:sz w:val="26"/>
                <w:szCs w:val="26"/>
              </w:rPr>
              <w:t>ng mã đ</w:t>
            </w:r>
            <w:r w:rsidRPr="002F6785">
              <w:rPr>
                <w:sz w:val="26"/>
                <w:szCs w:val="26"/>
              </w:rPr>
              <w:t>ị</w:t>
            </w:r>
            <w:r w:rsidRPr="002F6785">
              <w:rPr>
                <w:sz w:val="26"/>
                <w:szCs w:val="26"/>
              </w:rPr>
              <w:t>nh danh duy nh</w:t>
            </w:r>
            <w:r w:rsidRPr="002F6785">
              <w:rPr>
                <w:sz w:val="26"/>
                <w:szCs w:val="26"/>
              </w:rPr>
              <w:t>ấ</w:t>
            </w:r>
            <w:r w:rsidRPr="002F6785">
              <w:rPr>
                <w:sz w:val="26"/>
                <w:szCs w:val="26"/>
              </w:rPr>
              <w:t>t, k</w:t>
            </w:r>
            <w:r w:rsidRPr="002F6785">
              <w:rPr>
                <w:sz w:val="26"/>
                <w:szCs w:val="26"/>
              </w:rPr>
              <w:t>ế</w:t>
            </w:r>
            <w:r w:rsidRPr="002F6785">
              <w:rPr>
                <w:sz w:val="26"/>
                <w:szCs w:val="26"/>
              </w:rPr>
              <w:t>t n</w:t>
            </w:r>
            <w:r w:rsidRPr="002F6785">
              <w:rPr>
                <w:sz w:val="26"/>
                <w:szCs w:val="26"/>
              </w:rPr>
              <w:t>ố</w:t>
            </w:r>
            <w:r w:rsidRPr="002F6785">
              <w:rPr>
                <w:sz w:val="26"/>
                <w:szCs w:val="26"/>
              </w:rPr>
              <w:t>i v</w:t>
            </w:r>
            <w:r w:rsidRPr="002F6785">
              <w:rPr>
                <w:sz w:val="26"/>
                <w:szCs w:val="26"/>
              </w:rPr>
              <w:t>ớ</w:t>
            </w:r>
            <w:r w:rsidRPr="002F6785">
              <w:rPr>
                <w:sz w:val="26"/>
                <w:szCs w:val="26"/>
              </w:rPr>
              <w:t>i h</w:t>
            </w:r>
            <w:r w:rsidRPr="002F6785">
              <w:rPr>
                <w:sz w:val="26"/>
                <w:szCs w:val="26"/>
              </w:rPr>
              <w:t>ệ</w:t>
            </w:r>
            <w:r w:rsidRPr="002F6785">
              <w:rPr>
                <w:sz w:val="26"/>
                <w:szCs w:val="26"/>
              </w:rPr>
              <w:t xml:space="preserve"> th</w:t>
            </w:r>
            <w:r w:rsidRPr="002F6785">
              <w:rPr>
                <w:sz w:val="26"/>
                <w:szCs w:val="26"/>
              </w:rPr>
              <w:t>ố</w:t>
            </w:r>
            <w:r w:rsidRPr="002F6785">
              <w:rPr>
                <w:sz w:val="26"/>
                <w:szCs w:val="26"/>
              </w:rPr>
              <w:t>ng truy xu</w:t>
            </w:r>
            <w:r w:rsidRPr="002F6785">
              <w:rPr>
                <w:sz w:val="26"/>
                <w:szCs w:val="26"/>
              </w:rPr>
              <w:t>ấ</w:t>
            </w:r>
            <w:r w:rsidRPr="002F6785">
              <w:rPr>
                <w:sz w:val="26"/>
                <w:szCs w:val="26"/>
              </w:rPr>
              <w:t>t ngu</w:t>
            </w:r>
            <w:r w:rsidRPr="002F6785">
              <w:rPr>
                <w:sz w:val="26"/>
                <w:szCs w:val="26"/>
              </w:rPr>
              <w:t>ồ</w:t>
            </w:r>
            <w:r w:rsidRPr="002F6785">
              <w:rPr>
                <w:sz w:val="26"/>
                <w:szCs w:val="26"/>
              </w:rPr>
              <w:t>n g</w:t>
            </w:r>
            <w:r w:rsidRPr="002F6785">
              <w:rPr>
                <w:sz w:val="26"/>
                <w:szCs w:val="26"/>
              </w:rPr>
              <w:t>ố</w:t>
            </w:r>
            <w:r w:rsidRPr="002F6785">
              <w:rPr>
                <w:sz w:val="26"/>
                <w:szCs w:val="26"/>
              </w:rPr>
              <w:t>c qu</w:t>
            </w:r>
            <w:r w:rsidRPr="002F6785">
              <w:rPr>
                <w:sz w:val="26"/>
                <w:szCs w:val="26"/>
              </w:rPr>
              <w:t>ố</w:t>
            </w:r>
            <w:r w:rsidRPr="002F6785">
              <w:rPr>
                <w:sz w:val="26"/>
                <w:szCs w:val="26"/>
              </w:rPr>
              <w:t>c gia và không yêu c</w:t>
            </w:r>
            <w:r w:rsidRPr="002F6785">
              <w:rPr>
                <w:sz w:val="26"/>
                <w:szCs w:val="26"/>
              </w:rPr>
              <w:t>ầ</w:t>
            </w:r>
            <w:r w:rsidRPr="002F6785">
              <w:rPr>
                <w:sz w:val="26"/>
                <w:szCs w:val="26"/>
              </w:rPr>
              <w:t>u l</w:t>
            </w:r>
            <w:r w:rsidRPr="002F6785">
              <w:rPr>
                <w:sz w:val="26"/>
                <w:szCs w:val="26"/>
              </w:rPr>
              <w:t>ậ</w:t>
            </w:r>
            <w:r w:rsidRPr="002F6785">
              <w:rPr>
                <w:sz w:val="26"/>
                <w:szCs w:val="26"/>
              </w:rPr>
              <w:t>p h</w:t>
            </w:r>
            <w:r w:rsidRPr="002F6785">
              <w:rPr>
                <w:sz w:val="26"/>
                <w:szCs w:val="26"/>
              </w:rPr>
              <w:t>ệ</w:t>
            </w:r>
            <w:r w:rsidRPr="002F6785">
              <w:rPr>
                <w:sz w:val="26"/>
                <w:szCs w:val="26"/>
              </w:rPr>
              <w:t xml:space="preserve"> th</w:t>
            </w:r>
            <w:r w:rsidRPr="002F6785">
              <w:rPr>
                <w:sz w:val="26"/>
                <w:szCs w:val="26"/>
              </w:rPr>
              <w:t>ố</w:t>
            </w:r>
            <w:r w:rsidRPr="002F6785">
              <w:rPr>
                <w:sz w:val="26"/>
                <w:szCs w:val="26"/>
              </w:rPr>
              <w:t>ng d</w:t>
            </w:r>
            <w:r w:rsidRPr="002F6785">
              <w:rPr>
                <w:sz w:val="26"/>
                <w:szCs w:val="26"/>
              </w:rPr>
              <w:t>ữ</w:t>
            </w:r>
            <w:r w:rsidRPr="002F6785">
              <w:rPr>
                <w:sz w:val="26"/>
                <w:szCs w:val="26"/>
              </w:rPr>
              <w:t xml:space="preserve"> li</w:t>
            </w:r>
            <w:r w:rsidRPr="002F6785">
              <w:rPr>
                <w:sz w:val="26"/>
                <w:szCs w:val="26"/>
              </w:rPr>
              <w:t>ệ</w:t>
            </w:r>
            <w:r w:rsidRPr="002F6785">
              <w:rPr>
                <w:sz w:val="26"/>
                <w:szCs w:val="26"/>
              </w:rPr>
              <w:t>u riêng khi thông tin đã đư</w:t>
            </w:r>
            <w:r w:rsidRPr="002F6785">
              <w:rPr>
                <w:sz w:val="26"/>
                <w:szCs w:val="26"/>
              </w:rPr>
              <w:t>ợ</w:t>
            </w:r>
            <w:r w:rsidRPr="002F6785">
              <w:rPr>
                <w:sz w:val="26"/>
                <w:szCs w:val="26"/>
              </w:rPr>
              <w:t>c k</w:t>
            </w:r>
            <w:r w:rsidRPr="002F6785">
              <w:rPr>
                <w:sz w:val="26"/>
                <w:szCs w:val="26"/>
              </w:rPr>
              <w:t>ế</w:t>
            </w:r>
            <w:r w:rsidRPr="002F6785">
              <w:rPr>
                <w:sz w:val="26"/>
                <w:szCs w:val="26"/>
              </w:rPr>
              <w:t>t n</w:t>
            </w:r>
            <w:r w:rsidRPr="002F6785">
              <w:rPr>
                <w:sz w:val="26"/>
                <w:szCs w:val="26"/>
              </w:rPr>
              <w:t>ố</w:t>
            </w:r>
            <w:r w:rsidRPr="002F6785">
              <w:rPr>
                <w:sz w:val="26"/>
                <w:szCs w:val="26"/>
              </w:rPr>
              <w:t>i, chia s</w:t>
            </w:r>
            <w:r w:rsidRPr="002F6785">
              <w:rPr>
                <w:sz w:val="26"/>
                <w:szCs w:val="26"/>
              </w:rPr>
              <w:t>ẻ</w:t>
            </w:r>
            <w:r w:rsidRPr="002F6785">
              <w:rPr>
                <w:sz w:val="26"/>
                <w:szCs w:val="26"/>
              </w:rPr>
              <w:t xml:space="preserve"> nh</w:t>
            </w:r>
            <w:r w:rsidRPr="002F6785">
              <w:rPr>
                <w:sz w:val="26"/>
                <w:szCs w:val="26"/>
              </w:rPr>
              <w:t>ằ</w:t>
            </w:r>
            <w:r w:rsidRPr="002F6785">
              <w:rPr>
                <w:sz w:val="26"/>
                <w:szCs w:val="26"/>
              </w:rPr>
              <w:t>m tránh đ</w:t>
            </w:r>
            <w:r w:rsidRPr="002F6785">
              <w:rPr>
                <w:sz w:val="26"/>
                <w:szCs w:val="26"/>
              </w:rPr>
              <w:t>ầ</w:t>
            </w:r>
            <w:r w:rsidRPr="002F6785">
              <w:rPr>
                <w:sz w:val="26"/>
                <w:szCs w:val="26"/>
              </w:rPr>
              <w:t>u tư trùng l</w:t>
            </w:r>
            <w:r w:rsidRPr="002F6785">
              <w:rPr>
                <w:sz w:val="26"/>
                <w:szCs w:val="26"/>
              </w:rPr>
              <w:t>ặ</w:t>
            </w:r>
            <w:r w:rsidRPr="002F6785">
              <w:rPr>
                <w:sz w:val="26"/>
                <w:szCs w:val="26"/>
              </w:rPr>
              <w:t>p, đ</w:t>
            </w:r>
            <w:r w:rsidRPr="002F6785">
              <w:rPr>
                <w:sz w:val="26"/>
                <w:szCs w:val="26"/>
              </w:rPr>
              <w:t>ồ</w:t>
            </w:r>
            <w:r w:rsidRPr="002F6785">
              <w:rPr>
                <w:sz w:val="26"/>
                <w:szCs w:val="26"/>
              </w:rPr>
              <w:t>ng th</w:t>
            </w:r>
            <w:r w:rsidRPr="002F6785">
              <w:rPr>
                <w:sz w:val="26"/>
                <w:szCs w:val="26"/>
              </w:rPr>
              <w:t>ờ</w:t>
            </w:r>
            <w:r w:rsidRPr="002F6785">
              <w:rPr>
                <w:sz w:val="26"/>
                <w:szCs w:val="26"/>
              </w:rPr>
              <w:t>i b</w:t>
            </w:r>
            <w:r w:rsidRPr="002F6785">
              <w:rPr>
                <w:sz w:val="26"/>
                <w:szCs w:val="26"/>
              </w:rPr>
              <w:t>ả</w:t>
            </w:r>
            <w:r w:rsidRPr="002F6785">
              <w:rPr>
                <w:sz w:val="26"/>
                <w:szCs w:val="26"/>
              </w:rPr>
              <w:t>o đ</w:t>
            </w:r>
            <w:r w:rsidRPr="002F6785">
              <w:rPr>
                <w:sz w:val="26"/>
                <w:szCs w:val="26"/>
              </w:rPr>
              <w:t>ả</w:t>
            </w:r>
            <w:r w:rsidRPr="002F6785">
              <w:rPr>
                <w:sz w:val="26"/>
                <w:szCs w:val="26"/>
              </w:rPr>
              <w:t>m vi</w:t>
            </w:r>
            <w:r w:rsidRPr="002F6785">
              <w:rPr>
                <w:sz w:val="26"/>
                <w:szCs w:val="26"/>
              </w:rPr>
              <w:t>ệ</w:t>
            </w:r>
            <w:r w:rsidRPr="002F6785">
              <w:rPr>
                <w:sz w:val="26"/>
                <w:szCs w:val="26"/>
              </w:rPr>
              <w:t>c khai thác d</w:t>
            </w:r>
            <w:r w:rsidRPr="002F6785">
              <w:rPr>
                <w:sz w:val="26"/>
                <w:szCs w:val="26"/>
              </w:rPr>
              <w:t>ữ</w:t>
            </w:r>
            <w:r w:rsidRPr="002F6785">
              <w:rPr>
                <w:sz w:val="26"/>
                <w:szCs w:val="26"/>
              </w:rPr>
              <w:t xml:space="preserve"> li</w:t>
            </w:r>
            <w:r w:rsidRPr="002F6785">
              <w:rPr>
                <w:sz w:val="26"/>
                <w:szCs w:val="26"/>
              </w:rPr>
              <w:t>ệ</w:t>
            </w:r>
            <w:r w:rsidRPr="002F6785">
              <w:rPr>
                <w:sz w:val="26"/>
                <w:szCs w:val="26"/>
              </w:rPr>
              <w:t>u tuân th</w:t>
            </w:r>
            <w:r w:rsidRPr="002F6785">
              <w:rPr>
                <w:sz w:val="26"/>
                <w:szCs w:val="26"/>
              </w:rPr>
              <w:t>ủ</w:t>
            </w:r>
            <w:r w:rsidRPr="002F6785">
              <w:rPr>
                <w:sz w:val="26"/>
                <w:szCs w:val="26"/>
              </w:rPr>
              <w:t xml:space="preserve"> quy đ</w:t>
            </w:r>
            <w:r w:rsidRPr="002F6785">
              <w:rPr>
                <w:sz w:val="26"/>
                <w:szCs w:val="26"/>
              </w:rPr>
              <w:t>ị</w:t>
            </w:r>
            <w:r w:rsidRPr="002F6785">
              <w:rPr>
                <w:sz w:val="26"/>
                <w:szCs w:val="26"/>
              </w:rPr>
              <w:t>nh v</w:t>
            </w:r>
            <w:r w:rsidRPr="002F6785">
              <w:rPr>
                <w:sz w:val="26"/>
                <w:szCs w:val="26"/>
              </w:rPr>
              <w:t>ề</w:t>
            </w:r>
            <w:r w:rsidRPr="002F6785">
              <w:rPr>
                <w:sz w:val="26"/>
                <w:szCs w:val="26"/>
              </w:rPr>
              <w:t xml:space="preserve"> b</w:t>
            </w:r>
            <w:r w:rsidRPr="002F6785">
              <w:rPr>
                <w:sz w:val="26"/>
                <w:szCs w:val="26"/>
              </w:rPr>
              <w:t>ả</w:t>
            </w:r>
            <w:r w:rsidRPr="002F6785">
              <w:rPr>
                <w:sz w:val="26"/>
                <w:szCs w:val="26"/>
              </w:rPr>
              <w:t>o v</w:t>
            </w:r>
            <w:r w:rsidRPr="002F6785">
              <w:rPr>
                <w:sz w:val="26"/>
                <w:szCs w:val="26"/>
              </w:rPr>
              <w:t>ệ</w:t>
            </w:r>
            <w:r w:rsidRPr="002F6785">
              <w:rPr>
                <w:sz w:val="26"/>
                <w:szCs w:val="26"/>
              </w:rPr>
              <w:t xml:space="preserve"> thông tin.</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lastRenderedPageBreak/>
              <w:t xml:space="preserve">Điều 9. </w:t>
            </w:r>
            <w:r w:rsidR="0064046B" w:rsidRPr="002F6785">
              <w:rPr>
                <w:b/>
                <w:sz w:val="26"/>
                <w:szCs w:val="26"/>
              </w:rPr>
              <w:t>Hệ thống quản lý tiên tiến và sản xuất giảm phát thải</w:t>
            </w:r>
          </w:p>
        </w:tc>
        <w:tc>
          <w:tcPr>
            <w:tcW w:w="6636" w:type="dxa"/>
          </w:tcPr>
          <w:p w:rsidR="0064046B" w:rsidRPr="002F6785" w:rsidRDefault="0064046B" w:rsidP="002F6785">
            <w:pPr>
              <w:spacing w:before="60" w:after="60"/>
              <w:jc w:val="both"/>
              <w:rPr>
                <w:sz w:val="26"/>
                <w:szCs w:val="26"/>
              </w:rPr>
            </w:pPr>
            <w:r w:rsidRPr="002F6785">
              <w:rPr>
                <w:sz w:val="26"/>
                <w:szCs w:val="26"/>
              </w:rPr>
              <w:t>1. Cơ sở sản xuất thép được khuyến khích áp dụng và được xem xét ghi nhận trong đánh giá lịch sử tuân thủ đối với các biện pháp sau đây:</w:t>
            </w:r>
          </w:p>
          <w:p w:rsidR="0064046B" w:rsidRPr="002F6785" w:rsidRDefault="0064046B" w:rsidP="002F6785">
            <w:pPr>
              <w:spacing w:before="60" w:after="60"/>
              <w:jc w:val="both"/>
              <w:rPr>
                <w:sz w:val="26"/>
                <w:szCs w:val="26"/>
              </w:rPr>
            </w:pPr>
            <w:r w:rsidRPr="002F6785">
              <w:rPr>
                <w:sz w:val="26"/>
                <w:szCs w:val="26"/>
              </w:rPr>
              <w:t>a) Áp dụng và duy trì hệ thống quản lý chất lượng phù hợp tiêu chuẩn quốc gia, tiêu chuẩn quốc tế tương ứng;</w:t>
            </w:r>
          </w:p>
          <w:p w:rsidR="0064046B" w:rsidRPr="002F6785" w:rsidRDefault="0064046B" w:rsidP="002F6785">
            <w:pPr>
              <w:spacing w:before="60" w:after="60"/>
              <w:jc w:val="both"/>
              <w:rPr>
                <w:sz w:val="26"/>
                <w:szCs w:val="26"/>
              </w:rPr>
            </w:pPr>
            <w:r w:rsidRPr="002F6785">
              <w:rPr>
                <w:sz w:val="26"/>
                <w:szCs w:val="26"/>
              </w:rPr>
              <w:t>b) Áp dụng và duy trì hệ thống quản lý môi trường, quản lý năng lượng, quản lý an toàn và sức khỏe nghề nghiệp;</w:t>
            </w:r>
          </w:p>
          <w:p w:rsidR="0064046B" w:rsidRPr="002F6785" w:rsidRDefault="0064046B" w:rsidP="002F6785">
            <w:pPr>
              <w:spacing w:before="60" w:after="60"/>
              <w:jc w:val="both"/>
              <w:rPr>
                <w:sz w:val="26"/>
                <w:szCs w:val="26"/>
              </w:rPr>
            </w:pPr>
            <w:r w:rsidRPr="002F6785">
              <w:rPr>
                <w:sz w:val="26"/>
                <w:szCs w:val="26"/>
              </w:rPr>
              <w:t>c) Sản xuất xanh, kinh tế tuần hoàn, sử dụng nguyên liệu tái chế, tiết kiệm tài nguyên và năng lượng;</w:t>
            </w:r>
          </w:p>
          <w:p w:rsidR="0064046B" w:rsidRPr="002F6785" w:rsidRDefault="0064046B" w:rsidP="002F6785">
            <w:pPr>
              <w:spacing w:before="60" w:after="60"/>
              <w:jc w:val="both"/>
              <w:rPr>
                <w:sz w:val="26"/>
                <w:szCs w:val="26"/>
              </w:rPr>
            </w:pPr>
            <w:r w:rsidRPr="002F6785">
              <w:rPr>
                <w:sz w:val="26"/>
                <w:szCs w:val="26"/>
              </w:rPr>
              <w:t>d) Đo lường, kiểm kê, thẩm tra và giảm phát thải khí nhà kính; công bố dấu chân carbon của sản phẩm theo tiêu chuẩn, quy chuẩn kỹ thuật quốc gia hoặc phương pháp được thừa nhận;</w:t>
            </w:r>
          </w:p>
          <w:p w:rsidR="0064046B" w:rsidRPr="002F6785" w:rsidRDefault="0064046B" w:rsidP="002F6785">
            <w:pPr>
              <w:spacing w:before="60" w:after="60"/>
              <w:jc w:val="both"/>
              <w:rPr>
                <w:sz w:val="26"/>
                <w:szCs w:val="26"/>
              </w:rPr>
            </w:pPr>
            <w:r w:rsidRPr="002F6785">
              <w:rPr>
                <w:sz w:val="26"/>
                <w:szCs w:val="26"/>
              </w:rPr>
              <w:t>đ) Có phòng thử nghiệm, hệ thống đo lường, kiểm soát quá trình và hồ sơ điện tử có khả năng truy xuất đến mẻ luyện, lô sản phẩm.</w:t>
            </w:r>
          </w:p>
          <w:p w:rsidR="0064046B" w:rsidRPr="002F6785" w:rsidRDefault="0064046B" w:rsidP="002F6785">
            <w:pPr>
              <w:spacing w:before="60" w:after="60"/>
              <w:jc w:val="both"/>
              <w:rPr>
                <w:sz w:val="26"/>
                <w:szCs w:val="26"/>
              </w:rPr>
            </w:pPr>
            <w:r w:rsidRPr="002F6785">
              <w:rPr>
                <w:sz w:val="26"/>
                <w:szCs w:val="26"/>
              </w:rPr>
              <w:t>2. Chứng nhận hệ thống quản lý hoặc việc áp dụng biện pháp quy định tại khoản 1 Điều này không thay thế yêu cầu về chất lượng sản phẩm, đánh giá sự phù hợp, công bố hợp quy hoặc kiểm tra nhà nước theo quy định của pháp luật.</w:t>
            </w:r>
          </w:p>
          <w:p w:rsidR="005B442E" w:rsidRPr="002F6785" w:rsidRDefault="0064046B" w:rsidP="002F6785">
            <w:pPr>
              <w:spacing w:before="60" w:after="60"/>
              <w:jc w:val="both"/>
              <w:rPr>
                <w:sz w:val="26"/>
                <w:szCs w:val="26"/>
              </w:rPr>
            </w:pPr>
            <w:r w:rsidRPr="002F6785">
              <w:rPr>
                <w:sz w:val="26"/>
                <w:szCs w:val="26"/>
              </w:rPr>
              <w:t>3. Việc sử dụng dữ liệu phát thải, năng lượng, vật liệu tái chế hoặc thông tin môi trường để quản lý chất lượng sản phẩm thép chỉ được thực hiện khi dữ liệu đó là nội dung bắt buộc của quy chuẩn kỹ thuật, hộ chiếu số, quy định của pháp luật về bảo vệ môi trường hoặc cam kết hợp pháp của tổ chức, cá nhân.</w:t>
            </w:r>
          </w:p>
        </w:tc>
        <w:tc>
          <w:tcPr>
            <w:tcW w:w="5760" w:type="dxa"/>
          </w:tcPr>
          <w:p w:rsidR="000F36C2" w:rsidRPr="000F36C2" w:rsidRDefault="00AC53F4" w:rsidP="002F6785">
            <w:pPr>
              <w:spacing w:before="60" w:after="60"/>
              <w:jc w:val="both"/>
              <w:rPr>
                <w:sz w:val="26"/>
                <w:szCs w:val="26"/>
              </w:rPr>
            </w:pPr>
            <w:r w:rsidRPr="002F6785">
              <w:rPr>
                <w:sz w:val="26"/>
                <w:szCs w:val="26"/>
              </w:rPr>
              <w:t>Đi</w:t>
            </w:r>
            <w:r w:rsidRPr="002F6785">
              <w:rPr>
                <w:sz w:val="26"/>
                <w:szCs w:val="26"/>
              </w:rPr>
              <w:t>ề</w:t>
            </w:r>
            <w:r w:rsidRPr="002F6785">
              <w:rPr>
                <w:sz w:val="26"/>
                <w:szCs w:val="26"/>
              </w:rPr>
              <w:t>u này thi</w:t>
            </w:r>
            <w:r w:rsidRPr="002F6785">
              <w:rPr>
                <w:sz w:val="26"/>
                <w:szCs w:val="26"/>
              </w:rPr>
              <w:t>ế</w:t>
            </w:r>
            <w:r w:rsidRPr="002F6785">
              <w:rPr>
                <w:sz w:val="26"/>
                <w:szCs w:val="26"/>
              </w:rPr>
              <w:t>t l</w:t>
            </w:r>
            <w:r w:rsidRPr="002F6785">
              <w:rPr>
                <w:sz w:val="26"/>
                <w:szCs w:val="26"/>
              </w:rPr>
              <w:t>ậ</w:t>
            </w:r>
            <w:r w:rsidRPr="002F6785">
              <w:rPr>
                <w:sz w:val="26"/>
                <w:szCs w:val="26"/>
              </w:rPr>
              <w:t>p cơ c</w:t>
            </w:r>
            <w:r w:rsidRPr="002F6785">
              <w:rPr>
                <w:sz w:val="26"/>
                <w:szCs w:val="26"/>
              </w:rPr>
              <w:t>h</w:t>
            </w:r>
            <w:r w:rsidRPr="002F6785">
              <w:rPr>
                <w:sz w:val="26"/>
                <w:szCs w:val="26"/>
              </w:rPr>
              <w:t>ế</w:t>
            </w:r>
            <w:r w:rsidRPr="002F6785">
              <w:rPr>
                <w:sz w:val="26"/>
                <w:szCs w:val="26"/>
              </w:rPr>
              <w:t xml:space="preserve"> khuy</w:t>
            </w:r>
            <w:r w:rsidRPr="002F6785">
              <w:rPr>
                <w:sz w:val="26"/>
                <w:szCs w:val="26"/>
              </w:rPr>
              <w:t>ế</w:t>
            </w:r>
            <w:r w:rsidRPr="002F6785">
              <w:rPr>
                <w:sz w:val="26"/>
                <w:szCs w:val="26"/>
              </w:rPr>
              <w:t>n khích cơ s</w:t>
            </w:r>
            <w:r w:rsidRPr="002F6785">
              <w:rPr>
                <w:sz w:val="26"/>
                <w:szCs w:val="26"/>
              </w:rPr>
              <w:t>ở</w:t>
            </w:r>
            <w:r w:rsidRPr="002F6785">
              <w:rPr>
                <w:sz w:val="26"/>
                <w:szCs w:val="26"/>
              </w:rPr>
              <w:t xml:space="preserve"> s</w:t>
            </w:r>
            <w:r w:rsidRPr="002F6785">
              <w:rPr>
                <w:sz w:val="26"/>
                <w:szCs w:val="26"/>
              </w:rPr>
              <w:t>ả</w:t>
            </w:r>
            <w:r w:rsidRPr="002F6785">
              <w:rPr>
                <w:sz w:val="26"/>
                <w:szCs w:val="26"/>
              </w:rPr>
              <w:t>n xu</w:t>
            </w:r>
            <w:r w:rsidRPr="002F6785">
              <w:rPr>
                <w:sz w:val="26"/>
                <w:szCs w:val="26"/>
              </w:rPr>
              <w:t>ấ</w:t>
            </w:r>
            <w:r w:rsidRPr="002F6785">
              <w:rPr>
                <w:sz w:val="26"/>
                <w:szCs w:val="26"/>
              </w:rPr>
              <w:t>t thép áp d</w:t>
            </w:r>
            <w:r w:rsidRPr="002F6785">
              <w:rPr>
                <w:sz w:val="26"/>
                <w:szCs w:val="26"/>
              </w:rPr>
              <w:t>ụ</w:t>
            </w:r>
            <w:r w:rsidRPr="002F6785">
              <w:rPr>
                <w:sz w:val="26"/>
                <w:szCs w:val="26"/>
              </w:rPr>
              <w:t>ng h</w:t>
            </w:r>
            <w:r w:rsidRPr="002F6785">
              <w:rPr>
                <w:sz w:val="26"/>
                <w:szCs w:val="26"/>
              </w:rPr>
              <w:t>ệ</w:t>
            </w:r>
            <w:r w:rsidRPr="002F6785">
              <w:rPr>
                <w:sz w:val="26"/>
                <w:szCs w:val="26"/>
              </w:rPr>
              <w:t xml:space="preserve"> th</w:t>
            </w:r>
            <w:r w:rsidRPr="002F6785">
              <w:rPr>
                <w:sz w:val="26"/>
                <w:szCs w:val="26"/>
              </w:rPr>
              <w:t>ố</w:t>
            </w:r>
            <w:r w:rsidRPr="002F6785">
              <w:rPr>
                <w:sz w:val="26"/>
                <w:szCs w:val="26"/>
              </w:rPr>
              <w:t>ng qu</w:t>
            </w:r>
            <w:r w:rsidRPr="002F6785">
              <w:rPr>
                <w:sz w:val="26"/>
                <w:szCs w:val="26"/>
              </w:rPr>
              <w:t>ả</w:t>
            </w:r>
            <w:r w:rsidRPr="002F6785">
              <w:rPr>
                <w:sz w:val="26"/>
                <w:szCs w:val="26"/>
              </w:rPr>
              <w:t>n lý tiên ti</w:t>
            </w:r>
            <w:r w:rsidRPr="002F6785">
              <w:rPr>
                <w:sz w:val="26"/>
                <w:szCs w:val="26"/>
              </w:rPr>
              <w:t>ế</w:t>
            </w:r>
            <w:r w:rsidRPr="002F6785">
              <w:rPr>
                <w:sz w:val="26"/>
                <w:szCs w:val="26"/>
              </w:rPr>
              <w:t>n, tăng cư</w:t>
            </w:r>
            <w:r w:rsidRPr="002F6785">
              <w:rPr>
                <w:sz w:val="26"/>
                <w:szCs w:val="26"/>
              </w:rPr>
              <w:t>ờ</w:t>
            </w:r>
            <w:r w:rsidRPr="002F6785">
              <w:rPr>
                <w:sz w:val="26"/>
                <w:szCs w:val="26"/>
              </w:rPr>
              <w:t>ng năng l</w:t>
            </w:r>
            <w:r w:rsidRPr="002F6785">
              <w:rPr>
                <w:sz w:val="26"/>
                <w:szCs w:val="26"/>
              </w:rPr>
              <w:t>ự</w:t>
            </w:r>
            <w:r w:rsidRPr="002F6785">
              <w:rPr>
                <w:sz w:val="26"/>
                <w:szCs w:val="26"/>
              </w:rPr>
              <w:t>c đo lư</w:t>
            </w:r>
            <w:r w:rsidRPr="002F6785">
              <w:rPr>
                <w:sz w:val="26"/>
                <w:szCs w:val="26"/>
              </w:rPr>
              <w:t>ờ</w:t>
            </w:r>
            <w:r w:rsidRPr="002F6785">
              <w:rPr>
                <w:sz w:val="26"/>
                <w:szCs w:val="26"/>
              </w:rPr>
              <w:t>ng, th</w:t>
            </w:r>
            <w:r w:rsidRPr="002F6785">
              <w:rPr>
                <w:sz w:val="26"/>
                <w:szCs w:val="26"/>
              </w:rPr>
              <w:t>ử</w:t>
            </w:r>
            <w:r w:rsidRPr="002F6785">
              <w:rPr>
                <w:sz w:val="26"/>
                <w:szCs w:val="26"/>
              </w:rPr>
              <w:t xml:space="preserve"> nghi</w:t>
            </w:r>
            <w:r w:rsidRPr="002F6785">
              <w:rPr>
                <w:sz w:val="26"/>
                <w:szCs w:val="26"/>
              </w:rPr>
              <w:t>ệ</w:t>
            </w:r>
            <w:r w:rsidRPr="002F6785">
              <w:rPr>
                <w:sz w:val="26"/>
                <w:szCs w:val="26"/>
              </w:rPr>
              <w:t>m, ki</w:t>
            </w:r>
            <w:r w:rsidRPr="002F6785">
              <w:rPr>
                <w:sz w:val="26"/>
                <w:szCs w:val="26"/>
              </w:rPr>
              <w:t>ể</w:t>
            </w:r>
            <w:r w:rsidRPr="002F6785">
              <w:rPr>
                <w:sz w:val="26"/>
                <w:szCs w:val="26"/>
              </w:rPr>
              <w:t>m soát quá trình, s</w:t>
            </w:r>
            <w:r w:rsidRPr="002F6785">
              <w:rPr>
                <w:sz w:val="26"/>
                <w:szCs w:val="26"/>
              </w:rPr>
              <w:t>ử</w:t>
            </w:r>
            <w:r w:rsidRPr="002F6785">
              <w:rPr>
                <w:sz w:val="26"/>
                <w:szCs w:val="26"/>
              </w:rPr>
              <w:t xml:space="preserve"> d</w:t>
            </w:r>
            <w:r w:rsidRPr="002F6785">
              <w:rPr>
                <w:sz w:val="26"/>
                <w:szCs w:val="26"/>
              </w:rPr>
              <w:t>ụ</w:t>
            </w:r>
            <w:r w:rsidRPr="002F6785">
              <w:rPr>
                <w:sz w:val="26"/>
                <w:szCs w:val="26"/>
              </w:rPr>
              <w:t>ng hi</w:t>
            </w:r>
            <w:r w:rsidRPr="002F6785">
              <w:rPr>
                <w:sz w:val="26"/>
                <w:szCs w:val="26"/>
              </w:rPr>
              <w:t>ệ</w:t>
            </w:r>
            <w:r w:rsidRPr="002F6785">
              <w:rPr>
                <w:sz w:val="26"/>
                <w:szCs w:val="26"/>
              </w:rPr>
              <w:t>u qu</w:t>
            </w:r>
            <w:r w:rsidRPr="002F6785">
              <w:rPr>
                <w:sz w:val="26"/>
                <w:szCs w:val="26"/>
              </w:rPr>
              <w:t>ả</w:t>
            </w:r>
            <w:r w:rsidRPr="002F6785">
              <w:rPr>
                <w:sz w:val="26"/>
                <w:szCs w:val="26"/>
              </w:rPr>
              <w:t xml:space="preserve"> tài nguyên và gi</w:t>
            </w:r>
            <w:r w:rsidRPr="002F6785">
              <w:rPr>
                <w:sz w:val="26"/>
                <w:szCs w:val="26"/>
              </w:rPr>
              <w:t>ả</w:t>
            </w:r>
            <w:r w:rsidRPr="002F6785">
              <w:rPr>
                <w:sz w:val="26"/>
                <w:szCs w:val="26"/>
              </w:rPr>
              <w:t>m phát th</w:t>
            </w:r>
            <w:r w:rsidRPr="002F6785">
              <w:rPr>
                <w:sz w:val="26"/>
                <w:szCs w:val="26"/>
              </w:rPr>
              <w:t>ả</w:t>
            </w:r>
            <w:r w:rsidRPr="002F6785">
              <w:rPr>
                <w:sz w:val="26"/>
                <w:szCs w:val="26"/>
              </w:rPr>
              <w:t>i. Vi</w:t>
            </w:r>
            <w:r w:rsidRPr="002F6785">
              <w:rPr>
                <w:sz w:val="26"/>
                <w:szCs w:val="26"/>
              </w:rPr>
              <w:t>ệ</w:t>
            </w:r>
            <w:r w:rsidRPr="002F6785">
              <w:rPr>
                <w:sz w:val="26"/>
                <w:szCs w:val="26"/>
              </w:rPr>
              <w:t>c áp d</w:t>
            </w:r>
            <w:r w:rsidRPr="002F6785">
              <w:rPr>
                <w:sz w:val="26"/>
                <w:szCs w:val="26"/>
              </w:rPr>
              <w:t>ụ</w:t>
            </w:r>
            <w:r w:rsidRPr="002F6785">
              <w:rPr>
                <w:sz w:val="26"/>
                <w:szCs w:val="26"/>
              </w:rPr>
              <w:t>ng các bi</w:t>
            </w:r>
            <w:r w:rsidRPr="002F6785">
              <w:rPr>
                <w:sz w:val="26"/>
                <w:szCs w:val="26"/>
              </w:rPr>
              <w:t>ệ</w:t>
            </w:r>
            <w:r w:rsidRPr="002F6785">
              <w:rPr>
                <w:sz w:val="26"/>
                <w:szCs w:val="26"/>
              </w:rPr>
              <w:t>n pháp này có th</w:t>
            </w:r>
            <w:r w:rsidRPr="002F6785">
              <w:rPr>
                <w:sz w:val="26"/>
                <w:szCs w:val="26"/>
              </w:rPr>
              <w:t>ể</w:t>
            </w:r>
            <w:r w:rsidRPr="002F6785">
              <w:rPr>
                <w:sz w:val="26"/>
                <w:szCs w:val="26"/>
              </w:rPr>
              <w:t xml:space="preserve"> đư</w:t>
            </w:r>
            <w:r w:rsidRPr="002F6785">
              <w:rPr>
                <w:sz w:val="26"/>
                <w:szCs w:val="26"/>
              </w:rPr>
              <w:t>ợ</w:t>
            </w:r>
            <w:r w:rsidRPr="002F6785">
              <w:rPr>
                <w:sz w:val="26"/>
                <w:szCs w:val="26"/>
              </w:rPr>
              <w:t>c xem xét trong đánh giá l</w:t>
            </w:r>
            <w:r w:rsidRPr="002F6785">
              <w:rPr>
                <w:sz w:val="26"/>
                <w:szCs w:val="26"/>
              </w:rPr>
              <w:t>ị</w:t>
            </w:r>
            <w:r w:rsidRPr="002F6785">
              <w:rPr>
                <w:sz w:val="26"/>
                <w:szCs w:val="26"/>
              </w:rPr>
              <w:t>ch s</w:t>
            </w:r>
            <w:r w:rsidRPr="002F6785">
              <w:rPr>
                <w:sz w:val="26"/>
                <w:szCs w:val="26"/>
              </w:rPr>
              <w:t>ử</w:t>
            </w:r>
            <w:r w:rsidRPr="002F6785">
              <w:rPr>
                <w:sz w:val="26"/>
                <w:szCs w:val="26"/>
              </w:rPr>
              <w:t xml:space="preserve"> </w:t>
            </w:r>
            <w:r w:rsidRPr="002F6785">
              <w:rPr>
                <w:sz w:val="26"/>
                <w:szCs w:val="26"/>
              </w:rPr>
              <w:t>tuân th</w:t>
            </w:r>
            <w:r w:rsidRPr="002F6785">
              <w:rPr>
                <w:sz w:val="26"/>
                <w:szCs w:val="26"/>
              </w:rPr>
              <w:t>ủ</w:t>
            </w:r>
            <w:r w:rsidRPr="002F6785">
              <w:rPr>
                <w:sz w:val="26"/>
                <w:szCs w:val="26"/>
              </w:rPr>
              <w:t>, phù h</w:t>
            </w:r>
            <w:r w:rsidRPr="002F6785">
              <w:rPr>
                <w:sz w:val="26"/>
                <w:szCs w:val="26"/>
              </w:rPr>
              <w:t>ợ</w:t>
            </w:r>
            <w:r w:rsidRPr="002F6785">
              <w:rPr>
                <w:sz w:val="26"/>
                <w:szCs w:val="26"/>
              </w:rPr>
              <w:t>p v</w:t>
            </w:r>
            <w:r w:rsidRPr="002F6785">
              <w:rPr>
                <w:sz w:val="26"/>
                <w:szCs w:val="26"/>
              </w:rPr>
              <w:t>ớ</w:t>
            </w:r>
            <w:r w:rsidRPr="002F6785">
              <w:rPr>
                <w:sz w:val="26"/>
                <w:szCs w:val="26"/>
              </w:rPr>
              <w:t>i phương th</w:t>
            </w:r>
            <w:r w:rsidRPr="002F6785">
              <w:rPr>
                <w:sz w:val="26"/>
                <w:szCs w:val="26"/>
              </w:rPr>
              <w:t>ứ</w:t>
            </w:r>
            <w:r w:rsidRPr="002F6785">
              <w:rPr>
                <w:sz w:val="26"/>
                <w:szCs w:val="26"/>
              </w:rPr>
              <w:t>c qu</w:t>
            </w:r>
            <w:r w:rsidRPr="002F6785">
              <w:rPr>
                <w:sz w:val="26"/>
                <w:szCs w:val="26"/>
              </w:rPr>
              <w:t>ả</w:t>
            </w:r>
            <w:r w:rsidRPr="002F6785">
              <w:rPr>
                <w:sz w:val="26"/>
                <w:szCs w:val="26"/>
              </w:rPr>
              <w:t>n lý theo r</w:t>
            </w:r>
            <w:r w:rsidRPr="002F6785">
              <w:rPr>
                <w:sz w:val="26"/>
                <w:szCs w:val="26"/>
              </w:rPr>
              <w:t>ủ</w:t>
            </w:r>
            <w:r w:rsidRPr="002F6785">
              <w:rPr>
                <w:sz w:val="26"/>
                <w:szCs w:val="26"/>
              </w:rPr>
              <w:t>i ro.</w:t>
            </w:r>
          </w:p>
          <w:p w:rsidR="008D4B75" w:rsidRPr="002F6785" w:rsidRDefault="00AC53F4" w:rsidP="002F6785">
            <w:pPr>
              <w:spacing w:before="60" w:after="60"/>
              <w:jc w:val="both"/>
              <w:rPr>
                <w:sz w:val="26"/>
                <w:szCs w:val="26"/>
              </w:rPr>
            </w:pPr>
            <w:r w:rsidRPr="002F6785">
              <w:rPr>
                <w:sz w:val="26"/>
                <w:szCs w:val="26"/>
              </w:rPr>
              <w:t>Đ</w:t>
            </w:r>
            <w:r w:rsidRPr="002F6785">
              <w:rPr>
                <w:sz w:val="26"/>
                <w:szCs w:val="26"/>
              </w:rPr>
              <w:t>ồ</w:t>
            </w:r>
            <w:r w:rsidRPr="002F6785">
              <w:rPr>
                <w:sz w:val="26"/>
                <w:szCs w:val="26"/>
              </w:rPr>
              <w:t>ng th</w:t>
            </w:r>
            <w:r w:rsidRPr="002F6785">
              <w:rPr>
                <w:sz w:val="26"/>
                <w:szCs w:val="26"/>
              </w:rPr>
              <w:t>ờ</w:t>
            </w:r>
            <w:r w:rsidRPr="002F6785">
              <w:rPr>
                <w:sz w:val="26"/>
                <w:szCs w:val="26"/>
              </w:rPr>
              <w:t>i, quy đ</w:t>
            </w:r>
            <w:r w:rsidRPr="002F6785">
              <w:rPr>
                <w:sz w:val="26"/>
                <w:szCs w:val="26"/>
              </w:rPr>
              <w:t>ị</w:t>
            </w:r>
            <w:r w:rsidRPr="002F6785">
              <w:rPr>
                <w:sz w:val="26"/>
                <w:szCs w:val="26"/>
              </w:rPr>
              <w:t>nh xác đ</w:t>
            </w:r>
            <w:r w:rsidRPr="002F6785">
              <w:rPr>
                <w:sz w:val="26"/>
                <w:szCs w:val="26"/>
              </w:rPr>
              <w:t>ị</w:t>
            </w:r>
            <w:r w:rsidRPr="002F6785">
              <w:rPr>
                <w:sz w:val="26"/>
                <w:szCs w:val="26"/>
              </w:rPr>
              <w:t>nh rõ ch</w:t>
            </w:r>
            <w:r w:rsidRPr="002F6785">
              <w:rPr>
                <w:sz w:val="26"/>
                <w:szCs w:val="26"/>
              </w:rPr>
              <w:t>ứ</w:t>
            </w:r>
            <w:r w:rsidRPr="002F6785">
              <w:rPr>
                <w:sz w:val="26"/>
                <w:szCs w:val="26"/>
              </w:rPr>
              <w:t>ng nh</w:t>
            </w:r>
            <w:r w:rsidRPr="002F6785">
              <w:rPr>
                <w:sz w:val="26"/>
                <w:szCs w:val="26"/>
              </w:rPr>
              <w:t>ậ</w:t>
            </w:r>
            <w:r w:rsidRPr="002F6785">
              <w:rPr>
                <w:sz w:val="26"/>
                <w:szCs w:val="26"/>
              </w:rPr>
              <w:t>n h</w:t>
            </w:r>
            <w:r w:rsidRPr="002F6785">
              <w:rPr>
                <w:sz w:val="26"/>
                <w:szCs w:val="26"/>
              </w:rPr>
              <w:t>ệ</w:t>
            </w:r>
            <w:r w:rsidRPr="002F6785">
              <w:rPr>
                <w:sz w:val="26"/>
                <w:szCs w:val="26"/>
              </w:rPr>
              <w:t xml:space="preserve"> th</w:t>
            </w:r>
            <w:r w:rsidRPr="002F6785">
              <w:rPr>
                <w:sz w:val="26"/>
                <w:szCs w:val="26"/>
              </w:rPr>
              <w:t>ố</w:t>
            </w:r>
            <w:r w:rsidRPr="002F6785">
              <w:rPr>
                <w:sz w:val="26"/>
                <w:szCs w:val="26"/>
              </w:rPr>
              <w:t>ng qu</w:t>
            </w:r>
            <w:r w:rsidRPr="002F6785">
              <w:rPr>
                <w:sz w:val="26"/>
                <w:szCs w:val="26"/>
              </w:rPr>
              <w:t>ả</w:t>
            </w:r>
            <w:r w:rsidRPr="002F6785">
              <w:rPr>
                <w:sz w:val="26"/>
                <w:szCs w:val="26"/>
              </w:rPr>
              <w:t>n lý ho</w:t>
            </w:r>
            <w:r w:rsidRPr="002F6785">
              <w:rPr>
                <w:sz w:val="26"/>
                <w:szCs w:val="26"/>
              </w:rPr>
              <w:t>ặ</w:t>
            </w:r>
            <w:r w:rsidRPr="002F6785">
              <w:rPr>
                <w:sz w:val="26"/>
                <w:szCs w:val="26"/>
              </w:rPr>
              <w:t>c các bi</w:t>
            </w:r>
            <w:r w:rsidRPr="002F6785">
              <w:rPr>
                <w:sz w:val="26"/>
                <w:szCs w:val="26"/>
              </w:rPr>
              <w:t>ệ</w:t>
            </w:r>
            <w:r w:rsidRPr="002F6785">
              <w:rPr>
                <w:sz w:val="26"/>
                <w:szCs w:val="26"/>
              </w:rPr>
              <w:t>n pháp v</w:t>
            </w:r>
            <w:r w:rsidRPr="002F6785">
              <w:rPr>
                <w:sz w:val="26"/>
                <w:szCs w:val="26"/>
              </w:rPr>
              <w:t>ề</w:t>
            </w:r>
            <w:r w:rsidRPr="002F6785">
              <w:rPr>
                <w:sz w:val="26"/>
                <w:szCs w:val="26"/>
              </w:rPr>
              <w:t xml:space="preserve"> môi trư</w:t>
            </w:r>
            <w:r w:rsidRPr="002F6785">
              <w:rPr>
                <w:sz w:val="26"/>
                <w:szCs w:val="26"/>
              </w:rPr>
              <w:t>ờ</w:t>
            </w:r>
            <w:r w:rsidRPr="002F6785">
              <w:rPr>
                <w:sz w:val="26"/>
                <w:szCs w:val="26"/>
              </w:rPr>
              <w:t>ng, năng lư</w:t>
            </w:r>
            <w:r w:rsidRPr="002F6785">
              <w:rPr>
                <w:sz w:val="26"/>
                <w:szCs w:val="26"/>
              </w:rPr>
              <w:t>ợ</w:t>
            </w:r>
            <w:r w:rsidRPr="002F6785">
              <w:rPr>
                <w:sz w:val="26"/>
                <w:szCs w:val="26"/>
              </w:rPr>
              <w:t>ng, kinh t</w:t>
            </w:r>
            <w:r w:rsidRPr="002F6785">
              <w:rPr>
                <w:sz w:val="26"/>
                <w:szCs w:val="26"/>
              </w:rPr>
              <w:t>ế</w:t>
            </w:r>
            <w:r w:rsidRPr="002F6785">
              <w:rPr>
                <w:sz w:val="26"/>
                <w:szCs w:val="26"/>
              </w:rPr>
              <w:t xml:space="preserve"> tu</w:t>
            </w:r>
            <w:r w:rsidRPr="002F6785">
              <w:rPr>
                <w:sz w:val="26"/>
                <w:szCs w:val="26"/>
              </w:rPr>
              <w:t>ầ</w:t>
            </w:r>
            <w:r w:rsidRPr="002F6785">
              <w:rPr>
                <w:sz w:val="26"/>
                <w:szCs w:val="26"/>
              </w:rPr>
              <w:t>n hoàn không thay th</w:t>
            </w:r>
            <w:r w:rsidRPr="002F6785">
              <w:rPr>
                <w:sz w:val="26"/>
                <w:szCs w:val="26"/>
              </w:rPr>
              <w:t>ế</w:t>
            </w:r>
            <w:r w:rsidRPr="002F6785">
              <w:rPr>
                <w:sz w:val="26"/>
                <w:szCs w:val="26"/>
              </w:rPr>
              <w:t xml:space="preserve"> yêu c</w:t>
            </w:r>
            <w:r w:rsidRPr="002F6785">
              <w:rPr>
                <w:sz w:val="26"/>
                <w:szCs w:val="26"/>
              </w:rPr>
              <w:t>ầ</w:t>
            </w:r>
            <w:r w:rsidRPr="002F6785">
              <w:rPr>
                <w:sz w:val="26"/>
                <w:szCs w:val="26"/>
              </w:rPr>
              <w:t>u v</w:t>
            </w:r>
            <w:r w:rsidRPr="002F6785">
              <w:rPr>
                <w:sz w:val="26"/>
                <w:szCs w:val="26"/>
              </w:rPr>
              <w:t>ề</w:t>
            </w:r>
            <w:r w:rsidRPr="002F6785">
              <w:rPr>
                <w:sz w:val="26"/>
                <w:szCs w:val="26"/>
              </w:rPr>
              <w:t xml:space="preserve"> ch</w:t>
            </w:r>
            <w:r w:rsidRPr="002F6785">
              <w:rPr>
                <w:sz w:val="26"/>
                <w:szCs w:val="26"/>
              </w:rPr>
              <w:t>ấ</w:t>
            </w:r>
            <w:r w:rsidRPr="002F6785">
              <w:rPr>
                <w:sz w:val="26"/>
                <w:szCs w:val="26"/>
              </w:rPr>
              <w:t>t lư</w:t>
            </w:r>
            <w:r w:rsidRPr="002F6785">
              <w:rPr>
                <w:sz w:val="26"/>
                <w:szCs w:val="26"/>
              </w:rPr>
              <w:t>ợ</w:t>
            </w:r>
            <w:r w:rsidRPr="002F6785">
              <w:rPr>
                <w:sz w:val="26"/>
                <w:szCs w:val="26"/>
              </w:rPr>
              <w:t>ng s</w:t>
            </w:r>
            <w:r w:rsidRPr="002F6785">
              <w:rPr>
                <w:sz w:val="26"/>
                <w:szCs w:val="26"/>
              </w:rPr>
              <w:t>ả</w:t>
            </w:r>
            <w:r w:rsidRPr="002F6785">
              <w:rPr>
                <w:sz w:val="26"/>
                <w:szCs w:val="26"/>
              </w:rPr>
              <w:t>n ph</w:t>
            </w:r>
            <w:r w:rsidRPr="002F6785">
              <w:rPr>
                <w:sz w:val="26"/>
                <w:szCs w:val="26"/>
              </w:rPr>
              <w:t>ẩ</w:t>
            </w:r>
            <w:r w:rsidRPr="002F6785">
              <w:rPr>
                <w:sz w:val="26"/>
                <w:szCs w:val="26"/>
              </w:rPr>
              <w:t>m, đánh giá s</w:t>
            </w:r>
            <w:r w:rsidRPr="002F6785">
              <w:rPr>
                <w:sz w:val="26"/>
                <w:szCs w:val="26"/>
              </w:rPr>
              <w:t>ự</w:t>
            </w:r>
            <w:r w:rsidRPr="002F6785">
              <w:rPr>
                <w:sz w:val="26"/>
                <w:szCs w:val="26"/>
              </w:rPr>
              <w:t xml:space="preserve"> phù h</w:t>
            </w:r>
            <w:r w:rsidRPr="002F6785">
              <w:rPr>
                <w:sz w:val="26"/>
                <w:szCs w:val="26"/>
              </w:rPr>
              <w:t>ợ</w:t>
            </w:r>
            <w:r w:rsidRPr="002F6785">
              <w:rPr>
                <w:sz w:val="26"/>
                <w:szCs w:val="26"/>
              </w:rPr>
              <w:t>p, công b</w:t>
            </w:r>
            <w:r w:rsidRPr="002F6785">
              <w:rPr>
                <w:sz w:val="26"/>
                <w:szCs w:val="26"/>
              </w:rPr>
              <w:t>ố</w:t>
            </w:r>
            <w:r w:rsidRPr="002F6785">
              <w:rPr>
                <w:sz w:val="26"/>
                <w:szCs w:val="26"/>
              </w:rPr>
              <w:t xml:space="preserve"> h</w:t>
            </w:r>
            <w:r w:rsidRPr="002F6785">
              <w:rPr>
                <w:sz w:val="26"/>
                <w:szCs w:val="26"/>
              </w:rPr>
              <w:t>ợ</w:t>
            </w:r>
            <w:r w:rsidRPr="002F6785">
              <w:rPr>
                <w:sz w:val="26"/>
                <w:szCs w:val="26"/>
              </w:rPr>
              <w:t>p quy ho</w:t>
            </w:r>
            <w:r w:rsidRPr="002F6785">
              <w:rPr>
                <w:sz w:val="26"/>
                <w:szCs w:val="26"/>
              </w:rPr>
              <w:t>ặ</w:t>
            </w:r>
            <w:r w:rsidRPr="002F6785">
              <w:rPr>
                <w:sz w:val="26"/>
                <w:szCs w:val="26"/>
              </w:rPr>
              <w:t>c ki</w:t>
            </w:r>
            <w:r w:rsidRPr="002F6785">
              <w:rPr>
                <w:sz w:val="26"/>
                <w:szCs w:val="26"/>
              </w:rPr>
              <w:t>ể</w:t>
            </w:r>
            <w:r w:rsidRPr="002F6785">
              <w:rPr>
                <w:sz w:val="26"/>
                <w:szCs w:val="26"/>
              </w:rPr>
              <w:t>m tra nhà nư</w:t>
            </w:r>
            <w:r w:rsidRPr="002F6785">
              <w:rPr>
                <w:sz w:val="26"/>
                <w:szCs w:val="26"/>
              </w:rPr>
              <w:t>ớ</w:t>
            </w:r>
            <w:r w:rsidRPr="002F6785">
              <w:rPr>
                <w:sz w:val="26"/>
                <w:szCs w:val="26"/>
              </w:rPr>
              <w:t>c khi pháp lu</w:t>
            </w:r>
            <w:r w:rsidRPr="002F6785">
              <w:rPr>
                <w:sz w:val="26"/>
                <w:szCs w:val="26"/>
              </w:rPr>
              <w:t>ậ</w:t>
            </w:r>
            <w:r w:rsidRPr="002F6785">
              <w:rPr>
                <w:sz w:val="26"/>
                <w:szCs w:val="26"/>
              </w:rPr>
              <w:t>t có quy đ</w:t>
            </w:r>
            <w:r w:rsidRPr="002F6785">
              <w:rPr>
                <w:sz w:val="26"/>
                <w:szCs w:val="26"/>
              </w:rPr>
              <w:t>ị</w:t>
            </w:r>
            <w:r w:rsidRPr="002F6785">
              <w:rPr>
                <w:sz w:val="26"/>
                <w:szCs w:val="26"/>
              </w:rPr>
              <w:t>nh. D</w:t>
            </w:r>
            <w:r w:rsidRPr="002F6785">
              <w:rPr>
                <w:sz w:val="26"/>
                <w:szCs w:val="26"/>
              </w:rPr>
              <w:t>ữ</w:t>
            </w:r>
            <w:r w:rsidRPr="002F6785">
              <w:rPr>
                <w:sz w:val="26"/>
                <w:szCs w:val="26"/>
              </w:rPr>
              <w:t xml:space="preserve"> li</w:t>
            </w:r>
            <w:r w:rsidRPr="002F6785">
              <w:rPr>
                <w:sz w:val="26"/>
                <w:szCs w:val="26"/>
              </w:rPr>
              <w:t>ệ</w:t>
            </w:r>
            <w:r w:rsidRPr="002F6785">
              <w:rPr>
                <w:sz w:val="26"/>
                <w:szCs w:val="26"/>
              </w:rPr>
              <w:t>u phát th</w:t>
            </w:r>
            <w:r w:rsidRPr="002F6785">
              <w:rPr>
                <w:sz w:val="26"/>
                <w:szCs w:val="26"/>
              </w:rPr>
              <w:t>ả</w:t>
            </w:r>
            <w:r w:rsidRPr="002F6785">
              <w:rPr>
                <w:sz w:val="26"/>
                <w:szCs w:val="26"/>
              </w:rPr>
              <w:t>i, năng lư</w:t>
            </w:r>
            <w:r w:rsidRPr="002F6785">
              <w:rPr>
                <w:sz w:val="26"/>
                <w:szCs w:val="26"/>
              </w:rPr>
              <w:t>ợ</w:t>
            </w:r>
            <w:r w:rsidRPr="002F6785">
              <w:rPr>
                <w:sz w:val="26"/>
                <w:szCs w:val="26"/>
              </w:rPr>
              <w:t>ng, v</w:t>
            </w:r>
            <w:r w:rsidRPr="002F6785">
              <w:rPr>
                <w:sz w:val="26"/>
                <w:szCs w:val="26"/>
              </w:rPr>
              <w:t>ậ</w:t>
            </w:r>
            <w:r w:rsidRPr="002F6785">
              <w:rPr>
                <w:sz w:val="26"/>
                <w:szCs w:val="26"/>
              </w:rPr>
              <w:t>t li</w:t>
            </w:r>
            <w:r w:rsidRPr="002F6785">
              <w:rPr>
                <w:sz w:val="26"/>
                <w:szCs w:val="26"/>
              </w:rPr>
              <w:t>ệ</w:t>
            </w:r>
            <w:r w:rsidRPr="002F6785">
              <w:rPr>
                <w:sz w:val="26"/>
                <w:szCs w:val="26"/>
              </w:rPr>
              <w:t>u tái ch</w:t>
            </w:r>
            <w:r w:rsidRPr="002F6785">
              <w:rPr>
                <w:sz w:val="26"/>
                <w:szCs w:val="26"/>
              </w:rPr>
              <w:t>ế</w:t>
            </w:r>
            <w:r w:rsidRPr="002F6785">
              <w:rPr>
                <w:sz w:val="26"/>
                <w:szCs w:val="26"/>
              </w:rPr>
              <w:t xml:space="preserve"> và thông tin môi trư</w:t>
            </w:r>
            <w:r w:rsidRPr="002F6785">
              <w:rPr>
                <w:sz w:val="26"/>
                <w:szCs w:val="26"/>
              </w:rPr>
              <w:t>ờ</w:t>
            </w:r>
            <w:r w:rsidRPr="002F6785">
              <w:rPr>
                <w:sz w:val="26"/>
                <w:szCs w:val="26"/>
              </w:rPr>
              <w:t>ng ch</w:t>
            </w:r>
            <w:r w:rsidRPr="002F6785">
              <w:rPr>
                <w:sz w:val="26"/>
                <w:szCs w:val="26"/>
              </w:rPr>
              <w:t>ỉ</w:t>
            </w:r>
            <w:r w:rsidRPr="002F6785">
              <w:rPr>
                <w:sz w:val="26"/>
                <w:szCs w:val="26"/>
              </w:rPr>
              <w:t xml:space="preserve"> đư</w:t>
            </w:r>
            <w:r w:rsidRPr="002F6785">
              <w:rPr>
                <w:sz w:val="26"/>
                <w:szCs w:val="26"/>
              </w:rPr>
              <w:t>ợ</w:t>
            </w:r>
            <w:r w:rsidRPr="002F6785">
              <w:rPr>
                <w:sz w:val="26"/>
                <w:szCs w:val="26"/>
              </w:rPr>
              <w:t>c s</w:t>
            </w:r>
            <w:r w:rsidRPr="002F6785">
              <w:rPr>
                <w:sz w:val="26"/>
                <w:szCs w:val="26"/>
              </w:rPr>
              <w:t>ử</w:t>
            </w:r>
            <w:r w:rsidRPr="002F6785">
              <w:rPr>
                <w:sz w:val="26"/>
                <w:szCs w:val="26"/>
              </w:rPr>
              <w:t xml:space="preserve"> d</w:t>
            </w:r>
            <w:r w:rsidRPr="002F6785">
              <w:rPr>
                <w:sz w:val="26"/>
                <w:szCs w:val="26"/>
              </w:rPr>
              <w:t>ụ</w:t>
            </w:r>
            <w:r w:rsidRPr="002F6785">
              <w:rPr>
                <w:sz w:val="26"/>
                <w:szCs w:val="26"/>
              </w:rPr>
              <w:t>ng cho qu</w:t>
            </w:r>
            <w:r w:rsidRPr="002F6785">
              <w:rPr>
                <w:sz w:val="26"/>
                <w:szCs w:val="26"/>
              </w:rPr>
              <w:t>ả</w:t>
            </w:r>
            <w:r w:rsidRPr="002F6785">
              <w:rPr>
                <w:sz w:val="26"/>
                <w:szCs w:val="26"/>
              </w:rPr>
              <w:t>n lý ch</w:t>
            </w:r>
            <w:r w:rsidRPr="002F6785">
              <w:rPr>
                <w:sz w:val="26"/>
                <w:szCs w:val="26"/>
              </w:rPr>
              <w:t>ấ</w:t>
            </w:r>
            <w:r w:rsidRPr="002F6785">
              <w:rPr>
                <w:sz w:val="26"/>
                <w:szCs w:val="26"/>
              </w:rPr>
              <w:t>t lư</w:t>
            </w:r>
            <w:r w:rsidRPr="002F6785">
              <w:rPr>
                <w:sz w:val="26"/>
                <w:szCs w:val="26"/>
              </w:rPr>
              <w:t>ợ</w:t>
            </w:r>
            <w:r w:rsidRPr="002F6785">
              <w:rPr>
                <w:sz w:val="26"/>
                <w:szCs w:val="26"/>
              </w:rPr>
              <w:t>ng trong ph</w:t>
            </w:r>
            <w:r w:rsidRPr="002F6785">
              <w:rPr>
                <w:sz w:val="26"/>
                <w:szCs w:val="26"/>
              </w:rPr>
              <w:t>ạ</w:t>
            </w:r>
            <w:r w:rsidRPr="002F6785">
              <w:rPr>
                <w:sz w:val="26"/>
                <w:szCs w:val="26"/>
              </w:rPr>
              <w:t>m vi có căn c</w:t>
            </w:r>
            <w:r w:rsidRPr="002F6785">
              <w:rPr>
                <w:sz w:val="26"/>
                <w:szCs w:val="26"/>
              </w:rPr>
              <w:t>ứ</w:t>
            </w:r>
            <w:r w:rsidRPr="002F6785">
              <w:rPr>
                <w:sz w:val="26"/>
                <w:szCs w:val="26"/>
              </w:rPr>
              <w:t xml:space="preserve"> pháp lý ho</w:t>
            </w:r>
            <w:r w:rsidRPr="002F6785">
              <w:rPr>
                <w:sz w:val="26"/>
                <w:szCs w:val="26"/>
              </w:rPr>
              <w:t>ặ</w:t>
            </w:r>
            <w:r w:rsidRPr="002F6785">
              <w:rPr>
                <w:sz w:val="26"/>
                <w:szCs w:val="26"/>
              </w:rPr>
              <w:t>c cam k</w:t>
            </w:r>
            <w:r w:rsidRPr="002F6785">
              <w:rPr>
                <w:sz w:val="26"/>
                <w:szCs w:val="26"/>
              </w:rPr>
              <w:t>ế</w:t>
            </w:r>
            <w:r w:rsidRPr="002F6785">
              <w:rPr>
                <w:sz w:val="26"/>
                <w:szCs w:val="26"/>
              </w:rPr>
              <w:t>t h</w:t>
            </w:r>
            <w:r w:rsidRPr="002F6785">
              <w:rPr>
                <w:sz w:val="26"/>
                <w:szCs w:val="26"/>
              </w:rPr>
              <w:t>ợ</w:t>
            </w:r>
            <w:r w:rsidRPr="002F6785">
              <w:rPr>
                <w:sz w:val="26"/>
                <w:szCs w:val="26"/>
              </w:rPr>
              <w:t xml:space="preserve">p pháp tương </w:t>
            </w:r>
            <w:r w:rsidRPr="002F6785">
              <w:rPr>
                <w:sz w:val="26"/>
                <w:szCs w:val="26"/>
              </w:rPr>
              <w:t>ứ</w:t>
            </w:r>
            <w:r w:rsidRPr="002F6785">
              <w:rPr>
                <w:sz w:val="26"/>
                <w:szCs w:val="26"/>
              </w:rPr>
              <w:t>ng, qua đó tránh phát sinh</w:t>
            </w:r>
            <w:r w:rsidRPr="002F6785">
              <w:rPr>
                <w:sz w:val="26"/>
                <w:szCs w:val="26"/>
              </w:rPr>
              <w:t xml:space="preserve"> nghĩa v</w:t>
            </w:r>
            <w:r w:rsidRPr="002F6785">
              <w:rPr>
                <w:sz w:val="26"/>
                <w:szCs w:val="26"/>
              </w:rPr>
              <w:t>ụ</w:t>
            </w:r>
            <w:r w:rsidRPr="002F6785">
              <w:rPr>
                <w:sz w:val="26"/>
                <w:szCs w:val="26"/>
              </w:rPr>
              <w:t xml:space="preserve"> ngoài quy đ</w:t>
            </w:r>
            <w:r w:rsidRPr="002F6785">
              <w:rPr>
                <w:sz w:val="26"/>
                <w:szCs w:val="26"/>
              </w:rPr>
              <w:t>ị</w:t>
            </w:r>
            <w:r w:rsidRPr="002F6785">
              <w:rPr>
                <w:sz w:val="26"/>
                <w:szCs w:val="26"/>
              </w:rPr>
              <w:t>nh.</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t>Điề</w:t>
            </w:r>
            <w:r w:rsidRPr="002F6785">
              <w:rPr>
                <w:b/>
                <w:sz w:val="26"/>
                <w:szCs w:val="26"/>
              </w:rPr>
              <w:t xml:space="preserve">u 10. </w:t>
            </w:r>
            <w:r w:rsidR="0064046B" w:rsidRPr="002F6785">
              <w:rPr>
                <w:b/>
                <w:sz w:val="26"/>
                <w:szCs w:val="26"/>
              </w:rPr>
              <w:t>Áp dụng chế độ quản lý chất lượng thép nhập khẩu</w:t>
            </w:r>
          </w:p>
        </w:tc>
        <w:tc>
          <w:tcPr>
            <w:tcW w:w="6636" w:type="dxa"/>
          </w:tcPr>
          <w:p w:rsidR="0064046B" w:rsidRPr="002F6785" w:rsidRDefault="0064046B" w:rsidP="002F6785">
            <w:pPr>
              <w:widowControl w:val="0"/>
              <w:spacing w:before="60" w:after="60"/>
              <w:jc w:val="both"/>
              <w:rPr>
                <w:rFonts w:cs="Times New Roman"/>
                <w:sz w:val="26"/>
                <w:szCs w:val="26"/>
              </w:rPr>
            </w:pPr>
            <w:r w:rsidRPr="002F6785">
              <w:rPr>
                <w:sz w:val="26"/>
                <w:szCs w:val="26"/>
              </w:rPr>
              <w:t>1.</w:t>
            </w:r>
            <w:r w:rsidR="00D65718" w:rsidRPr="002F6785">
              <w:rPr>
                <w:rFonts w:cs="Times New Roman"/>
                <w:sz w:val="26"/>
                <w:szCs w:val="26"/>
              </w:rPr>
              <w:t xml:space="preserve"> Việc công bố hợp quy, kiểm tra nhà nước về chất lượng hàng hóa nhập khẩu, miễn, giảm, tăng cường kiểm tra và xử lý đối với sản phẩm thép nhập khẩu có mức độ rủi ro trung bình, mức độ rủi ro cao được thực hiện theo Luật Chất lượng </w:t>
            </w:r>
            <w:r w:rsidR="00D65718" w:rsidRPr="002F6785">
              <w:rPr>
                <w:rFonts w:cs="Times New Roman"/>
                <w:sz w:val="26"/>
                <w:szCs w:val="26"/>
              </w:rPr>
              <w:lastRenderedPageBreak/>
              <w:t>sản phẩm, hàng hóa, Nghị định số 37/2026/NĐ-CP và pháp luật có liên quan.</w:t>
            </w:r>
          </w:p>
          <w:p w:rsidR="0064046B" w:rsidRPr="002F6785" w:rsidRDefault="0064046B" w:rsidP="002F6785">
            <w:pPr>
              <w:spacing w:before="60" w:after="60"/>
              <w:jc w:val="both"/>
              <w:rPr>
                <w:sz w:val="26"/>
                <w:szCs w:val="26"/>
              </w:rPr>
            </w:pPr>
            <w:r w:rsidRPr="002F6785">
              <w:rPr>
                <w:sz w:val="26"/>
                <w:szCs w:val="26"/>
              </w:rPr>
              <w:t>2. Hồ sơ, trình tự, thủ tục và thời hạn giải quyết thực hiện theo Nghị định số 37/2026/NĐ-CP; không yêu cầu thêm giấy xác nhận, văn bản chấp thuận, đăng ký hoặc thành phần hồ sơ riêng đối với sản phẩm thép, trừ dữ liệu nhận diện đặc thù quy định tại Điều 6 Nghị định này.</w:t>
            </w:r>
          </w:p>
          <w:p w:rsidR="005B442E" w:rsidRPr="002F6785" w:rsidRDefault="0064046B" w:rsidP="002F6785">
            <w:pPr>
              <w:spacing w:before="60" w:after="60"/>
              <w:jc w:val="both"/>
              <w:rPr>
                <w:sz w:val="26"/>
                <w:szCs w:val="26"/>
              </w:rPr>
            </w:pPr>
            <w:r w:rsidRPr="002F6785">
              <w:rPr>
                <w:sz w:val="26"/>
                <w:szCs w:val="26"/>
              </w:rPr>
              <w:t>3. Kết quả đánh giá sự phù hợp của tổ chức nước ngoài được sử dụng khi được thừa nhận theo pháp luật về tiêu chuẩn và quy chuẩn kỹ thuật, điều ước quốc tế hoặc thỏa thuận quốc tế có liên quan. Việc cơ sở sản xuất ở nước ngoài đã được kiểm tra tại nguồn không làm phát sinh việc mặc nhiên thừa nhận kết quả đánh giá sự phù hợp.</w:t>
            </w:r>
          </w:p>
        </w:tc>
        <w:tc>
          <w:tcPr>
            <w:tcW w:w="5760" w:type="dxa"/>
          </w:tcPr>
          <w:p w:rsidR="000F36C2" w:rsidRPr="000F36C2" w:rsidRDefault="00AC53F4" w:rsidP="002F6785">
            <w:pPr>
              <w:spacing w:before="60" w:after="60"/>
              <w:jc w:val="both"/>
              <w:rPr>
                <w:sz w:val="26"/>
                <w:szCs w:val="26"/>
              </w:rPr>
            </w:pPr>
            <w:r w:rsidRPr="002F6785">
              <w:rPr>
                <w:sz w:val="26"/>
                <w:szCs w:val="26"/>
              </w:rPr>
              <w:lastRenderedPageBreak/>
              <w:t>Quy đ</w:t>
            </w:r>
            <w:r w:rsidRPr="002F6785">
              <w:rPr>
                <w:sz w:val="26"/>
                <w:szCs w:val="26"/>
              </w:rPr>
              <w:t>ị</w:t>
            </w:r>
            <w:r w:rsidRPr="002F6785">
              <w:rPr>
                <w:sz w:val="26"/>
                <w:szCs w:val="26"/>
              </w:rPr>
              <w:t>nh này nh</w:t>
            </w:r>
            <w:r w:rsidRPr="002F6785">
              <w:rPr>
                <w:sz w:val="26"/>
                <w:szCs w:val="26"/>
              </w:rPr>
              <w:t>ằ</w:t>
            </w:r>
            <w:r w:rsidRPr="002F6785">
              <w:rPr>
                <w:sz w:val="26"/>
                <w:szCs w:val="26"/>
              </w:rPr>
              <w:t>m b</w:t>
            </w:r>
            <w:r w:rsidRPr="002F6785">
              <w:rPr>
                <w:sz w:val="26"/>
                <w:szCs w:val="26"/>
              </w:rPr>
              <w:t>ả</w:t>
            </w:r>
            <w:r w:rsidRPr="002F6785">
              <w:rPr>
                <w:sz w:val="26"/>
                <w:szCs w:val="26"/>
              </w:rPr>
              <w:t>o đ</w:t>
            </w:r>
            <w:r w:rsidRPr="002F6785">
              <w:rPr>
                <w:sz w:val="26"/>
                <w:szCs w:val="26"/>
              </w:rPr>
              <w:t>ả</w:t>
            </w:r>
            <w:r w:rsidRPr="002F6785">
              <w:rPr>
                <w:sz w:val="26"/>
                <w:szCs w:val="26"/>
              </w:rPr>
              <w:t>m vi</w:t>
            </w:r>
            <w:r w:rsidRPr="002F6785">
              <w:rPr>
                <w:sz w:val="26"/>
                <w:szCs w:val="26"/>
              </w:rPr>
              <w:t>ệ</w:t>
            </w:r>
            <w:r w:rsidRPr="002F6785">
              <w:rPr>
                <w:sz w:val="26"/>
                <w:szCs w:val="26"/>
              </w:rPr>
              <w:t>c qu</w:t>
            </w:r>
            <w:r w:rsidRPr="002F6785">
              <w:rPr>
                <w:sz w:val="26"/>
                <w:szCs w:val="26"/>
              </w:rPr>
              <w:t>ả</w:t>
            </w:r>
            <w:r w:rsidRPr="002F6785">
              <w:rPr>
                <w:sz w:val="26"/>
                <w:szCs w:val="26"/>
              </w:rPr>
              <w:t>n lý ch</w:t>
            </w:r>
            <w:r w:rsidRPr="002F6785">
              <w:rPr>
                <w:sz w:val="26"/>
                <w:szCs w:val="26"/>
              </w:rPr>
              <w:t>ấ</w:t>
            </w:r>
            <w:r w:rsidRPr="002F6785">
              <w:rPr>
                <w:sz w:val="26"/>
                <w:szCs w:val="26"/>
              </w:rPr>
              <w:t>t lư</w:t>
            </w:r>
            <w:r w:rsidRPr="002F6785">
              <w:rPr>
                <w:sz w:val="26"/>
                <w:szCs w:val="26"/>
              </w:rPr>
              <w:t>ợ</w:t>
            </w:r>
            <w:r w:rsidRPr="002F6785">
              <w:rPr>
                <w:sz w:val="26"/>
                <w:szCs w:val="26"/>
              </w:rPr>
              <w:t>ng thép nh</w:t>
            </w:r>
            <w:r w:rsidRPr="002F6785">
              <w:rPr>
                <w:sz w:val="26"/>
                <w:szCs w:val="26"/>
              </w:rPr>
              <w:t>ậ</w:t>
            </w:r>
            <w:r w:rsidRPr="002F6785">
              <w:rPr>
                <w:sz w:val="26"/>
                <w:szCs w:val="26"/>
              </w:rPr>
              <w:t>p kh</w:t>
            </w:r>
            <w:r w:rsidRPr="002F6785">
              <w:rPr>
                <w:sz w:val="26"/>
                <w:szCs w:val="26"/>
              </w:rPr>
              <w:t>ẩ</w:t>
            </w:r>
            <w:r w:rsidRPr="002F6785">
              <w:rPr>
                <w:sz w:val="26"/>
                <w:szCs w:val="26"/>
              </w:rPr>
              <w:t>u đư</w:t>
            </w:r>
            <w:r w:rsidRPr="002F6785">
              <w:rPr>
                <w:sz w:val="26"/>
                <w:szCs w:val="26"/>
              </w:rPr>
              <w:t>ợ</w:t>
            </w:r>
            <w:r w:rsidRPr="002F6785">
              <w:rPr>
                <w:sz w:val="26"/>
                <w:szCs w:val="26"/>
              </w:rPr>
              <w:t>c th</w:t>
            </w:r>
            <w:r w:rsidRPr="002F6785">
              <w:rPr>
                <w:sz w:val="26"/>
                <w:szCs w:val="26"/>
              </w:rPr>
              <w:t>ự</w:t>
            </w:r>
            <w:r w:rsidRPr="002F6785">
              <w:rPr>
                <w:sz w:val="26"/>
                <w:szCs w:val="26"/>
              </w:rPr>
              <w:t>c hi</w:t>
            </w:r>
            <w:r w:rsidRPr="002F6785">
              <w:rPr>
                <w:sz w:val="26"/>
                <w:szCs w:val="26"/>
              </w:rPr>
              <w:t>ệ</w:t>
            </w:r>
            <w:r w:rsidRPr="002F6785">
              <w:rPr>
                <w:sz w:val="26"/>
                <w:szCs w:val="26"/>
              </w:rPr>
              <w:t>n theo cơ ch</w:t>
            </w:r>
            <w:r w:rsidRPr="002F6785">
              <w:rPr>
                <w:sz w:val="26"/>
                <w:szCs w:val="26"/>
              </w:rPr>
              <w:t>ế</w:t>
            </w:r>
            <w:r w:rsidRPr="002F6785">
              <w:rPr>
                <w:sz w:val="26"/>
                <w:szCs w:val="26"/>
              </w:rPr>
              <w:t xml:space="preserve"> chung c</w:t>
            </w:r>
            <w:r w:rsidRPr="002F6785">
              <w:rPr>
                <w:sz w:val="26"/>
                <w:szCs w:val="26"/>
              </w:rPr>
              <w:t>ủ</w:t>
            </w:r>
            <w:r w:rsidRPr="002F6785">
              <w:rPr>
                <w:sz w:val="26"/>
                <w:szCs w:val="26"/>
              </w:rPr>
              <w:t>a pháp lu</w:t>
            </w:r>
            <w:r w:rsidRPr="002F6785">
              <w:rPr>
                <w:sz w:val="26"/>
                <w:szCs w:val="26"/>
              </w:rPr>
              <w:t>ậ</w:t>
            </w:r>
            <w:r w:rsidRPr="002F6785">
              <w:rPr>
                <w:sz w:val="26"/>
                <w:szCs w:val="26"/>
              </w:rPr>
              <w:t>t v</w:t>
            </w:r>
            <w:r w:rsidRPr="002F6785">
              <w:rPr>
                <w:sz w:val="26"/>
                <w:szCs w:val="26"/>
              </w:rPr>
              <w:t>ề</w:t>
            </w:r>
            <w:r w:rsidRPr="002F6785">
              <w:rPr>
                <w:sz w:val="26"/>
                <w:szCs w:val="26"/>
              </w:rPr>
              <w:t xml:space="preserve"> ch</w:t>
            </w:r>
            <w:r w:rsidRPr="002F6785">
              <w:rPr>
                <w:sz w:val="26"/>
                <w:szCs w:val="26"/>
              </w:rPr>
              <w:t>ấ</w:t>
            </w:r>
            <w:r w:rsidRPr="002F6785">
              <w:rPr>
                <w:sz w:val="26"/>
                <w:szCs w:val="26"/>
              </w:rPr>
              <w:t>t lư</w:t>
            </w:r>
            <w:r w:rsidRPr="002F6785">
              <w:rPr>
                <w:sz w:val="26"/>
                <w:szCs w:val="26"/>
              </w:rPr>
              <w:t>ợ</w:t>
            </w:r>
            <w:r w:rsidRPr="002F6785">
              <w:rPr>
                <w:sz w:val="26"/>
                <w:szCs w:val="26"/>
              </w:rPr>
              <w:t>ng s</w:t>
            </w:r>
            <w:r w:rsidRPr="002F6785">
              <w:rPr>
                <w:sz w:val="26"/>
                <w:szCs w:val="26"/>
              </w:rPr>
              <w:t>ả</w:t>
            </w:r>
            <w:r w:rsidRPr="002F6785">
              <w:rPr>
                <w:sz w:val="26"/>
                <w:szCs w:val="26"/>
              </w:rPr>
              <w:t>n ph</w:t>
            </w:r>
            <w:r w:rsidRPr="002F6785">
              <w:rPr>
                <w:sz w:val="26"/>
                <w:szCs w:val="26"/>
              </w:rPr>
              <w:t>ẩ</w:t>
            </w:r>
            <w:r w:rsidRPr="002F6785">
              <w:rPr>
                <w:sz w:val="26"/>
                <w:szCs w:val="26"/>
              </w:rPr>
              <w:t xml:space="preserve">m, hàng hóa </w:t>
            </w:r>
            <w:r w:rsidRPr="002F6785">
              <w:rPr>
                <w:sz w:val="26"/>
                <w:szCs w:val="26"/>
              </w:rPr>
              <w:t>và Ngh</w:t>
            </w:r>
            <w:r w:rsidRPr="002F6785">
              <w:rPr>
                <w:sz w:val="26"/>
                <w:szCs w:val="26"/>
              </w:rPr>
              <w:t>ị</w:t>
            </w:r>
            <w:r w:rsidRPr="002F6785">
              <w:rPr>
                <w:sz w:val="26"/>
                <w:szCs w:val="26"/>
              </w:rPr>
              <w:t xml:space="preserve"> đ</w:t>
            </w:r>
            <w:r w:rsidRPr="002F6785">
              <w:rPr>
                <w:sz w:val="26"/>
                <w:szCs w:val="26"/>
              </w:rPr>
              <w:t>ị</w:t>
            </w:r>
            <w:r w:rsidRPr="002F6785">
              <w:rPr>
                <w:sz w:val="26"/>
                <w:szCs w:val="26"/>
              </w:rPr>
              <w:t>nh s</w:t>
            </w:r>
            <w:r w:rsidRPr="002F6785">
              <w:rPr>
                <w:sz w:val="26"/>
                <w:szCs w:val="26"/>
              </w:rPr>
              <w:t>ố</w:t>
            </w:r>
            <w:r w:rsidRPr="002F6785">
              <w:rPr>
                <w:sz w:val="26"/>
                <w:szCs w:val="26"/>
              </w:rPr>
              <w:t xml:space="preserve"> 37/2026/NĐ-CP, không thi</w:t>
            </w:r>
            <w:r w:rsidRPr="002F6785">
              <w:rPr>
                <w:sz w:val="26"/>
                <w:szCs w:val="26"/>
              </w:rPr>
              <w:t>ế</w:t>
            </w:r>
            <w:r w:rsidRPr="002F6785">
              <w:rPr>
                <w:sz w:val="26"/>
                <w:szCs w:val="26"/>
              </w:rPr>
              <w:t>t l</w:t>
            </w:r>
            <w:r w:rsidRPr="002F6785">
              <w:rPr>
                <w:sz w:val="26"/>
                <w:szCs w:val="26"/>
              </w:rPr>
              <w:t>ậ</w:t>
            </w:r>
            <w:r w:rsidRPr="002F6785">
              <w:rPr>
                <w:sz w:val="26"/>
                <w:szCs w:val="26"/>
              </w:rPr>
              <w:t>p thêm m</w:t>
            </w:r>
            <w:r w:rsidRPr="002F6785">
              <w:rPr>
                <w:sz w:val="26"/>
                <w:szCs w:val="26"/>
              </w:rPr>
              <w:t>ộ</w:t>
            </w:r>
            <w:r w:rsidRPr="002F6785">
              <w:rPr>
                <w:sz w:val="26"/>
                <w:szCs w:val="26"/>
              </w:rPr>
              <w:t xml:space="preserve">t </w:t>
            </w:r>
            <w:r w:rsidRPr="002F6785">
              <w:rPr>
                <w:sz w:val="26"/>
                <w:szCs w:val="26"/>
              </w:rPr>
              <w:lastRenderedPageBreak/>
              <w:t>quy trình ki</w:t>
            </w:r>
            <w:r w:rsidRPr="002F6785">
              <w:rPr>
                <w:sz w:val="26"/>
                <w:szCs w:val="26"/>
              </w:rPr>
              <w:t>ể</w:t>
            </w:r>
            <w:r w:rsidRPr="002F6785">
              <w:rPr>
                <w:sz w:val="26"/>
                <w:szCs w:val="26"/>
              </w:rPr>
              <w:t>m tra ho</w:t>
            </w:r>
            <w:r w:rsidRPr="002F6785">
              <w:rPr>
                <w:sz w:val="26"/>
                <w:szCs w:val="26"/>
              </w:rPr>
              <w:t>ặ</w:t>
            </w:r>
            <w:r w:rsidRPr="002F6785">
              <w:rPr>
                <w:sz w:val="26"/>
                <w:szCs w:val="26"/>
              </w:rPr>
              <w:t>c thành ph</w:t>
            </w:r>
            <w:r w:rsidRPr="002F6785">
              <w:rPr>
                <w:sz w:val="26"/>
                <w:szCs w:val="26"/>
              </w:rPr>
              <w:t>ầ</w:t>
            </w:r>
            <w:r w:rsidRPr="002F6785">
              <w:rPr>
                <w:sz w:val="26"/>
                <w:szCs w:val="26"/>
              </w:rPr>
              <w:t>n h</w:t>
            </w:r>
            <w:r w:rsidRPr="002F6785">
              <w:rPr>
                <w:sz w:val="26"/>
                <w:szCs w:val="26"/>
              </w:rPr>
              <w:t>ồ</w:t>
            </w:r>
            <w:r w:rsidRPr="002F6785">
              <w:rPr>
                <w:sz w:val="26"/>
                <w:szCs w:val="26"/>
              </w:rPr>
              <w:t xml:space="preserve"> sơ riêng cho s</w:t>
            </w:r>
            <w:r w:rsidRPr="002F6785">
              <w:rPr>
                <w:sz w:val="26"/>
                <w:szCs w:val="26"/>
              </w:rPr>
              <w:t>ả</w:t>
            </w:r>
            <w:r w:rsidRPr="002F6785">
              <w:rPr>
                <w:sz w:val="26"/>
                <w:szCs w:val="26"/>
              </w:rPr>
              <w:t>n ph</w:t>
            </w:r>
            <w:r w:rsidRPr="002F6785">
              <w:rPr>
                <w:sz w:val="26"/>
                <w:szCs w:val="26"/>
              </w:rPr>
              <w:t>ẩ</w:t>
            </w:r>
            <w:r w:rsidRPr="002F6785">
              <w:rPr>
                <w:sz w:val="26"/>
                <w:szCs w:val="26"/>
              </w:rPr>
              <w:t>m thép ngoài d</w:t>
            </w:r>
            <w:r w:rsidRPr="002F6785">
              <w:rPr>
                <w:sz w:val="26"/>
                <w:szCs w:val="26"/>
              </w:rPr>
              <w:t>ữ</w:t>
            </w:r>
            <w:r w:rsidRPr="002F6785">
              <w:rPr>
                <w:sz w:val="26"/>
                <w:szCs w:val="26"/>
              </w:rPr>
              <w:t xml:space="preserve"> li</w:t>
            </w:r>
            <w:r w:rsidRPr="002F6785">
              <w:rPr>
                <w:sz w:val="26"/>
                <w:szCs w:val="26"/>
              </w:rPr>
              <w:t>ệ</w:t>
            </w:r>
            <w:r w:rsidRPr="002F6785">
              <w:rPr>
                <w:sz w:val="26"/>
                <w:szCs w:val="26"/>
              </w:rPr>
              <w:t>u nh</w:t>
            </w:r>
            <w:r w:rsidRPr="002F6785">
              <w:rPr>
                <w:sz w:val="26"/>
                <w:szCs w:val="26"/>
              </w:rPr>
              <w:t>ậ</w:t>
            </w:r>
            <w:r w:rsidRPr="002F6785">
              <w:rPr>
                <w:sz w:val="26"/>
                <w:szCs w:val="26"/>
              </w:rPr>
              <w:t>n di</w:t>
            </w:r>
            <w:r w:rsidRPr="002F6785">
              <w:rPr>
                <w:sz w:val="26"/>
                <w:szCs w:val="26"/>
              </w:rPr>
              <w:t>ệ</w:t>
            </w:r>
            <w:r w:rsidRPr="002F6785">
              <w:rPr>
                <w:sz w:val="26"/>
                <w:szCs w:val="26"/>
              </w:rPr>
              <w:t>n đ</w:t>
            </w:r>
            <w:r w:rsidRPr="002F6785">
              <w:rPr>
                <w:sz w:val="26"/>
                <w:szCs w:val="26"/>
              </w:rPr>
              <w:t>ặ</w:t>
            </w:r>
            <w:r w:rsidRPr="002F6785">
              <w:rPr>
                <w:sz w:val="26"/>
                <w:szCs w:val="26"/>
              </w:rPr>
              <w:t>c thù c</w:t>
            </w:r>
            <w:r w:rsidRPr="002F6785">
              <w:rPr>
                <w:sz w:val="26"/>
                <w:szCs w:val="26"/>
              </w:rPr>
              <w:t>ầ</w:t>
            </w:r>
            <w:r w:rsidRPr="002F6785">
              <w:rPr>
                <w:sz w:val="26"/>
                <w:szCs w:val="26"/>
              </w:rPr>
              <w:t>n thi</w:t>
            </w:r>
            <w:r w:rsidRPr="002F6785">
              <w:rPr>
                <w:sz w:val="26"/>
                <w:szCs w:val="26"/>
              </w:rPr>
              <w:t>ế</w:t>
            </w:r>
            <w:r w:rsidRPr="002F6785">
              <w:rPr>
                <w:sz w:val="26"/>
                <w:szCs w:val="26"/>
              </w:rPr>
              <w:t>t theo Ngh</w:t>
            </w:r>
            <w:r w:rsidRPr="002F6785">
              <w:rPr>
                <w:sz w:val="26"/>
                <w:szCs w:val="26"/>
              </w:rPr>
              <w:t>ị</w:t>
            </w:r>
            <w:r w:rsidRPr="002F6785">
              <w:rPr>
                <w:sz w:val="26"/>
                <w:szCs w:val="26"/>
              </w:rPr>
              <w:t xml:space="preserve"> đ</w:t>
            </w:r>
            <w:r w:rsidRPr="002F6785">
              <w:rPr>
                <w:sz w:val="26"/>
                <w:szCs w:val="26"/>
              </w:rPr>
              <w:t>ị</w:t>
            </w:r>
            <w:r w:rsidRPr="002F6785">
              <w:rPr>
                <w:sz w:val="26"/>
                <w:szCs w:val="26"/>
              </w:rPr>
              <w:t>nh này.</w:t>
            </w:r>
          </w:p>
          <w:p w:rsidR="008D4B75" w:rsidRPr="002F6785" w:rsidRDefault="00AC53F4" w:rsidP="002F6785">
            <w:pPr>
              <w:spacing w:before="60" w:after="60"/>
              <w:jc w:val="both"/>
              <w:rPr>
                <w:sz w:val="26"/>
                <w:szCs w:val="26"/>
              </w:rPr>
            </w:pPr>
            <w:r w:rsidRPr="002F6785">
              <w:rPr>
                <w:sz w:val="26"/>
                <w:szCs w:val="26"/>
              </w:rPr>
              <w:t>Vi</w:t>
            </w:r>
            <w:r w:rsidRPr="002F6785">
              <w:rPr>
                <w:sz w:val="26"/>
                <w:szCs w:val="26"/>
              </w:rPr>
              <w:t>ệ</w:t>
            </w:r>
            <w:r w:rsidRPr="002F6785">
              <w:rPr>
                <w:sz w:val="26"/>
                <w:szCs w:val="26"/>
              </w:rPr>
              <w:t>c d</w:t>
            </w:r>
            <w:r w:rsidRPr="002F6785">
              <w:rPr>
                <w:sz w:val="26"/>
                <w:szCs w:val="26"/>
              </w:rPr>
              <w:t>ẫ</w:t>
            </w:r>
            <w:r w:rsidRPr="002F6785">
              <w:rPr>
                <w:sz w:val="26"/>
                <w:szCs w:val="26"/>
              </w:rPr>
              <w:t>n chi</w:t>
            </w:r>
            <w:r w:rsidRPr="002F6785">
              <w:rPr>
                <w:sz w:val="26"/>
                <w:szCs w:val="26"/>
              </w:rPr>
              <w:t>ế</w:t>
            </w:r>
            <w:r w:rsidRPr="002F6785">
              <w:rPr>
                <w:sz w:val="26"/>
                <w:szCs w:val="26"/>
              </w:rPr>
              <w:t>u cơ ch</w:t>
            </w:r>
            <w:r w:rsidRPr="002F6785">
              <w:rPr>
                <w:sz w:val="26"/>
                <w:szCs w:val="26"/>
              </w:rPr>
              <w:t>ế</w:t>
            </w:r>
            <w:r w:rsidRPr="002F6785">
              <w:rPr>
                <w:sz w:val="26"/>
                <w:szCs w:val="26"/>
              </w:rPr>
              <w:t xml:space="preserve"> mi</w:t>
            </w:r>
            <w:r w:rsidRPr="002F6785">
              <w:rPr>
                <w:sz w:val="26"/>
                <w:szCs w:val="26"/>
              </w:rPr>
              <w:t>ễ</w:t>
            </w:r>
            <w:r w:rsidRPr="002F6785">
              <w:rPr>
                <w:sz w:val="26"/>
                <w:szCs w:val="26"/>
              </w:rPr>
              <w:t>n, gi</w:t>
            </w:r>
            <w:r w:rsidRPr="002F6785">
              <w:rPr>
                <w:sz w:val="26"/>
                <w:szCs w:val="26"/>
              </w:rPr>
              <w:t>ả</w:t>
            </w:r>
            <w:r w:rsidRPr="002F6785">
              <w:rPr>
                <w:sz w:val="26"/>
                <w:szCs w:val="26"/>
              </w:rPr>
              <w:t>m, tăng cư</w:t>
            </w:r>
            <w:r w:rsidRPr="002F6785">
              <w:rPr>
                <w:sz w:val="26"/>
                <w:szCs w:val="26"/>
              </w:rPr>
              <w:t>ờ</w:t>
            </w:r>
            <w:r w:rsidRPr="002F6785">
              <w:rPr>
                <w:sz w:val="26"/>
                <w:szCs w:val="26"/>
              </w:rPr>
              <w:t>ng ki</w:t>
            </w:r>
            <w:r w:rsidRPr="002F6785">
              <w:rPr>
                <w:sz w:val="26"/>
                <w:szCs w:val="26"/>
              </w:rPr>
              <w:t>ể</w:t>
            </w:r>
            <w:r w:rsidRPr="002F6785">
              <w:rPr>
                <w:sz w:val="26"/>
                <w:szCs w:val="26"/>
              </w:rPr>
              <w:t>m tra và quy đ</w:t>
            </w:r>
            <w:r w:rsidRPr="002F6785">
              <w:rPr>
                <w:sz w:val="26"/>
                <w:szCs w:val="26"/>
              </w:rPr>
              <w:t>ị</w:t>
            </w:r>
            <w:r w:rsidRPr="002F6785">
              <w:rPr>
                <w:sz w:val="26"/>
                <w:szCs w:val="26"/>
              </w:rPr>
              <w:t>nh v</w:t>
            </w:r>
            <w:r w:rsidRPr="002F6785">
              <w:rPr>
                <w:sz w:val="26"/>
                <w:szCs w:val="26"/>
              </w:rPr>
              <w:t>ề</w:t>
            </w:r>
            <w:r w:rsidRPr="002F6785">
              <w:rPr>
                <w:sz w:val="26"/>
                <w:szCs w:val="26"/>
              </w:rPr>
              <w:t xml:space="preserve"> s</w:t>
            </w:r>
            <w:r w:rsidRPr="002F6785">
              <w:rPr>
                <w:sz w:val="26"/>
                <w:szCs w:val="26"/>
              </w:rPr>
              <w:t>ử</w:t>
            </w:r>
            <w:r w:rsidRPr="002F6785">
              <w:rPr>
                <w:sz w:val="26"/>
                <w:szCs w:val="26"/>
              </w:rPr>
              <w:t xml:space="preserve"> d</w:t>
            </w:r>
            <w:r w:rsidRPr="002F6785">
              <w:rPr>
                <w:sz w:val="26"/>
                <w:szCs w:val="26"/>
              </w:rPr>
              <w:t>ụ</w:t>
            </w:r>
            <w:r w:rsidRPr="002F6785">
              <w:rPr>
                <w:sz w:val="26"/>
                <w:szCs w:val="26"/>
              </w:rPr>
              <w:t>ng k</w:t>
            </w:r>
            <w:r w:rsidRPr="002F6785">
              <w:rPr>
                <w:sz w:val="26"/>
                <w:szCs w:val="26"/>
              </w:rPr>
              <w:t>ế</w:t>
            </w:r>
            <w:r w:rsidRPr="002F6785">
              <w:rPr>
                <w:sz w:val="26"/>
                <w:szCs w:val="26"/>
              </w:rPr>
              <w:t>t qu</w:t>
            </w:r>
            <w:r w:rsidRPr="002F6785">
              <w:rPr>
                <w:sz w:val="26"/>
                <w:szCs w:val="26"/>
              </w:rPr>
              <w:t>ả</w:t>
            </w:r>
            <w:r w:rsidRPr="002F6785">
              <w:rPr>
                <w:sz w:val="26"/>
                <w:szCs w:val="26"/>
              </w:rPr>
              <w:t xml:space="preserve"> đánh giá s</w:t>
            </w:r>
            <w:r w:rsidRPr="002F6785">
              <w:rPr>
                <w:sz w:val="26"/>
                <w:szCs w:val="26"/>
              </w:rPr>
              <w:t>ự</w:t>
            </w:r>
            <w:r w:rsidRPr="002F6785">
              <w:rPr>
                <w:sz w:val="26"/>
                <w:szCs w:val="26"/>
              </w:rPr>
              <w:t xml:space="preserve"> phù h</w:t>
            </w:r>
            <w:r w:rsidRPr="002F6785">
              <w:rPr>
                <w:sz w:val="26"/>
                <w:szCs w:val="26"/>
              </w:rPr>
              <w:t>ợ</w:t>
            </w:r>
            <w:r w:rsidRPr="002F6785">
              <w:rPr>
                <w:sz w:val="26"/>
                <w:szCs w:val="26"/>
              </w:rPr>
              <w:t>p c</w:t>
            </w:r>
            <w:r w:rsidRPr="002F6785">
              <w:rPr>
                <w:sz w:val="26"/>
                <w:szCs w:val="26"/>
              </w:rPr>
              <w:t>ủ</w:t>
            </w:r>
            <w:r w:rsidRPr="002F6785">
              <w:rPr>
                <w:sz w:val="26"/>
                <w:szCs w:val="26"/>
              </w:rPr>
              <w:t>a t</w:t>
            </w:r>
            <w:r w:rsidRPr="002F6785">
              <w:rPr>
                <w:sz w:val="26"/>
                <w:szCs w:val="26"/>
              </w:rPr>
              <w:t>ổ</w:t>
            </w:r>
            <w:r w:rsidRPr="002F6785">
              <w:rPr>
                <w:sz w:val="26"/>
                <w:szCs w:val="26"/>
              </w:rPr>
              <w:t xml:space="preserve"> ch</w:t>
            </w:r>
            <w:r w:rsidRPr="002F6785">
              <w:rPr>
                <w:sz w:val="26"/>
                <w:szCs w:val="26"/>
              </w:rPr>
              <w:t>ứ</w:t>
            </w:r>
            <w:r w:rsidRPr="002F6785">
              <w:rPr>
                <w:sz w:val="26"/>
                <w:szCs w:val="26"/>
              </w:rPr>
              <w:t>c nư</w:t>
            </w:r>
            <w:r w:rsidRPr="002F6785">
              <w:rPr>
                <w:sz w:val="26"/>
                <w:szCs w:val="26"/>
              </w:rPr>
              <w:t>ớ</w:t>
            </w:r>
            <w:r w:rsidRPr="002F6785">
              <w:rPr>
                <w:sz w:val="26"/>
                <w:szCs w:val="26"/>
              </w:rPr>
              <w:t>c ngoài nh</w:t>
            </w:r>
            <w:r w:rsidRPr="002F6785">
              <w:rPr>
                <w:sz w:val="26"/>
                <w:szCs w:val="26"/>
              </w:rPr>
              <w:t>ằ</w:t>
            </w:r>
            <w:r w:rsidRPr="002F6785">
              <w:rPr>
                <w:sz w:val="26"/>
                <w:szCs w:val="26"/>
              </w:rPr>
              <w:t>m b</w:t>
            </w:r>
            <w:r w:rsidRPr="002F6785">
              <w:rPr>
                <w:sz w:val="26"/>
                <w:szCs w:val="26"/>
              </w:rPr>
              <w:t>ả</w:t>
            </w:r>
            <w:r w:rsidRPr="002F6785">
              <w:rPr>
                <w:sz w:val="26"/>
                <w:szCs w:val="26"/>
              </w:rPr>
              <w:t>o đ</w:t>
            </w:r>
            <w:r w:rsidRPr="002F6785">
              <w:rPr>
                <w:sz w:val="26"/>
                <w:szCs w:val="26"/>
              </w:rPr>
              <w:t>ả</w:t>
            </w:r>
            <w:r w:rsidRPr="002F6785">
              <w:rPr>
                <w:sz w:val="26"/>
                <w:szCs w:val="26"/>
              </w:rPr>
              <w:t>m áp d</w:t>
            </w:r>
            <w:r w:rsidRPr="002F6785">
              <w:rPr>
                <w:sz w:val="26"/>
                <w:szCs w:val="26"/>
              </w:rPr>
              <w:t>ụ</w:t>
            </w:r>
            <w:r w:rsidRPr="002F6785">
              <w:rPr>
                <w:sz w:val="26"/>
                <w:szCs w:val="26"/>
              </w:rPr>
              <w:t>ng th</w:t>
            </w:r>
            <w:r w:rsidRPr="002F6785">
              <w:rPr>
                <w:sz w:val="26"/>
                <w:szCs w:val="26"/>
              </w:rPr>
              <w:t>ố</w:t>
            </w:r>
            <w:r w:rsidRPr="002F6785">
              <w:rPr>
                <w:sz w:val="26"/>
                <w:szCs w:val="26"/>
              </w:rPr>
              <w:t>ng nh</w:t>
            </w:r>
            <w:r w:rsidRPr="002F6785">
              <w:rPr>
                <w:sz w:val="26"/>
                <w:szCs w:val="26"/>
              </w:rPr>
              <w:t>ấ</w:t>
            </w:r>
            <w:r w:rsidRPr="002F6785">
              <w:rPr>
                <w:sz w:val="26"/>
                <w:szCs w:val="26"/>
              </w:rPr>
              <w:t>t pháp lu</w:t>
            </w:r>
            <w:r w:rsidRPr="002F6785">
              <w:rPr>
                <w:sz w:val="26"/>
                <w:szCs w:val="26"/>
              </w:rPr>
              <w:t>ậ</w:t>
            </w:r>
            <w:r w:rsidRPr="002F6785">
              <w:rPr>
                <w:sz w:val="26"/>
                <w:szCs w:val="26"/>
              </w:rPr>
              <w:t>t, t</w:t>
            </w:r>
            <w:r w:rsidRPr="002F6785">
              <w:rPr>
                <w:sz w:val="26"/>
                <w:szCs w:val="26"/>
              </w:rPr>
              <w:t>ạ</w:t>
            </w:r>
            <w:r w:rsidRPr="002F6785">
              <w:rPr>
                <w:sz w:val="26"/>
                <w:szCs w:val="26"/>
              </w:rPr>
              <w:t>o thu</w:t>
            </w:r>
            <w:r w:rsidRPr="002F6785">
              <w:rPr>
                <w:sz w:val="26"/>
                <w:szCs w:val="26"/>
              </w:rPr>
              <w:t>ậ</w:t>
            </w:r>
            <w:r w:rsidRPr="002F6785">
              <w:rPr>
                <w:sz w:val="26"/>
                <w:szCs w:val="26"/>
              </w:rPr>
              <w:t>n l</w:t>
            </w:r>
            <w:r w:rsidRPr="002F6785">
              <w:rPr>
                <w:sz w:val="26"/>
                <w:szCs w:val="26"/>
              </w:rPr>
              <w:t>ợ</w:t>
            </w:r>
            <w:r w:rsidRPr="002F6785">
              <w:rPr>
                <w:sz w:val="26"/>
                <w:szCs w:val="26"/>
              </w:rPr>
              <w:t>i cho thương m</w:t>
            </w:r>
            <w:r w:rsidRPr="002F6785">
              <w:rPr>
                <w:sz w:val="26"/>
                <w:szCs w:val="26"/>
              </w:rPr>
              <w:t>ạ</w:t>
            </w:r>
            <w:r w:rsidRPr="002F6785">
              <w:rPr>
                <w:sz w:val="26"/>
                <w:szCs w:val="26"/>
              </w:rPr>
              <w:t>i nhưng v</w:t>
            </w:r>
            <w:r w:rsidRPr="002F6785">
              <w:rPr>
                <w:sz w:val="26"/>
                <w:szCs w:val="26"/>
              </w:rPr>
              <w:t>ẫ</w:t>
            </w:r>
            <w:r w:rsidRPr="002F6785">
              <w:rPr>
                <w:sz w:val="26"/>
                <w:szCs w:val="26"/>
              </w:rPr>
              <w:t>n duy trì yêu c</w:t>
            </w:r>
            <w:r w:rsidRPr="002F6785">
              <w:rPr>
                <w:sz w:val="26"/>
                <w:szCs w:val="26"/>
              </w:rPr>
              <w:t>ầ</w:t>
            </w:r>
            <w:r w:rsidRPr="002F6785">
              <w:rPr>
                <w:sz w:val="26"/>
                <w:szCs w:val="26"/>
              </w:rPr>
              <w:t>u ki</w:t>
            </w:r>
            <w:r w:rsidRPr="002F6785">
              <w:rPr>
                <w:sz w:val="26"/>
                <w:szCs w:val="26"/>
              </w:rPr>
              <w:t>ể</w:t>
            </w:r>
            <w:r w:rsidRPr="002F6785">
              <w:rPr>
                <w:sz w:val="26"/>
                <w:szCs w:val="26"/>
              </w:rPr>
              <w:t>m soát ch</w:t>
            </w:r>
            <w:r w:rsidRPr="002F6785">
              <w:rPr>
                <w:sz w:val="26"/>
                <w:szCs w:val="26"/>
              </w:rPr>
              <w:t>ấ</w:t>
            </w:r>
            <w:r w:rsidRPr="002F6785">
              <w:rPr>
                <w:sz w:val="26"/>
                <w:szCs w:val="26"/>
              </w:rPr>
              <w:t>t lư</w:t>
            </w:r>
            <w:r w:rsidRPr="002F6785">
              <w:rPr>
                <w:sz w:val="26"/>
                <w:szCs w:val="26"/>
              </w:rPr>
              <w:t>ợ</w:t>
            </w:r>
            <w:r w:rsidRPr="002F6785">
              <w:rPr>
                <w:sz w:val="26"/>
                <w:szCs w:val="26"/>
              </w:rPr>
              <w:t>ng. K</w:t>
            </w:r>
            <w:r w:rsidRPr="002F6785">
              <w:rPr>
                <w:sz w:val="26"/>
                <w:szCs w:val="26"/>
              </w:rPr>
              <w:t>ế</w:t>
            </w:r>
            <w:r w:rsidRPr="002F6785">
              <w:rPr>
                <w:sz w:val="26"/>
                <w:szCs w:val="26"/>
              </w:rPr>
              <w:t>t qu</w:t>
            </w:r>
            <w:r w:rsidRPr="002F6785">
              <w:rPr>
                <w:sz w:val="26"/>
                <w:szCs w:val="26"/>
              </w:rPr>
              <w:t>ả</w:t>
            </w:r>
            <w:r w:rsidRPr="002F6785">
              <w:rPr>
                <w:sz w:val="26"/>
                <w:szCs w:val="26"/>
              </w:rPr>
              <w:t xml:space="preserve"> ki</w:t>
            </w:r>
            <w:r w:rsidRPr="002F6785">
              <w:rPr>
                <w:sz w:val="26"/>
                <w:szCs w:val="26"/>
              </w:rPr>
              <w:t>ể</w:t>
            </w:r>
            <w:r w:rsidRPr="002F6785">
              <w:rPr>
                <w:sz w:val="26"/>
                <w:szCs w:val="26"/>
              </w:rPr>
              <w:t>m tra t</w:t>
            </w:r>
            <w:r w:rsidRPr="002F6785">
              <w:rPr>
                <w:sz w:val="26"/>
                <w:szCs w:val="26"/>
              </w:rPr>
              <w:t>ạ</w:t>
            </w:r>
            <w:r w:rsidRPr="002F6785">
              <w:rPr>
                <w:sz w:val="26"/>
                <w:szCs w:val="26"/>
              </w:rPr>
              <w:t>i ngu</w:t>
            </w:r>
            <w:r w:rsidRPr="002F6785">
              <w:rPr>
                <w:sz w:val="26"/>
                <w:szCs w:val="26"/>
              </w:rPr>
              <w:t>ồ</w:t>
            </w:r>
            <w:r w:rsidRPr="002F6785">
              <w:rPr>
                <w:sz w:val="26"/>
                <w:szCs w:val="26"/>
              </w:rPr>
              <w:t>n không làm phát sinh vi</w:t>
            </w:r>
            <w:r w:rsidRPr="002F6785">
              <w:rPr>
                <w:sz w:val="26"/>
                <w:szCs w:val="26"/>
              </w:rPr>
              <w:t>ệ</w:t>
            </w:r>
            <w:r w:rsidRPr="002F6785">
              <w:rPr>
                <w:sz w:val="26"/>
                <w:szCs w:val="26"/>
              </w:rPr>
              <w:t>c m</w:t>
            </w:r>
            <w:r w:rsidRPr="002F6785">
              <w:rPr>
                <w:sz w:val="26"/>
                <w:szCs w:val="26"/>
              </w:rPr>
              <w:t>ặ</w:t>
            </w:r>
            <w:r w:rsidRPr="002F6785">
              <w:rPr>
                <w:sz w:val="26"/>
                <w:szCs w:val="26"/>
              </w:rPr>
              <w:t>c nhiên th</w:t>
            </w:r>
            <w:r w:rsidRPr="002F6785">
              <w:rPr>
                <w:sz w:val="26"/>
                <w:szCs w:val="26"/>
              </w:rPr>
              <w:t>ừ</w:t>
            </w:r>
            <w:r w:rsidRPr="002F6785">
              <w:rPr>
                <w:sz w:val="26"/>
                <w:szCs w:val="26"/>
              </w:rPr>
              <w:t>a nh</w:t>
            </w:r>
            <w:r w:rsidRPr="002F6785">
              <w:rPr>
                <w:sz w:val="26"/>
                <w:szCs w:val="26"/>
              </w:rPr>
              <w:t>ậ</w:t>
            </w:r>
            <w:r w:rsidRPr="002F6785">
              <w:rPr>
                <w:sz w:val="26"/>
                <w:szCs w:val="26"/>
              </w:rPr>
              <w:t>n k</w:t>
            </w:r>
            <w:r w:rsidRPr="002F6785">
              <w:rPr>
                <w:sz w:val="26"/>
                <w:szCs w:val="26"/>
              </w:rPr>
              <w:t>ế</w:t>
            </w:r>
            <w:r w:rsidRPr="002F6785">
              <w:rPr>
                <w:sz w:val="26"/>
                <w:szCs w:val="26"/>
              </w:rPr>
              <w:t>t qu</w:t>
            </w:r>
            <w:r w:rsidRPr="002F6785">
              <w:rPr>
                <w:sz w:val="26"/>
                <w:szCs w:val="26"/>
              </w:rPr>
              <w:t>ả</w:t>
            </w:r>
            <w:r w:rsidRPr="002F6785">
              <w:rPr>
                <w:sz w:val="26"/>
                <w:szCs w:val="26"/>
              </w:rPr>
              <w:t xml:space="preserve"> đ</w:t>
            </w:r>
            <w:r w:rsidRPr="002F6785">
              <w:rPr>
                <w:sz w:val="26"/>
                <w:szCs w:val="26"/>
              </w:rPr>
              <w:t>ánh giá s</w:t>
            </w:r>
            <w:r w:rsidRPr="002F6785">
              <w:rPr>
                <w:sz w:val="26"/>
                <w:szCs w:val="26"/>
              </w:rPr>
              <w:t>ự</w:t>
            </w:r>
            <w:r w:rsidRPr="002F6785">
              <w:rPr>
                <w:sz w:val="26"/>
                <w:szCs w:val="26"/>
              </w:rPr>
              <w:t xml:space="preserve"> phù h</w:t>
            </w:r>
            <w:r w:rsidRPr="002F6785">
              <w:rPr>
                <w:sz w:val="26"/>
                <w:szCs w:val="26"/>
              </w:rPr>
              <w:t>ợ</w:t>
            </w:r>
            <w:r w:rsidRPr="002F6785">
              <w:rPr>
                <w:sz w:val="26"/>
                <w:szCs w:val="26"/>
              </w:rPr>
              <w:t>p; vi</w:t>
            </w:r>
            <w:r w:rsidRPr="002F6785">
              <w:rPr>
                <w:sz w:val="26"/>
                <w:szCs w:val="26"/>
              </w:rPr>
              <w:t>ệ</w:t>
            </w:r>
            <w:r w:rsidRPr="002F6785">
              <w:rPr>
                <w:sz w:val="26"/>
                <w:szCs w:val="26"/>
              </w:rPr>
              <w:t>c th</w:t>
            </w:r>
            <w:r w:rsidRPr="002F6785">
              <w:rPr>
                <w:sz w:val="26"/>
                <w:szCs w:val="26"/>
              </w:rPr>
              <w:t>ừ</w:t>
            </w:r>
            <w:r w:rsidRPr="002F6785">
              <w:rPr>
                <w:sz w:val="26"/>
                <w:szCs w:val="26"/>
              </w:rPr>
              <w:t>a nh</w:t>
            </w:r>
            <w:r w:rsidRPr="002F6785">
              <w:rPr>
                <w:sz w:val="26"/>
                <w:szCs w:val="26"/>
              </w:rPr>
              <w:t>ậ</w:t>
            </w:r>
            <w:r w:rsidRPr="002F6785">
              <w:rPr>
                <w:sz w:val="26"/>
                <w:szCs w:val="26"/>
              </w:rPr>
              <w:t>n ph</w:t>
            </w:r>
            <w:r w:rsidRPr="002F6785">
              <w:rPr>
                <w:sz w:val="26"/>
                <w:szCs w:val="26"/>
              </w:rPr>
              <w:t>ả</w:t>
            </w:r>
            <w:r w:rsidRPr="002F6785">
              <w:rPr>
                <w:sz w:val="26"/>
                <w:szCs w:val="26"/>
              </w:rPr>
              <w:t>i tuân th</w:t>
            </w:r>
            <w:r w:rsidRPr="002F6785">
              <w:rPr>
                <w:sz w:val="26"/>
                <w:szCs w:val="26"/>
              </w:rPr>
              <w:t>ủ</w:t>
            </w:r>
            <w:r w:rsidRPr="002F6785">
              <w:rPr>
                <w:sz w:val="26"/>
                <w:szCs w:val="26"/>
              </w:rPr>
              <w:t xml:space="preserve"> pháp lu</w:t>
            </w:r>
            <w:r w:rsidRPr="002F6785">
              <w:rPr>
                <w:sz w:val="26"/>
                <w:szCs w:val="26"/>
              </w:rPr>
              <w:t>ậ</w:t>
            </w:r>
            <w:r w:rsidRPr="002F6785">
              <w:rPr>
                <w:sz w:val="26"/>
                <w:szCs w:val="26"/>
              </w:rPr>
              <w:t>t và đi</w:t>
            </w:r>
            <w:r w:rsidRPr="002F6785">
              <w:rPr>
                <w:sz w:val="26"/>
                <w:szCs w:val="26"/>
              </w:rPr>
              <w:t>ề</w:t>
            </w:r>
            <w:r w:rsidRPr="002F6785">
              <w:rPr>
                <w:sz w:val="26"/>
                <w:szCs w:val="26"/>
              </w:rPr>
              <w:t>u ư</w:t>
            </w:r>
            <w:r w:rsidRPr="002F6785">
              <w:rPr>
                <w:sz w:val="26"/>
                <w:szCs w:val="26"/>
              </w:rPr>
              <w:t>ớ</w:t>
            </w:r>
            <w:r w:rsidRPr="002F6785">
              <w:rPr>
                <w:sz w:val="26"/>
                <w:szCs w:val="26"/>
              </w:rPr>
              <w:t>c, th</w:t>
            </w:r>
            <w:r w:rsidRPr="002F6785">
              <w:rPr>
                <w:sz w:val="26"/>
                <w:szCs w:val="26"/>
              </w:rPr>
              <w:t>ỏ</w:t>
            </w:r>
            <w:r w:rsidRPr="002F6785">
              <w:rPr>
                <w:sz w:val="26"/>
                <w:szCs w:val="26"/>
              </w:rPr>
              <w:t>a thu</w:t>
            </w:r>
            <w:r w:rsidRPr="002F6785">
              <w:rPr>
                <w:sz w:val="26"/>
                <w:szCs w:val="26"/>
              </w:rPr>
              <w:t>ậ</w:t>
            </w:r>
            <w:r w:rsidRPr="002F6785">
              <w:rPr>
                <w:sz w:val="26"/>
                <w:szCs w:val="26"/>
              </w:rPr>
              <w:t>n qu</w:t>
            </w:r>
            <w:r w:rsidRPr="002F6785">
              <w:rPr>
                <w:sz w:val="26"/>
                <w:szCs w:val="26"/>
              </w:rPr>
              <w:t>ố</w:t>
            </w:r>
            <w:r w:rsidRPr="002F6785">
              <w:rPr>
                <w:sz w:val="26"/>
                <w:szCs w:val="26"/>
              </w:rPr>
              <w:t>c t</w:t>
            </w:r>
            <w:r w:rsidRPr="002F6785">
              <w:rPr>
                <w:sz w:val="26"/>
                <w:szCs w:val="26"/>
              </w:rPr>
              <w:t>ế</w:t>
            </w:r>
            <w:r w:rsidRPr="002F6785">
              <w:rPr>
                <w:sz w:val="26"/>
                <w:szCs w:val="26"/>
              </w:rPr>
              <w:t xml:space="preserve"> có liên quan.</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lastRenderedPageBreak/>
              <w:t>Điề</w:t>
            </w:r>
            <w:r w:rsidRPr="002F6785">
              <w:rPr>
                <w:b/>
                <w:sz w:val="26"/>
                <w:szCs w:val="26"/>
              </w:rPr>
              <w:t xml:space="preserve">u 11. </w:t>
            </w:r>
            <w:r w:rsidR="00BF13A5" w:rsidRPr="002F6785">
              <w:rPr>
                <w:b/>
                <w:sz w:val="26"/>
                <w:szCs w:val="26"/>
              </w:rPr>
              <w:t>Xác định sản phẩm thép nhập khẩu cùng loại</w:t>
            </w:r>
          </w:p>
        </w:tc>
        <w:tc>
          <w:tcPr>
            <w:tcW w:w="6636" w:type="dxa"/>
          </w:tcPr>
          <w:p w:rsidR="00860C2D" w:rsidRPr="002F6785" w:rsidRDefault="00860C2D" w:rsidP="002F6785">
            <w:pPr>
              <w:widowControl w:val="0"/>
              <w:spacing w:before="60" w:after="60"/>
              <w:jc w:val="both"/>
              <w:rPr>
                <w:rFonts w:cs="Times New Roman"/>
                <w:sz w:val="26"/>
                <w:szCs w:val="26"/>
              </w:rPr>
            </w:pPr>
            <w:r w:rsidRPr="002F6785">
              <w:rPr>
                <w:rFonts w:cs="Times New Roman"/>
                <w:sz w:val="26"/>
                <w:szCs w:val="26"/>
              </w:rPr>
              <w:t>1. Khi áp dụng cơ chế không phải thực hiện lại việc công bố hợp quy đối với hàng hóa nhập khẩu có mức độ rủi ro trung bình hoặc chế độ giảm kiểm tra đối với hàng hóa nhập khẩu có mức độ rủi ro cao theo Điều 86 Nghị định số 37/2026/NĐ-CP, việc xác định sản phẩm thép nhập khẩu lần tiếp theo có cùng tên gọi, công dụng, nhãn hiệu, kiểu loại, đặc tính kỹ thuật, cơ sở sản xuất và xuất xứ với sản phẩm của lần trước được thực hiện trên cơ sở các yếu tố sau đây:</w:t>
            </w:r>
          </w:p>
          <w:p w:rsidR="00860C2D" w:rsidRPr="002F6785" w:rsidRDefault="00860C2D" w:rsidP="002F6785">
            <w:pPr>
              <w:widowControl w:val="0"/>
              <w:spacing w:before="60" w:after="60"/>
              <w:jc w:val="both"/>
              <w:rPr>
                <w:rFonts w:cs="Times New Roman"/>
                <w:sz w:val="26"/>
                <w:szCs w:val="26"/>
              </w:rPr>
            </w:pPr>
            <w:r w:rsidRPr="002F6785">
              <w:rPr>
                <w:rFonts w:cs="Times New Roman"/>
                <w:sz w:val="26"/>
                <w:szCs w:val="26"/>
              </w:rPr>
              <w:t>a) Mác thép hoặc cấp bền thuộc cùng phạm vi đặc tính kỹ thuật đã được đánh giá;</w:t>
            </w:r>
          </w:p>
          <w:p w:rsidR="00860C2D" w:rsidRPr="002F6785" w:rsidRDefault="00860C2D" w:rsidP="002F6785">
            <w:pPr>
              <w:widowControl w:val="0"/>
              <w:spacing w:before="60" w:after="60"/>
              <w:jc w:val="both"/>
              <w:rPr>
                <w:rFonts w:cs="Times New Roman"/>
                <w:sz w:val="26"/>
                <w:szCs w:val="26"/>
              </w:rPr>
            </w:pPr>
            <w:r w:rsidRPr="002F6785">
              <w:rPr>
                <w:rFonts w:cs="Times New Roman"/>
                <w:sz w:val="26"/>
                <w:szCs w:val="26"/>
              </w:rPr>
              <w:t>b) Dạng sản phẩm và phương pháp gia công chính không làm thay đổi kiểu loại hoặc đặc tính kỹ thuật đã được đánh giá;</w:t>
            </w:r>
          </w:p>
          <w:p w:rsidR="00860C2D" w:rsidRPr="002F6785" w:rsidRDefault="00860C2D" w:rsidP="002F6785">
            <w:pPr>
              <w:widowControl w:val="0"/>
              <w:spacing w:before="60" w:after="60"/>
              <w:jc w:val="both"/>
              <w:rPr>
                <w:rFonts w:cs="Times New Roman"/>
                <w:sz w:val="26"/>
                <w:szCs w:val="26"/>
              </w:rPr>
            </w:pPr>
            <w:r w:rsidRPr="002F6785">
              <w:rPr>
                <w:rFonts w:cs="Times New Roman"/>
                <w:sz w:val="26"/>
                <w:szCs w:val="26"/>
              </w:rPr>
              <w:t>c) Cùng công dụng, nhãn hiệu, tiêu chuẩn công bố áp dụng và quy chuẩn kỹ thuật quốc gia tương ứng, nếu có;</w:t>
            </w:r>
          </w:p>
          <w:p w:rsidR="00860C2D" w:rsidRPr="002F6785" w:rsidRDefault="00860C2D" w:rsidP="002F6785">
            <w:pPr>
              <w:widowControl w:val="0"/>
              <w:spacing w:before="60" w:after="60"/>
              <w:jc w:val="both"/>
              <w:rPr>
                <w:rFonts w:cs="Times New Roman"/>
                <w:sz w:val="26"/>
                <w:szCs w:val="26"/>
              </w:rPr>
            </w:pPr>
            <w:r w:rsidRPr="002F6785">
              <w:rPr>
                <w:rFonts w:cs="Times New Roman"/>
                <w:sz w:val="26"/>
                <w:szCs w:val="26"/>
              </w:rPr>
              <w:t>d) Được sản xuất tại cùng cơ sở, địa điểm sản xuất và thuộc phạm vi của cùng kết quả đánh giá sự phù hợp;</w:t>
            </w:r>
          </w:p>
          <w:p w:rsidR="00860C2D" w:rsidRPr="002F6785" w:rsidRDefault="00860C2D" w:rsidP="002F6785">
            <w:pPr>
              <w:widowControl w:val="0"/>
              <w:spacing w:before="60" w:after="60"/>
              <w:jc w:val="both"/>
              <w:rPr>
                <w:rFonts w:cs="Times New Roman"/>
                <w:sz w:val="26"/>
                <w:szCs w:val="26"/>
              </w:rPr>
            </w:pPr>
            <w:r w:rsidRPr="002F6785">
              <w:rPr>
                <w:rFonts w:cs="Times New Roman"/>
                <w:sz w:val="26"/>
                <w:szCs w:val="26"/>
              </w:rPr>
              <w:lastRenderedPageBreak/>
              <w:t>đ) Cùng xuất xứ theo quy định của pháp luật về xuất xứ hàng hóa;</w:t>
            </w:r>
          </w:p>
          <w:p w:rsidR="00860C2D" w:rsidRPr="002F6785" w:rsidRDefault="00860C2D" w:rsidP="002F6785">
            <w:pPr>
              <w:widowControl w:val="0"/>
              <w:spacing w:before="60" w:after="60"/>
              <w:jc w:val="both"/>
              <w:rPr>
                <w:rFonts w:cs="Times New Roman"/>
                <w:sz w:val="26"/>
                <w:szCs w:val="26"/>
              </w:rPr>
            </w:pPr>
            <w:r w:rsidRPr="002F6785">
              <w:rPr>
                <w:rFonts w:cs="Times New Roman"/>
                <w:sz w:val="26"/>
                <w:szCs w:val="26"/>
              </w:rPr>
              <w:t>e) Kích thước, quy cách nằm trong phạm vi đã được đánh giá và không làm thay đổi các chỉ tiêu kỹ thuật phải kiểm soát.</w:t>
            </w:r>
          </w:p>
          <w:p w:rsidR="00860C2D" w:rsidRPr="002F6785" w:rsidRDefault="00860C2D" w:rsidP="002F6785">
            <w:pPr>
              <w:widowControl w:val="0"/>
              <w:spacing w:before="60" w:after="60"/>
              <w:jc w:val="both"/>
              <w:rPr>
                <w:rFonts w:cs="Times New Roman"/>
                <w:sz w:val="26"/>
                <w:szCs w:val="26"/>
              </w:rPr>
            </w:pPr>
            <w:r w:rsidRPr="002F6785">
              <w:rPr>
                <w:rFonts w:cs="Times New Roman"/>
                <w:sz w:val="26"/>
                <w:szCs w:val="26"/>
              </w:rPr>
              <w:t>2. Thay đổi về kích thước hoặc quy cách trong phạm vi quy định tại điểm e khoản 1 Điều này không làm thay đổi việc xác định hàng hóa cùng loại nếu các điều kiện tại Điều 86 Nghị định số 37/2026/NĐ-CP vẫn được đáp ứng. Trường hợp thay đổi làm thay đổi tên gọi, công dụng, nhãn hiệu, kiểu loại, đặc tính kỹ thuật, cơ sở sản xuất hoặc xuất xứ thì không áp dụng cơ chế đối với hàng hóa cùng loại.</w:t>
            </w:r>
          </w:p>
          <w:p w:rsidR="005B442E" w:rsidRPr="002F6785" w:rsidRDefault="00860C2D" w:rsidP="002F6785">
            <w:pPr>
              <w:widowControl w:val="0"/>
              <w:spacing w:before="60" w:after="60"/>
              <w:jc w:val="both"/>
              <w:rPr>
                <w:sz w:val="26"/>
                <w:szCs w:val="26"/>
              </w:rPr>
            </w:pPr>
            <w:r w:rsidRPr="002F6785">
              <w:rPr>
                <w:rFonts w:cs="Times New Roman"/>
                <w:sz w:val="26"/>
                <w:szCs w:val="26"/>
              </w:rPr>
              <w:t>3. Tổ chức, cá nhân nhập khẩu tự xác định, lưu giữ hồ sơ chứng minh việc đáp ứng điều kiện và chịu trách nhiệm trước pháp luật; không phải thực hiện thủ tục xin xác nhận trước. Cơ quan kiểm tra thực hiện đối chiếu trong hoạt động hậu kiểm theo Nghị định số 37/2026/NĐ-CP.</w:t>
            </w:r>
          </w:p>
        </w:tc>
        <w:tc>
          <w:tcPr>
            <w:tcW w:w="5760" w:type="dxa"/>
          </w:tcPr>
          <w:p w:rsidR="000F36C2" w:rsidRPr="000F36C2" w:rsidRDefault="00AC53F4" w:rsidP="002F6785">
            <w:pPr>
              <w:spacing w:before="60" w:after="60"/>
              <w:jc w:val="both"/>
              <w:rPr>
                <w:sz w:val="26"/>
                <w:szCs w:val="26"/>
              </w:rPr>
            </w:pPr>
            <w:r w:rsidRPr="002F6785">
              <w:rPr>
                <w:sz w:val="26"/>
                <w:szCs w:val="26"/>
              </w:rPr>
              <w:lastRenderedPageBreak/>
              <w:t>Đi</w:t>
            </w:r>
            <w:r w:rsidRPr="002F6785">
              <w:rPr>
                <w:sz w:val="26"/>
                <w:szCs w:val="26"/>
              </w:rPr>
              <w:t>ề</w:t>
            </w:r>
            <w:r w:rsidRPr="002F6785">
              <w:rPr>
                <w:sz w:val="26"/>
                <w:szCs w:val="26"/>
              </w:rPr>
              <w:t>u này làm rõ các y</w:t>
            </w:r>
            <w:r w:rsidRPr="002F6785">
              <w:rPr>
                <w:sz w:val="26"/>
                <w:szCs w:val="26"/>
              </w:rPr>
              <w:t>ế</w:t>
            </w:r>
            <w:r w:rsidRPr="002F6785">
              <w:rPr>
                <w:sz w:val="26"/>
                <w:szCs w:val="26"/>
              </w:rPr>
              <w:t>u t</w:t>
            </w:r>
            <w:r w:rsidRPr="002F6785">
              <w:rPr>
                <w:sz w:val="26"/>
                <w:szCs w:val="26"/>
              </w:rPr>
              <w:t>ố</w:t>
            </w:r>
            <w:r w:rsidRPr="002F6785">
              <w:rPr>
                <w:sz w:val="26"/>
                <w:szCs w:val="26"/>
              </w:rPr>
              <w:t xml:space="preserve"> k</w:t>
            </w:r>
            <w:r w:rsidRPr="002F6785">
              <w:rPr>
                <w:sz w:val="26"/>
                <w:szCs w:val="26"/>
              </w:rPr>
              <w:t>ỹ</w:t>
            </w:r>
            <w:r w:rsidRPr="002F6785">
              <w:rPr>
                <w:sz w:val="26"/>
                <w:szCs w:val="26"/>
              </w:rPr>
              <w:t xml:space="preserve"> thu</w:t>
            </w:r>
            <w:r w:rsidRPr="002F6785">
              <w:rPr>
                <w:sz w:val="26"/>
                <w:szCs w:val="26"/>
              </w:rPr>
              <w:t>ậ</w:t>
            </w:r>
            <w:r w:rsidRPr="002F6785">
              <w:rPr>
                <w:sz w:val="26"/>
                <w:szCs w:val="26"/>
              </w:rPr>
              <w:t>t đ</w:t>
            </w:r>
            <w:r w:rsidRPr="002F6785">
              <w:rPr>
                <w:sz w:val="26"/>
                <w:szCs w:val="26"/>
              </w:rPr>
              <w:t>ể</w:t>
            </w:r>
            <w:r w:rsidRPr="002F6785">
              <w:rPr>
                <w:sz w:val="26"/>
                <w:szCs w:val="26"/>
              </w:rPr>
              <w:t xml:space="preserve"> xác đ</w:t>
            </w:r>
            <w:r w:rsidRPr="002F6785">
              <w:rPr>
                <w:sz w:val="26"/>
                <w:szCs w:val="26"/>
              </w:rPr>
              <w:t>ị</w:t>
            </w:r>
            <w:r w:rsidRPr="002F6785">
              <w:rPr>
                <w:sz w:val="26"/>
                <w:szCs w:val="26"/>
              </w:rPr>
              <w:t>nh s</w:t>
            </w:r>
            <w:r w:rsidRPr="002F6785">
              <w:rPr>
                <w:sz w:val="26"/>
                <w:szCs w:val="26"/>
              </w:rPr>
              <w:t>ả</w:t>
            </w:r>
            <w:r w:rsidRPr="002F6785">
              <w:rPr>
                <w:sz w:val="26"/>
                <w:szCs w:val="26"/>
              </w:rPr>
              <w:t>n ph</w:t>
            </w:r>
            <w:r w:rsidRPr="002F6785">
              <w:rPr>
                <w:sz w:val="26"/>
                <w:szCs w:val="26"/>
              </w:rPr>
              <w:t>ẩ</w:t>
            </w:r>
            <w:r w:rsidRPr="002F6785">
              <w:rPr>
                <w:sz w:val="26"/>
                <w:szCs w:val="26"/>
              </w:rPr>
              <w:t>m thép nh</w:t>
            </w:r>
            <w:r w:rsidRPr="002F6785">
              <w:rPr>
                <w:sz w:val="26"/>
                <w:szCs w:val="26"/>
              </w:rPr>
              <w:t>ậ</w:t>
            </w:r>
            <w:r w:rsidRPr="002F6785">
              <w:rPr>
                <w:sz w:val="26"/>
                <w:szCs w:val="26"/>
              </w:rPr>
              <w:t>p kh</w:t>
            </w:r>
            <w:r w:rsidRPr="002F6785">
              <w:rPr>
                <w:sz w:val="26"/>
                <w:szCs w:val="26"/>
              </w:rPr>
              <w:t>ẩ</w:t>
            </w:r>
            <w:r w:rsidRPr="002F6785">
              <w:rPr>
                <w:sz w:val="26"/>
                <w:szCs w:val="26"/>
              </w:rPr>
              <w:t>u l</w:t>
            </w:r>
            <w:r w:rsidRPr="002F6785">
              <w:rPr>
                <w:sz w:val="26"/>
                <w:szCs w:val="26"/>
              </w:rPr>
              <w:t>ầ</w:t>
            </w:r>
            <w:r w:rsidRPr="002F6785">
              <w:rPr>
                <w:sz w:val="26"/>
                <w:szCs w:val="26"/>
              </w:rPr>
              <w:t>n ti</w:t>
            </w:r>
            <w:r w:rsidRPr="002F6785">
              <w:rPr>
                <w:sz w:val="26"/>
                <w:szCs w:val="26"/>
              </w:rPr>
              <w:t>ế</w:t>
            </w:r>
            <w:r w:rsidRPr="002F6785">
              <w:rPr>
                <w:sz w:val="26"/>
                <w:szCs w:val="26"/>
              </w:rPr>
              <w:t>p theo là hàng hóa cùng lo</w:t>
            </w:r>
            <w:r w:rsidRPr="002F6785">
              <w:rPr>
                <w:sz w:val="26"/>
                <w:szCs w:val="26"/>
              </w:rPr>
              <w:t>ạ</w:t>
            </w:r>
            <w:r w:rsidRPr="002F6785">
              <w:rPr>
                <w:sz w:val="26"/>
                <w:szCs w:val="26"/>
              </w:rPr>
              <w:t>i khi áp d</w:t>
            </w:r>
            <w:r w:rsidRPr="002F6785">
              <w:rPr>
                <w:sz w:val="26"/>
                <w:szCs w:val="26"/>
              </w:rPr>
              <w:t>ụ</w:t>
            </w:r>
            <w:r w:rsidRPr="002F6785">
              <w:rPr>
                <w:sz w:val="26"/>
                <w:szCs w:val="26"/>
              </w:rPr>
              <w:t>ng cơ ch</w:t>
            </w:r>
            <w:r w:rsidRPr="002F6785">
              <w:rPr>
                <w:sz w:val="26"/>
                <w:szCs w:val="26"/>
              </w:rPr>
              <w:t>ế</w:t>
            </w:r>
            <w:r w:rsidRPr="002F6785">
              <w:rPr>
                <w:sz w:val="26"/>
                <w:szCs w:val="26"/>
              </w:rPr>
              <w:t xml:space="preserve"> quy đ</w:t>
            </w:r>
            <w:r w:rsidRPr="002F6785">
              <w:rPr>
                <w:sz w:val="26"/>
                <w:szCs w:val="26"/>
              </w:rPr>
              <w:t>ị</w:t>
            </w:r>
            <w:r w:rsidRPr="002F6785">
              <w:rPr>
                <w:sz w:val="26"/>
                <w:szCs w:val="26"/>
              </w:rPr>
              <w:t>nh t</w:t>
            </w:r>
            <w:r w:rsidRPr="002F6785">
              <w:rPr>
                <w:sz w:val="26"/>
                <w:szCs w:val="26"/>
              </w:rPr>
              <w:t>ạ</w:t>
            </w:r>
            <w:r w:rsidRPr="002F6785">
              <w:rPr>
                <w:sz w:val="26"/>
                <w:szCs w:val="26"/>
              </w:rPr>
              <w:t>i Đi</w:t>
            </w:r>
            <w:r w:rsidRPr="002F6785">
              <w:rPr>
                <w:sz w:val="26"/>
                <w:szCs w:val="26"/>
              </w:rPr>
              <w:t>ề</w:t>
            </w:r>
            <w:r w:rsidRPr="002F6785">
              <w:rPr>
                <w:sz w:val="26"/>
                <w:szCs w:val="26"/>
              </w:rPr>
              <w:t>u 86 Ngh</w:t>
            </w:r>
            <w:r w:rsidRPr="002F6785">
              <w:rPr>
                <w:sz w:val="26"/>
                <w:szCs w:val="26"/>
              </w:rPr>
              <w:t>ị</w:t>
            </w:r>
            <w:r w:rsidRPr="002F6785">
              <w:rPr>
                <w:sz w:val="26"/>
                <w:szCs w:val="26"/>
              </w:rPr>
              <w:t xml:space="preserve"> đ</w:t>
            </w:r>
            <w:r w:rsidRPr="002F6785">
              <w:rPr>
                <w:sz w:val="26"/>
                <w:szCs w:val="26"/>
              </w:rPr>
              <w:t>ị</w:t>
            </w:r>
            <w:r w:rsidRPr="002F6785">
              <w:rPr>
                <w:sz w:val="26"/>
                <w:szCs w:val="26"/>
              </w:rPr>
              <w:t>nh s</w:t>
            </w:r>
            <w:r w:rsidRPr="002F6785">
              <w:rPr>
                <w:sz w:val="26"/>
                <w:szCs w:val="26"/>
              </w:rPr>
              <w:t>ố</w:t>
            </w:r>
            <w:r w:rsidRPr="002F6785">
              <w:rPr>
                <w:sz w:val="26"/>
                <w:szCs w:val="26"/>
              </w:rPr>
              <w:t xml:space="preserve"> 37/2026/NĐ-CP. Do s</w:t>
            </w:r>
            <w:r w:rsidRPr="002F6785">
              <w:rPr>
                <w:sz w:val="26"/>
                <w:szCs w:val="26"/>
              </w:rPr>
              <w:t>ả</w:t>
            </w:r>
            <w:r w:rsidRPr="002F6785">
              <w:rPr>
                <w:sz w:val="26"/>
                <w:szCs w:val="26"/>
              </w:rPr>
              <w:t>n ph</w:t>
            </w:r>
            <w:r w:rsidRPr="002F6785">
              <w:rPr>
                <w:sz w:val="26"/>
                <w:szCs w:val="26"/>
              </w:rPr>
              <w:t>ẩ</w:t>
            </w:r>
            <w:r w:rsidRPr="002F6785">
              <w:rPr>
                <w:sz w:val="26"/>
                <w:szCs w:val="26"/>
              </w:rPr>
              <w:t>m thép có nhi</w:t>
            </w:r>
            <w:r w:rsidRPr="002F6785">
              <w:rPr>
                <w:sz w:val="26"/>
                <w:szCs w:val="26"/>
              </w:rPr>
              <w:t>ề</w:t>
            </w:r>
            <w:r w:rsidRPr="002F6785">
              <w:rPr>
                <w:sz w:val="26"/>
                <w:szCs w:val="26"/>
              </w:rPr>
              <w:t>u mác, c</w:t>
            </w:r>
            <w:r w:rsidRPr="002F6785">
              <w:rPr>
                <w:sz w:val="26"/>
                <w:szCs w:val="26"/>
              </w:rPr>
              <w:t>ấ</w:t>
            </w:r>
            <w:r w:rsidRPr="002F6785">
              <w:rPr>
                <w:sz w:val="26"/>
                <w:szCs w:val="26"/>
              </w:rPr>
              <w:t>p b</w:t>
            </w:r>
            <w:r w:rsidRPr="002F6785">
              <w:rPr>
                <w:sz w:val="26"/>
                <w:szCs w:val="26"/>
              </w:rPr>
              <w:t>ề</w:t>
            </w:r>
            <w:r w:rsidRPr="002F6785">
              <w:rPr>
                <w:sz w:val="26"/>
                <w:szCs w:val="26"/>
              </w:rPr>
              <w:t>n, d</w:t>
            </w:r>
            <w:r w:rsidRPr="002F6785">
              <w:rPr>
                <w:sz w:val="26"/>
                <w:szCs w:val="26"/>
              </w:rPr>
              <w:t>ạ</w:t>
            </w:r>
            <w:r w:rsidRPr="002F6785">
              <w:rPr>
                <w:sz w:val="26"/>
                <w:szCs w:val="26"/>
              </w:rPr>
              <w:t>ng s</w:t>
            </w:r>
            <w:r w:rsidRPr="002F6785">
              <w:rPr>
                <w:sz w:val="26"/>
                <w:szCs w:val="26"/>
              </w:rPr>
              <w:t>ả</w:t>
            </w:r>
            <w:r w:rsidRPr="002F6785">
              <w:rPr>
                <w:sz w:val="26"/>
                <w:szCs w:val="26"/>
              </w:rPr>
              <w:t>n ph</w:t>
            </w:r>
            <w:r w:rsidRPr="002F6785">
              <w:rPr>
                <w:sz w:val="26"/>
                <w:szCs w:val="26"/>
              </w:rPr>
              <w:t>ẩ</w:t>
            </w:r>
            <w:r w:rsidRPr="002F6785">
              <w:rPr>
                <w:sz w:val="26"/>
                <w:szCs w:val="26"/>
              </w:rPr>
              <w:t>m, phương pháp gia công và quy cách, vi</w:t>
            </w:r>
            <w:r w:rsidRPr="002F6785">
              <w:rPr>
                <w:sz w:val="26"/>
                <w:szCs w:val="26"/>
              </w:rPr>
              <w:t>ệ</w:t>
            </w:r>
            <w:r w:rsidRPr="002F6785">
              <w:rPr>
                <w:sz w:val="26"/>
                <w:szCs w:val="26"/>
              </w:rPr>
              <w:t>c xác đ</w:t>
            </w:r>
            <w:r w:rsidRPr="002F6785">
              <w:rPr>
                <w:sz w:val="26"/>
                <w:szCs w:val="26"/>
              </w:rPr>
              <w:t>ị</w:t>
            </w:r>
            <w:r w:rsidRPr="002F6785">
              <w:rPr>
                <w:sz w:val="26"/>
                <w:szCs w:val="26"/>
              </w:rPr>
              <w:t>nh rõ các tiêu chí giúp h</w:t>
            </w:r>
            <w:r w:rsidRPr="002F6785">
              <w:rPr>
                <w:sz w:val="26"/>
                <w:szCs w:val="26"/>
              </w:rPr>
              <w:t>ạ</w:t>
            </w:r>
            <w:r w:rsidRPr="002F6785">
              <w:rPr>
                <w:sz w:val="26"/>
                <w:szCs w:val="26"/>
              </w:rPr>
              <w:t>n ch</w:t>
            </w:r>
            <w:r w:rsidRPr="002F6785">
              <w:rPr>
                <w:sz w:val="26"/>
                <w:szCs w:val="26"/>
              </w:rPr>
              <w:t>ế</w:t>
            </w:r>
            <w:r w:rsidRPr="002F6785">
              <w:rPr>
                <w:sz w:val="26"/>
                <w:szCs w:val="26"/>
              </w:rPr>
              <w:t xml:space="preserve"> cách hi</w:t>
            </w:r>
            <w:r w:rsidRPr="002F6785">
              <w:rPr>
                <w:sz w:val="26"/>
                <w:szCs w:val="26"/>
              </w:rPr>
              <w:t>ể</w:t>
            </w:r>
            <w:r w:rsidRPr="002F6785">
              <w:rPr>
                <w:sz w:val="26"/>
                <w:szCs w:val="26"/>
              </w:rPr>
              <w:t>u khác nhau và b</w:t>
            </w:r>
            <w:r w:rsidRPr="002F6785">
              <w:rPr>
                <w:sz w:val="26"/>
                <w:szCs w:val="26"/>
              </w:rPr>
              <w:t>ả</w:t>
            </w:r>
            <w:r w:rsidRPr="002F6785">
              <w:rPr>
                <w:sz w:val="26"/>
                <w:szCs w:val="26"/>
              </w:rPr>
              <w:t>o đ</w:t>
            </w:r>
            <w:r w:rsidRPr="002F6785">
              <w:rPr>
                <w:sz w:val="26"/>
                <w:szCs w:val="26"/>
              </w:rPr>
              <w:t>ả</w:t>
            </w:r>
            <w:r w:rsidRPr="002F6785">
              <w:rPr>
                <w:sz w:val="26"/>
                <w:szCs w:val="26"/>
              </w:rPr>
              <w:t>m vi</w:t>
            </w:r>
            <w:r w:rsidRPr="002F6785">
              <w:rPr>
                <w:sz w:val="26"/>
                <w:szCs w:val="26"/>
              </w:rPr>
              <w:t>ệ</w:t>
            </w:r>
            <w:r w:rsidRPr="002F6785">
              <w:rPr>
                <w:sz w:val="26"/>
                <w:szCs w:val="26"/>
              </w:rPr>
              <w:t>c áp d</w:t>
            </w:r>
            <w:r w:rsidRPr="002F6785">
              <w:rPr>
                <w:sz w:val="26"/>
                <w:szCs w:val="26"/>
              </w:rPr>
              <w:t>ụ</w:t>
            </w:r>
            <w:r w:rsidRPr="002F6785">
              <w:rPr>
                <w:sz w:val="26"/>
                <w:szCs w:val="26"/>
              </w:rPr>
              <w:t>ng cơ ch</w:t>
            </w:r>
            <w:r w:rsidRPr="002F6785">
              <w:rPr>
                <w:sz w:val="26"/>
                <w:szCs w:val="26"/>
              </w:rPr>
              <w:t>ế</w:t>
            </w:r>
            <w:r w:rsidRPr="002F6785">
              <w:rPr>
                <w:sz w:val="26"/>
                <w:szCs w:val="26"/>
              </w:rPr>
              <w:t xml:space="preserve"> qu</w:t>
            </w:r>
            <w:r w:rsidRPr="002F6785">
              <w:rPr>
                <w:sz w:val="26"/>
                <w:szCs w:val="26"/>
              </w:rPr>
              <w:t>ả</w:t>
            </w:r>
            <w:r w:rsidRPr="002F6785">
              <w:rPr>
                <w:sz w:val="26"/>
                <w:szCs w:val="26"/>
              </w:rPr>
              <w:t>n lý r</w:t>
            </w:r>
            <w:r w:rsidRPr="002F6785">
              <w:rPr>
                <w:sz w:val="26"/>
                <w:szCs w:val="26"/>
              </w:rPr>
              <w:t>ủ</w:t>
            </w:r>
            <w:r w:rsidRPr="002F6785">
              <w:rPr>
                <w:sz w:val="26"/>
                <w:szCs w:val="26"/>
              </w:rPr>
              <w:t>i ro</w:t>
            </w:r>
            <w:r w:rsidRPr="002F6785">
              <w:rPr>
                <w:sz w:val="26"/>
                <w:szCs w:val="26"/>
              </w:rPr>
              <w:t xml:space="preserve"> có căn c</w:t>
            </w:r>
            <w:r w:rsidRPr="002F6785">
              <w:rPr>
                <w:sz w:val="26"/>
                <w:szCs w:val="26"/>
              </w:rPr>
              <w:t>ứ</w:t>
            </w:r>
            <w:r w:rsidRPr="002F6785">
              <w:rPr>
                <w:sz w:val="26"/>
                <w:szCs w:val="26"/>
              </w:rPr>
              <w:t xml:space="preserve"> th</w:t>
            </w:r>
            <w:r w:rsidRPr="002F6785">
              <w:rPr>
                <w:sz w:val="26"/>
                <w:szCs w:val="26"/>
              </w:rPr>
              <w:t>ố</w:t>
            </w:r>
            <w:r w:rsidRPr="002F6785">
              <w:rPr>
                <w:sz w:val="26"/>
                <w:szCs w:val="26"/>
              </w:rPr>
              <w:t>ng nh</w:t>
            </w:r>
            <w:r w:rsidRPr="002F6785">
              <w:rPr>
                <w:sz w:val="26"/>
                <w:szCs w:val="26"/>
              </w:rPr>
              <w:t>ấ</w:t>
            </w:r>
            <w:r w:rsidRPr="002F6785">
              <w:rPr>
                <w:sz w:val="26"/>
                <w:szCs w:val="26"/>
              </w:rPr>
              <w:t>t.</w:t>
            </w:r>
          </w:p>
          <w:p w:rsidR="008D4B75" w:rsidRPr="002F6785" w:rsidRDefault="00AC53F4" w:rsidP="002F6785">
            <w:pPr>
              <w:spacing w:before="60" w:after="60"/>
              <w:jc w:val="both"/>
              <w:rPr>
                <w:sz w:val="26"/>
                <w:szCs w:val="26"/>
              </w:rPr>
            </w:pPr>
            <w:r w:rsidRPr="002F6785">
              <w:rPr>
                <w:sz w:val="26"/>
                <w:szCs w:val="26"/>
              </w:rPr>
              <w:t>Quy đ</w:t>
            </w:r>
            <w:r w:rsidRPr="002F6785">
              <w:rPr>
                <w:sz w:val="26"/>
                <w:szCs w:val="26"/>
              </w:rPr>
              <w:t>ị</w:t>
            </w:r>
            <w:r w:rsidRPr="002F6785">
              <w:rPr>
                <w:sz w:val="26"/>
                <w:szCs w:val="26"/>
              </w:rPr>
              <w:t>nh cho phép thay đ</w:t>
            </w:r>
            <w:r w:rsidRPr="002F6785">
              <w:rPr>
                <w:sz w:val="26"/>
                <w:szCs w:val="26"/>
              </w:rPr>
              <w:t>ổ</w:t>
            </w:r>
            <w:r w:rsidRPr="002F6785">
              <w:rPr>
                <w:sz w:val="26"/>
                <w:szCs w:val="26"/>
              </w:rPr>
              <w:t>i kích thư</w:t>
            </w:r>
            <w:r w:rsidRPr="002F6785">
              <w:rPr>
                <w:sz w:val="26"/>
                <w:szCs w:val="26"/>
              </w:rPr>
              <w:t>ớ</w:t>
            </w:r>
            <w:r w:rsidRPr="002F6785">
              <w:rPr>
                <w:sz w:val="26"/>
                <w:szCs w:val="26"/>
              </w:rPr>
              <w:t>c, quy cách trong ph</w:t>
            </w:r>
            <w:r w:rsidRPr="002F6785">
              <w:rPr>
                <w:sz w:val="26"/>
                <w:szCs w:val="26"/>
              </w:rPr>
              <w:t>ạ</w:t>
            </w:r>
            <w:r w:rsidRPr="002F6785">
              <w:rPr>
                <w:sz w:val="26"/>
                <w:szCs w:val="26"/>
              </w:rPr>
              <w:t>m vi đã đư</w:t>
            </w:r>
            <w:r w:rsidRPr="002F6785">
              <w:rPr>
                <w:sz w:val="26"/>
                <w:szCs w:val="26"/>
              </w:rPr>
              <w:t>ợ</w:t>
            </w:r>
            <w:r w:rsidRPr="002F6785">
              <w:rPr>
                <w:sz w:val="26"/>
                <w:szCs w:val="26"/>
              </w:rPr>
              <w:t>c đánh giá n</w:t>
            </w:r>
            <w:r w:rsidRPr="002F6785">
              <w:rPr>
                <w:sz w:val="26"/>
                <w:szCs w:val="26"/>
              </w:rPr>
              <w:t>ế</w:t>
            </w:r>
            <w:r w:rsidRPr="002F6785">
              <w:rPr>
                <w:sz w:val="26"/>
                <w:szCs w:val="26"/>
              </w:rPr>
              <w:t>u không làm thay đ</w:t>
            </w:r>
            <w:r w:rsidRPr="002F6785">
              <w:rPr>
                <w:sz w:val="26"/>
                <w:szCs w:val="26"/>
              </w:rPr>
              <w:t>ổ</w:t>
            </w:r>
            <w:r w:rsidRPr="002F6785">
              <w:rPr>
                <w:sz w:val="26"/>
                <w:szCs w:val="26"/>
              </w:rPr>
              <w:t>i các y</w:t>
            </w:r>
            <w:r w:rsidRPr="002F6785">
              <w:rPr>
                <w:sz w:val="26"/>
                <w:szCs w:val="26"/>
              </w:rPr>
              <w:t>ế</w:t>
            </w:r>
            <w:r w:rsidRPr="002F6785">
              <w:rPr>
                <w:sz w:val="26"/>
                <w:szCs w:val="26"/>
              </w:rPr>
              <w:t>u t</w:t>
            </w:r>
            <w:r w:rsidRPr="002F6785">
              <w:rPr>
                <w:sz w:val="26"/>
                <w:szCs w:val="26"/>
              </w:rPr>
              <w:t>ố</w:t>
            </w:r>
            <w:r w:rsidRPr="002F6785">
              <w:rPr>
                <w:sz w:val="26"/>
                <w:szCs w:val="26"/>
              </w:rPr>
              <w:t xml:space="preserve"> quy</w:t>
            </w:r>
            <w:r w:rsidRPr="002F6785">
              <w:rPr>
                <w:sz w:val="26"/>
                <w:szCs w:val="26"/>
              </w:rPr>
              <w:t>ế</w:t>
            </w:r>
            <w:r w:rsidRPr="002F6785">
              <w:rPr>
                <w:sz w:val="26"/>
                <w:szCs w:val="26"/>
              </w:rPr>
              <w:t>t đ</w:t>
            </w:r>
            <w:r w:rsidRPr="002F6785">
              <w:rPr>
                <w:sz w:val="26"/>
                <w:szCs w:val="26"/>
              </w:rPr>
              <w:t>ị</w:t>
            </w:r>
            <w:r w:rsidRPr="002F6785">
              <w:rPr>
                <w:sz w:val="26"/>
                <w:szCs w:val="26"/>
              </w:rPr>
              <w:t>nh tính cùng lo</w:t>
            </w:r>
            <w:r w:rsidRPr="002F6785">
              <w:rPr>
                <w:sz w:val="26"/>
                <w:szCs w:val="26"/>
              </w:rPr>
              <w:t>ạ</w:t>
            </w:r>
            <w:r w:rsidRPr="002F6785">
              <w:rPr>
                <w:sz w:val="26"/>
                <w:szCs w:val="26"/>
              </w:rPr>
              <w:t>i và các ch</w:t>
            </w:r>
            <w:r w:rsidRPr="002F6785">
              <w:rPr>
                <w:sz w:val="26"/>
                <w:szCs w:val="26"/>
              </w:rPr>
              <w:t>ỉ</w:t>
            </w:r>
            <w:r w:rsidRPr="002F6785">
              <w:rPr>
                <w:sz w:val="26"/>
                <w:szCs w:val="26"/>
              </w:rPr>
              <w:t xml:space="preserve"> tiêu k</w:t>
            </w:r>
            <w:r w:rsidRPr="002F6785">
              <w:rPr>
                <w:sz w:val="26"/>
                <w:szCs w:val="26"/>
              </w:rPr>
              <w:t>ỹ</w:t>
            </w:r>
            <w:r w:rsidRPr="002F6785">
              <w:rPr>
                <w:sz w:val="26"/>
                <w:szCs w:val="26"/>
              </w:rPr>
              <w:t xml:space="preserve"> thu</w:t>
            </w:r>
            <w:r w:rsidRPr="002F6785">
              <w:rPr>
                <w:sz w:val="26"/>
                <w:szCs w:val="26"/>
              </w:rPr>
              <w:t>ậ</w:t>
            </w:r>
            <w:r w:rsidRPr="002F6785">
              <w:rPr>
                <w:sz w:val="26"/>
                <w:szCs w:val="26"/>
              </w:rPr>
              <w:t>t ph</w:t>
            </w:r>
            <w:r w:rsidRPr="002F6785">
              <w:rPr>
                <w:sz w:val="26"/>
                <w:szCs w:val="26"/>
              </w:rPr>
              <w:t>ả</w:t>
            </w:r>
            <w:r w:rsidRPr="002F6785">
              <w:rPr>
                <w:sz w:val="26"/>
                <w:szCs w:val="26"/>
              </w:rPr>
              <w:t>i ki</w:t>
            </w:r>
            <w:r w:rsidRPr="002F6785">
              <w:rPr>
                <w:sz w:val="26"/>
                <w:szCs w:val="26"/>
              </w:rPr>
              <w:t>ể</w:t>
            </w:r>
            <w:r w:rsidRPr="002F6785">
              <w:rPr>
                <w:sz w:val="26"/>
                <w:szCs w:val="26"/>
              </w:rPr>
              <w:t>m soát. T</w:t>
            </w:r>
            <w:r w:rsidRPr="002F6785">
              <w:rPr>
                <w:sz w:val="26"/>
                <w:szCs w:val="26"/>
              </w:rPr>
              <w:t>ổ</w:t>
            </w:r>
            <w:r w:rsidRPr="002F6785">
              <w:rPr>
                <w:sz w:val="26"/>
                <w:szCs w:val="26"/>
              </w:rPr>
              <w:t xml:space="preserve"> ch</w:t>
            </w:r>
            <w:r w:rsidRPr="002F6785">
              <w:rPr>
                <w:sz w:val="26"/>
                <w:szCs w:val="26"/>
              </w:rPr>
              <w:t>ứ</w:t>
            </w:r>
            <w:r w:rsidRPr="002F6785">
              <w:rPr>
                <w:sz w:val="26"/>
                <w:szCs w:val="26"/>
              </w:rPr>
              <w:t>c, cá nhân nh</w:t>
            </w:r>
            <w:r w:rsidRPr="002F6785">
              <w:rPr>
                <w:sz w:val="26"/>
                <w:szCs w:val="26"/>
              </w:rPr>
              <w:t>ậ</w:t>
            </w:r>
            <w:r w:rsidRPr="002F6785">
              <w:rPr>
                <w:sz w:val="26"/>
                <w:szCs w:val="26"/>
              </w:rPr>
              <w:t>p kh</w:t>
            </w:r>
            <w:r w:rsidRPr="002F6785">
              <w:rPr>
                <w:sz w:val="26"/>
                <w:szCs w:val="26"/>
              </w:rPr>
              <w:t>ẩ</w:t>
            </w:r>
            <w:r w:rsidRPr="002F6785">
              <w:rPr>
                <w:sz w:val="26"/>
                <w:szCs w:val="26"/>
              </w:rPr>
              <w:t>u t</w:t>
            </w:r>
            <w:r w:rsidRPr="002F6785">
              <w:rPr>
                <w:sz w:val="26"/>
                <w:szCs w:val="26"/>
              </w:rPr>
              <w:t>ự</w:t>
            </w:r>
            <w:r w:rsidRPr="002F6785">
              <w:rPr>
                <w:sz w:val="26"/>
                <w:szCs w:val="26"/>
              </w:rPr>
              <w:t xml:space="preserve"> xác đ</w:t>
            </w:r>
            <w:r w:rsidRPr="002F6785">
              <w:rPr>
                <w:sz w:val="26"/>
                <w:szCs w:val="26"/>
              </w:rPr>
              <w:t>ị</w:t>
            </w:r>
            <w:r w:rsidRPr="002F6785">
              <w:rPr>
                <w:sz w:val="26"/>
                <w:szCs w:val="26"/>
              </w:rPr>
              <w:t>nh, lưu gi</w:t>
            </w:r>
            <w:r w:rsidRPr="002F6785">
              <w:rPr>
                <w:sz w:val="26"/>
                <w:szCs w:val="26"/>
              </w:rPr>
              <w:t>ữ</w:t>
            </w:r>
            <w:r w:rsidRPr="002F6785">
              <w:rPr>
                <w:sz w:val="26"/>
                <w:szCs w:val="26"/>
              </w:rPr>
              <w:t xml:space="preserve"> h</w:t>
            </w:r>
            <w:r w:rsidRPr="002F6785">
              <w:rPr>
                <w:sz w:val="26"/>
                <w:szCs w:val="26"/>
              </w:rPr>
              <w:t>ồ</w:t>
            </w:r>
            <w:r w:rsidRPr="002F6785">
              <w:rPr>
                <w:sz w:val="26"/>
                <w:szCs w:val="26"/>
              </w:rPr>
              <w:t xml:space="preserve"> sơ</w:t>
            </w:r>
            <w:r w:rsidRPr="002F6785">
              <w:rPr>
                <w:sz w:val="26"/>
                <w:szCs w:val="26"/>
              </w:rPr>
              <w:t xml:space="preserve"> ch</w:t>
            </w:r>
            <w:r w:rsidRPr="002F6785">
              <w:rPr>
                <w:sz w:val="26"/>
                <w:szCs w:val="26"/>
              </w:rPr>
              <w:t>ứ</w:t>
            </w:r>
            <w:r w:rsidRPr="002F6785">
              <w:rPr>
                <w:sz w:val="26"/>
                <w:szCs w:val="26"/>
              </w:rPr>
              <w:t>ng minh và ch</w:t>
            </w:r>
            <w:r w:rsidRPr="002F6785">
              <w:rPr>
                <w:sz w:val="26"/>
                <w:szCs w:val="26"/>
              </w:rPr>
              <w:t>ị</w:t>
            </w:r>
            <w:r w:rsidRPr="002F6785">
              <w:rPr>
                <w:sz w:val="26"/>
                <w:szCs w:val="26"/>
              </w:rPr>
              <w:t>u trách nhi</w:t>
            </w:r>
            <w:r w:rsidRPr="002F6785">
              <w:rPr>
                <w:sz w:val="26"/>
                <w:szCs w:val="26"/>
              </w:rPr>
              <w:t>ệ</w:t>
            </w:r>
            <w:r w:rsidRPr="002F6785">
              <w:rPr>
                <w:sz w:val="26"/>
                <w:szCs w:val="26"/>
              </w:rPr>
              <w:t>m trư</w:t>
            </w:r>
            <w:r w:rsidRPr="002F6785">
              <w:rPr>
                <w:sz w:val="26"/>
                <w:szCs w:val="26"/>
              </w:rPr>
              <w:t>ớ</w:t>
            </w:r>
            <w:r w:rsidRPr="002F6785">
              <w:rPr>
                <w:sz w:val="26"/>
                <w:szCs w:val="26"/>
              </w:rPr>
              <w:t>c pháp lu</w:t>
            </w:r>
            <w:r w:rsidRPr="002F6785">
              <w:rPr>
                <w:sz w:val="26"/>
                <w:szCs w:val="26"/>
              </w:rPr>
              <w:t>ậ</w:t>
            </w:r>
            <w:r w:rsidRPr="002F6785">
              <w:rPr>
                <w:sz w:val="26"/>
                <w:szCs w:val="26"/>
              </w:rPr>
              <w:t>t; cơ quan ki</w:t>
            </w:r>
            <w:r w:rsidRPr="002F6785">
              <w:rPr>
                <w:sz w:val="26"/>
                <w:szCs w:val="26"/>
              </w:rPr>
              <w:t>ể</w:t>
            </w:r>
            <w:r w:rsidRPr="002F6785">
              <w:rPr>
                <w:sz w:val="26"/>
                <w:szCs w:val="26"/>
              </w:rPr>
              <w:t>m tra th</w:t>
            </w:r>
            <w:r w:rsidRPr="002F6785">
              <w:rPr>
                <w:sz w:val="26"/>
                <w:szCs w:val="26"/>
              </w:rPr>
              <w:t>ự</w:t>
            </w:r>
            <w:r w:rsidRPr="002F6785">
              <w:rPr>
                <w:sz w:val="26"/>
                <w:szCs w:val="26"/>
              </w:rPr>
              <w:t>c hi</w:t>
            </w:r>
            <w:r w:rsidRPr="002F6785">
              <w:rPr>
                <w:sz w:val="26"/>
                <w:szCs w:val="26"/>
              </w:rPr>
              <w:t>ệ</w:t>
            </w:r>
            <w:r w:rsidRPr="002F6785">
              <w:rPr>
                <w:sz w:val="26"/>
                <w:szCs w:val="26"/>
              </w:rPr>
              <w:t>n đ</w:t>
            </w:r>
            <w:r w:rsidRPr="002F6785">
              <w:rPr>
                <w:sz w:val="26"/>
                <w:szCs w:val="26"/>
              </w:rPr>
              <w:t>ố</w:t>
            </w:r>
            <w:r w:rsidRPr="002F6785">
              <w:rPr>
                <w:sz w:val="26"/>
                <w:szCs w:val="26"/>
              </w:rPr>
              <w:t>i chi</w:t>
            </w:r>
            <w:r w:rsidRPr="002F6785">
              <w:rPr>
                <w:sz w:val="26"/>
                <w:szCs w:val="26"/>
              </w:rPr>
              <w:t>ế</w:t>
            </w:r>
            <w:r w:rsidRPr="002F6785">
              <w:rPr>
                <w:sz w:val="26"/>
                <w:szCs w:val="26"/>
              </w:rPr>
              <w:t>u trong h</w:t>
            </w:r>
            <w:r w:rsidRPr="002F6785">
              <w:rPr>
                <w:sz w:val="26"/>
                <w:szCs w:val="26"/>
              </w:rPr>
              <w:t>ậ</w:t>
            </w:r>
            <w:r w:rsidRPr="002F6785">
              <w:rPr>
                <w:sz w:val="26"/>
                <w:szCs w:val="26"/>
              </w:rPr>
              <w:t>u ki</w:t>
            </w:r>
            <w:r w:rsidRPr="002F6785">
              <w:rPr>
                <w:sz w:val="26"/>
                <w:szCs w:val="26"/>
              </w:rPr>
              <w:t>ể</w:t>
            </w:r>
            <w:r w:rsidRPr="002F6785">
              <w:rPr>
                <w:sz w:val="26"/>
                <w:szCs w:val="26"/>
              </w:rPr>
              <w:t>m, không phát sinh th</w:t>
            </w:r>
            <w:r w:rsidRPr="002F6785">
              <w:rPr>
                <w:sz w:val="26"/>
                <w:szCs w:val="26"/>
              </w:rPr>
              <w:t>ủ</w:t>
            </w:r>
            <w:r w:rsidRPr="002F6785">
              <w:rPr>
                <w:sz w:val="26"/>
                <w:szCs w:val="26"/>
              </w:rPr>
              <w:t xml:space="preserve"> t</w:t>
            </w:r>
            <w:r w:rsidRPr="002F6785">
              <w:rPr>
                <w:sz w:val="26"/>
                <w:szCs w:val="26"/>
              </w:rPr>
              <w:t>ụ</w:t>
            </w:r>
            <w:r w:rsidRPr="002F6785">
              <w:rPr>
                <w:sz w:val="26"/>
                <w:szCs w:val="26"/>
              </w:rPr>
              <w:t>c xin xác nh</w:t>
            </w:r>
            <w:r w:rsidRPr="002F6785">
              <w:rPr>
                <w:sz w:val="26"/>
                <w:szCs w:val="26"/>
              </w:rPr>
              <w:t>ậ</w:t>
            </w:r>
            <w:r w:rsidRPr="002F6785">
              <w:rPr>
                <w:sz w:val="26"/>
                <w:szCs w:val="26"/>
              </w:rPr>
              <w:t>n trư</w:t>
            </w:r>
            <w:r w:rsidRPr="002F6785">
              <w:rPr>
                <w:sz w:val="26"/>
                <w:szCs w:val="26"/>
              </w:rPr>
              <w:t>ớ</w:t>
            </w:r>
            <w:r w:rsidRPr="002F6785">
              <w:rPr>
                <w:sz w:val="26"/>
                <w:szCs w:val="26"/>
              </w:rPr>
              <w:t>c.</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lastRenderedPageBreak/>
              <w:t>Điề</w:t>
            </w:r>
            <w:r w:rsidRPr="002F6785">
              <w:rPr>
                <w:b/>
                <w:sz w:val="26"/>
                <w:szCs w:val="26"/>
              </w:rPr>
              <w:t xml:space="preserve">u 12. </w:t>
            </w:r>
            <w:r w:rsidR="00BF13A5" w:rsidRPr="002F6785">
              <w:rPr>
                <w:b/>
                <w:sz w:val="26"/>
                <w:szCs w:val="26"/>
              </w:rPr>
              <w:t>Liên kết hồ sơ của thép nhập khẩu</w:t>
            </w:r>
          </w:p>
        </w:tc>
        <w:tc>
          <w:tcPr>
            <w:tcW w:w="6636" w:type="dxa"/>
          </w:tcPr>
          <w:p w:rsidR="00BF13A5" w:rsidRPr="002F6785" w:rsidRDefault="00BF13A5" w:rsidP="002F6785">
            <w:pPr>
              <w:spacing w:before="60" w:after="60"/>
              <w:jc w:val="both"/>
              <w:rPr>
                <w:sz w:val="26"/>
                <w:szCs w:val="26"/>
              </w:rPr>
            </w:pPr>
            <w:r w:rsidRPr="002F6785">
              <w:rPr>
                <w:sz w:val="26"/>
                <w:szCs w:val="26"/>
              </w:rPr>
              <w:t>1. Chứng chỉ chất lượng của nhà sản xuất, kết quả thử nghiệm, chứng nhận hợp quy, hồ sơ hải quan và dữ liệu truy xuất nguồn gốc phải liên kết được với lô hàng nhập khẩu thông qua mác thép, mã mẻ luyện hoặc mã lô sản phẩm, cơ sở sản xuất, số lượng hoặc khối lượng và thông tin nhận diện khác.</w:t>
            </w:r>
          </w:p>
          <w:p w:rsidR="00BF13A5" w:rsidRPr="002F6785" w:rsidRDefault="00BF13A5" w:rsidP="002F6785">
            <w:pPr>
              <w:spacing w:before="60" w:after="60"/>
              <w:jc w:val="both"/>
              <w:rPr>
                <w:sz w:val="26"/>
                <w:szCs w:val="26"/>
              </w:rPr>
            </w:pPr>
            <w:r w:rsidRPr="002F6785">
              <w:rPr>
                <w:sz w:val="26"/>
                <w:szCs w:val="26"/>
              </w:rPr>
              <w:t>2. Trường hợp một lô hàng gồm nhiều mác thép, mẻ luyện hoặc lô sản phẩm, hồ sơ phải phân tách hoặc lập bảng đối chiếu để xác định kết quả chất lượng tương ứng với từng phần của lô hàng.</w:t>
            </w:r>
          </w:p>
          <w:p w:rsidR="005B442E" w:rsidRPr="002F6785" w:rsidRDefault="00BF13A5" w:rsidP="002F6785">
            <w:pPr>
              <w:spacing w:before="60" w:after="60"/>
              <w:jc w:val="both"/>
              <w:rPr>
                <w:sz w:val="26"/>
                <w:szCs w:val="26"/>
              </w:rPr>
            </w:pPr>
            <w:r w:rsidRPr="002F6785">
              <w:rPr>
                <w:sz w:val="26"/>
                <w:szCs w:val="26"/>
              </w:rPr>
              <w:t xml:space="preserve">3. Sai khác không ảnh hưởng đến nhận diện, chất lượng hoặc khả năng truy xuất được phép giải trình, khắc phục theo quy định của pháp luật. Không kết luận sản phẩm không phù hợp chất lượng chỉ căn cứ vào lỗi hình thức có thể khắc phục của </w:t>
            </w:r>
            <w:r w:rsidRPr="002F6785">
              <w:rPr>
                <w:sz w:val="26"/>
                <w:szCs w:val="26"/>
              </w:rPr>
              <w:lastRenderedPageBreak/>
              <w:t>hồ sơ, trừ trường hợp lỗi đó làm mất khả năng xác định sự phù hợp hoặc có dấu hiệu gian lận.</w:t>
            </w:r>
          </w:p>
        </w:tc>
        <w:tc>
          <w:tcPr>
            <w:tcW w:w="5760" w:type="dxa"/>
          </w:tcPr>
          <w:p w:rsidR="008D4B75" w:rsidRPr="002F6785" w:rsidRDefault="00AC53F4" w:rsidP="002F6785">
            <w:pPr>
              <w:spacing w:before="60" w:after="60"/>
              <w:jc w:val="both"/>
              <w:rPr>
                <w:sz w:val="26"/>
                <w:szCs w:val="26"/>
              </w:rPr>
            </w:pPr>
            <w:r w:rsidRPr="002F6785">
              <w:rPr>
                <w:sz w:val="26"/>
                <w:szCs w:val="26"/>
              </w:rPr>
              <w:lastRenderedPageBreak/>
              <w:t>Quy đ</w:t>
            </w:r>
            <w:r w:rsidRPr="002F6785">
              <w:rPr>
                <w:sz w:val="26"/>
                <w:szCs w:val="26"/>
              </w:rPr>
              <w:t>ị</w:t>
            </w:r>
            <w:r w:rsidRPr="002F6785">
              <w:rPr>
                <w:sz w:val="26"/>
                <w:szCs w:val="26"/>
              </w:rPr>
              <w:t>nh nh</w:t>
            </w:r>
            <w:r w:rsidRPr="002F6785">
              <w:rPr>
                <w:sz w:val="26"/>
                <w:szCs w:val="26"/>
              </w:rPr>
              <w:t>ằ</w:t>
            </w:r>
            <w:r w:rsidRPr="002F6785">
              <w:rPr>
                <w:sz w:val="26"/>
                <w:szCs w:val="26"/>
              </w:rPr>
              <w:t>m b</w:t>
            </w:r>
            <w:r w:rsidRPr="002F6785">
              <w:rPr>
                <w:sz w:val="26"/>
                <w:szCs w:val="26"/>
              </w:rPr>
              <w:t>ả</w:t>
            </w:r>
            <w:r w:rsidRPr="002F6785">
              <w:rPr>
                <w:sz w:val="26"/>
                <w:szCs w:val="26"/>
              </w:rPr>
              <w:t>o đ</w:t>
            </w:r>
            <w:r w:rsidRPr="002F6785">
              <w:rPr>
                <w:sz w:val="26"/>
                <w:szCs w:val="26"/>
              </w:rPr>
              <w:t>ả</w:t>
            </w:r>
            <w:r w:rsidRPr="002F6785">
              <w:rPr>
                <w:sz w:val="26"/>
                <w:szCs w:val="26"/>
              </w:rPr>
              <w:t>m các tài li</w:t>
            </w:r>
            <w:r w:rsidRPr="002F6785">
              <w:rPr>
                <w:sz w:val="26"/>
                <w:szCs w:val="26"/>
              </w:rPr>
              <w:t>ệ</w:t>
            </w:r>
            <w:r w:rsidRPr="002F6785">
              <w:rPr>
                <w:sz w:val="26"/>
                <w:szCs w:val="26"/>
              </w:rPr>
              <w:t>u, d</w:t>
            </w:r>
            <w:r w:rsidRPr="002F6785">
              <w:rPr>
                <w:sz w:val="26"/>
                <w:szCs w:val="26"/>
              </w:rPr>
              <w:t>ữ</w:t>
            </w:r>
            <w:r w:rsidRPr="002F6785">
              <w:rPr>
                <w:sz w:val="26"/>
                <w:szCs w:val="26"/>
              </w:rPr>
              <w:t xml:space="preserve"> li</w:t>
            </w:r>
            <w:r w:rsidRPr="002F6785">
              <w:rPr>
                <w:sz w:val="26"/>
                <w:szCs w:val="26"/>
              </w:rPr>
              <w:t>ệ</w:t>
            </w:r>
            <w:r w:rsidRPr="002F6785">
              <w:rPr>
                <w:sz w:val="26"/>
                <w:szCs w:val="26"/>
              </w:rPr>
              <w:t>u ch</w:t>
            </w:r>
            <w:r w:rsidRPr="002F6785">
              <w:rPr>
                <w:sz w:val="26"/>
                <w:szCs w:val="26"/>
              </w:rPr>
              <w:t>ấ</w:t>
            </w:r>
            <w:r w:rsidRPr="002F6785">
              <w:rPr>
                <w:sz w:val="26"/>
                <w:szCs w:val="26"/>
              </w:rPr>
              <w:t>t lư</w:t>
            </w:r>
            <w:r w:rsidRPr="002F6785">
              <w:rPr>
                <w:sz w:val="26"/>
                <w:szCs w:val="26"/>
              </w:rPr>
              <w:t>ợ</w:t>
            </w:r>
            <w:r w:rsidRPr="002F6785">
              <w:rPr>
                <w:sz w:val="26"/>
                <w:szCs w:val="26"/>
              </w:rPr>
              <w:t>ng c</w:t>
            </w:r>
            <w:r w:rsidRPr="002F6785">
              <w:rPr>
                <w:sz w:val="26"/>
                <w:szCs w:val="26"/>
              </w:rPr>
              <w:t>ủ</w:t>
            </w:r>
            <w:r w:rsidRPr="002F6785">
              <w:rPr>
                <w:sz w:val="26"/>
                <w:szCs w:val="26"/>
              </w:rPr>
              <w:t>a thép nh</w:t>
            </w:r>
            <w:r w:rsidRPr="002F6785">
              <w:rPr>
                <w:sz w:val="26"/>
                <w:szCs w:val="26"/>
              </w:rPr>
              <w:t>ậ</w:t>
            </w:r>
            <w:r w:rsidRPr="002F6785">
              <w:rPr>
                <w:sz w:val="26"/>
                <w:szCs w:val="26"/>
              </w:rPr>
              <w:t>p kh</w:t>
            </w:r>
            <w:r w:rsidRPr="002F6785">
              <w:rPr>
                <w:sz w:val="26"/>
                <w:szCs w:val="26"/>
              </w:rPr>
              <w:t>ẩ</w:t>
            </w:r>
            <w:r w:rsidRPr="002F6785">
              <w:rPr>
                <w:sz w:val="26"/>
                <w:szCs w:val="26"/>
              </w:rPr>
              <w:t>u có th</w:t>
            </w:r>
            <w:r w:rsidRPr="002F6785">
              <w:rPr>
                <w:sz w:val="26"/>
                <w:szCs w:val="26"/>
              </w:rPr>
              <w:t>ể</w:t>
            </w:r>
            <w:r w:rsidRPr="002F6785">
              <w:rPr>
                <w:sz w:val="26"/>
                <w:szCs w:val="26"/>
              </w:rPr>
              <w:t xml:space="preserve"> liên k</w:t>
            </w:r>
            <w:r w:rsidRPr="002F6785">
              <w:rPr>
                <w:sz w:val="26"/>
                <w:szCs w:val="26"/>
              </w:rPr>
              <w:t>ế</w:t>
            </w:r>
            <w:r w:rsidRPr="002F6785">
              <w:rPr>
                <w:sz w:val="26"/>
                <w:szCs w:val="26"/>
              </w:rPr>
              <w:t>t và đ</w:t>
            </w:r>
            <w:r w:rsidRPr="002F6785">
              <w:rPr>
                <w:sz w:val="26"/>
                <w:szCs w:val="26"/>
              </w:rPr>
              <w:t>ố</w:t>
            </w:r>
            <w:r w:rsidRPr="002F6785">
              <w:rPr>
                <w:sz w:val="26"/>
                <w:szCs w:val="26"/>
              </w:rPr>
              <w:t>i chi</w:t>
            </w:r>
            <w:r w:rsidRPr="002F6785">
              <w:rPr>
                <w:sz w:val="26"/>
                <w:szCs w:val="26"/>
              </w:rPr>
              <w:t>ế</w:t>
            </w:r>
            <w:r w:rsidRPr="002F6785">
              <w:rPr>
                <w:sz w:val="26"/>
                <w:szCs w:val="26"/>
              </w:rPr>
              <w:t>u đư</w:t>
            </w:r>
            <w:r w:rsidRPr="002F6785">
              <w:rPr>
                <w:sz w:val="26"/>
                <w:szCs w:val="26"/>
              </w:rPr>
              <w:t>ợ</w:t>
            </w:r>
            <w:r w:rsidRPr="002F6785">
              <w:rPr>
                <w:sz w:val="26"/>
                <w:szCs w:val="26"/>
              </w:rPr>
              <w:t>c v</w:t>
            </w:r>
            <w:r w:rsidRPr="002F6785">
              <w:rPr>
                <w:sz w:val="26"/>
                <w:szCs w:val="26"/>
              </w:rPr>
              <w:t>ớ</w:t>
            </w:r>
            <w:r w:rsidRPr="002F6785">
              <w:rPr>
                <w:sz w:val="26"/>
                <w:szCs w:val="26"/>
              </w:rPr>
              <w:t>i lô hàng th</w:t>
            </w:r>
            <w:r w:rsidRPr="002F6785">
              <w:rPr>
                <w:sz w:val="26"/>
                <w:szCs w:val="26"/>
              </w:rPr>
              <w:t>ự</w:t>
            </w:r>
            <w:r w:rsidRPr="002F6785">
              <w:rPr>
                <w:sz w:val="26"/>
                <w:szCs w:val="26"/>
              </w:rPr>
              <w:t>c t</w:t>
            </w:r>
            <w:r w:rsidRPr="002F6785">
              <w:rPr>
                <w:sz w:val="26"/>
                <w:szCs w:val="26"/>
              </w:rPr>
              <w:t>ế</w:t>
            </w:r>
            <w:r w:rsidRPr="002F6785">
              <w:rPr>
                <w:sz w:val="26"/>
                <w:szCs w:val="26"/>
              </w:rPr>
              <w:t xml:space="preserve"> thông qua các thông tin nh</w:t>
            </w:r>
            <w:r w:rsidRPr="002F6785">
              <w:rPr>
                <w:sz w:val="26"/>
                <w:szCs w:val="26"/>
              </w:rPr>
              <w:t>ậ</w:t>
            </w:r>
            <w:r w:rsidRPr="002F6785">
              <w:rPr>
                <w:sz w:val="26"/>
                <w:szCs w:val="26"/>
              </w:rPr>
              <w:t>n di</w:t>
            </w:r>
            <w:r w:rsidRPr="002F6785">
              <w:rPr>
                <w:sz w:val="26"/>
                <w:szCs w:val="26"/>
              </w:rPr>
              <w:t>ệ</w:t>
            </w:r>
            <w:r w:rsidRPr="002F6785">
              <w:rPr>
                <w:sz w:val="26"/>
                <w:szCs w:val="26"/>
              </w:rPr>
              <w:t>n phù h</w:t>
            </w:r>
            <w:r w:rsidRPr="002F6785">
              <w:rPr>
                <w:sz w:val="26"/>
                <w:szCs w:val="26"/>
              </w:rPr>
              <w:t>ợ</w:t>
            </w:r>
            <w:r w:rsidRPr="002F6785">
              <w:rPr>
                <w:sz w:val="26"/>
                <w:szCs w:val="26"/>
              </w:rPr>
              <w:t>p. Đ</w:t>
            </w:r>
            <w:r w:rsidRPr="002F6785">
              <w:rPr>
                <w:sz w:val="26"/>
                <w:szCs w:val="26"/>
              </w:rPr>
              <w:t>ố</w:t>
            </w:r>
            <w:r w:rsidRPr="002F6785">
              <w:rPr>
                <w:sz w:val="26"/>
                <w:szCs w:val="26"/>
              </w:rPr>
              <w:t>i v</w:t>
            </w:r>
            <w:r w:rsidRPr="002F6785">
              <w:rPr>
                <w:sz w:val="26"/>
                <w:szCs w:val="26"/>
              </w:rPr>
              <w:t>ớ</w:t>
            </w:r>
            <w:r w:rsidRPr="002F6785">
              <w:rPr>
                <w:sz w:val="26"/>
                <w:szCs w:val="26"/>
              </w:rPr>
              <w:t>i lô hàng g</w:t>
            </w:r>
            <w:r w:rsidRPr="002F6785">
              <w:rPr>
                <w:sz w:val="26"/>
                <w:szCs w:val="26"/>
              </w:rPr>
              <w:t>ồ</w:t>
            </w:r>
            <w:r w:rsidRPr="002F6785">
              <w:rPr>
                <w:sz w:val="26"/>
                <w:szCs w:val="26"/>
              </w:rPr>
              <w:t>m nhi</w:t>
            </w:r>
            <w:r w:rsidRPr="002F6785">
              <w:rPr>
                <w:sz w:val="26"/>
                <w:szCs w:val="26"/>
              </w:rPr>
              <w:t>ề</w:t>
            </w:r>
            <w:r w:rsidRPr="002F6785">
              <w:rPr>
                <w:sz w:val="26"/>
                <w:szCs w:val="26"/>
              </w:rPr>
              <w:t>u mác thép, m</w:t>
            </w:r>
            <w:r w:rsidRPr="002F6785">
              <w:rPr>
                <w:sz w:val="26"/>
                <w:szCs w:val="26"/>
              </w:rPr>
              <w:t>ẻ</w:t>
            </w:r>
            <w:r w:rsidRPr="002F6785">
              <w:rPr>
                <w:sz w:val="26"/>
                <w:szCs w:val="26"/>
              </w:rPr>
              <w:t xml:space="preserve"> luy</w:t>
            </w:r>
            <w:r w:rsidRPr="002F6785">
              <w:rPr>
                <w:sz w:val="26"/>
                <w:szCs w:val="26"/>
              </w:rPr>
              <w:t>ệ</w:t>
            </w:r>
            <w:r w:rsidRPr="002F6785">
              <w:rPr>
                <w:sz w:val="26"/>
                <w:szCs w:val="26"/>
              </w:rPr>
              <w:t>n ho</w:t>
            </w:r>
            <w:r w:rsidRPr="002F6785">
              <w:rPr>
                <w:sz w:val="26"/>
                <w:szCs w:val="26"/>
              </w:rPr>
              <w:t>ặ</w:t>
            </w:r>
            <w:r w:rsidRPr="002F6785">
              <w:rPr>
                <w:sz w:val="26"/>
                <w:szCs w:val="26"/>
              </w:rPr>
              <w:t>c lô s</w:t>
            </w:r>
            <w:r w:rsidRPr="002F6785">
              <w:rPr>
                <w:sz w:val="26"/>
                <w:szCs w:val="26"/>
              </w:rPr>
              <w:t>ả</w:t>
            </w:r>
            <w:r w:rsidRPr="002F6785">
              <w:rPr>
                <w:sz w:val="26"/>
                <w:szCs w:val="26"/>
              </w:rPr>
              <w:t>n ph</w:t>
            </w:r>
            <w:r w:rsidRPr="002F6785">
              <w:rPr>
                <w:sz w:val="26"/>
                <w:szCs w:val="26"/>
              </w:rPr>
              <w:t>ẩ</w:t>
            </w:r>
            <w:r w:rsidRPr="002F6785">
              <w:rPr>
                <w:sz w:val="26"/>
                <w:szCs w:val="26"/>
              </w:rPr>
              <w:t>m, vi</w:t>
            </w:r>
            <w:r w:rsidRPr="002F6785">
              <w:rPr>
                <w:sz w:val="26"/>
                <w:szCs w:val="26"/>
              </w:rPr>
              <w:t>ệ</w:t>
            </w:r>
            <w:r w:rsidRPr="002F6785">
              <w:rPr>
                <w:sz w:val="26"/>
                <w:szCs w:val="26"/>
              </w:rPr>
              <w:t>c phân tách ho</w:t>
            </w:r>
            <w:r w:rsidRPr="002F6785">
              <w:rPr>
                <w:sz w:val="26"/>
                <w:szCs w:val="26"/>
              </w:rPr>
              <w:t>ặ</w:t>
            </w:r>
            <w:r w:rsidRPr="002F6785">
              <w:rPr>
                <w:sz w:val="26"/>
                <w:szCs w:val="26"/>
              </w:rPr>
              <w:t>c l</w:t>
            </w:r>
            <w:r w:rsidRPr="002F6785">
              <w:rPr>
                <w:sz w:val="26"/>
                <w:szCs w:val="26"/>
              </w:rPr>
              <w:t>ậ</w:t>
            </w:r>
            <w:r w:rsidRPr="002F6785">
              <w:rPr>
                <w:sz w:val="26"/>
                <w:szCs w:val="26"/>
              </w:rPr>
              <w:t>p b</w:t>
            </w:r>
            <w:r w:rsidRPr="002F6785">
              <w:rPr>
                <w:sz w:val="26"/>
                <w:szCs w:val="26"/>
              </w:rPr>
              <w:t>ả</w:t>
            </w:r>
            <w:r w:rsidRPr="002F6785">
              <w:rPr>
                <w:sz w:val="26"/>
                <w:szCs w:val="26"/>
              </w:rPr>
              <w:t>ng đ</w:t>
            </w:r>
            <w:r w:rsidRPr="002F6785">
              <w:rPr>
                <w:sz w:val="26"/>
                <w:szCs w:val="26"/>
              </w:rPr>
              <w:t>ố</w:t>
            </w:r>
            <w:r w:rsidRPr="002F6785">
              <w:rPr>
                <w:sz w:val="26"/>
                <w:szCs w:val="26"/>
              </w:rPr>
              <w:t>i chi</w:t>
            </w:r>
            <w:r w:rsidRPr="002F6785">
              <w:rPr>
                <w:sz w:val="26"/>
                <w:szCs w:val="26"/>
              </w:rPr>
              <w:t>ế</w:t>
            </w:r>
            <w:r w:rsidRPr="002F6785">
              <w:rPr>
                <w:sz w:val="26"/>
                <w:szCs w:val="26"/>
              </w:rPr>
              <w:t>u giúp xác đ</w:t>
            </w:r>
            <w:r w:rsidRPr="002F6785">
              <w:rPr>
                <w:sz w:val="26"/>
                <w:szCs w:val="26"/>
              </w:rPr>
              <w:t>ị</w:t>
            </w:r>
            <w:r w:rsidRPr="002F6785">
              <w:rPr>
                <w:sz w:val="26"/>
                <w:szCs w:val="26"/>
              </w:rPr>
              <w:t>nh chính xác k</w:t>
            </w:r>
            <w:r w:rsidRPr="002F6785">
              <w:rPr>
                <w:sz w:val="26"/>
                <w:szCs w:val="26"/>
              </w:rPr>
              <w:t>ế</w:t>
            </w:r>
            <w:r w:rsidRPr="002F6785">
              <w:rPr>
                <w:sz w:val="26"/>
                <w:szCs w:val="26"/>
              </w:rPr>
              <w:t>t qu</w:t>
            </w:r>
            <w:r w:rsidRPr="002F6785">
              <w:rPr>
                <w:sz w:val="26"/>
                <w:szCs w:val="26"/>
              </w:rPr>
              <w:t>ả</w:t>
            </w:r>
            <w:r w:rsidRPr="002F6785">
              <w:rPr>
                <w:sz w:val="26"/>
                <w:szCs w:val="26"/>
              </w:rPr>
              <w:t xml:space="preserve"> ch</w:t>
            </w:r>
            <w:r w:rsidRPr="002F6785">
              <w:rPr>
                <w:sz w:val="26"/>
                <w:szCs w:val="26"/>
              </w:rPr>
              <w:t>ấ</w:t>
            </w:r>
            <w:r w:rsidRPr="002F6785">
              <w:rPr>
                <w:sz w:val="26"/>
                <w:szCs w:val="26"/>
              </w:rPr>
              <w:t>t lư</w:t>
            </w:r>
            <w:r w:rsidRPr="002F6785">
              <w:rPr>
                <w:sz w:val="26"/>
                <w:szCs w:val="26"/>
              </w:rPr>
              <w:t>ợ</w:t>
            </w:r>
            <w:r w:rsidRPr="002F6785">
              <w:rPr>
                <w:sz w:val="26"/>
                <w:szCs w:val="26"/>
              </w:rPr>
              <w:t xml:space="preserve">ng tương </w:t>
            </w:r>
            <w:r w:rsidRPr="002F6785">
              <w:rPr>
                <w:sz w:val="26"/>
                <w:szCs w:val="26"/>
              </w:rPr>
              <w:t>ứ</w:t>
            </w:r>
            <w:r w:rsidRPr="002F6785">
              <w:rPr>
                <w:sz w:val="26"/>
                <w:szCs w:val="26"/>
              </w:rPr>
              <w:t>ng v</w:t>
            </w:r>
            <w:r w:rsidRPr="002F6785">
              <w:rPr>
                <w:sz w:val="26"/>
                <w:szCs w:val="26"/>
              </w:rPr>
              <w:t>ớ</w:t>
            </w:r>
            <w:r w:rsidRPr="002F6785">
              <w:rPr>
                <w:sz w:val="26"/>
                <w:szCs w:val="26"/>
              </w:rPr>
              <w:t>i t</w:t>
            </w:r>
            <w:r w:rsidRPr="002F6785">
              <w:rPr>
                <w:sz w:val="26"/>
                <w:szCs w:val="26"/>
              </w:rPr>
              <w:t>ừ</w:t>
            </w:r>
            <w:r w:rsidRPr="002F6785">
              <w:rPr>
                <w:sz w:val="26"/>
                <w:szCs w:val="26"/>
              </w:rPr>
              <w:t>ng ph</w:t>
            </w:r>
            <w:r w:rsidRPr="002F6785">
              <w:rPr>
                <w:sz w:val="26"/>
                <w:szCs w:val="26"/>
              </w:rPr>
              <w:t>ầ</w:t>
            </w:r>
            <w:r w:rsidRPr="002F6785">
              <w:rPr>
                <w:sz w:val="26"/>
                <w:szCs w:val="26"/>
              </w:rPr>
              <w:t>n c</w:t>
            </w:r>
            <w:r w:rsidRPr="002F6785">
              <w:rPr>
                <w:sz w:val="26"/>
                <w:szCs w:val="26"/>
              </w:rPr>
              <w:t>ủ</w:t>
            </w:r>
            <w:r w:rsidRPr="002F6785">
              <w:rPr>
                <w:sz w:val="26"/>
                <w:szCs w:val="26"/>
              </w:rPr>
              <w:t>a lô hàng.</w:t>
            </w:r>
            <w:r w:rsidRPr="002F6785">
              <w:rPr>
                <w:sz w:val="26"/>
                <w:szCs w:val="26"/>
              </w:rPr>
              <w:br/>
              <w:t>Vi</w:t>
            </w:r>
            <w:r w:rsidRPr="002F6785">
              <w:rPr>
                <w:sz w:val="26"/>
                <w:szCs w:val="26"/>
              </w:rPr>
              <w:t>ệ</w:t>
            </w:r>
            <w:r w:rsidRPr="002F6785">
              <w:rPr>
                <w:sz w:val="26"/>
                <w:szCs w:val="26"/>
              </w:rPr>
              <w:t>c cho phép gi</w:t>
            </w:r>
            <w:r w:rsidRPr="002F6785">
              <w:rPr>
                <w:sz w:val="26"/>
                <w:szCs w:val="26"/>
              </w:rPr>
              <w:t>ả</w:t>
            </w:r>
            <w:r w:rsidRPr="002F6785">
              <w:rPr>
                <w:sz w:val="26"/>
                <w:szCs w:val="26"/>
              </w:rPr>
              <w:t>i trình, kh</w:t>
            </w:r>
            <w:r w:rsidRPr="002F6785">
              <w:rPr>
                <w:sz w:val="26"/>
                <w:szCs w:val="26"/>
              </w:rPr>
              <w:t>ắ</w:t>
            </w:r>
            <w:r w:rsidRPr="002F6785">
              <w:rPr>
                <w:sz w:val="26"/>
                <w:szCs w:val="26"/>
              </w:rPr>
              <w:t>c ph</w:t>
            </w:r>
            <w:r w:rsidRPr="002F6785">
              <w:rPr>
                <w:sz w:val="26"/>
                <w:szCs w:val="26"/>
              </w:rPr>
              <w:t>ụ</w:t>
            </w:r>
            <w:r w:rsidRPr="002F6785">
              <w:rPr>
                <w:sz w:val="26"/>
                <w:szCs w:val="26"/>
              </w:rPr>
              <w:t xml:space="preserve">c sai khác không </w:t>
            </w:r>
            <w:r w:rsidRPr="002F6785">
              <w:rPr>
                <w:sz w:val="26"/>
                <w:szCs w:val="26"/>
              </w:rPr>
              <w:t>ả</w:t>
            </w:r>
            <w:r w:rsidRPr="002F6785">
              <w:rPr>
                <w:sz w:val="26"/>
                <w:szCs w:val="26"/>
              </w:rPr>
              <w:t>nh hư</w:t>
            </w:r>
            <w:r w:rsidRPr="002F6785">
              <w:rPr>
                <w:sz w:val="26"/>
                <w:szCs w:val="26"/>
              </w:rPr>
              <w:t>ở</w:t>
            </w:r>
            <w:r w:rsidRPr="002F6785">
              <w:rPr>
                <w:sz w:val="26"/>
                <w:szCs w:val="26"/>
              </w:rPr>
              <w:t>ng đ</w:t>
            </w:r>
            <w:r w:rsidRPr="002F6785">
              <w:rPr>
                <w:sz w:val="26"/>
                <w:szCs w:val="26"/>
              </w:rPr>
              <w:t>ế</w:t>
            </w:r>
            <w:r w:rsidRPr="002F6785">
              <w:rPr>
                <w:sz w:val="26"/>
                <w:szCs w:val="26"/>
              </w:rPr>
              <w:t>n nh</w:t>
            </w:r>
            <w:r w:rsidRPr="002F6785">
              <w:rPr>
                <w:sz w:val="26"/>
                <w:szCs w:val="26"/>
              </w:rPr>
              <w:t>ậ</w:t>
            </w:r>
            <w:r w:rsidRPr="002F6785">
              <w:rPr>
                <w:sz w:val="26"/>
                <w:szCs w:val="26"/>
              </w:rPr>
              <w:t>n di</w:t>
            </w:r>
            <w:r w:rsidRPr="002F6785">
              <w:rPr>
                <w:sz w:val="26"/>
                <w:szCs w:val="26"/>
              </w:rPr>
              <w:t>ệ</w:t>
            </w:r>
            <w:r w:rsidRPr="002F6785">
              <w:rPr>
                <w:sz w:val="26"/>
                <w:szCs w:val="26"/>
              </w:rPr>
              <w:t>n, ch</w:t>
            </w:r>
            <w:r w:rsidRPr="002F6785">
              <w:rPr>
                <w:sz w:val="26"/>
                <w:szCs w:val="26"/>
              </w:rPr>
              <w:t>ấ</w:t>
            </w:r>
            <w:r w:rsidRPr="002F6785">
              <w:rPr>
                <w:sz w:val="26"/>
                <w:szCs w:val="26"/>
              </w:rPr>
              <w:t>t lư</w:t>
            </w:r>
            <w:r w:rsidRPr="002F6785">
              <w:rPr>
                <w:sz w:val="26"/>
                <w:szCs w:val="26"/>
              </w:rPr>
              <w:t>ợ</w:t>
            </w:r>
            <w:r w:rsidRPr="002F6785">
              <w:rPr>
                <w:sz w:val="26"/>
                <w:szCs w:val="26"/>
              </w:rPr>
              <w:t>ng ho</w:t>
            </w:r>
            <w:r w:rsidRPr="002F6785">
              <w:rPr>
                <w:sz w:val="26"/>
                <w:szCs w:val="26"/>
              </w:rPr>
              <w:t>ặ</w:t>
            </w:r>
            <w:r w:rsidRPr="002F6785">
              <w:rPr>
                <w:sz w:val="26"/>
                <w:szCs w:val="26"/>
              </w:rPr>
              <w:t>c kh</w:t>
            </w:r>
            <w:r w:rsidRPr="002F6785">
              <w:rPr>
                <w:sz w:val="26"/>
                <w:szCs w:val="26"/>
              </w:rPr>
              <w:t>ả</w:t>
            </w:r>
            <w:r w:rsidRPr="002F6785">
              <w:rPr>
                <w:sz w:val="26"/>
                <w:szCs w:val="26"/>
              </w:rPr>
              <w:t xml:space="preserve"> năng truy xu</w:t>
            </w:r>
            <w:r w:rsidRPr="002F6785">
              <w:rPr>
                <w:sz w:val="26"/>
                <w:szCs w:val="26"/>
              </w:rPr>
              <w:t>ấ</w:t>
            </w:r>
            <w:r w:rsidRPr="002F6785">
              <w:rPr>
                <w:sz w:val="26"/>
                <w:szCs w:val="26"/>
              </w:rPr>
              <w:t>t nh</w:t>
            </w:r>
            <w:r w:rsidRPr="002F6785">
              <w:rPr>
                <w:sz w:val="26"/>
                <w:szCs w:val="26"/>
              </w:rPr>
              <w:t>ằ</w:t>
            </w:r>
            <w:r w:rsidRPr="002F6785">
              <w:rPr>
                <w:sz w:val="26"/>
                <w:szCs w:val="26"/>
              </w:rPr>
              <w:t>m phân bi</w:t>
            </w:r>
            <w:r w:rsidRPr="002F6785">
              <w:rPr>
                <w:sz w:val="26"/>
                <w:szCs w:val="26"/>
              </w:rPr>
              <w:t>ệ</w:t>
            </w:r>
            <w:r w:rsidRPr="002F6785">
              <w:rPr>
                <w:sz w:val="26"/>
                <w:szCs w:val="26"/>
              </w:rPr>
              <w:t>t l</w:t>
            </w:r>
            <w:r w:rsidRPr="002F6785">
              <w:rPr>
                <w:sz w:val="26"/>
                <w:szCs w:val="26"/>
              </w:rPr>
              <w:t>ỗ</w:t>
            </w:r>
            <w:r w:rsidRPr="002F6785">
              <w:rPr>
                <w:sz w:val="26"/>
                <w:szCs w:val="26"/>
              </w:rPr>
              <w:t>i hình th</w:t>
            </w:r>
            <w:r w:rsidRPr="002F6785">
              <w:rPr>
                <w:sz w:val="26"/>
                <w:szCs w:val="26"/>
              </w:rPr>
              <w:t>ứ</w:t>
            </w:r>
            <w:r w:rsidRPr="002F6785">
              <w:rPr>
                <w:sz w:val="26"/>
                <w:szCs w:val="26"/>
              </w:rPr>
              <w:t>c có th</w:t>
            </w:r>
            <w:r w:rsidRPr="002F6785">
              <w:rPr>
                <w:sz w:val="26"/>
                <w:szCs w:val="26"/>
              </w:rPr>
              <w:t>ể</w:t>
            </w:r>
            <w:r w:rsidRPr="002F6785">
              <w:rPr>
                <w:sz w:val="26"/>
                <w:szCs w:val="26"/>
              </w:rPr>
              <w:t xml:space="preserve"> kh</w:t>
            </w:r>
            <w:r w:rsidRPr="002F6785">
              <w:rPr>
                <w:sz w:val="26"/>
                <w:szCs w:val="26"/>
              </w:rPr>
              <w:t>ắ</w:t>
            </w:r>
            <w:r w:rsidRPr="002F6785">
              <w:rPr>
                <w:sz w:val="26"/>
                <w:szCs w:val="26"/>
              </w:rPr>
              <w:t>c ph</w:t>
            </w:r>
            <w:r w:rsidRPr="002F6785">
              <w:rPr>
                <w:sz w:val="26"/>
                <w:szCs w:val="26"/>
              </w:rPr>
              <w:t>ụ</w:t>
            </w:r>
            <w:r w:rsidRPr="002F6785">
              <w:rPr>
                <w:sz w:val="26"/>
                <w:szCs w:val="26"/>
              </w:rPr>
              <w:t>c v</w:t>
            </w:r>
            <w:r w:rsidRPr="002F6785">
              <w:rPr>
                <w:sz w:val="26"/>
                <w:szCs w:val="26"/>
              </w:rPr>
              <w:t>ớ</w:t>
            </w:r>
            <w:r w:rsidRPr="002F6785">
              <w:rPr>
                <w:sz w:val="26"/>
                <w:szCs w:val="26"/>
              </w:rPr>
              <w:t>i sai khác làm m</w:t>
            </w:r>
            <w:r w:rsidRPr="002F6785">
              <w:rPr>
                <w:sz w:val="26"/>
                <w:szCs w:val="26"/>
              </w:rPr>
              <w:t>ấ</w:t>
            </w:r>
            <w:r w:rsidRPr="002F6785">
              <w:rPr>
                <w:sz w:val="26"/>
                <w:szCs w:val="26"/>
              </w:rPr>
              <w:t>t căn c</w:t>
            </w:r>
            <w:r w:rsidRPr="002F6785">
              <w:rPr>
                <w:sz w:val="26"/>
                <w:szCs w:val="26"/>
              </w:rPr>
              <w:t>ứ</w:t>
            </w:r>
            <w:r w:rsidRPr="002F6785">
              <w:rPr>
                <w:sz w:val="26"/>
                <w:szCs w:val="26"/>
              </w:rPr>
              <w:t xml:space="preserve"> xác đ</w:t>
            </w:r>
            <w:r w:rsidRPr="002F6785">
              <w:rPr>
                <w:sz w:val="26"/>
                <w:szCs w:val="26"/>
              </w:rPr>
              <w:t>ị</w:t>
            </w:r>
            <w:r w:rsidRPr="002F6785">
              <w:rPr>
                <w:sz w:val="26"/>
                <w:szCs w:val="26"/>
              </w:rPr>
              <w:t>nh s</w:t>
            </w:r>
            <w:r w:rsidRPr="002F6785">
              <w:rPr>
                <w:sz w:val="26"/>
                <w:szCs w:val="26"/>
              </w:rPr>
              <w:t>ự</w:t>
            </w:r>
            <w:r w:rsidRPr="002F6785">
              <w:rPr>
                <w:sz w:val="26"/>
                <w:szCs w:val="26"/>
              </w:rPr>
              <w:t xml:space="preserve"> phù h</w:t>
            </w:r>
            <w:r w:rsidRPr="002F6785">
              <w:rPr>
                <w:sz w:val="26"/>
                <w:szCs w:val="26"/>
              </w:rPr>
              <w:t>ợ</w:t>
            </w:r>
            <w:r w:rsidRPr="002F6785">
              <w:rPr>
                <w:sz w:val="26"/>
                <w:szCs w:val="26"/>
              </w:rPr>
              <w:t>p ho</w:t>
            </w:r>
            <w:r w:rsidRPr="002F6785">
              <w:rPr>
                <w:sz w:val="26"/>
                <w:szCs w:val="26"/>
              </w:rPr>
              <w:t>ặ</w:t>
            </w:r>
            <w:r w:rsidRPr="002F6785">
              <w:rPr>
                <w:sz w:val="26"/>
                <w:szCs w:val="26"/>
              </w:rPr>
              <w:t>c có d</w:t>
            </w:r>
            <w:r w:rsidRPr="002F6785">
              <w:rPr>
                <w:sz w:val="26"/>
                <w:szCs w:val="26"/>
              </w:rPr>
              <w:t>ấ</w:t>
            </w:r>
            <w:r w:rsidRPr="002F6785">
              <w:rPr>
                <w:sz w:val="26"/>
                <w:szCs w:val="26"/>
              </w:rPr>
              <w:t>u hi</w:t>
            </w:r>
            <w:r w:rsidRPr="002F6785">
              <w:rPr>
                <w:sz w:val="26"/>
                <w:szCs w:val="26"/>
              </w:rPr>
              <w:t>ệ</w:t>
            </w:r>
            <w:r w:rsidRPr="002F6785">
              <w:rPr>
                <w:sz w:val="26"/>
                <w:szCs w:val="26"/>
              </w:rPr>
              <w:t>u gian l</w:t>
            </w:r>
            <w:r w:rsidRPr="002F6785">
              <w:rPr>
                <w:sz w:val="26"/>
                <w:szCs w:val="26"/>
              </w:rPr>
              <w:t>ậ</w:t>
            </w:r>
            <w:r w:rsidRPr="002F6785">
              <w:rPr>
                <w:sz w:val="26"/>
                <w:szCs w:val="26"/>
              </w:rPr>
              <w:t>n. Cách quy đ</w:t>
            </w:r>
            <w:r w:rsidRPr="002F6785">
              <w:rPr>
                <w:sz w:val="26"/>
                <w:szCs w:val="26"/>
              </w:rPr>
              <w:t>ị</w:t>
            </w:r>
            <w:r w:rsidRPr="002F6785">
              <w:rPr>
                <w:sz w:val="26"/>
                <w:szCs w:val="26"/>
              </w:rPr>
              <w:t>nh này b</w:t>
            </w:r>
            <w:r w:rsidRPr="002F6785">
              <w:rPr>
                <w:sz w:val="26"/>
                <w:szCs w:val="26"/>
              </w:rPr>
              <w:t>ả</w:t>
            </w:r>
            <w:r w:rsidRPr="002F6785">
              <w:rPr>
                <w:sz w:val="26"/>
                <w:szCs w:val="26"/>
              </w:rPr>
              <w:t>o đ</w:t>
            </w:r>
            <w:r w:rsidRPr="002F6785">
              <w:rPr>
                <w:sz w:val="26"/>
                <w:szCs w:val="26"/>
              </w:rPr>
              <w:t>ả</w:t>
            </w:r>
            <w:r w:rsidRPr="002F6785">
              <w:rPr>
                <w:sz w:val="26"/>
                <w:szCs w:val="26"/>
              </w:rPr>
              <w:t>m ki</w:t>
            </w:r>
            <w:r w:rsidRPr="002F6785">
              <w:rPr>
                <w:sz w:val="26"/>
                <w:szCs w:val="26"/>
              </w:rPr>
              <w:t>ể</w:t>
            </w:r>
            <w:r w:rsidRPr="002F6785">
              <w:rPr>
                <w:sz w:val="26"/>
                <w:szCs w:val="26"/>
              </w:rPr>
              <w:t>m soát th</w:t>
            </w:r>
            <w:r w:rsidRPr="002F6785">
              <w:rPr>
                <w:sz w:val="26"/>
                <w:szCs w:val="26"/>
              </w:rPr>
              <w:t>ự</w:t>
            </w:r>
            <w:r w:rsidRPr="002F6785">
              <w:rPr>
                <w:sz w:val="26"/>
                <w:szCs w:val="26"/>
              </w:rPr>
              <w:t>c ch</w:t>
            </w:r>
            <w:r w:rsidRPr="002F6785">
              <w:rPr>
                <w:sz w:val="26"/>
                <w:szCs w:val="26"/>
              </w:rPr>
              <w:t>ấ</w:t>
            </w:r>
            <w:r w:rsidRPr="002F6785">
              <w:rPr>
                <w:sz w:val="26"/>
                <w:szCs w:val="26"/>
              </w:rPr>
              <w:t>t ch</w:t>
            </w:r>
            <w:r w:rsidRPr="002F6785">
              <w:rPr>
                <w:sz w:val="26"/>
                <w:szCs w:val="26"/>
              </w:rPr>
              <w:t>ấ</w:t>
            </w:r>
            <w:r w:rsidRPr="002F6785">
              <w:rPr>
                <w:sz w:val="26"/>
                <w:szCs w:val="26"/>
              </w:rPr>
              <w:t>t lư</w:t>
            </w:r>
            <w:r w:rsidRPr="002F6785">
              <w:rPr>
                <w:sz w:val="26"/>
                <w:szCs w:val="26"/>
              </w:rPr>
              <w:t>ợ</w:t>
            </w:r>
            <w:r w:rsidRPr="002F6785">
              <w:rPr>
                <w:sz w:val="26"/>
                <w:szCs w:val="26"/>
              </w:rPr>
              <w:t>ng hàng hóa, đ</w:t>
            </w:r>
            <w:r w:rsidRPr="002F6785">
              <w:rPr>
                <w:sz w:val="26"/>
                <w:szCs w:val="26"/>
              </w:rPr>
              <w:t>ồ</w:t>
            </w:r>
            <w:r w:rsidRPr="002F6785">
              <w:rPr>
                <w:sz w:val="26"/>
                <w:szCs w:val="26"/>
              </w:rPr>
              <w:t>ng th</w:t>
            </w:r>
            <w:r w:rsidRPr="002F6785">
              <w:rPr>
                <w:sz w:val="26"/>
                <w:szCs w:val="26"/>
              </w:rPr>
              <w:t>ờ</w:t>
            </w:r>
            <w:r w:rsidRPr="002F6785">
              <w:rPr>
                <w:sz w:val="26"/>
                <w:szCs w:val="26"/>
              </w:rPr>
              <w:t xml:space="preserve">i </w:t>
            </w:r>
            <w:r w:rsidRPr="002F6785">
              <w:rPr>
                <w:sz w:val="26"/>
                <w:szCs w:val="26"/>
              </w:rPr>
              <w:lastRenderedPageBreak/>
              <w:t>tránh k</w:t>
            </w:r>
            <w:r w:rsidRPr="002F6785">
              <w:rPr>
                <w:sz w:val="26"/>
                <w:szCs w:val="26"/>
              </w:rPr>
              <w:t>ế</w:t>
            </w:r>
            <w:r w:rsidRPr="002F6785">
              <w:rPr>
                <w:sz w:val="26"/>
                <w:szCs w:val="26"/>
              </w:rPr>
              <w:t xml:space="preserve">t </w:t>
            </w:r>
            <w:r w:rsidRPr="002F6785">
              <w:rPr>
                <w:sz w:val="26"/>
                <w:szCs w:val="26"/>
              </w:rPr>
              <w:t>lu</w:t>
            </w:r>
            <w:r w:rsidRPr="002F6785">
              <w:rPr>
                <w:sz w:val="26"/>
                <w:szCs w:val="26"/>
              </w:rPr>
              <w:t>ậ</w:t>
            </w:r>
            <w:r w:rsidRPr="002F6785">
              <w:rPr>
                <w:sz w:val="26"/>
                <w:szCs w:val="26"/>
              </w:rPr>
              <w:t>n b</w:t>
            </w:r>
            <w:r w:rsidRPr="002F6785">
              <w:rPr>
                <w:sz w:val="26"/>
                <w:szCs w:val="26"/>
              </w:rPr>
              <w:t>ấ</w:t>
            </w:r>
            <w:r w:rsidRPr="002F6785">
              <w:rPr>
                <w:sz w:val="26"/>
                <w:szCs w:val="26"/>
              </w:rPr>
              <w:t>t l</w:t>
            </w:r>
            <w:r w:rsidRPr="002F6785">
              <w:rPr>
                <w:sz w:val="26"/>
                <w:szCs w:val="26"/>
              </w:rPr>
              <w:t>ợ</w:t>
            </w:r>
            <w:r w:rsidRPr="002F6785">
              <w:rPr>
                <w:sz w:val="26"/>
                <w:szCs w:val="26"/>
              </w:rPr>
              <w:t>i ch</w:t>
            </w:r>
            <w:r w:rsidRPr="002F6785">
              <w:rPr>
                <w:sz w:val="26"/>
                <w:szCs w:val="26"/>
              </w:rPr>
              <w:t>ỉ</w:t>
            </w:r>
            <w:r w:rsidRPr="002F6785">
              <w:rPr>
                <w:sz w:val="26"/>
                <w:szCs w:val="26"/>
              </w:rPr>
              <w:t xml:space="preserve"> d</w:t>
            </w:r>
            <w:r w:rsidRPr="002F6785">
              <w:rPr>
                <w:sz w:val="26"/>
                <w:szCs w:val="26"/>
              </w:rPr>
              <w:t>ự</w:t>
            </w:r>
            <w:r w:rsidRPr="002F6785">
              <w:rPr>
                <w:sz w:val="26"/>
                <w:szCs w:val="26"/>
              </w:rPr>
              <w:t>a trên sai sót h</w:t>
            </w:r>
            <w:r w:rsidRPr="002F6785">
              <w:rPr>
                <w:sz w:val="26"/>
                <w:szCs w:val="26"/>
              </w:rPr>
              <w:t>ồ</w:t>
            </w:r>
            <w:r w:rsidRPr="002F6785">
              <w:rPr>
                <w:sz w:val="26"/>
                <w:szCs w:val="26"/>
              </w:rPr>
              <w:t xml:space="preserve"> sơ không </w:t>
            </w:r>
            <w:r w:rsidRPr="002F6785">
              <w:rPr>
                <w:sz w:val="26"/>
                <w:szCs w:val="26"/>
              </w:rPr>
              <w:t>ả</w:t>
            </w:r>
            <w:r w:rsidRPr="002F6785">
              <w:rPr>
                <w:sz w:val="26"/>
                <w:szCs w:val="26"/>
              </w:rPr>
              <w:t>nh hư</w:t>
            </w:r>
            <w:r w:rsidRPr="002F6785">
              <w:rPr>
                <w:sz w:val="26"/>
                <w:szCs w:val="26"/>
              </w:rPr>
              <w:t>ở</w:t>
            </w:r>
            <w:r w:rsidRPr="002F6785">
              <w:rPr>
                <w:sz w:val="26"/>
                <w:szCs w:val="26"/>
              </w:rPr>
              <w:t>ng đ</w:t>
            </w:r>
            <w:r w:rsidRPr="002F6785">
              <w:rPr>
                <w:sz w:val="26"/>
                <w:szCs w:val="26"/>
              </w:rPr>
              <w:t>ế</w:t>
            </w:r>
            <w:r w:rsidRPr="002F6785">
              <w:rPr>
                <w:sz w:val="26"/>
                <w:szCs w:val="26"/>
              </w:rPr>
              <w:t>n b</w:t>
            </w:r>
            <w:r w:rsidRPr="002F6785">
              <w:rPr>
                <w:sz w:val="26"/>
                <w:szCs w:val="26"/>
              </w:rPr>
              <w:t>ả</w:t>
            </w:r>
            <w:r w:rsidRPr="002F6785">
              <w:rPr>
                <w:sz w:val="26"/>
                <w:szCs w:val="26"/>
              </w:rPr>
              <w:t>n ch</w:t>
            </w:r>
            <w:r w:rsidRPr="002F6785">
              <w:rPr>
                <w:sz w:val="26"/>
                <w:szCs w:val="26"/>
              </w:rPr>
              <w:t>ấ</w:t>
            </w:r>
            <w:r w:rsidRPr="002F6785">
              <w:rPr>
                <w:sz w:val="26"/>
                <w:szCs w:val="26"/>
              </w:rPr>
              <w:t>t c</w:t>
            </w:r>
            <w:r w:rsidRPr="002F6785">
              <w:rPr>
                <w:sz w:val="26"/>
                <w:szCs w:val="26"/>
              </w:rPr>
              <w:t>ủ</w:t>
            </w:r>
            <w:r w:rsidRPr="002F6785">
              <w:rPr>
                <w:sz w:val="26"/>
                <w:szCs w:val="26"/>
              </w:rPr>
              <w:t>a lô hàng.</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lastRenderedPageBreak/>
              <w:t>Điề</w:t>
            </w:r>
            <w:r w:rsidRPr="002F6785">
              <w:rPr>
                <w:b/>
                <w:sz w:val="26"/>
                <w:szCs w:val="26"/>
              </w:rPr>
              <w:t xml:space="preserve">u 13. </w:t>
            </w:r>
            <w:r w:rsidR="00BF13A5" w:rsidRPr="002F6785">
              <w:rPr>
                <w:b/>
                <w:sz w:val="26"/>
                <w:szCs w:val="26"/>
              </w:rPr>
              <w:t>Tính chất, mục tiêu và nguyên tắc kiểm tra</w:t>
            </w:r>
            <w:r w:rsidR="009F2007" w:rsidRPr="002F6785">
              <w:rPr>
                <w:b/>
                <w:sz w:val="26"/>
                <w:szCs w:val="26"/>
              </w:rPr>
              <w:t xml:space="preserve"> chất lượng thép</w:t>
            </w:r>
            <w:r w:rsidR="00BF13A5" w:rsidRPr="002F6785">
              <w:rPr>
                <w:b/>
                <w:sz w:val="26"/>
                <w:szCs w:val="26"/>
              </w:rPr>
              <w:t xml:space="preserve"> tại nguồn</w:t>
            </w:r>
          </w:p>
        </w:tc>
        <w:tc>
          <w:tcPr>
            <w:tcW w:w="6636" w:type="dxa"/>
          </w:tcPr>
          <w:p w:rsidR="009F2007" w:rsidRPr="002F6785" w:rsidRDefault="00531C35" w:rsidP="002F6785">
            <w:pPr>
              <w:widowControl w:val="0"/>
              <w:spacing w:before="60" w:after="60"/>
              <w:jc w:val="both"/>
              <w:rPr>
                <w:rFonts w:cs="Times New Roman"/>
                <w:sz w:val="26"/>
                <w:szCs w:val="26"/>
              </w:rPr>
            </w:pPr>
            <w:r w:rsidRPr="002F6785">
              <w:rPr>
                <w:rFonts w:cs="Times New Roman"/>
                <w:sz w:val="26"/>
                <w:szCs w:val="26"/>
              </w:rPr>
              <w:t>1. Kiểm tra chất lượng thép tại nguồn là biện pháp hậu kiểm theo rủi ro, được thực hiện sau khi sản phẩm thép của cơ sở sản xuất ở nước ngoài đã được nhập khẩu, đưa ra lưu thông tại Việt Nam. Việc kiểm tra được thực hiện trên cơ sở phối hợp với cơ sở sản xuất, phù hợp với pháp luật của nước sở tại; không phải là điều kiện thông quan, thủ tục hành chính đối với người nhập khẩu, thủ tục đánh giá sự phù hợp và không thay thế kiểm tra nhà nước về chất lượng hàng hóa nhập khẩu theo quy định.</w:t>
            </w:r>
          </w:p>
          <w:p w:rsidR="009F2007" w:rsidRPr="002F6785" w:rsidRDefault="009F2007" w:rsidP="002F6785">
            <w:pPr>
              <w:widowControl w:val="0"/>
              <w:spacing w:before="60" w:after="60"/>
              <w:jc w:val="both"/>
              <w:rPr>
                <w:rFonts w:cs="Times New Roman"/>
                <w:sz w:val="26"/>
                <w:szCs w:val="26"/>
              </w:rPr>
            </w:pPr>
            <w:r w:rsidRPr="002F6785">
              <w:rPr>
                <w:rFonts w:cs="Times New Roman"/>
                <w:sz w:val="26"/>
                <w:szCs w:val="26"/>
              </w:rPr>
              <w:t>2. Kiểm tra chất lượng thép tại nguồn nhằm các mục tiêu sau đây:</w:t>
            </w:r>
          </w:p>
          <w:p w:rsidR="009F2007" w:rsidRPr="002F6785" w:rsidRDefault="009F2007" w:rsidP="002F6785">
            <w:pPr>
              <w:widowControl w:val="0"/>
              <w:spacing w:before="60" w:after="60"/>
              <w:jc w:val="both"/>
              <w:rPr>
                <w:rFonts w:cs="Times New Roman"/>
                <w:sz w:val="26"/>
                <w:szCs w:val="26"/>
              </w:rPr>
            </w:pPr>
            <w:r w:rsidRPr="002F6785">
              <w:rPr>
                <w:rFonts w:cs="Times New Roman"/>
                <w:sz w:val="26"/>
                <w:szCs w:val="26"/>
              </w:rPr>
              <w:t>a) Xác minh khả năng duy trì sự phù hợp của sản phẩm thép đã và đang được cung cấp vào Việt Nam;</w:t>
            </w:r>
          </w:p>
          <w:p w:rsidR="009F2007" w:rsidRPr="002F6785" w:rsidRDefault="009F2007" w:rsidP="002F6785">
            <w:pPr>
              <w:widowControl w:val="0"/>
              <w:spacing w:before="60" w:after="60"/>
              <w:jc w:val="both"/>
              <w:rPr>
                <w:rFonts w:cs="Times New Roman"/>
                <w:sz w:val="26"/>
                <w:szCs w:val="26"/>
              </w:rPr>
            </w:pPr>
            <w:r w:rsidRPr="002F6785">
              <w:rPr>
                <w:rFonts w:cs="Times New Roman"/>
                <w:sz w:val="26"/>
                <w:szCs w:val="26"/>
              </w:rPr>
              <w:t>b) Xác minh tính xác thực, tính nhất quán và khả năng liên kết của hồ sơ chất lượng, chứng chỉ chất lượng của nhà sản xuất và dữ liệu truy xuất nguồn gốc;</w:t>
            </w:r>
          </w:p>
          <w:p w:rsidR="009F2007" w:rsidRPr="002F6785" w:rsidRDefault="009F2007" w:rsidP="002F6785">
            <w:pPr>
              <w:widowControl w:val="0"/>
              <w:spacing w:before="60" w:after="60"/>
              <w:jc w:val="both"/>
              <w:rPr>
                <w:rFonts w:cs="Times New Roman"/>
                <w:sz w:val="26"/>
                <w:szCs w:val="26"/>
              </w:rPr>
            </w:pPr>
            <w:r w:rsidRPr="002F6785">
              <w:rPr>
                <w:rFonts w:cs="Times New Roman"/>
                <w:sz w:val="26"/>
                <w:szCs w:val="26"/>
              </w:rPr>
              <w:t>c) Xác định nguyên nhân có tính hệ thống, phạm vi lô sản phẩm bị ảnh hưởng và hiệu lực của biện pháp khắc phục khi phát hiện sản phẩm không phù hợp;</w:t>
            </w:r>
          </w:p>
          <w:p w:rsidR="009F2007" w:rsidRPr="002F6785" w:rsidRDefault="009F2007" w:rsidP="002F6785">
            <w:pPr>
              <w:widowControl w:val="0"/>
              <w:spacing w:before="60" w:after="60"/>
              <w:jc w:val="both"/>
              <w:rPr>
                <w:rFonts w:cs="Times New Roman"/>
                <w:sz w:val="26"/>
                <w:szCs w:val="26"/>
              </w:rPr>
            </w:pPr>
            <w:r w:rsidRPr="002F6785">
              <w:rPr>
                <w:rFonts w:cs="Times New Roman"/>
                <w:sz w:val="26"/>
                <w:szCs w:val="26"/>
              </w:rPr>
              <w:t>d) Thu thập thông tin phục vụ cảnh báo, thu hồi, kiểm tra trên thị trường, đánh giá lịch sử tuân thủ và điều chỉnh đối tượng, nội dung, tần suất kiểm tra theo quy định của pháp luật.</w:t>
            </w:r>
          </w:p>
          <w:p w:rsidR="009F2007" w:rsidRPr="002F6785" w:rsidRDefault="009F2007" w:rsidP="002F6785">
            <w:pPr>
              <w:widowControl w:val="0"/>
              <w:spacing w:before="60" w:after="60"/>
              <w:jc w:val="both"/>
              <w:rPr>
                <w:rFonts w:cs="Times New Roman"/>
                <w:sz w:val="26"/>
                <w:szCs w:val="26"/>
              </w:rPr>
            </w:pPr>
            <w:r w:rsidRPr="002F6785">
              <w:rPr>
                <w:rFonts w:cs="Times New Roman"/>
                <w:sz w:val="26"/>
                <w:szCs w:val="26"/>
              </w:rPr>
              <w:t>3. Việc kiểm tra phải đúng đối tượng, mục tiêu và phạm vi; dựa trên bằng chứng; không can thiệp vào bí mật công nghệ ngoài nội dung cần xác minh; không yêu cầu đánh giá lại toàn bộ hệ thống quản lý nếu không liên quan trực tiếp đến rủi ro hoặc sự không phù hợp cần kiểm tra.</w:t>
            </w:r>
          </w:p>
          <w:p w:rsidR="005B442E" w:rsidRPr="002F6785" w:rsidRDefault="005B442E" w:rsidP="002F6785">
            <w:pPr>
              <w:spacing w:before="60" w:after="60"/>
              <w:jc w:val="both"/>
              <w:rPr>
                <w:sz w:val="26"/>
                <w:szCs w:val="26"/>
              </w:rPr>
            </w:pPr>
          </w:p>
        </w:tc>
        <w:tc>
          <w:tcPr>
            <w:tcW w:w="5760" w:type="dxa"/>
          </w:tcPr>
          <w:p w:rsidR="002F6785" w:rsidRDefault="00AC53F4" w:rsidP="002F6785">
            <w:pPr>
              <w:spacing w:before="60" w:after="60"/>
              <w:jc w:val="both"/>
              <w:rPr>
                <w:sz w:val="26"/>
                <w:szCs w:val="26"/>
              </w:rPr>
            </w:pPr>
            <w:r w:rsidRPr="002F6785">
              <w:rPr>
                <w:sz w:val="26"/>
                <w:szCs w:val="26"/>
              </w:rPr>
              <w:lastRenderedPageBreak/>
              <w:t>Đi</w:t>
            </w:r>
            <w:r w:rsidRPr="002F6785">
              <w:rPr>
                <w:sz w:val="26"/>
                <w:szCs w:val="26"/>
              </w:rPr>
              <w:t>ề</w:t>
            </w:r>
            <w:r w:rsidRPr="002F6785">
              <w:rPr>
                <w:sz w:val="26"/>
                <w:szCs w:val="26"/>
              </w:rPr>
              <w:t>u này xác đ</w:t>
            </w:r>
            <w:r w:rsidRPr="002F6785">
              <w:rPr>
                <w:sz w:val="26"/>
                <w:szCs w:val="26"/>
              </w:rPr>
              <w:t>ị</w:t>
            </w:r>
            <w:r w:rsidRPr="002F6785">
              <w:rPr>
                <w:sz w:val="26"/>
                <w:szCs w:val="26"/>
              </w:rPr>
              <w:t>nh rõ b</w:t>
            </w:r>
            <w:r w:rsidRPr="002F6785">
              <w:rPr>
                <w:sz w:val="26"/>
                <w:szCs w:val="26"/>
              </w:rPr>
              <w:t>ả</w:t>
            </w:r>
            <w:r w:rsidRPr="002F6785">
              <w:rPr>
                <w:sz w:val="26"/>
                <w:szCs w:val="26"/>
              </w:rPr>
              <w:t>n ch</w:t>
            </w:r>
            <w:r w:rsidRPr="002F6785">
              <w:rPr>
                <w:sz w:val="26"/>
                <w:szCs w:val="26"/>
              </w:rPr>
              <w:t>ấ</w:t>
            </w:r>
            <w:r w:rsidRPr="002F6785">
              <w:rPr>
                <w:sz w:val="26"/>
                <w:szCs w:val="26"/>
              </w:rPr>
              <w:t>t c</w:t>
            </w:r>
            <w:r w:rsidRPr="002F6785">
              <w:rPr>
                <w:sz w:val="26"/>
                <w:szCs w:val="26"/>
              </w:rPr>
              <w:t>ủ</w:t>
            </w:r>
            <w:r w:rsidRPr="002F6785">
              <w:rPr>
                <w:sz w:val="26"/>
                <w:szCs w:val="26"/>
              </w:rPr>
              <w:t>a ki</w:t>
            </w:r>
            <w:r w:rsidRPr="002F6785">
              <w:rPr>
                <w:sz w:val="26"/>
                <w:szCs w:val="26"/>
              </w:rPr>
              <w:t>ể</w:t>
            </w:r>
            <w:r w:rsidRPr="002F6785">
              <w:rPr>
                <w:sz w:val="26"/>
                <w:szCs w:val="26"/>
              </w:rPr>
              <w:t>m tra ch</w:t>
            </w:r>
            <w:r w:rsidRPr="002F6785">
              <w:rPr>
                <w:sz w:val="26"/>
                <w:szCs w:val="26"/>
              </w:rPr>
              <w:t>ấ</w:t>
            </w:r>
            <w:r w:rsidRPr="002F6785">
              <w:rPr>
                <w:sz w:val="26"/>
                <w:szCs w:val="26"/>
              </w:rPr>
              <w:t>t lư</w:t>
            </w:r>
            <w:r w:rsidRPr="002F6785">
              <w:rPr>
                <w:sz w:val="26"/>
                <w:szCs w:val="26"/>
              </w:rPr>
              <w:t>ợ</w:t>
            </w:r>
            <w:r w:rsidRPr="002F6785">
              <w:rPr>
                <w:sz w:val="26"/>
                <w:szCs w:val="26"/>
              </w:rPr>
              <w:t>ng thép t</w:t>
            </w:r>
            <w:r w:rsidRPr="002F6785">
              <w:rPr>
                <w:sz w:val="26"/>
                <w:szCs w:val="26"/>
              </w:rPr>
              <w:t>ạ</w:t>
            </w:r>
            <w:r w:rsidRPr="002F6785">
              <w:rPr>
                <w:sz w:val="26"/>
                <w:szCs w:val="26"/>
              </w:rPr>
              <w:t>i ngu</w:t>
            </w:r>
            <w:r w:rsidRPr="002F6785">
              <w:rPr>
                <w:sz w:val="26"/>
                <w:szCs w:val="26"/>
              </w:rPr>
              <w:t>ồ</w:t>
            </w:r>
            <w:r w:rsidRPr="002F6785">
              <w:rPr>
                <w:sz w:val="26"/>
                <w:szCs w:val="26"/>
              </w:rPr>
              <w:t>n là bi</w:t>
            </w:r>
            <w:r w:rsidRPr="002F6785">
              <w:rPr>
                <w:sz w:val="26"/>
                <w:szCs w:val="26"/>
              </w:rPr>
              <w:t>ệ</w:t>
            </w:r>
            <w:r w:rsidRPr="002F6785">
              <w:rPr>
                <w:sz w:val="26"/>
                <w:szCs w:val="26"/>
              </w:rPr>
              <w:t>n pháp</w:t>
            </w:r>
            <w:r w:rsidRPr="002F6785">
              <w:rPr>
                <w:sz w:val="26"/>
                <w:szCs w:val="26"/>
              </w:rPr>
              <w:t xml:space="preserve"> h</w:t>
            </w:r>
            <w:r w:rsidRPr="002F6785">
              <w:rPr>
                <w:sz w:val="26"/>
                <w:szCs w:val="26"/>
              </w:rPr>
              <w:t>ậ</w:t>
            </w:r>
            <w:r w:rsidRPr="002F6785">
              <w:rPr>
                <w:sz w:val="26"/>
                <w:szCs w:val="26"/>
              </w:rPr>
              <w:t>u ki</w:t>
            </w:r>
            <w:r w:rsidRPr="002F6785">
              <w:rPr>
                <w:sz w:val="26"/>
                <w:szCs w:val="26"/>
              </w:rPr>
              <w:t>ể</w:t>
            </w:r>
            <w:r w:rsidRPr="002F6785">
              <w:rPr>
                <w:sz w:val="26"/>
                <w:szCs w:val="26"/>
              </w:rPr>
              <w:t>m theo r</w:t>
            </w:r>
            <w:r w:rsidRPr="002F6785">
              <w:rPr>
                <w:sz w:val="26"/>
                <w:szCs w:val="26"/>
              </w:rPr>
              <w:t>ủ</w:t>
            </w:r>
            <w:r w:rsidRPr="002F6785">
              <w:rPr>
                <w:sz w:val="26"/>
                <w:szCs w:val="26"/>
              </w:rPr>
              <w:t>i ro đ</w:t>
            </w:r>
            <w:r w:rsidRPr="002F6785">
              <w:rPr>
                <w:sz w:val="26"/>
                <w:szCs w:val="26"/>
              </w:rPr>
              <w:t>ố</w:t>
            </w:r>
            <w:r w:rsidRPr="002F6785">
              <w:rPr>
                <w:sz w:val="26"/>
                <w:szCs w:val="26"/>
              </w:rPr>
              <w:t>i v</w:t>
            </w:r>
            <w:r w:rsidRPr="002F6785">
              <w:rPr>
                <w:sz w:val="26"/>
                <w:szCs w:val="26"/>
              </w:rPr>
              <w:t>ớ</w:t>
            </w:r>
            <w:r w:rsidRPr="002F6785">
              <w:rPr>
                <w:sz w:val="26"/>
                <w:szCs w:val="26"/>
              </w:rPr>
              <w:t>i cơ s</w:t>
            </w:r>
            <w:r w:rsidRPr="002F6785">
              <w:rPr>
                <w:sz w:val="26"/>
                <w:szCs w:val="26"/>
              </w:rPr>
              <w:t>ở</w:t>
            </w:r>
            <w:r w:rsidRPr="002F6785">
              <w:rPr>
                <w:sz w:val="26"/>
                <w:szCs w:val="26"/>
              </w:rPr>
              <w:t xml:space="preserve"> s</w:t>
            </w:r>
            <w:r w:rsidRPr="002F6785">
              <w:rPr>
                <w:sz w:val="26"/>
                <w:szCs w:val="26"/>
              </w:rPr>
              <w:t>ả</w:t>
            </w:r>
            <w:r w:rsidRPr="002F6785">
              <w:rPr>
                <w:sz w:val="26"/>
                <w:szCs w:val="26"/>
              </w:rPr>
              <w:t>n xu</w:t>
            </w:r>
            <w:r w:rsidRPr="002F6785">
              <w:rPr>
                <w:sz w:val="26"/>
                <w:szCs w:val="26"/>
              </w:rPr>
              <w:t>ấ</w:t>
            </w:r>
            <w:r w:rsidRPr="002F6785">
              <w:rPr>
                <w:sz w:val="26"/>
                <w:szCs w:val="26"/>
              </w:rPr>
              <w:t xml:space="preserve">t </w:t>
            </w:r>
            <w:r w:rsidRPr="002F6785">
              <w:rPr>
                <w:sz w:val="26"/>
                <w:szCs w:val="26"/>
              </w:rPr>
              <w:t>ở</w:t>
            </w:r>
            <w:r w:rsidRPr="002F6785">
              <w:rPr>
                <w:sz w:val="26"/>
                <w:szCs w:val="26"/>
              </w:rPr>
              <w:t xml:space="preserve"> nư</w:t>
            </w:r>
            <w:r w:rsidRPr="002F6785">
              <w:rPr>
                <w:sz w:val="26"/>
                <w:szCs w:val="26"/>
              </w:rPr>
              <w:t>ớ</w:t>
            </w:r>
            <w:r w:rsidRPr="002F6785">
              <w:rPr>
                <w:sz w:val="26"/>
                <w:szCs w:val="26"/>
              </w:rPr>
              <w:t>c ngoài, đư</w:t>
            </w:r>
            <w:r w:rsidRPr="002F6785">
              <w:rPr>
                <w:sz w:val="26"/>
                <w:szCs w:val="26"/>
              </w:rPr>
              <w:t>ợ</w:t>
            </w:r>
            <w:r w:rsidRPr="002F6785">
              <w:rPr>
                <w:sz w:val="26"/>
                <w:szCs w:val="26"/>
              </w:rPr>
              <w:t>c th</w:t>
            </w:r>
            <w:r w:rsidRPr="002F6785">
              <w:rPr>
                <w:sz w:val="26"/>
                <w:szCs w:val="26"/>
              </w:rPr>
              <w:t>ự</w:t>
            </w:r>
            <w:r w:rsidRPr="002F6785">
              <w:rPr>
                <w:sz w:val="26"/>
                <w:szCs w:val="26"/>
              </w:rPr>
              <w:t>c hi</w:t>
            </w:r>
            <w:r w:rsidRPr="002F6785">
              <w:rPr>
                <w:sz w:val="26"/>
                <w:szCs w:val="26"/>
              </w:rPr>
              <w:t>ệ</w:t>
            </w:r>
            <w:r w:rsidRPr="002F6785">
              <w:rPr>
                <w:sz w:val="26"/>
                <w:szCs w:val="26"/>
              </w:rPr>
              <w:t>n sau khi s</w:t>
            </w:r>
            <w:r w:rsidRPr="002F6785">
              <w:rPr>
                <w:sz w:val="26"/>
                <w:szCs w:val="26"/>
              </w:rPr>
              <w:t>ả</w:t>
            </w:r>
            <w:r w:rsidRPr="002F6785">
              <w:rPr>
                <w:sz w:val="26"/>
                <w:szCs w:val="26"/>
              </w:rPr>
              <w:t>n ph</w:t>
            </w:r>
            <w:r w:rsidRPr="002F6785">
              <w:rPr>
                <w:sz w:val="26"/>
                <w:szCs w:val="26"/>
              </w:rPr>
              <w:t>ẩ</w:t>
            </w:r>
            <w:r w:rsidRPr="002F6785">
              <w:rPr>
                <w:sz w:val="26"/>
                <w:szCs w:val="26"/>
              </w:rPr>
              <w:t>m đã đư</w:t>
            </w:r>
            <w:r w:rsidRPr="002F6785">
              <w:rPr>
                <w:sz w:val="26"/>
                <w:szCs w:val="26"/>
              </w:rPr>
              <w:t>ợ</w:t>
            </w:r>
            <w:r w:rsidRPr="002F6785">
              <w:rPr>
                <w:sz w:val="26"/>
                <w:szCs w:val="26"/>
              </w:rPr>
              <w:t>c nh</w:t>
            </w:r>
            <w:r w:rsidRPr="002F6785">
              <w:rPr>
                <w:sz w:val="26"/>
                <w:szCs w:val="26"/>
              </w:rPr>
              <w:t>ậ</w:t>
            </w:r>
            <w:r w:rsidRPr="002F6785">
              <w:rPr>
                <w:sz w:val="26"/>
                <w:szCs w:val="26"/>
              </w:rPr>
              <w:t>p kh</w:t>
            </w:r>
            <w:r w:rsidRPr="002F6785">
              <w:rPr>
                <w:sz w:val="26"/>
                <w:szCs w:val="26"/>
              </w:rPr>
              <w:t>ẩ</w:t>
            </w:r>
            <w:r w:rsidRPr="002F6785">
              <w:rPr>
                <w:sz w:val="26"/>
                <w:szCs w:val="26"/>
              </w:rPr>
              <w:t>u và đưa ra lưu thông t</w:t>
            </w:r>
            <w:r w:rsidRPr="002F6785">
              <w:rPr>
                <w:sz w:val="26"/>
                <w:szCs w:val="26"/>
              </w:rPr>
              <w:t>ạ</w:t>
            </w:r>
            <w:r w:rsidRPr="002F6785">
              <w:rPr>
                <w:sz w:val="26"/>
                <w:szCs w:val="26"/>
              </w:rPr>
              <w:t>i Vi</w:t>
            </w:r>
            <w:r w:rsidRPr="002F6785">
              <w:rPr>
                <w:sz w:val="26"/>
                <w:szCs w:val="26"/>
              </w:rPr>
              <w:t>ệ</w:t>
            </w:r>
            <w:r w:rsidRPr="002F6785">
              <w:rPr>
                <w:sz w:val="26"/>
                <w:szCs w:val="26"/>
              </w:rPr>
              <w:t>t Nam. Vi</w:t>
            </w:r>
            <w:r w:rsidRPr="002F6785">
              <w:rPr>
                <w:sz w:val="26"/>
                <w:szCs w:val="26"/>
              </w:rPr>
              <w:t>ệ</w:t>
            </w:r>
            <w:r w:rsidRPr="002F6785">
              <w:rPr>
                <w:sz w:val="26"/>
                <w:szCs w:val="26"/>
              </w:rPr>
              <w:t>c kh</w:t>
            </w:r>
            <w:r w:rsidRPr="002F6785">
              <w:rPr>
                <w:sz w:val="26"/>
                <w:szCs w:val="26"/>
              </w:rPr>
              <w:t>ẳ</w:t>
            </w:r>
            <w:r w:rsidRPr="002F6785">
              <w:rPr>
                <w:sz w:val="26"/>
                <w:szCs w:val="26"/>
              </w:rPr>
              <w:t>ng đ</w:t>
            </w:r>
            <w:r w:rsidRPr="002F6785">
              <w:rPr>
                <w:sz w:val="26"/>
                <w:szCs w:val="26"/>
              </w:rPr>
              <w:t>ị</w:t>
            </w:r>
            <w:r w:rsidRPr="002F6785">
              <w:rPr>
                <w:sz w:val="26"/>
                <w:szCs w:val="26"/>
              </w:rPr>
              <w:t>nh ho</w:t>
            </w:r>
            <w:r w:rsidRPr="002F6785">
              <w:rPr>
                <w:sz w:val="26"/>
                <w:szCs w:val="26"/>
              </w:rPr>
              <w:t>ạ</w:t>
            </w:r>
            <w:r w:rsidRPr="002F6785">
              <w:rPr>
                <w:sz w:val="26"/>
                <w:szCs w:val="26"/>
              </w:rPr>
              <w:t>t đ</w:t>
            </w:r>
            <w:r w:rsidRPr="002F6785">
              <w:rPr>
                <w:sz w:val="26"/>
                <w:szCs w:val="26"/>
              </w:rPr>
              <w:t>ộ</w:t>
            </w:r>
            <w:r w:rsidRPr="002F6785">
              <w:rPr>
                <w:sz w:val="26"/>
                <w:szCs w:val="26"/>
              </w:rPr>
              <w:t>ng này không ph</w:t>
            </w:r>
            <w:r w:rsidRPr="002F6785">
              <w:rPr>
                <w:sz w:val="26"/>
                <w:szCs w:val="26"/>
              </w:rPr>
              <w:t>ả</w:t>
            </w:r>
            <w:r w:rsidRPr="002F6785">
              <w:rPr>
                <w:sz w:val="26"/>
                <w:szCs w:val="26"/>
              </w:rPr>
              <w:t>i đi</w:t>
            </w:r>
            <w:r w:rsidRPr="002F6785">
              <w:rPr>
                <w:sz w:val="26"/>
                <w:szCs w:val="26"/>
              </w:rPr>
              <w:t>ề</w:t>
            </w:r>
            <w:r w:rsidRPr="002F6785">
              <w:rPr>
                <w:sz w:val="26"/>
                <w:szCs w:val="26"/>
              </w:rPr>
              <w:t>u ki</w:t>
            </w:r>
            <w:r w:rsidRPr="002F6785">
              <w:rPr>
                <w:sz w:val="26"/>
                <w:szCs w:val="26"/>
              </w:rPr>
              <w:t>ệ</w:t>
            </w:r>
            <w:r w:rsidRPr="002F6785">
              <w:rPr>
                <w:sz w:val="26"/>
                <w:szCs w:val="26"/>
              </w:rPr>
              <w:t>n thông quan, không ph</w:t>
            </w:r>
            <w:r w:rsidRPr="002F6785">
              <w:rPr>
                <w:sz w:val="26"/>
                <w:szCs w:val="26"/>
              </w:rPr>
              <w:t>ả</w:t>
            </w:r>
            <w:r w:rsidRPr="002F6785">
              <w:rPr>
                <w:sz w:val="26"/>
                <w:szCs w:val="26"/>
              </w:rPr>
              <w:t>i th</w:t>
            </w:r>
            <w:r w:rsidRPr="002F6785">
              <w:rPr>
                <w:sz w:val="26"/>
                <w:szCs w:val="26"/>
              </w:rPr>
              <w:t>ủ</w:t>
            </w:r>
            <w:r w:rsidRPr="002F6785">
              <w:rPr>
                <w:sz w:val="26"/>
                <w:szCs w:val="26"/>
              </w:rPr>
              <w:t xml:space="preserve"> t</w:t>
            </w:r>
            <w:r w:rsidRPr="002F6785">
              <w:rPr>
                <w:sz w:val="26"/>
                <w:szCs w:val="26"/>
              </w:rPr>
              <w:t>ụ</w:t>
            </w:r>
            <w:r w:rsidRPr="002F6785">
              <w:rPr>
                <w:sz w:val="26"/>
                <w:szCs w:val="26"/>
              </w:rPr>
              <w:t>c hành chính đ</w:t>
            </w:r>
            <w:r w:rsidRPr="002F6785">
              <w:rPr>
                <w:sz w:val="26"/>
                <w:szCs w:val="26"/>
              </w:rPr>
              <w:t>ố</w:t>
            </w:r>
            <w:r w:rsidRPr="002F6785">
              <w:rPr>
                <w:sz w:val="26"/>
                <w:szCs w:val="26"/>
              </w:rPr>
              <w:t>i v</w:t>
            </w:r>
            <w:r w:rsidRPr="002F6785">
              <w:rPr>
                <w:sz w:val="26"/>
                <w:szCs w:val="26"/>
              </w:rPr>
              <w:t>ớ</w:t>
            </w:r>
            <w:r w:rsidRPr="002F6785">
              <w:rPr>
                <w:sz w:val="26"/>
                <w:szCs w:val="26"/>
              </w:rPr>
              <w:t>i ngư</w:t>
            </w:r>
            <w:r w:rsidRPr="002F6785">
              <w:rPr>
                <w:sz w:val="26"/>
                <w:szCs w:val="26"/>
              </w:rPr>
              <w:t>ờ</w:t>
            </w:r>
            <w:r w:rsidRPr="002F6785">
              <w:rPr>
                <w:sz w:val="26"/>
                <w:szCs w:val="26"/>
              </w:rPr>
              <w:t>i nh</w:t>
            </w:r>
            <w:r w:rsidRPr="002F6785">
              <w:rPr>
                <w:sz w:val="26"/>
                <w:szCs w:val="26"/>
              </w:rPr>
              <w:t>ậ</w:t>
            </w:r>
            <w:r w:rsidRPr="002F6785">
              <w:rPr>
                <w:sz w:val="26"/>
                <w:szCs w:val="26"/>
              </w:rPr>
              <w:t>p k</w:t>
            </w:r>
            <w:r w:rsidRPr="002F6785">
              <w:rPr>
                <w:sz w:val="26"/>
                <w:szCs w:val="26"/>
              </w:rPr>
              <w:t>h</w:t>
            </w:r>
            <w:r w:rsidRPr="002F6785">
              <w:rPr>
                <w:sz w:val="26"/>
                <w:szCs w:val="26"/>
              </w:rPr>
              <w:t>ẩ</w:t>
            </w:r>
            <w:r w:rsidRPr="002F6785">
              <w:rPr>
                <w:sz w:val="26"/>
                <w:szCs w:val="26"/>
              </w:rPr>
              <w:t>u, không ph</w:t>
            </w:r>
            <w:r w:rsidRPr="002F6785">
              <w:rPr>
                <w:sz w:val="26"/>
                <w:szCs w:val="26"/>
              </w:rPr>
              <w:t>ả</w:t>
            </w:r>
            <w:r w:rsidRPr="002F6785">
              <w:rPr>
                <w:sz w:val="26"/>
                <w:szCs w:val="26"/>
              </w:rPr>
              <w:t>i th</w:t>
            </w:r>
            <w:r w:rsidRPr="002F6785">
              <w:rPr>
                <w:sz w:val="26"/>
                <w:szCs w:val="26"/>
              </w:rPr>
              <w:t>ủ</w:t>
            </w:r>
            <w:r w:rsidRPr="002F6785">
              <w:rPr>
                <w:sz w:val="26"/>
                <w:szCs w:val="26"/>
              </w:rPr>
              <w:t xml:space="preserve"> t</w:t>
            </w:r>
            <w:r w:rsidRPr="002F6785">
              <w:rPr>
                <w:sz w:val="26"/>
                <w:szCs w:val="26"/>
              </w:rPr>
              <w:t>ụ</w:t>
            </w:r>
            <w:r w:rsidRPr="002F6785">
              <w:rPr>
                <w:sz w:val="26"/>
                <w:szCs w:val="26"/>
              </w:rPr>
              <w:t>c đánh giá s</w:t>
            </w:r>
            <w:r w:rsidRPr="002F6785">
              <w:rPr>
                <w:sz w:val="26"/>
                <w:szCs w:val="26"/>
              </w:rPr>
              <w:t>ự</w:t>
            </w:r>
            <w:r w:rsidRPr="002F6785">
              <w:rPr>
                <w:sz w:val="26"/>
                <w:szCs w:val="26"/>
              </w:rPr>
              <w:t xml:space="preserve"> phù h</w:t>
            </w:r>
            <w:r w:rsidRPr="002F6785">
              <w:rPr>
                <w:sz w:val="26"/>
                <w:szCs w:val="26"/>
              </w:rPr>
              <w:t>ợ</w:t>
            </w:r>
            <w:r w:rsidRPr="002F6785">
              <w:rPr>
                <w:sz w:val="26"/>
                <w:szCs w:val="26"/>
              </w:rPr>
              <w:t>p và không thay th</w:t>
            </w:r>
            <w:r w:rsidRPr="002F6785">
              <w:rPr>
                <w:sz w:val="26"/>
                <w:szCs w:val="26"/>
              </w:rPr>
              <w:t>ế</w:t>
            </w:r>
            <w:r w:rsidRPr="002F6785">
              <w:rPr>
                <w:sz w:val="26"/>
                <w:szCs w:val="26"/>
              </w:rPr>
              <w:t xml:space="preserve"> ki</w:t>
            </w:r>
            <w:r w:rsidRPr="002F6785">
              <w:rPr>
                <w:sz w:val="26"/>
                <w:szCs w:val="26"/>
              </w:rPr>
              <w:t>ể</w:t>
            </w:r>
            <w:r w:rsidRPr="002F6785">
              <w:rPr>
                <w:sz w:val="26"/>
                <w:szCs w:val="26"/>
              </w:rPr>
              <w:t>m tra nhà nư</w:t>
            </w:r>
            <w:r w:rsidRPr="002F6785">
              <w:rPr>
                <w:sz w:val="26"/>
                <w:szCs w:val="26"/>
              </w:rPr>
              <w:t>ớ</w:t>
            </w:r>
            <w:r w:rsidRPr="002F6785">
              <w:rPr>
                <w:sz w:val="26"/>
                <w:szCs w:val="26"/>
              </w:rPr>
              <w:t>c v</w:t>
            </w:r>
            <w:r w:rsidRPr="002F6785">
              <w:rPr>
                <w:sz w:val="26"/>
                <w:szCs w:val="26"/>
              </w:rPr>
              <w:t>ề</w:t>
            </w:r>
            <w:r w:rsidRPr="002F6785">
              <w:rPr>
                <w:sz w:val="26"/>
                <w:szCs w:val="26"/>
              </w:rPr>
              <w:t xml:space="preserve"> ch</w:t>
            </w:r>
            <w:r w:rsidRPr="002F6785">
              <w:rPr>
                <w:sz w:val="26"/>
                <w:szCs w:val="26"/>
              </w:rPr>
              <w:t>ấ</w:t>
            </w:r>
            <w:r w:rsidRPr="002F6785">
              <w:rPr>
                <w:sz w:val="26"/>
                <w:szCs w:val="26"/>
              </w:rPr>
              <w:t>t lư</w:t>
            </w:r>
            <w:r w:rsidRPr="002F6785">
              <w:rPr>
                <w:sz w:val="26"/>
                <w:szCs w:val="26"/>
              </w:rPr>
              <w:t>ợ</w:t>
            </w:r>
            <w:r w:rsidRPr="002F6785">
              <w:rPr>
                <w:sz w:val="26"/>
                <w:szCs w:val="26"/>
              </w:rPr>
              <w:t>ng hàng hóa nh</w:t>
            </w:r>
            <w:r w:rsidRPr="002F6785">
              <w:rPr>
                <w:sz w:val="26"/>
                <w:szCs w:val="26"/>
              </w:rPr>
              <w:t>ậ</w:t>
            </w:r>
            <w:r w:rsidRPr="002F6785">
              <w:rPr>
                <w:sz w:val="26"/>
                <w:szCs w:val="26"/>
              </w:rPr>
              <w:t>p kh</w:t>
            </w:r>
            <w:r w:rsidRPr="002F6785">
              <w:rPr>
                <w:sz w:val="26"/>
                <w:szCs w:val="26"/>
              </w:rPr>
              <w:t>ẩ</w:t>
            </w:r>
            <w:r w:rsidRPr="002F6785">
              <w:rPr>
                <w:sz w:val="26"/>
                <w:szCs w:val="26"/>
              </w:rPr>
              <w:t>u nh</w:t>
            </w:r>
            <w:r w:rsidRPr="002F6785">
              <w:rPr>
                <w:sz w:val="26"/>
                <w:szCs w:val="26"/>
              </w:rPr>
              <w:t>ằ</w:t>
            </w:r>
            <w:r w:rsidRPr="002F6785">
              <w:rPr>
                <w:sz w:val="26"/>
                <w:szCs w:val="26"/>
              </w:rPr>
              <w:t>m tránh hình thành m</w:t>
            </w:r>
            <w:r w:rsidRPr="002F6785">
              <w:rPr>
                <w:sz w:val="26"/>
                <w:szCs w:val="26"/>
              </w:rPr>
              <w:t>ộ</w:t>
            </w:r>
            <w:r w:rsidRPr="002F6785">
              <w:rPr>
                <w:sz w:val="26"/>
                <w:szCs w:val="26"/>
              </w:rPr>
              <w:t>t cơ ch</w:t>
            </w:r>
            <w:r w:rsidRPr="002F6785">
              <w:rPr>
                <w:sz w:val="26"/>
                <w:szCs w:val="26"/>
              </w:rPr>
              <w:t>ế</w:t>
            </w:r>
            <w:r w:rsidRPr="002F6785">
              <w:rPr>
                <w:sz w:val="26"/>
                <w:szCs w:val="26"/>
              </w:rPr>
              <w:t xml:space="preserve"> ti</w:t>
            </w:r>
            <w:r w:rsidRPr="002F6785">
              <w:rPr>
                <w:sz w:val="26"/>
                <w:szCs w:val="26"/>
              </w:rPr>
              <w:t>ề</w:t>
            </w:r>
            <w:r w:rsidRPr="002F6785">
              <w:rPr>
                <w:sz w:val="26"/>
                <w:szCs w:val="26"/>
              </w:rPr>
              <w:t>n ki</w:t>
            </w:r>
            <w:r w:rsidRPr="002F6785">
              <w:rPr>
                <w:sz w:val="26"/>
                <w:szCs w:val="26"/>
              </w:rPr>
              <w:t>ể</w:t>
            </w:r>
            <w:r w:rsidRPr="002F6785">
              <w:rPr>
                <w:sz w:val="26"/>
                <w:szCs w:val="26"/>
              </w:rPr>
              <w:t>m m</w:t>
            </w:r>
            <w:r w:rsidRPr="002F6785">
              <w:rPr>
                <w:sz w:val="26"/>
                <w:szCs w:val="26"/>
              </w:rPr>
              <w:t>ớ</w:t>
            </w:r>
            <w:r w:rsidRPr="002F6785">
              <w:rPr>
                <w:sz w:val="26"/>
                <w:szCs w:val="26"/>
              </w:rPr>
              <w:t>i.</w:t>
            </w:r>
          </w:p>
          <w:p w:rsidR="008D4B75" w:rsidRPr="002F6785" w:rsidRDefault="00AC53F4" w:rsidP="002F6785">
            <w:pPr>
              <w:spacing w:before="60" w:after="60"/>
              <w:jc w:val="both"/>
              <w:rPr>
                <w:sz w:val="26"/>
                <w:szCs w:val="26"/>
              </w:rPr>
            </w:pPr>
            <w:r w:rsidRPr="002F6785">
              <w:rPr>
                <w:sz w:val="26"/>
                <w:szCs w:val="26"/>
              </w:rPr>
              <w:t>Các m</w:t>
            </w:r>
            <w:r w:rsidRPr="002F6785">
              <w:rPr>
                <w:sz w:val="26"/>
                <w:szCs w:val="26"/>
              </w:rPr>
              <w:t>ụ</w:t>
            </w:r>
            <w:r w:rsidRPr="002F6785">
              <w:rPr>
                <w:sz w:val="26"/>
                <w:szCs w:val="26"/>
              </w:rPr>
              <w:t>c tiêu ki</w:t>
            </w:r>
            <w:r w:rsidRPr="002F6785">
              <w:rPr>
                <w:sz w:val="26"/>
                <w:szCs w:val="26"/>
              </w:rPr>
              <w:t>ể</w:t>
            </w:r>
            <w:r w:rsidRPr="002F6785">
              <w:rPr>
                <w:sz w:val="26"/>
                <w:szCs w:val="26"/>
              </w:rPr>
              <w:t>m tra t</w:t>
            </w:r>
            <w:r w:rsidRPr="002F6785">
              <w:rPr>
                <w:sz w:val="26"/>
                <w:szCs w:val="26"/>
              </w:rPr>
              <w:t>ậ</w:t>
            </w:r>
            <w:r w:rsidRPr="002F6785">
              <w:rPr>
                <w:sz w:val="26"/>
                <w:szCs w:val="26"/>
              </w:rPr>
              <w:t>p trung vào xác minh kh</w:t>
            </w:r>
            <w:r w:rsidRPr="002F6785">
              <w:rPr>
                <w:sz w:val="26"/>
                <w:szCs w:val="26"/>
              </w:rPr>
              <w:t>ả</w:t>
            </w:r>
            <w:r w:rsidRPr="002F6785">
              <w:rPr>
                <w:sz w:val="26"/>
                <w:szCs w:val="26"/>
              </w:rPr>
              <w:t xml:space="preserve"> năng duy trì s</w:t>
            </w:r>
            <w:r w:rsidRPr="002F6785">
              <w:rPr>
                <w:sz w:val="26"/>
                <w:szCs w:val="26"/>
              </w:rPr>
              <w:t>ự</w:t>
            </w:r>
            <w:r w:rsidRPr="002F6785">
              <w:rPr>
                <w:sz w:val="26"/>
                <w:szCs w:val="26"/>
              </w:rPr>
              <w:t xml:space="preserve"> phù h</w:t>
            </w:r>
            <w:r w:rsidRPr="002F6785">
              <w:rPr>
                <w:sz w:val="26"/>
                <w:szCs w:val="26"/>
              </w:rPr>
              <w:t>ợ</w:t>
            </w:r>
            <w:r w:rsidRPr="002F6785">
              <w:rPr>
                <w:sz w:val="26"/>
                <w:szCs w:val="26"/>
              </w:rPr>
              <w:t>p, tính xác th</w:t>
            </w:r>
            <w:r w:rsidRPr="002F6785">
              <w:rPr>
                <w:sz w:val="26"/>
                <w:szCs w:val="26"/>
              </w:rPr>
              <w:t>ự</w:t>
            </w:r>
            <w:r w:rsidRPr="002F6785">
              <w:rPr>
                <w:sz w:val="26"/>
                <w:szCs w:val="26"/>
              </w:rPr>
              <w:t>c và tính</w:t>
            </w:r>
            <w:r w:rsidRPr="002F6785">
              <w:rPr>
                <w:sz w:val="26"/>
                <w:szCs w:val="26"/>
              </w:rPr>
              <w:t xml:space="preserve"> nh</w:t>
            </w:r>
            <w:r w:rsidRPr="002F6785">
              <w:rPr>
                <w:sz w:val="26"/>
                <w:szCs w:val="26"/>
              </w:rPr>
              <w:t>ấ</w:t>
            </w:r>
            <w:r w:rsidRPr="002F6785">
              <w:rPr>
                <w:sz w:val="26"/>
                <w:szCs w:val="26"/>
              </w:rPr>
              <w:t>t quán c</w:t>
            </w:r>
            <w:r w:rsidRPr="002F6785">
              <w:rPr>
                <w:sz w:val="26"/>
                <w:szCs w:val="26"/>
              </w:rPr>
              <w:t>ủ</w:t>
            </w:r>
            <w:r w:rsidRPr="002F6785">
              <w:rPr>
                <w:sz w:val="26"/>
                <w:szCs w:val="26"/>
              </w:rPr>
              <w:t>a h</w:t>
            </w:r>
            <w:r w:rsidRPr="002F6785">
              <w:rPr>
                <w:sz w:val="26"/>
                <w:szCs w:val="26"/>
              </w:rPr>
              <w:t>ồ</w:t>
            </w:r>
            <w:r w:rsidRPr="002F6785">
              <w:rPr>
                <w:sz w:val="26"/>
                <w:szCs w:val="26"/>
              </w:rPr>
              <w:t xml:space="preserve"> sơ, nguyên nhân và ph</w:t>
            </w:r>
            <w:r w:rsidRPr="002F6785">
              <w:rPr>
                <w:sz w:val="26"/>
                <w:szCs w:val="26"/>
              </w:rPr>
              <w:t>ạ</w:t>
            </w:r>
            <w:r w:rsidRPr="002F6785">
              <w:rPr>
                <w:sz w:val="26"/>
                <w:szCs w:val="26"/>
              </w:rPr>
              <w:t xml:space="preserve">m vi </w:t>
            </w:r>
            <w:r w:rsidRPr="002F6785">
              <w:rPr>
                <w:sz w:val="26"/>
                <w:szCs w:val="26"/>
              </w:rPr>
              <w:t>ả</w:t>
            </w:r>
            <w:r w:rsidRPr="002F6785">
              <w:rPr>
                <w:sz w:val="26"/>
                <w:szCs w:val="26"/>
              </w:rPr>
              <w:t>nh hư</w:t>
            </w:r>
            <w:r w:rsidRPr="002F6785">
              <w:rPr>
                <w:sz w:val="26"/>
                <w:szCs w:val="26"/>
              </w:rPr>
              <w:t>ở</w:t>
            </w:r>
            <w:r w:rsidRPr="002F6785">
              <w:rPr>
                <w:sz w:val="26"/>
                <w:szCs w:val="26"/>
              </w:rPr>
              <w:t>ng c</w:t>
            </w:r>
            <w:r w:rsidRPr="002F6785">
              <w:rPr>
                <w:sz w:val="26"/>
                <w:szCs w:val="26"/>
              </w:rPr>
              <w:t>ủ</w:t>
            </w:r>
            <w:r w:rsidRPr="002F6785">
              <w:rPr>
                <w:sz w:val="26"/>
                <w:szCs w:val="26"/>
              </w:rPr>
              <w:t>a r</w:t>
            </w:r>
            <w:r w:rsidRPr="002F6785">
              <w:rPr>
                <w:sz w:val="26"/>
                <w:szCs w:val="26"/>
              </w:rPr>
              <w:t>ủ</w:t>
            </w:r>
            <w:r w:rsidRPr="002F6785">
              <w:rPr>
                <w:sz w:val="26"/>
                <w:szCs w:val="26"/>
              </w:rPr>
              <w:t>i ro ho</w:t>
            </w:r>
            <w:r w:rsidRPr="002F6785">
              <w:rPr>
                <w:sz w:val="26"/>
                <w:szCs w:val="26"/>
              </w:rPr>
              <w:t>ặ</w:t>
            </w:r>
            <w:r w:rsidRPr="002F6785">
              <w:rPr>
                <w:sz w:val="26"/>
                <w:szCs w:val="26"/>
              </w:rPr>
              <w:t>c s</w:t>
            </w:r>
            <w:r w:rsidRPr="002F6785">
              <w:rPr>
                <w:sz w:val="26"/>
                <w:szCs w:val="26"/>
              </w:rPr>
              <w:t>ự</w:t>
            </w:r>
            <w:r w:rsidRPr="002F6785">
              <w:rPr>
                <w:sz w:val="26"/>
                <w:szCs w:val="26"/>
              </w:rPr>
              <w:t xml:space="preserve"> không phù h</w:t>
            </w:r>
            <w:r w:rsidRPr="002F6785">
              <w:rPr>
                <w:sz w:val="26"/>
                <w:szCs w:val="26"/>
              </w:rPr>
              <w:t>ợ</w:t>
            </w:r>
            <w:r w:rsidRPr="002F6785">
              <w:rPr>
                <w:sz w:val="26"/>
                <w:szCs w:val="26"/>
              </w:rPr>
              <w:t>p, t</w:t>
            </w:r>
            <w:r w:rsidRPr="002F6785">
              <w:rPr>
                <w:sz w:val="26"/>
                <w:szCs w:val="26"/>
              </w:rPr>
              <w:t>ừ</w:t>
            </w:r>
            <w:r w:rsidRPr="002F6785">
              <w:rPr>
                <w:sz w:val="26"/>
                <w:szCs w:val="26"/>
              </w:rPr>
              <w:t xml:space="preserve"> đó cung c</w:t>
            </w:r>
            <w:r w:rsidRPr="002F6785">
              <w:rPr>
                <w:sz w:val="26"/>
                <w:szCs w:val="26"/>
              </w:rPr>
              <w:t>ấ</w:t>
            </w:r>
            <w:r w:rsidRPr="002F6785">
              <w:rPr>
                <w:sz w:val="26"/>
                <w:szCs w:val="26"/>
              </w:rPr>
              <w:t>p thông tin cho c</w:t>
            </w:r>
            <w:r w:rsidRPr="002F6785">
              <w:rPr>
                <w:sz w:val="26"/>
                <w:szCs w:val="26"/>
              </w:rPr>
              <w:t>ả</w:t>
            </w:r>
            <w:r w:rsidRPr="002F6785">
              <w:rPr>
                <w:sz w:val="26"/>
                <w:szCs w:val="26"/>
              </w:rPr>
              <w:t>nh báo, thu h</w:t>
            </w:r>
            <w:r w:rsidRPr="002F6785">
              <w:rPr>
                <w:sz w:val="26"/>
                <w:szCs w:val="26"/>
              </w:rPr>
              <w:t>ồ</w:t>
            </w:r>
            <w:r w:rsidRPr="002F6785">
              <w:rPr>
                <w:sz w:val="26"/>
                <w:szCs w:val="26"/>
              </w:rPr>
              <w:t>i và đi</w:t>
            </w:r>
            <w:r w:rsidRPr="002F6785">
              <w:rPr>
                <w:sz w:val="26"/>
                <w:szCs w:val="26"/>
              </w:rPr>
              <w:t>ề</w:t>
            </w:r>
            <w:r w:rsidRPr="002F6785">
              <w:rPr>
                <w:sz w:val="26"/>
                <w:szCs w:val="26"/>
              </w:rPr>
              <w:t>u ch</w:t>
            </w:r>
            <w:r w:rsidRPr="002F6785">
              <w:rPr>
                <w:sz w:val="26"/>
                <w:szCs w:val="26"/>
              </w:rPr>
              <w:t>ỉ</w:t>
            </w:r>
            <w:r w:rsidRPr="002F6785">
              <w:rPr>
                <w:sz w:val="26"/>
                <w:szCs w:val="26"/>
              </w:rPr>
              <w:t>nh bi</w:t>
            </w:r>
            <w:r w:rsidRPr="002F6785">
              <w:rPr>
                <w:sz w:val="26"/>
                <w:szCs w:val="26"/>
              </w:rPr>
              <w:t>ệ</w:t>
            </w:r>
            <w:r w:rsidRPr="002F6785">
              <w:rPr>
                <w:sz w:val="26"/>
                <w:szCs w:val="26"/>
              </w:rPr>
              <w:t>n pháp h</w:t>
            </w:r>
            <w:r w:rsidRPr="002F6785">
              <w:rPr>
                <w:sz w:val="26"/>
                <w:szCs w:val="26"/>
              </w:rPr>
              <w:t>ậ</w:t>
            </w:r>
            <w:r w:rsidRPr="002F6785">
              <w:rPr>
                <w:sz w:val="26"/>
                <w:szCs w:val="26"/>
              </w:rPr>
              <w:t>u ki</w:t>
            </w:r>
            <w:r w:rsidRPr="002F6785">
              <w:rPr>
                <w:sz w:val="26"/>
                <w:szCs w:val="26"/>
              </w:rPr>
              <w:t>ể</w:t>
            </w:r>
            <w:r w:rsidRPr="002F6785">
              <w:rPr>
                <w:sz w:val="26"/>
                <w:szCs w:val="26"/>
              </w:rPr>
              <w:t>m. Nguyên t</w:t>
            </w:r>
            <w:r w:rsidRPr="002F6785">
              <w:rPr>
                <w:sz w:val="26"/>
                <w:szCs w:val="26"/>
              </w:rPr>
              <w:t>ắ</w:t>
            </w:r>
            <w:r w:rsidRPr="002F6785">
              <w:rPr>
                <w:sz w:val="26"/>
                <w:szCs w:val="26"/>
              </w:rPr>
              <w:t>c ki</w:t>
            </w:r>
            <w:r w:rsidRPr="002F6785">
              <w:rPr>
                <w:sz w:val="26"/>
                <w:szCs w:val="26"/>
              </w:rPr>
              <w:t>ể</w:t>
            </w:r>
            <w:r w:rsidRPr="002F6785">
              <w:rPr>
                <w:sz w:val="26"/>
                <w:szCs w:val="26"/>
              </w:rPr>
              <w:t>m tra theo đúng đ</w:t>
            </w:r>
            <w:r w:rsidRPr="002F6785">
              <w:rPr>
                <w:sz w:val="26"/>
                <w:szCs w:val="26"/>
              </w:rPr>
              <w:t>ố</w:t>
            </w:r>
            <w:r w:rsidRPr="002F6785">
              <w:rPr>
                <w:sz w:val="26"/>
                <w:szCs w:val="26"/>
              </w:rPr>
              <w:t>i tư</w:t>
            </w:r>
            <w:r w:rsidRPr="002F6785">
              <w:rPr>
                <w:sz w:val="26"/>
                <w:szCs w:val="26"/>
              </w:rPr>
              <w:t>ợ</w:t>
            </w:r>
            <w:r w:rsidRPr="002F6785">
              <w:rPr>
                <w:sz w:val="26"/>
                <w:szCs w:val="26"/>
              </w:rPr>
              <w:t>ng, m</w:t>
            </w:r>
            <w:r w:rsidRPr="002F6785">
              <w:rPr>
                <w:sz w:val="26"/>
                <w:szCs w:val="26"/>
              </w:rPr>
              <w:t>ụ</w:t>
            </w:r>
            <w:r w:rsidRPr="002F6785">
              <w:rPr>
                <w:sz w:val="26"/>
                <w:szCs w:val="26"/>
              </w:rPr>
              <w:t>c tiêu, ph</w:t>
            </w:r>
            <w:r w:rsidRPr="002F6785">
              <w:rPr>
                <w:sz w:val="26"/>
                <w:szCs w:val="26"/>
              </w:rPr>
              <w:t>ạ</w:t>
            </w:r>
            <w:r w:rsidRPr="002F6785">
              <w:rPr>
                <w:sz w:val="26"/>
                <w:szCs w:val="26"/>
              </w:rPr>
              <w:t>m vi và d</w:t>
            </w:r>
            <w:r w:rsidRPr="002F6785">
              <w:rPr>
                <w:sz w:val="26"/>
                <w:szCs w:val="26"/>
              </w:rPr>
              <w:t>ự</w:t>
            </w:r>
            <w:r w:rsidRPr="002F6785">
              <w:rPr>
                <w:sz w:val="26"/>
                <w:szCs w:val="26"/>
              </w:rPr>
              <w:t>a trên b</w:t>
            </w:r>
            <w:r w:rsidRPr="002F6785">
              <w:rPr>
                <w:sz w:val="26"/>
                <w:szCs w:val="26"/>
              </w:rPr>
              <w:t>ằ</w:t>
            </w:r>
            <w:r w:rsidRPr="002F6785">
              <w:rPr>
                <w:sz w:val="26"/>
                <w:szCs w:val="26"/>
              </w:rPr>
              <w:t>ng ch</w:t>
            </w:r>
            <w:r w:rsidRPr="002F6785">
              <w:rPr>
                <w:sz w:val="26"/>
                <w:szCs w:val="26"/>
              </w:rPr>
              <w:t>ứ</w:t>
            </w:r>
            <w:r w:rsidRPr="002F6785">
              <w:rPr>
                <w:sz w:val="26"/>
                <w:szCs w:val="26"/>
              </w:rPr>
              <w:t>ng nh</w:t>
            </w:r>
            <w:r w:rsidRPr="002F6785">
              <w:rPr>
                <w:sz w:val="26"/>
                <w:szCs w:val="26"/>
              </w:rPr>
              <w:t>ằ</w:t>
            </w:r>
            <w:r w:rsidRPr="002F6785">
              <w:rPr>
                <w:sz w:val="26"/>
                <w:szCs w:val="26"/>
              </w:rPr>
              <w:t>m</w:t>
            </w:r>
            <w:r w:rsidRPr="002F6785">
              <w:rPr>
                <w:sz w:val="26"/>
                <w:szCs w:val="26"/>
              </w:rPr>
              <w:t xml:space="preserve"> b</w:t>
            </w:r>
            <w:r w:rsidRPr="002F6785">
              <w:rPr>
                <w:sz w:val="26"/>
                <w:szCs w:val="26"/>
              </w:rPr>
              <w:t>ả</w:t>
            </w:r>
            <w:r w:rsidRPr="002F6785">
              <w:rPr>
                <w:sz w:val="26"/>
                <w:szCs w:val="26"/>
              </w:rPr>
              <w:t>o đ</w:t>
            </w:r>
            <w:r w:rsidRPr="002F6785">
              <w:rPr>
                <w:sz w:val="26"/>
                <w:szCs w:val="26"/>
              </w:rPr>
              <w:t>ả</w:t>
            </w:r>
            <w:r w:rsidRPr="002F6785">
              <w:rPr>
                <w:sz w:val="26"/>
                <w:szCs w:val="26"/>
              </w:rPr>
              <w:t>m tính c</w:t>
            </w:r>
            <w:r w:rsidRPr="002F6785">
              <w:rPr>
                <w:sz w:val="26"/>
                <w:szCs w:val="26"/>
              </w:rPr>
              <w:t>ầ</w:t>
            </w:r>
            <w:r w:rsidRPr="002F6785">
              <w:rPr>
                <w:sz w:val="26"/>
                <w:szCs w:val="26"/>
              </w:rPr>
              <w:t>n thi</w:t>
            </w:r>
            <w:r w:rsidRPr="002F6785">
              <w:rPr>
                <w:sz w:val="26"/>
                <w:szCs w:val="26"/>
              </w:rPr>
              <w:t>ế</w:t>
            </w:r>
            <w:r w:rsidRPr="002F6785">
              <w:rPr>
                <w:sz w:val="26"/>
                <w:szCs w:val="26"/>
              </w:rPr>
              <w:t>t, tương x</w:t>
            </w:r>
            <w:r w:rsidRPr="002F6785">
              <w:rPr>
                <w:sz w:val="26"/>
                <w:szCs w:val="26"/>
              </w:rPr>
              <w:t>ứ</w:t>
            </w:r>
            <w:r w:rsidRPr="002F6785">
              <w:rPr>
                <w:sz w:val="26"/>
                <w:szCs w:val="26"/>
              </w:rPr>
              <w:t>ng và b</w:t>
            </w:r>
            <w:r w:rsidRPr="002F6785">
              <w:rPr>
                <w:sz w:val="26"/>
                <w:szCs w:val="26"/>
              </w:rPr>
              <w:t>ả</w:t>
            </w:r>
            <w:r w:rsidRPr="002F6785">
              <w:rPr>
                <w:sz w:val="26"/>
                <w:szCs w:val="26"/>
              </w:rPr>
              <w:t>o v</w:t>
            </w:r>
            <w:r w:rsidRPr="002F6785">
              <w:rPr>
                <w:sz w:val="26"/>
                <w:szCs w:val="26"/>
              </w:rPr>
              <w:t>ệ</w:t>
            </w:r>
            <w:r w:rsidRPr="002F6785">
              <w:rPr>
                <w:sz w:val="26"/>
                <w:szCs w:val="26"/>
              </w:rPr>
              <w:t xml:space="preserve"> thông tin, bí m</w:t>
            </w:r>
            <w:r w:rsidRPr="002F6785">
              <w:rPr>
                <w:sz w:val="26"/>
                <w:szCs w:val="26"/>
              </w:rPr>
              <w:t>ậ</w:t>
            </w:r>
            <w:r w:rsidRPr="002F6785">
              <w:rPr>
                <w:sz w:val="26"/>
                <w:szCs w:val="26"/>
              </w:rPr>
              <w:t>t công ngh</w:t>
            </w:r>
            <w:r w:rsidRPr="002F6785">
              <w:rPr>
                <w:sz w:val="26"/>
                <w:szCs w:val="26"/>
              </w:rPr>
              <w:t>ệ</w:t>
            </w:r>
            <w:r w:rsidRPr="002F6785">
              <w:rPr>
                <w:sz w:val="26"/>
                <w:szCs w:val="26"/>
              </w:rPr>
              <w:t xml:space="preserve"> không liên quan đ</w:t>
            </w:r>
            <w:r w:rsidRPr="002F6785">
              <w:rPr>
                <w:sz w:val="26"/>
                <w:szCs w:val="26"/>
              </w:rPr>
              <w:t>ế</w:t>
            </w:r>
            <w:r w:rsidRPr="002F6785">
              <w:rPr>
                <w:sz w:val="26"/>
                <w:szCs w:val="26"/>
              </w:rPr>
              <w:t>n n</w:t>
            </w:r>
            <w:r w:rsidRPr="002F6785">
              <w:rPr>
                <w:sz w:val="26"/>
                <w:szCs w:val="26"/>
              </w:rPr>
              <w:t>ộ</w:t>
            </w:r>
            <w:r w:rsidRPr="002F6785">
              <w:rPr>
                <w:sz w:val="26"/>
                <w:szCs w:val="26"/>
              </w:rPr>
              <w:t>i dung c</w:t>
            </w:r>
            <w:r w:rsidRPr="002F6785">
              <w:rPr>
                <w:sz w:val="26"/>
                <w:szCs w:val="26"/>
              </w:rPr>
              <w:t>ầ</w:t>
            </w:r>
            <w:r w:rsidRPr="002F6785">
              <w:rPr>
                <w:sz w:val="26"/>
                <w:szCs w:val="26"/>
              </w:rPr>
              <w:t>n xác minh.</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lastRenderedPageBreak/>
              <w:t>Điề</w:t>
            </w:r>
            <w:r w:rsidRPr="002F6785">
              <w:rPr>
                <w:b/>
                <w:sz w:val="26"/>
                <w:szCs w:val="26"/>
              </w:rPr>
              <w:t xml:space="preserve">u 14. </w:t>
            </w:r>
            <w:r w:rsidR="00BF13A5" w:rsidRPr="002F6785">
              <w:rPr>
                <w:b/>
                <w:sz w:val="26"/>
                <w:szCs w:val="26"/>
              </w:rPr>
              <w:t>Đối tượng và căn cứ lựa chọn kiểm tra</w:t>
            </w:r>
            <w:r w:rsidR="009F2007" w:rsidRPr="002F6785">
              <w:rPr>
                <w:b/>
                <w:sz w:val="26"/>
                <w:szCs w:val="26"/>
              </w:rPr>
              <w:t xml:space="preserve"> chất lượng thép</w:t>
            </w:r>
            <w:r w:rsidR="00BF13A5" w:rsidRPr="002F6785">
              <w:rPr>
                <w:b/>
                <w:sz w:val="26"/>
                <w:szCs w:val="26"/>
              </w:rPr>
              <w:t xml:space="preserve"> tại nguồn</w:t>
            </w:r>
          </w:p>
        </w:tc>
        <w:tc>
          <w:tcPr>
            <w:tcW w:w="6636" w:type="dxa"/>
          </w:tcPr>
          <w:p w:rsidR="009F2007" w:rsidRPr="002F6785" w:rsidRDefault="009F2007" w:rsidP="002F6785">
            <w:pPr>
              <w:widowControl w:val="0"/>
              <w:spacing w:before="60" w:after="60"/>
              <w:jc w:val="both"/>
              <w:rPr>
                <w:rFonts w:cs="Times New Roman"/>
                <w:sz w:val="26"/>
                <w:szCs w:val="26"/>
              </w:rPr>
            </w:pPr>
            <w:r w:rsidRPr="002F6785">
              <w:rPr>
                <w:rFonts w:cs="Times New Roman"/>
                <w:sz w:val="26"/>
                <w:szCs w:val="26"/>
              </w:rPr>
              <w:t>1. Đối tượng được xem xét kiểm tra chất lượng thép tại nguồn là cơ sở sản xuất ở nước ngoài có sản phẩm thép mức độ rủi ro trung bình hoặc mức độ rủi ro cao đã được nhập khẩu, đưa ra lưu thông tại Việt Nam.</w:t>
            </w:r>
          </w:p>
          <w:p w:rsidR="009F2007" w:rsidRPr="002F6785" w:rsidRDefault="009F2007" w:rsidP="002F6785">
            <w:pPr>
              <w:widowControl w:val="0"/>
              <w:spacing w:before="60" w:after="60"/>
              <w:jc w:val="both"/>
              <w:rPr>
                <w:rFonts w:cs="Times New Roman"/>
                <w:sz w:val="26"/>
                <w:szCs w:val="26"/>
              </w:rPr>
            </w:pPr>
            <w:r w:rsidRPr="002F6785">
              <w:rPr>
                <w:rFonts w:cs="Times New Roman"/>
                <w:sz w:val="26"/>
                <w:szCs w:val="26"/>
              </w:rPr>
              <w:t>2. Cơ sở sản xuất được lựa chọn khi có ít nhất một trong các căn cứ sau đây:</w:t>
            </w:r>
          </w:p>
          <w:p w:rsidR="009F2007" w:rsidRPr="002F6785" w:rsidRDefault="009F2007" w:rsidP="002F6785">
            <w:pPr>
              <w:widowControl w:val="0"/>
              <w:spacing w:before="60" w:after="60"/>
              <w:jc w:val="both"/>
              <w:rPr>
                <w:rFonts w:cs="Times New Roman"/>
                <w:sz w:val="26"/>
                <w:szCs w:val="26"/>
              </w:rPr>
            </w:pPr>
            <w:r w:rsidRPr="002F6785">
              <w:rPr>
                <w:rFonts w:cs="Times New Roman"/>
                <w:sz w:val="26"/>
                <w:szCs w:val="26"/>
              </w:rPr>
              <w:t>a) Có lô sản phẩm bị kết luận không phù hợp quy chuẩn kỹ thuật quốc gia hoặc tiêu chuẩn công bố áp dụng và sự không phù hợp có nguy cơ gây hậu quả nghiêm trọng đối với an toàn, chất lượng công trình, tài sản, môi trường hoặc quyền lợi người sử dụng;</w:t>
            </w:r>
          </w:p>
          <w:p w:rsidR="009F2007" w:rsidRPr="002F6785" w:rsidRDefault="009F2007" w:rsidP="002F6785">
            <w:pPr>
              <w:widowControl w:val="0"/>
              <w:spacing w:before="60" w:after="60"/>
              <w:jc w:val="both"/>
              <w:rPr>
                <w:rFonts w:cs="Times New Roman"/>
                <w:sz w:val="26"/>
                <w:szCs w:val="26"/>
              </w:rPr>
            </w:pPr>
            <w:r w:rsidRPr="002F6785">
              <w:rPr>
                <w:rFonts w:cs="Times New Roman"/>
                <w:sz w:val="26"/>
                <w:szCs w:val="26"/>
              </w:rPr>
              <w:t>b) Có từ hai lô sản phẩm không phù hợp trở lên trong thời gian 12 tháng liên tục hoặc tái diễn cùng một dạng không phù hợp sau khi đã thực hiện biện pháp khắc phục;</w:t>
            </w:r>
          </w:p>
          <w:p w:rsidR="009F2007" w:rsidRPr="002F6785" w:rsidRDefault="009F2007" w:rsidP="002F6785">
            <w:pPr>
              <w:widowControl w:val="0"/>
              <w:spacing w:before="60" w:after="60"/>
              <w:jc w:val="both"/>
              <w:rPr>
                <w:rFonts w:cs="Times New Roman"/>
                <w:sz w:val="26"/>
                <w:szCs w:val="26"/>
              </w:rPr>
            </w:pPr>
            <w:r w:rsidRPr="002F6785">
              <w:rPr>
                <w:rFonts w:cs="Times New Roman"/>
                <w:sz w:val="26"/>
                <w:szCs w:val="26"/>
              </w:rPr>
              <w:t>c) Có bằng chứng về việc giả mạo, sửa chữa, sử dụng sai phạm vi chứng chỉ chất lượng, kết quả thử nghiệm, chứng nhận hoặc dữ liệu truy xuất nguồn gốc;</w:t>
            </w:r>
          </w:p>
          <w:p w:rsidR="009F2007" w:rsidRPr="002F6785" w:rsidRDefault="009F2007" w:rsidP="002F6785">
            <w:pPr>
              <w:widowControl w:val="0"/>
              <w:spacing w:before="60" w:after="60"/>
              <w:jc w:val="both"/>
              <w:rPr>
                <w:rFonts w:cs="Times New Roman"/>
                <w:sz w:val="26"/>
                <w:szCs w:val="26"/>
              </w:rPr>
            </w:pPr>
            <w:r w:rsidRPr="002F6785">
              <w:rPr>
                <w:rFonts w:cs="Times New Roman"/>
                <w:sz w:val="26"/>
                <w:szCs w:val="26"/>
              </w:rPr>
              <w:t>d) Có cảnh báo của cơ quan có thẩm quyền của Việt Nam, cơ quan có thẩm quyền nước ngoài, tổ chức quốc tế hoặc thị trường nhập khẩu về rủi ro chất lượng liên quan trực tiếp đến sản phẩm được cung cấp vào Việt Nam;</w:t>
            </w:r>
          </w:p>
          <w:p w:rsidR="009F2007" w:rsidRPr="002F6785" w:rsidRDefault="009F2007" w:rsidP="002F6785">
            <w:pPr>
              <w:widowControl w:val="0"/>
              <w:spacing w:before="60" w:after="60"/>
              <w:jc w:val="both"/>
              <w:rPr>
                <w:rFonts w:cs="Times New Roman"/>
                <w:sz w:val="26"/>
                <w:szCs w:val="26"/>
              </w:rPr>
            </w:pPr>
            <w:r w:rsidRPr="002F6785">
              <w:rPr>
                <w:rFonts w:cs="Times New Roman"/>
                <w:sz w:val="26"/>
                <w:szCs w:val="26"/>
              </w:rPr>
              <w:t>đ) Có thay đổi đáng kể về địa điểm, dây chuyền, công nghệ, nguyên liệu chính hoặc hệ thống kiểm soát chất lượng mà hồ sơ hiện có không đủ để xác minh khả năng duy trì sự phù hợp;</w:t>
            </w:r>
          </w:p>
          <w:p w:rsidR="009F2007" w:rsidRPr="002F6785" w:rsidRDefault="009F2007" w:rsidP="002F6785">
            <w:pPr>
              <w:widowControl w:val="0"/>
              <w:spacing w:before="60" w:after="60"/>
              <w:jc w:val="both"/>
              <w:rPr>
                <w:rFonts w:cs="Times New Roman"/>
                <w:sz w:val="26"/>
                <w:szCs w:val="26"/>
              </w:rPr>
            </w:pPr>
            <w:r w:rsidRPr="002F6785">
              <w:rPr>
                <w:rFonts w:cs="Times New Roman"/>
                <w:sz w:val="26"/>
                <w:szCs w:val="26"/>
              </w:rPr>
              <w:t>e) Thuộc kế hoạch hậu kiểm chuyên đề được phê duyệt trên cơ sở phân tích dữ liệu và lựa chọn mẫu đại diện, không nhằm kiểm tra toàn bộ cơ sở sản xuất cung cấp thép vào Việt Nam.</w:t>
            </w:r>
          </w:p>
          <w:p w:rsidR="009F2007" w:rsidRPr="002F6785" w:rsidRDefault="009F2007" w:rsidP="002F6785">
            <w:pPr>
              <w:widowControl w:val="0"/>
              <w:spacing w:before="60" w:after="60"/>
              <w:jc w:val="both"/>
              <w:rPr>
                <w:rFonts w:cs="Times New Roman"/>
                <w:sz w:val="26"/>
                <w:szCs w:val="26"/>
              </w:rPr>
            </w:pPr>
            <w:r w:rsidRPr="002F6785">
              <w:rPr>
                <w:rFonts w:cs="Times New Roman"/>
                <w:sz w:val="26"/>
                <w:szCs w:val="26"/>
              </w:rPr>
              <w:t xml:space="preserve">3. Khi có nhiều cơ sở cùng đáp ứng căn cứ tại khoản 2 Điều </w:t>
            </w:r>
            <w:r w:rsidRPr="002F6785">
              <w:rPr>
                <w:rFonts w:cs="Times New Roman"/>
                <w:sz w:val="26"/>
                <w:szCs w:val="26"/>
              </w:rPr>
              <w:lastRenderedPageBreak/>
              <w:t>này, thứ tự ưu tiên được xác định theo mức độ rủi ro của sản phẩm; mức độ và phạm vi hậu quả; số lần, tính chất và xu hướng không phù hợp; khối lượng, tần suất nhập khẩu và phạm vi phân phối; độ tin cậy của hồ sơ và dữ liệu truy xuất; kết quả khắc phục; cảnh báo trong nước, quốc tế.</w:t>
            </w:r>
          </w:p>
          <w:p w:rsidR="005B442E" w:rsidRPr="002F6785" w:rsidRDefault="009F2007" w:rsidP="002F6785">
            <w:pPr>
              <w:widowControl w:val="0"/>
              <w:spacing w:before="60" w:after="60"/>
              <w:jc w:val="both"/>
              <w:rPr>
                <w:sz w:val="26"/>
                <w:szCs w:val="26"/>
              </w:rPr>
            </w:pPr>
            <w:r w:rsidRPr="002F6785">
              <w:rPr>
                <w:rFonts w:cs="Times New Roman"/>
                <w:sz w:val="26"/>
                <w:szCs w:val="26"/>
              </w:rPr>
              <w:t>4. Không lựa chọn kiểm tra chất lượng thép tại nguồn chỉ vì sản phẩm được nhập khẩu lần đầu, chỉ vì xuất xứ hàng hóa hoặc chỉ để tạo căn cứ miễn kiểm tra, giảm kiểm tra. Quyết định lựa chọn phải nêu rõ căn cứ, bằng chứng và mục tiêu kiểm tra.</w:t>
            </w:r>
          </w:p>
        </w:tc>
        <w:tc>
          <w:tcPr>
            <w:tcW w:w="5760" w:type="dxa"/>
          </w:tcPr>
          <w:p w:rsidR="000F36C2" w:rsidRPr="000F36C2" w:rsidRDefault="00AC53F4" w:rsidP="002F6785">
            <w:pPr>
              <w:spacing w:before="60" w:after="60"/>
              <w:jc w:val="both"/>
              <w:rPr>
                <w:sz w:val="26"/>
                <w:szCs w:val="26"/>
              </w:rPr>
            </w:pPr>
            <w:r w:rsidRPr="002F6785">
              <w:rPr>
                <w:sz w:val="26"/>
                <w:szCs w:val="26"/>
              </w:rPr>
              <w:lastRenderedPageBreak/>
              <w:t>Quy đ</w:t>
            </w:r>
            <w:r w:rsidRPr="002F6785">
              <w:rPr>
                <w:sz w:val="26"/>
                <w:szCs w:val="26"/>
              </w:rPr>
              <w:t>ị</w:t>
            </w:r>
            <w:r w:rsidRPr="002F6785">
              <w:rPr>
                <w:sz w:val="26"/>
                <w:szCs w:val="26"/>
              </w:rPr>
              <w:t>nh này xác đ</w:t>
            </w:r>
            <w:r w:rsidRPr="002F6785">
              <w:rPr>
                <w:sz w:val="26"/>
                <w:szCs w:val="26"/>
              </w:rPr>
              <w:t>ị</w:t>
            </w:r>
            <w:r w:rsidRPr="002F6785">
              <w:rPr>
                <w:sz w:val="26"/>
                <w:szCs w:val="26"/>
              </w:rPr>
              <w:t>nh đ</w:t>
            </w:r>
            <w:r w:rsidRPr="002F6785">
              <w:rPr>
                <w:sz w:val="26"/>
                <w:szCs w:val="26"/>
              </w:rPr>
              <w:t>ố</w:t>
            </w:r>
            <w:r w:rsidRPr="002F6785">
              <w:rPr>
                <w:sz w:val="26"/>
                <w:szCs w:val="26"/>
              </w:rPr>
              <w:t>i tư</w:t>
            </w:r>
            <w:r w:rsidRPr="002F6785">
              <w:rPr>
                <w:sz w:val="26"/>
                <w:szCs w:val="26"/>
              </w:rPr>
              <w:t>ợ</w:t>
            </w:r>
            <w:r w:rsidRPr="002F6785">
              <w:rPr>
                <w:sz w:val="26"/>
                <w:szCs w:val="26"/>
              </w:rPr>
              <w:t>ng và căn c</w:t>
            </w:r>
            <w:r w:rsidRPr="002F6785">
              <w:rPr>
                <w:sz w:val="26"/>
                <w:szCs w:val="26"/>
              </w:rPr>
              <w:t>ứ</w:t>
            </w:r>
            <w:r w:rsidRPr="002F6785">
              <w:rPr>
                <w:sz w:val="26"/>
                <w:szCs w:val="26"/>
              </w:rPr>
              <w:t xml:space="preserve"> l</w:t>
            </w:r>
            <w:r w:rsidRPr="002F6785">
              <w:rPr>
                <w:sz w:val="26"/>
                <w:szCs w:val="26"/>
              </w:rPr>
              <w:t>ự</w:t>
            </w:r>
            <w:r w:rsidRPr="002F6785">
              <w:rPr>
                <w:sz w:val="26"/>
                <w:szCs w:val="26"/>
              </w:rPr>
              <w:t>a ch</w:t>
            </w:r>
            <w:r w:rsidRPr="002F6785">
              <w:rPr>
                <w:sz w:val="26"/>
                <w:szCs w:val="26"/>
              </w:rPr>
              <w:t>ọ</w:t>
            </w:r>
            <w:r w:rsidRPr="002F6785">
              <w:rPr>
                <w:sz w:val="26"/>
                <w:szCs w:val="26"/>
              </w:rPr>
              <w:t>n ki</w:t>
            </w:r>
            <w:r w:rsidRPr="002F6785">
              <w:rPr>
                <w:sz w:val="26"/>
                <w:szCs w:val="26"/>
              </w:rPr>
              <w:t>ể</w:t>
            </w:r>
            <w:r w:rsidRPr="002F6785">
              <w:rPr>
                <w:sz w:val="26"/>
                <w:szCs w:val="26"/>
              </w:rPr>
              <w:t>m tra t</w:t>
            </w:r>
            <w:r w:rsidRPr="002F6785">
              <w:rPr>
                <w:sz w:val="26"/>
                <w:szCs w:val="26"/>
              </w:rPr>
              <w:t>ạ</w:t>
            </w:r>
            <w:r w:rsidRPr="002F6785">
              <w:rPr>
                <w:sz w:val="26"/>
                <w:szCs w:val="26"/>
              </w:rPr>
              <w:t>i ngu</w:t>
            </w:r>
            <w:r w:rsidRPr="002F6785">
              <w:rPr>
                <w:sz w:val="26"/>
                <w:szCs w:val="26"/>
              </w:rPr>
              <w:t>ồ</w:t>
            </w:r>
            <w:r w:rsidRPr="002F6785">
              <w:rPr>
                <w:sz w:val="26"/>
                <w:szCs w:val="26"/>
              </w:rPr>
              <w:t>n theo hư</w:t>
            </w:r>
            <w:r w:rsidRPr="002F6785">
              <w:rPr>
                <w:sz w:val="26"/>
                <w:szCs w:val="26"/>
              </w:rPr>
              <w:t>ớ</w:t>
            </w:r>
            <w:r w:rsidRPr="002F6785">
              <w:rPr>
                <w:sz w:val="26"/>
                <w:szCs w:val="26"/>
              </w:rPr>
              <w:t>ng có tr</w:t>
            </w:r>
            <w:r w:rsidRPr="002F6785">
              <w:rPr>
                <w:sz w:val="26"/>
                <w:szCs w:val="26"/>
              </w:rPr>
              <w:t>ọ</w:t>
            </w:r>
            <w:r w:rsidRPr="002F6785">
              <w:rPr>
                <w:sz w:val="26"/>
                <w:szCs w:val="26"/>
              </w:rPr>
              <w:t>ng tâm, d</w:t>
            </w:r>
            <w:r w:rsidRPr="002F6785">
              <w:rPr>
                <w:sz w:val="26"/>
                <w:szCs w:val="26"/>
              </w:rPr>
              <w:t>ự</w:t>
            </w:r>
            <w:r w:rsidRPr="002F6785">
              <w:rPr>
                <w:sz w:val="26"/>
                <w:szCs w:val="26"/>
              </w:rPr>
              <w:t>a trên r</w:t>
            </w:r>
            <w:r w:rsidRPr="002F6785">
              <w:rPr>
                <w:sz w:val="26"/>
                <w:szCs w:val="26"/>
              </w:rPr>
              <w:t>ủ</w:t>
            </w:r>
            <w:r w:rsidRPr="002F6785">
              <w:rPr>
                <w:sz w:val="26"/>
                <w:szCs w:val="26"/>
              </w:rPr>
              <w:t>i ro và b</w:t>
            </w:r>
            <w:r w:rsidRPr="002F6785">
              <w:rPr>
                <w:sz w:val="26"/>
                <w:szCs w:val="26"/>
              </w:rPr>
              <w:t>ằ</w:t>
            </w:r>
            <w:r w:rsidRPr="002F6785">
              <w:rPr>
                <w:sz w:val="26"/>
                <w:szCs w:val="26"/>
              </w:rPr>
              <w:t>ng ch</w:t>
            </w:r>
            <w:r w:rsidRPr="002F6785">
              <w:rPr>
                <w:sz w:val="26"/>
                <w:szCs w:val="26"/>
              </w:rPr>
              <w:t>ứ</w:t>
            </w:r>
            <w:r w:rsidRPr="002F6785">
              <w:rPr>
                <w:sz w:val="26"/>
                <w:szCs w:val="26"/>
              </w:rPr>
              <w:t>ng, nh</w:t>
            </w:r>
            <w:r w:rsidRPr="002F6785">
              <w:rPr>
                <w:sz w:val="26"/>
                <w:szCs w:val="26"/>
              </w:rPr>
              <w:t>ằ</w:t>
            </w:r>
            <w:r w:rsidRPr="002F6785">
              <w:rPr>
                <w:sz w:val="26"/>
                <w:szCs w:val="26"/>
              </w:rPr>
              <w:t>m s</w:t>
            </w:r>
            <w:r w:rsidRPr="002F6785">
              <w:rPr>
                <w:sz w:val="26"/>
                <w:szCs w:val="26"/>
              </w:rPr>
              <w:t>ử</w:t>
            </w:r>
            <w:r w:rsidRPr="002F6785">
              <w:rPr>
                <w:sz w:val="26"/>
                <w:szCs w:val="26"/>
              </w:rPr>
              <w:t xml:space="preserve"> d</w:t>
            </w:r>
            <w:r w:rsidRPr="002F6785">
              <w:rPr>
                <w:sz w:val="26"/>
                <w:szCs w:val="26"/>
              </w:rPr>
              <w:t>ụ</w:t>
            </w:r>
            <w:r w:rsidRPr="002F6785">
              <w:rPr>
                <w:sz w:val="26"/>
                <w:szCs w:val="26"/>
              </w:rPr>
              <w:t>ng ng</w:t>
            </w:r>
            <w:r w:rsidRPr="002F6785">
              <w:rPr>
                <w:sz w:val="26"/>
                <w:szCs w:val="26"/>
              </w:rPr>
              <w:t>u</w:t>
            </w:r>
            <w:r w:rsidRPr="002F6785">
              <w:rPr>
                <w:sz w:val="26"/>
                <w:szCs w:val="26"/>
              </w:rPr>
              <w:t>ồ</w:t>
            </w:r>
            <w:r w:rsidRPr="002F6785">
              <w:rPr>
                <w:sz w:val="26"/>
                <w:szCs w:val="26"/>
              </w:rPr>
              <w:t>n l</w:t>
            </w:r>
            <w:r w:rsidRPr="002F6785">
              <w:rPr>
                <w:sz w:val="26"/>
                <w:szCs w:val="26"/>
              </w:rPr>
              <w:t>ự</w:t>
            </w:r>
            <w:r w:rsidRPr="002F6785">
              <w:rPr>
                <w:sz w:val="26"/>
                <w:szCs w:val="26"/>
              </w:rPr>
              <w:t>c ki</w:t>
            </w:r>
            <w:r w:rsidRPr="002F6785">
              <w:rPr>
                <w:sz w:val="26"/>
                <w:szCs w:val="26"/>
              </w:rPr>
              <w:t>ể</w:t>
            </w:r>
            <w:r w:rsidRPr="002F6785">
              <w:rPr>
                <w:sz w:val="26"/>
                <w:szCs w:val="26"/>
              </w:rPr>
              <w:t>m tra phù h</w:t>
            </w:r>
            <w:r w:rsidRPr="002F6785">
              <w:rPr>
                <w:sz w:val="26"/>
                <w:szCs w:val="26"/>
              </w:rPr>
              <w:t>ợ</w:t>
            </w:r>
            <w:r w:rsidRPr="002F6785">
              <w:rPr>
                <w:sz w:val="26"/>
                <w:szCs w:val="26"/>
              </w:rPr>
              <w:t>p và tránh ki</w:t>
            </w:r>
            <w:r w:rsidRPr="002F6785">
              <w:rPr>
                <w:sz w:val="26"/>
                <w:szCs w:val="26"/>
              </w:rPr>
              <w:t>ể</w:t>
            </w:r>
            <w:r w:rsidRPr="002F6785">
              <w:rPr>
                <w:sz w:val="26"/>
                <w:szCs w:val="26"/>
              </w:rPr>
              <w:t>m tra tràn lan. Đ</w:t>
            </w:r>
            <w:r w:rsidRPr="002F6785">
              <w:rPr>
                <w:sz w:val="26"/>
                <w:szCs w:val="26"/>
              </w:rPr>
              <w:t>ố</w:t>
            </w:r>
            <w:r w:rsidRPr="002F6785">
              <w:rPr>
                <w:sz w:val="26"/>
                <w:szCs w:val="26"/>
              </w:rPr>
              <w:t>i tư</w:t>
            </w:r>
            <w:r w:rsidRPr="002F6785">
              <w:rPr>
                <w:sz w:val="26"/>
                <w:szCs w:val="26"/>
              </w:rPr>
              <w:t>ợ</w:t>
            </w:r>
            <w:r w:rsidRPr="002F6785">
              <w:rPr>
                <w:sz w:val="26"/>
                <w:szCs w:val="26"/>
              </w:rPr>
              <w:t>ng xem xét là cơ s</w:t>
            </w:r>
            <w:r w:rsidRPr="002F6785">
              <w:rPr>
                <w:sz w:val="26"/>
                <w:szCs w:val="26"/>
              </w:rPr>
              <w:t>ở</w:t>
            </w:r>
            <w:r w:rsidRPr="002F6785">
              <w:rPr>
                <w:sz w:val="26"/>
                <w:szCs w:val="26"/>
              </w:rPr>
              <w:t xml:space="preserve"> s</w:t>
            </w:r>
            <w:r w:rsidRPr="002F6785">
              <w:rPr>
                <w:sz w:val="26"/>
                <w:szCs w:val="26"/>
              </w:rPr>
              <w:t>ả</w:t>
            </w:r>
            <w:r w:rsidRPr="002F6785">
              <w:rPr>
                <w:sz w:val="26"/>
                <w:szCs w:val="26"/>
              </w:rPr>
              <w:t>n xu</w:t>
            </w:r>
            <w:r w:rsidRPr="002F6785">
              <w:rPr>
                <w:sz w:val="26"/>
                <w:szCs w:val="26"/>
              </w:rPr>
              <w:t>ấ</w:t>
            </w:r>
            <w:r w:rsidRPr="002F6785">
              <w:rPr>
                <w:sz w:val="26"/>
                <w:szCs w:val="26"/>
              </w:rPr>
              <w:t xml:space="preserve">t </w:t>
            </w:r>
            <w:r w:rsidRPr="002F6785">
              <w:rPr>
                <w:sz w:val="26"/>
                <w:szCs w:val="26"/>
              </w:rPr>
              <w:t>ở</w:t>
            </w:r>
            <w:r w:rsidRPr="002F6785">
              <w:rPr>
                <w:sz w:val="26"/>
                <w:szCs w:val="26"/>
              </w:rPr>
              <w:t xml:space="preserve"> nư</w:t>
            </w:r>
            <w:r w:rsidRPr="002F6785">
              <w:rPr>
                <w:sz w:val="26"/>
                <w:szCs w:val="26"/>
              </w:rPr>
              <w:t>ớ</w:t>
            </w:r>
            <w:r w:rsidRPr="002F6785">
              <w:rPr>
                <w:sz w:val="26"/>
                <w:szCs w:val="26"/>
              </w:rPr>
              <w:t>c ngoài có s</w:t>
            </w:r>
            <w:r w:rsidRPr="002F6785">
              <w:rPr>
                <w:sz w:val="26"/>
                <w:szCs w:val="26"/>
              </w:rPr>
              <w:t>ả</w:t>
            </w:r>
            <w:r w:rsidRPr="002F6785">
              <w:rPr>
                <w:sz w:val="26"/>
                <w:szCs w:val="26"/>
              </w:rPr>
              <w:t>n ph</w:t>
            </w:r>
            <w:r w:rsidRPr="002F6785">
              <w:rPr>
                <w:sz w:val="26"/>
                <w:szCs w:val="26"/>
              </w:rPr>
              <w:t>ẩ</w:t>
            </w:r>
            <w:r w:rsidRPr="002F6785">
              <w:rPr>
                <w:sz w:val="26"/>
                <w:szCs w:val="26"/>
              </w:rPr>
              <w:t>m thép m</w:t>
            </w:r>
            <w:r w:rsidRPr="002F6785">
              <w:rPr>
                <w:sz w:val="26"/>
                <w:szCs w:val="26"/>
              </w:rPr>
              <w:t>ứ</w:t>
            </w:r>
            <w:r w:rsidRPr="002F6785">
              <w:rPr>
                <w:sz w:val="26"/>
                <w:szCs w:val="26"/>
              </w:rPr>
              <w:t>c đ</w:t>
            </w:r>
            <w:r w:rsidRPr="002F6785">
              <w:rPr>
                <w:sz w:val="26"/>
                <w:szCs w:val="26"/>
              </w:rPr>
              <w:t>ộ</w:t>
            </w:r>
            <w:r w:rsidRPr="002F6785">
              <w:rPr>
                <w:sz w:val="26"/>
                <w:szCs w:val="26"/>
              </w:rPr>
              <w:t xml:space="preserve"> r</w:t>
            </w:r>
            <w:r w:rsidRPr="002F6785">
              <w:rPr>
                <w:sz w:val="26"/>
                <w:szCs w:val="26"/>
              </w:rPr>
              <w:t>ủ</w:t>
            </w:r>
            <w:r w:rsidRPr="002F6785">
              <w:rPr>
                <w:sz w:val="26"/>
                <w:szCs w:val="26"/>
              </w:rPr>
              <w:t>i ro trung bình ho</w:t>
            </w:r>
            <w:r w:rsidRPr="002F6785">
              <w:rPr>
                <w:sz w:val="26"/>
                <w:szCs w:val="26"/>
              </w:rPr>
              <w:t>ặ</w:t>
            </w:r>
            <w:r w:rsidRPr="002F6785">
              <w:rPr>
                <w:sz w:val="26"/>
                <w:szCs w:val="26"/>
              </w:rPr>
              <w:t>c cao đã đư</w:t>
            </w:r>
            <w:r w:rsidRPr="002F6785">
              <w:rPr>
                <w:sz w:val="26"/>
                <w:szCs w:val="26"/>
              </w:rPr>
              <w:t>ợ</w:t>
            </w:r>
            <w:r w:rsidRPr="002F6785">
              <w:rPr>
                <w:sz w:val="26"/>
                <w:szCs w:val="26"/>
              </w:rPr>
              <w:t>c nh</w:t>
            </w:r>
            <w:r w:rsidRPr="002F6785">
              <w:rPr>
                <w:sz w:val="26"/>
                <w:szCs w:val="26"/>
              </w:rPr>
              <w:t>ậ</w:t>
            </w:r>
            <w:r w:rsidRPr="002F6785">
              <w:rPr>
                <w:sz w:val="26"/>
                <w:szCs w:val="26"/>
              </w:rPr>
              <w:t>p kh</w:t>
            </w:r>
            <w:r w:rsidRPr="002F6785">
              <w:rPr>
                <w:sz w:val="26"/>
                <w:szCs w:val="26"/>
              </w:rPr>
              <w:t>ẩ</w:t>
            </w:r>
            <w:r w:rsidRPr="002F6785">
              <w:rPr>
                <w:sz w:val="26"/>
                <w:szCs w:val="26"/>
              </w:rPr>
              <w:t>u, đưa ra lưu thông t</w:t>
            </w:r>
            <w:r w:rsidRPr="002F6785">
              <w:rPr>
                <w:sz w:val="26"/>
                <w:szCs w:val="26"/>
              </w:rPr>
              <w:t>ạ</w:t>
            </w:r>
            <w:r w:rsidRPr="002F6785">
              <w:rPr>
                <w:sz w:val="26"/>
                <w:szCs w:val="26"/>
              </w:rPr>
              <w:t>i Vi</w:t>
            </w:r>
            <w:r w:rsidRPr="002F6785">
              <w:rPr>
                <w:sz w:val="26"/>
                <w:szCs w:val="26"/>
              </w:rPr>
              <w:t>ệ</w:t>
            </w:r>
            <w:r w:rsidRPr="002F6785">
              <w:rPr>
                <w:sz w:val="26"/>
                <w:szCs w:val="26"/>
              </w:rPr>
              <w:t>t Nam.</w:t>
            </w:r>
          </w:p>
          <w:p w:rsidR="008D4B75" w:rsidRPr="002F6785" w:rsidRDefault="00AC53F4" w:rsidP="002F6785">
            <w:pPr>
              <w:spacing w:before="60" w:after="60"/>
              <w:jc w:val="both"/>
              <w:rPr>
                <w:sz w:val="26"/>
                <w:szCs w:val="26"/>
              </w:rPr>
            </w:pPr>
            <w:r w:rsidRPr="002F6785">
              <w:rPr>
                <w:sz w:val="26"/>
                <w:szCs w:val="26"/>
              </w:rPr>
              <w:t>Các căn c</w:t>
            </w:r>
            <w:r w:rsidRPr="002F6785">
              <w:rPr>
                <w:sz w:val="26"/>
                <w:szCs w:val="26"/>
              </w:rPr>
              <w:t>ứ</w:t>
            </w:r>
            <w:r w:rsidRPr="002F6785">
              <w:rPr>
                <w:sz w:val="26"/>
                <w:szCs w:val="26"/>
              </w:rPr>
              <w:t xml:space="preserve"> l</w:t>
            </w:r>
            <w:r w:rsidRPr="002F6785">
              <w:rPr>
                <w:sz w:val="26"/>
                <w:szCs w:val="26"/>
              </w:rPr>
              <w:t>ự</w:t>
            </w:r>
            <w:r w:rsidRPr="002F6785">
              <w:rPr>
                <w:sz w:val="26"/>
                <w:szCs w:val="26"/>
              </w:rPr>
              <w:t>a ch</w:t>
            </w:r>
            <w:r w:rsidRPr="002F6785">
              <w:rPr>
                <w:sz w:val="26"/>
                <w:szCs w:val="26"/>
              </w:rPr>
              <w:t>ọ</w:t>
            </w:r>
            <w:r w:rsidRPr="002F6785">
              <w:rPr>
                <w:sz w:val="26"/>
                <w:szCs w:val="26"/>
              </w:rPr>
              <w:t>n t</w:t>
            </w:r>
            <w:r w:rsidRPr="002F6785">
              <w:rPr>
                <w:sz w:val="26"/>
                <w:szCs w:val="26"/>
              </w:rPr>
              <w:t>ậ</w:t>
            </w:r>
            <w:r w:rsidRPr="002F6785">
              <w:rPr>
                <w:sz w:val="26"/>
                <w:szCs w:val="26"/>
              </w:rPr>
              <w:t>p trung vào s</w:t>
            </w:r>
            <w:r w:rsidRPr="002F6785">
              <w:rPr>
                <w:sz w:val="26"/>
                <w:szCs w:val="26"/>
              </w:rPr>
              <w:t>ự</w:t>
            </w:r>
            <w:r w:rsidRPr="002F6785">
              <w:rPr>
                <w:sz w:val="26"/>
                <w:szCs w:val="26"/>
              </w:rPr>
              <w:t xml:space="preserve"> không phù h</w:t>
            </w:r>
            <w:r w:rsidRPr="002F6785">
              <w:rPr>
                <w:sz w:val="26"/>
                <w:szCs w:val="26"/>
              </w:rPr>
              <w:t>ợ</w:t>
            </w:r>
            <w:r w:rsidRPr="002F6785">
              <w:rPr>
                <w:sz w:val="26"/>
                <w:szCs w:val="26"/>
              </w:rPr>
              <w:t>p có</w:t>
            </w:r>
            <w:r w:rsidRPr="002F6785">
              <w:rPr>
                <w:sz w:val="26"/>
                <w:szCs w:val="26"/>
              </w:rPr>
              <w:t xml:space="preserve"> nguy cơ gây h</w:t>
            </w:r>
            <w:r w:rsidRPr="002F6785">
              <w:rPr>
                <w:sz w:val="26"/>
                <w:szCs w:val="26"/>
              </w:rPr>
              <w:t>ậ</w:t>
            </w:r>
            <w:r w:rsidRPr="002F6785">
              <w:rPr>
                <w:sz w:val="26"/>
                <w:szCs w:val="26"/>
              </w:rPr>
              <w:t>u qu</w:t>
            </w:r>
            <w:r w:rsidRPr="002F6785">
              <w:rPr>
                <w:sz w:val="26"/>
                <w:szCs w:val="26"/>
              </w:rPr>
              <w:t>ả</w:t>
            </w:r>
            <w:r w:rsidRPr="002F6785">
              <w:rPr>
                <w:sz w:val="26"/>
                <w:szCs w:val="26"/>
              </w:rPr>
              <w:t xml:space="preserve"> đáng k</w:t>
            </w:r>
            <w:r w:rsidRPr="002F6785">
              <w:rPr>
                <w:sz w:val="26"/>
                <w:szCs w:val="26"/>
              </w:rPr>
              <w:t>ể</w:t>
            </w:r>
            <w:r w:rsidRPr="002F6785">
              <w:rPr>
                <w:sz w:val="26"/>
                <w:szCs w:val="26"/>
              </w:rPr>
              <w:t>, tái di</w:t>
            </w:r>
            <w:r w:rsidRPr="002F6785">
              <w:rPr>
                <w:sz w:val="26"/>
                <w:szCs w:val="26"/>
              </w:rPr>
              <w:t>ễ</w:t>
            </w:r>
            <w:r w:rsidRPr="002F6785">
              <w:rPr>
                <w:sz w:val="26"/>
                <w:szCs w:val="26"/>
              </w:rPr>
              <w:t>n vi ph</w:t>
            </w:r>
            <w:r w:rsidRPr="002F6785">
              <w:rPr>
                <w:sz w:val="26"/>
                <w:szCs w:val="26"/>
              </w:rPr>
              <w:t>ạ</w:t>
            </w:r>
            <w:r w:rsidRPr="002F6785">
              <w:rPr>
                <w:sz w:val="26"/>
                <w:szCs w:val="26"/>
              </w:rPr>
              <w:t>m, d</w:t>
            </w:r>
            <w:r w:rsidRPr="002F6785">
              <w:rPr>
                <w:sz w:val="26"/>
                <w:szCs w:val="26"/>
              </w:rPr>
              <w:t>ấ</w:t>
            </w:r>
            <w:r w:rsidRPr="002F6785">
              <w:rPr>
                <w:sz w:val="26"/>
                <w:szCs w:val="26"/>
              </w:rPr>
              <w:t>u hi</w:t>
            </w:r>
            <w:r w:rsidRPr="002F6785">
              <w:rPr>
                <w:sz w:val="26"/>
                <w:szCs w:val="26"/>
              </w:rPr>
              <w:t>ệ</w:t>
            </w:r>
            <w:r w:rsidRPr="002F6785">
              <w:rPr>
                <w:sz w:val="26"/>
                <w:szCs w:val="26"/>
              </w:rPr>
              <w:t>u gi</w:t>
            </w:r>
            <w:r w:rsidRPr="002F6785">
              <w:rPr>
                <w:sz w:val="26"/>
                <w:szCs w:val="26"/>
              </w:rPr>
              <w:t>ả</w:t>
            </w:r>
            <w:r w:rsidRPr="002F6785">
              <w:rPr>
                <w:sz w:val="26"/>
                <w:szCs w:val="26"/>
              </w:rPr>
              <w:t xml:space="preserve"> m</w:t>
            </w:r>
            <w:r w:rsidRPr="002F6785">
              <w:rPr>
                <w:sz w:val="26"/>
                <w:szCs w:val="26"/>
              </w:rPr>
              <w:t>ạ</w:t>
            </w:r>
            <w:r w:rsidRPr="002F6785">
              <w:rPr>
                <w:sz w:val="26"/>
                <w:szCs w:val="26"/>
              </w:rPr>
              <w:t>o ho</w:t>
            </w:r>
            <w:r w:rsidRPr="002F6785">
              <w:rPr>
                <w:sz w:val="26"/>
                <w:szCs w:val="26"/>
              </w:rPr>
              <w:t>ặ</w:t>
            </w:r>
            <w:r w:rsidRPr="002F6785">
              <w:rPr>
                <w:sz w:val="26"/>
                <w:szCs w:val="26"/>
              </w:rPr>
              <w:t>c s</w:t>
            </w:r>
            <w:r w:rsidRPr="002F6785">
              <w:rPr>
                <w:sz w:val="26"/>
                <w:szCs w:val="26"/>
              </w:rPr>
              <w:t>ử</w:t>
            </w:r>
            <w:r w:rsidRPr="002F6785">
              <w:rPr>
                <w:sz w:val="26"/>
                <w:szCs w:val="26"/>
              </w:rPr>
              <w:t xml:space="preserve"> d</w:t>
            </w:r>
            <w:r w:rsidRPr="002F6785">
              <w:rPr>
                <w:sz w:val="26"/>
                <w:szCs w:val="26"/>
              </w:rPr>
              <w:t>ụ</w:t>
            </w:r>
            <w:r w:rsidRPr="002F6785">
              <w:rPr>
                <w:sz w:val="26"/>
                <w:szCs w:val="26"/>
              </w:rPr>
              <w:t>ng sai tài li</w:t>
            </w:r>
            <w:r w:rsidRPr="002F6785">
              <w:rPr>
                <w:sz w:val="26"/>
                <w:szCs w:val="26"/>
              </w:rPr>
              <w:t>ệ</w:t>
            </w:r>
            <w:r w:rsidRPr="002F6785">
              <w:rPr>
                <w:sz w:val="26"/>
                <w:szCs w:val="26"/>
              </w:rPr>
              <w:t>u ch</w:t>
            </w:r>
            <w:r w:rsidRPr="002F6785">
              <w:rPr>
                <w:sz w:val="26"/>
                <w:szCs w:val="26"/>
              </w:rPr>
              <w:t>ấ</w:t>
            </w:r>
            <w:r w:rsidRPr="002F6785">
              <w:rPr>
                <w:sz w:val="26"/>
                <w:szCs w:val="26"/>
              </w:rPr>
              <w:t>t lư</w:t>
            </w:r>
            <w:r w:rsidRPr="002F6785">
              <w:rPr>
                <w:sz w:val="26"/>
                <w:szCs w:val="26"/>
              </w:rPr>
              <w:t>ợ</w:t>
            </w:r>
            <w:r w:rsidRPr="002F6785">
              <w:rPr>
                <w:sz w:val="26"/>
                <w:szCs w:val="26"/>
              </w:rPr>
              <w:t>ng, c</w:t>
            </w:r>
            <w:r w:rsidRPr="002F6785">
              <w:rPr>
                <w:sz w:val="26"/>
                <w:szCs w:val="26"/>
              </w:rPr>
              <w:t>ả</w:t>
            </w:r>
            <w:r w:rsidRPr="002F6785">
              <w:rPr>
                <w:sz w:val="26"/>
                <w:szCs w:val="26"/>
              </w:rPr>
              <w:t>nh báo có liên quan, thay đ</w:t>
            </w:r>
            <w:r w:rsidRPr="002F6785">
              <w:rPr>
                <w:sz w:val="26"/>
                <w:szCs w:val="26"/>
              </w:rPr>
              <w:t>ổ</w:t>
            </w:r>
            <w:r w:rsidRPr="002F6785">
              <w:rPr>
                <w:sz w:val="26"/>
                <w:szCs w:val="26"/>
              </w:rPr>
              <w:t>i có th</w:t>
            </w:r>
            <w:r w:rsidRPr="002F6785">
              <w:rPr>
                <w:sz w:val="26"/>
                <w:szCs w:val="26"/>
              </w:rPr>
              <w:t>ể</w:t>
            </w:r>
            <w:r w:rsidRPr="002F6785">
              <w:rPr>
                <w:sz w:val="26"/>
                <w:szCs w:val="26"/>
              </w:rPr>
              <w:t xml:space="preserve"> </w:t>
            </w:r>
            <w:r w:rsidRPr="002F6785">
              <w:rPr>
                <w:sz w:val="26"/>
                <w:szCs w:val="26"/>
              </w:rPr>
              <w:t>ả</w:t>
            </w:r>
            <w:r w:rsidRPr="002F6785">
              <w:rPr>
                <w:sz w:val="26"/>
                <w:szCs w:val="26"/>
              </w:rPr>
              <w:t>nh hư</w:t>
            </w:r>
            <w:r w:rsidRPr="002F6785">
              <w:rPr>
                <w:sz w:val="26"/>
                <w:szCs w:val="26"/>
              </w:rPr>
              <w:t>ở</w:t>
            </w:r>
            <w:r w:rsidRPr="002F6785">
              <w:rPr>
                <w:sz w:val="26"/>
                <w:szCs w:val="26"/>
              </w:rPr>
              <w:t>ng đ</w:t>
            </w:r>
            <w:r w:rsidRPr="002F6785">
              <w:rPr>
                <w:sz w:val="26"/>
                <w:szCs w:val="26"/>
              </w:rPr>
              <w:t>ế</w:t>
            </w:r>
            <w:r w:rsidRPr="002F6785">
              <w:rPr>
                <w:sz w:val="26"/>
                <w:szCs w:val="26"/>
              </w:rPr>
              <w:t>n kh</w:t>
            </w:r>
            <w:r w:rsidRPr="002F6785">
              <w:rPr>
                <w:sz w:val="26"/>
                <w:szCs w:val="26"/>
              </w:rPr>
              <w:t>ả</w:t>
            </w:r>
            <w:r w:rsidRPr="002F6785">
              <w:rPr>
                <w:sz w:val="26"/>
                <w:szCs w:val="26"/>
              </w:rPr>
              <w:t xml:space="preserve"> năng duy trì s</w:t>
            </w:r>
            <w:r w:rsidRPr="002F6785">
              <w:rPr>
                <w:sz w:val="26"/>
                <w:szCs w:val="26"/>
              </w:rPr>
              <w:t>ự</w:t>
            </w:r>
            <w:r w:rsidRPr="002F6785">
              <w:rPr>
                <w:sz w:val="26"/>
                <w:szCs w:val="26"/>
              </w:rPr>
              <w:t xml:space="preserve"> phù h</w:t>
            </w:r>
            <w:r w:rsidRPr="002F6785">
              <w:rPr>
                <w:sz w:val="26"/>
                <w:szCs w:val="26"/>
              </w:rPr>
              <w:t>ợ</w:t>
            </w:r>
            <w:r w:rsidRPr="002F6785">
              <w:rPr>
                <w:sz w:val="26"/>
                <w:szCs w:val="26"/>
              </w:rPr>
              <w:t>p ho</w:t>
            </w:r>
            <w:r w:rsidRPr="002F6785">
              <w:rPr>
                <w:sz w:val="26"/>
                <w:szCs w:val="26"/>
              </w:rPr>
              <w:t>ặ</w:t>
            </w:r>
            <w:r w:rsidRPr="002F6785">
              <w:rPr>
                <w:sz w:val="26"/>
                <w:szCs w:val="26"/>
              </w:rPr>
              <w:t>c k</w:t>
            </w:r>
            <w:r w:rsidRPr="002F6785">
              <w:rPr>
                <w:sz w:val="26"/>
                <w:szCs w:val="26"/>
              </w:rPr>
              <w:t>ế</w:t>
            </w:r>
            <w:r w:rsidRPr="002F6785">
              <w:rPr>
                <w:sz w:val="26"/>
                <w:szCs w:val="26"/>
              </w:rPr>
              <w:t xml:space="preserve"> ho</w:t>
            </w:r>
            <w:r w:rsidRPr="002F6785">
              <w:rPr>
                <w:sz w:val="26"/>
                <w:szCs w:val="26"/>
              </w:rPr>
              <w:t>ạ</w:t>
            </w:r>
            <w:r w:rsidRPr="002F6785">
              <w:rPr>
                <w:sz w:val="26"/>
                <w:szCs w:val="26"/>
              </w:rPr>
              <w:t>ch h</w:t>
            </w:r>
            <w:r w:rsidRPr="002F6785">
              <w:rPr>
                <w:sz w:val="26"/>
                <w:szCs w:val="26"/>
              </w:rPr>
              <w:t>ậ</w:t>
            </w:r>
            <w:r w:rsidRPr="002F6785">
              <w:rPr>
                <w:sz w:val="26"/>
                <w:szCs w:val="26"/>
              </w:rPr>
              <w:t>u ki</w:t>
            </w:r>
            <w:r w:rsidRPr="002F6785">
              <w:rPr>
                <w:sz w:val="26"/>
                <w:szCs w:val="26"/>
              </w:rPr>
              <w:t>ể</w:t>
            </w:r>
            <w:r w:rsidRPr="002F6785">
              <w:rPr>
                <w:sz w:val="26"/>
                <w:szCs w:val="26"/>
              </w:rPr>
              <w:t>m chuyên đ</w:t>
            </w:r>
            <w:r w:rsidRPr="002F6785">
              <w:rPr>
                <w:sz w:val="26"/>
                <w:szCs w:val="26"/>
              </w:rPr>
              <w:t>ề</w:t>
            </w:r>
            <w:r w:rsidRPr="002F6785">
              <w:rPr>
                <w:sz w:val="26"/>
                <w:szCs w:val="26"/>
              </w:rPr>
              <w:t xml:space="preserve"> d</w:t>
            </w:r>
            <w:r w:rsidRPr="002F6785">
              <w:rPr>
                <w:sz w:val="26"/>
                <w:szCs w:val="26"/>
              </w:rPr>
              <w:t>ự</w:t>
            </w:r>
            <w:r w:rsidRPr="002F6785">
              <w:rPr>
                <w:sz w:val="26"/>
                <w:szCs w:val="26"/>
              </w:rPr>
              <w:t>a trên phân tích d</w:t>
            </w:r>
            <w:r w:rsidRPr="002F6785">
              <w:rPr>
                <w:sz w:val="26"/>
                <w:szCs w:val="26"/>
              </w:rPr>
              <w:t>ữ</w:t>
            </w:r>
            <w:r w:rsidRPr="002F6785">
              <w:rPr>
                <w:sz w:val="26"/>
                <w:szCs w:val="26"/>
              </w:rPr>
              <w:t xml:space="preserve"> li</w:t>
            </w:r>
            <w:r w:rsidRPr="002F6785">
              <w:rPr>
                <w:sz w:val="26"/>
                <w:szCs w:val="26"/>
              </w:rPr>
              <w:t>ệ</w:t>
            </w:r>
            <w:r w:rsidRPr="002F6785">
              <w:rPr>
                <w:sz w:val="26"/>
                <w:szCs w:val="26"/>
              </w:rPr>
              <w:t>u. Khi có nhi</w:t>
            </w:r>
            <w:r w:rsidRPr="002F6785">
              <w:rPr>
                <w:sz w:val="26"/>
                <w:szCs w:val="26"/>
              </w:rPr>
              <w:t>ề</w:t>
            </w:r>
            <w:r w:rsidRPr="002F6785">
              <w:rPr>
                <w:sz w:val="26"/>
                <w:szCs w:val="26"/>
              </w:rPr>
              <w:t>u cơ s</w:t>
            </w:r>
            <w:r w:rsidRPr="002F6785">
              <w:rPr>
                <w:sz w:val="26"/>
                <w:szCs w:val="26"/>
              </w:rPr>
              <w:t>ở</w:t>
            </w:r>
            <w:r w:rsidRPr="002F6785">
              <w:rPr>
                <w:sz w:val="26"/>
                <w:szCs w:val="26"/>
              </w:rPr>
              <w:t xml:space="preserve"> cùng đáp </w:t>
            </w:r>
            <w:r w:rsidRPr="002F6785">
              <w:rPr>
                <w:sz w:val="26"/>
                <w:szCs w:val="26"/>
              </w:rPr>
              <w:t>ứ</w:t>
            </w:r>
            <w:r w:rsidRPr="002F6785">
              <w:rPr>
                <w:sz w:val="26"/>
                <w:szCs w:val="26"/>
              </w:rPr>
              <w:t>ng, th</w:t>
            </w:r>
            <w:r w:rsidRPr="002F6785">
              <w:rPr>
                <w:sz w:val="26"/>
                <w:szCs w:val="26"/>
              </w:rPr>
              <w:t>ứ</w:t>
            </w:r>
            <w:r w:rsidRPr="002F6785">
              <w:rPr>
                <w:sz w:val="26"/>
                <w:szCs w:val="26"/>
              </w:rPr>
              <w:t xml:space="preserve"> t</w:t>
            </w:r>
            <w:r w:rsidRPr="002F6785">
              <w:rPr>
                <w:sz w:val="26"/>
                <w:szCs w:val="26"/>
              </w:rPr>
              <w:t>ự</w:t>
            </w:r>
            <w:r w:rsidRPr="002F6785">
              <w:rPr>
                <w:sz w:val="26"/>
                <w:szCs w:val="26"/>
              </w:rPr>
              <w:t xml:space="preserve"> ưu tiên đư</w:t>
            </w:r>
            <w:r w:rsidRPr="002F6785">
              <w:rPr>
                <w:sz w:val="26"/>
                <w:szCs w:val="26"/>
              </w:rPr>
              <w:t>ợ</w:t>
            </w:r>
            <w:r w:rsidRPr="002F6785">
              <w:rPr>
                <w:sz w:val="26"/>
                <w:szCs w:val="26"/>
              </w:rPr>
              <w:t>c xác đ</w:t>
            </w:r>
            <w:r w:rsidRPr="002F6785">
              <w:rPr>
                <w:sz w:val="26"/>
                <w:szCs w:val="26"/>
              </w:rPr>
              <w:t>ị</w:t>
            </w:r>
            <w:r w:rsidRPr="002F6785">
              <w:rPr>
                <w:sz w:val="26"/>
                <w:szCs w:val="26"/>
              </w:rPr>
              <w:t>nh theo m</w:t>
            </w:r>
            <w:r w:rsidRPr="002F6785">
              <w:rPr>
                <w:sz w:val="26"/>
                <w:szCs w:val="26"/>
              </w:rPr>
              <w:t>ứ</w:t>
            </w:r>
            <w:r w:rsidRPr="002F6785">
              <w:rPr>
                <w:sz w:val="26"/>
                <w:szCs w:val="26"/>
              </w:rPr>
              <w:t>c đ</w:t>
            </w:r>
            <w:r w:rsidRPr="002F6785">
              <w:rPr>
                <w:sz w:val="26"/>
                <w:szCs w:val="26"/>
              </w:rPr>
              <w:t>ộ</w:t>
            </w:r>
            <w:r w:rsidRPr="002F6785">
              <w:rPr>
                <w:sz w:val="26"/>
                <w:szCs w:val="26"/>
              </w:rPr>
              <w:t xml:space="preserve"> r</w:t>
            </w:r>
            <w:r w:rsidRPr="002F6785">
              <w:rPr>
                <w:sz w:val="26"/>
                <w:szCs w:val="26"/>
              </w:rPr>
              <w:t>ủ</w:t>
            </w:r>
            <w:r w:rsidRPr="002F6785">
              <w:rPr>
                <w:sz w:val="26"/>
                <w:szCs w:val="26"/>
              </w:rPr>
              <w:t>i ro và ph</w:t>
            </w:r>
            <w:r w:rsidRPr="002F6785">
              <w:rPr>
                <w:sz w:val="26"/>
                <w:szCs w:val="26"/>
              </w:rPr>
              <w:t>ạ</w:t>
            </w:r>
            <w:r w:rsidRPr="002F6785">
              <w:rPr>
                <w:sz w:val="26"/>
                <w:szCs w:val="26"/>
              </w:rPr>
              <w:t xml:space="preserve">m vi </w:t>
            </w:r>
            <w:r w:rsidRPr="002F6785">
              <w:rPr>
                <w:sz w:val="26"/>
                <w:szCs w:val="26"/>
              </w:rPr>
              <w:t>ả</w:t>
            </w:r>
            <w:r w:rsidRPr="002F6785">
              <w:rPr>
                <w:sz w:val="26"/>
                <w:szCs w:val="26"/>
              </w:rPr>
              <w:t>nh hư</w:t>
            </w:r>
            <w:r w:rsidRPr="002F6785">
              <w:rPr>
                <w:sz w:val="26"/>
                <w:szCs w:val="26"/>
              </w:rPr>
              <w:t>ở</w:t>
            </w:r>
            <w:r w:rsidRPr="002F6785">
              <w:rPr>
                <w:sz w:val="26"/>
                <w:szCs w:val="26"/>
              </w:rPr>
              <w:t>ng. Vi</w:t>
            </w:r>
            <w:r w:rsidRPr="002F6785">
              <w:rPr>
                <w:sz w:val="26"/>
                <w:szCs w:val="26"/>
              </w:rPr>
              <w:t>ệ</w:t>
            </w:r>
            <w:r w:rsidRPr="002F6785">
              <w:rPr>
                <w:sz w:val="26"/>
                <w:szCs w:val="26"/>
              </w:rPr>
              <w:t>c lo</w:t>
            </w:r>
            <w:r w:rsidRPr="002F6785">
              <w:rPr>
                <w:sz w:val="26"/>
                <w:szCs w:val="26"/>
              </w:rPr>
              <w:t>ạ</w:t>
            </w:r>
            <w:r w:rsidRPr="002F6785">
              <w:rPr>
                <w:sz w:val="26"/>
                <w:szCs w:val="26"/>
              </w:rPr>
              <w:t>i tr</w:t>
            </w:r>
            <w:r w:rsidRPr="002F6785">
              <w:rPr>
                <w:sz w:val="26"/>
                <w:szCs w:val="26"/>
              </w:rPr>
              <w:t>ừ</w:t>
            </w:r>
            <w:r w:rsidRPr="002F6785">
              <w:rPr>
                <w:sz w:val="26"/>
                <w:szCs w:val="26"/>
              </w:rPr>
              <w:t xml:space="preserve"> căn c</w:t>
            </w:r>
            <w:r w:rsidRPr="002F6785">
              <w:rPr>
                <w:sz w:val="26"/>
                <w:szCs w:val="26"/>
              </w:rPr>
              <w:t>ứ</w:t>
            </w:r>
            <w:r w:rsidRPr="002F6785">
              <w:rPr>
                <w:sz w:val="26"/>
                <w:szCs w:val="26"/>
              </w:rPr>
              <w:t xml:space="preserve"> ch</w:t>
            </w:r>
            <w:r w:rsidRPr="002F6785">
              <w:rPr>
                <w:sz w:val="26"/>
                <w:szCs w:val="26"/>
              </w:rPr>
              <w:t>ỉ</w:t>
            </w:r>
            <w:r w:rsidRPr="002F6785">
              <w:rPr>
                <w:sz w:val="26"/>
                <w:szCs w:val="26"/>
              </w:rPr>
              <w:t xml:space="preserve"> d</w:t>
            </w:r>
            <w:r w:rsidRPr="002F6785">
              <w:rPr>
                <w:sz w:val="26"/>
                <w:szCs w:val="26"/>
              </w:rPr>
              <w:t>ự</w:t>
            </w:r>
            <w:r w:rsidRPr="002F6785">
              <w:rPr>
                <w:sz w:val="26"/>
                <w:szCs w:val="26"/>
              </w:rPr>
              <w:t>a vào l</w:t>
            </w:r>
            <w:r w:rsidRPr="002F6785">
              <w:rPr>
                <w:sz w:val="26"/>
                <w:szCs w:val="26"/>
              </w:rPr>
              <w:t>ầ</w:t>
            </w:r>
            <w:r w:rsidRPr="002F6785">
              <w:rPr>
                <w:sz w:val="26"/>
                <w:szCs w:val="26"/>
              </w:rPr>
              <w:t>n đ</w:t>
            </w:r>
            <w:r w:rsidRPr="002F6785">
              <w:rPr>
                <w:sz w:val="26"/>
                <w:szCs w:val="26"/>
              </w:rPr>
              <w:t>ầ</w:t>
            </w:r>
            <w:r w:rsidRPr="002F6785">
              <w:rPr>
                <w:sz w:val="26"/>
                <w:szCs w:val="26"/>
              </w:rPr>
              <w:t>u nh</w:t>
            </w:r>
            <w:r w:rsidRPr="002F6785">
              <w:rPr>
                <w:sz w:val="26"/>
                <w:szCs w:val="26"/>
              </w:rPr>
              <w:t>ậ</w:t>
            </w:r>
            <w:r w:rsidRPr="002F6785">
              <w:rPr>
                <w:sz w:val="26"/>
                <w:szCs w:val="26"/>
              </w:rPr>
              <w:t>p kh</w:t>
            </w:r>
            <w:r w:rsidRPr="002F6785">
              <w:rPr>
                <w:sz w:val="26"/>
                <w:szCs w:val="26"/>
              </w:rPr>
              <w:t>ẩ</w:t>
            </w:r>
            <w:r w:rsidRPr="002F6785">
              <w:rPr>
                <w:sz w:val="26"/>
                <w:szCs w:val="26"/>
              </w:rPr>
              <w:t>u ho</w:t>
            </w:r>
            <w:r w:rsidRPr="002F6785">
              <w:rPr>
                <w:sz w:val="26"/>
                <w:szCs w:val="26"/>
              </w:rPr>
              <w:t>ặ</w:t>
            </w:r>
            <w:r w:rsidRPr="002F6785">
              <w:rPr>
                <w:sz w:val="26"/>
                <w:szCs w:val="26"/>
              </w:rPr>
              <w:t>c xu</w:t>
            </w:r>
            <w:r w:rsidRPr="002F6785">
              <w:rPr>
                <w:sz w:val="26"/>
                <w:szCs w:val="26"/>
              </w:rPr>
              <w:t>ấ</w:t>
            </w:r>
            <w:r w:rsidRPr="002F6785">
              <w:rPr>
                <w:sz w:val="26"/>
                <w:szCs w:val="26"/>
              </w:rPr>
              <w:t>t x</w:t>
            </w:r>
            <w:r w:rsidRPr="002F6785">
              <w:rPr>
                <w:sz w:val="26"/>
                <w:szCs w:val="26"/>
              </w:rPr>
              <w:t>ứ</w:t>
            </w:r>
            <w:r w:rsidRPr="002F6785">
              <w:rPr>
                <w:sz w:val="26"/>
                <w:szCs w:val="26"/>
              </w:rPr>
              <w:t xml:space="preserve"> nh</w:t>
            </w:r>
            <w:r w:rsidRPr="002F6785">
              <w:rPr>
                <w:sz w:val="26"/>
                <w:szCs w:val="26"/>
              </w:rPr>
              <w:t>ằ</w:t>
            </w:r>
            <w:r w:rsidRPr="002F6785">
              <w:rPr>
                <w:sz w:val="26"/>
                <w:szCs w:val="26"/>
              </w:rPr>
              <w:t>m b</w:t>
            </w:r>
            <w:r w:rsidRPr="002F6785">
              <w:rPr>
                <w:sz w:val="26"/>
                <w:szCs w:val="26"/>
              </w:rPr>
              <w:t>ả</w:t>
            </w:r>
            <w:r w:rsidRPr="002F6785">
              <w:rPr>
                <w:sz w:val="26"/>
                <w:szCs w:val="26"/>
              </w:rPr>
              <w:t>o đ</w:t>
            </w:r>
            <w:r w:rsidRPr="002F6785">
              <w:rPr>
                <w:sz w:val="26"/>
                <w:szCs w:val="26"/>
              </w:rPr>
              <w:t>ả</w:t>
            </w:r>
            <w:r w:rsidRPr="002F6785">
              <w:rPr>
                <w:sz w:val="26"/>
                <w:szCs w:val="26"/>
              </w:rPr>
              <w:t>m khách quan, không phân bi</w:t>
            </w:r>
            <w:r w:rsidRPr="002F6785">
              <w:rPr>
                <w:sz w:val="26"/>
                <w:szCs w:val="26"/>
              </w:rPr>
              <w:t>ệ</w:t>
            </w:r>
            <w:r w:rsidRPr="002F6785">
              <w:rPr>
                <w:sz w:val="26"/>
                <w:szCs w:val="26"/>
              </w:rPr>
              <w:t>t đ</w:t>
            </w:r>
            <w:r w:rsidRPr="002F6785">
              <w:rPr>
                <w:sz w:val="26"/>
                <w:szCs w:val="26"/>
              </w:rPr>
              <w:t>ố</w:t>
            </w:r>
            <w:r w:rsidRPr="002F6785">
              <w:rPr>
                <w:sz w:val="26"/>
                <w:szCs w:val="26"/>
              </w:rPr>
              <w:t>i x</w:t>
            </w:r>
            <w:r w:rsidRPr="002F6785">
              <w:rPr>
                <w:sz w:val="26"/>
                <w:szCs w:val="26"/>
              </w:rPr>
              <w:t>ử</w:t>
            </w:r>
            <w:r w:rsidRPr="002F6785">
              <w:rPr>
                <w:sz w:val="26"/>
                <w:szCs w:val="26"/>
              </w:rPr>
              <w:t xml:space="preserve"> và phù h</w:t>
            </w:r>
            <w:r w:rsidRPr="002F6785">
              <w:rPr>
                <w:sz w:val="26"/>
                <w:szCs w:val="26"/>
              </w:rPr>
              <w:t>ợ</w:t>
            </w:r>
            <w:r w:rsidRPr="002F6785">
              <w:rPr>
                <w:sz w:val="26"/>
                <w:szCs w:val="26"/>
              </w:rPr>
              <w:t>p nguyên t</w:t>
            </w:r>
            <w:r w:rsidRPr="002F6785">
              <w:rPr>
                <w:sz w:val="26"/>
                <w:szCs w:val="26"/>
              </w:rPr>
              <w:t>ắ</w:t>
            </w:r>
            <w:r w:rsidRPr="002F6785">
              <w:rPr>
                <w:sz w:val="26"/>
                <w:szCs w:val="26"/>
              </w:rPr>
              <w:t>c qu</w:t>
            </w:r>
            <w:r w:rsidRPr="002F6785">
              <w:rPr>
                <w:sz w:val="26"/>
                <w:szCs w:val="26"/>
              </w:rPr>
              <w:t>ả</w:t>
            </w:r>
            <w:r w:rsidRPr="002F6785">
              <w:rPr>
                <w:sz w:val="26"/>
                <w:szCs w:val="26"/>
              </w:rPr>
              <w:t>n lý theo r</w:t>
            </w:r>
            <w:r w:rsidRPr="002F6785">
              <w:rPr>
                <w:sz w:val="26"/>
                <w:szCs w:val="26"/>
              </w:rPr>
              <w:t>ủ</w:t>
            </w:r>
            <w:r w:rsidRPr="002F6785">
              <w:rPr>
                <w:sz w:val="26"/>
                <w:szCs w:val="26"/>
              </w:rPr>
              <w:t>i ro.</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lastRenderedPageBreak/>
              <w:t>Điề</w:t>
            </w:r>
            <w:r w:rsidRPr="002F6785">
              <w:rPr>
                <w:b/>
                <w:sz w:val="26"/>
                <w:szCs w:val="26"/>
              </w:rPr>
              <w:t xml:space="preserve">u 15. </w:t>
            </w:r>
            <w:r w:rsidR="003C5095" w:rsidRPr="002F6785">
              <w:rPr>
                <w:b/>
                <w:sz w:val="26"/>
                <w:szCs w:val="26"/>
              </w:rPr>
              <w:t xml:space="preserve">Quyết định và kế hoạch kiểm tra </w:t>
            </w:r>
            <w:r w:rsidR="009F2007" w:rsidRPr="002F6785">
              <w:rPr>
                <w:b/>
                <w:sz w:val="26"/>
                <w:szCs w:val="26"/>
              </w:rPr>
              <w:t xml:space="preserve">chất lượng thép </w:t>
            </w:r>
            <w:r w:rsidR="003C5095" w:rsidRPr="002F6785">
              <w:rPr>
                <w:b/>
                <w:sz w:val="26"/>
                <w:szCs w:val="26"/>
              </w:rPr>
              <w:t>tại nguồn</w:t>
            </w:r>
          </w:p>
        </w:tc>
        <w:tc>
          <w:tcPr>
            <w:tcW w:w="6636" w:type="dxa"/>
          </w:tcPr>
          <w:p w:rsidR="007325E2" w:rsidRPr="002F6785" w:rsidRDefault="001B5483" w:rsidP="002F6785">
            <w:pPr>
              <w:widowControl w:val="0"/>
              <w:spacing w:before="60" w:after="60"/>
              <w:jc w:val="both"/>
              <w:rPr>
                <w:rFonts w:cs="Times New Roman"/>
                <w:sz w:val="26"/>
                <w:szCs w:val="26"/>
              </w:rPr>
            </w:pPr>
            <w:r w:rsidRPr="002F6785">
              <w:rPr>
                <w:rFonts w:cs="Times New Roman"/>
                <w:sz w:val="26"/>
                <w:szCs w:val="26"/>
              </w:rPr>
              <w:t>1</w:t>
            </w:r>
            <w:r w:rsidR="007325E2" w:rsidRPr="002F6785">
              <w:rPr>
                <w:rFonts w:cs="Times New Roman"/>
                <w:sz w:val="26"/>
                <w:szCs w:val="26"/>
              </w:rPr>
              <w:t>1. Bộ trưởng Bộ Khoa học và Công nghệ quyết định hoặc phân cấp quyết định kiểm tra chất lượng thép tại nguồn theo quy định của pháp luật, trên cơ sở hồ sơ phân tích rủi ro của cơ quan kiểm tra chất lượng sản phẩm, hàng hóa.</w:t>
            </w:r>
          </w:p>
          <w:p w:rsidR="007325E2" w:rsidRPr="002F6785" w:rsidRDefault="007325E2" w:rsidP="002F6785">
            <w:pPr>
              <w:widowControl w:val="0"/>
              <w:spacing w:before="60" w:after="60"/>
              <w:jc w:val="both"/>
              <w:rPr>
                <w:rFonts w:cs="Times New Roman"/>
                <w:sz w:val="26"/>
                <w:szCs w:val="26"/>
              </w:rPr>
            </w:pPr>
            <w:r w:rsidRPr="002F6785">
              <w:rPr>
                <w:rFonts w:cs="Times New Roman"/>
                <w:sz w:val="26"/>
                <w:szCs w:val="26"/>
              </w:rPr>
              <w:t>2. Quyết định kiểm tra phải xác định tên cơ sở sản xuất, sản phẩm và lô sản phẩm liên quan, căn cứ lựa chọn, mục tiêu, phạm vi, nội dung, thời gian, thành phần đoàn kiểm tra và cơ quan chịu trách nhiệm xử lý kết quả. Thành phần đoàn phải có chuyên gia phù hợp với công nghệ sản xuất và chỉ tiêu chất lượng cần xác minh; người có xung đột lợi ích không được tham gia.</w:t>
            </w:r>
          </w:p>
          <w:p w:rsidR="001B5483" w:rsidRPr="002F6785" w:rsidRDefault="007325E2" w:rsidP="002F6785">
            <w:pPr>
              <w:widowControl w:val="0"/>
              <w:spacing w:before="60" w:after="60"/>
              <w:jc w:val="both"/>
              <w:rPr>
                <w:rFonts w:cs="Times New Roman"/>
                <w:sz w:val="26"/>
                <w:szCs w:val="26"/>
              </w:rPr>
            </w:pPr>
            <w:r w:rsidRPr="002F6785">
              <w:rPr>
                <w:rFonts w:cs="Times New Roman"/>
                <w:sz w:val="26"/>
                <w:szCs w:val="26"/>
              </w:rPr>
              <w:t>3. Kế hoạch kiểm tra được gửi cho tổ chức, cá nhân nhập khẩu và cơ sở sản xuất trước ít nhất 15 ngày làm việc hoặc trong thời hạn khác do các bên thống nhất phù hợp với điều kiện thực tế và pháp luật của nước sở tại. Trường hợp cần xử lý khẩn cấp nguy cơ gây hậu quả nghiêm trọng, cơ quan kiểm tra áp dụng trước các biện pháp hậu kiểm trong nước theo thẩm quyền; việc kiểm tra tại nguồn được tổ chức khi đáp ứng điều kiện thực hiện.</w:t>
            </w:r>
          </w:p>
          <w:p w:rsidR="0098544E" w:rsidRPr="002F6785" w:rsidRDefault="001B5483" w:rsidP="002F6785">
            <w:pPr>
              <w:widowControl w:val="0"/>
              <w:spacing w:before="60" w:after="60"/>
              <w:jc w:val="both"/>
              <w:rPr>
                <w:sz w:val="26"/>
                <w:szCs w:val="26"/>
              </w:rPr>
            </w:pPr>
            <w:r w:rsidRPr="002F6785">
              <w:rPr>
                <w:rFonts w:cs="Times New Roman"/>
                <w:sz w:val="26"/>
                <w:szCs w:val="26"/>
              </w:rPr>
              <w:lastRenderedPageBreak/>
              <w:t>4. Trước khi kiểm tra trực tiếp, đoàn kiểm tra phải rà soát hồ sơ, dữ liệu hiện có và thực hiện trao đổi từ xa khi phù hợp để thu hẹp nội dung cần xác minh tại cơ sở. Không yêu cầu cung cấp lại tài liệu đã có và còn giá trị, trừ trường hợp cần đối chiếu bản gốc hoặc xác minh tính xác thực.</w:t>
            </w:r>
          </w:p>
        </w:tc>
        <w:tc>
          <w:tcPr>
            <w:tcW w:w="5760" w:type="dxa"/>
          </w:tcPr>
          <w:p w:rsidR="000F36C2" w:rsidRPr="000F36C2" w:rsidRDefault="00AC53F4" w:rsidP="002F6785">
            <w:pPr>
              <w:spacing w:before="60" w:after="60"/>
              <w:jc w:val="both"/>
              <w:rPr>
                <w:sz w:val="26"/>
                <w:szCs w:val="26"/>
              </w:rPr>
            </w:pPr>
            <w:r w:rsidRPr="002F6785">
              <w:rPr>
                <w:sz w:val="26"/>
                <w:szCs w:val="26"/>
              </w:rPr>
              <w:lastRenderedPageBreak/>
              <w:t>Đi</w:t>
            </w:r>
            <w:r w:rsidRPr="002F6785">
              <w:rPr>
                <w:sz w:val="26"/>
                <w:szCs w:val="26"/>
              </w:rPr>
              <w:t>ề</w:t>
            </w:r>
            <w:r w:rsidRPr="002F6785">
              <w:rPr>
                <w:sz w:val="26"/>
                <w:szCs w:val="26"/>
              </w:rPr>
              <w:t>u nà</w:t>
            </w:r>
            <w:r w:rsidRPr="002F6785">
              <w:rPr>
                <w:sz w:val="26"/>
                <w:szCs w:val="26"/>
              </w:rPr>
              <w:t>y quy đ</w:t>
            </w:r>
            <w:r w:rsidRPr="002F6785">
              <w:rPr>
                <w:sz w:val="26"/>
                <w:szCs w:val="26"/>
              </w:rPr>
              <w:t>ị</w:t>
            </w:r>
            <w:r w:rsidRPr="002F6785">
              <w:rPr>
                <w:sz w:val="26"/>
                <w:szCs w:val="26"/>
              </w:rPr>
              <w:t>nh th</w:t>
            </w:r>
            <w:r w:rsidRPr="002F6785">
              <w:rPr>
                <w:sz w:val="26"/>
                <w:szCs w:val="26"/>
              </w:rPr>
              <w:t>ẩ</w:t>
            </w:r>
            <w:r w:rsidRPr="002F6785">
              <w:rPr>
                <w:sz w:val="26"/>
                <w:szCs w:val="26"/>
              </w:rPr>
              <w:t>m quy</w:t>
            </w:r>
            <w:r w:rsidRPr="002F6785">
              <w:rPr>
                <w:sz w:val="26"/>
                <w:szCs w:val="26"/>
              </w:rPr>
              <w:t>ề</w:t>
            </w:r>
            <w:r w:rsidRPr="002F6785">
              <w:rPr>
                <w:sz w:val="26"/>
                <w:szCs w:val="26"/>
              </w:rPr>
              <w:t>n quy</w:t>
            </w:r>
            <w:r w:rsidRPr="002F6785">
              <w:rPr>
                <w:sz w:val="26"/>
                <w:szCs w:val="26"/>
              </w:rPr>
              <w:t>ế</w:t>
            </w:r>
            <w:r w:rsidRPr="002F6785">
              <w:rPr>
                <w:sz w:val="26"/>
                <w:szCs w:val="26"/>
              </w:rPr>
              <w:t>t đ</w:t>
            </w:r>
            <w:r w:rsidRPr="002F6785">
              <w:rPr>
                <w:sz w:val="26"/>
                <w:szCs w:val="26"/>
              </w:rPr>
              <w:t>ị</w:t>
            </w:r>
            <w:r w:rsidRPr="002F6785">
              <w:rPr>
                <w:sz w:val="26"/>
                <w:szCs w:val="26"/>
              </w:rPr>
              <w:t>nh, n</w:t>
            </w:r>
            <w:r w:rsidRPr="002F6785">
              <w:rPr>
                <w:sz w:val="26"/>
                <w:szCs w:val="26"/>
              </w:rPr>
              <w:t>ộ</w:t>
            </w:r>
            <w:r w:rsidRPr="002F6785">
              <w:rPr>
                <w:sz w:val="26"/>
                <w:szCs w:val="26"/>
              </w:rPr>
              <w:t>i dung quy</w:t>
            </w:r>
            <w:r w:rsidRPr="002F6785">
              <w:rPr>
                <w:sz w:val="26"/>
                <w:szCs w:val="26"/>
              </w:rPr>
              <w:t>ế</w:t>
            </w:r>
            <w:r w:rsidRPr="002F6785">
              <w:rPr>
                <w:sz w:val="26"/>
                <w:szCs w:val="26"/>
              </w:rPr>
              <w:t>t đ</w:t>
            </w:r>
            <w:r w:rsidRPr="002F6785">
              <w:rPr>
                <w:sz w:val="26"/>
                <w:szCs w:val="26"/>
              </w:rPr>
              <w:t>ị</w:t>
            </w:r>
            <w:r w:rsidRPr="002F6785">
              <w:rPr>
                <w:sz w:val="26"/>
                <w:szCs w:val="26"/>
              </w:rPr>
              <w:t>nh và các yêu c</w:t>
            </w:r>
            <w:r w:rsidRPr="002F6785">
              <w:rPr>
                <w:sz w:val="26"/>
                <w:szCs w:val="26"/>
              </w:rPr>
              <w:t>ầ</w:t>
            </w:r>
            <w:r w:rsidRPr="002F6785">
              <w:rPr>
                <w:sz w:val="26"/>
                <w:szCs w:val="26"/>
              </w:rPr>
              <w:t>u chu</w:t>
            </w:r>
            <w:r w:rsidRPr="002F6785">
              <w:rPr>
                <w:sz w:val="26"/>
                <w:szCs w:val="26"/>
              </w:rPr>
              <w:t>ẩ</w:t>
            </w:r>
            <w:r w:rsidRPr="002F6785">
              <w:rPr>
                <w:sz w:val="26"/>
                <w:szCs w:val="26"/>
              </w:rPr>
              <w:t>n b</w:t>
            </w:r>
            <w:r w:rsidRPr="002F6785">
              <w:rPr>
                <w:sz w:val="26"/>
                <w:szCs w:val="26"/>
              </w:rPr>
              <w:t>ị</w:t>
            </w:r>
            <w:r w:rsidRPr="002F6785">
              <w:rPr>
                <w:sz w:val="26"/>
                <w:szCs w:val="26"/>
              </w:rPr>
              <w:t xml:space="preserve"> ki</w:t>
            </w:r>
            <w:r w:rsidRPr="002F6785">
              <w:rPr>
                <w:sz w:val="26"/>
                <w:szCs w:val="26"/>
              </w:rPr>
              <w:t>ể</w:t>
            </w:r>
            <w:r w:rsidRPr="002F6785">
              <w:rPr>
                <w:sz w:val="26"/>
                <w:szCs w:val="26"/>
              </w:rPr>
              <w:t>m tra t</w:t>
            </w:r>
            <w:r w:rsidRPr="002F6785">
              <w:rPr>
                <w:sz w:val="26"/>
                <w:szCs w:val="26"/>
              </w:rPr>
              <w:t>ạ</w:t>
            </w:r>
            <w:r w:rsidRPr="002F6785">
              <w:rPr>
                <w:sz w:val="26"/>
                <w:szCs w:val="26"/>
              </w:rPr>
              <w:t>i ngu</w:t>
            </w:r>
            <w:r w:rsidRPr="002F6785">
              <w:rPr>
                <w:sz w:val="26"/>
                <w:szCs w:val="26"/>
              </w:rPr>
              <w:t>ồ</w:t>
            </w:r>
            <w:r w:rsidRPr="002F6785">
              <w:rPr>
                <w:sz w:val="26"/>
                <w:szCs w:val="26"/>
              </w:rPr>
              <w:t>n nh</w:t>
            </w:r>
            <w:r w:rsidRPr="002F6785">
              <w:rPr>
                <w:sz w:val="26"/>
                <w:szCs w:val="26"/>
              </w:rPr>
              <w:t>ằ</w:t>
            </w:r>
            <w:r w:rsidRPr="002F6785">
              <w:rPr>
                <w:sz w:val="26"/>
                <w:szCs w:val="26"/>
              </w:rPr>
              <w:t>m b</w:t>
            </w:r>
            <w:r w:rsidRPr="002F6785">
              <w:rPr>
                <w:sz w:val="26"/>
                <w:szCs w:val="26"/>
              </w:rPr>
              <w:t>ả</w:t>
            </w:r>
            <w:r w:rsidRPr="002F6785">
              <w:rPr>
                <w:sz w:val="26"/>
                <w:szCs w:val="26"/>
              </w:rPr>
              <w:t>o đ</w:t>
            </w:r>
            <w:r w:rsidRPr="002F6785">
              <w:rPr>
                <w:sz w:val="26"/>
                <w:szCs w:val="26"/>
              </w:rPr>
              <w:t>ả</w:t>
            </w:r>
            <w:r w:rsidRPr="002F6785">
              <w:rPr>
                <w:sz w:val="26"/>
                <w:szCs w:val="26"/>
              </w:rPr>
              <w:t>m ho</w:t>
            </w:r>
            <w:r w:rsidRPr="002F6785">
              <w:rPr>
                <w:sz w:val="26"/>
                <w:szCs w:val="26"/>
              </w:rPr>
              <w:t>ạ</w:t>
            </w:r>
            <w:r w:rsidRPr="002F6785">
              <w:rPr>
                <w:sz w:val="26"/>
                <w:szCs w:val="26"/>
              </w:rPr>
              <w:t>t đ</w:t>
            </w:r>
            <w:r w:rsidRPr="002F6785">
              <w:rPr>
                <w:sz w:val="26"/>
                <w:szCs w:val="26"/>
              </w:rPr>
              <w:t>ộ</w:t>
            </w:r>
            <w:r w:rsidRPr="002F6785">
              <w:rPr>
                <w:sz w:val="26"/>
                <w:szCs w:val="26"/>
              </w:rPr>
              <w:t>ng ki</w:t>
            </w:r>
            <w:r w:rsidRPr="002F6785">
              <w:rPr>
                <w:sz w:val="26"/>
                <w:szCs w:val="26"/>
              </w:rPr>
              <w:t>ể</w:t>
            </w:r>
            <w:r w:rsidRPr="002F6785">
              <w:rPr>
                <w:sz w:val="26"/>
                <w:szCs w:val="26"/>
              </w:rPr>
              <w:t>m tra có căn c</w:t>
            </w:r>
            <w:r w:rsidRPr="002F6785">
              <w:rPr>
                <w:sz w:val="26"/>
                <w:szCs w:val="26"/>
              </w:rPr>
              <w:t>ứ</w:t>
            </w:r>
            <w:r w:rsidRPr="002F6785">
              <w:rPr>
                <w:sz w:val="26"/>
                <w:szCs w:val="26"/>
              </w:rPr>
              <w:t>, có ph</w:t>
            </w:r>
            <w:r w:rsidRPr="002F6785">
              <w:rPr>
                <w:sz w:val="26"/>
                <w:szCs w:val="26"/>
              </w:rPr>
              <w:t>ạ</w:t>
            </w:r>
            <w:r w:rsidRPr="002F6785">
              <w:rPr>
                <w:sz w:val="26"/>
                <w:szCs w:val="26"/>
              </w:rPr>
              <w:t>m vi rõ ràng và đư</w:t>
            </w:r>
            <w:r w:rsidRPr="002F6785">
              <w:rPr>
                <w:sz w:val="26"/>
                <w:szCs w:val="26"/>
              </w:rPr>
              <w:t>ợ</w:t>
            </w:r>
            <w:r w:rsidRPr="002F6785">
              <w:rPr>
                <w:sz w:val="26"/>
                <w:szCs w:val="26"/>
              </w:rPr>
              <w:t>c t</w:t>
            </w:r>
            <w:r w:rsidRPr="002F6785">
              <w:rPr>
                <w:sz w:val="26"/>
                <w:szCs w:val="26"/>
              </w:rPr>
              <w:t>ổ</w:t>
            </w:r>
            <w:r w:rsidRPr="002F6785">
              <w:rPr>
                <w:sz w:val="26"/>
                <w:szCs w:val="26"/>
              </w:rPr>
              <w:t xml:space="preserve"> ch</w:t>
            </w:r>
            <w:r w:rsidRPr="002F6785">
              <w:rPr>
                <w:sz w:val="26"/>
                <w:szCs w:val="26"/>
              </w:rPr>
              <w:t>ứ</w:t>
            </w:r>
            <w:r w:rsidRPr="002F6785">
              <w:rPr>
                <w:sz w:val="26"/>
                <w:szCs w:val="26"/>
              </w:rPr>
              <w:t>c theo quy trình th</w:t>
            </w:r>
            <w:r w:rsidRPr="002F6785">
              <w:rPr>
                <w:sz w:val="26"/>
                <w:szCs w:val="26"/>
              </w:rPr>
              <w:t>ố</w:t>
            </w:r>
            <w:r w:rsidRPr="002F6785">
              <w:rPr>
                <w:sz w:val="26"/>
                <w:szCs w:val="26"/>
              </w:rPr>
              <w:t>ng nh</w:t>
            </w:r>
            <w:r w:rsidRPr="002F6785">
              <w:rPr>
                <w:sz w:val="26"/>
                <w:szCs w:val="26"/>
              </w:rPr>
              <w:t>ấ</w:t>
            </w:r>
            <w:r w:rsidRPr="002F6785">
              <w:rPr>
                <w:sz w:val="26"/>
                <w:szCs w:val="26"/>
              </w:rPr>
              <w:t>t. Quy</w:t>
            </w:r>
            <w:r w:rsidRPr="002F6785">
              <w:rPr>
                <w:sz w:val="26"/>
                <w:szCs w:val="26"/>
              </w:rPr>
              <w:t>ế</w:t>
            </w:r>
            <w:r w:rsidRPr="002F6785">
              <w:rPr>
                <w:sz w:val="26"/>
                <w:szCs w:val="26"/>
              </w:rPr>
              <w:t>t đ</w:t>
            </w:r>
            <w:r w:rsidRPr="002F6785">
              <w:rPr>
                <w:sz w:val="26"/>
                <w:szCs w:val="26"/>
              </w:rPr>
              <w:t>ị</w:t>
            </w:r>
            <w:r w:rsidRPr="002F6785">
              <w:rPr>
                <w:sz w:val="26"/>
                <w:szCs w:val="26"/>
              </w:rPr>
              <w:t>nh ki</w:t>
            </w:r>
            <w:r w:rsidRPr="002F6785">
              <w:rPr>
                <w:sz w:val="26"/>
                <w:szCs w:val="26"/>
              </w:rPr>
              <w:t>ể</w:t>
            </w:r>
            <w:r w:rsidRPr="002F6785">
              <w:rPr>
                <w:sz w:val="26"/>
                <w:szCs w:val="26"/>
              </w:rPr>
              <w:t>m tra ph</w:t>
            </w:r>
            <w:r w:rsidRPr="002F6785">
              <w:rPr>
                <w:sz w:val="26"/>
                <w:szCs w:val="26"/>
              </w:rPr>
              <w:t>ả</w:t>
            </w:r>
            <w:r w:rsidRPr="002F6785">
              <w:rPr>
                <w:sz w:val="26"/>
                <w:szCs w:val="26"/>
              </w:rPr>
              <w:t>i xu</w:t>
            </w:r>
            <w:r w:rsidRPr="002F6785">
              <w:rPr>
                <w:sz w:val="26"/>
                <w:szCs w:val="26"/>
              </w:rPr>
              <w:t>ấ</w:t>
            </w:r>
            <w:r w:rsidRPr="002F6785">
              <w:rPr>
                <w:sz w:val="26"/>
                <w:szCs w:val="26"/>
              </w:rPr>
              <w:t>t phát t</w:t>
            </w:r>
            <w:r w:rsidRPr="002F6785">
              <w:rPr>
                <w:sz w:val="26"/>
                <w:szCs w:val="26"/>
              </w:rPr>
              <w:t>ừ</w:t>
            </w:r>
            <w:r w:rsidRPr="002F6785">
              <w:rPr>
                <w:sz w:val="26"/>
                <w:szCs w:val="26"/>
              </w:rPr>
              <w:t xml:space="preserve"> h</w:t>
            </w:r>
            <w:r w:rsidRPr="002F6785">
              <w:rPr>
                <w:sz w:val="26"/>
                <w:szCs w:val="26"/>
              </w:rPr>
              <w:t>ồ</w:t>
            </w:r>
            <w:r w:rsidRPr="002F6785">
              <w:rPr>
                <w:sz w:val="26"/>
                <w:szCs w:val="26"/>
              </w:rPr>
              <w:t xml:space="preserve"> sơ phân tích </w:t>
            </w:r>
            <w:r w:rsidRPr="002F6785">
              <w:rPr>
                <w:sz w:val="26"/>
                <w:szCs w:val="26"/>
              </w:rPr>
              <w:t>r</w:t>
            </w:r>
            <w:r w:rsidRPr="002F6785">
              <w:rPr>
                <w:sz w:val="26"/>
                <w:szCs w:val="26"/>
              </w:rPr>
              <w:t>ủ</w:t>
            </w:r>
            <w:r w:rsidRPr="002F6785">
              <w:rPr>
                <w:sz w:val="26"/>
                <w:szCs w:val="26"/>
              </w:rPr>
              <w:t>i ro và xác đ</w:t>
            </w:r>
            <w:r w:rsidRPr="002F6785">
              <w:rPr>
                <w:sz w:val="26"/>
                <w:szCs w:val="26"/>
              </w:rPr>
              <w:t>ị</w:t>
            </w:r>
            <w:r w:rsidRPr="002F6785">
              <w:rPr>
                <w:sz w:val="26"/>
                <w:szCs w:val="26"/>
              </w:rPr>
              <w:t>nh c</w:t>
            </w:r>
            <w:r w:rsidRPr="002F6785">
              <w:rPr>
                <w:sz w:val="26"/>
                <w:szCs w:val="26"/>
              </w:rPr>
              <w:t>ụ</w:t>
            </w:r>
            <w:r w:rsidRPr="002F6785">
              <w:rPr>
                <w:sz w:val="26"/>
                <w:szCs w:val="26"/>
              </w:rPr>
              <w:t xml:space="preserve"> th</w:t>
            </w:r>
            <w:r w:rsidRPr="002F6785">
              <w:rPr>
                <w:sz w:val="26"/>
                <w:szCs w:val="26"/>
              </w:rPr>
              <w:t>ể</w:t>
            </w:r>
            <w:r w:rsidRPr="002F6785">
              <w:rPr>
                <w:sz w:val="26"/>
                <w:szCs w:val="26"/>
              </w:rPr>
              <w:t xml:space="preserve"> cơ s</w:t>
            </w:r>
            <w:r w:rsidRPr="002F6785">
              <w:rPr>
                <w:sz w:val="26"/>
                <w:szCs w:val="26"/>
              </w:rPr>
              <w:t>ở</w:t>
            </w:r>
            <w:r w:rsidRPr="002F6785">
              <w:rPr>
                <w:sz w:val="26"/>
                <w:szCs w:val="26"/>
              </w:rPr>
              <w:t xml:space="preserve"> s</w:t>
            </w:r>
            <w:r w:rsidRPr="002F6785">
              <w:rPr>
                <w:sz w:val="26"/>
                <w:szCs w:val="26"/>
              </w:rPr>
              <w:t>ả</w:t>
            </w:r>
            <w:r w:rsidRPr="002F6785">
              <w:rPr>
                <w:sz w:val="26"/>
                <w:szCs w:val="26"/>
              </w:rPr>
              <w:t>n xu</w:t>
            </w:r>
            <w:r w:rsidRPr="002F6785">
              <w:rPr>
                <w:sz w:val="26"/>
                <w:szCs w:val="26"/>
              </w:rPr>
              <w:t>ấ</w:t>
            </w:r>
            <w:r w:rsidRPr="002F6785">
              <w:rPr>
                <w:sz w:val="26"/>
                <w:szCs w:val="26"/>
              </w:rPr>
              <w:t>t, s</w:t>
            </w:r>
            <w:r w:rsidRPr="002F6785">
              <w:rPr>
                <w:sz w:val="26"/>
                <w:szCs w:val="26"/>
              </w:rPr>
              <w:t>ả</w:t>
            </w:r>
            <w:r w:rsidRPr="002F6785">
              <w:rPr>
                <w:sz w:val="26"/>
                <w:szCs w:val="26"/>
              </w:rPr>
              <w:t>n ph</w:t>
            </w:r>
            <w:r w:rsidRPr="002F6785">
              <w:rPr>
                <w:sz w:val="26"/>
                <w:szCs w:val="26"/>
              </w:rPr>
              <w:t>ẩ</w:t>
            </w:r>
            <w:r w:rsidRPr="002F6785">
              <w:rPr>
                <w:sz w:val="26"/>
                <w:szCs w:val="26"/>
              </w:rPr>
              <w:t>m, căn c</w:t>
            </w:r>
            <w:r w:rsidRPr="002F6785">
              <w:rPr>
                <w:sz w:val="26"/>
                <w:szCs w:val="26"/>
              </w:rPr>
              <w:t>ứ</w:t>
            </w:r>
            <w:r w:rsidRPr="002F6785">
              <w:rPr>
                <w:sz w:val="26"/>
                <w:szCs w:val="26"/>
              </w:rPr>
              <w:t xml:space="preserve"> l</w:t>
            </w:r>
            <w:r w:rsidRPr="002F6785">
              <w:rPr>
                <w:sz w:val="26"/>
                <w:szCs w:val="26"/>
              </w:rPr>
              <w:t>ự</w:t>
            </w:r>
            <w:r w:rsidRPr="002F6785">
              <w:rPr>
                <w:sz w:val="26"/>
                <w:szCs w:val="26"/>
              </w:rPr>
              <w:t>a ch</w:t>
            </w:r>
            <w:r w:rsidRPr="002F6785">
              <w:rPr>
                <w:sz w:val="26"/>
                <w:szCs w:val="26"/>
              </w:rPr>
              <w:t>ọ</w:t>
            </w:r>
            <w:r w:rsidRPr="002F6785">
              <w:rPr>
                <w:sz w:val="26"/>
                <w:szCs w:val="26"/>
              </w:rPr>
              <w:t>n, m</w:t>
            </w:r>
            <w:r w:rsidRPr="002F6785">
              <w:rPr>
                <w:sz w:val="26"/>
                <w:szCs w:val="26"/>
              </w:rPr>
              <w:t>ụ</w:t>
            </w:r>
            <w:r w:rsidRPr="002F6785">
              <w:rPr>
                <w:sz w:val="26"/>
                <w:szCs w:val="26"/>
              </w:rPr>
              <w:t>c tiêu, ph</w:t>
            </w:r>
            <w:r w:rsidRPr="002F6785">
              <w:rPr>
                <w:sz w:val="26"/>
                <w:szCs w:val="26"/>
              </w:rPr>
              <w:t>ạ</w:t>
            </w:r>
            <w:r w:rsidRPr="002F6785">
              <w:rPr>
                <w:sz w:val="26"/>
                <w:szCs w:val="26"/>
              </w:rPr>
              <w:t>m vi, n</w:t>
            </w:r>
            <w:r w:rsidRPr="002F6785">
              <w:rPr>
                <w:sz w:val="26"/>
                <w:szCs w:val="26"/>
              </w:rPr>
              <w:t>ộ</w:t>
            </w:r>
            <w:r w:rsidRPr="002F6785">
              <w:rPr>
                <w:sz w:val="26"/>
                <w:szCs w:val="26"/>
              </w:rPr>
              <w:t>i dung, th</w:t>
            </w:r>
            <w:r w:rsidRPr="002F6785">
              <w:rPr>
                <w:sz w:val="26"/>
                <w:szCs w:val="26"/>
              </w:rPr>
              <w:t>ờ</w:t>
            </w:r>
            <w:r w:rsidRPr="002F6785">
              <w:rPr>
                <w:sz w:val="26"/>
                <w:szCs w:val="26"/>
              </w:rPr>
              <w:t>i gian, thành ph</w:t>
            </w:r>
            <w:r w:rsidRPr="002F6785">
              <w:rPr>
                <w:sz w:val="26"/>
                <w:szCs w:val="26"/>
              </w:rPr>
              <w:t>ầ</w:t>
            </w:r>
            <w:r w:rsidRPr="002F6785">
              <w:rPr>
                <w:sz w:val="26"/>
                <w:szCs w:val="26"/>
              </w:rPr>
              <w:t>n đoàn và cơ quan x</w:t>
            </w:r>
            <w:r w:rsidRPr="002F6785">
              <w:rPr>
                <w:sz w:val="26"/>
                <w:szCs w:val="26"/>
              </w:rPr>
              <w:t>ử</w:t>
            </w:r>
            <w:r w:rsidRPr="002F6785">
              <w:rPr>
                <w:sz w:val="26"/>
                <w:szCs w:val="26"/>
              </w:rPr>
              <w:t xml:space="preserve"> lý k</w:t>
            </w:r>
            <w:r w:rsidRPr="002F6785">
              <w:rPr>
                <w:sz w:val="26"/>
                <w:szCs w:val="26"/>
              </w:rPr>
              <w:t>ế</w:t>
            </w:r>
            <w:r w:rsidRPr="002F6785">
              <w:rPr>
                <w:sz w:val="26"/>
                <w:szCs w:val="26"/>
              </w:rPr>
              <w:t>t qu</w:t>
            </w:r>
            <w:r w:rsidRPr="002F6785">
              <w:rPr>
                <w:sz w:val="26"/>
                <w:szCs w:val="26"/>
              </w:rPr>
              <w:t>ả</w:t>
            </w:r>
            <w:r w:rsidRPr="002F6785">
              <w:rPr>
                <w:sz w:val="26"/>
                <w:szCs w:val="26"/>
              </w:rPr>
              <w:t>.</w:t>
            </w:r>
          </w:p>
          <w:p w:rsidR="008D4B75" w:rsidRPr="002F6785" w:rsidRDefault="00AC53F4" w:rsidP="002F6785">
            <w:pPr>
              <w:spacing w:before="60" w:after="60"/>
              <w:jc w:val="both"/>
              <w:rPr>
                <w:sz w:val="26"/>
                <w:szCs w:val="26"/>
              </w:rPr>
            </w:pPr>
            <w:r w:rsidRPr="002F6785">
              <w:rPr>
                <w:sz w:val="26"/>
                <w:szCs w:val="26"/>
              </w:rPr>
              <w:t>Yêu c</w:t>
            </w:r>
            <w:r w:rsidRPr="002F6785">
              <w:rPr>
                <w:sz w:val="26"/>
                <w:szCs w:val="26"/>
              </w:rPr>
              <w:t>ầ</w:t>
            </w:r>
            <w:r w:rsidRPr="002F6785">
              <w:rPr>
                <w:sz w:val="26"/>
                <w:szCs w:val="26"/>
              </w:rPr>
              <w:t>u v</w:t>
            </w:r>
            <w:r w:rsidRPr="002F6785">
              <w:rPr>
                <w:sz w:val="26"/>
                <w:szCs w:val="26"/>
              </w:rPr>
              <w:t>ề</w:t>
            </w:r>
            <w:r w:rsidRPr="002F6785">
              <w:rPr>
                <w:sz w:val="26"/>
                <w:szCs w:val="26"/>
              </w:rPr>
              <w:t xml:space="preserve"> chuyên môn và xung đ</w:t>
            </w:r>
            <w:r w:rsidRPr="002F6785">
              <w:rPr>
                <w:sz w:val="26"/>
                <w:szCs w:val="26"/>
              </w:rPr>
              <w:t>ộ</w:t>
            </w:r>
            <w:r w:rsidRPr="002F6785">
              <w:rPr>
                <w:sz w:val="26"/>
                <w:szCs w:val="26"/>
              </w:rPr>
              <w:t>t l</w:t>
            </w:r>
            <w:r w:rsidRPr="002F6785">
              <w:rPr>
                <w:sz w:val="26"/>
                <w:szCs w:val="26"/>
              </w:rPr>
              <w:t>ợ</w:t>
            </w:r>
            <w:r w:rsidRPr="002F6785">
              <w:rPr>
                <w:sz w:val="26"/>
                <w:szCs w:val="26"/>
              </w:rPr>
              <w:t>i ích c</w:t>
            </w:r>
            <w:r w:rsidRPr="002F6785">
              <w:rPr>
                <w:sz w:val="26"/>
                <w:szCs w:val="26"/>
              </w:rPr>
              <w:t>ủ</w:t>
            </w:r>
            <w:r w:rsidRPr="002F6785">
              <w:rPr>
                <w:sz w:val="26"/>
                <w:szCs w:val="26"/>
              </w:rPr>
              <w:t>a thành viên đoàn nh</w:t>
            </w:r>
            <w:r w:rsidRPr="002F6785">
              <w:rPr>
                <w:sz w:val="26"/>
                <w:szCs w:val="26"/>
              </w:rPr>
              <w:t>ằ</w:t>
            </w:r>
            <w:r w:rsidRPr="002F6785">
              <w:rPr>
                <w:sz w:val="26"/>
                <w:szCs w:val="26"/>
              </w:rPr>
              <w:t>m b</w:t>
            </w:r>
            <w:r w:rsidRPr="002F6785">
              <w:rPr>
                <w:sz w:val="26"/>
                <w:szCs w:val="26"/>
              </w:rPr>
              <w:t>ả</w:t>
            </w:r>
            <w:r w:rsidRPr="002F6785">
              <w:rPr>
                <w:sz w:val="26"/>
                <w:szCs w:val="26"/>
              </w:rPr>
              <w:t>o đ</w:t>
            </w:r>
            <w:r w:rsidRPr="002F6785">
              <w:rPr>
                <w:sz w:val="26"/>
                <w:szCs w:val="26"/>
              </w:rPr>
              <w:t>ả</w:t>
            </w:r>
            <w:r w:rsidRPr="002F6785">
              <w:rPr>
                <w:sz w:val="26"/>
                <w:szCs w:val="26"/>
              </w:rPr>
              <w:t>m tính khách quan, phù h</w:t>
            </w:r>
            <w:r w:rsidRPr="002F6785">
              <w:rPr>
                <w:sz w:val="26"/>
                <w:szCs w:val="26"/>
              </w:rPr>
              <w:t>ợ</w:t>
            </w:r>
            <w:r w:rsidRPr="002F6785">
              <w:rPr>
                <w:sz w:val="26"/>
                <w:szCs w:val="26"/>
              </w:rPr>
              <w:t>p v</w:t>
            </w:r>
            <w:r w:rsidRPr="002F6785">
              <w:rPr>
                <w:sz w:val="26"/>
                <w:szCs w:val="26"/>
              </w:rPr>
              <w:t>ớ</w:t>
            </w:r>
            <w:r w:rsidRPr="002F6785">
              <w:rPr>
                <w:sz w:val="26"/>
                <w:szCs w:val="26"/>
              </w:rPr>
              <w:t>i n</w:t>
            </w:r>
            <w:r w:rsidRPr="002F6785">
              <w:rPr>
                <w:sz w:val="26"/>
                <w:szCs w:val="26"/>
              </w:rPr>
              <w:t>ộ</w:t>
            </w:r>
            <w:r w:rsidRPr="002F6785">
              <w:rPr>
                <w:sz w:val="26"/>
                <w:szCs w:val="26"/>
              </w:rPr>
              <w:t>i dung k</w:t>
            </w:r>
            <w:r w:rsidRPr="002F6785">
              <w:rPr>
                <w:sz w:val="26"/>
                <w:szCs w:val="26"/>
              </w:rPr>
              <w:t>ỹ</w:t>
            </w:r>
            <w:r w:rsidRPr="002F6785">
              <w:rPr>
                <w:sz w:val="26"/>
                <w:szCs w:val="26"/>
              </w:rPr>
              <w:t xml:space="preserve"> thu</w:t>
            </w:r>
            <w:r w:rsidRPr="002F6785">
              <w:rPr>
                <w:sz w:val="26"/>
                <w:szCs w:val="26"/>
              </w:rPr>
              <w:t>ậ</w:t>
            </w:r>
            <w:r w:rsidRPr="002F6785">
              <w:rPr>
                <w:sz w:val="26"/>
                <w:szCs w:val="26"/>
              </w:rPr>
              <w:t>t c</w:t>
            </w:r>
            <w:r w:rsidRPr="002F6785">
              <w:rPr>
                <w:sz w:val="26"/>
                <w:szCs w:val="26"/>
              </w:rPr>
              <w:t>ầ</w:t>
            </w:r>
            <w:r w:rsidRPr="002F6785">
              <w:rPr>
                <w:sz w:val="26"/>
                <w:szCs w:val="26"/>
              </w:rPr>
              <w:t>n xác minh. Vi</w:t>
            </w:r>
            <w:r w:rsidRPr="002F6785">
              <w:rPr>
                <w:sz w:val="26"/>
                <w:szCs w:val="26"/>
              </w:rPr>
              <w:t>ệ</w:t>
            </w:r>
            <w:r w:rsidRPr="002F6785">
              <w:rPr>
                <w:sz w:val="26"/>
                <w:szCs w:val="26"/>
              </w:rPr>
              <w:t>c thông báo k</w:t>
            </w:r>
            <w:r w:rsidRPr="002F6785">
              <w:rPr>
                <w:sz w:val="26"/>
                <w:szCs w:val="26"/>
              </w:rPr>
              <w:t>ế</w:t>
            </w:r>
            <w:r w:rsidRPr="002F6785">
              <w:rPr>
                <w:sz w:val="26"/>
                <w:szCs w:val="26"/>
              </w:rPr>
              <w:t xml:space="preserve"> ho</w:t>
            </w:r>
            <w:r w:rsidRPr="002F6785">
              <w:rPr>
                <w:sz w:val="26"/>
                <w:szCs w:val="26"/>
              </w:rPr>
              <w:t>ạ</w:t>
            </w:r>
            <w:r w:rsidRPr="002F6785">
              <w:rPr>
                <w:sz w:val="26"/>
                <w:szCs w:val="26"/>
              </w:rPr>
              <w:t>ch trư</w:t>
            </w:r>
            <w:r w:rsidRPr="002F6785">
              <w:rPr>
                <w:sz w:val="26"/>
                <w:szCs w:val="26"/>
              </w:rPr>
              <w:t>ớ</w:t>
            </w:r>
            <w:r w:rsidRPr="002F6785">
              <w:rPr>
                <w:sz w:val="26"/>
                <w:szCs w:val="26"/>
              </w:rPr>
              <w:t>c, tr</w:t>
            </w:r>
            <w:r w:rsidRPr="002F6785">
              <w:rPr>
                <w:sz w:val="26"/>
                <w:szCs w:val="26"/>
              </w:rPr>
              <w:t>ừ</w:t>
            </w:r>
            <w:r w:rsidRPr="002F6785">
              <w:rPr>
                <w:sz w:val="26"/>
                <w:szCs w:val="26"/>
              </w:rPr>
              <w:t xml:space="preserve"> trư</w:t>
            </w:r>
            <w:r w:rsidRPr="002F6785">
              <w:rPr>
                <w:sz w:val="26"/>
                <w:szCs w:val="26"/>
              </w:rPr>
              <w:t>ờ</w:t>
            </w:r>
            <w:r w:rsidRPr="002F6785">
              <w:rPr>
                <w:sz w:val="26"/>
                <w:szCs w:val="26"/>
              </w:rPr>
              <w:t>ng h</w:t>
            </w:r>
            <w:r w:rsidRPr="002F6785">
              <w:rPr>
                <w:sz w:val="26"/>
                <w:szCs w:val="26"/>
              </w:rPr>
              <w:t>ợ</w:t>
            </w:r>
            <w:r w:rsidRPr="002F6785">
              <w:rPr>
                <w:sz w:val="26"/>
                <w:szCs w:val="26"/>
              </w:rPr>
              <w:t>p c</w:t>
            </w:r>
            <w:r w:rsidRPr="002F6785">
              <w:rPr>
                <w:sz w:val="26"/>
                <w:szCs w:val="26"/>
              </w:rPr>
              <w:t>ầ</w:t>
            </w:r>
            <w:r w:rsidRPr="002F6785">
              <w:rPr>
                <w:sz w:val="26"/>
                <w:szCs w:val="26"/>
              </w:rPr>
              <w:t>n x</w:t>
            </w:r>
            <w:r w:rsidRPr="002F6785">
              <w:rPr>
                <w:sz w:val="26"/>
                <w:szCs w:val="26"/>
              </w:rPr>
              <w:t>ử</w:t>
            </w:r>
            <w:r w:rsidRPr="002F6785">
              <w:rPr>
                <w:sz w:val="26"/>
                <w:szCs w:val="26"/>
              </w:rPr>
              <w:t xml:space="preserve"> lý kh</w:t>
            </w:r>
            <w:r w:rsidRPr="002F6785">
              <w:rPr>
                <w:sz w:val="26"/>
                <w:szCs w:val="26"/>
              </w:rPr>
              <w:t>ẩ</w:t>
            </w:r>
            <w:r w:rsidRPr="002F6785">
              <w:rPr>
                <w:sz w:val="26"/>
                <w:szCs w:val="26"/>
              </w:rPr>
              <w:t>n c</w:t>
            </w:r>
            <w:r w:rsidRPr="002F6785">
              <w:rPr>
                <w:sz w:val="26"/>
                <w:szCs w:val="26"/>
              </w:rPr>
              <w:t>ấ</w:t>
            </w:r>
            <w:r w:rsidRPr="002F6785">
              <w:rPr>
                <w:sz w:val="26"/>
                <w:szCs w:val="26"/>
              </w:rPr>
              <w:t>p theo quy đ</w:t>
            </w:r>
            <w:r w:rsidRPr="002F6785">
              <w:rPr>
                <w:sz w:val="26"/>
                <w:szCs w:val="26"/>
              </w:rPr>
              <w:t>ị</w:t>
            </w:r>
            <w:r w:rsidRPr="002F6785">
              <w:rPr>
                <w:sz w:val="26"/>
                <w:szCs w:val="26"/>
              </w:rPr>
              <w:t>nh, t</w:t>
            </w:r>
            <w:r w:rsidRPr="002F6785">
              <w:rPr>
                <w:sz w:val="26"/>
                <w:szCs w:val="26"/>
              </w:rPr>
              <w:t>ạ</w:t>
            </w:r>
            <w:r w:rsidRPr="002F6785">
              <w:rPr>
                <w:sz w:val="26"/>
                <w:szCs w:val="26"/>
              </w:rPr>
              <w:t>o đi</w:t>
            </w:r>
            <w:r w:rsidRPr="002F6785">
              <w:rPr>
                <w:sz w:val="26"/>
                <w:szCs w:val="26"/>
              </w:rPr>
              <w:t>ề</w:t>
            </w:r>
            <w:r w:rsidRPr="002F6785">
              <w:rPr>
                <w:sz w:val="26"/>
                <w:szCs w:val="26"/>
              </w:rPr>
              <w:t>u ki</w:t>
            </w:r>
            <w:r w:rsidRPr="002F6785">
              <w:rPr>
                <w:sz w:val="26"/>
                <w:szCs w:val="26"/>
              </w:rPr>
              <w:t>ệ</w:t>
            </w:r>
            <w:r w:rsidRPr="002F6785">
              <w:rPr>
                <w:sz w:val="26"/>
                <w:szCs w:val="26"/>
              </w:rPr>
              <w:t>n ph</w:t>
            </w:r>
            <w:r w:rsidRPr="002F6785">
              <w:rPr>
                <w:sz w:val="26"/>
                <w:szCs w:val="26"/>
              </w:rPr>
              <w:t>ố</w:t>
            </w:r>
            <w:r w:rsidRPr="002F6785">
              <w:rPr>
                <w:sz w:val="26"/>
                <w:szCs w:val="26"/>
              </w:rPr>
              <w:t>i h</w:t>
            </w:r>
            <w:r w:rsidRPr="002F6785">
              <w:rPr>
                <w:sz w:val="26"/>
                <w:szCs w:val="26"/>
              </w:rPr>
              <w:t>ợ</w:t>
            </w:r>
            <w:r w:rsidRPr="002F6785">
              <w:rPr>
                <w:sz w:val="26"/>
                <w:szCs w:val="26"/>
              </w:rPr>
              <w:t>p v</w:t>
            </w:r>
            <w:r w:rsidRPr="002F6785">
              <w:rPr>
                <w:sz w:val="26"/>
                <w:szCs w:val="26"/>
              </w:rPr>
              <w:t>ớ</w:t>
            </w:r>
            <w:r w:rsidRPr="002F6785">
              <w:rPr>
                <w:sz w:val="26"/>
                <w:szCs w:val="26"/>
              </w:rPr>
              <w:t>i cơ s</w:t>
            </w:r>
            <w:r w:rsidRPr="002F6785">
              <w:rPr>
                <w:sz w:val="26"/>
                <w:szCs w:val="26"/>
              </w:rPr>
              <w:t>ở</w:t>
            </w:r>
            <w:r w:rsidRPr="002F6785">
              <w:rPr>
                <w:sz w:val="26"/>
                <w:szCs w:val="26"/>
              </w:rPr>
              <w:t xml:space="preserve"> s</w:t>
            </w:r>
            <w:r w:rsidRPr="002F6785">
              <w:rPr>
                <w:sz w:val="26"/>
                <w:szCs w:val="26"/>
              </w:rPr>
              <w:t>ả</w:t>
            </w:r>
            <w:r w:rsidRPr="002F6785">
              <w:rPr>
                <w:sz w:val="26"/>
                <w:szCs w:val="26"/>
              </w:rPr>
              <w:t>n xu</w:t>
            </w:r>
            <w:r w:rsidRPr="002F6785">
              <w:rPr>
                <w:sz w:val="26"/>
                <w:szCs w:val="26"/>
              </w:rPr>
              <w:t>ấ</w:t>
            </w:r>
            <w:r w:rsidRPr="002F6785">
              <w:rPr>
                <w:sz w:val="26"/>
                <w:szCs w:val="26"/>
              </w:rPr>
              <w:t>t và phù h</w:t>
            </w:r>
            <w:r w:rsidRPr="002F6785">
              <w:rPr>
                <w:sz w:val="26"/>
                <w:szCs w:val="26"/>
              </w:rPr>
              <w:t>ợ</w:t>
            </w:r>
            <w:r w:rsidRPr="002F6785">
              <w:rPr>
                <w:sz w:val="26"/>
                <w:szCs w:val="26"/>
              </w:rPr>
              <w:t>p pháp lu</w:t>
            </w:r>
            <w:r w:rsidRPr="002F6785">
              <w:rPr>
                <w:sz w:val="26"/>
                <w:szCs w:val="26"/>
              </w:rPr>
              <w:t>ậ</w:t>
            </w:r>
            <w:r w:rsidRPr="002F6785">
              <w:rPr>
                <w:sz w:val="26"/>
                <w:szCs w:val="26"/>
              </w:rPr>
              <w:t>t nư</w:t>
            </w:r>
            <w:r w:rsidRPr="002F6785">
              <w:rPr>
                <w:sz w:val="26"/>
                <w:szCs w:val="26"/>
              </w:rPr>
              <w:t>ớ</w:t>
            </w:r>
            <w:r w:rsidRPr="002F6785">
              <w:rPr>
                <w:sz w:val="26"/>
                <w:szCs w:val="26"/>
              </w:rPr>
              <w:t>c s</w:t>
            </w:r>
            <w:r w:rsidRPr="002F6785">
              <w:rPr>
                <w:sz w:val="26"/>
                <w:szCs w:val="26"/>
              </w:rPr>
              <w:t>ở</w:t>
            </w:r>
            <w:r w:rsidRPr="002F6785">
              <w:rPr>
                <w:sz w:val="26"/>
                <w:szCs w:val="26"/>
              </w:rPr>
              <w:t xml:space="preserve"> t</w:t>
            </w:r>
            <w:r w:rsidRPr="002F6785">
              <w:rPr>
                <w:sz w:val="26"/>
                <w:szCs w:val="26"/>
              </w:rPr>
              <w:t>ạ</w:t>
            </w:r>
            <w:r w:rsidRPr="002F6785">
              <w:rPr>
                <w:sz w:val="26"/>
                <w:szCs w:val="26"/>
              </w:rPr>
              <w:t>i. Rà soát h</w:t>
            </w:r>
            <w:r w:rsidRPr="002F6785">
              <w:rPr>
                <w:sz w:val="26"/>
                <w:szCs w:val="26"/>
              </w:rPr>
              <w:t>ồ</w:t>
            </w:r>
            <w:r w:rsidRPr="002F6785">
              <w:rPr>
                <w:sz w:val="26"/>
                <w:szCs w:val="26"/>
              </w:rPr>
              <w:t xml:space="preserve"> sơ, d</w:t>
            </w:r>
            <w:r w:rsidRPr="002F6785">
              <w:rPr>
                <w:sz w:val="26"/>
                <w:szCs w:val="26"/>
              </w:rPr>
              <w:t>ữ</w:t>
            </w:r>
            <w:r w:rsidRPr="002F6785">
              <w:rPr>
                <w:sz w:val="26"/>
                <w:szCs w:val="26"/>
              </w:rPr>
              <w:t xml:space="preserve"> li</w:t>
            </w:r>
            <w:r w:rsidRPr="002F6785">
              <w:rPr>
                <w:sz w:val="26"/>
                <w:szCs w:val="26"/>
              </w:rPr>
              <w:t>ệ</w:t>
            </w:r>
            <w:r w:rsidRPr="002F6785">
              <w:rPr>
                <w:sz w:val="26"/>
                <w:szCs w:val="26"/>
              </w:rPr>
              <w:t>u và trao đ</w:t>
            </w:r>
            <w:r w:rsidRPr="002F6785">
              <w:rPr>
                <w:sz w:val="26"/>
                <w:szCs w:val="26"/>
              </w:rPr>
              <w:t>ổ</w:t>
            </w:r>
            <w:r w:rsidRPr="002F6785">
              <w:rPr>
                <w:sz w:val="26"/>
                <w:szCs w:val="26"/>
              </w:rPr>
              <w:t>i t</w:t>
            </w:r>
            <w:r w:rsidRPr="002F6785">
              <w:rPr>
                <w:sz w:val="26"/>
                <w:szCs w:val="26"/>
              </w:rPr>
              <w:t>ừ</w:t>
            </w:r>
            <w:r w:rsidRPr="002F6785">
              <w:rPr>
                <w:sz w:val="26"/>
                <w:szCs w:val="26"/>
              </w:rPr>
              <w:t xml:space="preserve"> xa trư</w:t>
            </w:r>
            <w:r w:rsidRPr="002F6785">
              <w:rPr>
                <w:sz w:val="26"/>
                <w:szCs w:val="26"/>
              </w:rPr>
              <w:t>ớ</w:t>
            </w:r>
            <w:r w:rsidRPr="002F6785">
              <w:rPr>
                <w:sz w:val="26"/>
                <w:szCs w:val="26"/>
              </w:rPr>
              <w:t>c khi ki</w:t>
            </w:r>
            <w:r w:rsidRPr="002F6785">
              <w:rPr>
                <w:sz w:val="26"/>
                <w:szCs w:val="26"/>
              </w:rPr>
              <w:t>ể</w:t>
            </w:r>
            <w:r w:rsidRPr="002F6785">
              <w:rPr>
                <w:sz w:val="26"/>
                <w:szCs w:val="26"/>
              </w:rPr>
              <w:t>m tra tr</w:t>
            </w:r>
            <w:r w:rsidRPr="002F6785">
              <w:rPr>
                <w:sz w:val="26"/>
                <w:szCs w:val="26"/>
              </w:rPr>
              <w:t>ự</w:t>
            </w:r>
            <w:r w:rsidRPr="002F6785">
              <w:rPr>
                <w:sz w:val="26"/>
                <w:szCs w:val="26"/>
              </w:rPr>
              <w:t>c ti</w:t>
            </w:r>
            <w:r w:rsidRPr="002F6785">
              <w:rPr>
                <w:sz w:val="26"/>
                <w:szCs w:val="26"/>
              </w:rPr>
              <w:t>ế</w:t>
            </w:r>
            <w:r w:rsidRPr="002F6785">
              <w:rPr>
                <w:sz w:val="26"/>
                <w:szCs w:val="26"/>
              </w:rPr>
              <w:t>p</w:t>
            </w:r>
            <w:r w:rsidRPr="002F6785">
              <w:rPr>
                <w:sz w:val="26"/>
                <w:szCs w:val="26"/>
              </w:rPr>
              <w:t xml:space="preserve"> giúp gi</w:t>
            </w:r>
            <w:r w:rsidRPr="002F6785">
              <w:rPr>
                <w:sz w:val="26"/>
                <w:szCs w:val="26"/>
              </w:rPr>
              <w:t>ớ</w:t>
            </w:r>
            <w:r w:rsidRPr="002F6785">
              <w:rPr>
                <w:sz w:val="26"/>
                <w:szCs w:val="26"/>
              </w:rPr>
              <w:t>i h</w:t>
            </w:r>
            <w:r w:rsidRPr="002F6785">
              <w:rPr>
                <w:sz w:val="26"/>
                <w:szCs w:val="26"/>
              </w:rPr>
              <w:t>ạ</w:t>
            </w:r>
            <w:r w:rsidRPr="002F6785">
              <w:rPr>
                <w:sz w:val="26"/>
                <w:szCs w:val="26"/>
              </w:rPr>
              <w:t>n n</w:t>
            </w:r>
            <w:r w:rsidRPr="002F6785">
              <w:rPr>
                <w:sz w:val="26"/>
                <w:szCs w:val="26"/>
              </w:rPr>
              <w:t>ộ</w:t>
            </w:r>
            <w:r w:rsidRPr="002F6785">
              <w:rPr>
                <w:sz w:val="26"/>
                <w:szCs w:val="26"/>
              </w:rPr>
              <w:t>i dung c</w:t>
            </w:r>
            <w:r w:rsidRPr="002F6785">
              <w:rPr>
                <w:sz w:val="26"/>
                <w:szCs w:val="26"/>
              </w:rPr>
              <w:t>ầ</w:t>
            </w:r>
            <w:r w:rsidRPr="002F6785">
              <w:rPr>
                <w:sz w:val="26"/>
                <w:szCs w:val="26"/>
              </w:rPr>
              <w:t>n xác minh, tránh yêu c</w:t>
            </w:r>
            <w:r w:rsidRPr="002F6785">
              <w:rPr>
                <w:sz w:val="26"/>
                <w:szCs w:val="26"/>
              </w:rPr>
              <w:t>ầ</w:t>
            </w:r>
            <w:r w:rsidRPr="002F6785">
              <w:rPr>
                <w:sz w:val="26"/>
                <w:szCs w:val="26"/>
              </w:rPr>
              <w:t>u cung c</w:t>
            </w:r>
            <w:r w:rsidRPr="002F6785">
              <w:rPr>
                <w:sz w:val="26"/>
                <w:szCs w:val="26"/>
              </w:rPr>
              <w:t>ấ</w:t>
            </w:r>
            <w:r w:rsidRPr="002F6785">
              <w:rPr>
                <w:sz w:val="26"/>
                <w:szCs w:val="26"/>
              </w:rPr>
              <w:t>p l</w:t>
            </w:r>
            <w:r w:rsidRPr="002F6785">
              <w:rPr>
                <w:sz w:val="26"/>
                <w:szCs w:val="26"/>
              </w:rPr>
              <w:t>ạ</w:t>
            </w:r>
            <w:r w:rsidRPr="002F6785">
              <w:rPr>
                <w:sz w:val="26"/>
                <w:szCs w:val="26"/>
              </w:rPr>
              <w:t>i tài li</w:t>
            </w:r>
            <w:r w:rsidRPr="002F6785">
              <w:rPr>
                <w:sz w:val="26"/>
                <w:szCs w:val="26"/>
              </w:rPr>
              <w:t>ệ</w:t>
            </w:r>
            <w:r w:rsidRPr="002F6785">
              <w:rPr>
                <w:sz w:val="26"/>
                <w:szCs w:val="26"/>
              </w:rPr>
              <w:t>u đã có và còn giá tr</w:t>
            </w:r>
            <w:r w:rsidRPr="002F6785">
              <w:rPr>
                <w:sz w:val="26"/>
                <w:szCs w:val="26"/>
              </w:rPr>
              <w:t>ị</w:t>
            </w:r>
            <w:r w:rsidRPr="002F6785">
              <w:rPr>
                <w:sz w:val="26"/>
                <w:szCs w:val="26"/>
              </w:rPr>
              <w:t>.</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lastRenderedPageBreak/>
              <w:t>Điề</w:t>
            </w:r>
            <w:r w:rsidRPr="002F6785">
              <w:rPr>
                <w:b/>
                <w:sz w:val="26"/>
                <w:szCs w:val="26"/>
              </w:rPr>
              <w:t xml:space="preserve">u 16. </w:t>
            </w:r>
            <w:r w:rsidR="00883DE6" w:rsidRPr="002F6785">
              <w:rPr>
                <w:b/>
                <w:sz w:val="26"/>
                <w:szCs w:val="26"/>
              </w:rPr>
              <w:t>Nội dung kiểm tra</w:t>
            </w:r>
            <w:r w:rsidR="001B5483" w:rsidRPr="002F6785">
              <w:rPr>
                <w:b/>
                <w:sz w:val="26"/>
                <w:szCs w:val="26"/>
              </w:rPr>
              <w:t xml:space="preserve"> chất lượng thép</w:t>
            </w:r>
            <w:r w:rsidR="00883DE6" w:rsidRPr="002F6785">
              <w:rPr>
                <w:b/>
                <w:sz w:val="26"/>
                <w:szCs w:val="26"/>
              </w:rPr>
              <w:t xml:space="preserve"> tại nguồn</w:t>
            </w:r>
          </w:p>
        </w:tc>
        <w:tc>
          <w:tcPr>
            <w:tcW w:w="6636" w:type="dxa"/>
          </w:tcPr>
          <w:p w:rsidR="001B5483" w:rsidRPr="002F6785" w:rsidRDefault="001B5483" w:rsidP="002F6785">
            <w:pPr>
              <w:widowControl w:val="0"/>
              <w:spacing w:before="60" w:after="60"/>
              <w:jc w:val="both"/>
              <w:rPr>
                <w:rFonts w:cs="Times New Roman"/>
                <w:sz w:val="26"/>
                <w:szCs w:val="26"/>
              </w:rPr>
            </w:pPr>
            <w:r w:rsidRPr="002F6785">
              <w:rPr>
                <w:rFonts w:cs="Times New Roman"/>
                <w:sz w:val="26"/>
                <w:szCs w:val="26"/>
              </w:rPr>
              <w:t>Nội dung kiểm tra được giới hạn theo mục tiêu và căn cứ nêu trong quyết định, bao gồm một hoặc một số nội dung sau đây:</w:t>
            </w:r>
          </w:p>
          <w:p w:rsidR="001B5483" w:rsidRPr="002F6785" w:rsidRDefault="001B5483" w:rsidP="002F6785">
            <w:pPr>
              <w:widowControl w:val="0"/>
              <w:spacing w:before="60" w:after="60"/>
              <w:jc w:val="both"/>
              <w:rPr>
                <w:rFonts w:cs="Times New Roman"/>
                <w:sz w:val="26"/>
                <w:szCs w:val="26"/>
              </w:rPr>
            </w:pPr>
            <w:r w:rsidRPr="002F6785">
              <w:rPr>
                <w:rFonts w:cs="Times New Roman"/>
                <w:sz w:val="26"/>
                <w:szCs w:val="26"/>
              </w:rPr>
              <w:t>1. Sự phù hợp giữa địa điểm, dây chuyền, công nghệ sản xuất thực tế với thông tin trong hồ sơ chất lượng và phạm vi đánh giá sự phù hợp của sản phẩm cung cấp vào Việt Nam.</w:t>
            </w:r>
          </w:p>
          <w:p w:rsidR="001B5483" w:rsidRPr="002F6785" w:rsidRDefault="001B5483" w:rsidP="002F6785">
            <w:pPr>
              <w:widowControl w:val="0"/>
              <w:spacing w:before="60" w:after="60"/>
              <w:jc w:val="both"/>
              <w:rPr>
                <w:rFonts w:cs="Times New Roman"/>
                <w:sz w:val="26"/>
                <w:szCs w:val="26"/>
              </w:rPr>
            </w:pPr>
            <w:r w:rsidRPr="002F6785">
              <w:rPr>
                <w:rFonts w:cs="Times New Roman"/>
                <w:sz w:val="26"/>
                <w:szCs w:val="26"/>
              </w:rPr>
              <w:t>2. Việc kiểm soát nguyên liệu đầu vào, mẻ luyện, thông số công nghệ chủ yếu, sản phẩm không phù hợp và thay đổi có ảnh hưởng đến chất lượng.</w:t>
            </w:r>
          </w:p>
          <w:p w:rsidR="001B5483" w:rsidRPr="002F6785" w:rsidRDefault="001B5483" w:rsidP="002F6785">
            <w:pPr>
              <w:widowControl w:val="0"/>
              <w:spacing w:before="60" w:after="60"/>
              <w:jc w:val="both"/>
              <w:rPr>
                <w:rFonts w:cs="Times New Roman"/>
                <w:sz w:val="26"/>
                <w:szCs w:val="26"/>
              </w:rPr>
            </w:pPr>
            <w:r w:rsidRPr="002F6785">
              <w:rPr>
                <w:rFonts w:cs="Times New Roman"/>
                <w:sz w:val="26"/>
                <w:szCs w:val="26"/>
              </w:rPr>
              <w:t>3. Năng lực thử nghiệm, hiệu chuẩn, kiểm soát thiết bị đo, phương pháp thử, lấy mẫu và việc phê duyệt kết quả chất lượng của lô sản phẩm.</w:t>
            </w:r>
          </w:p>
          <w:p w:rsidR="001B5483" w:rsidRPr="002F6785" w:rsidRDefault="001B5483" w:rsidP="002F6785">
            <w:pPr>
              <w:widowControl w:val="0"/>
              <w:spacing w:before="60" w:after="60"/>
              <w:jc w:val="both"/>
              <w:rPr>
                <w:rFonts w:cs="Times New Roman"/>
                <w:sz w:val="26"/>
                <w:szCs w:val="26"/>
              </w:rPr>
            </w:pPr>
            <w:r w:rsidRPr="002F6785">
              <w:rPr>
                <w:rFonts w:cs="Times New Roman"/>
                <w:sz w:val="26"/>
                <w:szCs w:val="26"/>
              </w:rPr>
              <w:t>4. Việc lập, phát hành và kiểm soát chứng chỉ chất lượng của nhà sản xuất; liên kết giữa mã mẻ luyện, mã lô sản phẩm, kết quả thử nghiệm và sản phẩm đã xuất khẩu vào Việt Nam.</w:t>
            </w:r>
          </w:p>
          <w:p w:rsidR="001B5483" w:rsidRPr="002F6785" w:rsidRDefault="001B5483" w:rsidP="002F6785">
            <w:pPr>
              <w:widowControl w:val="0"/>
              <w:spacing w:before="60" w:after="60"/>
              <w:jc w:val="both"/>
              <w:rPr>
                <w:rFonts w:cs="Times New Roman"/>
                <w:sz w:val="26"/>
                <w:szCs w:val="26"/>
              </w:rPr>
            </w:pPr>
            <w:r w:rsidRPr="002F6785">
              <w:rPr>
                <w:rFonts w:cs="Times New Roman"/>
                <w:sz w:val="26"/>
                <w:szCs w:val="26"/>
              </w:rPr>
              <w:t>5. Việc duy trì dữ liệu truy xuất nguồn gốc, hộ chiếu số của sản phẩm và dữ liệu môi trường đã công bố hoặc phải công bố theo quy định.</w:t>
            </w:r>
          </w:p>
          <w:p w:rsidR="001B5483" w:rsidRPr="002F6785" w:rsidRDefault="001B5483" w:rsidP="002F6785">
            <w:pPr>
              <w:widowControl w:val="0"/>
              <w:spacing w:before="60" w:after="60"/>
              <w:jc w:val="both"/>
              <w:rPr>
                <w:rFonts w:cs="Times New Roman"/>
                <w:sz w:val="26"/>
                <w:szCs w:val="26"/>
              </w:rPr>
            </w:pPr>
            <w:r w:rsidRPr="002F6785">
              <w:rPr>
                <w:rFonts w:cs="Times New Roman"/>
                <w:sz w:val="26"/>
                <w:szCs w:val="26"/>
              </w:rPr>
              <w:t>6. Việc xác định nguyên nhân, khoanh vùng lô sản phẩm bị ảnh hưởng, thực hiện hành động khắc phục, phòng ngừa và đánh giá hiệu lực sau sự không phù hợp.</w:t>
            </w:r>
          </w:p>
          <w:p w:rsidR="005B442E" w:rsidRPr="002F6785" w:rsidRDefault="001B5483" w:rsidP="002F6785">
            <w:pPr>
              <w:widowControl w:val="0"/>
              <w:spacing w:before="60" w:after="60"/>
              <w:jc w:val="both"/>
              <w:rPr>
                <w:sz w:val="26"/>
                <w:szCs w:val="26"/>
              </w:rPr>
            </w:pPr>
            <w:r w:rsidRPr="002F6785">
              <w:rPr>
                <w:rFonts w:cs="Times New Roman"/>
                <w:sz w:val="26"/>
                <w:szCs w:val="26"/>
              </w:rPr>
              <w:t>7. Việc lấy mẫu đối chứng khi hồ sơ, dữ liệu và quan sát tại cơ sở chưa đủ để kết luận nội dung cần xác minh.</w:t>
            </w:r>
          </w:p>
        </w:tc>
        <w:tc>
          <w:tcPr>
            <w:tcW w:w="5760" w:type="dxa"/>
          </w:tcPr>
          <w:p w:rsidR="002F6785" w:rsidRDefault="00AC53F4" w:rsidP="002F6785">
            <w:pPr>
              <w:spacing w:before="60" w:after="60"/>
              <w:jc w:val="both"/>
              <w:rPr>
                <w:sz w:val="26"/>
                <w:szCs w:val="26"/>
              </w:rPr>
            </w:pPr>
            <w:r w:rsidRPr="002F6785">
              <w:rPr>
                <w:sz w:val="26"/>
                <w:szCs w:val="26"/>
              </w:rPr>
              <w:t>Đi</w:t>
            </w:r>
            <w:r w:rsidRPr="002F6785">
              <w:rPr>
                <w:sz w:val="26"/>
                <w:szCs w:val="26"/>
              </w:rPr>
              <w:t>ề</w:t>
            </w:r>
            <w:r w:rsidRPr="002F6785">
              <w:rPr>
                <w:sz w:val="26"/>
                <w:szCs w:val="26"/>
              </w:rPr>
              <w:t>u này gi</w:t>
            </w:r>
            <w:r w:rsidRPr="002F6785">
              <w:rPr>
                <w:sz w:val="26"/>
                <w:szCs w:val="26"/>
              </w:rPr>
              <w:t>ớ</w:t>
            </w:r>
            <w:r w:rsidRPr="002F6785">
              <w:rPr>
                <w:sz w:val="26"/>
                <w:szCs w:val="26"/>
              </w:rPr>
              <w:t>i h</w:t>
            </w:r>
            <w:r w:rsidRPr="002F6785">
              <w:rPr>
                <w:sz w:val="26"/>
                <w:szCs w:val="26"/>
              </w:rPr>
              <w:t>ạ</w:t>
            </w:r>
            <w:r w:rsidRPr="002F6785">
              <w:rPr>
                <w:sz w:val="26"/>
                <w:szCs w:val="26"/>
              </w:rPr>
              <w:t>n n</w:t>
            </w:r>
            <w:r w:rsidRPr="002F6785">
              <w:rPr>
                <w:sz w:val="26"/>
                <w:szCs w:val="26"/>
              </w:rPr>
              <w:t>ộ</w:t>
            </w:r>
            <w:r w:rsidRPr="002F6785">
              <w:rPr>
                <w:sz w:val="26"/>
                <w:szCs w:val="26"/>
              </w:rPr>
              <w:t>i dung ki</w:t>
            </w:r>
            <w:r w:rsidRPr="002F6785">
              <w:rPr>
                <w:sz w:val="26"/>
                <w:szCs w:val="26"/>
              </w:rPr>
              <w:t>ể</w:t>
            </w:r>
            <w:r w:rsidRPr="002F6785">
              <w:rPr>
                <w:sz w:val="26"/>
                <w:szCs w:val="26"/>
              </w:rPr>
              <w:t>m tra t</w:t>
            </w:r>
            <w:r w:rsidRPr="002F6785">
              <w:rPr>
                <w:sz w:val="26"/>
                <w:szCs w:val="26"/>
              </w:rPr>
              <w:t>ạ</w:t>
            </w:r>
            <w:r w:rsidRPr="002F6785">
              <w:rPr>
                <w:sz w:val="26"/>
                <w:szCs w:val="26"/>
              </w:rPr>
              <w:t>i ngu</w:t>
            </w:r>
            <w:r w:rsidRPr="002F6785">
              <w:rPr>
                <w:sz w:val="26"/>
                <w:szCs w:val="26"/>
              </w:rPr>
              <w:t>ồ</w:t>
            </w:r>
            <w:r w:rsidRPr="002F6785">
              <w:rPr>
                <w:sz w:val="26"/>
                <w:szCs w:val="26"/>
              </w:rPr>
              <w:t>n theo m</w:t>
            </w:r>
            <w:r w:rsidRPr="002F6785">
              <w:rPr>
                <w:sz w:val="26"/>
                <w:szCs w:val="26"/>
              </w:rPr>
              <w:t>ụ</w:t>
            </w:r>
            <w:r w:rsidRPr="002F6785">
              <w:rPr>
                <w:sz w:val="26"/>
                <w:szCs w:val="26"/>
              </w:rPr>
              <w:t>c tiêu và căn c</w:t>
            </w:r>
            <w:r w:rsidRPr="002F6785">
              <w:rPr>
                <w:sz w:val="26"/>
                <w:szCs w:val="26"/>
              </w:rPr>
              <w:t>ứ</w:t>
            </w:r>
            <w:r w:rsidRPr="002F6785">
              <w:rPr>
                <w:sz w:val="26"/>
                <w:szCs w:val="26"/>
              </w:rPr>
              <w:t xml:space="preserve"> đã đư</w:t>
            </w:r>
            <w:r w:rsidRPr="002F6785">
              <w:rPr>
                <w:sz w:val="26"/>
                <w:szCs w:val="26"/>
              </w:rPr>
              <w:t>ợ</w:t>
            </w:r>
            <w:r w:rsidRPr="002F6785">
              <w:rPr>
                <w:sz w:val="26"/>
                <w:szCs w:val="26"/>
              </w:rPr>
              <w:t>c xác đ</w:t>
            </w:r>
            <w:r w:rsidRPr="002F6785">
              <w:rPr>
                <w:sz w:val="26"/>
                <w:szCs w:val="26"/>
              </w:rPr>
              <w:t>ị</w:t>
            </w:r>
            <w:r w:rsidRPr="002F6785">
              <w:rPr>
                <w:sz w:val="26"/>
                <w:szCs w:val="26"/>
              </w:rPr>
              <w:t>nh trong quy</w:t>
            </w:r>
            <w:r w:rsidRPr="002F6785">
              <w:rPr>
                <w:sz w:val="26"/>
                <w:szCs w:val="26"/>
              </w:rPr>
              <w:t>ế</w:t>
            </w:r>
            <w:r w:rsidRPr="002F6785">
              <w:rPr>
                <w:sz w:val="26"/>
                <w:szCs w:val="26"/>
              </w:rPr>
              <w:t>t đ</w:t>
            </w:r>
            <w:r w:rsidRPr="002F6785">
              <w:rPr>
                <w:sz w:val="26"/>
                <w:szCs w:val="26"/>
              </w:rPr>
              <w:t>ị</w:t>
            </w:r>
            <w:r w:rsidRPr="002F6785">
              <w:rPr>
                <w:sz w:val="26"/>
                <w:szCs w:val="26"/>
              </w:rPr>
              <w:t>nh ki</w:t>
            </w:r>
            <w:r w:rsidRPr="002F6785">
              <w:rPr>
                <w:sz w:val="26"/>
                <w:szCs w:val="26"/>
              </w:rPr>
              <w:t>ể</w:t>
            </w:r>
            <w:r w:rsidRPr="002F6785">
              <w:rPr>
                <w:sz w:val="26"/>
                <w:szCs w:val="26"/>
              </w:rPr>
              <w:t>m tra. Các n</w:t>
            </w:r>
            <w:r w:rsidRPr="002F6785">
              <w:rPr>
                <w:sz w:val="26"/>
                <w:szCs w:val="26"/>
              </w:rPr>
              <w:t>ộ</w:t>
            </w:r>
            <w:r w:rsidRPr="002F6785">
              <w:rPr>
                <w:sz w:val="26"/>
                <w:szCs w:val="26"/>
              </w:rPr>
              <w:t>i dung t</w:t>
            </w:r>
            <w:r w:rsidRPr="002F6785">
              <w:rPr>
                <w:sz w:val="26"/>
                <w:szCs w:val="26"/>
              </w:rPr>
              <w:t>ậ</w:t>
            </w:r>
            <w:r w:rsidRPr="002F6785">
              <w:rPr>
                <w:sz w:val="26"/>
                <w:szCs w:val="26"/>
              </w:rPr>
              <w:t>p trung vào nh</w:t>
            </w:r>
            <w:r w:rsidRPr="002F6785">
              <w:rPr>
                <w:sz w:val="26"/>
                <w:szCs w:val="26"/>
              </w:rPr>
              <w:t>ữ</w:t>
            </w:r>
            <w:r w:rsidRPr="002F6785">
              <w:rPr>
                <w:sz w:val="26"/>
                <w:szCs w:val="26"/>
              </w:rPr>
              <w:t>ng y</w:t>
            </w:r>
            <w:r w:rsidRPr="002F6785">
              <w:rPr>
                <w:sz w:val="26"/>
                <w:szCs w:val="26"/>
              </w:rPr>
              <w:t>ế</w:t>
            </w:r>
            <w:r w:rsidRPr="002F6785">
              <w:rPr>
                <w:sz w:val="26"/>
                <w:szCs w:val="26"/>
              </w:rPr>
              <w:t>u t</w:t>
            </w:r>
            <w:r w:rsidRPr="002F6785">
              <w:rPr>
                <w:sz w:val="26"/>
                <w:szCs w:val="26"/>
              </w:rPr>
              <w:t>ố</w:t>
            </w:r>
            <w:r w:rsidRPr="002F6785">
              <w:rPr>
                <w:sz w:val="26"/>
                <w:szCs w:val="26"/>
              </w:rPr>
              <w:t xml:space="preserve"> có th</w:t>
            </w:r>
            <w:r w:rsidRPr="002F6785">
              <w:rPr>
                <w:sz w:val="26"/>
                <w:szCs w:val="26"/>
              </w:rPr>
              <w:t>ể</w:t>
            </w:r>
            <w:r w:rsidRPr="002F6785">
              <w:rPr>
                <w:sz w:val="26"/>
                <w:szCs w:val="26"/>
              </w:rPr>
              <w:t xml:space="preserve"> </w:t>
            </w:r>
            <w:r w:rsidRPr="002F6785">
              <w:rPr>
                <w:sz w:val="26"/>
                <w:szCs w:val="26"/>
              </w:rPr>
              <w:t>ả</w:t>
            </w:r>
            <w:r w:rsidRPr="002F6785">
              <w:rPr>
                <w:sz w:val="26"/>
                <w:szCs w:val="26"/>
              </w:rPr>
              <w:t>nh hư</w:t>
            </w:r>
            <w:r w:rsidRPr="002F6785">
              <w:rPr>
                <w:sz w:val="26"/>
                <w:szCs w:val="26"/>
              </w:rPr>
              <w:t>ở</w:t>
            </w:r>
            <w:r w:rsidRPr="002F6785">
              <w:rPr>
                <w:sz w:val="26"/>
                <w:szCs w:val="26"/>
              </w:rPr>
              <w:t>ng tr</w:t>
            </w:r>
            <w:r w:rsidRPr="002F6785">
              <w:rPr>
                <w:sz w:val="26"/>
                <w:szCs w:val="26"/>
              </w:rPr>
              <w:t>ự</w:t>
            </w:r>
            <w:r w:rsidRPr="002F6785">
              <w:rPr>
                <w:sz w:val="26"/>
                <w:szCs w:val="26"/>
              </w:rPr>
              <w:t>c ti</w:t>
            </w:r>
            <w:r w:rsidRPr="002F6785">
              <w:rPr>
                <w:sz w:val="26"/>
                <w:szCs w:val="26"/>
              </w:rPr>
              <w:t>ế</w:t>
            </w:r>
            <w:r w:rsidRPr="002F6785">
              <w:rPr>
                <w:sz w:val="26"/>
                <w:szCs w:val="26"/>
              </w:rPr>
              <w:t>p đ</w:t>
            </w:r>
            <w:r w:rsidRPr="002F6785">
              <w:rPr>
                <w:sz w:val="26"/>
                <w:szCs w:val="26"/>
              </w:rPr>
              <w:t>ế</w:t>
            </w:r>
            <w:r w:rsidRPr="002F6785">
              <w:rPr>
                <w:sz w:val="26"/>
                <w:szCs w:val="26"/>
              </w:rPr>
              <w:t>n kh</w:t>
            </w:r>
            <w:r w:rsidRPr="002F6785">
              <w:rPr>
                <w:sz w:val="26"/>
                <w:szCs w:val="26"/>
              </w:rPr>
              <w:t>ả</w:t>
            </w:r>
            <w:r w:rsidRPr="002F6785">
              <w:rPr>
                <w:sz w:val="26"/>
                <w:szCs w:val="26"/>
              </w:rPr>
              <w:t xml:space="preserve"> năng d</w:t>
            </w:r>
            <w:r w:rsidRPr="002F6785">
              <w:rPr>
                <w:sz w:val="26"/>
                <w:szCs w:val="26"/>
              </w:rPr>
              <w:t>uy trì s</w:t>
            </w:r>
            <w:r w:rsidRPr="002F6785">
              <w:rPr>
                <w:sz w:val="26"/>
                <w:szCs w:val="26"/>
              </w:rPr>
              <w:t>ự</w:t>
            </w:r>
            <w:r w:rsidRPr="002F6785">
              <w:rPr>
                <w:sz w:val="26"/>
                <w:szCs w:val="26"/>
              </w:rPr>
              <w:t xml:space="preserve"> phù h</w:t>
            </w:r>
            <w:r w:rsidRPr="002F6785">
              <w:rPr>
                <w:sz w:val="26"/>
                <w:szCs w:val="26"/>
              </w:rPr>
              <w:t>ợ</w:t>
            </w:r>
            <w:r w:rsidRPr="002F6785">
              <w:rPr>
                <w:sz w:val="26"/>
                <w:szCs w:val="26"/>
              </w:rPr>
              <w:t>p c</w:t>
            </w:r>
            <w:r w:rsidRPr="002F6785">
              <w:rPr>
                <w:sz w:val="26"/>
                <w:szCs w:val="26"/>
              </w:rPr>
              <w:t>ủ</w:t>
            </w:r>
            <w:r w:rsidRPr="002F6785">
              <w:rPr>
                <w:sz w:val="26"/>
                <w:szCs w:val="26"/>
              </w:rPr>
              <w:t>a s</w:t>
            </w:r>
            <w:r w:rsidRPr="002F6785">
              <w:rPr>
                <w:sz w:val="26"/>
                <w:szCs w:val="26"/>
              </w:rPr>
              <w:t>ả</w:t>
            </w:r>
            <w:r w:rsidRPr="002F6785">
              <w:rPr>
                <w:sz w:val="26"/>
                <w:szCs w:val="26"/>
              </w:rPr>
              <w:t>n ph</w:t>
            </w:r>
            <w:r w:rsidRPr="002F6785">
              <w:rPr>
                <w:sz w:val="26"/>
                <w:szCs w:val="26"/>
              </w:rPr>
              <w:t>ẩ</w:t>
            </w:r>
            <w:r w:rsidRPr="002F6785">
              <w:rPr>
                <w:sz w:val="26"/>
                <w:szCs w:val="26"/>
              </w:rPr>
              <w:t>m thép cung c</w:t>
            </w:r>
            <w:r w:rsidRPr="002F6785">
              <w:rPr>
                <w:sz w:val="26"/>
                <w:szCs w:val="26"/>
              </w:rPr>
              <w:t>ấ</w:t>
            </w:r>
            <w:r w:rsidRPr="002F6785">
              <w:rPr>
                <w:sz w:val="26"/>
                <w:szCs w:val="26"/>
              </w:rPr>
              <w:t>p vào Vi</w:t>
            </w:r>
            <w:r w:rsidRPr="002F6785">
              <w:rPr>
                <w:sz w:val="26"/>
                <w:szCs w:val="26"/>
              </w:rPr>
              <w:t>ệ</w:t>
            </w:r>
            <w:r w:rsidRPr="002F6785">
              <w:rPr>
                <w:sz w:val="26"/>
                <w:szCs w:val="26"/>
              </w:rPr>
              <w:t>t Nam, g</w:t>
            </w:r>
            <w:r w:rsidRPr="002F6785">
              <w:rPr>
                <w:sz w:val="26"/>
                <w:szCs w:val="26"/>
              </w:rPr>
              <w:t>ồ</w:t>
            </w:r>
            <w:r w:rsidRPr="002F6785">
              <w:rPr>
                <w:sz w:val="26"/>
                <w:szCs w:val="26"/>
              </w:rPr>
              <w:t>m đi</w:t>
            </w:r>
            <w:r w:rsidRPr="002F6785">
              <w:rPr>
                <w:sz w:val="26"/>
                <w:szCs w:val="26"/>
              </w:rPr>
              <w:t>ề</w:t>
            </w:r>
            <w:r w:rsidRPr="002F6785">
              <w:rPr>
                <w:sz w:val="26"/>
                <w:szCs w:val="26"/>
              </w:rPr>
              <w:t>u ki</w:t>
            </w:r>
            <w:r w:rsidRPr="002F6785">
              <w:rPr>
                <w:sz w:val="26"/>
                <w:szCs w:val="26"/>
              </w:rPr>
              <w:t>ệ</w:t>
            </w:r>
            <w:r w:rsidRPr="002F6785">
              <w:rPr>
                <w:sz w:val="26"/>
                <w:szCs w:val="26"/>
              </w:rPr>
              <w:t>n s</w:t>
            </w:r>
            <w:r w:rsidRPr="002F6785">
              <w:rPr>
                <w:sz w:val="26"/>
                <w:szCs w:val="26"/>
              </w:rPr>
              <w:t>ả</w:t>
            </w:r>
            <w:r w:rsidRPr="002F6785">
              <w:rPr>
                <w:sz w:val="26"/>
                <w:szCs w:val="26"/>
              </w:rPr>
              <w:t>n xu</w:t>
            </w:r>
            <w:r w:rsidRPr="002F6785">
              <w:rPr>
                <w:sz w:val="26"/>
                <w:szCs w:val="26"/>
              </w:rPr>
              <w:t>ấ</w:t>
            </w:r>
            <w:r w:rsidRPr="002F6785">
              <w:rPr>
                <w:sz w:val="26"/>
                <w:szCs w:val="26"/>
              </w:rPr>
              <w:t>t, ki</w:t>
            </w:r>
            <w:r w:rsidRPr="002F6785">
              <w:rPr>
                <w:sz w:val="26"/>
                <w:szCs w:val="26"/>
              </w:rPr>
              <w:t>ể</w:t>
            </w:r>
            <w:r w:rsidRPr="002F6785">
              <w:rPr>
                <w:sz w:val="26"/>
                <w:szCs w:val="26"/>
              </w:rPr>
              <w:t>m soát nguyên li</w:t>
            </w:r>
            <w:r w:rsidRPr="002F6785">
              <w:rPr>
                <w:sz w:val="26"/>
                <w:szCs w:val="26"/>
              </w:rPr>
              <w:t>ệ</w:t>
            </w:r>
            <w:r w:rsidRPr="002F6785">
              <w:rPr>
                <w:sz w:val="26"/>
                <w:szCs w:val="26"/>
              </w:rPr>
              <w:t>u và quá trình, năng l</w:t>
            </w:r>
            <w:r w:rsidRPr="002F6785">
              <w:rPr>
                <w:sz w:val="26"/>
                <w:szCs w:val="26"/>
              </w:rPr>
              <w:t>ự</w:t>
            </w:r>
            <w:r w:rsidRPr="002F6785">
              <w:rPr>
                <w:sz w:val="26"/>
                <w:szCs w:val="26"/>
              </w:rPr>
              <w:t>c th</w:t>
            </w:r>
            <w:r w:rsidRPr="002F6785">
              <w:rPr>
                <w:sz w:val="26"/>
                <w:szCs w:val="26"/>
              </w:rPr>
              <w:t>ử</w:t>
            </w:r>
            <w:r w:rsidRPr="002F6785">
              <w:rPr>
                <w:sz w:val="26"/>
                <w:szCs w:val="26"/>
              </w:rPr>
              <w:t xml:space="preserve"> nghi</w:t>
            </w:r>
            <w:r w:rsidRPr="002F6785">
              <w:rPr>
                <w:sz w:val="26"/>
                <w:szCs w:val="26"/>
              </w:rPr>
              <w:t>ệ</w:t>
            </w:r>
            <w:r w:rsidRPr="002F6785">
              <w:rPr>
                <w:sz w:val="26"/>
                <w:szCs w:val="26"/>
              </w:rPr>
              <w:t>m và đo lư</w:t>
            </w:r>
            <w:r w:rsidRPr="002F6785">
              <w:rPr>
                <w:sz w:val="26"/>
                <w:szCs w:val="26"/>
              </w:rPr>
              <w:t>ờ</w:t>
            </w:r>
            <w:r w:rsidRPr="002F6785">
              <w:rPr>
                <w:sz w:val="26"/>
                <w:szCs w:val="26"/>
              </w:rPr>
              <w:t>ng, ch</w:t>
            </w:r>
            <w:r w:rsidRPr="002F6785">
              <w:rPr>
                <w:sz w:val="26"/>
                <w:szCs w:val="26"/>
              </w:rPr>
              <w:t>ứ</w:t>
            </w:r>
            <w:r w:rsidRPr="002F6785">
              <w:rPr>
                <w:sz w:val="26"/>
                <w:szCs w:val="26"/>
              </w:rPr>
              <w:t>ng ch</w:t>
            </w:r>
            <w:r w:rsidRPr="002F6785">
              <w:rPr>
                <w:sz w:val="26"/>
                <w:szCs w:val="26"/>
              </w:rPr>
              <w:t>ỉ</w:t>
            </w:r>
            <w:r w:rsidRPr="002F6785">
              <w:rPr>
                <w:sz w:val="26"/>
                <w:szCs w:val="26"/>
              </w:rPr>
              <w:t xml:space="preserve"> ch</w:t>
            </w:r>
            <w:r w:rsidRPr="002F6785">
              <w:rPr>
                <w:sz w:val="26"/>
                <w:szCs w:val="26"/>
              </w:rPr>
              <w:t>ấ</w:t>
            </w:r>
            <w:r w:rsidRPr="002F6785">
              <w:rPr>
                <w:sz w:val="26"/>
                <w:szCs w:val="26"/>
              </w:rPr>
              <w:t>t lư</w:t>
            </w:r>
            <w:r w:rsidRPr="002F6785">
              <w:rPr>
                <w:sz w:val="26"/>
                <w:szCs w:val="26"/>
              </w:rPr>
              <w:t>ợ</w:t>
            </w:r>
            <w:r w:rsidRPr="002F6785">
              <w:rPr>
                <w:sz w:val="26"/>
                <w:szCs w:val="26"/>
              </w:rPr>
              <w:t>ng, d</w:t>
            </w:r>
            <w:r w:rsidRPr="002F6785">
              <w:rPr>
                <w:sz w:val="26"/>
                <w:szCs w:val="26"/>
              </w:rPr>
              <w:t>ữ</w:t>
            </w:r>
            <w:r w:rsidRPr="002F6785">
              <w:rPr>
                <w:sz w:val="26"/>
                <w:szCs w:val="26"/>
              </w:rPr>
              <w:t xml:space="preserve"> li</w:t>
            </w:r>
            <w:r w:rsidRPr="002F6785">
              <w:rPr>
                <w:sz w:val="26"/>
                <w:szCs w:val="26"/>
              </w:rPr>
              <w:t>ệ</w:t>
            </w:r>
            <w:r w:rsidRPr="002F6785">
              <w:rPr>
                <w:sz w:val="26"/>
                <w:szCs w:val="26"/>
              </w:rPr>
              <w:t>u truy xu</w:t>
            </w:r>
            <w:r w:rsidRPr="002F6785">
              <w:rPr>
                <w:sz w:val="26"/>
                <w:szCs w:val="26"/>
              </w:rPr>
              <w:t>ấ</w:t>
            </w:r>
            <w:r w:rsidRPr="002F6785">
              <w:rPr>
                <w:sz w:val="26"/>
                <w:szCs w:val="26"/>
              </w:rPr>
              <w:t>t, vi</w:t>
            </w:r>
            <w:r w:rsidRPr="002F6785">
              <w:rPr>
                <w:sz w:val="26"/>
                <w:szCs w:val="26"/>
              </w:rPr>
              <w:t>ệ</w:t>
            </w:r>
            <w:r w:rsidRPr="002F6785">
              <w:rPr>
                <w:sz w:val="26"/>
                <w:szCs w:val="26"/>
              </w:rPr>
              <w:t>c x</w:t>
            </w:r>
            <w:r w:rsidRPr="002F6785">
              <w:rPr>
                <w:sz w:val="26"/>
                <w:szCs w:val="26"/>
              </w:rPr>
              <w:t>ử</w:t>
            </w:r>
            <w:r w:rsidRPr="002F6785">
              <w:rPr>
                <w:sz w:val="26"/>
                <w:szCs w:val="26"/>
              </w:rPr>
              <w:t xml:space="preserve"> lý s</w:t>
            </w:r>
            <w:r w:rsidRPr="002F6785">
              <w:rPr>
                <w:sz w:val="26"/>
                <w:szCs w:val="26"/>
              </w:rPr>
              <w:t>ự</w:t>
            </w:r>
            <w:r w:rsidRPr="002F6785">
              <w:rPr>
                <w:sz w:val="26"/>
                <w:szCs w:val="26"/>
              </w:rPr>
              <w:t xml:space="preserve"> không phù h</w:t>
            </w:r>
            <w:r w:rsidRPr="002F6785">
              <w:rPr>
                <w:sz w:val="26"/>
                <w:szCs w:val="26"/>
              </w:rPr>
              <w:t>ợ</w:t>
            </w:r>
            <w:r w:rsidRPr="002F6785">
              <w:rPr>
                <w:sz w:val="26"/>
                <w:szCs w:val="26"/>
              </w:rPr>
              <w:t>p và l</w:t>
            </w:r>
            <w:r w:rsidRPr="002F6785">
              <w:rPr>
                <w:sz w:val="26"/>
                <w:szCs w:val="26"/>
              </w:rPr>
              <w:t>ấ</w:t>
            </w:r>
            <w:r w:rsidRPr="002F6785">
              <w:rPr>
                <w:sz w:val="26"/>
                <w:szCs w:val="26"/>
              </w:rPr>
              <w:t>y m</w:t>
            </w:r>
            <w:r w:rsidRPr="002F6785">
              <w:rPr>
                <w:sz w:val="26"/>
                <w:szCs w:val="26"/>
              </w:rPr>
              <w:t>ẫ</w:t>
            </w:r>
            <w:r w:rsidRPr="002F6785">
              <w:rPr>
                <w:sz w:val="26"/>
                <w:szCs w:val="26"/>
              </w:rPr>
              <w:t>u đ</w:t>
            </w:r>
            <w:r w:rsidRPr="002F6785">
              <w:rPr>
                <w:sz w:val="26"/>
                <w:szCs w:val="26"/>
              </w:rPr>
              <w:t>ố</w:t>
            </w:r>
            <w:r w:rsidRPr="002F6785">
              <w:rPr>
                <w:sz w:val="26"/>
                <w:szCs w:val="26"/>
              </w:rPr>
              <w:t>i ch</w:t>
            </w:r>
            <w:r w:rsidRPr="002F6785">
              <w:rPr>
                <w:sz w:val="26"/>
                <w:szCs w:val="26"/>
              </w:rPr>
              <w:t>ứ</w:t>
            </w:r>
            <w:r w:rsidRPr="002F6785">
              <w:rPr>
                <w:sz w:val="26"/>
                <w:szCs w:val="26"/>
              </w:rPr>
              <w:t>ng khi c</w:t>
            </w:r>
            <w:r w:rsidRPr="002F6785">
              <w:rPr>
                <w:sz w:val="26"/>
                <w:szCs w:val="26"/>
              </w:rPr>
              <w:t>ầ</w:t>
            </w:r>
            <w:r w:rsidRPr="002F6785">
              <w:rPr>
                <w:sz w:val="26"/>
                <w:szCs w:val="26"/>
              </w:rPr>
              <w:t>n thi</w:t>
            </w:r>
            <w:r w:rsidRPr="002F6785">
              <w:rPr>
                <w:sz w:val="26"/>
                <w:szCs w:val="26"/>
              </w:rPr>
              <w:t>ế</w:t>
            </w:r>
            <w:r w:rsidRPr="002F6785">
              <w:rPr>
                <w:sz w:val="26"/>
                <w:szCs w:val="26"/>
              </w:rPr>
              <w:t>t.</w:t>
            </w:r>
          </w:p>
          <w:p w:rsidR="008D4B75" w:rsidRPr="002F6785" w:rsidRDefault="00AC53F4" w:rsidP="002F6785">
            <w:pPr>
              <w:spacing w:before="60" w:after="60"/>
              <w:jc w:val="both"/>
              <w:rPr>
                <w:sz w:val="26"/>
                <w:szCs w:val="26"/>
              </w:rPr>
            </w:pPr>
            <w:r w:rsidRPr="002F6785">
              <w:rPr>
                <w:sz w:val="26"/>
                <w:szCs w:val="26"/>
              </w:rPr>
              <w:t>Vi</w:t>
            </w:r>
            <w:r w:rsidRPr="002F6785">
              <w:rPr>
                <w:sz w:val="26"/>
                <w:szCs w:val="26"/>
              </w:rPr>
              <w:t>ệ</w:t>
            </w:r>
            <w:r w:rsidRPr="002F6785">
              <w:rPr>
                <w:sz w:val="26"/>
                <w:szCs w:val="26"/>
              </w:rPr>
              <w:t>c quy đ</w:t>
            </w:r>
            <w:r w:rsidRPr="002F6785">
              <w:rPr>
                <w:sz w:val="26"/>
                <w:szCs w:val="26"/>
              </w:rPr>
              <w:t>ị</w:t>
            </w:r>
            <w:r w:rsidRPr="002F6785">
              <w:rPr>
                <w:sz w:val="26"/>
                <w:szCs w:val="26"/>
              </w:rPr>
              <w:t>nh theo hư</w:t>
            </w:r>
            <w:r w:rsidRPr="002F6785">
              <w:rPr>
                <w:sz w:val="26"/>
                <w:szCs w:val="26"/>
              </w:rPr>
              <w:t>ớ</w:t>
            </w:r>
            <w:r w:rsidRPr="002F6785">
              <w:rPr>
                <w:sz w:val="26"/>
                <w:szCs w:val="26"/>
              </w:rPr>
              <w:t>ng l</w:t>
            </w:r>
            <w:r w:rsidRPr="002F6785">
              <w:rPr>
                <w:sz w:val="26"/>
                <w:szCs w:val="26"/>
              </w:rPr>
              <w:t>ự</w:t>
            </w:r>
            <w:r w:rsidRPr="002F6785">
              <w:rPr>
                <w:sz w:val="26"/>
                <w:szCs w:val="26"/>
              </w:rPr>
              <w:t>a ch</w:t>
            </w:r>
            <w:r w:rsidRPr="002F6785">
              <w:rPr>
                <w:sz w:val="26"/>
                <w:szCs w:val="26"/>
              </w:rPr>
              <w:t>ọ</w:t>
            </w:r>
            <w:r w:rsidRPr="002F6785">
              <w:rPr>
                <w:sz w:val="26"/>
                <w:szCs w:val="26"/>
              </w:rPr>
              <w:t>n m</w:t>
            </w:r>
            <w:r w:rsidRPr="002F6785">
              <w:rPr>
                <w:sz w:val="26"/>
                <w:szCs w:val="26"/>
              </w:rPr>
              <w:t>ộ</w:t>
            </w:r>
            <w:r w:rsidRPr="002F6785">
              <w:rPr>
                <w:sz w:val="26"/>
                <w:szCs w:val="26"/>
              </w:rPr>
              <w:t>t ho</w:t>
            </w:r>
            <w:r w:rsidRPr="002F6785">
              <w:rPr>
                <w:sz w:val="26"/>
                <w:szCs w:val="26"/>
              </w:rPr>
              <w:t>ặ</w:t>
            </w:r>
            <w:r w:rsidRPr="002F6785">
              <w:rPr>
                <w:sz w:val="26"/>
                <w:szCs w:val="26"/>
              </w:rPr>
              <w:t>c m</w:t>
            </w:r>
            <w:r w:rsidRPr="002F6785">
              <w:rPr>
                <w:sz w:val="26"/>
                <w:szCs w:val="26"/>
              </w:rPr>
              <w:t>ộ</w:t>
            </w:r>
            <w:r w:rsidRPr="002F6785">
              <w:rPr>
                <w:sz w:val="26"/>
                <w:szCs w:val="26"/>
              </w:rPr>
              <w:t>t s</w:t>
            </w:r>
            <w:r w:rsidRPr="002F6785">
              <w:rPr>
                <w:sz w:val="26"/>
                <w:szCs w:val="26"/>
              </w:rPr>
              <w:t>ố</w:t>
            </w:r>
            <w:r w:rsidRPr="002F6785">
              <w:rPr>
                <w:sz w:val="26"/>
                <w:szCs w:val="26"/>
              </w:rPr>
              <w:t xml:space="preserve"> n</w:t>
            </w:r>
            <w:r w:rsidRPr="002F6785">
              <w:rPr>
                <w:sz w:val="26"/>
                <w:szCs w:val="26"/>
              </w:rPr>
              <w:t>ộ</w:t>
            </w:r>
            <w:r w:rsidRPr="002F6785">
              <w:rPr>
                <w:sz w:val="26"/>
                <w:szCs w:val="26"/>
              </w:rPr>
              <w:t>i dung c</w:t>
            </w:r>
            <w:r w:rsidRPr="002F6785">
              <w:rPr>
                <w:sz w:val="26"/>
                <w:szCs w:val="26"/>
              </w:rPr>
              <w:t>ầ</w:t>
            </w:r>
            <w:r w:rsidRPr="002F6785">
              <w:rPr>
                <w:sz w:val="26"/>
                <w:szCs w:val="26"/>
              </w:rPr>
              <w:t>n xác minh, thay vì đánh giá l</w:t>
            </w:r>
            <w:r w:rsidRPr="002F6785">
              <w:rPr>
                <w:sz w:val="26"/>
                <w:szCs w:val="26"/>
              </w:rPr>
              <w:t>ạ</w:t>
            </w:r>
            <w:r w:rsidRPr="002F6785">
              <w:rPr>
                <w:sz w:val="26"/>
                <w:szCs w:val="26"/>
              </w:rPr>
              <w:t>i toàn b</w:t>
            </w:r>
            <w:r w:rsidRPr="002F6785">
              <w:rPr>
                <w:sz w:val="26"/>
                <w:szCs w:val="26"/>
              </w:rPr>
              <w:t>ộ</w:t>
            </w:r>
            <w:r w:rsidRPr="002F6785">
              <w:rPr>
                <w:sz w:val="26"/>
                <w:szCs w:val="26"/>
              </w:rPr>
              <w:t xml:space="preserve"> h</w:t>
            </w:r>
            <w:r w:rsidRPr="002F6785">
              <w:rPr>
                <w:sz w:val="26"/>
                <w:szCs w:val="26"/>
              </w:rPr>
              <w:t>ệ</w:t>
            </w:r>
            <w:r w:rsidRPr="002F6785">
              <w:rPr>
                <w:sz w:val="26"/>
                <w:szCs w:val="26"/>
              </w:rPr>
              <w:t xml:space="preserve"> th</w:t>
            </w:r>
            <w:r w:rsidRPr="002F6785">
              <w:rPr>
                <w:sz w:val="26"/>
                <w:szCs w:val="26"/>
              </w:rPr>
              <w:t>ố</w:t>
            </w:r>
            <w:r w:rsidRPr="002F6785">
              <w:rPr>
                <w:sz w:val="26"/>
                <w:szCs w:val="26"/>
              </w:rPr>
              <w:t>ng c</w:t>
            </w:r>
            <w:r w:rsidRPr="002F6785">
              <w:rPr>
                <w:sz w:val="26"/>
                <w:szCs w:val="26"/>
              </w:rPr>
              <w:t>ủ</w:t>
            </w:r>
            <w:r w:rsidRPr="002F6785">
              <w:rPr>
                <w:sz w:val="26"/>
                <w:szCs w:val="26"/>
              </w:rPr>
              <w:t>a cơ s</w:t>
            </w:r>
            <w:r w:rsidRPr="002F6785">
              <w:rPr>
                <w:sz w:val="26"/>
                <w:szCs w:val="26"/>
              </w:rPr>
              <w:t>ở</w:t>
            </w:r>
            <w:r w:rsidRPr="002F6785">
              <w:rPr>
                <w:sz w:val="26"/>
                <w:szCs w:val="26"/>
              </w:rPr>
              <w:t xml:space="preserve"> s</w:t>
            </w:r>
            <w:r w:rsidRPr="002F6785">
              <w:rPr>
                <w:sz w:val="26"/>
                <w:szCs w:val="26"/>
              </w:rPr>
              <w:t>ả</w:t>
            </w:r>
            <w:r w:rsidRPr="002F6785">
              <w:rPr>
                <w:sz w:val="26"/>
                <w:szCs w:val="26"/>
              </w:rPr>
              <w:t>n xu</w:t>
            </w:r>
            <w:r w:rsidRPr="002F6785">
              <w:rPr>
                <w:sz w:val="26"/>
                <w:szCs w:val="26"/>
              </w:rPr>
              <w:t>ấ</w:t>
            </w:r>
            <w:r w:rsidRPr="002F6785">
              <w:rPr>
                <w:sz w:val="26"/>
                <w:szCs w:val="26"/>
              </w:rPr>
              <w:t>t, b</w:t>
            </w:r>
            <w:r w:rsidRPr="002F6785">
              <w:rPr>
                <w:sz w:val="26"/>
                <w:szCs w:val="26"/>
              </w:rPr>
              <w:t>ả</w:t>
            </w:r>
            <w:r w:rsidRPr="002F6785">
              <w:rPr>
                <w:sz w:val="26"/>
                <w:szCs w:val="26"/>
              </w:rPr>
              <w:t>o đ</w:t>
            </w:r>
            <w:r w:rsidRPr="002F6785">
              <w:rPr>
                <w:sz w:val="26"/>
                <w:szCs w:val="26"/>
              </w:rPr>
              <w:t>ả</w:t>
            </w:r>
            <w:r w:rsidRPr="002F6785">
              <w:rPr>
                <w:sz w:val="26"/>
                <w:szCs w:val="26"/>
              </w:rPr>
              <w:t>m ho</w:t>
            </w:r>
            <w:r w:rsidRPr="002F6785">
              <w:rPr>
                <w:sz w:val="26"/>
                <w:szCs w:val="26"/>
              </w:rPr>
              <w:t>ạ</w:t>
            </w:r>
            <w:r w:rsidRPr="002F6785">
              <w:rPr>
                <w:sz w:val="26"/>
                <w:szCs w:val="26"/>
              </w:rPr>
              <w:t>t đ</w:t>
            </w:r>
            <w:r w:rsidRPr="002F6785">
              <w:rPr>
                <w:sz w:val="26"/>
                <w:szCs w:val="26"/>
              </w:rPr>
              <w:t>ộ</w:t>
            </w:r>
            <w:r w:rsidRPr="002F6785">
              <w:rPr>
                <w:sz w:val="26"/>
                <w:szCs w:val="26"/>
              </w:rPr>
              <w:t>ng h</w:t>
            </w:r>
            <w:r w:rsidRPr="002F6785">
              <w:rPr>
                <w:sz w:val="26"/>
                <w:szCs w:val="26"/>
              </w:rPr>
              <w:t>ậ</w:t>
            </w:r>
            <w:r w:rsidRPr="002F6785">
              <w:rPr>
                <w:sz w:val="26"/>
                <w:szCs w:val="26"/>
              </w:rPr>
              <w:t>u ki</w:t>
            </w:r>
            <w:r w:rsidRPr="002F6785">
              <w:rPr>
                <w:sz w:val="26"/>
                <w:szCs w:val="26"/>
              </w:rPr>
              <w:t>ể</w:t>
            </w:r>
            <w:r w:rsidRPr="002F6785">
              <w:rPr>
                <w:sz w:val="26"/>
                <w:szCs w:val="26"/>
              </w:rPr>
              <w:t>m có tr</w:t>
            </w:r>
            <w:r w:rsidRPr="002F6785">
              <w:rPr>
                <w:sz w:val="26"/>
                <w:szCs w:val="26"/>
              </w:rPr>
              <w:t>ọ</w:t>
            </w:r>
            <w:r w:rsidRPr="002F6785">
              <w:rPr>
                <w:sz w:val="26"/>
                <w:szCs w:val="26"/>
              </w:rPr>
              <w:t>ng tâm, tương x</w:t>
            </w:r>
            <w:r w:rsidRPr="002F6785">
              <w:rPr>
                <w:sz w:val="26"/>
                <w:szCs w:val="26"/>
              </w:rPr>
              <w:t>ứ</w:t>
            </w:r>
            <w:r w:rsidRPr="002F6785">
              <w:rPr>
                <w:sz w:val="26"/>
                <w:szCs w:val="26"/>
              </w:rPr>
              <w:t>ng v</w:t>
            </w:r>
            <w:r w:rsidRPr="002F6785">
              <w:rPr>
                <w:sz w:val="26"/>
                <w:szCs w:val="26"/>
              </w:rPr>
              <w:t>ớ</w:t>
            </w:r>
            <w:r w:rsidRPr="002F6785">
              <w:rPr>
                <w:sz w:val="26"/>
                <w:szCs w:val="26"/>
              </w:rPr>
              <w:t>i r</w:t>
            </w:r>
            <w:r w:rsidRPr="002F6785">
              <w:rPr>
                <w:sz w:val="26"/>
                <w:szCs w:val="26"/>
              </w:rPr>
              <w:t>ủ</w:t>
            </w:r>
            <w:r w:rsidRPr="002F6785">
              <w:rPr>
                <w:sz w:val="26"/>
                <w:szCs w:val="26"/>
              </w:rPr>
              <w:t>i ro, h</w:t>
            </w:r>
            <w:r w:rsidRPr="002F6785">
              <w:rPr>
                <w:sz w:val="26"/>
                <w:szCs w:val="26"/>
              </w:rPr>
              <w:t>ạ</w:t>
            </w:r>
            <w:r w:rsidRPr="002F6785">
              <w:rPr>
                <w:sz w:val="26"/>
                <w:szCs w:val="26"/>
              </w:rPr>
              <w:t>n ch</w:t>
            </w:r>
            <w:r w:rsidRPr="002F6785">
              <w:rPr>
                <w:sz w:val="26"/>
                <w:szCs w:val="26"/>
              </w:rPr>
              <w:t>ế</w:t>
            </w:r>
            <w:r w:rsidRPr="002F6785">
              <w:rPr>
                <w:sz w:val="26"/>
                <w:szCs w:val="26"/>
              </w:rPr>
              <w:t xml:space="preserve"> can thi</w:t>
            </w:r>
            <w:r w:rsidRPr="002F6785">
              <w:rPr>
                <w:sz w:val="26"/>
                <w:szCs w:val="26"/>
              </w:rPr>
              <w:t>ệ</w:t>
            </w:r>
            <w:r w:rsidRPr="002F6785">
              <w:rPr>
                <w:sz w:val="26"/>
                <w:szCs w:val="26"/>
              </w:rPr>
              <w:t>p vào thông tin không liên quan và t</w:t>
            </w:r>
            <w:r w:rsidRPr="002F6785">
              <w:rPr>
                <w:sz w:val="26"/>
                <w:szCs w:val="26"/>
              </w:rPr>
              <w:t>ạ</w:t>
            </w:r>
            <w:r w:rsidRPr="002F6785">
              <w:rPr>
                <w:sz w:val="26"/>
                <w:szCs w:val="26"/>
              </w:rPr>
              <w:t>o căn c</w:t>
            </w:r>
            <w:r w:rsidRPr="002F6785">
              <w:rPr>
                <w:sz w:val="26"/>
                <w:szCs w:val="26"/>
              </w:rPr>
              <w:t>ứ</w:t>
            </w:r>
            <w:r w:rsidRPr="002F6785">
              <w:rPr>
                <w:sz w:val="26"/>
                <w:szCs w:val="26"/>
              </w:rPr>
              <w:t xml:space="preserve"> th</w:t>
            </w:r>
            <w:r w:rsidRPr="002F6785">
              <w:rPr>
                <w:sz w:val="26"/>
                <w:szCs w:val="26"/>
              </w:rPr>
              <w:t>ố</w:t>
            </w:r>
            <w:r w:rsidRPr="002F6785">
              <w:rPr>
                <w:sz w:val="26"/>
                <w:szCs w:val="26"/>
              </w:rPr>
              <w:t>ng nh</w:t>
            </w:r>
            <w:r w:rsidRPr="002F6785">
              <w:rPr>
                <w:sz w:val="26"/>
                <w:szCs w:val="26"/>
              </w:rPr>
              <w:t>ấ</w:t>
            </w:r>
            <w:r w:rsidRPr="002F6785">
              <w:rPr>
                <w:sz w:val="26"/>
                <w:szCs w:val="26"/>
              </w:rPr>
              <w:t>t cho vi</w:t>
            </w:r>
            <w:r w:rsidRPr="002F6785">
              <w:rPr>
                <w:sz w:val="26"/>
                <w:szCs w:val="26"/>
              </w:rPr>
              <w:t>ệ</w:t>
            </w:r>
            <w:r w:rsidRPr="002F6785">
              <w:rPr>
                <w:sz w:val="26"/>
                <w:szCs w:val="26"/>
              </w:rPr>
              <w:t>c thu th</w:t>
            </w:r>
            <w:r w:rsidRPr="002F6785">
              <w:rPr>
                <w:sz w:val="26"/>
                <w:szCs w:val="26"/>
              </w:rPr>
              <w:t>ậ</w:t>
            </w:r>
            <w:r w:rsidRPr="002F6785">
              <w:rPr>
                <w:sz w:val="26"/>
                <w:szCs w:val="26"/>
              </w:rPr>
              <w:t>p, đánh giá b</w:t>
            </w:r>
            <w:r w:rsidRPr="002F6785">
              <w:rPr>
                <w:sz w:val="26"/>
                <w:szCs w:val="26"/>
              </w:rPr>
              <w:t>ằ</w:t>
            </w:r>
            <w:r w:rsidRPr="002F6785">
              <w:rPr>
                <w:sz w:val="26"/>
                <w:szCs w:val="26"/>
              </w:rPr>
              <w:t>ng ch</w:t>
            </w:r>
            <w:r w:rsidRPr="002F6785">
              <w:rPr>
                <w:sz w:val="26"/>
                <w:szCs w:val="26"/>
              </w:rPr>
              <w:t>ứ</w:t>
            </w:r>
            <w:r w:rsidRPr="002F6785">
              <w:rPr>
                <w:sz w:val="26"/>
                <w:szCs w:val="26"/>
              </w:rPr>
              <w:t>ng.</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lastRenderedPageBreak/>
              <w:t>Điề</w:t>
            </w:r>
            <w:r w:rsidRPr="002F6785">
              <w:rPr>
                <w:b/>
                <w:sz w:val="26"/>
                <w:szCs w:val="26"/>
              </w:rPr>
              <w:t xml:space="preserve">u 17. </w:t>
            </w:r>
            <w:r w:rsidR="00883DE6" w:rsidRPr="002F6785">
              <w:rPr>
                <w:b/>
                <w:sz w:val="26"/>
                <w:szCs w:val="26"/>
              </w:rPr>
              <w:t>Phương pháp kiểm tra và lấy mẫu đối chứng</w:t>
            </w:r>
          </w:p>
        </w:tc>
        <w:tc>
          <w:tcPr>
            <w:tcW w:w="6636" w:type="dxa"/>
          </w:tcPr>
          <w:p w:rsidR="00F65DE5" w:rsidRPr="002F6785" w:rsidRDefault="00F65DE5" w:rsidP="002F6785">
            <w:pPr>
              <w:widowControl w:val="0"/>
              <w:spacing w:before="60" w:after="60"/>
              <w:ind w:firstLine="6"/>
              <w:jc w:val="both"/>
              <w:rPr>
                <w:rFonts w:cs="Times New Roman"/>
                <w:sz w:val="26"/>
                <w:szCs w:val="26"/>
              </w:rPr>
            </w:pPr>
            <w:r w:rsidRPr="002F6785">
              <w:rPr>
                <w:rFonts w:cs="Times New Roman"/>
                <w:sz w:val="26"/>
                <w:szCs w:val="26"/>
              </w:rPr>
              <w:t>1. Kiểm tra chất lượng thép tại nguồn được thực hiện bằng xem xét hồ sơ, phỏng vấn, quan sát trực tiếp, đối chiếu dữ liệu, kiểm tra liên kết truy xuất và lấy mẫu đối chứng khi cần thiết. Bằng chứng phải được ghi nhận trong biên bản hoặc lưu dưới dạng dữ liệu điện tử có thể kiểm chứng.</w:t>
            </w:r>
          </w:p>
          <w:p w:rsidR="007325E2" w:rsidRPr="002F6785" w:rsidRDefault="007325E2" w:rsidP="002F6785">
            <w:pPr>
              <w:widowControl w:val="0"/>
              <w:spacing w:before="60" w:after="60"/>
              <w:ind w:firstLine="6"/>
              <w:jc w:val="both"/>
              <w:rPr>
                <w:rFonts w:cs="Times New Roman"/>
                <w:sz w:val="26"/>
                <w:szCs w:val="26"/>
              </w:rPr>
            </w:pPr>
            <w:r w:rsidRPr="002F6785">
              <w:rPr>
                <w:rFonts w:cs="Times New Roman"/>
                <w:sz w:val="26"/>
                <w:szCs w:val="26"/>
              </w:rPr>
              <w:t>2. Mẫu đối chứng được lấy từ sản phẩm thuộc cùng cơ sở sản xuất, mác thép, công nghệ và phạm vi đánh giá sự phù hợp với sản phẩm cần xác minh. Việc lấy, niêm phong, giao nhận, bảo quản và thử nghiệm mẫu thực hiện theo quy định của pháp luật và phương pháp lấy mẫu tương ứng. Kết quả thử nghiệm mẫu đối chứng là bằng chứng phục vụ hậu kiểm, không thay thế kết quả đánh giá sự phù hợp của lô hàng nhập khẩu cụ thể.</w:t>
            </w:r>
          </w:p>
          <w:p w:rsidR="007325E2" w:rsidRPr="002F6785" w:rsidRDefault="007325E2" w:rsidP="002F6785">
            <w:pPr>
              <w:widowControl w:val="0"/>
              <w:spacing w:before="60" w:after="60"/>
              <w:ind w:firstLine="6"/>
              <w:jc w:val="both"/>
              <w:rPr>
                <w:rFonts w:cs="Times New Roman"/>
                <w:sz w:val="26"/>
                <w:szCs w:val="26"/>
              </w:rPr>
            </w:pPr>
            <w:r w:rsidRPr="002F6785">
              <w:rPr>
                <w:rFonts w:cs="Times New Roman"/>
                <w:sz w:val="26"/>
                <w:szCs w:val="26"/>
              </w:rPr>
              <w:t>3. Việc thử nghiệm đối chứng được thực hiện tại tổ chức thử nghiệm đáp ứng điều kiện theo quy định của pháp luật. Phương pháp thử được xác định theo quy chuẩn kỹ thuật quốc gia tương ứng, tiêu chuẩn công bố áp dụng hoặc quy định pháp luật có liên quan.</w:t>
            </w:r>
          </w:p>
          <w:p w:rsidR="005B442E" w:rsidRPr="002F6785" w:rsidRDefault="007325E2" w:rsidP="002F6785">
            <w:pPr>
              <w:widowControl w:val="0"/>
              <w:spacing w:before="60" w:after="60"/>
              <w:ind w:firstLine="6"/>
              <w:jc w:val="both"/>
              <w:rPr>
                <w:sz w:val="26"/>
                <w:szCs w:val="26"/>
              </w:rPr>
            </w:pPr>
            <w:r w:rsidRPr="002F6785">
              <w:rPr>
                <w:rFonts w:cs="Times New Roman"/>
                <w:sz w:val="26"/>
                <w:szCs w:val="26"/>
              </w:rPr>
              <w:t>4. Trường hợp không thể kiểm tra trực tiếp do cơ sở sản xuất không đồng ý, pháp luật của nước sở tại không cho phép, hạn chế đi lại, sự kiện bất khả kháng hoặc lý do khách quan khác, cơ quan kiểm tra lập hồ sơ về việc không thực hiện được và tiếp tục áp dụng biện pháp quản lý trên cơ sở dữ liệu rủi ro, kiểm tra hàng nhập khẩu và hậu kiểm trên thị trường theo quy định; không kết luận sản phẩm không phù hợp chỉ vì không thực hiện được kiểm tra tại nguồn.</w:t>
            </w:r>
            <w:r w:rsidR="00F65DE5" w:rsidRPr="002F6785">
              <w:rPr>
                <w:rFonts w:cs="Times New Roman"/>
                <w:sz w:val="26"/>
                <w:szCs w:val="26"/>
              </w:rPr>
              <w:t>.</w:t>
            </w:r>
          </w:p>
        </w:tc>
        <w:tc>
          <w:tcPr>
            <w:tcW w:w="5760" w:type="dxa"/>
          </w:tcPr>
          <w:p w:rsidR="000F36C2" w:rsidRPr="000F36C2" w:rsidRDefault="00AC53F4" w:rsidP="002F6785">
            <w:pPr>
              <w:spacing w:before="60" w:after="60"/>
              <w:jc w:val="both"/>
              <w:rPr>
                <w:sz w:val="26"/>
                <w:szCs w:val="26"/>
              </w:rPr>
            </w:pPr>
            <w:r w:rsidRPr="002F6785">
              <w:rPr>
                <w:sz w:val="26"/>
                <w:szCs w:val="26"/>
              </w:rPr>
              <w:t>Đi</w:t>
            </w:r>
            <w:r w:rsidRPr="002F6785">
              <w:rPr>
                <w:sz w:val="26"/>
                <w:szCs w:val="26"/>
              </w:rPr>
              <w:t>ề</w:t>
            </w:r>
            <w:r w:rsidRPr="002F6785">
              <w:rPr>
                <w:sz w:val="26"/>
                <w:szCs w:val="26"/>
              </w:rPr>
              <w:t>u này quy đ</w:t>
            </w:r>
            <w:r w:rsidRPr="002F6785">
              <w:rPr>
                <w:sz w:val="26"/>
                <w:szCs w:val="26"/>
              </w:rPr>
              <w:t>ị</w:t>
            </w:r>
            <w:r w:rsidRPr="002F6785">
              <w:rPr>
                <w:sz w:val="26"/>
                <w:szCs w:val="26"/>
              </w:rPr>
              <w:t>nh các phương pháp thu th</w:t>
            </w:r>
            <w:r w:rsidRPr="002F6785">
              <w:rPr>
                <w:sz w:val="26"/>
                <w:szCs w:val="26"/>
              </w:rPr>
              <w:t>ậ</w:t>
            </w:r>
            <w:r w:rsidRPr="002F6785">
              <w:rPr>
                <w:sz w:val="26"/>
                <w:szCs w:val="26"/>
              </w:rPr>
              <w:t>p, ki</w:t>
            </w:r>
            <w:r w:rsidRPr="002F6785">
              <w:rPr>
                <w:sz w:val="26"/>
                <w:szCs w:val="26"/>
              </w:rPr>
              <w:t>ể</w:t>
            </w:r>
            <w:r w:rsidRPr="002F6785">
              <w:rPr>
                <w:sz w:val="26"/>
                <w:szCs w:val="26"/>
              </w:rPr>
              <w:t>m ch</w:t>
            </w:r>
            <w:r w:rsidRPr="002F6785">
              <w:rPr>
                <w:sz w:val="26"/>
                <w:szCs w:val="26"/>
              </w:rPr>
              <w:t>ứ</w:t>
            </w:r>
            <w:r w:rsidRPr="002F6785">
              <w:rPr>
                <w:sz w:val="26"/>
                <w:szCs w:val="26"/>
              </w:rPr>
              <w:t>ng b</w:t>
            </w:r>
            <w:r w:rsidRPr="002F6785">
              <w:rPr>
                <w:sz w:val="26"/>
                <w:szCs w:val="26"/>
              </w:rPr>
              <w:t>ằ</w:t>
            </w:r>
            <w:r w:rsidRPr="002F6785">
              <w:rPr>
                <w:sz w:val="26"/>
                <w:szCs w:val="26"/>
              </w:rPr>
              <w:t>ng ch</w:t>
            </w:r>
            <w:r w:rsidRPr="002F6785">
              <w:rPr>
                <w:sz w:val="26"/>
                <w:szCs w:val="26"/>
              </w:rPr>
              <w:t>ứ</w:t>
            </w:r>
            <w:r w:rsidRPr="002F6785">
              <w:rPr>
                <w:sz w:val="26"/>
                <w:szCs w:val="26"/>
              </w:rPr>
              <w:t>ng trong ki</w:t>
            </w:r>
            <w:r w:rsidRPr="002F6785">
              <w:rPr>
                <w:sz w:val="26"/>
                <w:szCs w:val="26"/>
              </w:rPr>
              <w:t>ể</w:t>
            </w:r>
            <w:r w:rsidRPr="002F6785">
              <w:rPr>
                <w:sz w:val="26"/>
                <w:szCs w:val="26"/>
              </w:rPr>
              <w:t>m tra t</w:t>
            </w:r>
            <w:r w:rsidRPr="002F6785">
              <w:rPr>
                <w:sz w:val="26"/>
                <w:szCs w:val="26"/>
              </w:rPr>
              <w:t>ạ</w:t>
            </w:r>
            <w:r w:rsidRPr="002F6785">
              <w:rPr>
                <w:sz w:val="26"/>
                <w:szCs w:val="26"/>
              </w:rPr>
              <w:t>i ngu</w:t>
            </w:r>
            <w:r w:rsidRPr="002F6785">
              <w:rPr>
                <w:sz w:val="26"/>
                <w:szCs w:val="26"/>
              </w:rPr>
              <w:t>ồ</w:t>
            </w:r>
            <w:r w:rsidRPr="002F6785">
              <w:rPr>
                <w:sz w:val="26"/>
                <w:szCs w:val="26"/>
              </w:rPr>
              <w:t>n và nguyên t</w:t>
            </w:r>
            <w:r w:rsidRPr="002F6785">
              <w:rPr>
                <w:sz w:val="26"/>
                <w:szCs w:val="26"/>
              </w:rPr>
              <w:t>ắ</w:t>
            </w:r>
            <w:r w:rsidRPr="002F6785">
              <w:rPr>
                <w:sz w:val="26"/>
                <w:szCs w:val="26"/>
              </w:rPr>
              <w:t>c l</w:t>
            </w:r>
            <w:r w:rsidRPr="002F6785">
              <w:rPr>
                <w:sz w:val="26"/>
                <w:szCs w:val="26"/>
              </w:rPr>
              <w:t>ấ</w:t>
            </w:r>
            <w:r w:rsidRPr="002F6785">
              <w:rPr>
                <w:sz w:val="26"/>
                <w:szCs w:val="26"/>
              </w:rPr>
              <w:t>y m</w:t>
            </w:r>
            <w:r w:rsidRPr="002F6785">
              <w:rPr>
                <w:sz w:val="26"/>
                <w:szCs w:val="26"/>
              </w:rPr>
              <w:t>ẫ</w:t>
            </w:r>
            <w:r w:rsidRPr="002F6785">
              <w:rPr>
                <w:sz w:val="26"/>
                <w:szCs w:val="26"/>
              </w:rPr>
              <w:t>u đ</w:t>
            </w:r>
            <w:r w:rsidRPr="002F6785">
              <w:rPr>
                <w:sz w:val="26"/>
                <w:szCs w:val="26"/>
              </w:rPr>
              <w:t>ố</w:t>
            </w:r>
            <w:r w:rsidRPr="002F6785">
              <w:rPr>
                <w:sz w:val="26"/>
                <w:szCs w:val="26"/>
              </w:rPr>
              <w:t>i ch</w:t>
            </w:r>
            <w:r w:rsidRPr="002F6785">
              <w:rPr>
                <w:sz w:val="26"/>
                <w:szCs w:val="26"/>
              </w:rPr>
              <w:t>ứ</w:t>
            </w:r>
            <w:r w:rsidRPr="002F6785">
              <w:rPr>
                <w:sz w:val="26"/>
                <w:szCs w:val="26"/>
              </w:rPr>
              <w:t>ng khi c</w:t>
            </w:r>
            <w:r w:rsidRPr="002F6785">
              <w:rPr>
                <w:sz w:val="26"/>
                <w:szCs w:val="26"/>
              </w:rPr>
              <w:t>ầ</w:t>
            </w:r>
            <w:r w:rsidRPr="002F6785">
              <w:rPr>
                <w:sz w:val="26"/>
                <w:szCs w:val="26"/>
              </w:rPr>
              <w:t>n thi</w:t>
            </w:r>
            <w:r w:rsidRPr="002F6785">
              <w:rPr>
                <w:sz w:val="26"/>
                <w:szCs w:val="26"/>
              </w:rPr>
              <w:t>ế</w:t>
            </w:r>
            <w:r w:rsidRPr="002F6785">
              <w:rPr>
                <w:sz w:val="26"/>
                <w:szCs w:val="26"/>
              </w:rPr>
              <w:t>t. B</w:t>
            </w:r>
            <w:r w:rsidRPr="002F6785">
              <w:rPr>
                <w:sz w:val="26"/>
                <w:szCs w:val="26"/>
              </w:rPr>
              <w:t>ằ</w:t>
            </w:r>
            <w:r w:rsidRPr="002F6785">
              <w:rPr>
                <w:sz w:val="26"/>
                <w:szCs w:val="26"/>
              </w:rPr>
              <w:t>ng ch</w:t>
            </w:r>
            <w:r w:rsidRPr="002F6785">
              <w:rPr>
                <w:sz w:val="26"/>
                <w:szCs w:val="26"/>
              </w:rPr>
              <w:t>ứ</w:t>
            </w:r>
            <w:r w:rsidRPr="002F6785">
              <w:rPr>
                <w:sz w:val="26"/>
                <w:szCs w:val="26"/>
              </w:rPr>
              <w:t>ng ph</w:t>
            </w:r>
            <w:r w:rsidRPr="002F6785">
              <w:rPr>
                <w:sz w:val="26"/>
                <w:szCs w:val="26"/>
              </w:rPr>
              <w:t>ả</w:t>
            </w:r>
            <w:r w:rsidRPr="002F6785">
              <w:rPr>
                <w:sz w:val="26"/>
                <w:szCs w:val="26"/>
              </w:rPr>
              <w:t>i đư</w:t>
            </w:r>
            <w:r w:rsidRPr="002F6785">
              <w:rPr>
                <w:sz w:val="26"/>
                <w:szCs w:val="26"/>
              </w:rPr>
              <w:t>ợ</w:t>
            </w:r>
            <w:r w:rsidRPr="002F6785">
              <w:rPr>
                <w:sz w:val="26"/>
                <w:szCs w:val="26"/>
              </w:rPr>
              <w:t>c ghi nh</w:t>
            </w:r>
            <w:r w:rsidRPr="002F6785">
              <w:rPr>
                <w:sz w:val="26"/>
                <w:szCs w:val="26"/>
              </w:rPr>
              <w:t>ậ</w:t>
            </w:r>
            <w:r w:rsidRPr="002F6785">
              <w:rPr>
                <w:sz w:val="26"/>
                <w:szCs w:val="26"/>
              </w:rPr>
              <w:t>n b</w:t>
            </w:r>
            <w:r w:rsidRPr="002F6785">
              <w:rPr>
                <w:sz w:val="26"/>
                <w:szCs w:val="26"/>
              </w:rPr>
              <w:t>ằ</w:t>
            </w:r>
            <w:r w:rsidRPr="002F6785">
              <w:rPr>
                <w:sz w:val="26"/>
                <w:szCs w:val="26"/>
              </w:rPr>
              <w:t>ng biên b</w:t>
            </w:r>
            <w:r w:rsidRPr="002F6785">
              <w:rPr>
                <w:sz w:val="26"/>
                <w:szCs w:val="26"/>
              </w:rPr>
              <w:t>ả</w:t>
            </w:r>
            <w:r w:rsidRPr="002F6785">
              <w:rPr>
                <w:sz w:val="26"/>
                <w:szCs w:val="26"/>
              </w:rPr>
              <w:t>n ho</w:t>
            </w:r>
            <w:r w:rsidRPr="002F6785">
              <w:rPr>
                <w:sz w:val="26"/>
                <w:szCs w:val="26"/>
              </w:rPr>
              <w:t>ặ</w:t>
            </w:r>
            <w:r w:rsidRPr="002F6785">
              <w:rPr>
                <w:sz w:val="26"/>
                <w:szCs w:val="26"/>
              </w:rPr>
              <w:t>c d</w:t>
            </w:r>
            <w:r w:rsidRPr="002F6785">
              <w:rPr>
                <w:sz w:val="26"/>
                <w:szCs w:val="26"/>
              </w:rPr>
              <w:t>ữ</w:t>
            </w:r>
            <w:r w:rsidRPr="002F6785">
              <w:rPr>
                <w:sz w:val="26"/>
                <w:szCs w:val="26"/>
              </w:rPr>
              <w:t xml:space="preserve"> li</w:t>
            </w:r>
            <w:r w:rsidRPr="002F6785">
              <w:rPr>
                <w:sz w:val="26"/>
                <w:szCs w:val="26"/>
              </w:rPr>
              <w:t>ệ</w:t>
            </w:r>
            <w:r w:rsidRPr="002F6785">
              <w:rPr>
                <w:sz w:val="26"/>
                <w:szCs w:val="26"/>
              </w:rPr>
              <w:t>u đi</w:t>
            </w:r>
            <w:r w:rsidRPr="002F6785">
              <w:rPr>
                <w:sz w:val="26"/>
                <w:szCs w:val="26"/>
              </w:rPr>
              <w:t>ệ</w:t>
            </w:r>
            <w:r w:rsidRPr="002F6785">
              <w:rPr>
                <w:sz w:val="26"/>
                <w:szCs w:val="26"/>
              </w:rPr>
              <w:t>n t</w:t>
            </w:r>
            <w:r w:rsidRPr="002F6785">
              <w:rPr>
                <w:sz w:val="26"/>
                <w:szCs w:val="26"/>
              </w:rPr>
              <w:t>ử</w:t>
            </w:r>
            <w:r w:rsidRPr="002F6785">
              <w:rPr>
                <w:sz w:val="26"/>
                <w:szCs w:val="26"/>
              </w:rPr>
              <w:t xml:space="preserve"> có th</w:t>
            </w:r>
            <w:r w:rsidRPr="002F6785">
              <w:rPr>
                <w:sz w:val="26"/>
                <w:szCs w:val="26"/>
              </w:rPr>
              <w:t>ể</w:t>
            </w:r>
            <w:r w:rsidRPr="002F6785">
              <w:rPr>
                <w:sz w:val="26"/>
                <w:szCs w:val="26"/>
              </w:rPr>
              <w:t xml:space="preserve"> k</w:t>
            </w:r>
            <w:r w:rsidRPr="002F6785">
              <w:rPr>
                <w:sz w:val="26"/>
                <w:szCs w:val="26"/>
              </w:rPr>
              <w:t>i</w:t>
            </w:r>
            <w:r w:rsidRPr="002F6785">
              <w:rPr>
                <w:sz w:val="26"/>
                <w:szCs w:val="26"/>
              </w:rPr>
              <w:t>ể</w:t>
            </w:r>
            <w:r w:rsidRPr="002F6785">
              <w:rPr>
                <w:sz w:val="26"/>
                <w:szCs w:val="26"/>
              </w:rPr>
              <w:t>m ch</w:t>
            </w:r>
            <w:r w:rsidRPr="002F6785">
              <w:rPr>
                <w:sz w:val="26"/>
                <w:szCs w:val="26"/>
              </w:rPr>
              <w:t>ứ</w:t>
            </w:r>
            <w:r w:rsidRPr="002F6785">
              <w:rPr>
                <w:sz w:val="26"/>
                <w:szCs w:val="26"/>
              </w:rPr>
              <w:t>ng; m</w:t>
            </w:r>
            <w:r w:rsidRPr="002F6785">
              <w:rPr>
                <w:sz w:val="26"/>
                <w:szCs w:val="26"/>
              </w:rPr>
              <w:t>ẫ</w:t>
            </w:r>
            <w:r w:rsidRPr="002F6785">
              <w:rPr>
                <w:sz w:val="26"/>
                <w:szCs w:val="26"/>
              </w:rPr>
              <w:t>u đ</w:t>
            </w:r>
            <w:r w:rsidRPr="002F6785">
              <w:rPr>
                <w:sz w:val="26"/>
                <w:szCs w:val="26"/>
              </w:rPr>
              <w:t>ố</w:t>
            </w:r>
            <w:r w:rsidRPr="002F6785">
              <w:rPr>
                <w:sz w:val="26"/>
                <w:szCs w:val="26"/>
              </w:rPr>
              <w:t>i ch</w:t>
            </w:r>
            <w:r w:rsidRPr="002F6785">
              <w:rPr>
                <w:sz w:val="26"/>
                <w:szCs w:val="26"/>
              </w:rPr>
              <w:t>ứ</w:t>
            </w:r>
            <w:r w:rsidRPr="002F6785">
              <w:rPr>
                <w:sz w:val="26"/>
                <w:szCs w:val="26"/>
              </w:rPr>
              <w:t>ng ph</w:t>
            </w:r>
            <w:r w:rsidRPr="002F6785">
              <w:rPr>
                <w:sz w:val="26"/>
                <w:szCs w:val="26"/>
              </w:rPr>
              <w:t>ả</w:t>
            </w:r>
            <w:r w:rsidRPr="002F6785">
              <w:rPr>
                <w:sz w:val="26"/>
                <w:szCs w:val="26"/>
              </w:rPr>
              <w:t>i có m</w:t>
            </w:r>
            <w:r w:rsidRPr="002F6785">
              <w:rPr>
                <w:sz w:val="26"/>
                <w:szCs w:val="26"/>
              </w:rPr>
              <w:t>ố</w:t>
            </w:r>
            <w:r w:rsidRPr="002F6785">
              <w:rPr>
                <w:sz w:val="26"/>
                <w:szCs w:val="26"/>
              </w:rPr>
              <w:t>i liên h</w:t>
            </w:r>
            <w:r w:rsidRPr="002F6785">
              <w:rPr>
                <w:sz w:val="26"/>
                <w:szCs w:val="26"/>
              </w:rPr>
              <w:t>ệ</w:t>
            </w:r>
            <w:r w:rsidRPr="002F6785">
              <w:rPr>
                <w:sz w:val="26"/>
                <w:szCs w:val="26"/>
              </w:rPr>
              <w:t xml:space="preserve"> phù h</w:t>
            </w:r>
            <w:r w:rsidRPr="002F6785">
              <w:rPr>
                <w:sz w:val="26"/>
                <w:szCs w:val="26"/>
              </w:rPr>
              <w:t>ợ</w:t>
            </w:r>
            <w:r w:rsidRPr="002F6785">
              <w:rPr>
                <w:sz w:val="26"/>
                <w:szCs w:val="26"/>
              </w:rPr>
              <w:t>p v</w:t>
            </w:r>
            <w:r w:rsidRPr="002F6785">
              <w:rPr>
                <w:sz w:val="26"/>
                <w:szCs w:val="26"/>
              </w:rPr>
              <w:t>ớ</w:t>
            </w:r>
            <w:r w:rsidRPr="002F6785">
              <w:rPr>
                <w:sz w:val="26"/>
                <w:szCs w:val="26"/>
              </w:rPr>
              <w:t>i s</w:t>
            </w:r>
            <w:r w:rsidRPr="002F6785">
              <w:rPr>
                <w:sz w:val="26"/>
                <w:szCs w:val="26"/>
              </w:rPr>
              <w:t>ả</w:t>
            </w:r>
            <w:r w:rsidRPr="002F6785">
              <w:rPr>
                <w:sz w:val="26"/>
                <w:szCs w:val="26"/>
              </w:rPr>
              <w:t>n ph</w:t>
            </w:r>
            <w:r w:rsidRPr="002F6785">
              <w:rPr>
                <w:sz w:val="26"/>
                <w:szCs w:val="26"/>
              </w:rPr>
              <w:t>ẩ</w:t>
            </w:r>
            <w:r w:rsidRPr="002F6785">
              <w:rPr>
                <w:sz w:val="26"/>
                <w:szCs w:val="26"/>
              </w:rPr>
              <w:t>m c</w:t>
            </w:r>
            <w:r w:rsidRPr="002F6785">
              <w:rPr>
                <w:sz w:val="26"/>
                <w:szCs w:val="26"/>
              </w:rPr>
              <w:t>ầ</w:t>
            </w:r>
            <w:r w:rsidRPr="002F6785">
              <w:rPr>
                <w:sz w:val="26"/>
                <w:szCs w:val="26"/>
              </w:rPr>
              <w:t>n xác minh và đư</w:t>
            </w:r>
            <w:r w:rsidRPr="002F6785">
              <w:rPr>
                <w:sz w:val="26"/>
                <w:szCs w:val="26"/>
              </w:rPr>
              <w:t>ợ</w:t>
            </w:r>
            <w:r w:rsidRPr="002F6785">
              <w:rPr>
                <w:sz w:val="26"/>
                <w:szCs w:val="26"/>
              </w:rPr>
              <w:t>c l</w:t>
            </w:r>
            <w:r w:rsidRPr="002F6785">
              <w:rPr>
                <w:sz w:val="26"/>
                <w:szCs w:val="26"/>
              </w:rPr>
              <w:t>ấ</w:t>
            </w:r>
            <w:r w:rsidRPr="002F6785">
              <w:rPr>
                <w:sz w:val="26"/>
                <w:szCs w:val="26"/>
              </w:rPr>
              <w:t>y, niêm phong, b</w:t>
            </w:r>
            <w:r w:rsidRPr="002F6785">
              <w:rPr>
                <w:sz w:val="26"/>
                <w:szCs w:val="26"/>
              </w:rPr>
              <w:t>ả</w:t>
            </w:r>
            <w:r w:rsidRPr="002F6785">
              <w:rPr>
                <w:sz w:val="26"/>
                <w:szCs w:val="26"/>
              </w:rPr>
              <w:t>o qu</w:t>
            </w:r>
            <w:r w:rsidRPr="002F6785">
              <w:rPr>
                <w:sz w:val="26"/>
                <w:szCs w:val="26"/>
              </w:rPr>
              <w:t>ả</w:t>
            </w:r>
            <w:r w:rsidRPr="002F6785">
              <w:rPr>
                <w:sz w:val="26"/>
                <w:szCs w:val="26"/>
              </w:rPr>
              <w:t>n, th</w:t>
            </w:r>
            <w:r w:rsidRPr="002F6785">
              <w:rPr>
                <w:sz w:val="26"/>
                <w:szCs w:val="26"/>
              </w:rPr>
              <w:t>ử</w:t>
            </w:r>
            <w:r w:rsidRPr="002F6785">
              <w:rPr>
                <w:sz w:val="26"/>
                <w:szCs w:val="26"/>
              </w:rPr>
              <w:t xml:space="preserve"> nghi</w:t>
            </w:r>
            <w:r w:rsidRPr="002F6785">
              <w:rPr>
                <w:sz w:val="26"/>
                <w:szCs w:val="26"/>
              </w:rPr>
              <w:t>ệ</w:t>
            </w:r>
            <w:r w:rsidRPr="002F6785">
              <w:rPr>
                <w:sz w:val="26"/>
                <w:szCs w:val="26"/>
              </w:rPr>
              <w:t>m theo quy đ</w:t>
            </w:r>
            <w:r w:rsidRPr="002F6785">
              <w:rPr>
                <w:sz w:val="26"/>
                <w:szCs w:val="26"/>
              </w:rPr>
              <w:t>ị</w:t>
            </w:r>
            <w:r w:rsidRPr="002F6785">
              <w:rPr>
                <w:sz w:val="26"/>
                <w:szCs w:val="26"/>
              </w:rPr>
              <w:t xml:space="preserve">nh, phương pháp tương </w:t>
            </w:r>
            <w:r w:rsidRPr="002F6785">
              <w:rPr>
                <w:sz w:val="26"/>
                <w:szCs w:val="26"/>
              </w:rPr>
              <w:t>ứ</w:t>
            </w:r>
            <w:r w:rsidRPr="002F6785">
              <w:rPr>
                <w:sz w:val="26"/>
                <w:szCs w:val="26"/>
              </w:rPr>
              <w:t>ng.</w:t>
            </w:r>
          </w:p>
          <w:p w:rsidR="008D4B75" w:rsidRPr="002F6785" w:rsidRDefault="00AC53F4" w:rsidP="002F6785">
            <w:pPr>
              <w:spacing w:before="60" w:after="60"/>
              <w:jc w:val="both"/>
              <w:rPr>
                <w:sz w:val="26"/>
                <w:szCs w:val="26"/>
              </w:rPr>
            </w:pPr>
            <w:r w:rsidRPr="002F6785">
              <w:rPr>
                <w:sz w:val="26"/>
                <w:szCs w:val="26"/>
              </w:rPr>
              <w:t>K</w:t>
            </w:r>
            <w:r w:rsidRPr="002F6785">
              <w:rPr>
                <w:sz w:val="26"/>
                <w:szCs w:val="26"/>
              </w:rPr>
              <w:t>ế</w:t>
            </w:r>
            <w:r w:rsidRPr="002F6785">
              <w:rPr>
                <w:sz w:val="26"/>
                <w:szCs w:val="26"/>
              </w:rPr>
              <w:t>t qu</w:t>
            </w:r>
            <w:r w:rsidRPr="002F6785">
              <w:rPr>
                <w:sz w:val="26"/>
                <w:szCs w:val="26"/>
              </w:rPr>
              <w:t>ả</w:t>
            </w:r>
            <w:r w:rsidRPr="002F6785">
              <w:rPr>
                <w:sz w:val="26"/>
                <w:szCs w:val="26"/>
              </w:rPr>
              <w:t xml:space="preserve"> th</w:t>
            </w:r>
            <w:r w:rsidRPr="002F6785">
              <w:rPr>
                <w:sz w:val="26"/>
                <w:szCs w:val="26"/>
              </w:rPr>
              <w:t>ử</w:t>
            </w:r>
            <w:r w:rsidRPr="002F6785">
              <w:rPr>
                <w:sz w:val="26"/>
                <w:szCs w:val="26"/>
              </w:rPr>
              <w:t xml:space="preserve"> nghi</w:t>
            </w:r>
            <w:r w:rsidRPr="002F6785">
              <w:rPr>
                <w:sz w:val="26"/>
                <w:szCs w:val="26"/>
              </w:rPr>
              <w:t>ệ</w:t>
            </w:r>
            <w:r w:rsidRPr="002F6785">
              <w:rPr>
                <w:sz w:val="26"/>
                <w:szCs w:val="26"/>
              </w:rPr>
              <w:t>m m</w:t>
            </w:r>
            <w:r w:rsidRPr="002F6785">
              <w:rPr>
                <w:sz w:val="26"/>
                <w:szCs w:val="26"/>
              </w:rPr>
              <w:t>ẫ</w:t>
            </w:r>
            <w:r w:rsidRPr="002F6785">
              <w:rPr>
                <w:sz w:val="26"/>
                <w:szCs w:val="26"/>
              </w:rPr>
              <w:t>u đ</w:t>
            </w:r>
            <w:r w:rsidRPr="002F6785">
              <w:rPr>
                <w:sz w:val="26"/>
                <w:szCs w:val="26"/>
              </w:rPr>
              <w:t>ố</w:t>
            </w:r>
            <w:r w:rsidRPr="002F6785">
              <w:rPr>
                <w:sz w:val="26"/>
                <w:szCs w:val="26"/>
              </w:rPr>
              <w:t>i ch</w:t>
            </w:r>
            <w:r w:rsidRPr="002F6785">
              <w:rPr>
                <w:sz w:val="26"/>
                <w:szCs w:val="26"/>
              </w:rPr>
              <w:t>ứ</w:t>
            </w:r>
            <w:r w:rsidRPr="002F6785">
              <w:rPr>
                <w:sz w:val="26"/>
                <w:szCs w:val="26"/>
              </w:rPr>
              <w:t>ng ch</w:t>
            </w:r>
            <w:r w:rsidRPr="002F6785">
              <w:rPr>
                <w:sz w:val="26"/>
                <w:szCs w:val="26"/>
              </w:rPr>
              <w:t>ỉ</w:t>
            </w:r>
            <w:r w:rsidRPr="002F6785">
              <w:rPr>
                <w:sz w:val="26"/>
                <w:szCs w:val="26"/>
              </w:rPr>
              <w:t xml:space="preserve"> là b</w:t>
            </w:r>
            <w:r w:rsidRPr="002F6785">
              <w:rPr>
                <w:sz w:val="26"/>
                <w:szCs w:val="26"/>
              </w:rPr>
              <w:t>ằ</w:t>
            </w:r>
            <w:r w:rsidRPr="002F6785">
              <w:rPr>
                <w:sz w:val="26"/>
                <w:szCs w:val="26"/>
              </w:rPr>
              <w:t>ng ch</w:t>
            </w:r>
            <w:r w:rsidRPr="002F6785">
              <w:rPr>
                <w:sz w:val="26"/>
                <w:szCs w:val="26"/>
              </w:rPr>
              <w:t>ứ</w:t>
            </w:r>
            <w:r w:rsidRPr="002F6785">
              <w:rPr>
                <w:sz w:val="26"/>
                <w:szCs w:val="26"/>
              </w:rPr>
              <w:t>ng ph</w:t>
            </w:r>
            <w:r w:rsidRPr="002F6785">
              <w:rPr>
                <w:sz w:val="26"/>
                <w:szCs w:val="26"/>
              </w:rPr>
              <w:t>ụ</w:t>
            </w:r>
            <w:r w:rsidRPr="002F6785">
              <w:rPr>
                <w:sz w:val="26"/>
                <w:szCs w:val="26"/>
              </w:rPr>
              <w:t>c v</w:t>
            </w:r>
            <w:r w:rsidRPr="002F6785">
              <w:rPr>
                <w:sz w:val="26"/>
                <w:szCs w:val="26"/>
              </w:rPr>
              <w:t>ụ</w:t>
            </w:r>
            <w:r w:rsidRPr="002F6785">
              <w:rPr>
                <w:sz w:val="26"/>
                <w:szCs w:val="26"/>
              </w:rPr>
              <w:t xml:space="preserve"> h</w:t>
            </w:r>
            <w:r w:rsidRPr="002F6785">
              <w:rPr>
                <w:sz w:val="26"/>
                <w:szCs w:val="26"/>
              </w:rPr>
              <w:t>ậ</w:t>
            </w:r>
            <w:r w:rsidRPr="002F6785">
              <w:rPr>
                <w:sz w:val="26"/>
                <w:szCs w:val="26"/>
              </w:rPr>
              <w:t>u ki</w:t>
            </w:r>
            <w:r w:rsidRPr="002F6785">
              <w:rPr>
                <w:sz w:val="26"/>
                <w:szCs w:val="26"/>
              </w:rPr>
              <w:t>ể</w:t>
            </w:r>
            <w:r w:rsidRPr="002F6785">
              <w:rPr>
                <w:sz w:val="26"/>
                <w:szCs w:val="26"/>
              </w:rPr>
              <w:t>m, không thay th</w:t>
            </w:r>
            <w:r w:rsidRPr="002F6785">
              <w:rPr>
                <w:sz w:val="26"/>
                <w:szCs w:val="26"/>
              </w:rPr>
              <w:t>ế</w:t>
            </w:r>
            <w:r w:rsidRPr="002F6785">
              <w:rPr>
                <w:sz w:val="26"/>
                <w:szCs w:val="26"/>
              </w:rPr>
              <w:t xml:space="preserve"> k</w:t>
            </w:r>
            <w:r w:rsidRPr="002F6785">
              <w:rPr>
                <w:sz w:val="26"/>
                <w:szCs w:val="26"/>
              </w:rPr>
              <w:t>ế</w:t>
            </w:r>
            <w:r w:rsidRPr="002F6785">
              <w:rPr>
                <w:sz w:val="26"/>
                <w:szCs w:val="26"/>
              </w:rPr>
              <w:t>t qu</w:t>
            </w:r>
            <w:r w:rsidRPr="002F6785">
              <w:rPr>
                <w:sz w:val="26"/>
                <w:szCs w:val="26"/>
              </w:rPr>
              <w:t>ả</w:t>
            </w:r>
            <w:r w:rsidRPr="002F6785">
              <w:rPr>
                <w:sz w:val="26"/>
                <w:szCs w:val="26"/>
              </w:rPr>
              <w:t xml:space="preserve"> đ</w:t>
            </w:r>
            <w:r w:rsidRPr="002F6785">
              <w:rPr>
                <w:sz w:val="26"/>
                <w:szCs w:val="26"/>
              </w:rPr>
              <w:t>ánh giá s</w:t>
            </w:r>
            <w:r w:rsidRPr="002F6785">
              <w:rPr>
                <w:sz w:val="26"/>
                <w:szCs w:val="26"/>
              </w:rPr>
              <w:t>ự</w:t>
            </w:r>
            <w:r w:rsidRPr="002F6785">
              <w:rPr>
                <w:sz w:val="26"/>
                <w:szCs w:val="26"/>
              </w:rPr>
              <w:t xml:space="preserve"> phù h</w:t>
            </w:r>
            <w:r w:rsidRPr="002F6785">
              <w:rPr>
                <w:sz w:val="26"/>
                <w:szCs w:val="26"/>
              </w:rPr>
              <w:t>ợ</w:t>
            </w:r>
            <w:r w:rsidRPr="002F6785">
              <w:rPr>
                <w:sz w:val="26"/>
                <w:szCs w:val="26"/>
              </w:rPr>
              <w:t>p c</w:t>
            </w:r>
            <w:r w:rsidRPr="002F6785">
              <w:rPr>
                <w:sz w:val="26"/>
                <w:szCs w:val="26"/>
              </w:rPr>
              <w:t>ủ</w:t>
            </w:r>
            <w:r w:rsidRPr="002F6785">
              <w:rPr>
                <w:sz w:val="26"/>
                <w:szCs w:val="26"/>
              </w:rPr>
              <w:t>a m</w:t>
            </w:r>
            <w:r w:rsidRPr="002F6785">
              <w:rPr>
                <w:sz w:val="26"/>
                <w:szCs w:val="26"/>
              </w:rPr>
              <w:t>ộ</w:t>
            </w:r>
            <w:r w:rsidRPr="002F6785">
              <w:rPr>
                <w:sz w:val="26"/>
                <w:szCs w:val="26"/>
              </w:rPr>
              <w:t>t lô hàng nh</w:t>
            </w:r>
            <w:r w:rsidRPr="002F6785">
              <w:rPr>
                <w:sz w:val="26"/>
                <w:szCs w:val="26"/>
              </w:rPr>
              <w:t>ậ</w:t>
            </w:r>
            <w:r w:rsidRPr="002F6785">
              <w:rPr>
                <w:sz w:val="26"/>
                <w:szCs w:val="26"/>
              </w:rPr>
              <w:t>p kh</w:t>
            </w:r>
            <w:r w:rsidRPr="002F6785">
              <w:rPr>
                <w:sz w:val="26"/>
                <w:szCs w:val="26"/>
              </w:rPr>
              <w:t>ẩ</w:t>
            </w:r>
            <w:r w:rsidRPr="002F6785">
              <w:rPr>
                <w:sz w:val="26"/>
                <w:szCs w:val="26"/>
              </w:rPr>
              <w:t>u c</w:t>
            </w:r>
            <w:r w:rsidRPr="002F6785">
              <w:rPr>
                <w:sz w:val="26"/>
                <w:szCs w:val="26"/>
              </w:rPr>
              <w:t>ụ</w:t>
            </w:r>
            <w:r w:rsidRPr="002F6785">
              <w:rPr>
                <w:sz w:val="26"/>
                <w:szCs w:val="26"/>
              </w:rPr>
              <w:t xml:space="preserve"> th</w:t>
            </w:r>
            <w:r w:rsidRPr="002F6785">
              <w:rPr>
                <w:sz w:val="26"/>
                <w:szCs w:val="26"/>
              </w:rPr>
              <w:t>ể</w:t>
            </w:r>
            <w:r w:rsidRPr="002F6785">
              <w:rPr>
                <w:sz w:val="26"/>
                <w:szCs w:val="26"/>
              </w:rPr>
              <w:t>. Trư</w:t>
            </w:r>
            <w:r w:rsidRPr="002F6785">
              <w:rPr>
                <w:sz w:val="26"/>
                <w:szCs w:val="26"/>
              </w:rPr>
              <w:t>ờ</w:t>
            </w:r>
            <w:r w:rsidRPr="002F6785">
              <w:rPr>
                <w:sz w:val="26"/>
                <w:szCs w:val="26"/>
              </w:rPr>
              <w:t>ng h</w:t>
            </w:r>
            <w:r w:rsidRPr="002F6785">
              <w:rPr>
                <w:sz w:val="26"/>
                <w:szCs w:val="26"/>
              </w:rPr>
              <w:t>ợ</w:t>
            </w:r>
            <w:r w:rsidRPr="002F6785">
              <w:rPr>
                <w:sz w:val="26"/>
                <w:szCs w:val="26"/>
              </w:rPr>
              <w:t>p không th</w:t>
            </w:r>
            <w:r w:rsidRPr="002F6785">
              <w:rPr>
                <w:sz w:val="26"/>
                <w:szCs w:val="26"/>
              </w:rPr>
              <w:t>ể</w:t>
            </w:r>
            <w:r w:rsidRPr="002F6785">
              <w:rPr>
                <w:sz w:val="26"/>
                <w:szCs w:val="26"/>
              </w:rPr>
              <w:t xml:space="preserve"> ki</w:t>
            </w:r>
            <w:r w:rsidRPr="002F6785">
              <w:rPr>
                <w:sz w:val="26"/>
                <w:szCs w:val="26"/>
              </w:rPr>
              <w:t>ể</w:t>
            </w:r>
            <w:r w:rsidRPr="002F6785">
              <w:rPr>
                <w:sz w:val="26"/>
                <w:szCs w:val="26"/>
              </w:rPr>
              <w:t>m tra tr</w:t>
            </w:r>
            <w:r w:rsidRPr="002F6785">
              <w:rPr>
                <w:sz w:val="26"/>
                <w:szCs w:val="26"/>
              </w:rPr>
              <w:t>ự</w:t>
            </w:r>
            <w:r w:rsidRPr="002F6785">
              <w:rPr>
                <w:sz w:val="26"/>
                <w:szCs w:val="26"/>
              </w:rPr>
              <w:t>c ti</w:t>
            </w:r>
            <w:r w:rsidRPr="002F6785">
              <w:rPr>
                <w:sz w:val="26"/>
                <w:szCs w:val="26"/>
              </w:rPr>
              <w:t>ế</w:t>
            </w:r>
            <w:r w:rsidRPr="002F6785">
              <w:rPr>
                <w:sz w:val="26"/>
                <w:szCs w:val="26"/>
              </w:rPr>
              <w:t>p vì lý do khách quan ho</w:t>
            </w:r>
            <w:r w:rsidRPr="002F6785">
              <w:rPr>
                <w:sz w:val="26"/>
                <w:szCs w:val="26"/>
              </w:rPr>
              <w:t>ặ</w:t>
            </w:r>
            <w:r w:rsidRPr="002F6785">
              <w:rPr>
                <w:sz w:val="26"/>
                <w:szCs w:val="26"/>
              </w:rPr>
              <w:t>c do đi</w:t>
            </w:r>
            <w:r w:rsidRPr="002F6785">
              <w:rPr>
                <w:sz w:val="26"/>
                <w:szCs w:val="26"/>
              </w:rPr>
              <w:t>ề</w:t>
            </w:r>
            <w:r w:rsidRPr="002F6785">
              <w:rPr>
                <w:sz w:val="26"/>
                <w:szCs w:val="26"/>
              </w:rPr>
              <w:t>u ki</w:t>
            </w:r>
            <w:r w:rsidRPr="002F6785">
              <w:rPr>
                <w:sz w:val="26"/>
                <w:szCs w:val="26"/>
              </w:rPr>
              <w:t>ệ</w:t>
            </w:r>
            <w:r w:rsidRPr="002F6785">
              <w:rPr>
                <w:sz w:val="26"/>
                <w:szCs w:val="26"/>
              </w:rPr>
              <w:t>n pháp lý, cơ quan ki</w:t>
            </w:r>
            <w:r w:rsidRPr="002F6785">
              <w:rPr>
                <w:sz w:val="26"/>
                <w:szCs w:val="26"/>
              </w:rPr>
              <w:t>ể</w:t>
            </w:r>
            <w:r w:rsidRPr="002F6785">
              <w:rPr>
                <w:sz w:val="26"/>
                <w:szCs w:val="26"/>
              </w:rPr>
              <w:t>m tra ti</w:t>
            </w:r>
            <w:r w:rsidRPr="002F6785">
              <w:rPr>
                <w:sz w:val="26"/>
                <w:szCs w:val="26"/>
              </w:rPr>
              <w:t>ế</w:t>
            </w:r>
            <w:r w:rsidRPr="002F6785">
              <w:rPr>
                <w:sz w:val="26"/>
                <w:szCs w:val="26"/>
              </w:rPr>
              <w:t>p t</w:t>
            </w:r>
            <w:r w:rsidRPr="002F6785">
              <w:rPr>
                <w:sz w:val="26"/>
                <w:szCs w:val="26"/>
              </w:rPr>
              <w:t>ụ</w:t>
            </w:r>
            <w:r w:rsidRPr="002F6785">
              <w:rPr>
                <w:sz w:val="26"/>
                <w:szCs w:val="26"/>
              </w:rPr>
              <w:t>c áp d</w:t>
            </w:r>
            <w:r w:rsidRPr="002F6785">
              <w:rPr>
                <w:sz w:val="26"/>
                <w:szCs w:val="26"/>
              </w:rPr>
              <w:t>ụ</w:t>
            </w:r>
            <w:r w:rsidRPr="002F6785">
              <w:rPr>
                <w:sz w:val="26"/>
                <w:szCs w:val="26"/>
              </w:rPr>
              <w:t>ng các bi</w:t>
            </w:r>
            <w:r w:rsidRPr="002F6785">
              <w:rPr>
                <w:sz w:val="26"/>
                <w:szCs w:val="26"/>
              </w:rPr>
              <w:t>ệ</w:t>
            </w:r>
            <w:r w:rsidRPr="002F6785">
              <w:rPr>
                <w:sz w:val="26"/>
                <w:szCs w:val="26"/>
              </w:rPr>
              <w:t>n pháp qu</w:t>
            </w:r>
            <w:r w:rsidRPr="002F6785">
              <w:rPr>
                <w:sz w:val="26"/>
                <w:szCs w:val="26"/>
              </w:rPr>
              <w:t>ả</w:t>
            </w:r>
            <w:r w:rsidRPr="002F6785">
              <w:rPr>
                <w:sz w:val="26"/>
                <w:szCs w:val="26"/>
              </w:rPr>
              <w:t>n lý d</w:t>
            </w:r>
            <w:r w:rsidRPr="002F6785">
              <w:rPr>
                <w:sz w:val="26"/>
                <w:szCs w:val="26"/>
              </w:rPr>
              <w:t>ự</w:t>
            </w:r>
            <w:r w:rsidRPr="002F6785">
              <w:rPr>
                <w:sz w:val="26"/>
                <w:szCs w:val="26"/>
              </w:rPr>
              <w:t>a trên d</w:t>
            </w:r>
            <w:r w:rsidRPr="002F6785">
              <w:rPr>
                <w:sz w:val="26"/>
                <w:szCs w:val="26"/>
              </w:rPr>
              <w:t>ữ</w:t>
            </w:r>
            <w:r w:rsidRPr="002F6785">
              <w:rPr>
                <w:sz w:val="26"/>
                <w:szCs w:val="26"/>
              </w:rPr>
              <w:t xml:space="preserve"> li</w:t>
            </w:r>
            <w:r w:rsidRPr="002F6785">
              <w:rPr>
                <w:sz w:val="26"/>
                <w:szCs w:val="26"/>
              </w:rPr>
              <w:t>ệ</w:t>
            </w:r>
            <w:r w:rsidRPr="002F6785">
              <w:rPr>
                <w:sz w:val="26"/>
                <w:szCs w:val="26"/>
              </w:rPr>
              <w:t>u r</w:t>
            </w:r>
            <w:r w:rsidRPr="002F6785">
              <w:rPr>
                <w:sz w:val="26"/>
                <w:szCs w:val="26"/>
              </w:rPr>
              <w:t>ủ</w:t>
            </w:r>
            <w:r w:rsidRPr="002F6785">
              <w:rPr>
                <w:sz w:val="26"/>
                <w:szCs w:val="26"/>
              </w:rPr>
              <w:t>i ro và h</w:t>
            </w:r>
            <w:r w:rsidRPr="002F6785">
              <w:rPr>
                <w:sz w:val="26"/>
                <w:szCs w:val="26"/>
              </w:rPr>
              <w:t>ậ</w:t>
            </w:r>
            <w:r w:rsidRPr="002F6785">
              <w:rPr>
                <w:sz w:val="26"/>
                <w:szCs w:val="26"/>
              </w:rPr>
              <w:t>u ki</w:t>
            </w:r>
            <w:r w:rsidRPr="002F6785">
              <w:rPr>
                <w:sz w:val="26"/>
                <w:szCs w:val="26"/>
              </w:rPr>
              <w:t>ể</w:t>
            </w:r>
            <w:r w:rsidRPr="002F6785">
              <w:rPr>
                <w:sz w:val="26"/>
                <w:szCs w:val="26"/>
              </w:rPr>
              <w:t>m trong nư</w:t>
            </w:r>
            <w:r w:rsidRPr="002F6785">
              <w:rPr>
                <w:sz w:val="26"/>
                <w:szCs w:val="26"/>
              </w:rPr>
              <w:t>ớ</w:t>
            </w:r>
            <w:r w:rsidRPr="002F6785">
              <w:rPr>
                <w:sz w:val="26"/>
                <w:szCs w:val="26"/>
              </w:rPr>
              <w:t>c; vi</w:t>
            </w:r>
            <w:r w:rsidRPr="002F6785">
              <w:rPr>
                <w:sz w:val="26"/>
                <w:szCs w:val="26"/>
              </w:rPr>
              <w:t>ệ</w:t>
            </w:r>
            <w:r w:rsidRPr="002F6785">
              <w:rPr>
                <w:sz w:val="26"/>
                <w:szCs w:val="26"/>
              </w:rPr>
              <w:t>c không t</w:t>
            </w:r>
            <w:r w:rsidRPr="002F6785">
              <w:rPr>
                <w:sz w:val="26"/>
                <w:szCs w:val="26"/>
              </w:rPr>
              <w:t>h</w:t>
            </w:r>
            <w:r w:rsidRPr="002F6785">
              <w:rPr>
                <w:sz w:val="26"/>
                <w:szCs w:val="26"/>
              </w:rPr>
              <w:t>ự</w:t>
            </w:r>
            <w:r w:rsidRPr="002F6785">
              <w:rPr>
                <w:sz w:val="26"/>
                <w:szCs w:val="26"/>
              </w:rPr>
              <w:t>c hi</w:t>
            </w:r>
            <w:r w:rsidRPr="002F6785">
              <w:rPr>
                <w:sz w:val="26"/>
                <w:szCs w:val="26"/>
              </w:rPr>
              <w:t>ệ</w:t>
            </w:r>
            <w:r w:rsidRPr="002F6785">
              <w:rPr>
                <w:sz w:val="26"/>
                <w:szCs w:val="26"/>
              </w:rPr>
              <w:t>n đư</w:t>
            </w:r>
            <w:r w:rsidRPr="002F6785">
              <w:rPr>
                <w:sz w:val="26"/>
                <w:szCs w:val="26"/>
              </w:rPr>
              <w:t>ợ</w:t>
            </w:r>
            <w:r w:rsidRPr="002F6785">
              <w:rPr>
                <w:sz w:val="26"/>
                <w:szCs w:val="26"/>
              </w:rPr>
              <w:t>c ki</w:t>
            </w:r>
            <w:r w:rsidRPr="002F6785">
              <w:rPr>
                <w:sz w:val="26"/>
                <w:szCs w:val="26"/>
              </w:rPr>
              <w:t>ể</w:t>
            </w:r>
            <w:r w:rsidRPr="002F6785">
              <w:rPr>
                <w:sz w:val="26"/>
                <w:szCs w:val="26"/>
              </w:rPr>
              <w:t>m tra t</w:t>
            </w:r>
            <w:r w:rsidRPr="002F6785">
              <w:rPr>
                <w:sz w:val="26"/>
                <w:szCs w:val="26"/>
              </w:rPr>
              <w:t>ạ</w:t>
            </w:r>
            <w:r w:rsidRPr="002F6785">
              <w:rPr>
                <w:sz w:val="26"/>
                <w:szCs w:val="26"/>
              </w:rPr>
              <w:t>i ngu</w:t>
            </w:r>
            <w:r w:rsidRPr="002F6785">
              <w:rPr>
                <w:sz w:val="26"/>
                <w:szCs w:val="26"/>
              </w:rPr>
              <w:t>ồ</w:t>
            </w:r>
            <w:r w:rsidRPr="002F6785">
              <w:rPr>
                <w:sz w:val="26"/>
                <w:szCs w:val="26"/>
              </w:rPr>
              <w:t>n, t</w:t>
            </w:r>
            <w:r w:rsidRPr="002F6785">
              <w:rPr>
                <w:sz w:val="26"/>
                <w:szCs w:val="26"/>
              </w:rPr>
              <w:t>ự</w:t>
            </w:r>
            <w:r w:rsidRPr="002F6785">
              <w:rPr>
                <w:sz w:val="26"/>
                <w:szCs w:val="26"/>
              </w:rPr>
              <w:t xml:space="preserve"> thân, không ph</w:t>
            </w:r>
            <w:r w:rsidRPr="002F6785">
              <w:rPr>
                <w:sz w:val="26"/>
                <w:szCs w:val="26"/>
              </w:rPr>
              <w:t>ả</w:t>
            </w:r>
            <w:r w:rsidRPr="002F6785">
              <w:rPr>
                <w:sz w:val="26"/>
                <w:szCs w:val="26"/>
              </w:rPr>
              <w:t>i căn c</w:t>
            </w:r>
            <w:r w:rsidRPr="002F6785">
              <w:rPr>
                <w:sz w:val="26"/>
                <w:szCs w:val="26"/>
              </w:rPr>
              <w:t>ứ</w:t>
            </w:r>
            <w:r w:rsidRPr="002F6785">
              <w:rPr>
                <w:sz w:val="26"/>
                <w:szCs w:val="26"/>
              </w:rPr>
              <w:t xml:space="preserve"> đ</w:t>
            </w:r>
            <w:r w:rsidRPr="002F6785">
              <w:rPr>
                <w:sz w:val="26"/>
                <w:szCs w:val="26"/>
              </w:rPr>
              <w:t>ể</w:t>
            </w:r>
            <w:r w:rsidRPr="002F6785">
              <w:rPr>
                <w:sz w:val="26"/>
                <w:szCs w:val="26"/>
              </w:rPr>
              <w:t xml:space="preserve"> k</w:t>
            </w:r>
            <w:r w:rsidRPr="002F6785">
              <w:rPr>
                <w:sz w:val="26"/>
                <w:szCs w:val="26"/>
              </w:rPr>
              <w:t>ế</w:t>
            </w:r>
            <w:r w:rsidRPr="002F6785">
              <w:rPr>
                <w:sz w:val="26"/>
                <w:szCs w:val="26"/>
              </w:rPr>
              <w:t>t lu</w:t>
            </w:r>
            <w:r w:rsidRPr="002F6785">
              <w:rPr>
                <w:sz w:val="26"/>
                <w:szCs w:val="26"/>
              </w:rPr>
              <w:t>ậ</w:t>
            </w:r>
            <w:r w:rsidRPr="002F6785">
              <w:rPr>
                <w:sz w:val="26"/>
                <w:szCs w:val="26"/>
              </w:rPr>
              <w:t>n s</w:t>
            </w:r>
            <w:r w:rsidRPr="002F6785">
              <w:rPr>
                <w:sz w:val="26"/>
                <w:szCs w:val="26"/>
              </w:rPr>
              <w:t>ả</w:t>
            </w:r>
            <w:r w:rsidRPr="002F6785">
              <w:rPr>
                <w:sz w:val="26"/>
                <w:szCs w:val="26"/>
              </w:rPr>
              <w:t>n ph</w:t>
            </w:r>
            <w:r w:rsidRPr="002F6785">
              <w:rPr>
                <w:sz w:val="26"/>
                <w:szCs w:val="26"/>
              </w:rPr>
              <w:t>ẩ</w:t>
            </w:r>
            <w:r w:rsidRPr="002F6785">
              <w:rPr>
                <w:sz w:val="26"/>
                <w:szCs w:val="26"/>
              </w:rPr>
              <w:t>m không phù h</w:t>
            </w:r>
            <w:r w:rsidRPr="002F6785">
              <w:rPr>
                <w:sz w:val="26"/>
                <w:szCs w:val="26"/>
              </w:rPr>
              <w:t>ợ</w:t>
            </w:r>
            <w:r w:rsidRPr="002F6785">
              <w:rPr>
                <w:sz w:val="26"/>
                <w:szCs w:val="26"/>
              </w:rPr>
              <w:t>p.</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t>Điề</w:t>
            </w:r>
            <w:r w:rsidRPr="002F6785">
              <w:rPr>
                <w:b/>
                <w:sz w:val="26"/>
                <w:szCs w:val="26"/>
              </w:rPr>
              <w:t xml:space="preserve">u 18. </w:t>
            </w:r>
            <w:r w:rsidR="00883DE6" w:rsidRPr="002F6785">
              <w:rPr>
                <w:b/>
                <w:sz w:val="26"/>
                <w:szCs w:val="26"/>
              </w:rPr>
              <w:t>Biên bản, báo cáo và giải trình</w:t>
            </w:r>
          </w:p>
        </w:tc>
        <w:tc>
          <w:tcPr>
            <w:tcW w:w="6636" w:type="dxa"/>
          </w:tcPr>
          <w:p w:rsidR="00F65DE5" w:rsidRPr="002F6785" w:rsidRDefault="00F65DE5" w:rsidP="002F6785">
            <w:pPr>
              <w:widowControl w:val="0"/>
              <w:spacing w:before="60" w:after="60"/>
              <w:jc w:val="both"/>
              <w:rPr>
                <w:rFonts w:cs="Times New Roman"/>
                <w:sz w:val="26"/>
                <w:szCs w:val="26"/>
              </w:rPr>
            </w:pPr>
            <w:r w:rsidRPr="002F6785">
              <w:rPr>
                <w:rFonts w:cs="Times New Roman"/>
                <w:sz w:val="26"/>
                <w:szCs w:val="26"/>
              </w:rPr>
              <w:t>1. Kết thúc kiểm tra trực tiếp, đoàn kiểm tra lập biên bản ghi rõ nội dung đã kiểm tra, bằng chứng, nhận định ban đầu, mẫu đã lấy và ý kiến của đại diện cơ sở sản xuất. Ý kiến khác biệt phải được ghi đầy đủ trong biên bản.</w:t>
            </w:r>
          </w:p>
          <w:p w:rsidR="00F65DE5" w:rsidRPr="002F6785" w:rsidRDefault="00F65DE5" w:rsidP="002F6785">
            <w:pPr>
              <w:widowControl w:val="0"/>
              <w:spacing w:before="60" w:after="60"/>
              <w:jc w:val="both"/>
              <w:rPr>
                <w:rFonts w:cs="Times New Roman"/>
                <w:sz w:val="26"/>
                <w:szCs w:val="26"/>
              </w:rPr>
            </w:pPr>
            <w:r w:rsidRPr="002F6785">
              <w:rPr>
                <w:rFonts w:cs="Times New Roman"/>
                <w:sz w:val="26"/>
                <w:szCs w:val="26"/>
              </w:rPr>
              <w:lastRenderedPageBreak/>
              <w:t>2. Trong thời hạn 10 ngày làm việc kể từ ngày kết thúc kiểm tra trực tiếp hoặc nhận đủ kết quả thử nghiệm đối chứng, đoàn kiểm tra gửi dự thảo báo cáo cho tổ chức, cá nhân nhập khẩu và cơ sở sản xuất để giải trình, cung cấp bằng chứng bổ sung trong thời hạn 07 ngày làm việc.</w:t>
            </w:r>
          </w:p>
          <w:p w:rsidR="00F65DE5" w:rsidRPr="002F6785" w:rsidRDefault="00F65DE5" w:rsidP="002F6785">
            <w:pPr>
              <w:widowControl w:val="0"/>
              <w:spacing w:before="60" w:after="60"/>
              <w:jc w:val="both"/>
              <w:rPr>
                <w:rFonts w:cs="Times New Roman"/>
                <w:sz w:val="26"/>
                <w:szCs w:val="26"/>
              </w:rPr>
            </w:pPr>
            <w:r w:rsidRPr="002F6785">
              <w:rPr>
                <w:rFonts w:cs="Times New Roman"/>
                <w:sz w:val="26"/>
                <w:szCs w:val="26"/>
              </w:rPr>
              <w:t>3. Trong thời hạn 10 ngày làm việc kể từ ngày hết thời hạn giải trình, cơ quan quyết định kiểm tra ban hành báo cáo kết quả. Báo cáo phải xác định phạm vi sản phẩm, lô sản phẩm và thời kỳ được xem xét; nội dung phù hợp, không phù hợp hoặc chưa đủ bằng chứng; nguyên nhân, phạm vi ảnh hưởng; biện pháp khắc phục đã thực hiện hoặc phải thực hiện; kiến nghị biện pháp hậu kiểm tại Việt Nam.</w:t>
            </w:r>
          </w:p>
          <w:p w:rsidR="00F65DE5" w:rsidRPr="002F6785" w:rsidRDefault="00F65DE5" w:rsidP="002F6785">
            <w:pPr>
              <w:widowControl w:val="0"/>
              <w:spacing w:before="60" w:after="60"/>
              <w:jc w:val="both"/>
              <w:rPr>
                <w:rFonts w:cs="Times New Roman"/>
                <w:sz w:val="26"/>
                <w:szCs w:val="26"/>
              </w:rPr>
            </w:pPr>
            <w:r w:rsidRPr="002F6785">
              <w:rPr>
                <w:rFonts w:cs="Times New Roman"/>
                <w:sz w:val="26"/>
                <w:szCs w:val="26"/>
              </w:rPr>
              <w:t>4. Báo cáo kết quả được gửi cho tổ chức, cá nhân nhập khẩu, cơ sở sản xuất và cơ quan có liên quan; được cập nhật vào Hệ thống giám sát chất lượng sản phẩm, hàng hóa quốc gia. Việc công khai thực hiện theo pháp luật về tiếp cận thông tin, bảo vệ bí mật nhà nước, bí mật kinh doanh và dữ liệu cá nhân.</w:t>
            </w:r>
          </w:p>
          <w:p w:rsidR="005B442E" w:rsidRPr="002F6785" w:rsidRDefault="005B442E" w:rsidP="002F6785">
            <w:pPr>
              <w:spacing w:before="60" w:after="60"/>
              <w:jc w:val="both"/>
              <w:rPr>
                <w:sz w:val="26"/>
                <w:szCs w:val="26"/>
              </w:rPr>
            </w:pPr>
          </w:p>
        </w:tc>
        <w:tc>
          <w:tcPr>
            <w:tcW w:w="5760" w:type="dxa"/>
          </w:tcPr>
          <w:p w:rsidR="002F6785" w:rsidRDefault="00AC53F4" w:rsidP="002F6785">
            <w:pPr>
              <w:spacing w:before="60" w:after="60"/>
              <w:jc w:val="both"/>
              <w:rPr>
                <w:sz w:val="26"/>
                <w:szCs w:val="26"/>
              </w:rPr>
            </w:pPr>
            <w:r w:rsidRPr="002F6785">
              <w:rPr>
                <w:sz w:val="26"/>
                <w:szCs w:val="26"/>
              </w:rPr>
              <w:lastRenderedPageBreak/>
              <w:t>Quy đ</w:t>
            </w:r>
            <w:r w:rsidRPr="002F6785">
              <w:rPr>
                <w:sz w:val="26"/>
                <w:szCs w:val="26"/>
              </w:rPr>
              <w:t>ị</w:t>
            </w:r>
            <w:r w:rsidRPr="002F6785">
              <w:rPr>
                <w:sz w:val="26"/>
                <w:szCs w:val="26"/>
              </w:rPr>
              <w:t>nh v</w:t>
            </w:r>
            <w:r w:rsidRPr="002F6785">
              <w:rPr>
                <w:sz w:val="26"/>
                <w:szCs w:val="26"/>
              </w:rPr>
              <w:t>ề</w:t>
            </w:r>
            <w:r w:rsidRPr="002F6785">
              <w:rPr>
                <w:sz w:val="26"/>
                <w:szCs w:val="26"/>
              </w:rPr>
              <w:t xml:space="preserve"> biên b</w:t>
            </w:r>
            <w:r w:rsidRPr="002F6785">
              <w:rPr>
                <w:sz w:val="26"/>
                <w:szCs w:val="26"/>
              </w:rPr>
              <w:t>ả</w:t>
            </w:r>
            <w:r w:rsidRPr="002F6785">
              <w:rPr>
                <w:sz w:val="26"/>
                <w:szCs w:val="26"/>
              </w:rPr>
              <w:t>n, báo cáo và gi</w:t>
            </w:r>
            <w:r w:rsidRPr="002F6785">
              <w:rPr>
                <w:sz w:val="26"/>
                <w:szCs w:val="26"/>
              </w:rPr>
              <w:t>ả</w:t>
            </w:r>
            <w:r w:rsidRPr="002F6785">
              <w:rPr>
                <w:sz w:val="26"/>
                <w:szCs w:val="26"/>
              </w:rPr>
              <w:t>i trình n</w:t>
            </w:r>
            <w:r w:rsidRPr="002F6785">
              <w:rPr>
                <w:sz w:val="26"/>
                <w:szCs w:val="26"/>
              </w:rPr>
              <w:t>h</w:t>
            </w:r>
            <w:r w:rsidRPr="002F6785">
              <w:rPr>
                <w:sz w:val="26"/>
                <w:szCs w:val="26"/>
              </w:rPr>
              <w:t>ằ</w:t>
            </w:r>
            <w:r w:rsidRPr="002F6785">
              <w:rPr>
                <w:sz w:val="26"/>
                <w:szCs w:val="26"/>
              </w:rPr>
              <w:t>m b</w:t>
            </w:r>
            <w:r w:rsidRPr="002F6785">
              <w:rPr>
                <w:sz w:val="26"/>
                <w:szCs w:val="26"/>
              </w:rPr>
              <w:t>ả</w:t>
            </w:r>
            <w:r w:rsidRPr="002F6785">
              <w:rPr>
                <w:sz w:val="26"/>
                <w:szCs w:val="26"/>
              </w:rPr>
              <w:t>o đ</w:t>
            </w:r>
            <w:r w:rsidRPr="002F6785">
              <w:rPr>
                <w:sz w:val="26"/>
                <w:szCs w:val="26"/>
              </w:rPr>
              <w:t>ả</w:t>
            </w:r>
            <w:r w:rsidRPr="002F6785">
              <w:rPr>
                <w:sz w:val="26"/>
                <w:szCs w:val="26"/>
              </w:rPr>
              <w:t>m quá trình ki</w:t>
            </w:r>
            <w:r w:rsidRPr="002F6785">
              <w:rPr>
                <w:sz w:val="26"/>
                <w:szCs w:val="26"/>
              </w:rPr>
              <w:t>ể</w:t>
            </w:r>
            <w:r w:rsidRPr="002F6785">
              <w:rPr>
                <w:sz w:val="26"/>
                <w:szCs w:val="26"/>
              </w:rPr>
              <w:t>m tra t</w:t>
            </w:r>
            <w:r w:rsidRPr="002F6785">
              <w:rPr>
                <w:sz w:val="26"/>
                <w:szCs w:val="26"/>
              </w:rPr>
              <w:t>ạ</w:t>
            </w:r>
            <w:r w:rsidRPr="002F6785">
              <w:rPr>
                <w:sz w:val="26"/>
                <w:szCs w:val="26"/>
              </w:rPr>
              <w:t>i ngu</w:t>
            </w:r>
            <w:r w:rsidRPr="002F6785">
              <w:rPr>
                <w:sz w:val="26"/>
                <w:szCs w:val="26"/>
              </w:rPr>
              <w:t>ồ</w:t>
            </w:r>
            <w:r w:rsidRPr="002F6785">
              <w:rPr>
                <w:sz w:val="26"/>
                <w:szCs w:val="26"/>
              </w:rPr>
              <w:t>n đư</w:t>
            </w:r>
            <w:r w:rsidRPr="002F6785">
              <w:rPr>
                <w:sz w:val="26"/>
                <w:szCs w:val="26"/>
              </w:rPr>
              <w:t>ợ</w:t>
            </w:r>
            <w:r w:rsidRPr="002F6785">
              <w:rPr>
                <w:sz w:val="26"/>
                <w:szCs w:val="26"/>
              </w:rPr>
              <w:t>c ghi nh</w:t>
            </w:r>
            <w:r w:rsidRPr="002F6785">
              <w:rPr>
                <w:sz w:val="26"/>
                <w:szCs w:val="26"/>
              </w:rPr>
              <w:t>ậ</w:t>
            </w:r>
            <w:r w:rsidRPr="002F6785">
              <w:rPr>
                <w:sz w:val="26"/>
                <w:szCs w:val="26"/>
              </w:rPr>
              <w:t>n đ</w:t>
            </w:r>
            <w:r w:rsidRPr="002F6785">
              <w:rPr>
                <w:sz w:val="26"/>
                <w:szCs w:val="26"/>
              </w:rPr>
              <w:t>ầ</w:t>
            </w:r>
            <w:r w:rsidRPr="002F6785">
              <w:rPr>
                <w:sz w:val="26"/>
                <w:szCs w:val="26"/>
              </w:rPr>
              <w:t>y đ</w:t>
            </w:r>
            <w:r w:rsidRPr="002F6785">
              <w:rPr>
                <w:sz w:val="26"/>
                <w:szCs w:val="26"/>
              </w:rPr>
              <w:t>ủ</w:t>
            </w:r>
            <w:r w:rsidRPr="002F6785">
              <w:rPr>
                <w:sz w:val="26"/>
                <w:szCs w:val="26"/>
              </w:rPr>
              <w:t>, minh b</w:t>
            </w:r>
            <w:r w:rsidRPr="002F6785">
              <w:rPr>
                <w:sz w:val="26"/>
                <w:szCs w:val="26"/>
              </w:rPr>
              <w:t>ạ</w:t>
            </w:r>
            <w:r w:rsidRPr="002F6785">
              <w:rPr>
                <w:sz w:val="26"/>
                <w:szCs w:val="26"/>
              </w:rPr>
              <w:t>ch và có cơ ch</w:t>
            </w:r>
            <w:r w:rsidRPr="002F6785">
              <w:rPr>
                <w:sz w:val="26"/>
                <w:szCs w:val="26"/>
              </w:rPr>
              <w:t>ế</w:t>
            </w:r>
            <w:r w:rsidRPr="002F6785">
              <w:rPr>
                <w:sz w:val="26"/>
                <w:szCs w:val="26"/>
              </w:rPr>
              <w:t xml:space="preserve"> đ</w:t>
            </w:r>
            <w:r w:rsidRPr="002F6785">
              <w:rPr>
                <w:sz w:val="26"/>
                <w:szCs w:val="26"/>
              </w:rPr>
              <w:t>ể</w:t>
            </w:r>
            <w:r w:rsidRPr="002F6785">
              <w:rPr>
                <w:sz w:val="26"/>
                <w:szCs w:val="26"/>
              </w:rPr>
              <w:t xml:space="preserve"> t</w:t>
            </w:r>
            <w:r w:rsidRPr="002F6785">
              <w:rPr>
                <w:sz w:val="26"/>
                <w:szCs w:val="26"/>
              </w:rPr>
              <w:t>ổ</w:t>
            </w:r>
            <w:r w:rsidRPr="002F6785">
              <w:rPr>
                <w:sz w:val="26"/>
                <w:szCs w:val="26"/>
              </w:rPr>
              <w:t xml:space="preserve"> ch</w:t>
            </w:r>
            <w:r w:rsidRPr="002F6785">
              <w:rPr>
                <w:sz w:val="26"/>
                <w:szCs w:val="26"/>
              </w:rPr>
              <w:t>ứ</w:t>
            </w:r>
            <w:r w:rsidRPr="002F6785">
              <w:rPr>
                <w:sz w:val="26"/>
                <w:szCs w:val="26"/>
              </w:rPr>
              <w:t>c, cá nhân có liên quan cung c</w:t>
            </w:r>
            <w:r w:rsidRPr="002F6785">
              <w:rPr>
                <w:sz w:val="26"/>
                <w:szCs w:val="26"/>
              </w:rPr>
              <w:t>ấ</w:t>
            </w:r>
            <w:r w:rsidRPr="002F6785">
              <w:rPr>
                <w:sz w:val="26"/>
                <w:szCs w:val="26"/>
              </w:rPr>
              <w:t>p ý ki</w:t>
            </w:r>
            <w:r w:rsidRPr="002F6785">
              <w:rPr>
                <w:sz w:val="26"/>
                <w:szCs w:val="26"/>
              </w:rPr>
              <w:t>ế</w:t>
            </w:r>
            <w:r w:rsidRPr="002F6785">
              <w:rPr>
                <w:sz w:val="26"/>
                <w:szCs w:val="26"/>
              </w:rPr>
              <w:t>n, b</w:t>
            </w:r>
            <w:r w:rsidRPr="002F6785">
              <w:rPr>
                <w:sz w:val="26"/>
                <w:szCs w:val="26"/>
              </w:rPr>
              <w:t>ằ</w:t>
            </w:r>
            <w:r w:rsidRPr="002F6785">
              <w:rPr>
                <w:sz w:val="26"/>
                <w:szCs w:val="26"/>
              </w:rPr>
              <w:t>ng ch</w:t>
            </w:r>
            <w:r w:rsidRPr="002F6785">
              <w:rPr>
                <w:sz w:val="26"/>
                <w:szCs w:val="26"/>
              </w:rPr>
              <w:t>ứ</w:t>
            </w:r>
            <w:r w:rsidRPr="002F6785">
              <w:rPr>
                <w:sz w:val="26"/>
                <w:szCs w:val="26"/>
              </w:rPr>
              <w:t>ng b</w:t>
            </w:r>
            <w:r w:rsidRPr="002F6785">
              <w:rPr>
                <w:sz w:val="26"/>
                <w:szCs w:val="26"/>
              </w:rPr>
              <w:t>ổ</w:t>
            </w:r>
            <w:r w:rsidRPr="002F6785">
              <w:rPr>
                <w:sz w:val="26"/>
                <w:szCs w:val="26"/>
              </w:rPr>
              <w:t xml:space="preserve"> sung trư</w:t>
            </w:r>
            <w:r w:rsidRPr="002F6785">
              <w:rPr>
                <w:sz w:val="26"/>
                <w:szCs w:val="26"/>
              </w:rPr>
              <w:t>ớ</w:t>
            </w:r>
            <w:r w:rsidRPr="002F6785">
              <w:rPr>
                <w:sz w:val="26"/>
                <w:szCs w:val="26"/>
              </w:rPr>
              <w:t xml:space="preserve">c khi </w:t>
            </w:r>
            <w:r w:rsidRPr="002F6785">
              <w:rPr>
                <w:sz w:val="26"/>
                <w:szCs w:val="26"/>
              </w:rPr>
              <w:lastRenderedPageBreak/>
              <w:t>ban hành báo cáo k</w:t>
            </w:r>
            <w:r w:rsidRPr="002F6785">
              <w:rPr>
                <w:sz w:val="26"/>
                <w:szCs w:val="26"/>
              </w:rPr>
              <w:t>ế</w:t>
            </w:r>
            <w:r w:rsidRPr="002F6785">
              <w:rPr>
                <w:sz w:val="26"/>
                <w:szCs w:val="26"/>
              </w:rPr>
              <w:t>t qu</w:t>
            </w:r>
            <w:r w:rsidRPr="002F6785">
              <w:rPr>
                <w:sz w:val="26"/>
                <w:szCs w:val="26"/>
              </w:rPr>
              <w:t>ả</w:t>
            </w:r>
            <w:r w:rsidRPr="002F6785">
              <w:rPr>
                <w:sz w:val="26"/>
                <w:szCs w:val="26"/>
              </w:rPr>
              <w:t>. Vi</w:t>
            </w:r>
            <w:r w:rsidRPr="002F6785">
              <w:rPr>
                <w:sz w:val="26"/>
                <w:szCs w:val="26"/>
              </w:rPr>
              <w:t>ệ</w:t>
            </w:r>
            <w:r w:rsidRPr="002F6785">
              <w:rPr>
                <w:sz w:val="26"/>
                <w:szCs w:val="26"/>
              </w:rPr>
              <w:t>c ghi nh</w:t>
            </w:r>
            <w:r w:rsidRPr="002F6785">
              <w:rPr>
                <w:sz w:val="26"/>
                <w:szCs w:val="26"/>
              </w:rPr>
              <w:t>ậ</w:t>
            </w:r>
            <w:r w:rsidRPr="002F6785">
              <w:rPr>
                <w:sz w:val="26"/>
                <w:szCs w:val="26"/>
              </w:rPr>
              <w:t>n ý ki</w:t>
            </w:r>
            <w:r w:rsidRPr="002F6785">
              <w:rPr>
                <w:sz w:val="26"/>
                <w:szCs w:val="26"/>
              </w:rPr>
              <w:t>ế</w:t>
            </w:r>
            <w:r w:rsidRPr="002F6785">
              <w:rPr>
                <w:sz w:val="26"/>
                <w:szCs w:val="26"/>
              </w:rPr>
              <w:t>n khác bi</w:t>
            </w:r>
            <w:r w:rsidRPr="002F6785">
              <w:rPr>
                <w:sz w:val="26"/>
                <w:szCs w:val="26"/>
              </w:rPr>
              <w:t>ệ</w:t>
            </w:r>
            <w:r w:rsidRPr="002F6785">
              <w:rPr>
                <w:sz w:val="26"/>
                <w:szCs w:val="26"/>
              </w:rPr>
              <w:t>t t</w:t>
            </w:r>
            <w:r w:rsidRPr="002F6785">
              <w:rPr>
                <w:sz w:val="26"/>
                <w:szCs w:val="26"/>
              </w:rPr>
              <w:t>ạ</w:t>
            </w:r>
            <w:r w:rsidRPr="002F6785">
              <w:rPr>
                <w:sz w:val="26"/>
                <w:szCs w:val="26"/>
              </w:rPr>
              <w:t>i biên b</w:t>
            </w:r>
            <w:r w:rsidRPr="002F6785">
              <w:rPr>
                <w:sz w:val="26"/>
                <w:szCs w:val="26"/>
              </w:rPr>
              <w:t>ả</w:t>
            </w:r>
            <w:r w:rsidRPr="002F6785">
              <w:rPr>
                <w:sz w:val="26"/>
                <w:szCs w:val="26"/>
              </w:rPr>
              <w:t>n và quy đ</w:t>
            </w:r>
            <w:r w:rsidRPr="002F6785">
              <w:rPr>
                <w:sz w:val="26"/>
                <w:szCs w:val="26"/>
              </w:rPr>
              <w:t>ị</w:t>
            </w:r>
            <w:r w:rsidRPr="002F6785">
              <w:rPr>
                <w:sz w:val="26"/>
                <w:szCs w:val="26"/>
              </w:rPr>
              <w:t>nh th</w:t>
            </w:r>
            <w:r w:rsidRPr="002F6785">
              <w:rPr>
                <w:sz w:val="26"/>
                <w:szCs w:val="26"/>
              </w:rPr>
              <w:t>ờ</w:t>
            </w:r>
            <w:r w:rsidRPr="002F6785">
              <w:rPr>
                <w:sz w:val="26"/>
                <w:szCs w:val="26"/>
              </w:rPr>
              <w:t>i h</w:t>
            </w:r>
            <w:r w:rsidRPr="002F6785">
              <w:rPr>
                <w:sz w:val="26"/>
                <w:szCs w:val="26"/>
              </w:rPr>
              <w:t>ạ</w:t>
            </w:r>
            <w:r w:rsidRPr="002F6785">
              <w:rPr>
                <w:sz w:val="26"/>
                <w:szCs w:val="26"/>
              </w:rPr>
              <w:t xml:space="preserve">n </w:t>
            </w:r>
            <w:r w:rsidRPr="002F6785">
              <w:rPr>
                <w:sz w:val="26"/>
                <w:szCs w:val="26"/>
              </w:rPr>
              <w:t>gi</w:t>
            </w:r>
            <w:r w:rsidRPr="002F6785">
              <w:rPr>
                <w:sz w:val="26"/>
                <w:szCs w:val="26"/>
              </w:rPr>
              <w:t>ả</w:t>
            </w:r>
            <w:r w:rsidRPr="002F6785">
              <w:rPr>
                <w:sz w:val="26"/>
                <w:szCs w:val="26"/>
              </w:rPr>
              <w:t>i trình giúp cơ quan ki</w:t>
            </w:r>
            <w:r w:rsidRPr="002F6785">
              <w:rPr>
                <w:sz w:val="26"/>
                <w:szCs w:val="26"/>
              </w:rPr>
              <w:t>ể</w:t>
            </w:r>
            <w:r w:rsidRPr="002F6785">
              <w:rPr>
                <w:sz w:val="26"/>
                <w:szCs w:val="26"/>
              </w:rPr>
              <w:t>m tra xem xét đ</w:t>
            </w:r>
            <w:r w:rsidRPr="002F6785">
              <w:rPr>
                <w:sz w:val="26"/>
                <w:szCs w:val="26"/>
              </w:rPr>
              <w:t>ầ</w:t>
            </w:r>
            <w:r w:rsidRPr="002F6785">
              <w:rPr>
                <w:sz w:val="26"/>
                <w:szCs w:val="26"/>
              </w:rPr>
              <w:t>y đ</w:t>
            </w:r>
            <w:r w:rsidRPr="002F6785">
              <w:rPr>
                <w:sz w:val="26"/>
                <w:szCs w:val="26"/>
              </w:rPr>
              <w:t>ủ</w:t>
            </w:r>
            <w:r w:rsidRPr="002F6785">
              <w:rPr>
                <w:sz w:val="26"/>
                <w:szCs w:val="26"/>
              </w:rPr>
              <w:t xml:space="preserve"> các thông tin có liên quan trư</w:t>
            </w:r>
            <w:r w:rsidRPr="002F6785">
              <w:rPr>
                <w:sz w:val="26"/>
                <w:szCs w:val="26"/>
              </w:rPr>
              <w:t>ớ</w:t>
            </w:r>
            <w:r w:rsidRPr="002F6785">
              <w:rPr>
                <w:sz w:val="26"/>
                <w:szCs w:val="26"/>
              </w:rPr>
              <w:t>c khi đưa ra k</w:t>
            </w:r>
            <w:r w:rsidRPr="002F6785">
              <w:rPr>
                <w:sz w:val="26"/>
                <w:szCs w:val="26"/>
              </w:rPr>
              <w:t>ế</w:t>
            </w:r>
            <w:r w:rsidRPr="002F6785">
              <w:rPr>
                <w:sz w:val="26"/>
                <w:szCs w:val="26"/>
              </w:rPr>
              <w:t>t lu</w:t>
            </w:r>
            <w:r w:rsidRPr="002F6785">
              <w:rPr>
                <w:sz w:val="26"/>
                <w:szCs w:val="26"/>
              </w:rPr>
              <w:t>ậ</w:t>
            </w:r>
            <w:r w:rsidRPr="002F6785">
              <w:rPr>
                <w:sz w:val="26"/>
                <w:szCs w:val="26"/>
              </w:rPr>
              <w:t>n.</w:t>
            </w:r>
          </w:p>
          <w:p w:rsidR="008D4B75" w:rsidRPr="002F6785" w:rsidRDefault="00AC53F4" w:rsidP="002F6785">
            <w:pPr>
              <w:spacing w:before="60" w:after="60"/>
              <w:jc w:val="both"/>
              <w:rPr>
                <w:sz w:val="26"/>
                <w:szCs w:val="26"/>
              </w:rPr>
            </w:pPr>
            <w:r w:rsidRPr="002F6785">
              <w:rPr>
                <w:sz w:val="26"/>
                <w:szCs w:val="26"/>
              </w:rPr>
              <w:t>Báo cáo k</w:t>
            </w:r>
            <w:r w:rsidRPr="002F6785">
              <w:rPr>
                <w:sz w:val="26"/>
                <w:szCs w:val="26"/>
              </w:rPr>
              <w:t>ế</w:t>
            </w:r>
            <w:r w:rsidRPr="002F6785">
              <w:rPr>
                <w:sz w:val="26"/>
                <w:szCs w:val="26"/>
              </w:rPr>
              <w:t>t qu</w:t>
            </w:r>
            <w:r w:rsidRPr="002F6785">
              <w:rPr>
                <w:sz w:val="26"/>
                <w:szCs w:val="26"/>
              </w:rPr>
              <w:t>ả</w:t>
            </w:r>
            <w:r w:rsidRPr="002F6785">
              <w:rPr>
                <w:sz w:val="26"/>
                <w:szCs w:val="26"/>
              </w:rPr>
              <w:t xml:space="preserve"> ph</w:t>
            </w:r>
            <w:r w:rsidRPr="002F6785">
              <w:rPr>
                <w:sz w:val="26"/>
                <w:szCs w:val="26"/>
              </w:rPr>
              <w:t>ả</w:t>
            </w:r>
            <w:r w:rsidRPr="002F6785">
              <w:rPr>
                <w:sz w:val="26"/>
                <w:szCs w:val="26"/>
              </w:rPr>
              <w:t>i xác đ</w:t>
            </w:r>
            <w:r w:rsidRPr="002F6785">
              <w:rPr>
                <w:sz w:val="26"/>
                <w:szCs w:val="26"/>
              </w:rPr>
              <w:t>ị</w:t>
            </w:r>
            <w:r w:rsidRPr="002F6785">
              <w:rPr>
                <w:sz w:val="26"/>
                <w:szCs w:val="26"/>
              </w:rPr>
              <w:t>nh rõ ph</w:t>
            </w:r>
            <w:r w:rsidRPr="002F6785">
              <w:rPr>
                <w:sz w:val="26"/>
                <w:szCs w:val="26"/>
              </w:rPr>
              <w:t>ạ</w:t>
            </w:r>
            <w:r w:rsidRPr="002F6785">
              <w:rPr>
                <w:sz w:val="26"/>
                <w:szCs w:val="26"/>
              </w:rPr>
              <w:t>m vi s</w:t>
            </w:r>
            <w:r w:rsidRPr="002F6785">
              <w:rPr>
                <w:sz w:val="26"/>
                <w:szCs w:val="26"/>
              </w:rPr>
              <w:t>ả</w:t>
            </w:r>
            <w:r w:rsidRPr="002F6785">
              <w:rPr>
                <w:sz w:val="26"/>
                <w:szCs w:val="26"/>
              </w:rPr>
              <w:t>n ph</w:t>
            </w:r>
            <w:r w:rsidRPr="002F6785">
              <w:rPr>
                <w:sz w:val="26"/>
                <w:szCs w:val="26"/>
              </w:rPr>
              <w:t>ẩ</w:t>
            </w:r>
            <w:r w:rsidRPr="002F6785">
              <w:rPr>
                <w:sz w:val="26"/>
                <w:szCs w:val="26"/>
              </w:rPr>
              <w:t>m, lô s</w:t>
            </w:r>
            <w:r w:rsidRPr="002F6785">
              <w:rPr>
                <w:sz w:val="26"/>
                <w:szCs w:val="26"/>
              </w:rPr>
              <w:t>ả</w:t>
            </w:r>
            <w:r w:rsidRPr="002F6785">
              <w:rPr>
                <w:sz w:val="26"/>
                <w:szCs w:val="26"/>
              </w:rPr>
              <w:t>n ph</w:t>
            </w:r>
            <w:r w:rsidRPr="002F6785">
              <w:rPr>
                <w:sz w:val="26"/>
                <w:szCs w:val="26"/>
              </w:rPr>
              <w:t>ẩ</w:t>
            </w:r>
            <w:r w:rsidRPr="002F6785">
              <w:rPr>
                <w:sz w:val="26"/>
                <w:szCs w:val="26"/>
              </w:rPr>
              <w:t>m, th</w:t>
            </w:r>
            <w:r w:rsidRPr="002F6785">
              <w:rPr>
                <w:sz w:val="26"/>
                <w:szCs w:val="26"/>
              </w:rPr>
              <w:t>ờ</w:t>
            </w:r>
            <w:r w:rsidRPr="002F6785">
              <w:rPr>
                <w:sz w:val="26"/>
                <w:szCs w:val="26"/>
              </w:rPr>
              <w:t>i k</w:t>
            </w:r>
            <w:r w:rsidRPr="002F6785">
              <w:rPr>
                <w:sz w:val="26"/>
                <w:szCs w:val="26"/>
              </w:rPr>
              <w:t>ỳ</w:t>
            </w:r>
            <w:r w:rsidRPr="002F6785">
              <w:rPr>
                <w:sz w:val="26"/>
                <w:szCs w:val="26"/>
              </w:rPr>
              <w:t xml:space="preserve"> đư</w:t>
            </w:r>
            <w:r w:rsidRPr="002F6785">
              <w:rPr>
                <w:sz w:val="26"/>
                <w:szCs w:val="26"/>
              </w:rPr>
              <w:t>ợ</w:t>
            </w:r>
            <w:r w:rsidRPr="002F6785">
              <w:rPr>
                <w:sz w:val="26"/>
                <w:szCs w:val="26"/>
              </w:rPr>
              <w:t>c xem xét, n</w:t>
            </w:r>
            <w:r w:rsidRPr="002F6785">
              <w:rPr>
                <w:sz w:val="26"/>
                <w:szCs w:val="26"/>
              </w:rPr>
              <w:t>ộ</w:t>
            </w:r>
            <w:r w:rsidRPr="002F6785">
              <w:rPr>
                <w:sz w:val="26"/>
                <w:szCs w:val="26"/>
              </w:rPr>
              <w:t>i dung phù h</w:t>
            </w:r>
            <w:r w:rsidRPr="002F6785">
              <w:rPr>
                <w:sz w:val="26"/>
                <w:szCs w:val="26"/>
              </w:rPr>
              <w:t>ợ</w:t>
            </w:r>
            <w:r w:rsidRPr="002F6785">
              <w:rPr>
                <w:sz w:val="26"/>
                <w:szCs w:val="26"/>
              </w:rPr>
              <w:t>p ho</w:t>
            </w:r>
            <w:r w:rsidRPr="002F6785">
              <w:rPr>
                <w:sz w:val="26"/>
                <w:szCs w:val="26"/>
              </w:rPr>
              <w:t>ặ</w:t>
            </w:r>
            <w:r w:rsidRPr="002F6785">
              <w:rPr>
                <w:sz w:val="26"/>
                <w:szCs w:val="26"/>
              </w:rPr>
              <w:t>c không phù h</w:t>
            </w:r>
            <w:r w:rsidRPr="002F6785">
              <w:rPr>
                <w:sz w:val="26"/>
                <w:szCs w:val="26"/>
              </w:rPr>
              <w:t>ợ</w:t>
            </w:r>
            <w:r w:rsidRPr="002F6785">
              <w:rPr>
                <w:sz w:val="26"/>
                <w:szCs w:val="26"/>
              </w:rPr>
              <w:t>p, nguyên nhân, ph</w:t>
            </w:r>
            <w:r w:rsidRPr="002F6785">
              <w:rPr>
                <w:sz w:val="26"/>
                <w:szCs w:val="26"/>
              </w:rPr>
              <w:t>ạ</w:t>
            </w:r>
            <w:r w:rsidRPr="002F6785">
              <w:rPr>
                <w:sz w:val="26"/>
                <w:szCs w:val="26"/>
              </w:rPr>
              <w:t xml:space="preserve">m vi </w:t>
            </w:r>
            <w:r w:rsidRPr="002F6785">
              <w:rPr>
                <w:sz w:val="26"/>
                <w:szCs w:val="26"/>
              </w:rPr>
              <w:t>ả</w:t>
            </w:r>
            <w:r w:rsidRPr="002F6785">
              <w:rPr>
                <w:sz w:val="26"/>
                <w:szCs w:val="26"/>
              </w:rPr>
              <w:t>nh hư</w:t>
            </w:r>
            <w:r w:rsidRPr="002F6785">
              <w:rPr>
                <w:sz w:val="26"/>
                <w:szCs w:val="26"/>
              </w:rPr>
              <w:t>ở</w:t>
            </w:r>
            <w:r w:rsidRPr="002F6785">
              <w:rPr>
                <w:sz w:val="26"/>
                <w:szCs w:val="26"/>
              </w:rPr>
              <w:t xml:space="preserve">ng </w:t>
            </w:r>
            <w:r w:rsidRPr="002F6785">
              <w:rPr>
                <w:sz w:val="26"/>
                <w:szCs w:val="26"/>
              </w:rPr>
              <w:t>và bi</w:t>
            </w:r>
            <w:r w:rsidRPr="002F6785">
              <w:rPr>
                <w:sz w:val="26"/>
                <w:szCs w:val="26"/>
              </w:rPr>
              <w:t>ệ</w:t>
            </w:r>
            <w:r w:rsidRPr="002F6785">
              <w:rPr>
                <w:sz w:val="26"/>
                <w:szCs w:val="26"/>
              </w:rPr>
              <w:t>n pháp x</w:t>
            </w:r>
            <w:r w:rsidRPr="002F6785">
              <w:rPr>
                <w:sz w:val="26"/>
                <w:szCs w:val="26"/>
              </w:rPr>
              <w:t>ử</w:t>
            </w:r>
            <w:r w:rsidRPr="002F6785">
              <w:rPr>
                <w:sz w:val="26"/>
                <w:szCs w:val="26"/>
              </w:rPr>
              <w:t xml:space="preserve"> lý, kh</w:t>
            </w:r>
            <w:r w:rsidRPr="002F6785">
              <w:rPr>
                <w:sz w:val="26"/>
                <w:szCs w:val="26"/>
              </w:rPr>
              <w:t>ắ</w:t>
            </w:r>
            <w:r w:rsidRPr="002F6785">
              <w:rPr>
                <w:sz w:val="26"/>
                <w:szCs w:val="26"/>
              </w:rPr>
              <w:t>c ph</w:t>
            </w:r>
            <w:r w:rsidRPr="002F6785">
              <w:rPr>
                <w:sz w:val="26"/>
                <w:szCs w:val="26"/>
              </w:rPr>
              <w:t>ụ</w:t>
            </w:r>
            <w:r w:rsidRPr="002F6785">
              <w:rPr>
                <w:sz w:val="26"/>
                <w:szCs w:val="26"/>
              </w:rPr>
              <w:t>c có liên quan. Vi</w:t>
            </w:r>
            <w:r w:rsidRPr="002F6785">
              <w:rPr>
                <w:sz w:val="26"/>
                <w:szCs w:val="26"/>
              </w:rPr>
              <w:t>ệ</w:t>
            </w:r>
            <w:r w:rsidRPr="002F6785">
              <w:rPr>
                <w:sz w:val="26"/>
                <w:szCs w:val="26"/>
              </w:rPr>
              <w:t>c g</w:t>
            </w:r>
            <w:r w:rsidRPr="002F6785">
              <w:rPr>
                <w:sz w:val="26"/>
                <w:szCs w:val="26"/>
              </w:rPr>
              <w:t>ử</w:t>
            </w:r>
            <w:r w:rsidRPr="002F6785">
              <w:rPr>
                <w:sz w:val="26"/>
                <w:szCs w:val="26"/>
              </w:rPr>
              <w:t>i, c</w:t>
            </w:r>
            <w:r w:rsidRPr="002F6785">
              <w:rPr>
                <w:sz w:val="26"/>
                <w:szCs w:val="26"/>
              </w:rPr>
              <w:t>ậ</w:t>
            </w:r>
            <w:r w:rsidRPr="002F6785">
              <w:rPr>
                <w:sz w:val="26"/>
                <w:szCs w:val="26"/>
              </w:rPr>
              <w:t>p nh</w:t>
            </w:r>
            <w:r w:rsidRPr="002F6785">
              <w:rPr>
                <w:sz w:val="26"/>
                <w:szCs w:val="26"/>
              </w:rPr>
              <w:t>ậ</w:t>
            </w:r>
            <w:r w:rsidRPr="002F6785">
              <w:rPr>
                <w:sz w:val="26"/>
                <w:szCs w:val="26"/>
              </w:rPr>
              <w:t>t và công khai báo cáo đư</w:t>
            </w:r>
            <w:r w:rsidRPr="002F6785">
              <w:rPr>
                <w:sz w:val="26"/>
                <w:szCs w:val="26"/>
              </w:rPr>
              <w:t>ợ</w:t>
            </w:r>
            <w:r w:rsidRPr="002F6785">
              <w:rPr>
                <w:sz w:val="26"/>
                <w:szCs w:val="26"/>
              </w:rPr>
              <w:t>c th</w:t>
            </w:r>
            <w:r w:rsidRPr="002F6785">
              <w:rPr>
                <w:sz w:val="26"/>
                <w:szCs w:val="26"/>
              </w:rPr>
              <w:t>ự</w:t>
            </w:r>
            <w:r w:rsidRPr="002F6785">
              <w:rPr>
                <w:sz w:val="26"/>
                <w:szCs w:val="26"/>
              </w:rPr>
              <w:t>c hi</w:t>
            </w:r>
            <w:r w:rsidRPr="002F6785">
              <w:rPr>
                <w:sz w:val="26"/>
                <w:szCs w:val="26"/>
              </w:rPr>
              <w:t>ệ</w:t>
            </w:r>
            <w:r w:rsidRPr="002F6785">
              <w:rPr>
                <w:sz w:val="26"/>
                <w:szCs w:val="26"/>
              </w:rPr>
              <w:t>n theo quy đ</w:t>
            </w:r>
            <w:r w:rsidRPr="002F6785">
              <w:rPr>
                <w:sz w:val="26"/>
                <w:szCs w:val="26"/>
              </w:rPr>
              <w:t>ị</w:t>
            </w:r>
            <w:r w:rsidRPr="002F6785">
              <w:rPr>
                <w:sz w:val="26"/>
                <w:szCs w:val="26"/>
              </w:rPr>
              <w:t>nh v</w:t>
            </w:r>
            <w:r w:rsidRPr="002F6785">
              <w:rPr>
                <w:sz w:val="26"/>
                <w:szCs w:val="26"/>
              </w:rPr>
              <w:t>ề</w:t>
            </w:r>
            <w:r w:rsidRPr="002F6785">
              <w:rPr>
                <w:sz w:val="26"/>
                <w:szCs w:val="26"/>
              </w:rPr>
              <w:t xml:space="preserve"> h</w:t>
            </w:r>
            <w:r w:rsidRPr="002F6785">
              <w:rPr>
                <w:sz w:val="26"/>
                <w:szCs w:val="26"/>
              </w:rPr>
              <w:t>ệ</w:t>
            </w:r>
            <w:r w:rsidRPr="002F6785">
              <w:rPr>
                <w:sz w:val="26"/>
                <w:szCs w:val="26"/>
              </w:rPr>
              <w:t xml:space="preserve"> th</w:t>
            </w:r>
            <w:r w:rsidRPr="002F6785">
              <w:rPr>
                <w:sz w:val="26"/>
                <w:szCs w:val="26"/>
              </w:rPr>
              <w:t>ố</w:t>
            </w:r>
            <w:r w:rsidRPr="002F6785">
              <w:rPr>
                <w:sz w:val="26"/>
                <w:szCs w:val="26"/>
              </w:rPr>
              <w:t>ng d</w:t>
            </w:r>
            <w:r w:rsidRPr="002F6785">
              <w:rPr>
                <w:sz w:val="26"/>
                <w:szCs w:val="26"/>
              </w:rPr>
              <w:t>ữ</w:t>
            </w:r>
            <w:r w:rsidRPr="002F6785">
              <w:rPr>
                <w:sz w:val="26"/>
                <w:szCs w:val="26"/>
              </w:rPr>
              <w:t xml:space="preserve"> li</w:t>
            </w:r>
            <w:r w:rsidRPr="002F6785">
              <w:rPr>
                <w:sz w:val="26"/>
                <w:szCs w:val="26"/>
              </w:rPr>
              <w:t>ệ</w:t>
            </w:r>
            <w:r w:rsidRPr="002F6785">
              <w:rPr>
                <w:sz w:val="26"/>
                <w:szCs w:val="26"/>
              </w:rPr>
              <w:t>u, ti</w:t>
            </w:r>
            <w:r w:rsidRPr="002F6785">
              <w:rPr>
                <w:sz w:val="26"/>
                <w:szCs w:val="26"/>
              </w:rPr>
              <w:t>ế</w:t>
            </w:r>
            <w:r w:rsidRPr="002F6785">
              <w:rPr>
                <w:sz w:val="26"/>
                <w:szCs w:val="26"/>
              </w:rPr>
              <w:t>p c</w:t>
            </w:r>
            <w:r w:rsidRPr="002F6785">
              <w:rPr>
                <w:sz w:val="26"/>
                <w:szCs w:val="26"/>
              </w:rPr>
              <w:t>ậ</w:t>
            </w:r>
            <w:r w:rsidRPr="002F6785">
              <w:rPr>
                <w:sz w:val="26"/>
                <w:szCs w:val="26"/>
              </w:rPr>
              <w:t>n thông tin và b</w:t>
            </w:r>
            <w:r w:rsidRPr="002F6785">
              <w:rPr>
                <w:sz w:val="26"/>
                <w:szCs w:val="26"/>
              </w:rPr>
              <w:t>ả</w:t>
            </w:r>
            <w:r w:rsidRPr="002F6785">
              <w:rPr>
                <w:sz w:val="26"/>
                <w:szCs w:val="26"/>
              </w:rPr>
              <w:t>o v</w:t>
            </w:r>
            <w:r w:rsidRPr="002F6785">
              <w:rPr>
                <w:sz w:val="26"/>
                <w:szCs w:val="26"/>
              </w:rPr>
              <w:t>ệ</w:t>
            </w:r>
            <w:r w:rsidRPr="002F6785">
              <w:rPr>
                <w:sz w:val="26"/>
                <w:szCs w:val="26"/>
              </w:rPr>
              <w:t xml:space="preserve"> bí m</w:t>
            </w:r>
            <w:r w:rsidRPr="002F6785">
              <w:rPr>
                <w:sz w:val="26"/>
                <w:szCs w:val="26"/>
              </w:rPr>
              <w:t>ậ</w:t>
            </w:r>
            <w:r w:rsidRPr="002F6785">
              <w:rPr>
                <w:sz w:val="26"/>
                <w:szCs w:val="26"/>
              </w:rPr>
              <w:t>t nhà nư</w:t>
            </w:r>
            <w:r w:rsidRPr="002F6785">
              <w:rPr>
                <w:sz w:val="26"/>
                <w:szCs w:val="26"/>
              </w:rPr>
              <w:t>ớ</w:t>
            </w:r>
            <w:r w:rsidRPr="002F6785">
              <w:rPr>
                <w:sz w:val="26"/>
                <w:szCs w:val="26"/>
              </w:rPr>
              <w:t>c, bí m</w:t>
            </w:r>
            <w:r w:rsidRPr="002F6785">
              <w:rPr>
                <w:sz w:val="26"/>
                <w:szCs w:val="26"/>
              </w:rPr>
              <w:t>ậ</w:t>
            </w:r>
            <w:r w:rsidRPr="002F6785">
              <w:rPr>
                <w:sz w:val="26"/>
                <w:szCs w:val="26"/>
              </w:rPr>
              <w:t>t kinh doanh, d</w:t>
            </w:r>
            <w:r w:rsidRPr="002F6785">
              <w:rPr>
                <w:sz w:val="26"/>
                <w:szCs w:val="26"/>
              </w:rPr>
              <w:t>ữ</w:t>
            </w:r>
            <w:r w:rsidRPr="002F6785">
              <w:rPr>
                <w:sz w:val="26"/>
                <w:szCs w:val="26"/>
              </w:rPr>
              <w:t xml:space="preserve"> li</w:t>
            </w:r>
            <w:r w:rsidRPr="002F6785">
              <w:rPr>
                <w:sz w:val="26"/>
                <w:szCs w:val="26"/>
              </w:rPr>
              <w:t>ệ</w:t>
            </w:r>
            <w:r w:rsidRPr="002F6785">
              <w:rPr>
                <w:sz w:val="26"/>
                <w:szCs w:val="26"/>
              </w:rPr>
              <w:t>u cá nhân, qua đó v</w:t>
            </w:r>
            <w:r w:rsidRPr="002F6785">
              <w:rPr>
                <w:sz w:val="26"/>
                <w:szCs w:val="26"/>
              </w:rPr>
              <w:t>ừ</w:t>
            </w:r>
            <w:r w:rsidRPr="002F6785">
              <w:rPr>
                <w:sz w:val="26"/>
                <w:szCs w:val="26"/>
              </w:rPr>
              <w:t>a ph</w:t>
            </w:r>
            <w:r w:rsidRPr="002F6785">
              <w:rPr>
                <w:sz w:val="26"/>
                <w:szCs w:val="26"/>
              </w:rPr>
              <w:t>ụ</w:t>
            </w:r>
            <w:r w:rsidRPr="002F6785">
              <w:rPr>
                <w:sz w:val="26"/>
                <w:szCs w:val="26"/>
              </w:rPr>
              <w:t>c v</w:t>
            </w:r>
            <w:r w:rsidRPr="002F6785">
              <w:rPr>
                <w:sz w:val="26"/>
                <w:szCs w:val="26"/>
              </w:rPr>
              <w:t>ụ</w:t>
            </w:r>
            <w:r w:rsidRPr="002F6785">
              <w:rPr>
                <w:sz w:val="26"/>
                <w:szCs w:val="26"/>
              </w:rPr>
              <w:t xml:space="preserve"> qu</w:t>
            </w:r>
            <w:r w:rsidRPr="002F6785">
              <w:rPr>
                <w:sz w:val="26"/>
                <w:szCs w:val="26"/>
              </w:rPr>
              <w:t>ả</w:t>
            </w:r>
            <w:r w:rsidRPr="002F6785">
              <w:rPr>
                <w:sz w:val="26"/>
                <w:szCs w:val="26"/>
              </w:rPr>
              <w:t>n lý r</w:t>
            </w:r>
            <w:r w:rsidRPr="002F6785">
              <w:rPr>
                <w:sz w:val="26"/>
                <w:szCs w:val="26"/>
              </w:rPr>
              <w:t>ủ</w:t>
            </w:r>
            <w:r w:rsidRPr="002F6785">
              <w:rPr>
                <w:sz w:val="26"/>
                <w:szCs w:val="26"/>
              </w:rPr>
              <w:t>i ro v</w:t>
            </w:r>
            <w:r w:rsidRPr="002F6785">
              <w:rPr>
                <w:sz w:val="26"/>
                <w:szCs w:val="26"/>
              </w:rPr>
              <w:t>ừ</w:t>
            </w:r>
            <w:r w:rsidRPr="002F6785">
              <w:rPr>
                <w:sz w:val="26"/>
                <w:szCs w:val="26"/>
              </w:rPr>
              <w:t>a b</w:t>
            </w:r>
            <w:r w:rsidRPr="002F6785">
              <w:rPr>
                <w:sz w:val="26"/>
                <w:szCs w:val="26"/>
              </w:rPr>
              <w:t>ả</w:t>
            </w:r>
            <w:r w:rsidRPr="002F6785">
              <w:rPr>
                <w:sz w:val="26"/>
                <w:szCs w:val="26"/>
              </w:rPr>
              <w:t>o đ</w:t>
            </w:r>
            <w:r w:rsidRPr="002F6785">
              <w:rPr>
                <w:sz w:val="26"/>
                <w:szCs w:val="26"/>
              </w:rPr>
              <w:t>ả</w:t>
            </w:r>
            <w:r w:rsidRPr="002F6785">
              <w:rPr>
                <w:sz w:val="26"/>
                <w:szCs w:val="26"/>
              </w:rPr>
              <w:t>m quy</w:t>
            </w:r>
            <w:r w:rsidRPr="002F6785">
              <w:rPr>
                <w:sz w:val="26"/>
                <w:szCs w:val="26"/>
              </w:rPr>
              <w:t>ề</w:t>
            </w:r>
            <w:r w:rsidRPr="002F6785">
              <w:rPr>
                <w:sz w:val="26"/>
                <w:szCs w:val="26"/>
              </w:rPr>
              <w:t>n, l</w:t>
            </w:r>
            <w:r w:rsidRPr="002F6785">
              <w:rPr>
                <w:sz w:val="26"/>
                <w:szCs w:val="26"/>
              </w:rPr>
              <w:t>ợ</w:t>
            </w:r>
            <w:r w:rsidRPr="002F6785">
              <w:rPr>
                <w:sz w:val="26"/>
                <w:szCs w:val="26"/>
              </w:rPr>
              <w:t>i ích h</w:t>
            </w:r>
            <w:r w:rsidRPr="002F6785">
              <w:rPr>
                <w:sz w:val="26"/>
                <w:szCs w:val="26"/>
              </w:rPr>
              <w:t>ợ</w:t>
            </w:r>
            <w:r w:rsidRPr="002F6785">
              <w:rPr>
                <w:sz w:val="26"/>
                <w:szCs w:val="26"/>
              </w:rPr>
              <w:t>p pháp c</w:t>
            </w:r>
            <w:r w:rsidRPr="002F6785">
              <w:rPr>
                <w:sz w:val="26"/>
                <w:szCs w:val="26"/>
              </w:rPr>
              <w:t>ủ</w:t>
            </w:r>
            <w:r w:rsidRPr="002F6785">
              <w:rPr>
                <w:sz w:val="26"/>
                <w:szCs w:val="26"/>
              </w:rPr>
              <w:t>a các ch</w:t>
            </w:r>
            <w:r w:rsidRPr="002F6785">
              <w:rPr>
                <w:sz w:val="26"/>
                <w:szCs w:val="26"/>
              </w:rPr>
              <w:t>ủ</w:t>
            </w:r>
            <w:r w:rsidRPr="002F6785">
              <w:rPr>
                <w:sz w:val="26"/>
                <w:szCs w:val="26"/>
              </w:rPr>
              <w:t xml:space="preserve"> th</w:t>
            </w:r>
            <w:r w:rsidRPr="002F6785">
              <w:rPr>
                <w:sz w:val="26"/>
                <w:szCs w:val="26"/>
              </w:rPr>
              <w:t>ể</w:t>
            </w:r>
            <w:r w:rsidRPr="002F6785">
              <w:rPr>
                <w:sz w:val="26"/>
                <w:szCs w:val="26"/>
              </w:rPr>
              <w:t xml:space="preserve"> liên quan.</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lastRenderedPageBreak/>
              <w:t>Điề</w:t>
            </w:r>
            <w:r w:rsidRPr="002F6785">
              <w:rPr>
                <w:b/>
                <w:sz w:val="26"/>
                <w:szCs w:val="26"/>
              </w:rPr>
              <w:t xml:space="preserve">u 19. </w:t>
            </w:r>
            <w:r w:rsidR="00204C7B" w:rsidRPr="002F6785">
              <w:rPr>
                <w:b/>
                <w:sz w:val="26"/>
                <w:szCs w:val="26"/>
              </w:rPr>
              <w:t xml:space="preserve">Sử dụng kết quả kiểm tra </w:t>
            </w:r>
            <w:r w:rsidR="00F65DE5" w:rsidRPr="002F6785">
              <w:rPr>
                <w:b/>
                <w:sz w:val="26"/>
                <w:szCs w:val="26"/>
              </w:rPr>
              <w:t xml:space="preserve">chất lượng thép </w:t>
            </w:r>
            <w:r w:rsidR="00204C7B" w:rsidRPr="002F6785">
              <w:rPr>
                <w:b/>
                <w:sz w:val="26"/>
                <w:szCs w:val="26"/>
              </w:rPr>
              <w:t>tại nguồn</w:t>
            </w:r>
          </w:p>
        </w:tc>
        <w:tc>
          <w:tcPr>
            <w:tcW w:w="6636" w:type="dxa"/>
          </w:tcPr>
          <w:p w:rsidR="00F65DE5" w:rsidRPr="002F6785" w:rsidRDefault="00F65DE5" w:rsidP="002F6785">
            <w:pPr>
              <w:widowControl w:val="0"/>
              <w:spacing w:before="60" w:after="60"/>
              <w:jc w:val="both"/>
              <w:rPr>
                <w:rFonts w:cs="Times New Roman"/>
                <w:sz w:val="26"/>
                <w:szCs w:val="26"/>
              </w:rPr>
            </w:pPr>
            <w:r w:rsidRPr="002F6785">
              <w:rPr>
                <w:rFonts w:cs="Times New Roman"/>
                <w:sz w:val="26"/>
                <w:szCs w:val="26"/>
              </w:rPr>
              <w:t>1. Kết quả kiểm tra chất lượng thép tại nguồn là nguồn thông tin phục vụ hậu kiểm, đánh giá lịch sử tuân thủ, cảnh báo và lựa chọn đối tượng, nội dung, tần suất kiểm tra theo quy định của pháp luật; không phải giấy chứng nhận và không có giá trị thay thế kết quả đánh giá sự phù hợp.</w:t>
            </w:r>
          </w:p>
          <w:p w:rsidR="00F65DE5" w:rsidRPr="002F6785" w:rsidRDefault="00F65DE5" w:rsidP="002F6785">
            <w:pPr>
              <w:widowControl w:val="0"/>
              <w:spacing w:before="60" w:after="60"/>
              <w:jc w:val="both"/>
              <w:rPr>
                <w:rFonts w:cs="Times New Roman"/>
                <w:sz w:val="26"/>
                <w:szCs w:val="26"/>
              </w:rPr>
            </w:pPr>
            <w:r w:rsidRPr="002F6785">
              <w:rPr>
                <w:rFonts w:cs="Times New Roman"/>
                <w:sz w:val="26"/>
                <w:szCs w:val="26"/>
              </w:rPr>
              <w:t>2. Kết quả cho thấy cơ sở duy trì tốt sự phù hợp được xem xét cùng kết quả kiểm tra các lô hàng, dữ liệu hậu kiểm trên thị trường và lịch sử tuân thủ khi áp dụng quản lý rủi ro. Kết quả này không tự động làm phát sinh quyền miễn kiểm tra, giảm kiểm tra hoặc không phải thực hiện lại công bố hợp quy ngoài các điều kiện quy định tại Nghị định số 37/2026/NĐ-CP.</w:t>
            </w:r>
          </w:p>
          <w:p w:rsidR="00E43B08" w:rsidRPr="002F6785" w:rsidRDefault="00E43B08" w:rsidP="002F6785">
            <w:pPr>
              <w:widowControl w:val="0"/>
              <w:spacing w:before="60" w:after="60"/>
              <w:jc w:val="both"/>
              <w:rPr>
                <w:rFonts w:cs="Times New Roman"/>
                <w:sz w:val="26"/>
                <w:szCs w:val="26"/>
              </w:rPr>
            </w:pPr>
            <w:r w:rsidRPr="002F6785">
              <w:rPr>
                <w:rFonts w:cs="Times New Roman"/>
                <w:sz w:val="26"/>
                <w:szCs w:val="26"/>
              </w:rPr>
              <w:lastRenderedPageBreak/>
              <w:t>3. Khi phát hiện rủi ro hoặc sự không phù hợp, Bộ Khoa học và Công nghệ thực hiện hoặc yêu cầu thực hiện theo thẩm quyền việc kiểm tra sản phẩm đang lưu thông, truy xuất phạm vi lô bị ảnh hưởng, cảnh báo, thu hồi, áp dụng chế độ kiểm tra phù hợp; đồng thời chuyển thông tin cho cơ quan có thẩm quyền xem xét tính hợp lệ, phạm vi sử dụng của kết quả đánh giá sự phù hợp và áp dụng biện pháp xử lý khác theo quy định của pháp luật.</w:t>
            </w:r>
          </w:p>
          <w:p w:rsidR="005B442E" w:rsidRPr="002F6785" w:rsidRDefault="00F65DE5" w:rsidP="002F6785">
            <w:pPr>
              <w:widowControl w:val="0"/>
              <w:spacing w:before="60" w:after="60"/>
              <w:jc w:val="both"/>
              <w:rPr>
                <w:sz w:val="26"/>
                <w:szCs w:val="26"/>
              </w:rPr>
            </w:pPr>
            <w:r w:rsidRPr="002F6785">
              <w:rPr>
                <w:rFonts w:cs="Times New Roman"/>
                <w:sz w:val="26"/>
                <w:szCs w:val="26"/>
              </w:rPr>
              <w:t>4. Biện pháp quản lý phải tương xứng với rủi ro, giới hạn trong sản phẩm, lô sản phẩm, cơ sở sản xuất và thời gian có liên quan; được xem xét điều chỉnh khi tổ chức, cá nhân cung cấp bằng chứng khắc phục có hiệu lực hoặc khi có thông tin mới.</w:t>
            </w:r>
          </w:p>
        </w:tc>
        <w:tc>
          <w:tcPr>
            <w:tcW w:w="5760" w:type="dxa"/>
          </w:tcPr>
          <w:p w:rsidR="000F36C2" w:rsidRPr="000F36C2" w:rsidRDefault="00AC53F4" w:rsidP="002F6785">
            <w:pPr>
              <w:spacing w:before="60" w:after="60"/>
              <w:jc w:val="both"/>
              <w:rPr>
                <w:sz w:val="26"/>
                <w:szCs w:val="26"/>
              </w:rPr>
            </w:pPr>
            <w:r w:rsidRPr="002F6785">
              <w:rPr>
                <w:sz w:val="26"/>
                <w:szCs w:val="26"/>
              </w:rPr>
              <w:lastRenderedPageBreak/>
              <w:t>Đi</w:t>
            </w:r>
            <w:r w:rsidRPr="002F6785">
              <w:rPr>
                <w:sz w:val="26"/>
                <w:szCs w:val="26"/>
              </w:rPr>
              <w:t>ề</w:t>
            </w:r>
            <w:r w:rsidRPr="002F6785">
              <w:rPr>
                <w:sz w:val="26"/>
                <w:szCs w:val="26"/>
              </w:rPr>
              <w:t>u này xác đ</w:t>
            </w:r>
            <w:r w:rsidRPr="002F6785">
              <w:rPr>
                <w:sz w:val="26"/>
                <w:szCs w:val="26"/>
              </w:rPr>
              <w:t>ị</w:t>
            </w:r>
            <w:r w:rsidRPr="002F6785">
              <w:rPr>
                <w:sz w:val="26"/>
                <w:szCs w:val="26"/>
              </w:rPr>
              <w:t>nh rõ giá tr</w:t>
            </w:r>
            <w:r w:rsidRPr="002F6785">
              <w:rPr>
                <w:sz w:val="26"/>
                <w:szCs w:val="26"/>
              </w:rPr>
              <w:t>ị</w:t>
            </w:r>
            <w:r w:rsidRPr="002F6785">
              <w:rPr>
                <w:sz w:val="26"/>
                <w:szCs w:val="26"/>
              </w:rPr>
              <w:t xml:space="preserve"> s</w:t>
            </w:r>
            <w:r w:rsidRPr="002F6785">
              <w:rPr>
                <w:sz w:val="26"/>
                <w:szCs w:val="26"/>
              </w:rPr>
              <w:t>ử</w:t>
            </w:r>
            <w:r w:rsidRPr="002F6785">
              <w:rPr>
                <w:sz w:val="26"/>
                <w:szCs w:val="26"/>
              </w:rPr>
              <w:t xml:space="preserve"> d</w:t>
            </w:r>
            <w:r w:rsidRPr="002F6785">
              <w:rPr>
                <w:sz w:val="26"/>
                <w:szCs w:val="26"/>
              </w:rPr>
              <w:t>ụ</w:t>
            </w:r>
            <w:r w:rsidRPr="002F6785">
              <w:rPr>
                <w:sz w:val="26"/>
                <w:szCs w:val="26"/>
              </w:rPr>
              <w:t>ng c</w:t>
            </w:r>
            <w:r w:rsidRPr="002F6785">
              <w:rPr>
                <w:sz w:val="26"/>
                <w:szCs w:val="26"/>
              </w:rPr>
              <w:t>ủ</w:t>
            </w:r>
            <w:r w:rsidRPr="002F6785">
              <w:rPr>
                <w:sz w:val="26"/>
                <w:szCs w:val="26"/>
              </w:rPr>
              <w:t>a k</w:t>
            </w:r>
            <w:r w:rsidRPr="002F6785">
              <w:rPr>
                <w:sz w:val="26"/>
                <w:szCs w:val="26"/>
              </w:rPr>
              <w:t>ế</w:t>
            </w:r>
            <w:r w:rsidRPr="002F6785">
              <w:rPr>
                <w:sz w:val="26"/>
                <w:szCs w:val="26"/>
              </w:rPr>
              <w:t>t qu</w:t>
            </w:r>
            <w:r w:rsidRPr="002F6785">
              <w:rPr>
                <w:sz w:val="26"/>
                <w:szCs w:val="26"/>
              </w:rPr>
              <w:t>ả</w:t>
            </w:r>
            <w:r w:rsidRPr="002F6785">
              <w:rPr>
                <w:sz w:val="26"/>
                <w:szCs w:val="26"/>
              </w:rPr>
              <w:t xml:space="preserve"> ki</w:t>
            </w:r>
            <w:r w:rsidRPr="002F6785">
              <w:rPr>
                <w:sz w:val="26"/>
                <w:szCs w:val="26"/>
              </w:rPr>
              <w:t>ể</w:t>
            </w:r>
            <w:r w:rsidRPr="002F6785">
              <w:rPr>
                <w:sz w:val="26"/>
                <w:szCs w:val="26"/>
              </w:rPr>
              <w:t>m tra t</w:t>
            </w:r>
            <w:r w:rsidRPr="002F6785">
              <w:rPr>
                <w:sz w:val="26"/>
                <w:szCs w:val="26"/>
              </w:rPr>
              <w:t>ạ</w:t>
            </w:r>
            <w:r w:rsidRPr="002F6785">
              <w:rPr>
                <w:sz w:val="26"/>
                <w:szCs w:val="26"/>
              </w:rPr>
              <w:t>i ngu</w:t>
            </w:r>
            <w:r w:rsidRPr="002F6785">
              <w:rPr>
                <w:sz w:val="26"/>
                <w:szCs w:val="26"/>
              </w:rPr>
              <w:t>ồ</w:t>
            </w:r>
            <w:r w:rsidRPr="002F6785">
              <w:rPr>
                <w:sz w:val="26"/>
                <w:szCs w:val="26"/>
              </w:rPr>
              <w:t>n: đây là ngu</w:t>
            </w:r>
            <w:r w:rsidRPr="002F6785">
              <w:rPr>
                <w:sz w:val="26"/>
                <w:szCs w:val="26"/>
              </w:rPr>
              <w:t>ồ</w:t>
            </w:r>
            <w:r w:rsidRPr="002F6785">
              <w:rPr>
                <w:sz w:val="26"/>
                <w:szCs w:val="26"/>
              </w:rPr>
              <w:t>n thông tin ph</w:t>
            </w:r>
            <w:r w:rsidRPr="002F6785">
              <w:rPr>
                <w:sz w:val="26"/>
                <w:szCs w:val="26"/>
              </w:rPr>
              <w:t>ụ</w:t>
            </w:r>
            <w:r w:rsidRPr="002F6785">
              <w:rPr>
                <w:sz w:val="26"/>
                <w:szCs w:val="26"/>
              </w:rPr>
              <w:t>c v</w:t>
            </w:r>
            <w:r w:rsidRPr="002F6785">
              <w:rPr>
                <w:sz w:val="26"/>
                <w:szCs w:val="26"/>
              </w:rPr>
              <w:t>ụ</w:t>
            </w:r>
            <w:r w:rsidRPr="002F6785">
              <w:rPr>
                <w:sz w:val="26"/>
                <w:szCs w:val="26"/>
              </w:rPr>
              <w:t xml:space="preserve"> h</w:t>
            </w:r>
            <w:r w:rsidRPr="002F6785">
              <w:rPr>
                <w:sz w:val="26"/>
                <w:szCs w:val="26"/>
              </w:rPr>
              <w:t>ậ</w:t>
            </w:r>
            <w:r w:rsidRPr="002F6785">
              <w:rPr>
                <w:sz w:val="26"/>
                <w:szCs w:val="26"/>
              </w:rPr>
              <w:t>u ki</w:t>
            </w:r>
            <w:r w:rsidRPr="002F6785">
              <w:rPr>
                <w:sz w:val="26"/>
                <w:szCs w:val="26"/>
              </w:rPr>
              <w:t>ể</w:t>
            </w:r>
            <w:r w:rsidRPr="002F6785">
              <w:rPr>
                <w:sz w:val="26"/>
                <w:szCs w:val="26"/>
              </w:rPr>
              <w:t>m, đánh giá l</w:t>
            </w:r>
            <w:r w:rsidRPr="002F6785">
              <w:rPr>
                <w:sz w:val="26"/>
                <w:szCs w:val="26"/>
              </w:rPr>
              <w:t>ị</w:t>
            </w:r>
            <w:r w:rsidRPr="002F6785">
              <w:rPr>
                <w:sz w:val="26"/>
                <w:szCs w:val="26"/>
              </w:rPr>
              <w:t>ch s</w:t>
            </w:r>
            <w:r w:rsidRPr="002F6785">
              <w:rPr>
                <w:sz w:val="26"/>
                <w:szCs w:val="26"/>
              </w:rPr>
              <w:t>ử</w:t>
            </w:r>
            <w:r w:rsidRPr="002F6785">
              <w:rPr>
                <w:sz w:val="26"/>
                <w:szCs w:val="26"/>
              </w:rPr>
              <w:t xml:space="preserve"> tu</w:t>
            </w:r>
            <w:r w:rsidRPr="002F6785">
              <w:rPr>
                <w:sz w:val="26"/>
                <w:szCs w:val="26"/>
              </w:rPr>
              <w:t>ân th</w:t>
            </w:r>
            <w:r w:rsidRPr="002F6785">
              <w:rPr>
                <w:sz w:val="26"/>
                <w:szCs w:val="26"/>
              </w:rPr>
              <w:t>ủ</w:t>
            </w:r>
            <w:r w:rsidRPr="002F6785">
              <w:rPr>
                <w:sz w:val="26"/>
                <w:szCs w:val="26"/>
              </w:rPr>
              <w:t>, c</w:t>
            </w:r>
            <w:r w:rsidRPr="002F6785">
              <w:rPr>
                <w:sz w:val="26"/>
                <w:szCs w:val="26"/>
              </w:rPr>
              <w:t>ả</w:t>
            </w:r>
            <w:r w:rsidRPr="002F6785">
              <w:rPr>
                <w:sz w:val="26"/>
                <w:szCs w:val="26"/>
              </w:rPr>
              <w:t>nh báo và l</w:t>
            </w:r>
            <w:r w:rsidRPr="002F6785">
              <w:rPr>
                <w:sz w:val="26"/>
                <w:szCs w:val="26"/>
              </w:rPr>
              <w:t>ự</w:t>
            </w:r>
            <w:r w:rsidRPr="002F6785">
              <w:rPr>
                <w:sz w:val="26"/>
                <w:szCs w:val="26"/>
              </w:rPr>
              <w:t>a ch</w:t>
            </w:r>
            <w:r w:rsidRPr="002F6785">
              <w:rPr>
                <w:sz w:val="26"/>
                <w:szCs w:val="26"/>
              </w:rPr>
              <w:t>ọ</w:t>
            </w:r>
            <w:r w:rsidRPr="002F6785">
              <w:rPr>
                <w:sz w:val="26"/>
                <w:szCs w:val="26"/>
              </w:rPr>
              <w:t>n bi</w:t>
            </w:r>
            <w:r w:rsidRPr="002F6785">
              <w:rPr>
                <w:sz w:val="26"/>
                <w:szCs w:val="26"/>
              </w:rPr>
              <w:t>ệ</w:t>
            </w:r>
            <w:r w:rsidRPr="002F6785">
              <w:rPr>
                <w:sz w:val="26"/>
                <w:szCs w:val="26"/>
              </w:rPr>
              <w:t>n pháp qu</w:t>
            </w:r>
            <w:r w:rsidRPr="002F6785">
              <w:rPr>
                <w:sz w:val="26"/>
                <w:szCs w:val="26"/>
              </w:rPr>
              <w:t>ả</w:t>
            </w:r>
            <w:r w:rsidRPr="002F6785">
              <w:rPr>
                <w:sz w:val="26"/>
                <w:szCs w:val="26"/>
              </w:rPr>
              <w:t>n lý theo r</w:t>
            </w:r>
            <w:r w:rsidRPr="002F6785">
              <w:rPr>
                <w:sz w:val="26"/>
                <w:szCs w:val="26"/>
              </w:rPr>
              <w:t>ủ</w:t>
            </w:r>
            <w:r w:rsidRPr="002F6785">
              <w:rPr>
                <w:sz w:val="26"/>
                <w:szCs w:val="26"/>
              </w:rPr>
              <w:t>i ro; không ph</w:t>
            </w:r>
            <w:r w:rsidRPr="002F6785">
              <w:rPr>
                <w:sz w:val="26"/>
                <w:szCs w:val="26"/>
              </w:rPr>
              <w:t>ả</w:t>
            </w:r>
            <w:r w:rsidRPr="002F6785">
              <w:rPr>
                <w:sz w:val="26"/>
                <w:szCs w:val="26"/>
              </w:rPr>
              <w:t>i gi</w:t>
            </w:r>
            <w:r w:rsidRPr="002F6785">
              <w:rPr>
                <w:sz w:val="26"/>
                <w:szCs w:val="26"/>
              </w:rPr>
              <w:t>ấ</w:t>
            </w:r>
            <w:r w:rsidRPr="002F6785">
              <w:rPr>
                <w:sz w:val="26"/>
                <w:szCs w:val="26"/>
              </w:rPr>
              <w:t>y ch</w:t>
            </w:r>
            <w:r w:rsidRPr="002F6785">
              <w:rPr>
                <w:sz w:val="26"/>
                <w:szCs w:val="26"/>
              </w:rPr>
              <w:t>ứ</w:t>
            </w:r>
            <w:r w:rsidRPr="002F6785">
              <w:rPr>
                <w:sz w:val="26"/>
                <w:szCs w:val="26"/>
              </w:rPr>
              <w:t>ng nh</w:t>
            </w:r>
            <w:r w:rsidRPr="002F6785">
              <w:rPr>
                <w:sz w:val="26"/>
                <w:szCs w:val="26"/>
              </w:rPr>
              <w:t>ậ</w:t>
            </w:r>
            <w:r w:rsidRPr="002F6785">
              <w:rPr>
                <w:sz w:val="26"/>
                <w:szCs w:val="26"/>
              </w:rPr>
              <w:t>n và không thay th</w:t>
            </w:r>
            <w:r w:rsidRPr="002F6785">
              <w:rPr>
                <w:sz w:val="26"/>
                <w:szCs w:val="26"/>
              </w:rPr>
              <w:t>ế</w:t>
            </w:r>
            <w:r w:rsidRPr="002F6785">
              <w:rPr>
                <w:sz w:val="26"/>
                <w:szCs w:val="26"/>
              </w:rPr>
              <w:t xml:space="preserve"> k</w:t>
            </w:r>
            <w:r w:rsidRPr="002F6785">
              <w:rPr>
                <w:sz w:val="26"/>
                <w:szCs w:val="26"/>
              </w:rPr>
              <w:t>ế</w:t>
            </w:r>
            <w:r w:rsidRPr="002F6785">
              <w:rPr>
                <w:sz w:val="26"/>
                <w:szCs w:val="26"/>
              </w:rPr>
              <w:t>t qu</w:t>
            </w:r>
            <w:r w:rsidRPr="002F6785">
              <w:rPr>
                <w:sz w:val="26"/>
                <w:szCs w:val="26"/>
              </w:rPr>
              <w:t>ả</w:t>
            </w:r>
            <w:r w:rsidRPr="002F6785">
              <w:rPr>
                <w:sz w:val="26"/>
                <w:szCs w:val="26"/>
              </w:rPr>
              <w:t xml:space="preserve"> đánh giá s</w:t>
            </w:r>
            <w:r w:rsidRPr="002F6785">
              <w:rPr>
                <w:sz w:val="26"/>
                <w:szCs w:val="26"/>
              </w:rPr>
              <w:t>ự</w:t>
            </w:r>
            <w:r w:rsidRPr="002F6785">
              <w:rPr>
                <w:sz w:val="26"/>
                <w:szCs w:val="26"/>
              </w:rPr>
              <w:t xml:space="preserve"> phù h</w:t>
            </w:r>
            <w:r w:rsidRPr="002F6785">
              <w:rPr>
                <w:sz w:val="26"/>
                <w:szCs w:val="26"/>
              </w:rPr>
              <w:t>ợ</w:t>
            </w:r>
            <w:r w:rsidRPr="002F6785">
              <w:rPr>
                <w:sz w:val="26"/>
                <w:szCs w:val="26"/>
              </w:rPr>
              <w:t>p. Quy đ</w:t>
            </w:r>
            <w:r w:rsidRPr="002F6785">
              <w:rPr>
                <w:sz w:val="26"/>
                <w:szCs w:val="26"/>
              </w:rPr>
              <w:t>ị</w:t>
            </w:r>
            <w:r w:rsidRPr="002F6785">
              <w:rPr>
                <w:sz w:val="26"/>
                <w:szCs w:val="26"/>
              </w:rPr>
              <w:t>nh này nh</w:t>
            </w:r>
            <w:r w:rsidRPr="002F6785">
              <w:rPr>
                <w:sz w:val="26"/>
                <w:szCs w:val="26"/>
              </w:rPr>
              <w:t>ằ</w:t>
            </w:r>
            <w:r w:rsidRPr="002F6785">
              <w:rPr>
                <w:sz w:val="26"/>
                <w:szCs w:val="26"/>
              </w:rPr>
              <w:t>m tránh vi</w:t>
            </w:r>
            <w:r w:rsidRPr="002F6785">
              <w:rPr>
                <w:sz w:val="26"/>
                <w:szCs w:val="26"/>
              </w:rPr>
              <w:t>ệ</w:t>
            </w:r>
            <w:r w:rsidRPr="002F6785">
              <w:rPr>
                <w:sz w:val="26"/>
                <w:szCs w:val="26"/>
              </w:rPr>
              <w:t>c hi</w:t>
            </w:r>
            <w:r w:rsidRPr="002F6785">
              <w:rPr>
                <w:sz w:val="26"/>
                <w:szCs w:val="26"/>
              </w:rPr>
              <w:t>ể</w:t>
            </w:r>
            <w:r w:rsidRPr="002F6785">
              <w:rPr>
                <w:sz w:val="26"/>
                <w:szCs w:val="26"/>
              </w:rPr>
              <w:t>u k</w:t>
            </w:r>
            <w:r w:rsidRPr="002F6785">
              <w:rPr>
                <w:sz w:val="26"/>
                <w:szCs w:val="26"/>
              </w:rPr>
              <w:t>ế</w:t>
            </w:r>
            <w:r w:rsidRPr="002F6785">
              <w:rPr>
                <w:sz w:val="26"/>
                <w:szCs w:val="26"/>
              </w:rPr>
              <w:t>t qu</w:t>
            </w:r>
            <w:r w:rsidRPr="002F6785">
              <w:rPr>
                <w:sz w:val="26"/>
                <w:szCs w:val="26"/>
              </w:rPr>
              <w:t>ả</w:t>
            </w:r>
            <w:r w:rsidRPr="002F6785">
              <w:rPr>
                <w:sz w:val="26"/>
                <w:szCs w:val="26"/>
              </w:rPr>
              <w:t xml:space="preserve"> ki</w:t>
            </w:r>
            <w:r w:rsidRPr="002F6785">
              <w:rPr>
                <w:sz w:val="26"/>
                <w:szCs w:val="26"/>
              </w:rPr>
              <w:t>ể</w:t>
            </w:r>
            <w:r w:rsidRPr="002F6785">
              <w:rPr>
                <w:sz w:val="26"/>
                <w:szCs w:val="26"/>
              </w:rPr>
              <w:t>m tra t</w:t>
            </w:r>
            <w:r w:rsidRPr="002F6785">
              <w:rPr>
                <w:sz w:val="26"/>
                <w:szCs w:val="26"/>
              </w:rPr>
              <w:t>ạ</w:t>
            </w:r>
            <w:r w:rsidRPr="002F6785">
              <w:rPr>
                <w:sz w:val="26"/>
                <w:szCs w:val="26"/>
              </w:rPr>
              <w:t>i ngu</w:t>
            </w:r>
            <w:r w:rsidRPr="002F6785">
              <w:rPr>
                <w:sz w:val="26"/>
                <w:szCs w:val="26"/>
              </w:rPr>
              <w:t>ồ</w:t>
            </w:r>
            <w:r w:rsidRPr="002F6785">
              <w:rPr>
                <w:sz w:val="26"/>
                <w:szCs w:val="26"/>
              </w:rPr>
              <w:t>n như căn c</w:t>
            </w:r>
            <w:r w:rsidRPr="002F6785">
              <w:rPr>
                <w:sz w:val="26"/>
                <w:szCs w:val="26"/>
              </w:rPr>
              <w:t>ứ</w:t>
            </w:r>
            <w:r w:rsidRPr="002F6785">
              <w:rPr>
                <w:sz w:val="26"/>
                <w:szCs w:val="26"/>
              </w:rPr>
              <w:t xml:space="preserve"> đ</w:t>
            </w:r>
            <w:r w:rsidRPr="002F6785">
              <w:rPr>
                <w:sz w:val="26"/>
                <w:szCs w:val="26"/>
              </w:rPr>
              <w:t>ộ</w:t>
            </w:r>
            <w:r w:rsidRPr="002F6785">
              <w:rPr>
                <w:sz w:val="26"/>
                <w:szCs w:val="26"/>
              </w:rPr>
              <w:t>c l</w:t>
            </w:r>
            <w:r w:rsidRPr="002F6785">
              <w:rPr>
                <w:sz w:val="26"/>
                <w:szCs w:val="26"/>
              </w:rPr>
              <w:t>ậ</w:t>
            </w:r>
            <w:r w:rsidRPr="002F6785">
              <w:rPr>
                <w:sz w:val="26"/>
                <w:szCs w:val="26"/>
              </w:rPr>
              <w:t>p làm phát sinh quy</w:t>
            </w:r>
            <w:r w:rsidRPr="002F6785">
              <w:rPr>
                <w:sz w:val="26"/>
                <w:szCs w:val="26"/>
              </w:rPr>
              <w:t>ề</w:t>
            </w:r>
            <w:r w:rsidRPr="002F6785">
              <w:rPr>
                <w:sz w:val="26"/>
                <w:szCs w:val="26"/>
              </w:rPr>
              <w:t>n mi</w:t>
            </w:r>
            <w:r w:rsidRPr="002F6785">
              <w:rPr>
                <w:sz w:val="26"/>
                <w:szCs w:val="26"/>
              </w:rPr>
              <w:t>ễ</w:t>
            </w:r>
            <w:r w:rsidRPr="002F6785">
              <w:rPr>
                <w:sz w:val="26"/>
                <w:szCs w:val="26"/>
              </w:rPr>
              <w:t>n, gi</w:t>
            </w:r>
            <w:r w:rsidRPr="002F6785">
              <w:rPr>
                <w:sz w:val="26"/>
                <w:szCs w:val="26"/>
              </w:rPr>
              <w:t>ả</w:t>
            </w:r>
            <w:r w:rsidRPr="002F6785">
              <w:rPr>
                <w:sz w:val="26"/>
                <w:szCs w:val="26"/>
              </w:rPr>
              <w:t>m ki</w:t>
            </w:r>
            <w:r w:rsidRPr="002F6785">
              <w:rPr>
                <w:sz w:val="26"/>
                <w:szCs w:val="26"/>
              </w:rPr>
              <w:t>ể</w:t>
            </w:r>
            <w:r w:rsidRPr="002F6785">
              <w:rPr>
                <w:sz w:val="26"/>
                <w:szCs w:val="26"/>
              </w:rPr>
              <w:t>m tra ho</w:t>
            </w:r>
            <w:r w:rsidRPr="002F6785">
              <w:rPr>
                <w:sz w:val="26"/>
                <w:szCs w:val="26"/>
              </w:rPr>
              <w:t>ặ</w:t>
            </w:r>
            <w:r w:rsidRPr="002F6785">
              <w:rPr>
                <w:sz w:val="26"/>
                <w:szCs w:val="26"/>
              </w:rPr>
              <w:t>c mi</w:t>
            </w:r>
            <w:r w:rsidRPr="002F6785">
              <w:rPr>
                <w:sz w:val="26"/>
                <w:szCs w:val="26"/>
              </w:rPr>
              <w:t>ễ</w:t>
            </w:r>
            <w:r w:rsidRPr="002F6785">
              <w:rPr>
                <w:sz w:val="26"/>
                <w:szCs w:val="26"/>
              </w:rPr>
              <w:t>n th</w:t>
            </w:r>
            <w:r w:rsidRPr="002F6785">
              <w:rPr>
                <w:sz w:val="26"/>
                <w:szCs w:val="26"/>
              </w:rPr>
              <w:t>ự</w:t>
            </w:r>
            <w:r w:rsidRPr="002F6785">
              <w:rPr>
                <w:sz w:val="26"/>
                <w:szCs w:val="26"/>
              </w:rPr>
              <w:t>c hi</w:t>
            </w:r>
            <w:r w:rsidRPr="002F6785">
              <w:rPr>
                <w:sz w:val="26"/>
                <w:szCs w:val="26"/>
              </w:rPr>
              <w:t>ệ</w:t>
            </w:r>
            <w:r w:rsidRPr="002F6785">
              <w:rPr>
                <w:sz w:val="26"/>
                <w:szCs w:val="26"/>
              </w:rPr>
              <w:t>n nghĩa v</w:t>
            </w:r>
            <w:r w:rsidRPr="002F6785">
              <w:rPr>
                <w:sz w:val="26"/>
                <w:szCs w:val="26"/>
              </w:rPr>
              <w:t>ụ</w:t>
            </w:r>
            <w:r w:rsidRPr="002F6785">
              <w:rPr>
                <w:sz w:val="26"/>
                <w:szCs w:val="26"/>
              </w:rPr>
              <w:t xml:space="preserve"> công b</w:t>
            </w:r>
            <w:r w:rsidRPr="002F6785">
              <w:rPr>
                <w:sz w:val="26"/>
                <w:szCs w:val="26"/>
              </w:rPr>
              <w:t>ố</w:t>
            </w:r>
            <w:r w:rsidRPr="002F6785">
              <w:rPr>
                <w:sz w:val="26"/>
                <w:szCs w:val="26"/>
              </w:rPr>
              <w:t xml:space="preserve"> h</w:t>
            </w:r>
            <w:r w:rsidRPr="002F6785">
              <w:rPr>
                <w:sz w:val="26"/>
                <w:szCs w:val="26"/>
              </w:rPr>
              <w:t>ợ</w:t>
            </w:r>
            <w:r w:rsidRPr="002F6785">
              <w:rPr>
                <w:sz w:val="26"/>
                <w:szCs w:val="26"/>
              </w:rPr>
              <w:t>p quy ngoài đi</w:t>
            </w:r>
            <w:r w:rsidRPr="002F6785">
              <w:rPr>
                <w:sz w:val="26"/>
                <w:szCs w:val="26"/>
              </w:rPr>
              <w:t>ề</w:t>
            </w:r>
            <w:r w:rsidRPr="002F6785">
              <w:rPr>
                <w:sz w:val="26"/>
                <w:szCs w:val="26"/>
              </w:rPr>
              <w:t>u ki</w:t>
            </w:r>
            <w:r w:rsidRPr="002F6785">
              <w:rPr>
                <w:sz w:val="26"/>
                <w:szCs w:val="26"/>
              </w:rPr>
              <w:t>ệ</w:t>
            </w:r>
            <w:r w:rsidRPr="002F6785">
              <w:rPr>
                <w:sz w:val="26"/>
                <w:szCs w:val="26"/>
              </w:rPr>
              <w:t>n c</w:t>
            </w:r>
            <w:r w:rsidRPr="002F6785">
              <w:rPr>
                <w:sz w:val="26"/>
                <w:szCs w:val="26"/>
              </w:rPr>
              <w:t>ủ</w:t>
            </w:r>
            <w:r w:rsidRPr="002F6785">
              <w:rPr>
                <w:sz w:val="26"/>
                <w:szCs w:val="26"/>
              </w:rPr>
              <w:t>a pháp lu</w:t>
            </w:r>
            <w:r w:rsidRPr="002F6785">
              <w:rPr>
                <w:sz w:val="26"/>
                <w:szCs w:val="26"/>
              </w:rPr>
              <w:t>ậ</w:t>
            </w:r>
            <w:r w:rsidRPr="002F6785">
              <w:rPr>
                <w:sz w:val="26"/>
                <w:szCs w:val="26"/>
              </w:rPr>
              <w:t>t hi</w:t>
            </w:r>
            <w:r w:rsidRPr="002F6785">
              <w:rPr>
                <w:sz w:val="26"/>
                <w:szCs w:val="26"/>
              </w:rPr>
              <w:t>ệ</w:t>
            </w:r>
            <w:r w:rsidRPr="002F6785">
              <w:rPr>
                <w:sz w:val="26"/>
                <w:szCs w:val="26"/>
              </w:rPr>
              <w:t>n hành.</w:t>
            </w:r>
          </w:p>
          <w:p w:rsidR="008D4B75" w:rsidRPr="002F6785" w:rsidRDefault="00AC53F4" w:rsidP="002F6785">
            <w:pPr>
              <w:spacing w:before="60" w:after="60"/>
              <w:jc w:val="both"/>
              <w:rPr>
                <w:sz w:val="26"/>
                <w:szCs w:val="26"/>
              </w:rPr>
            </w:pPr>
            <w:r w:rsidRPr="002F6785">
              <w:rPr>
                <w:sz w:val="26"/>
                <w:szCs w:val="26"/>
              </w:rPr>
              <w:lastRenderedPageBreak/>
              <w:t>Khi phát hi</w:t>
            </w:r>
            <w:r w:rsidRPr="002F6785">
              <w:rPr>
                <w:sz w:val="26"/>
                <w:szCs w:val="26"/>
              </w:rPr>
              <w:t>ệ</w:t>
            </w:r>
            <w:r w:rsidRPr="002F6785">
              <w:rPr>
                <w:sz w:val="26"/>
                <w:szCs w:val="26"/>
              </w:rPr>
              <w:t>n r</w:t>
            </w:r>
            <w:r w:rsidRPr="002F6785">
              <w:rPr>
                <w:sz w:val="26"/>
                <w:szCs w:val="26"/>
              </w:rPr>
              <w:t>ủ</w:t>
            </w:r>
            <w:r w:rsidRPr="002F6785">
              <w:rPr>
                <w:sz w:val="26"/>
                <w:szCs w:val="26"/>
              </w:rPr>
              <w:t>i ro ho</w:t>
            </w:r>
            <w:r w:rsidRPr="002F6785">
              <w:rPr>
                <w:sz w:val="26"/>
                <w:szCs w:val="26"/>
              </w:rPr>
              <w:t>ặ</w:t>
            </w:r>
            <w:r w:rsidRPr="002F6785">
              <w:rPr>
                <w:sz w:val="26"/>
                <w:szCs w:val="26"/>
              </w:rPr>
              <w:t>c s</w:t>
            </w:r>
            <w:r w:rsidRPr="002F6785">
              <w:rPr>
                <w:sz w:val="26"/>
                <w:szCs w:val="26"/>
              </w:rPr>
              <w:t>ự</w:t>
            </w:r>
            <w:r w:rsidRPr="002F6785">
              <w:rPr>
                <w:sz w:val="26"/>
                <w:szCs w:val="26"/>
              </w:rPr>
              <w:t xml:space="preserve"> không phù h</w:t>
            </w:r>
            <w:r w:rsidRPr="002F6785">
              <w:rPr>
                <w:sz w:val="26"/>
                <w:szCs w:val="26"/>
              </w:rPr>
              <w:t>ợ</w:t>
            </w:r>
            <w:r w:rsidRPr="002F6785">
              <w:rPr>
                <w:sz w:val="26"/>
                <w:szCs w:val="26"/>
              </w:rPr>
              <w:t>p, bi</w:t>
            </w:r>
            <w:r w:rsidRPr="002F6785">
              <w:rPr>
                <w:sz w:val="26"/>
                <w:szCs w:val="26"/>
              </w:rPr>
              <w:t>ệ</w:t>
            </w:r>
            <w:r w:rsidRPr="002F6785">
              <w:rPr>
                <w:sz w:val="26"/>
                <w:szCs w:val="26"/>
              </w:rPr>
              <w:t>n pháp x</w:t>
            </w:r>
            <w:r w:rsidRPr="002F6785">
              <w:rPr>
                <w:sz w:val="26"/>
                <w:szCs w:val="26"/>
              </w:rPr>
              <w:t>ử</w:t>
            </w:r>
            <w:r w:rsidRPr="002F6785">
              <w:rPr>
                <w:sz w:val="26"/>
                <w:szCs w:val="26"/>
              </w:rPr>
              <w:t xml:space="preserve"> lý đư</w:t>
            </w:r>
            <w:r w:rsidRPr="002F6785">
              <w:rPr>
                <w:sz w:val="26"/>
                <w:szCs w:val="26"/>
              </w:rPr>
              <w:t>ợ</w:t>
            </w:r>
            <w:r w:rsidRPr="002F6785">
              <w:rPr>
                <w:sz w:val="26"/>
                <w:szCs w:val="26"/>
              </w:rPr>
              <w:t>c áp d</w:t>
            </w:r>
            <w:r w:rsidRPr="002F6785">
              <w:rPr>
                <w:sz w:val="26"/>
                <w:szCs w:val="26"/>
              </w:rPr>
              <w:t>ụ</w:t>
            </w:r>
            <w:r w:rsidRPr="002F6785">
              <w:rPr>
                <w:sz w:val="26"/>
                <w:szCs w:val="26"/>
              </w:rPr>
              <w:t>ng theo th</w:t>
            </w:r>
            <w:r w:rsidRPr="002F6785">
              <w:rPr>
                <w:sz w:val="26"/>
                <w:szCs w:val="26"/>
              </w:rPr>
              <w:t>ẩ</w:t>
            </w:r>
            <w:r w:rsidRPr="002F6785">
              <w:rPr>
                <w:sz w:val="26"/>
                <w:szCs w:val="26"/>
              </w:rPr>
              <w:t>m quy</w:t>
            </w:r>
            <w:r w:rsidRPr="002F6785">
              <w:rPr>
                <w:sz w:val="26"/>
                <w:szCs w:val="26"/>
              </w:rPr>
              <w:t>ề</w:t>
            </w:r>
            <w:r w:rsidRPr="002F6785">
              <w:rPr>
                <w:sz w:val="26"/>
                <w:szCs w:val="26"/>
              </w:rPr>
              <w:t>n và ph</w:t>
            </w:r>
            <w:r w:rsidRPr="002F6785">
              <w:rPr>
                <w:sz w:val="26"/>
                <w:szCs w:val="26"/>
              </w:rPr>
              <w:t>ả</w:t>
            </w:r>
            <w:r w:rsidRPr="002F6785">
              <w:rPr>
                <w:sz w:val="26"/>
                <w:szCs w:val="26"/>
              </w:rPr>
              <w:t>i tương x</w:t>
            </w:r>
            <w:r w:rsidRPr="002F6785">
              <w:rPr>
                <w:sz w:val="26"/>
                <w:szCs w:val="26"/>
              </w:rPr>
              <w:t>ứ</w:t>
            </w:r>
            <w:r w:rsidRPr="002F6785">
              <w:rPr>
                <w:sz w:val="26"/>
                <w:szCs w:val="26"/>
              </w:rPr>
              <w:t>ng v</w:t>
            </w:r>
            <w:r w:rsidRPr="002F6785">
              <w:rPr>
                <w:sz w:val="26"/>
                <w:szCs w:val="26"/>
              </w:rPr>
              <w:t>ớ</w:t>
            </w:r>
            <w:r w:rsidRPr="002F6785">
              <w:rPr>
                <w:sz w:val="26"/>
                <w:szCs w:val="26"/>
              </w:rPr>
              <w:t>i r</w:t>
            </w:r>
            <w:r w:rsidRPr="002F6785">
              <w:rPr>
                <w:sz w:val="26"/>
                <w:szCs w:val="26"/>
              </w:rPr>
              <w:t>ủ</w:t>
            </w:r>
            <w:r w:rsidRPr="002F6785">
              <w:rPr>
                <w:sz w:val="26"/>
                <w:szCs w:val="26"/>
              </w:rPr>
              <w:t>i ro, gi</w:t>
            </w:r>
            <w:r w:rsidRPr="002F6785">
              <w:rPr>
                <w:sz w:val="26"/>
                <w:szCs w:val="26"/>
              </w:rPr>
              <w:t>ớ</w:t>
            </w:r>
            <w:r w:rsidRPr="002F6785">
              <w:rPr>
                <w:sz w:val="26"/>
                <w:szCs w:val="26"/>
              </w:rPr>
              <w:t>i h</w:t>
            </w:r>
            <w:r w:rsidRPr="002F6785">
              <w:rPr>
                <w:sz w:val="26"/>
                <w:szCs w:val="26"/>
              </w:rPr>
              <w:t>ạ</w:t>
            </w:r>
            <w:r w:rsidRPr="002F6785">
              <w:rPr>
                <w:sz w:val="26"/>
                <w:szCs w:val="26"/>
              </w:rPr>
              <w:t>n trong ph</w:t>
            </w:r>
            <w:r w:rsidRPr="002F6785">
              <w:rPr>
                <w:sz w:val="26"/>
                <w:szCs w:val="26"/>
              </w:rPr>
              <w:t>ạ</w:t>
            </w:r>
            <w:r w:rsidRPr="002F6785">
              <w:rPr>
                <w:sz w:val="26"/>
                <w:szCs w:val="26"/>
              </w:rPr>
              <w:t>m vi s</w:t>
            </w:r>
            <w:r w:rsidRPr="002F6785">
              <w:rPr>
                <w:sz w:val="26"/>
                <w:szCs w:val="26"/>
              </w:rPr>
              <w:t>ả</w:t>
            </w:r>
            <w:r w:rsidRPr="002F6785">
              <w:rPr>
                <w:sz w:val="26"/>
                <w:szCs w:val="26"/>
              </w:rPr>
              <w:t>n ph</w:t>
            </w:r>
            <w:r w:rsidRPr="002F6785">
              <w:rPr>
                <w:sz w:val="26"/>
                <w:szCs w:val="26"/>
              </w:rPr>
              <w:t>ẩ</w:t>
            </w:r>
            <w:r w:rsidRPr="002F6785">
              <w:rPr>
                <w:sz w:val="26"/>
                <w:szCs w:val="26"/>
              </w:rPr>
              <w:t>m, lô s</w:t>
            </w:r>
            <w:r w:rsidRPr="002F6785">
              <w:rPr>
                <w:sz w:val="26"/>
                <w:szCs w:val="26"/>
              </w:rPr>
              <w:t>ả</w:t>
            </w:r>
            <w:r w:rsidRPr="002F6785">
              <w:rPr>
                <w:sz w:val="26"/>
                <w:szCs w:val="26"/>
              </w:rPr>
              <w:t>n ph</w:t>
            </w:r>
            <w:r w:rsidRPr="002F6785">
              <w:rPr>
                <w:sz w:val="26"/>
                <w:szCs w:val="26"/>
              </w:rPr>
              <w:t>ẩ</w:t>
            </w:r>
            <w:r w:rsidRPr="002F6785">
              <w:rPr>
                <w:sz w:val="26"/>
                <w:szCs w:val="26"/>
              </w:rPr>
              <w:t>m, cơ s</w:t>
            </w:r>
            <w:r w:rsidRPr="002F6785">
              <w:rPr>
                <w:sz w:val="26"/>
                <w:szCs w:val="26"/>
              </w:rPr>
              <w:t>ở</w:t>
            </w:r>
            <w:r w:rsidRPr="002F6785">
              <w:rPr>
                <w:sz w:val="26"/>
                <w:szCs w:val="26"/>
              </w:rPr>
              <w:t xml:space="preserve"> </w:t>
            </w:r>
            <w:r w:rsidRPr="002F6785">
              <w:rPr>
                <w:sz w:val="26"/>
                <w:szCs w:val="26"/>
              </w:rPr>
              <w:t>s</w:t>
            </w:r>
            <w:r w:rsidRPr="002F6785">
              <w:rPr>
                <w:sz w:val="26"/>
                <w:szCs w:val="26"/>
              </w:rPr>
              <w:t>ả</w:t>
            </w:r>
            <w:r w:rsidRPr="002F6785">
              <w:rPr>
                <w:sz w:val="26"/>
                <w:szCs w:val="26"/>
              </w:rPr>
              <w:t>n xu</w:t>
            </w:r>
            <w:r w:rsidRPr="002F6785">
              <w:rPr>
                <w:sz w:val="26"/>
                <w:szCs w:val="26"/>
              </w:rPr>
              <w:t>ấ</w:t>
            </w:r>
            <w:r w:rsidRPr="002F6785">
              <w:rPr>
                <w:sz w:val="26"/>
                <w:szCs w:val="26"/>
              </w:rPr>
              <w:t>t và th</w:t>
            </w:r>
            <w:r w:rsidRPr="002F6785">
              <w:rPr>
                <w:sz w:val="26"/>
                <w:szCs w:val="26"/>
              </w:rPr>
              <w:t>ờ</w:t>
            </w:r>
            <w:r w:rsidRPr="002F6785">
              <w:rPr>
                <w:sz w:val="26"/>
                <w:szCs w:val="26"/>
              </w:rPr>
              <w:t>i gian có liên quan. Bi</w:t>
            </w:r>
            <w:r w:rsidRPr="002F6785">
              <w:rPr>
                <w:sz w:val="26"/>
                <w:szCs w:val="26"/>
              </w:rPr>
              <w:t>ệ</w:t>
            </w:r>
            <w:r w:rsidRPr="002F6785">
              <w:rPr>
                <w:sz w:val="26"/>
                <w:szCs w:val="26"/>
              </w:rPr>
              <w:t>n pháp qu</w:t>
            </w:r>
            <w:r w:rsidRPr="002F6785">
              <w:rPr>
                <w:sz w:val="26"/>
                <w:szCs w:val="26"/>
              </w:rPr>
              <w:t>ả</w:t>
            </w:r>
            <w:r w:rsidRPr="002F6785">
              <w:rPr>
                <w:sz w:val="26"/>
                <w:szCs w:val="26"/>
              </w:rPr>
              <w:t>n lý đư</w:t>
            </w:r>
            <w:r w:rsidRPr="002F6785">
              <w:rPr>
                <w:sz w:val="26"/>
                <w:szCs w:val="26"/>
              </w:rPr>
              <w:t>ợ</w:t>
            </w:r>
            <w:r w:rsidRPr="002F6785">
              <w:rPr>
                <w:sz w:val="26"/>
                <w:szCs w:val="26"/>
              </w:rPr>
              <w:t>c xem xét đi</w:t>
            </w:r>
            <w:r w:rsidRPr="002F6785">
              <w:rPr>
                <w:sz w:val="26"/>
                <w:szCs w:val="26"/>
              </w:rPr>
              <w:t>ề</w:t>
            </w:r>
            <w:r w:rsidRPr="002F6785">
              <w:rPr>
                <w:sz w:val="26"/>
                <w:szCs w:val="26"/>
              </w:rPr>
              <w:t>u ch</w:t>
            </w:r>
            <w:r w:rsidRPr="002F6785">
              <w:rPr>
                <w:sz w:val="26"/>
                <w:szCs w:val="26"/>
              </w:rPr>
              <w:t>ỉ</w:t>
            </w:r>
            <w:r w:rsidRPr="002F6785">
              <w:rPr>
                <w:sz w:val="26"/>
                <w:szCs w:val="26"/>
              </w:rPr>
              <w:t>nh khi có b</w:t>
            </w:r>
            <w:r w:rsidRPr="002F6785">
              <w:rPr>
                <w:sz w:val="26"/>
                <w:szCs w:val="26"/>
              </w:rPr>
              <w:t>ằ</w:t>
            </w:r>
            <w:r w:rsidRPr="002F6785">
              <w:rPr>
                <w:sz w:val="26"/>
                <w:szCs w:val="26"/>
              </w:rPr>
              <w:t>ng ch</w:t>
            </w:r>
            <w:r w:rsidRPr="002F6785">
              <w:rPr>
                <w:sz w:val="26"/>
                <w:szCs w:val="26"/>
              </w:rPr>
              <w:t>ứ</w:t>
            </w:r>
            <w:r w:rsidRPr="002F6785">
              <w:rPr>
                <w:sz w:val="26"/>
                <w:szCs w:val="26"/>
              </w:rPr>
              <w:t>ng kh</w:t>
            </w:r>
            <w:r w:rsidRPr="002F6785">
              <w:rPr>
                <w:sz w:val="26"/>
                <w:szCs w:val="26"/>
              </w:rPr>
              <w:t>ắ</w:t>
            </w:r>
            <w:r w:rsidRPr="002F6785">
              <w:rPr>
                <w:sz w:val="26"/>
                <w:szCs w:val="26"/>
              </w:rPr>
              <w:t>c ph</w:t>
            </w:r>
            <w:r w:rsidRPr="002F6785">
              <w:rPr>
                <w:sz w:val="26"/>
                <w:szCs w:val="26"/>
              </w:rPr>
              <w:t>ụ</w:t>
            </w:r>
            <w:r w:rsidRPr="002F6785">
              <w:rPr>
                <w:sz w:val="26"/>
                <w:szCs w:val="26"/>
              </w:rPr>
              <w:t>c có hi</w:t>
            </w:r>
            <w:r w:rsidRPr="002F6785">
              <w:rPr>
                <w:sz w:val="26"/>
                <w:szCs w:val="26"/>
              </w:rPr>
              <w:t>ệ</w:t>
            </w:r>
            <w:r w:rsidRPr="002F6785">
              <w:rPr>
                <w:sz w:val="26"/>
                <w:szCs w:val="26"/>
              </w:rPr>
              <w:t>u l</w:t>
            </w:r>
            <w:r w:rsidRPr="002F6785">
              <w:rPr>
                <w:sz w:val="26"/>
                <w:szCs w:val="26"/>
              </w:rPr>
              <w:t>ự</w:t>
            </w:r>
            <w:r w:rsidRPr="002F6785">
              <w:rPr>
                <w:sz w:val="26"/>
                <w:szCs w:val="26"/>
              </w:rPr>
              <w:t>c ho</w:t>
            </w:r>
            <w:r w:rsidRPr="002F6785">
              <w:rPr>
                <w:sz w:val="26"/>
                <w:szCs w:val="26"/>
              </w:rPr>
              <w:t>ặ</w:t>
            </w:r>
            <w:r w:rsidRPr="002F6785">
              <w:rPr>
                <w:sz w:val="26"/>
                <w:szCs w:val="26"/>
              </w:rPr>
              <w:t>c thông tin m</w:t>
            </w:r>
            <w:r w:rsidRPr="002F6785">
              <w:rPr>
                <w:sz w:val="26"/>
                <w:szCs w:val="26"/>
              </w:rPr>
              <w:t>ớ</w:t>
            </w:r>
            <w:r w:rsidRPr="002F6785">
              <w:rPr>
                <w:sz w:val="26"/>
                <w:szCs w:val="26"/>
              </w:rPr>
              <w:t>i, b</w:t>
            </w:r>
            <w:r w:rsidRPr="002F6785">
              <w:rPr>
                <w:sz w:val="26"/>
                <w:szCs w:val="26"/>
              </w:rPr>
              <w:t>ả</w:t>
            </w:r>
            <w:r w:rsidRPr="002F6785">
              <w:rPr>
                <w:sz w:val="26"/>
                <w:szCs w:val="26"/>
              </w:rPr>
              <w:t>o đ</w:t>
            </w:r>
            <w:r w:rsidRPr="002F6785">
              <w:rPr>
                <w:sz w:val="26"/>
                <w:szCs w:val="26"/>
              </w:rPr>
              <w:t>ả</w:t>
            </w:r>
            <w:r w:rsidRPr="002F6785">
              <w:rPr>
                <w:sz w:val="26"/>
                <w:szCs w:val="26"/>
              </w:rPr>
              <w:t>m x</w:t>
            </w:r>
            <w:r w:rsidRPr="002F6785">
              <w:rPr>
                <w:sz w:val="26"/>
                <w:szCs w:val="26"/>
              </w:rPr>
              <w:t>ử</w:t>
            </w:r>
            <w:r w:rsidRPr="002F6785">
              <w:rPr>
                <w:sz w:val="26"/>
                <w:szCs w:val="26"/>
              </w:rPr>
              <w:t xml:space="preserve"> lý đúng ph</w:t>
            </w:r>
            <w:r w:rsidRPr="002F6785">
              <w:rPr>
                <w:sz w:val="26"/>
                <w:szCs w:val="26"/>
              </w:rPr>
              <w:t>ạ</w:t>
            </w:r>
            <w:r w:rsidRPr="002F6785">
              <w:rPr>
                <w:sz w:val="26"/>
                <w:szCs w:val="26"/>
              </w:rPr>
              <w:t>m vi r</w:t>
            </w:r>
            <w:r w:rsidRPr="002F6785">
              <w:rPr>
                <w:sz w:val="26"/>
                <w:szCs w:val="26"/>
              </w:rPr>
              <w:t>ủ</w:t>
            </w:r>
            <w:r w:rsidRPr="002F6785">
              <w:rPr>
                <w:sz w:val="26"/>
                <w:szCs w:val="26"/>
              </w:rPr>
              <w:t>i ro và phù h</w:t>
            </w:r>
            <w:r w:rsidRPr="002F6785">
              <w:rPr>
                <w:sz w:val="26"/>
                <w:szCs w:val="26"/>
              </w:rPr>
              <w:t>ợ</w:t>
            </w:r>
            <w:r w:rsidRPr="002F6785">
              <w:rPr>
                <w:sz w:val="26"/>
                <w:szCs w:val="26"/>
              </w:rPr>
              <w:t>p nguyên t</w:t>
            </w:r>
            <w:r w:rsidRPr="002F6785">
              <w:rPr>
                <w:sz w:val="26"/>
                <w:szCs w:val="26"/>
              </w:rPr>
              <w:t>ắ</w:t>
            </w:r>
            <w:r w:rsidRPr="002F6785">
              <w:rPr>
                <w:sz w:val="26"/>
                <w:szCs w:val="26"/>
              </w:rPr>
              <w:t>c qu</w:t>
            </w:r>
            <w:r w:rsidRPr="002F6785">
              <w:rPr>
                <w:sz w:val="26"/>
                <w:szCs w:val="26"/>
              </w:rPr>
              <w:t>ả</w:t>
            </w:r>
            <w:r w:rsidRPr="002F6785">
              <w:rPr>
                <w:sz w:val="26"/>
                <w:szCs w:val="26"/>
              </w:rPr>
              <w:t>n lý theo r</w:t>
            </w:r>
            <w:r w:rsidRPr="002F6785">
              <w:rPr>
                <w:sz w:val="26"/>
                <w:szCs w:val="26"/>
              </w:rPr>
              <w:t>ủ</w:t>
            </w:r>
            <w:r w:rsidRPr="002F6785">
              <w:rPr>
                <w:sz w:val="26"/>
                <w:szCs w:val="26"/>
              </w:rPr>
              <w:t>i ro.</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lastRenderedPageBreak/>
              <w:t>Điề</w:t>
            </w:r>
            <w:r w:rsidRPr="002F6785">
              <w:rPr>
                <w:b/>
                <w:sz w:val="26"/>
                <w:szCs w:val="26"/>
              </w:rPr>
              <w:t xml:space="preserve">u 20. </w:t>
            </w:r>
            <w:r w:rsidR="00204C7B" w:rsidRPr="002F6785">
              <w:rPr>
                <w:b/>
                <w:sz w:val="26"/>
                <w:szCs w:val="26"/>
              </w:rPr>
              <w:t>Kinh phí và trách nhiệm phối hợp kiểm tra</w:t>
            </w:r>
            <w:r w:rsidR="003456F9" w:rsidRPr="002F6785">
              <w:rPr>
                <w:b/>
                <w:sz w:val="26"/>
                <w:szCs w:val="26"/>
              </w:rPr>
              <w:t xml:space="preserve"> chất lượng thép</w:t>
            </w:r>
            <w:r w:rsidR="00204C7B" w:rsidRPr="002F6785">
              <w:rPr>
                <w:b/>
                <w:sz w:val="26"/>
                <w:szCs w:val="26"/>
              </w:rPr>
              <w:t xml:space="preserve"> tại nguồn</w:t>
            </w:r>
          </w:p>
        </w:tc>
        <w:tc>
          <w:tcPr>
            <w:tcW w:w="6636" w:type="dxa"/>
          </w:tcPr>
          <w:p w:rsidR="003456F9" w:rsidRPr="002F6785" w:rsidRDefault="003456F9" w:rsidP="002F6785">
            <w:pPr>
              <w:widowControl w:val="0"/>
              <w:spacing w:before="60" w:after="60"/>
              <w:ind w:firstLine="6"/>
              <w:jc w:val="both"/>
              <w:rPr>
                <w:rFonts w:cs="Times New Roman"/>
                <w:sz w:val="26"/>
                <w:szCs w:val="26"/>
              </w:rPr>
            </w:pPr>
            <w:r w:rsidRPr="002F6785">
              <w:rPr>
                <w:rFonts w:cs="Times New Roman"/>
                <w:sz w:val="26"/>
                <w:szCs w:val="26"/>
              </w:rPr>
              <w:t>1. Kinh phí kiểm tra chất lượng thép tại nguồn do cơ quan nhà nước quyết định thực hiện được bảo đảm từ ngân sách nhà nước theo quy định của pháp luật về ngân sách nhà nước. Chi phí lấy mẫu, thử nghiệm và xử lý sản phẩm không phù hợp thực hiện theo pháp luật về chất lượng sản phẩm, hàng hóa.</w:t>
            </w:r>
          </w:p>
          <w:p w:rsidR="003456F9" w:rsidRPr="002F6785" w:rsidRDefault="003456F9" w:rsidP="002F6785">
            <w:pPr>
              <w:widowControl w:val="0"/>
              <w:spacing w:before="60" w:after="60"/>
              <w:ind w:firstLine="6"/>
              <w:jc w:val="both"/>
              <w:rPr>
                <w:rFonts w:cs="Times New Roman"/>
                <w:sz w:val="26"/>
                <w:szCs w:val="26"/>
              </w:rPr>
            </w:pPr>
            <w:r w:rsidRPr="002F6785">
              <w:rPr>
                <w:rFonts w:cs="Times New Roman"/>
                <w:sz w:val="26"/>
                <w:szCs w:val="26"/>
              </w:rPr>
              <w:t>2. Không yêu cầu tổ chức, cá nhân nhập khẩu thanh toán chi phí đi lại, lưu trú hoặc chi phí hoạt động của đoàn kiểm tra do cơ quan nhà nước quyết định, trừ trường hợp pháp luật có quy định khác.</w:t>
            </w:r>
          </w:p>
          <w:p w:rsidR="003456F9" w:rsidRPr="002F6785" w:rsidRDefault="003456F9" w:rsidP="002F6785">
            <w:pPr>
              <w:widowControl w:val="0"/>
              <w:spacing w:before="60" w:after="60"/>
              <w:ind w:firstLine="6"/>
              <w:jc w:val="both"/>
              <w:rPr>
                <w:rFonts w:cs="Times New Roman"/>
                <w:sz w:val="26"/>
                <w:szCs w:val="26"/>
              </w:rPr>
            </w:pPr>
            <w:r w:rsidRPr="002F6785">
              <w:rPr>
                <w:rFonts w:cs="Times New Roman"/>
                <w:sz w:val="26"/>
                <w:szCs w:val="26"/>
              </w:rPr>
              <w:t>3. Tổ chức, cá nhân nhập khẩu có trách nhiệm cung cấp thông tin liên hệ, phối hợp chuyển tài liệu, thu xếp làm việc với cơ sở sản xuất và thực hiện yêu cầu hậu kiểm trong phạm vi trách nhiệm theo quy định của pháp luật. Việc phối hợp này không phải là thủ tục hành chính và không làm giảm trách nhiệm của cơ quan kiểm tra trong việc thu thập, đánh giá bằng chứng.</w:t>
            </w:r>
          </w:p>
          <w:p w:rsidR="005B442E" w:rsidRPr="002F6785" w:rsidRDefault="005B442E" w:rsidP="002F6785">
            <w:pPr>
              <w:spacing w:before="60" w:after="60"/>
              <w:ind w:firstLine="6"/>
              <w:jc w:val="both"/>
              <w:rPr>
                <w:sz w:val="26"/>
                <w:szCs w:val="26"/>
              </w:rPr>
            </w:pPr>
          </w:p>
        </w:tc>
        <w:tc>
          <w:tcPr>
            <w:tcW w:w="5760" w:type="dxa"/>
          </w:tcPr>
          <w:p w:rsidR="000F36C2" w:rsidRPr="000F36C2" w:rsidRDefault="00AC53F4" w:rsidP="002F6785">
            <w:pPr>
              <w:spacing w:before="60" w:after="60"/>
              <w:jc w:val="both"/>
              <w:rPr>
                <w:sz w:val="26"/>
                <w:szCs w:val="26"/>
              </w:rPr>
            </w:pPr>
            <w:r w:rsidRPr="002F6785">
              <w:rPr>
                <w:sz w:val="26"/>
                <w:szCs w:val="26"/>
              </w:rPr>
              <w:t>Quy đ</w:t>
            </w:r>
            <w:r w:rsidRPr="002F6785">
              <w:rPr>
                <w:sz w:val="26"/>
                <w:szCs w:val="26"/>
              </w:rPr>
              <w:t>ị</w:t>
            </w:r>
            <w:r w:rsidRPr="002F6785">
              <w:rPr>
                <w:sz w:val="26"/>
                <w:szCs w:val="26"/>
              </w:rPr>
              <w:t>nh này nh</w:t>
            </w:r>
            <w:r w:rsidRPr="002F6785">
              <w:rPr>
                <w:sz w:val="26"/>
                <w:szCs w:val="26"/>
              </w:rPr>
              <w:t>ằ</w:t>
            </w:r>
            <w:r w:rsidRPr="002F6785">
              <w:rPr>
                <w:sz w:val="26"/>
                <w:szCs w:val="26"/>
              </w:rPr>
              <w:t>m xác đ</w:t>
            </w:r>
            <w:r w:rsidRPr="002F6785">
              <w:rPr>
                <w:sz w:val="26"/>
                <w:szCs w:val="26"/>
              </w:rPr>
              <w:t>ị</w:t>
            </w:r>
            <w:r w:rsidRPr="002F6785">
              <w:rPr>
                <w:sz w:val="26"/>
                <w:szCs w:val="26"/>
              </w:rPr>
              <w:t>nh rõ ngu</w:t>
            </w:r>
            <w:r w:rsidRPr="002F6785">
              <w:rPr>
                <w:sz w:val="26"/>
                <w:szCs w:val="26"/>
              </w:rPr>
              <w:t>ồ</w:t>
            </w:r>
            <w:r w:rsidRPr="002F6785">
              <w:rPr>
                <w:sz w:val="26"/>
                <w:szCs w:val="26"/>
              </w:rPr>
              <w:t>n kinh phí cho ho</w:t>
            </w:r>
            <w:r w:rsidRPr="002F6785">
              <w:rPr>
                <w:sz w:val="26"/>
                <w:szCs w:val="26"/>
              </w:rPr>
              <w:t>ạ</w:t>
            </w:r>
            <w:r w:rsidRPr="002F6785">
              <w:rPr>
                <w:sz w:val="26"/>
                <w:szCs w:val="26"/>
              </w:rPr>
              <w:t>t đ</w:t>
            </w:r>
            <w:r w:rsidRPr="002F6785">
              <w:rPr>
                <w:sz w:val="26"/>
                <w:szCs w:val="26"/>
              </w:rPr>
              <w:t>ộ</w:t>
            </w:r>
            <w:r w:rsidRPr="002F6785">
              <w:rPr>
                <w:sz w:val="26"/>
                <w:szCs w:val="26"/>
              </w:rPr>
              <w:t>ng ki</w:t>
            </w:r>
            <w:r w:rsidRPr="002F6785">
              <w:rPr>
                <w:sz w:val="26"/>
                <w:szCs w:val="26"/>
              </w:rPr>
              <w:t>ể</w:t>
            </w:r>
            <w:r w:rsidRPr="002F6785">
              <w:rPr>
                <w:sz w:val="26"/>
                <w:szCs w:val="26"/>
              </w:rPr>
              <w:t>m tra t</w:t>
            </w:r>
            <w:r w:rsidRPr="002F6785">
              <w:rPr>
                <w:sz w:val="26"/>
                <w:szCs w:val="26"/>
              </w:rPr>
              <w:t>ạ</w:t>
            </w:r>
            <w:r w:rsidRPr="002F6785">
              <w:rPr>
                <w:sz w:val="26"/>
                <w:szCs w:val="26"/>
              </w:rPr>
              <w:t>i ngu</w:t>
            </w:r>
            <w:r w:rsidRPr="002F6785">
              <w:rPr>
                <w:sz w:val="26"/>
                <w:szCs w:val="26"/>
              </w:rPr>
              <w:t>ồ</w:t>
            </w:r>
            <w:r w:rsidRPr="002F6785">
              <w:rPr>
                <w:sz w:val="26"/>
                <w:szCs w:val="26"/>
              </w:rPr>
              <w:t>n do cơ quan nhà nư</w:t>
            </w:r>
            <w:r w:rsidRPr="002F6785">
              <w:rPr>
                <w:sz w:val="26"/>
                <w:szCs w:val="26"/>
              </w:rPr>
              <w:t>ớ</w:t>
            </w:r>
            <w:r w:rsidRPr="002F6785">
              <w:rPr>
                <w:sz w:val="26"/>
                <w:szCs w:val="26"/>
              </w:rPr>
              <w:t>c quy</w:t>
            </w:r>
            <w:r w:rsidRPr="002F6785">
              <w:rPr>
                <w:sz w:val="26"/>
                <w:szCs w:val="26"/>
              </w:rPr>
              <w:t>ế</w:t>
            </w:r>
            <w:r w:rsidRPr="002F6785">
              <w:rPr>
                <w:sz w:val="26"/>
                <w:szCs w:val="26"/>
              </w:rPr>
              <w:t>t đ</w:t>
            </w:r>
            <w:r w:rsidRPr="002F6785">
              <w:rPr>
                <w:sz w:val="26"/>
                <w:szCs w:val="26"/>
              </w:rPr>
              <w:t>ị</w:t>
            </w:r>
            <w:r w:rsidRPr="002F6785">
              <w:rPr>
                <w:sz w:val="26"/>
                <w:szCs w:val="26"/>
              </w:rPr>
              <w:t>nh và trách nhi</w:t>
            </w:r>
            <w:r w:rsidRPr="002F6785">
              <w:rPr>
                <w:sz w:val="26"/>
                <w:szCs w:val="26"/>
              </w:rPr>
              <w:t>ệ</w:t>
            </w:r>
            <w:r w:rsidRPr="002F6785">
              <w:rPr>
                <w:sz w:val="26"/>
                <w:szCs w:val="26"/>
              </w:rPr>
              <w:t>m ph</w:t>
            </w:r>
            <w:r w:rsidRPr="002F6785">
              <w:rPr>
                <w:sz w:val="26"/>
                <w:szCs w:val="26"/>
              </w:rPr>
              <w:t>ố</w:t>
            </w:r>
            <w:r w:rsidRPr="002F6785">
              <w:rPr>
                <w:sz w:val="26"/>
                <w:szCs w:val="26"/>
              </w:rPr>
              <w:t>i h</w:t>
            </w:r>
            <w:r w:rsidRPr="002F6785">
              <w:rPr>
                <w:sz w:val="26"/>
                <w:szCs w:val="26"/>
              </w:rPr>
              <w:t>ợ</w:t>
            </w:r>
            <w:r w:rsidRPr="002F6785">
              <w:rPr>
                <w:sz w:val="26"/>
                <w:szCs w:val="26"/>
              </w:rPr>
              <w:t>p c</w:t>
            </w:r>
            <w:r w:rsidRPr="002F6785">
              <w:rPr>
                <w:sz w:val="26"/>
                <w:szCs w:val="26"/>
              </w:rPr>
              <w:t>ủ</w:t>
            </w:r>
            <w:r w:rsidRPr="002F6785">
              <w:rPr>
                <w:sz w:val="26"/>
                <w:szCs w:val="26"/>
              </w:rPr>
              <w:t>a t</w:t>
            </w:r>
            <w:r w:rsidRPr="002F6785">
              <w:rPr>
                <w:sz w:val="26"/>
                <w:szCs w:val="26"/>
              </w:rPr>
              <w:t>ổ</w:t>
            </w:r>
            <w:r w:rsidRPr="002F6785">
              <w:rPr>
                <w:sz w:val="26"/>
                <w:szCs w:val="26"/>
              </w:rPr>
              <w:t xml:space="preserve"> ch</w:t>
            </w:r>
            <w:r w:rsidRPr="002F6785">
              <w:rPr>
                <w:sz w:val="26"/>
                <w:szCs w:val="26"/>
              </w:rPr>
              <w:t>ứ</w:t>
            </w:r>
            <w:r w:rsidRPr="002F6785">
              <w:rPr>
                <w:sz w:val="26"/>
                <w:szCs w:val="26"/>
              </w:rPr>
              <w:t>c, cá nhân nh</w:t>
            </w:r>
            <w:r w:rsidRPr="002F6785">
              <w:rPr>
                <w:sz w:val="26"/>
                <w:szCs w:val="26"/>
              </w:rPr>
              <w:t>ậ</w:t>
            </w:r>
            <w:r w:rsidRPr="002F6785">
              <w:rPr>
                <w:sz w:val="26"/>
                <w:szCs w:val="26"/>
              </w:rPr>
              <w:t>p kh</w:t>
            </w:r>
            <w:r w:rsidRPr="002F6785">
              <w:rPr>
                <w:sz w:val="26"/>
                <w:szCs w:val="26"/>
              </w:rPr>
              <w:t>ẩ</w:t>
            </w:r>
            <w:r w:rsidRPr="002F6785">
              <w:rPr>
                <w:sz w:val="26"/>
                <w:szCs w:val="26"/>
              </w:rPr>
              <w:t>u</w:t>
            </w:r>
            <w:r w:rsidRPr="002F6785">
              <w:rPr>
                <w:sz w:val="26"/>
                <w:szCs w:val="26"/>
              </w:rPr>
              <w:t>. Kinh phí ho</w:t>
            </w:r>
            <w:r w:rsidRPr="002F6785">
              <w:rPr>
                <w:sz w:val="26"/>
                <w:szCs w:val="26"/>
              </w:rPr>
              <w:t>ạ</w:t>
            </w:r>
            <w:r w:rsidRPr="002F6785">
              <w:rPr>
                <w:sz w:val="26"/>
                <w:szCs w:val="26"/>
              </w:rPr>
              <w:t>t đ</w:t>
            </w:r>
            <w:r w:rsidRPr="002F6785">
              <w:rPr>
                <w:sz w:val="26"/>
                <w:szCs w:val="26"/>
              </w:rPr>
              <w:t>ộ</w:t>
            </w:r>
            <w:r w:rsidRPr="002F6785">
              <w:rPr>
                <w:sz w:val="26"/>
                <w:szCs w:val="26"/>
              </w:rPr>
              <w:t>ng c</w:t>
            </w:r>
            <w:r w:rsidRPr="002F6785">
              <w:rPr>
                <w:sz w:val="26"/>
                <w:szCs w:val="26"/>
              </w:rPr>
              <w:t>ủ</w:t>
            </w:r>
            <w:r w:rsidRPr="002F6785">
              <w:rPr>
                <w:sz w:val="26"/>
                <w:szCs w:val="26"/>
              </w:rPr>
              <w:t>a đoàn ki</w:t>
            </w:r>
            <w:r w:rsidRPr="002F6785">
              <w:rPr>
                <w:sz w:val="26"/>
                <w:szCs w:val="26"/>
              </w:rPr>
              <w:t>ể</w:t>
            </w:r>
            <w:r w:rsidRPr="002F6785">
              <w:rPr>
                <w:sz w:val="26"/>
                <w:szCs w:val="26"/>
              </w:rPr>
              <w:t>m tra đư</w:t>
            </w:r>
            <w:r w:rsidRPr="002F6785">
              <w:rPr>
                <w:sz w:val="26"/>
                <w:szCs w:val="26"/>
              </w:rPr>
              <w:t>ợ</w:t>
            </w:r>
            <w:r w:rsidRPr="002F6785">
              <w:rPr>
                <w:sz w:val="26"/>
                <w:szCs w:val="26"/>
              </w:rPr>
              <w:t>c b</w:t>
            </w:r>
            <w:r w:rsidRPr="002F6785">
              <w:rPr>
                <w:sz w:val="26"/>
                <w:szCs w:val="26"/>
              </w:rPr>
              <w:t>ả</w:t>
            </w:r>
            <w:r w:rsidRPr="002F6785">
              <w:rPr>
                <w:sz w:val="26"/>
                <w:szCs w:val="26"/>
              </w:rPr>
              <w:t>o đ</w:t>
            </w:r>
            <w:r w:rsidRPr="002F6785">
              <w:rPr>
                <w:sz w:val="26"/>
                <w:szCs w:val="26"/>
              </w:rPr>
              <w:t>ả</w:t>
            </w:r>
            <w:r w:rsidRPr="002F6785">
              <w:rPr>
                <w:sz w:val="26"/>
                <w:szCs w:val="26"/>
              </w:rPr>
              <w:t>m t</w:t>
            </w:r>
            <w:r w:rsidRPr="002F6785">
              <w:rPr>
                <w:sz w:val="26"/>
                <w:szCs w:val="26"/>
              </w:rPr>
              <w:t>ừ</w:t>
            </w:r>
            <w:r w:rsidRPr="002F6785">
              <w:rPr>
                <w:sz w:val="26"/>
                <w:szCs w:val="26"/>
              </w:rPr>
              <w:t xml:space="preserve"> ngân sách nhà nư</w:t>
            </w:r>
            <w:r w:rsidRPr="002F6785">
              <w:rPr>
                <w:sz w:val="26"/>
                <w:szCs w:val="26"/>
              </w:rPr>
              <w:t>ớ</w:t>
            </w:r>
            <w:r w:rsidRPr="002F6785">
              <w:rPr>
                <w:sz w:val="26"/>
                <w:szCs w:val="26"/>
              </w:rPr>
              <w:t>c theo quy đ</w:t>
            </w:r>
            <w:r w:rsidRPr="002F6785">
              <w:rPr>
                <w:sz w:val="26"/>
                <w:szCs w:val="26"/>
              </w:rPr>
              <w:t>ị</w:t>
            </w:r>
            <w:r w:rsidRPr="002F6785">
              <w:rPr>
                <w:sz w:val="26"/>
                <w:szCs w:val="26"/>
              </w:rPr>
              <w:t>nh; chi phí l</w:t>
            </w:r>
            <w:r w:rsidRPr="002F6785">
              <w:rPr>
                <w:sz w:val="26"/>
                <w:szCs w:val="26"/>
              </w:rPr>
              <w:t>ấ</w:t>
            </w:r>
            <w:r w:rsidRPr="002F6785">
              <w:rPr>
                <w:sz w:val="26"/>
                <w:szCs w:val="26"/>
              </w:rPr>
              <w:t>y m</w:t>
            </w:r>
            <w:r w:rsidRPr="002F6785">
              <w:rPr>
                <w:sz w:val="26"/>
                <w:szCs w:val="26"/>
              </w:rPr>
              <w:t>ẫ</w:t>
            </w:r>
            <w:r w:rsidRPr="002F6785">
              <w:rPr>
                <w:sz w:val="26"/>
                <w:szCs w:val="26"/>
              </w:rPr>
              <w:t>u, th</w:t>
            </w:r>
            <w:r w:rsidRPr="002F6785">
              <w:rPr>
                <w:sz w:val="26"/>
                <w:szCs w:val="26"/>
              </w:rPr>
              <w:t>ử</w:t>
            </w:r>
            <w:r w:rsidRPr="002F6785">
              <w:rPr>
                <w:sz w:val="26"/>
                <w:szCs w:val="26"/>
              </w:rPr>
              <w:t xml:space="preserve"> nghi</w:t>
            </w:r>
            <w:r w:rsidRPr="002F6785">
              <w:rPr>
                <w:sz w:val="26"/>
                <w:szCs w:val="26"/>
              </w:rPr>
              <w:t>ệ</w:t>
            </w:r>
            <w:r w:rsidRPr="002F6785">
              <w:rPr>
                <w:sz w:val="26"/>
                <w:szCs w:val="26"/>
              </w:rPr>
              <w:t>m và x</w:t>
            </w:r>
            <w:r w:rsidRPr="002F6785">
              <w:rPr>
                <w:sz w:val="26"/>
                <w:szCs w:val="26"/>
              </w:rPr>
              <w:t>ử</w:t>
            </w:r>
            <w:r w:rsidRPr="002F6785">
              <w:rPr>
                <w:sz w:val="26"/>
                <w:szCs w:val="26"/>
              </w:rPr>
              <w:t xml:space="preserve"> lý s</w:t>
            </w:r>
            <w:r w:rsidRPr="002F6785">
              <w:rPr>
                <w:sz w:val="26"/>
                <w:szCs w:val="26"/>
              </w:rPr>
              <w:t>ả</w:t>
            </w:r>
            <w:r w:rsidRPr="002F6785">
              <w:rPr>
                <w:sz w:val="26"/>
                <w:szCs w:val="26"/>
              </w:rPr>
              <w:t>n ph</w:t>
            </w:r>
            <w:r w:rsidRPr="002F6785">
              <w:rPr>
                <w:sz w:val="26"/>
                <w:szCs w:val="26"/>
              </w:rPr>
              <w:t>ẩ</w:t>
            </w:r>
            <w:r w:rsidRPr="002F6785">
              <w:rPr>
                <w:sz w:val="26"/>
                <w:szCs w:val="26"/>
              </w:rPr>
              <w:t>m không phù h</w:t>
            </w:r>
            <w:r w:rsidRPr="002F6785">
              <w:rPr>
                <w:sz w:val="26"/>
                <w:szCs w:val="26"/>
              </w:rPr>
              <w:t>ợ</w:t>
            </w:r>
            <w:r w:rsidRPr="002F6785">
              <w:rPr>
                <w:sz w:val="26"/>
                <w:szCs w:val="26"/>
              </w:rPr>
              <w:t>p đư</w:t>
            </w:r>
            <w:r w:rsidRPr="002F6785">
              <w:rPr>
                <w:sz w:val="26"/>
                <w:szCs w:val="26"/>
              </w:rPr>
              <w:t>ợ</w:t>
            </w:r>
            <w:r w:rsidRPr="002F6785">
              <w:rPr>
                <w:sz w:val="26"/>
                <w:szCs w:val="26"/>
              </w:rPr>
              <w:t>c th</w:t>
            </w:r>
            <w:r w:rsidRPr="002F6785">
              <w:rPr>
                <w:sz w:val="26"/>
                <w:szCs w:val="26"/>
              </w:rPr>
              <w:t>ự</w:t>
            </w:r>
            <w:r w:rsidRPr="002F6785">
              <w:rPr>
                <w:sz w:val="26"/>
                <w:szCs w:val="26"/>
              </w:rPr>
              <w:t>c hi</w:t>
            </w:r>
            <w:r w:rsidRPr="002F6785">
              <w:rPr>
                <w:sz w:val="26"/>
                <w:szCs w:val="26"/>
              </w:rPr>
              <w:t>ệ</w:t>
            </w:r>
            <w:r w:rsidRPr="002F6785">
              <w:rPr>
                <w:sz w:val="26"/>
                <w:szCs w:val="26"/>
              </w:rPr>
              <w:t>n theo pháp lu</w:t>
            </w:r>
            <w:r w:rsidRPr="002F6785">
              <w:rPr>
                <w:sz w:val="26"/>
                <w:szCs w:val="26"/>
              </w:rPr>
              <w:t>ậ</w:t>
            </w:r>
            <w:r w:rsidRPr="002F6785">
              <w:rPr>
                <w:sz w:val="26"/>
                <w:szCs w:val="26"/>
              </w:rPr>
              <w:t>t v</w:t>
            </w:r>
            <w:r w:rsidRPr="002F6785">
              <w:rPr>
                <w:sz w:val="26"/>
                <w:szCs w:val="26"/>
              </w:rPr>
              <w:t>ề</w:t>
            </w:r>
            <w:r w:rsidRPr="002F6785">
              <w:rPr>
                <w:sz w:val="26"/>
                <w:szCs w:val="26"/>
              </w:rPr>
              <w:t xml:space="preserve"> ch</w:t>
            </w:r>
            <w:r w:rsidRPr="002F6785">
              <w:rPr>
                <w:sz w:val="26"/>
                <w:szCs w:val="26"/>
              </w:rPr>
              <w:t>ấ</w:t>
            </w:r>
            <w:r w:rsidRPr="002F6785">
              <w:rPr>
                <w:sz w:val="26"/>
                <w:szCs w:val="26"/>
              </w:rPr>
              <w:t>t lư</w:t>
            </w:r>
            <w:r w:rsidRPr="002F6785">
              <w:rPr>
                <w:sz w:val="26"/>
                <w:szCs w:val="26"/>
              </w:rPr>
              <w:t>ợ</w:t>
            </w:r>
            <w:r w:rsidRPr="002F6785">
              <w:rPr>
                <w:sz w:val="26"/>
                <w:szCs w:val="26"/>
              </w:rPr>
              <w:t>ng s</w:t>
            </w:r>
            <w:r w:rsidRPr="002F6785">
              <w:rPr>
                <w:sz w:val="26"/>
                <w:szCs w:val="26"/>
              </w:rPr>
              <w:t>ả</w:t>
            </w:r>
            <w:r w:rsidRPr="002F6785">
              <w:rPr>
                <w:sz w:val="26"/>
                <w:szCs w:val="26"/>
              </w:rPr>
              <w:t>n ph</w:t>
            </w:r>
            <w:r w:rsidRPr="002F6785">
              <w:rPr>
                <w:sz w:val="26"/>
                <w:szCs w:val="26"/>
              </w:rPr>
              <w:t>ẩ</w:t>
            </w:r>
            <w:r w:rsidRPr="002F6785">
              <w:rPr>
                <w:sz w:val="26"/>
                <w:szCs w:val="26"/>
              </w:rPr>
              <w:t>m, hàng hóa.</w:t>
            </w:r>
          </w:p>
          <w:p w:rsidR="008D4B75" w:rsidRPr="002F6785" w:rsidRDefault="00AC53F4" w:rsidP="002F6785">
            <w:pPr>
              <w:spacing w:before="60" w:after="60"/>
              <w:jc w:val="both"/>
              <w:rPr>
                <w:sz w:val="26"/>
                <w:szCs w:val="26"/>
              </w:rPr>
            </w:pPr>
            <w:r w:rsidRPr="002F6785">
              <w:rPr>
                <w:sz w:val="26"/>
                <w:szCs w:val="26"/>
              </w:rPr>
              <w:t>Vi</w:t>
            </w:r>
            <w:r w:rsidRPr="002F6785">
              <w:rPr>
                <w:sz w:val="26"/>
                <w:szCs w:val="26"/>
              </w:rPr>
              <w:t>ệ</w:t>
            </w:r>
            <w:r w:rsidRPr="002F6785">
              <w:rPr>
                <w:sz w:val="26"/>
                <w:szCs w:val="26"/>
              </w:rPr>
              <w:t>c không yêu c</w:t>
            </w:r>
            <w:r w:rsidRPr="002F6785">
              <w:rPr>
                <w:sz w:val="26"/>
                <w:szCs w:val="26"/>
              </w:rPr>
              <w:t>ầ</w:t>
            </w:r>
            <w:r w:rsidRPr="002F6785">
              <w:rPr>
                <w:sz w:val="26"/>
                <w:szCs w:val="26"/>
              </w:rPr>
              <w:t>u t</w:t>
            </w:r>
            <w:r w:rsidRPr="002F6785">
              <w:rPr>
                <w:sz w:val="26"/>
                <w:szCs w:val="26"/>
              </w:rPr>
              <w:t>ổ</w:t>
            </w:r>
            <w:r w:rsidRPr="002F6785">
              <w:rPr>
                <w:sz w:val="26"/>
                <w:szCs w:val="26"/>
              </w:rPr>
              <w:t xml:space="preserve"> ch</w:t>
            </w:r>
            <w:r w:rsidRPr="002F6785">
              <w:rPr>
                <w:sz w:val="26"/>
                <w:szCs w:val="26"/>
              </w:rPr>
              <w:t>ứ</w:t>
            </w:r>
            <w:r w:rsidRPr="002F6785">
              <w:rPr>
                <w:sz w:val="26"/>
                <w:szCs w:val="26"/>
              </w:rPr>
              <w:t>c, cá nhân nh</w:t>
            </w:r>
            <w:r w:rsidRPr="002F6785">
              <w:rPr>
                <w:sz w:val="26"/>
                <w:szCs w:val="26"/>
              </w:rPr>
              <w:t>ậ</w:t>
            </w:r>
            <w:r w:rsidRPr="002F6785">
              <w:rPr>
                <w:sz w:val="26"/>
                <w:szCs w:val="26"/>
              </w:rPr>
              <w:t>p kh</w:t>
            </w:r>
            <w:r w:rsidRPr="002F6785">
              <w:rPr>
                <w:sz w:val="26"/>
                <w:szCs w:val="26"/>
              </w:rPr>
              <w:t>ẩ</w:t>
            </w:r>
            <w:r w:rsidRPr="002F6785">
              <w:rPr>
                <w:sz w:val="26"/>
                <w:szCs w:val="26"/>
              </w:rPr>
              <w:t>u thanh toán chi phí đi l</w:t>
            </w:r>
            <w:r w:rsidRPr="002F6785">
              <w:rPr>
                <w:sz w:val="26"/>
                <w:szCs w:val="26"/>
              </w:rPr>
              <w:t>ạ</w:t>
            </w:r>
            <w:r w:rsidRPr="002F6785">
              <w:rPr>
                <w:sz w:val="26"/>
                <w:szCs w:val="26"/>
              </w:rPr>
              <w:t>i, lưu trú ho</w:t>
            </w:r>
            <w:r w:rsidRPr="002F6785">
              <w:rPr>
                <w:sz w:val="26"/>
                <w:szCs w:val="26"/>
              </w:rPr>
              <w:t>ặ</w:t>
            </w:r>
            <w:r w:rsidRPr="002F6785">
              <w:rPr>
                <w:sz w:val="26"/>
                <w:szCs w:val="26"/>
              </w:rPr>
              <w:t>c chi phí ho</w:t>
            </w:r>
            <w:r w:rsidRPr="002F6785">
              <w:rPr>
                <w:sz w:val="26"/>
                <w:szCs w:val="26"/>
              </w:rPr>
              <w:t>ạ</w:t>
            </w:r>
            <w:r w:rsidRPr="002F6785">
              <w:rPr>
                <w:sz w:val="26"/>
                <w:szCs w:val="26"/>
              </w:rPr>
              <w:t>t đ</w:t>
            </w:r>
            <w:r w:rsidRPr="002F6785">
              <w:rPr>
                <w:sz w:val="26"/>
                <w:szCs w:val="26"/>
              </w:rPr>
              <w:t>ộ</w:t>
            </w:r>
            <w:r w:rsidRPr="002F6785">
              <w:rPr>
                <w:sz w:val="26"/>
                <w:szCs w:val="26"/>
              </w:rPr>
              <w:t>ng c</w:t>
            </w:r>
            <w:r w:rsidRPr="002F6785">
              <w:rPr>
                <w:sz w:val="26"/>
                <w:szCs w:val="26"/>
              </w:rPr>
              <w:t>ủ</w:t>
            </w:r>
            <w:r w:rsidRPr="002F6785">
              <w:rPr>
                <w:sz w:val="26"/>
                <w:szCs w:val="26"/>
              </w:rPr>
              <w:t>a đoàn ki</w:t>
            </w:r>
            <w:r w:rsidRPr="002F6785">
              <w:rPr>
                <w:sz w:val="26"/>
                <w:szCs w:val="26"/>
              </w:rPr>
              <w:t>ể</w:t>
            </w:r>
            <w:r w:rsidRPr="002F6785">
              <w:rPr>
                <w:sz w:val="26"/>
                <w:szCs w:val="26"/>
              </w:rPr>
              <w:t>m tra, tr</w:t>
            </w:r>
            <w:r w:rsidRPr="002F6785">
              <w:rPr>
                <w:sz w:val="26"/>
                <w:szCs w:val="26"/>
              </w:rPr>
              <w:t>ừ</w:t>
            </w:r>
            <w:r w:rsidRPr="002F6785">
              <w:rPr>
                <w:sz w:val="26"/>
                <w:szCs w:val="26"/>
              </w:rPr>
              <w:t xml:space="preserve"> trư</w:t>
            </w:r>
            <w:r w:rsidRPr="002F6785">
              <w:rPr>
                <w:sz w:val="26"/>
                <w:szCs w:val="26"/>
              </w:rPr>
              <w:t>ờ</w:t>
            </w:r>
            <w:r w:rsidRPr="002F6785">
              <w:rPr>
                <w:sz w:val="26"/>
                <w:szCs w:val="26"/>
              </w:rPr>
              <w:t>ng h</w:t>
            </w:r>
            <w:r w:rsidRPr="002F6785">
              <w:rPr>
                <w:sz w:val="26"/>
                <w:szCs w:val="26"/>
              </w:rPr>
              <w:t>ợ</w:t>
            </w:r>
            <w:r w:rsidRPr="002F6785">
              <w:rPr>
                <w:sz w:val="26"/>
                <w:szCs w:val="26"/>
              </w:rPr>
              <w:t>p pháp lu</w:t>
            </w:r>
            <w:r w:rsidRPr="002F6785">
              <w:rPr>
                <w:sz w:val="26"/>
                <w:szCs w:val="26"/>
              </w:rPr>
              <w:t>ậ</w:t>
            </w:r>
            <w:r w:rsidRPr="002F6785">
              <w:rPr>
                <w:sz w:val="26"/>
                <w:szCs w:val="26"/>
              </w:rPr>
              <w:t>t có quy đ</w:t>
            </w:r>
            <w:r w:rsidRPr="002F6785">
              <w:rPr>
                <w:sz w:val="26"/>
                <w:szCs w:val="26"/>
              </w:rPr>
              <w:t>ị</w:t>
            </w:r>
            <w:r w:rsidRPr="002F6785">
              <w:rPr>
                <w:sz w:val="26"/>
                <w:szCs w:val="26"/>
              </w:rPr>
              <w:t>nh khác, nh</w:t>
            </w:r>
            <w:r w:rsidRPr="002F6785">
              <w:rPr>
                <w:sz w:val="26"/>
                <w:szCs w:val="26"/>
              </w:rPr>
              <w:t>ằ</w:t>
            </w:r>
            <w:r w:rsidRPr="002F6785">
              <w:rPr>
                <w:sz w:val="26"/>
                <w:szCs w:val="26"/>
              </w:rPr>
              <w:t>m b</w:t>
            </w:r>
            <w:r w:rsidRPr="002F6785">
              <w:rPr>
                <w:sz w:val="26"/>
                <w:szCs w:val="26"/>
              </w:rPr>
              <w:t>ả</w:t>
            </w:r>
            <w:r w:rsidRPr="002F6785">
              <w:rPr>
                <w:sz w:val="26"/>
                <w:szCs w:val="26"/>
              </w:rPr>
              <w:t>o đ</w:t>
            </w:r>
            <w:r w:rsidRPr="002F6785">
              <w:rPr>
                <w:sz w:val="26"/>
                <w:szCs w:val="26"/>
              </w:rPr>
              <w:t>ả</w:t>
            </w:r>
            <w:r w:rsidRPr="002F6785">
              <w:rPr>
                <w:sz w:val="26"/>
                <w:szCs w:val="26"/>
              </w:rPr>
              <w:t>m tính đ</w:t>
            </w:r>
            <w:r w:rsidRPr="002F6785">
              <w:rPr>
                <w:sz w:val="26"/>
                <w:szCs w:val="26"/>
              </w:rPr>
              <w:t>ộ</w:t>
            </w:r>
            <w:r w:rsidRPr="002F6785">
              <w:rPr>
                <w:sz w:val="26"/>
                <w:szCs w:val="26"/>
              </w:rPr>
              <w:t>c l</w:t>
            </w:r>
            <w:r w:rsidRPr="002F6785">
              <w:rPr>
                <w:sz w:val="26"/>
                <w:szCs w:val="26"/>
              </w:rPr>
              <w:t>ậ</w:t>
            </w:r>
            <w:r w:rsidRPr="002F6785">
              <w:rPr>
                <w:sz w:val="26"/>
                <w:szCs w:val="26"/>
              </w:rPr>
              <w:t>p và minh b</w:t>
            </w:r>
            <w:r w:rsidRPr="002F6785">
              <w:rPr>
                <w:sz w:val="26"/>
                <w:szCs w:val="26"/>
              </w:rPr>
              <w:t>ạ</w:t>
            </w:r>
            <w:r w:rsidRPr="002F6785">
              <w:rPr>
                <w:sz w:val="26"/>
                <w:szCs w:val="26"/>
              </w:rPr>
              <w:t>ch c</w:t>
            </w:r>
            <w:r w:rsidRPr="002F6785">
              <w:rPr>
                <w:sz w:val="26"/>
                <w:szCs w:val="26"/>
              </w:rPr>
              <w:t>ủ</w:t>
            </w:r>
            <w:r w:rsidRPr="002F6785">
              <w:rPr>
                <w:sz w:val="26"/>
                <w:szCs w:val="26"/>
              </w:rPr>
              <w:t>a ho</w:t>
            </w:r>
            <w:r w:rsidRPr="002F6785">
              <w:rPr>
                <w:sz w:val="26"/>
                <w:szCs w:val="26"/>
              </w:rPr>
              <w:t>ạ</w:t>
            </w:r>
            <w:r w:rsidRPr="002F6785">
              <w:rPr>
                <w:sz w:val="26"/>
                <w:szCs w:val="26"/>
              </w:rPr>
              <w:t>t đ</w:t>
            </w:r>
            <w:r w:rsidRPr="002F6785">
              <w:rPr>
                <w:sz w:val="26"/>
                <w:szCs w:val="26"/>
              </w:rPr>
              <w:t>ộ</w:t>
            </w:r>
            <w:r w:rsidRPr="002F6785">
              <w:rPr>
                <w:sz w:val="26"/>
                <w:szCs w:val="26"/>
              </w:rPr>
              <w:t>ng công v</w:t>
            </w:r>
            <w:r w:rsidRPr="002F6785">
              <w:rPr>
                <w:sz w:val="26"/>
                <w:szCs w:val="26"/>
              </w:rPr>
              <w:t>ụ</w:t>
            </w:r>
            <w:r w:rsidRPr="002F6785">
              <w:rPr>
                <w:sz w:val="26"/>
                <w:szCs w:val="26"/>
              </w:rPr>
              <w:t>. T</w:t>
            </w:r>
            <w:r w:rsidRPr="002F6785">
              <w:rPr>
                <w:sz w:val="26"/>
                <w:szCs w:val="26"/>
              </w:rPr>
              <w:t>ổ</w:t>
            </w:r>
            <w:r w:rsidRPr="002F6785">
              <w:rPr>
                <w:sz w:val="26"/>
                <w:szCs w:val="26"/>
              </w:rPr>
              <w:t xml:space="preserve"> ch</w:t>
            </w:r>
            <w:r w:rsidRPr="002F6785">
              <w:rPr>
                <w:sz w:val="26"/>
                <w:szCs w:val="26"/>
              </w:rPr>
              <w:t>ứ</w:t>
            </w:r>
            <w:r w:rsidRPr="002F6785">
              <w:rPr>
                <w:sz w:val="26"/>
                <w:szCs w:val="26"/>
              </w:rPr>
              <w:t>c, cá nhân nh</w:t>
            </w:r>
            <w:r w:rsidRPr="002F6785">
              <w:rPr>
                <w:sz w:val="26"/>
                <w:szCs w:val="26"/>
              </w:rPr>
              <w:t>ậ</w:t>
            </w:r>
            <w:r w:rsidRPr="002F6785">
              <w:rPr>
                <w:sz w:val="26"/>
                <w:szCs w:val="26"/>
              </w:rPr>
              <w:t>p kh</w:t>
            </w:r>
            <w:r w:rsidRPr="002F6785">
              <w:rPr>
                <w:sz w:val="26"/>
                <w:szCs w:val="26"/>
              </w:rPr>
              <w:t>ẩ</w:t>
            </w:r>
            <w:r w:rsidRPr="002F6785">
              <w:rPr>
                <w:sz w:val="26"/>
                <w:szCs w:val="26"/>
              </w:rPr>
              <w:t>u có trách nhi</w:t>
            </w:r>
            <w:r w:rsidRPr="002F6785">
              <w:rPr>
                <w:sz w:val="26"/>
                <w:szCs w:val="26"/>
              </w:rPr>
              <w:t>ệ</w:t>
            </w:r>
            <w:r w:rsidRPr="002F6785">
              <w:rPr>
                <w:sz w:val="26"/>
                <w:szCs w:val="26"/>
              </w:rPr>
              <w:t>m ph</w:t>
            </w:r>
            <w:r w:rsidRPr="002F6785">
              <w:rPr>
                <w:sz w:val="26"/>
                <w:szCs w:val="26"/>
              </w:rPr>
              <w:t>ố</w:t>
            </w:r>
            <w:r w:rsidRPr="002F6785">
              <w:rPr>
                <w:sz w:val="26"/>
                <w:szCs w:val="26"/>
              </w:rPr>
              <w:t>i h</w:t>
            </w:r>
            <w:r w:rsidRPr="002F6785">
              <w:rPr>
                <w:sz w:val="26"/>
                <w:szCs w:val="26"/>
              </w:rPr>
              <w:t>ợ</w:t>
            </w:r>
            <w:r w:rsidRPr="002F6785">
              <w:rPr>
                <w:sz w:val="26"/>
                <w:szCs w:val="26"/>
              </w:rPr>
              <w:t>p v</w:t>
            </w:r>
            <w:r w:rsidRPr="002F6785">
              <w:rPr>
                <w:sz w:val="26"/>
                <w:szCs w:val="26"/>
              </w:rPr>
              <w:t>ề</w:t>
            </w:r>
            <w:r w:rsidRPr="002F6785">
              <w:rPr>
                <w:sz w:val="26"/>
                <w:szCs w:val="26"/>
              </w:rPr>
              <w:t xml:space="preserve"> thông tin, tài li</w:t>
            </w:r>
            <w:r w:rsidRPr="002F6785">
              <w:rPr>
                <w:sz w:val="26"/>
                <w:szCs w:val="26"/>
              </w:rPr>
              <w:t>ệ</w:t>
            </w:r>
            <w:r w:rsidRPr="002F6785">
              <w:rPr>
                <w:sz w:val="26"/>
                <w:szCs w:val="26"/>
              </w:rPr>
              <w:t>u và liên h</w:t>
            </w:r>
            <w:r w:rsidRPr="002F6785">
              <w:rPr>
                <w:sz w:val="26"/>
                <w:szCs w:val="26"/>
              </w:rPr>
              <w:t>ệ</w:t>
            </w:r>
            <w:r w:rsidRPr="002F6785">
              <w:rPr>
                <w:sz w:val="26"/>
                <w:szCs w:val="26"/>
              </w:rPr>
              <w:t xml:space="preserve"> v</w:t>
            </w:r>
            <w:r w:rsidRPr="002F6785">
              <w:rPr>
                <w:sz w:val="26"/>
                <w:szCs w:val="26"/>
              </w:rPr>
              <w:t>ớ</w:t>
            </w:r>
            <w:r w:rsidRPr="002F6785">
              <w:rPr>
                <w:sz w:val="26"/>
                <w:szCs w:val="26"/>
              </w:rPr>
              <w:t>i cơ s</w:t>
            </w:r>
            <w:r w:rsidRPr="002F6785">
              <w:rPr>
                <w:sz w:val="26"/>
                <w:szCs w:val="26"/>
              </w:rPr>
              <w:t>ở</w:t>
            </w:r>
            <w:r w:rsidRPr="002F6785">
              <w:rPr>
                <w:sz w:val="26"/>
                <w:szCs w:val="26"/>
              </w:rPr>
              <w:t xml:space="preserve"> s</w:t>
            </w:r>
            <w:r w:rsidRPr="002F6785">
              <w:rPr>
                <w:sz w:val="26"/>
                <w:szCs w:val="26"/>
              </w:rPr>
              <w:t>ả</w:t>
            </w:r>
            <w:r w:rsidRPr="002F6785">
              <w:rPr>
                <w:sz w:val="26"/>
                <w:szCs w:val="26"/>
              </w:rPr>
              <w:t>n xu</w:t>
            </w:r>
            <w:r w:rsidRPr="002F6785">
              <w:rPr>
                <w:sz w:val="26"/>
                <w:szCs w:val="26"/>
              </w:rPr>
              <w:t>ấ</w:t>
            </w:r>
            <w:r w:rsidRPr="002F6785">
              <w:rPr>
                <w:sz w:val="26"/>
                <w:szCs w:val="26"/>
              </w:rPr>
              <w:t>t trong ph</w:t>
            </w:r>
            <w:r w:rsidRPr="002F6785">
              <w:rPr>
                <w:sz w:val="26"/>
                <w:szCs w:val="26"/>
              </w:rPr>
              <w:t>ạ</w:t>
            </w:r>
            <w:r w:rsidRPr="002F6785">
              <w:rPr>
                <w:sz w:val="26"/>
                <w:szCs w:val="26"/>
              </w:rPr>
              <w:t>m vi trách nhi</w:t>
            </w:r>
            <w:r w:rsidRPr="002F6785">
              <w:rPr>
                <w:sz w:val="26"/>
                <w:szCs w:val="26"/>
              </w:rPr>
              <w:t>ệ</w:t>
            </w:r>
            <w:r w:rsidRPr="002F6785">
              <w:rPr>
                <w:sz w:val="26"/>
                <w:szCs w:val="26"/>
              </w:rPr>
              <w:t>m c</w:t>
            </w:r>
            <w:r w:rsidRPr="002F6785">
              <w:rPr>
                <w:sz w:val="26"/>
                <w:szCs w:val="26"/>
              </w:rPr>
              <w:t>ủ</w:t>
            </w:r>
            <w:r w:rsidRPr="002F6785">
              <w:rPr>
                <w:sz w:val="26"/>
                <w:szCs w:val="26"/>
              </w:rPr>
              <w:t>a mình; vi</w:t>
            </w:r>
            <w:r w:rsidRPr="002F6785">
              <w:rPr>
                <w:sz w:val="26"/>
                <w:szCs w:val="26"/>
              </w:rPr>
              <w:t>ệ</w:t>
            </w:r>
            <w:r w:rsidRPr="002F6785">
              <w:rPr>
                <w:sz w:val="26"/>
                <w:szCs w:val="26"/>
              </w:rPr>
              <w:t>c ph</w:t>
            </w:r>
            <w:r w:rsidRPr="002F6785">
              <w:rPr>
                <w:sz w:val="26"/>
                <w:szCs w:val="26"/>
              </w:rPr>
              <w:t>ố</w:t>
            </w:r>
            <w:r w:rsidRPr="002F6785">
              <w:rPr>
                <w:sz w:val="26"/>
                <w:szCs w:val="26"/>
              </w:rPr>
              <w:t>i h</w:t>
            </w:r>
            <w:r w:rsidRPr="002F6785">
              <w:rPr>
                <w:sz w:val="26"/>
                <w:szCs w:val="26"/>
              </w:rPr>
              <w:t>ợ</w:t>
            </w:r>
            <w:r w:rsidRPr="002F6785">
              <w:rPr>
                <w:sz w:val="26"/>
                <w:szCs w:val="26"/>
              </w:rPr>
              <w:t>p không ph</w:t>
            </w:r>
            <w:r w:rsidRPr="002F6785">
              <w:rPr>
                <w:sz w:val="26"/>
                <w:szCs w:val="26"/>
              </w:rPr>
              <w:t>ả</w:t>
            </w:r>
            <w:r w:rsidRPr="002F6785">
              <w:rPr>
                <w:sz w:val="26"/>
                <w:szCs w:val="26"/>
              </w:rPr>
              <w:t>i là th</w:t>
            </w:r>
            <w:r w:rsidRPr="002F6785">
              <w:rPr>
                <w:sz w:val="26"/>
                <w:szCs w:val="26"/>
              </w:rPr>
              <w:t>ủ</w:t>
            </w:r>
            <w:r w:rsidRPr="002F6785">
              <w:rPr>
                <w:sz w:val="26"/>
                <w:szCs w:val="26"/>
              </w:rPr>
              <w:t xml:space="preserve"> t</w:t>
            </w:r>
            <w:r w:rsidRPr="002F6785">
              <w:rPr>
                <w:sz w:val="26"/>
                <w:szCs w:val="26"/>
              </w:rPr>
              <w:t>ụ</w:t>
            </w:r>
            <w:r w:rsidRPr="002F6785">
              <w:rPr>
                <w:sz w:val="26"/>
                <w:szCs w:val="26"/>
              </w:rPr>
              <w:t>c hành chính và không chuy</w:t>
            </w:r>
            <w:r w:rsidRPr="002F6785">
              <w:rPr>
                <w:sz w:val="26"/>
                <w:szCs w:val="26"/>
              </w:rPr>
              <w:t>ể</w:t>
            </w:r>
            <w:r w:rsidRPr="002F6785">
              <w:rPr>
                <w:sz w:val="26"/>
                <w:szCs w:val="26"/>
              </w:rPr>
              <w:t>n trách nhi</w:t>
            </w:r>
            <w:r w:rsidRPr="002F6785">
              <w:rPr>
                <w:sz w:val="26"/>
                <w:szCs w:val="26"/>
              </w:rPr>
              <w:t>ệ</w:t>
            </w:r>
            <w:r w:rsidRPr="002F6785">
              <w:rPr>
                <w:sz w:val="26"/>
                <w:szCs w:val="26"/>
              </w:rPr>
              <w:t>m thu th</w:t>
            </w:r>
            <w:r w:rsidRPr="002F6785">
              <w:rPr>
                <w:sz w:val="26"/>
                <w:szCs w:val="26"/>
              </w:rPr>
              <w:t>ậ</w:t>
            </w:r>
            <w:r w:rsidRPr="002F6785">
              <w:rPr>
                <w:sz w:val="26"/>
                <w:szCs w:val="26"/>
              </w:rPr>
              <w:t>p, đánh giá b</w:t>
            </w:r>
            <w:r w:rsidRPr="002F6785">
              <w:rPr>
                <w:sz w:val="26"/>
                <w:szCs w:val="26"/>
              </w:rPr>
              <w:t>ằ</w:t>
            </w:r>
            <w:r w:rsidRPr="002F6785">
              <w:rPr>
                <w:sz w:val="26"/>
                <w:szCs w:val="26"/>
              </w:rPr>
              <w:t>ng ch</w:t>
            </w:r>
            <w:r w:rsidRPr="002F6785">
              <w:rPr>
                <w:sz w:val="26"/>
                <w:szCs w:val="26"/>
              </w:rPr>
              <w:t>ứ</w:t>
            </w:r>
            <w:r w:rsidRPr="002F6785">
              <w:rPr>
                <w:sz w:val="26"/>
                <w:szCs w:val="26"/>
              </w:rPr>
              <w:t>ng c</w:t>
            </w:r>
            <w:r w:rsidRPr="002F6785">
              <w:rPr>
                <w:sz w:val="26"/>
                <w:szCs w:val="26"/>
              </w:rPr>
              <w:t>ủ</w:t>
            </w:r>
            <w:r w:rsidRPr="002F6785">
              <w:rPr>
                <w:sz w:val="26"/>
                <w:szCs w:val="26"/>
              </w:rPr>
              <w:t>a cơ quan ki</w:t>
            </w:r>
            <w:r w:rsidRPr="002F6785">
              <w:rPr>
                <w:sz w:val="26"/>
                <w:szCs w:val="26"/>
              </w:rPr>
              <w:t>ể</w:t>
            </w:r>
            <w:r w:rsidRPr="002F6785">
              <w:rPr>
                <w:sz w:val="26"/>
                <w:szCs w:val="26"/>
              </w:rPr>
              <w:t>m tra sang doanh nghi</w:t>
            </w:r>
            <w:r w:rsidRPr="002F6785">
              <w:rPr>
                <w:sz w:val="26"/>
                <w:szCs w:val="26"/>
              </w:rPr>
              <w:t>ệ</w:t>
            </w:r>
            <w:r w:rsidRPr="002F6785">
              <w:rPr>
                <w:sz w:val="26"/>
                <w:szCs w:val="26"/>
              </w:rPr>
              <w:t>p.</w:t>
            </w:r>
          </w:p>
        </w:tc>
      </w:tr>
      <w:tr w:rsidR="00204C7B" w:rsidTr="000A0428">
        <w:trPr>
          <w:jc w:val="center"/>
        </w:trPr>
        <w:tc>
          <w:tcPr>
            <w:tcW w:w="2607" w:type="dxa"/>
          </w:tcPr>
          <w:p w:rsidR="00204C7B" w:rsidRPr="002F6785" w:rsidRDefault="00204C7B" w:rsidP="002F6785">
            <w:pPr>
              <w:spacing w:before="60" w:after="60"/>
              <w:jc w:val="both"/>
              <w:rPr>
                <w:sz w:val="26"/>
                <w:szCs w:val="26"/>
              </w:rPr>
            </w:pPr>
            <w:r w:rsidRPr="000F36C2">
              <w:rPr>
                <w:b/>
                <w:sz w:val="26"/>
                <w:szCs w:val="26"/>
              </w:rPr>
              <w:lastRenderedPageBreak/>
              <w:t>Điề</w:t>
            </w:r>
            <w:r w:rsidRPr="002F6785">
              <w:rPr>
                <w:b/>
                <w:sz w:val="26"/>
                <w:szCs w:val="26"/>
              </w:rPr>
              <w:t>u 21. Dữ liệu phục vụ quản lý chất lượng thép</w:t>
            </w:r>
          </w:p>
        </w:tc>
        <w:tc>
          <w:tcPr>
            <w:tcW w:w="6636" w:type="dxa"/>
          </w:tcPr>
          <w:p w:rsidR="003456F9" w:rsidRPr="002F6785" w:rsidRDefault="003456F9" w:rsidP="002F6785">
            <w:pPr>
              <w:widowControl w:val="0"/>
              <w:spacing w:before="60" w:after="60"/>
              <w:jc w:val="both"/>
              <w:rPr>
                <w:rFonts w:cs="Times New Roman"/>
                <w:sz w:val="26"/>
                <w:szCs w:val="26"/>
              </w:rPr>
            </w:pPr>
            <w:r w:rsidRPr="002F6785">
              <w:rPr>
                <w:rFonts w:cs="Times New Roman"/>
                <w:sz w:val="26"/>
                <w:szCs w:val="26"/>
              </w:rPr>
              <w:t>1. Dữ liệu về Danh mục sản phẩm, hàng hóa thép; tiêu chuẩn, quy chuẩn kỹ thuật; kết quả đánh giá sự phù hợp; công bố hợp quy; kiểm tra trong sản xuất, nhập khẩu, lưu thông; truy xuất nguồn gốc; kiểm tra tại nguồn; cảnh báo, thu hồi, xử lý vi phạm và lịch sử tuân thủ được cập nhật, khai thác trên Hệ thống giám sát chất lượng sản phẩm, hàng hóa quốc gia và Cơ sở dữ liệu quốc gia về tiêu chuẩn, đo lường, chất lượng theo quy định.</w:t>
            </w:r>
          </w:p>
          <w:p w:rsidR="003456F9" w:rsidRPr="002F6785" w:rsidRDefault="003456F9" w:rsidP="002F6785">
            <w:pPr>
              <w:widowControl w:val="0"/>
              <w:spacing w:before="60" w:after="60"/>
              <w:jc w:val="both"/>
              <w:rPr>
                <w:rFonts w:cs="Times New Roman"/>
                <w:sz w:val="26"/>
                <w:szCs w:val="26"/>
              </w:rPr>
            </w:pPr>
            <w:r w:rsidRPr="002F6785">
              <w:rPr>
                <w:rFonts w:cs="Times New Roman"/>
                <w:sz w:val="26"/>
                <w:szCs w:val="26"/>
              </w:rPr>
              <w:t>2. Dữ liệu hải quan, quản lý thị trường, chất lượng công trình, sự cố, môi trường và dữ liệu chuyên ngành khác có liên quan được kết nối, chia sẻ với Bộ Khoa học và Công nghệ để phân tích rủi ro; không hình thành cơ sở dữ liệu quản lý chất lượng thép riêng biệt, trùng lặp với hệ thống quốc gia.</w:t>
            </w:r>
          </w:p>
          <w:p w:rsidR="00204C7B" w:rsidRPr="002F6785" w:rsidRDefault="00A76944" w:rsidP="002F6785">
            <w:pPr>
              <w:widowControl w:val="0"/>
              <w:spacing w:before="60" w:after="60"/>
              <w:jc w:val="both"/>
              <w:rPr>
                <w:sz w:val="26"/>
                <w:szCs w:val="26"/>
              </w:rPr>
            </w:pPr>
            <w:r w:rsidRPr="002F6785">
              <w:rPr>
                <w:rFonts w:cs="Times New Roman"/>
                <w:sz w:val="26"/>
                <w:szCs w:val="26"/>
              </w:rPr>
              <w:t>3. Tổ chức, cá nhân không phải cung cấp lại dữ liệu đã cung cấp hợp pháp, còn đầy đủ, chính xác, cập nhật và cơ quan có thẩm quyền có thể khai thác được từ hệ thống thông tin được kết nối, chia sẻ. Trường hợp dữ liệu chưa có, không thể truy cập, cần cập nhật hoặc cần đối chiếu để xử lý dấu hiệu vi phạm thì cơ quan có thẩm quyền được yêu cầu cung cấp theo quy định của pháp luật</w:t>
            </w:r>
            <w:r w:rsidR="003456F9" w:rsidRPr="002F6785">
              <w:rPr>
                <w:rFonts w:cs="Times New Roman"/>
                <w:sz w:val="26"/>
                <w:szCs w:val="26"/>
              </w:rPr>
              <w:t>.</w:t>
            </w:r>
            <w:r w:rsidRPr="002F6785">
              <w:rPr>
                <w:sz w:val="26"/>
                <w:szCs w:val="26"/>
              </w:rPr>
              <w:t xml:space="preserve"> </w:t>
            </w:r>
          </w:p>
        </w:tc>
        <w:tc>
          <w:tcPr>
            <w:tcW w:w="5760" w:type="dxa"/>
          </w:tcPr>
          <w:p w:rsidR="000F36C2" w:rsidRPr="000F36C2" w:rsidRDefault="00AC53F4" w:rsidP="002F6785">
            <w:pPr>
              <w:spacing w:before="60" w:after="60"/>
              <w:jc w:val="both"/>
              <w:rPr>
                <w:sz w:val="26"/>
                <w:szCs w:val="26"/>
              </w:rPr>
            </w:pPr>
            <w:r w:rsidRPr="002F6785">
              <w:rPr>
                <w:sz w:val="26"/>
                <w:szCs w:val="26"/>
              </w:rPr>
              <w:t>Đi</w:t>
            </w:r>
            <w:r w:rsidRPr="002F6785">
              <w:rPr>
                <w:sz w:val="26"/>
                <w:szCs w:val="26"/>
              </w:rPr>
              <w:t>ề</w:t>
            </w:r>
            <w:r w:rsidRPr="002F6785">
              <w:rPr>
                <w:sz w:val="26"/>
                <w:szCs w:val="26"/>
              </w:rPr>
              <w:t>u này quy đ</w:t>
            </w:r>
            <w:r w:rsidRPr="002F6785">
              <w:rPr>
                <w:sz w:val="26"/>
                <w:szCs w:val="26"/>
              </w:rPr>
              <w:t>ị</w:t>
            </w:r>
            <w:r w:rsidRPr="002F6785">
              <w:rPr>
                <w:sz w:val="26"/>
                <w:szCs w:val="26"/>
              </w:rPr>
              <w:t>nh nguyên t</w:t>
            </w:r>
            <w:r w:rsidRPr="002F6785">
              <w:rPr>
                <w:sz w:val="26"/>
                <w:szCs w:val="26"/>
              </w:rPr>
              <w:t>ắ</w:t>
            </w:r>
            <w:r w:rsidRPr="002F6785">
              <w:rPr>
                <w:sz w:val="26"/>
                <w:szCs w:val="26"/>
              </w:rPr>
              <w:t>c tích h</w:t>
            </w:r>
            <w:r w:rsidRPr="002F6785">
              <w:rPr>
                <w:sz w:val="26"/>
                <w:szCs w:val="26"/>
              </w:rPr>
              <w:t>ợ</w:t>
            </w:r>
            <w:r w:rsidRPr="002F6785">
              <w:rPr>
                <w:sz w:val="26"/>
                <w:szCs w:val="26"/>
              </w:rPr>
              <w:t>p, k</w:t>
            </w:r>
            <w:r w:rsidRPr="002F6785">
              <w:rPr>
                <w:sz w:val="26"/>
                <w:szCs w:val="26"/>
              </w:rPr>
              <w:t>ế</w:t>
            </w:r>
            <w:r w:rsidRPr="002F6785">
              <w:rPr>
                <w:sz w:val="26"/>
                <w:szCs w:val="26"/>
              </w:rPr>
              <w:t>t n</w:t>
            </w:r>
            <w:r w:rsidRPr="002F6785">
              <w:rPr>
                <w:sz w:val="26"/>
                <w:szCs w:val="26"/>
              </w:rPr>
              <w:t>ố</w:t>
            </w:r>
            <w:r w:rsidRPr="002F6785">
              <w:rPr>
                <w:sz w:val="26"/>
                <w:szCs w:val="26"/>
              </w:rPr>
              <w:t>i và chia s</w:t>
            </w:r>
            <w:r w:rsidRPr="002F6785">
              <w:rPr>
                <w:sz w:val="26"/>
                <w:szCs w:val="26"/>
              </w:rPr>
              <w:t>ẻ</w:t>
            </w:r>
            <w:r w:rsidRPr="002F6785">
              <w:rPr>
                <w:sz w:val="26"/>
                <w:szCs w:val="26"/>
              </w:rPr>
              <w:t xml:space="preserve"> d</w:t>
            </w:r>
            <w:r w:rsidRPr="002F6785">
              <w:rPr>
                <w:sz w:val="26"/>
                <w:szCs w:val="26"/>
              </w:rPr>
              <w:t>ữ</w:t>
            </w:r>
            <w:r w:rsidRPr="002F6785">
              <w:rPr>
                <w:sz w:val="26"/>
                <w:szCs w:val="26"/>
              </w:rPr>
              <w:t xml:space="preserve"> li</w:t>
            </w:r>
            <w:r w:rsidRPr="002F6785">
              <w:rPr>
                <w:sz w:val="26"/>
                <w:szCs w:val="26"/>
              </w:rPr>
              <w:t>ệ</w:t>
            </w:r>
            <w:r w:rsidRPr="002F6785">
              <w:rPr>
                <w:sz w:val="26"/>
                <w:szCs w:val="26"/>
              </w:rPr>
              <w:t>u ph</w:t>
            </w:r>
            <w:r w:rsidRPr="002F6785">
              <w:rPr>
                <w:sz w:val="26"/>
                <w:szCs w:val="26"/>
              </w:rPr>
              <w:t>ụ</w:t>
            </w:r>
            <w:r w:rsidRPr="002F6785">
              <w:rPr>
                <w:sz w:val="26"/>
                <w:szCs w:val="26"/>
              </w:rPr>
              <w:t>c v</w:t>
            </w:r>
            <w:r w:rsidRPr="002F6785">
              <w:rPr>
                <w:sz w:val="26"/>
                <w:szCs w:val="26"/>
              </w:rPr>
              <w:t>ụ</w:t>
            </w:r>
            <w:r w:rsidRPr="002F6785">
              <w:rPr>
                <w:sz w:val="26"/>
                <w:szCs w:val="26"/>
              </w:rPr>
              <w:t xml:space="preserve"> qu</w:t>
            </w:r>
            <w:r w:rsidRPr="002F6785">
              <w:rPr>
                <w:sz w:val="26"/>
                <w:szCs w:val="26"/>
              </w:rPr>
              <w:t>ả</w:t>
            </w:r>
            <w:r w:rsidRPr="002F6785">
              <w:rPr>
                <w:sz w:val="26"/>
                <w:szCs w:val="26"/>
              </w:rPr>
              <w:t>n lý ch</w:t>
            </w:r>
            <w:r w:rsidRPr="002F6785">
              <w:rPr>
                <w:sz w:val="26"/>
                <w:szCs w:val="26"/>
              </w:rPr>
              <w:t>ấ</w:t>
            </w:r>
            <w:r w:rsidRPr="002F6785">
              <w:rPr>
                <w:sz w:val="26"/>
                <w:szCs w:val="26"/>
              </w:rPr>
              <w:t>t lư</w:t>
            </w:r>
            <w:r w:rsidRPr="002F6785">
              <w:rPr>
                <w:sz w:val="26"/>
                <w:szCs w:val="26"/>
              </w:rPr>
              <w:t>ợ</w:t>
            </w:r>
            <w:r w:rsidRPr="002F6785">
              <w:rPr>
                <w:sz w:val="26"/>
                <w:szCs w:val="26"/>
              </w:rPr>
              <w:t>ng thép trên các h</w:t>
            </w:r>
            <w:r w:rsidRPr="002F6785">
              <w:rPr>
                <w:sz w:val="26"/>
                <w:szCs w:val="26"/>
              </w:rPr>
              <w:t>ệ</w:t>
            </w:r>
            <w:r w:rsidRPr="002F6785">
              <w:rPr>
                <w:sz w:val="26"/>
                <w:szCs w:val="26"/>
              </w:rPr>
              <w:t xml:space="preserve"> th</w:t>
            </w:r>
            <w:r w:rsidRPr="002F6785">
              <w:rPr>
                <w:sz w:val="26"/>
                <w:szCs w:val="26"/>
              </w:rPr>
              <w:t>ố</w:t>
            </w:r>
            <w:r w:rsidRPr="002F6785">
              <w:rPr>
                <w:sz w:val="26"/>
                <w:szCs w:val="26"/>
              </w:rPr>
              <w:t>ng qu</w:t>
            </w:r>
            <w:r w:rsidRPr="002F6785">
              <w:rPr>
                <w:sz w:val="26"/>
                <w:szCs w:val="26"/>
              </w:rPr>
              <w:t>ố</w:t>
            </w:r>
            <w:r w:rsidRPr="002F6785">
              <w:rPr>
                <w:sz w:val="26"/>
                <w:szCs w:val="26"/>
              </w:rPr>
              <w:t>c gia hi</w:t>
            </w:r>
            <w:r w:rsidRPr="002F6785">
              <w:rPr>
                <w:sz w:val="26"/>
                <w:szCs w:val="26"/>
              </w:rPr>
              <w:t>ệ</w:t>
            </w:r>
            <w:r w:rsidRPr="002F6785">
              <w:rPr>
                <w:sz w:val="26"/>
                <w:szCs w:val="26"/>
              </w:rPr>
              <w:t>n có, không hình thành cơ s</w:t>
            </w:r>
            <w:r w:rsidRPr="002F6785">
              <w:rPr>
                <w:sz w:val="26"/>
                <w:szCs w:val="26"/>
              </w:rPr>
              <w:t>ở</w:t>
            </w:r>
            <w:r w:rsidRPr="002F6785">
              <w:rPr>
                <w:sz w:val="26"/>
                <w:szCs w:val="26"/>
              </w:rPr>
              <w:t xml:space="preserve"> d</w:t>
            </w:r>
            <w:r w:rsidRPr="002F6785">
              <w:rPr>
                <w:sz w:val="26"/>
                <w:szCs w:val="26"/>
              </w:rPr>
              <w:t>ữ</w:t>
            </w:r>
            <w:r w:rsidRPr="002F6785">
              <w:rPr>
                <w:sz w:val="26"/>
                <w:szCs w:val="26"/>
              </w:rPr>
              <w:t xml:space="preserve"> li</w:t>
            </w:r>
            <w:r w:rsidRPr="002F6785">
              <w:rPr>
                <w:sz w:val="26"/>
                <w:szCs w:val="26"/>
              </w:rPr>
              <w:t>ệ</w:t>
            </w:r>
            <w:r w:rsidRPr="002F6785">
              <w:rPr>
                <w:sz w:val="26"/>
                <w:szCs w:val="26"/>
              </w:rPr>
              <w:t>u riêng bi</w:t>
            </w:r>
            <w:r w:rsidRPr="002F6785">
              <w:rPr>
                <w:sz w:val="26"/>
                <w:szCs w:val="26"/>
              </w:rPr>
              <w:t>ệ</w:t>
            </w:r>
            <w:r w:rsidRPr="002F6785">
              <w:rPr>
                <w:sz w:val="26"/>
                <w:szCs w:val="26"/>
              </w:rPr>
              <w:t>t, trùng l</w:t>
            </w:r>
            <w:r w:rsidRPr="002F6785">
              <w:rPr>
                <w:sz w:val="26"/>
                <w:szCs w:val="26"/>
              </w:rPr>
              <w:t>ặ</w:t>
            </w:r>
            <w:r w:rsidRPr="002F6785">
              <w:rPr>
                <w:sz w:val="26"/>
                <w:szCs w:val="26"/>
              </w:rPr>
              <w:t>p. Vi</w:t>
            </w:r>
            <w:r w:rsidRPr="002F6785">
              <w:rPr>
                <w:sz w:val="26"/>
                <w:szCs w:val="26"/>
              </w:rPr>
              <w:t>ệ</w:t>
            </w:r>
            <w:r w:rsidRPr="002F6785">
              <w:rPr>
                <w:sz w:val="26"/>
                <w:szCs w:val="26"/>
              </w:rPr>
              <w:t>c k</w:t>
            </w:r>
            <w:r w:rsidRPr="002F6785">
              <w:rPr>
                <w:sz w:val="26"/>
                <w:szCs w:val="26"/>
              </w:rPr>
              <w:t>ế</w:t>
            </w:r>
            <w:r w:rsidRPr="002F6785">
              <w:rPr>
                <w:sz w:val="26"/>
                <w:szCs w:val="26"/>
              </w:rPr>
              <w:t>t n</w:t>
            </w:r>
            <w:r w:rsidRPr="002F6785">
              <w:rPr>
                <w:sz w:val="26"/>
                <w:szCs w:val="26"/>
              </w:rPr>
              <w:t>ố</w:t>
            </w:r>
            <w:r w:rsidRPr="002F6785">
              <w:rPr>
                <w:sz w:val="26"/>
                <w:szCs w:val="26"/>
              </w:rPr>
              <w:t>i d</w:t>
            </w:r>
            <w:r w:rsidRPr="002F6785">
              <w:rPr>
                <w:sz w:val="26"/>
                <w:szCs w:val="26"/>
              </w:rPr>
              <w:t>ữ</w:t>
            </w:r>
            <w:r w:rsidRPr="002F6785">
              <w:rPr>
                <w:sz w:val="26"/>
                <w:szCs w:val="26"/>
              </w:rPr>
              <w:t xml:space="preserve"> li</w:t>
            </w:r>
            <w:r w:rsidRPr="002F6785">
              <w:rPr>
                <w:sz w:val="26"/>
                <w:szCs w:val="26"/>
              </w:rPr>
              <w:t>ệ</w:t>
            </w:r>
            <w:r w:rsidRPr="002F6785">
              <w:rPr>
                <w:sz w:val="26"/>
                <w:szCs w:val="26"/>
              </w:rPr>
              <w:t>u v</w:t>
            </w:r>
            <w:r w:rsidRPr="002F6785">
              <w:rPr>
                <w:sz w:val="26"/>
                <w:szCs w:val="26"/>
              </w:rPr>
              <w:t>ề</w:t>
            </w:r>
            <w:r w:rsidRPr="002F6785">
              <w:rPr>
                <w:sz w:val="26"/>
                <w:szCs w:val="26"/>
              </w:rPr>
              <w:t xml:space="preserve"> h</w:t>
            </w:r>
            <w:r w:rsidRPr="002F6785">
              <w:rPr>
                <w:sz w:val="26"/>
                <w:szCs w:val="26"/>
              </w:rPr>
              <w:t>ả</w:t>
            </w:r>
            <w:r w:rsidRPr="002F6785">
              <w:rPr>
                <w:sz w:val="26"/>
                <w:szCs w:val="26"/>
              </w:rPr>
              <w:t>i quan, qu</w:t>
            </w:r>
            <w:r w:rsidRPr="002F6785">
              <w:rPr>
                <w:sz w:val="26"/>
                <w:szCs w:val="26"/>
              </w:rPr>
              <w:t>ả</w:t>
            </w:r>
            <w:r w:rsidRPr="002F6785">
              <w:rPr>
                <w:sz w:val="26"/>
                <w:szCs w:val="26"/>
              </w:rPr>
              <w:t>n lý th</w:t>
            </w:r>
            <w:r w:rsidRPr="002F6785">
              <w:rPr>
                <w:sz w:val="26"/>
                <w:szCs w:val="26"/>
              </w:rPr>
              <w:t>ị</w:t>
            </w:r>
            <w:r w:rsidRPr="002F6785">
              <w:rPr>
                <w:sz w:val="26"/>
                <w:szCs w:val="26"/>
              </w:rPr>
              <w:t xml:space="preserve"> trư</w:t>
            </w:r>
            <w:r w:rsidRPr="002F6785">
              <w:rPr>
                <w:sz w:val="26"/>
                <w:szCs w:val="26"/>
              </w:rPr>
              <w:t>ờ</w:t>
            </w:r>
            <w:r w:rsidRPr="002F6785">
              <w:rPr>
                <w:sz w:val="26"/>
                <w:szCs w:val="26"/>
              </w:rPr>
              <w:t>ng, ch</w:t>
            </w:r>
            <w:r w:rsidRPr="002F6785">
              <w:rPr>
                <w:sz w:val="26"/>
                <w:szCs w:val="26"/>
              </w:rPr>
              <w:t>ấ</w:t>
            </w:r>
            <w:r w:rsidRPr="002F6785">
              <w:rPr>
                <w:sz w:val="26"/>
                <w:szCs w:val="26"/>
              </w:rPr>
              <w:t>t lư</w:t>
            </w:r>
            <w:r w:rsidRPr="002F6785">
              <w:rPr>
                <w:sz w:val="26"/>
                <w:szCs w:val="26"/>
              </w:rPr>
              <w:t>ợ</w:t>
            </w:r>
            <w:r w:rsidRPr="002F6785">
              <w:rPr>
                <w:sz w:val="26"/>
                <w:szCs w:val="26"/>
              </w:rPr>
              <w:t>ng công trình, s</w:t>
            </w:r>
            <w:r w:rsidRPr="002F6785">
              <w:rPr>
                <w:sz w:val="26"/>
                <w:szCs w:val="26"/>
              </w:rPr>
              <w:t>ự</w:t>
            </w:r>
            <w:r w:rsidRPr="002F6785">
              <w:rPr>
                <w:sz w:val="26"/>
                <w:szCs w:val="26"/>
              </w:rPr>
              <w:t xml:space="preserve"> c</w:t>
            </w:r>
            <w:r w:rsidRPr="002F6785">
              <w:rPr>
                <w:sz w:val="26"/>
                <w:szCs w:val="26"/>
              </w:rPr>
              <w:t>ố</w:t>
            </w:r>
            <w:r w:rsidRPr="002F6785">
              <w:rPr>
                <w:sz w:val="26"/>
                <w:szCs w:val="26"/>
              </w:rPr>
              <w:t>, môi trư</w:t>
            </w:r>
            <w:r w:rsidRPr="002F6785">
              <w:rPr>
                <w:sz w:val="26"/>
                <w:szCs w:val="26"/>
              </w:rPr>
              <w:t>ờ</w:t>
            </w:r>
            <w:r w:rsidRPr="002F6785">
              <w:rPr>
                <w:sz w:val="26"/>
                <w:szCs w:val="26"/>
              </w:rPr>
              <w:t>ng và d</w:t>
            </w:r>
            <w:r w:rsidRPr="002F6785">
              <w:rPr>
                <w:sz w:val="26"/>
                <w:szCs w:val="26"/>
              </w:rPr>
              <w:t>ữ</w:t>
            </w:r>
            <w:r w:rsidRPr="002F6785">
              <w:rPr>
                <w:sz w:val="26"/>
                <w:szCs w:val="26"/>
              </w:rPr>
              <w:t xml:space="preserve"> li</w:t>
            </w:r>
            <w:r w:rsidRPr="002F6785">
              <w:rPr>
                <w:sz w:val="26"/>
                <w:szCs w:val="26"/>
              </w:rPr>
              <w:t>ệ</w:t>
            </w:r>
            <w:r w:rsidRPr="002F6785">
              <w:rPr>
                <w:sz w:val="26"/>
                <w:szCs w:val="26"/>
              </w:rPr>
              <w:t>u chuyên ngành khác t</w:t>
            </w:r>
            <w:r w:rsidRPr="002F6785">
              <w:rPr>
                <w:sz w:val="26"/>
                <w:szCs w:val="26"/>
              </w:rPr>
              <w:t>ạ</w:t>
            </w:r>
            <w:r w:rsidRPr="002F6785">
              <w:rPr>
                <w:sz w:val="26"/>
                <w:szCs w:val="26"/>
              </w:rPr>
              <w:t>o cơ s</w:t>
            </w:r>
            <w:r w:rsidRPr="002F6785">
              <w:rPr>
                <w:sz w:val="26"/>
                <w:szCs w:val="26"/>
              </w:rPr>
              <w:t>ở</w:t>
            </w:r>
            <w:r w:rsidRPr="002F6785">
              <w:rPr>
                <w:sz w:val="26"/>
                <w:szCs w:val="26"/>
              </w:rPr>
              <w:t xml:space="preserve"> cho phân tí</w:t>
            </w:r>
            <w:r w:rsidRPr="002F6785">
              <w:rPr>
                <w:sz w:val="26"/>
                <w:szCs w:val="26"/>
              </w:rPr>
              <w:t>ch r</w:t>
            </w:r>
            <w:r w:rsidRPr="002F6785">
              <w:rPr>
                <w:sz w:val="26"/>
                <w:szCs w:val="26"/>
              </w:rPr>
              <w:t>ủ</w:t>
            </w:r>
            <w:r w:rsidRPr="002F6785">
              <w:rPr>
                <w:sz w:val="26"/>
                <w:szCs w:val="26"/>
              </w:rPr>
              <w:t>i ro, c</w:t>
            </w:r>
            <w:r w:rsidRPr="002F6785">
              <w:rPr>
                <w:sz w:val="26"/>
                <w:szCs w:val="26"/>
              </w:rPr>
              <w:t>ả</w:t>
            </w:r>
            <w:r w:rsidRPr="002F6785">
              <w:rPr>
                <w:sz w:val="26"/>
                <w:szCs w:val="26"/>
              </w:rPr>
              <w:t>nh báo và ph</w:t>
            </w:r>
            <w:r w:rsidRPr="002F6785">
              <w:rPr>
                <w:sz w:val="26"/>
                <w:szCs w:val="26"/>
              </w:rPr>
              <w:t>ố</w:t>
            </w:r>
            <w:r w:rsidRPr="002F6785">
              <w:rPr>
                <w:sz w:val="26"/>
                <w:szCs w:val="26"/>
              </w:rPr>
              <w:t>i h</w:t>
            </w:r>
            <w:r w:rsidRPr="002F6785">
              <w:rPr>
                <w:sz w:val="26"/>
                <w:szCs w:val="26"/>
              </w:rPr>
              <w:t>ợ</w:t>
            </w:r>
            <w:r w:rsidRPr="002F6785">
              <w:rPr>
                <w:sz w:val="26"/>
                <w:szCs w:val="26"/>
              </w:rPr>
              <w:t>p qu</w:t>
            </w:r>
            <w:r w:rsidRPr="002F6785">
              <w:rPr>
                <w:sz w:val="26"/>
                <w:szCs w:val="26"/>
              </w:rPr>
              <w:t>ả</w:t>
            </w:r>
            <w:r w:rsidRPr="002F6785">
              <w:rPr>
                <w:sz w:val="26"/>
                <w:szCs w:val="26"/>
              </w:rPr>
              <w:t>n lý.</w:t>
            </w:r>
          </w:p>
          <w:p w:rsidR="008D4B75" w:rsidRPr="002F6785" w:rsidRDefault="00AC53F4" w:rsidP="002F6785">
            <w:pPr>
              <w:spacing w:before="60" w:after="60"/>
              <w:jc w:val="both"/>
              <w:rPr>
                <w:sz w:val="26"/>
                <w:szCs w:val="26"/>
              </w:rPr>
            </w:pPr>
            <w:r w:rsidRPr="002F6785">
              <w:rPr>
                <w:sz w:val="26"/>
                <w:szCs w:val="26"/>
              </w:rPr>
              <w:t>Nguyên t</w:t>
            </w:r>
            <w:r w:rsidRPr="002F6785">
              <w:rPr>
                <w:sz w:val="26"/>
                <w:szCs w:val="26"/>
              </w:rPr>
              <w:t>ắ</w:t>
            </w:r>
            <w:r w:rsidRPr="002F6785">
              <w:rPr>
                <w:sz w:val="26"/>
                <w:szCs w:val="26"/>
              </w:rPr>
              <w:t>c không yêu c</w:t>
            </w:r>
            <w:r w:rsidRPr="002F6785">
              <w:rPr>
                <w:sz w:val="26"/>
                <w:szCs w:val="26"/>
              </w:rPr>
              <w:t>ầ</w:t>
            </w:r>
            <w:r w:rsidRPr="002F6785">
              <w:rPr>
                <w:sz w:val="26"/>
                <w:szCs w:val="26"/>
              </w:rPr>
              <w:t>u t</w:t>
            </w:r>
            <w:r w:rsidRPr="002F6785">
              <w:rPr>
                <w:sz w:val="26"/>
                <w:szCs w:val="26"/>
              </w:rPr>
              <w:t>ổ</w:t>
            </w:r>
            <w:r w:rsidRPr="002F6785">
              <w:rPr>
                <w:sz w:val="26"/>
                <w:szCs w:val="26"/>
              </w:rPr>
              <w:t xml:space="preserve"> ch</w:t>
            </w:r>
            <w:r w:rsidRPr="002F6785">
              <w:rPr>
                <w:sz w:val="26"/>
                <w:szCs w:val="26"/>
              </w:rPr>
              <w:t>ứ</w:t>
            </w:r>
            <w:r w:rsidRPr="002F6785">
              <w:rPr>
                <w:sz w:val="26"/>
                <w:szCs w:val="26"/>
              </w:rPr>
              <w:t>c, cá nhân cung c</w:t>
            </w:r>
            <w:r w:rsidRPr="002F6785">
              <w:rPr>
                <w:sz w:val="26"/>
                <w:szCs w:val="26"/>
              </w:rPr>
              <w:t>ấ</w:t>
            </w:r>
            <w:r w:rsidRPr="002F6785">
              <w:rPr>
                <w:sz w:val="26"/>
                <w:szCs w:val="26"/>
              </w:rPr>
              <w:t>p l</w:t>
            </w:r>
            <w:r w:rsidRPr="002F6785">
              <w:rPr>
                <w:sz w:val="26"/>
                <w:szCs w:val="26"/>
              </w:rPr>
              <w:t>ạ</w:t>
            </w:r>
            <w:r w:rsidRPr="002F6785">
              <w:rPr>
                <w:sz w:val="26"/>
                <w:szCs w:val="26"/>
              </w:rPr>
              <w:t>i d</w:t>
            </w:r>
            <w:r w:rsidRPr="002F6785">
              <w:rPr>
                <w:sz w:val="26"/>
                <w:szCs w:val="26"/>
              </w:rPr>
              <w:t>ữ</w:t>
            </w:r>
            <w:r w:rsidRPr="002F6785">
              <w:rPr>
                <w:sz w:val="26"/>
                <w:szCs w:val="26"/>
              </w:rPr>
              <w:t xml:space="preserve"> li</w:t>
            </w:r>
            <w:r w:rsidRPr="002F6785">
              <w:rPr>
                <w:sz w:val="26"/>
                <w:szCs w:val="26"/>
              </w:rPr>
              <w:t>ệ</w:t>
            </w:r>
            <w:r w:rsidRPr="002F6785">
              <w:rPr>
                <w:sz w:val="26"/>
                <w:szCs w:val="26"/>
              </w:rPr>
              <w:t>u đã đư</w:t>
            </w:r>
            <w:r w:rsidRPr="002F6785">
              <w:rPr>
                <w:sz w:val="26"/>
                <w:szCs w:val="26"/>
              </w:rPr>
              <w:t>ợ</w:t>
            </w:r>
            <w:r w:rsidRPr="002F6785">
              <w:rPr>
                <w:sz w:val="26"/>
                <w:szCs w:val="26"/>
              </w:rPr>
              <w:t>c cung c</w:t>
            </w:r>
            <w:r w:rsidRPr="002F6785">
              <w:rPr>
                <w:sz w:val="26"/>
                <w:szCs w:val="26"/>
              </w:rPr>
              <w:t>ấ</w:t>
            </w:r>
            <w:r w:rsidRPr="002F6785">
              <w:rPr>
                <w:sz w:val="26"/>
                <w:szCs w:val="26"/>
              </w:rPr>
              <w:t>p h</w:t>
            </w:r>
            <w:r w:rsidRPr="002F6785">
              <w:rPr>
                <w:sz w:val="26"/>
                <w:szCs w:val="26"/>
              </w:rPr>
              <w:t>ợ</w:t>
            </w:r>
            <w:r w:rsidRPr="002F6785">
              <w:rPr>
                <w:sz w:val="26"/>
                <w:szCs w:val="26"/>
              </w:rPr>
              <w:t>p pháp, còn đ</w:t>
            </w:r>
            <w:r w:rsidRPr="002F6785">
              <w:rPr>
                <w:sz w:val="26"/>
                <w:szCs w:val="26"/>
              </w:rPr>
              <w:t>ầ</w:t>
            </w:r>
            <w:r w:rsidRPr="002F6785">
              <w:rPr>
                <w:sz w:val="26"/>
                <w:szCs w:val="26"/>
              </w:rPr>
              <w:t>y đ</w:t>
            </w:r>
            <w:r w:rsidRPr="002F6785">
              <w:rPr>
                <w:sz w:val="26"/>
                <w:szCs w:val="26"/>
              </w:rPr>
              <w:t>ủ</w:t>
            </w:r>
            <w:r w:rsidRPr="002F6785">
              <w:rPr>
                <w:sz w:val="26"/>
                <w:szCs w:val="26"/>
              </w:rPr>
              <w:t>, chính xác, c</w:t>
            </w:r>
            <w:r w:rsidRPr="002F6785">
              <w:rPr>
                <w:sz w:val="26"/>
                <w:szCs w:val="26"/>
              </w:rPr>
              <w:t>ậ</w:t>
            </w:r>
            <w:r w:rsidRPr="002F6785">
              <w:rPr>
                <w:sz w:val="26"/>
                <w:szCs w:val="26"/>
              </w:rPr>
              <w:t>p nh</w:t>
            </w:r>
            <w:r w:rsidRPr="002F6785">
              <w:rPr>
                <w:sz w:val="26"/>
                <w:szCs w:val="26"/>
              </w:rPr>
              <w:t>ậ</w:t>
            </w:r>
            <w:r w:rsidRPr="002F6785">
              <w:rPr>
                <w:sz w:val="26"/>
                <w:szCs w:val="26"/>
              </w:rPr>
              <w:t>t và cơ quan có th</w:t>
            </w:r>
            <w:r w:rsidRPr="002F6785">
              <w:rPr>
                <w:sz w:val="26"/>
                <w:szCs w:val="26"/>
              </w:rPr>
              <w:t>ẩ</w:t>
            </w:r>
            <w:r w:rsidRPr="002F6785">
              <w:rPr>
                <w:sz w:val="26"/>
                <w:szCs w:val="26"/>
              </w:rPr>
              <w:t>m quy</w:t>
            </w:r>
            <w:r w:rsidRPr="002F6785">
              <w:rPr>
                <w:sz w:val="26"/>
                <w:szCs w:val="26"/>
              </w:rPr>
              <w:t>ề</w:t>
            </w:r>
            <w:r w:rsidRPr="002F6785">
              <w:rPr>
                <w:sz w:val="26"/>
                <w:szCs w:val="26"/>
              </w:rPr>
              <w:t>n có th</w:t>
            </w:r>
            <w:r w:rsidRPr="002F6785">
              <w:rPr>
                <w:sz w:val="26"/>
                <w:szCs w:val="26"/>
              </w:rPr>
              <w:t>ể</w:t>
            </w:r>
            <w:r w:rsidRPr="002F6785">
              <w:rPr>
                <w:sz w:val="26"/>
                <w:szCs w:val="26"/>
              </w:rPr>
              <w:t xml:space="preserve"> khai thác t</w:t>
            </w:r>
            <w:r w:rsidRPr="002F6785">
              <w:rPr>
                <w:sz w:val="26"/>
                <w:szCs w:val="26"/>
              </w:rPr>
              <w:t>ừ</w:t>
            </w:r>
            <w:r w:rsidRPr="002F6785">
              <w:rPr>
                <w:sz w:val="26"/>
                <w:szCs w:val="26"/>
              </w:rPr>
              <w:t xml:space="preserve"> h</w:t>
            </w:r>
            <w:r w:rsidRPr="002F6785">
              <w:rPr>
                <w:sz w:val="26"/>
                <w:szCs w:val="26"/>
              </w:rPr>
              <w:t>ệ</w:t>
            </w:r>
            <w:r w:rsidRPr="002F6785">
              <w:rPr>
                <w:sz w:val="26"/>
                <w:szCs w:val="26"/>
              </w:rPr>
              <w:t xml:space="preserve"> th</w:t>
            </w:r>
            <w:r w:rsidRPr="002F6785">
              <w:rPr>
                <w:sz w:val="26"/>
                <w:szCs w:val="26"/>
              </w:rPr>
              <w:t>ố</w:t>
            </w:r>
            <w:r w:rsidRPr="002F6785">
              <w:rPr>
                <w:sz w:val="26"/>
                <w:szCs w:val="26"/>
              </w:rPr>
              <w:t>ng đư</w:t>
            </w:r>
            <w:r w:rsidRPr="002F6785">
              <w:rPr>
                <w:sz w:val="26"/>
                <w:szCs w:val="26"/>
              </w:rPr>
              <w:t>ợ</w:t>
            </w:r>
            <w:r w:rsidRPr="002F6785">
              <w:rPr>
                <w:sz w:val="26"/>
                <w:szCs w:val="26"/>
              </w:rPr>
              <w:t>c k</w:t>
            </w:r>
            <w:r w:rsidRPr="002F6785">
              <w:rPr>
                <w:sz w:val="26"/>
                <w:szCs w:val="26"/>
              </w:rPr>
              <w:t>ế</w:t>
            </w:r>
            <w:r w:rsidRPr="002F6785">
              <w:rPr>
                <w:sz w:val="26"/>
                <w:szCs w:val="26"/>
              </w:rPr>
              <w:t>t n</w:t>
            </w:r>
            <w:r w:rsidRPr="002F6785">
              <w:rPr>
                <w:sz w:val="26"/>
                <w:szCs w:val="26"/>
              </w:rPr>
              <w:t>ố</w:t>
            </w:r>
            <w:r w:rsidRPr="002F6785">
              <w:rPr>
                <w:sz w:val="26"/>
                <w:szCs w:val="26"/>
              </w:rPr>
              <w:t>i, chia s</w:t>
            </w:r>
            <w:r w:rsidRPr="002F6785">
              <w:rPr>
                <w:sz w:val="26"/>
                <w:szCs w:val="26"/>
              </w:rPr>
              <w:t>ẻ</w:t>
            </w:r>
            <w:r w:rsidRPr="002F6785">
              <w:rPr>
                <w:sz w:val="26"/>
                <w:szCs w:val="26"/>
              </w:rPr>
              <w:t xml:space="preserve"> nh</w:t>
            </w:r>
            <w:r w:rsidRPr="002F6785">
              <w:rPr>
                <w:sz w:val="26"/>
                <w:szCs w:val="26"/>
              </w:rPr>
              <w:t>ằ</w:t>
            </w:r>
            <w:r w:rsidRPr="002F6785">
              <w:rPr>
                <w:sz w:val="26"/>
                <w:szCs w:val="26"/>
              </w:rPr>
              <w:t>m gi</w:t>
            </w:r>
            <w:r w:rsidRPr="002F6785">
              <w:rPr>
                <w:sz w:val="26"/>
                <w:szCs w:val="26"/>
              </w:rPr>
              <w:t>ả</w:t>
            </w:r>
            <w:r w:rsidRPr="002F6785">
              <w:rPr>
                <w:sz w:val="26"/>
                <w:szCs w:val="26"/>
              </w:rPr>
              <w:t>m trùng l</w:t>
            </w:r>
            <w:r w:rsidRPr="002F6785">
              <w:rPr>
                <w:sz w:val="26"/>
                <w:szCs w:val="26"/>
              </w:rPr>
              <w:t>ặ</w:t>
            </w:r>
            <w:r w:rsidRPr="002F6785">
              <w:rPr>
                <w:sz w:val="26"/>
                <w:szCs w:val="26"/>
              </w:rPr>
              <w:t>p v</w:t>
            </w:r>
            <w:r w:rsidRPr="002F6785">
              <w:rPr>
                <w:sz w:val="26"/>
                <w:szCs w:val="26"/>
              </w:rPr>
              <w:t>ề</w:t>
            </w:r>
            <w:r w:rsidRPr="002F6785">
              <w:rPr>
                <w:sz w:val="26"/>
                <w:szCs w:val="26"/>
              </w:rPr>
              <w:t xml:space="preserve"> h</w:t>
            </w:r>
            <w:r w:rsidRPr="002F6785">
              <w:rPr>
                <w:sz w:val="26"/>
                <w:szCs w:val="26"/>
              </w:rPr>
              <w:t>ồ</w:t>
            </w:r>
            <w:r w:rsidRPr="002F6785">
              <w:rPr>
                <w:sz w:val="26"/>
                <w:szCs w:val="26"/>
              </w:rPr>
              <w:t xml:space="preserve"> sơ. Trư</w:t>
            </w:r>
            <w:r w:rsidRPr="002F6785">
              <w:rPr>
                <w:sz w:val="26"/>
                <w:szCs w:val="26"/>
              </w:rPr>
              <w:t>ờ</w:t>
            </w:r>
            <w:r w:rsidRPr="002F6785">
              <w:rPr>
                <w:sz w:val="26"/>
                <w:szCs w:val="26"/>
              </w:rPr>
              <w:t>ng h</w:t>
            </w:r>
            <w:r w:rsidRPr="002F6785">
              <w:rPr>
                <w:sz w:val="26"/>
                <w:szCs w:val="26"/>
              </w:rPr>
              <w:t>ợ</w:t>
            </w:r>
            <w:r w:rsidRPr="002F6785">
              <w:rPr>
                <w:sz w:val="26"/>
                <w:szCs w:val="26"/>
              </w:rPr>
              <w:t>p d</w:t>
            </w:r>
            <w:r w:rsidRPr="002F6785">
              <w:rPr>
                <w:sz w:val="26"/>
                <w:szCs w:val="26"/>
              </w:rPr>
              <w:t>ữ</w:t>
            </w:r>
            <w:r w:rsidRPr="002F6785">
              <w:rPr>
                <w:sz w:val="26"/>
                <w:szCs w:val="26"/>
              </w:rPr>
              <w:t xml:space="preserve"> li</w:t>
            </w:r>
            <w:r w:rsidRPr="002F6785">
              <w:rPr>
                <w:sz w:val="26"/>
                <w:szCs w:val="26"/>
              </w:rPr>
              <w:t>ệ</w:t>
            </w:r>
            <w:r w:rsidRPr="002F6785">
              <w:rPr>
                <w:sz w:val="26"/>
                <w:szCs w:val="26"/>
              </w:rPr>
              <w:t>u chưa có, không th</w:t>
            </w:r>
            <w:r w:rsidRPr="002F6785">
              <w:rPr>
                <w:sz w:val="26"/>
                <w:szCs w:val="26"/>
              </w:rPr>
              <w:t>ể</w:t>
            </w:r>
            <w:r w:rsidRPr="002F6785">
              <w:rPr>
                <w:sz w:val="26"/>
                <w:szCs w:val="26"/>
              </w:rPr>
              <w:t xml:space="preserve"> truy c</w:t>
            </w:r>
            <w:r w:rsidRPr="002F6785">
              <w:rPr>
                <w:sz w:val="26"/>
                <w:szCs w:val="26"/>
              </w:rPr>
              <w:t>ậ</w:t>
            </w:r>
            <w:r w:rsidRPr="002F6785">
              <w:rPr>
                <w:sz w:val="26"/>
                <w:szCs w:val="26"/>
              </w:rPr>
              <w:t>p, c</w:t>
            </w:r>
            <w:r w:rsidRPr="002F6785">
              <w:rPr>
                <w:sz w:val="26"/>
                <w:szCs w:val="26"/>
              </w:rPr>
              <w:t>ầ</w:t>
            </w:r>
            <w:r w:rsidRPr="002F6785">
              <w:rPr>
                <w:sz w:val="26"/>
                <w:szCs w:val="26"/>
              </w:rPr>
              <w:t>n c</w:t>
            </w:r>
            <w:r w:rsidRPr="002F6785">
              <w:rPr>
                <w:sz w:val="26"/>
                <w:szCs w:val="26"/>
              </w:rPr>
              <w:t>ậ</w:t>
            </w:r>
            <w:r w:rsidRPr="002F6785">
              <w:rPr>
                <w:sz w:val="26"/>
                <w:szCs w:val="26"/>
              </w:rPr>
              <w:t>p nh</w:t>
            </w:r>
            <w:r w:rsidRPr="002F6785">
              <w:rPr>
                <w:sz w:val="26"/>
                <w:szCs w:val="26"/>
              </w:rPr>
              <w:t>ậ</w:t>
            </w:r>
            <w:r w:rsidRPr="002F6785">
              <w:rPr>
                <w:sz w:val="26"/>
                <w:szCs w:val="26"/>
              </w:rPr>
              <w:t>t ho</w:t>
            </w:r>
            <w:r w:rsidRPr="002F6785">
              <w:rPr>
                <w:sz w:val="26"/>
                <w:szCs w:val="26"/>
              </w:rPr>
              <w:t>ặ</w:t>
            </w:r>
            <w:r w:rsidRPr="002F6785">
              <w:rPr>
                <w:sz w:val="26"/>
                <w:szCs w:val="26"/>
              </w:rPr>
              <w:t>c c</w:t>
            </w:r>
            <w:r w:rsidRPr="002F6785">
              <w:rPr>
                <w:sz w:val="26"/>
                <w:szCs w:val="26"/>
              </w:rPr>
              <w:t>ầ</w:t>
            </w:r>
            <w:r w:rsidRPr="002F6785">
              <w:rPr>
                <w:sz w:val="26"/>
                <w:szCs w:val="26"/>
              </w:rPr>
              <w:t>n đ</w:t>
            </w:r>
            <w:r w:rsidRPr="002F6785">
              <w:rPr>
                <w:sz w:val="26"/>
                <w:szCs w:val="26"/>
              </w:rPr>
              <w:t>ố</w:t>
            </w:r>
            <w:r w:rsidRPr="002F6785">
              <w:rPr>
                <w:sz w:val="26"/>
                <w:szCs w:val="26"/>
              </w:rPr>
              <w:t>i chi</w:t>
            </w:r>
            <w:r w:rsidRPr="002F6785">
              <w:rPr>
                <w:sz w:val="26"/>
                <w:szCs w:val="26"/>
              </w:rPr>
              <w:t>ế</w:t>
            </w:r>
            <w:r w:rsidRPr="002F6785">
              <w:rPr>
                <w:sz w:val="26"/>
                <w:szCs w:val="26"/>
              </w:rPr>
              <w:t>u đ</w:t>
            </w:r>
            <w:r w:rsidRPr="002F6785">
              <w:rPr>
                <w:sz w:val="26"/>
                <w:szCs w:val="26"/>
              </w:rPr>
              <w:t>ể</w:t>
            </w:r>
            <w:r w:rsidRPr="002F6785">
              <w:rPr>
                <w:sz w:val="26"/>
                <w:szCs w:val="26"/>
              </w:rPr>
              <w:t xml:space="preserve"> x</w:t>
            </w:r>
            <w:r w:rsidRPr="002F6785">
              <w:rPr>
                <w:sz w:val="26"/>
                <w:szCs w:val="26"/>
              </w:rPr>
              <w:t>ử</w:t>
            </w:r>
            <w:r w:rsidRPr="002F6785">
              <w:rPr>
                <w:sz w:val="26"/>
                <w:szCs w:val="26"/>
              </w:rPr>
              <w:t xml:space="preserve"> lý d</w:t>
            </w:r>
            <w:r w:rsidRPr="002F6785">
              <w:rPr>
                <w:sz w:val="26"/>
                <w:szCs w:val="26"/>
              </w:rPr>
              <w:t>ấ</w:t>
            </w:r>
            <w:r w:rsidRPr="002F6785">
              <w:rPr>
                <w:sz w:val="26"/>
                <w:szCs w:val="26"/>
              </w:rPr>
              <w:t>u hi</w:t>
            </w:r>
            <w:r w:rsidRPr="002F6785">
              <w:rPr>
                <w:sz w:val="26"/>
                <w:szCs w:val="26"/>
              </w:rPr>
              <w:t>ệ</w:t>
            </w:r>
            <w:r w:rsidRPr="002F6785">
              <w:rPr>
                <w:sz w:val="26"/>
                <w:szCs w:val="26"/>
              </w:rPr>
              <w:t>u vi ph</w:t>
            </w:r>
            <w:r w:rsidRPr="002F6785">
              <w:rPr>
                <w:sz w:val="26"/>
                <w:szCs w:val="26"/>
              </w:rPr>
              <w:t>ạ</w:t>
            </w:r>
            <w:r w:rsidRPr="002F6785">
              <w:rPr>
                <w:sz w:val="26"/>
                <w:szCs w:val="26"/>
              </w:rPr>
              <w:t>m thì vi</w:t>
            </w:r>
            <w:r w:rsidRPr="002F6785">
              <w:rPr>
                <w:sz w:val="26"/>
                <w:szCs w:val="26"/>
              </w:rPr>
              <w:t>ệ</w:t>
            </w:r>
            <w:r w:rsidRPr="002F6785">
              <w:rPr>
                <w:sz w:val="26"/>
                <w:szCs w:val="26"/>
              </w:rPr>
              <w:t>c yêu c</w:t>
            </w:r>
            <w:r w:rsidRPr="002F6785">
              <w:rPr>
                <w:sz w:val="26"/>
                <w:szCs w:val="26"/>
              </w:rPr>
              <w:t>ầ</w:t>
            </w:r>
            <w:r w:rsidRPr="002F6785">
              <w:rPr>
                <w:sz w:val="26"/>
                <w:szCs w:val="26"/>
              </w:rPr>
              <w:t>u cung c</w:t>
            </w:r>
            <w:r w:rsidRPr="002F6785">
              <w:rPr>
                <w:sz w:val="26"/>
                <w:szCs w:val="26"/>
              </w:rPr>
              <w:t>ấ</w:t>
            </w:r>
            <w:r w:rsidRPr="002F6785">
              <w:rPr>
                <w:sz w:val="26"/>
                <w:szCs w:val="26"/>
              </w:rPr>
              <w:t>p đư</w:t>
            </w:r>
            <w:r w:rsidRPr="002F6785">
              <w:rPr>
                <w:sz w:val="26"/>
                <w:szCs w:val="26"/>
              </w:rPr>
              <w:t>ợ</w:t>
            </w:r>
            <w:r w:rsidRPr="002F6785">
              <w:rPr>
                <w:sz w:val="26"/>
                <w:szCs w:val="26"/>
              </w:rPr>
              <w:t>c th</w:t>
            </w:r>
            <w:r w:rsidRPr="002F6785">
              <w:rPr>
                <w:sz w:val="26"/>
                <w:szCs w:val="26"/>
              </w:rPr>
              <w:t>ự</w:t>
            </w:r>
            <w:r w:rsidRPr="002F6785">
              <w:rPr>
                <w:sz w:val="26"/>
                <w:szCs w:val="26"/>
              </w:rPr>
              <w:t>c hi</w:t>
            </w:r>
            <w:r w:rsidRPr="002F6785">
              <w:rPr>
                <w:sz w:val="26"/>
                <w:szCs w:val="26"/>
              </w:rPr>
              <w:t>ệ</w:t>
            </w:r>
            <w:r w:rsidRPr="002F6785">
              <w:rPr>
                <w:sz w:val="26"/>
                <w:szCs w:val="26"/>
              </w:rPr>
              <w:t>n theo quy đ</w:t>
            </w:r>
            <w:r w:rsidRPr="002F6785">
              <w:rPr>
                <w:sz w:val="26"/>
                <w:szCs w:val="26"/>
              </w:rPr>
              <w:t>ị</w:t>
            </w:r>
            <w:r w:rsidRPr="002F6785">
              <w:rPr>
                <w:sz w:val="26"/>
                <w:szCs w:val="26"/>
              </w:rPr>
              <w:t>nh c</w:t>
            </w:r>
            <w:r w:rsidRPr="002F6785">
              <w:rPr>
                <w:sz w:val="26"/>
                <w:szCs w:val="26"/>
              </w:rPr>
              <w:t>ủ</w:t>
            </w:r>
            <w:r w:rsidRPr="002F6785">
              <w:rPr>
                <w:sz w:val="26"/>
                <w:szCs w:val="26"/>
              </w:rPr>
              <w:t>a pháp lu</w:t>
            </w:r>
            <w:r w:rsidRPr="002F6785">
              <w:rPr>
                <w:sz w:val="26"/>
                <w:szCs w:val="26"/>
              </w:rPr>
              <w:t>ậ</w:t>
            </w:r>
            <w:r w:rsidRPr="002F6785">
              <w:rPr>
                <w:sz w:val="26"/>
                <w:szCs w:val="26"/>
              </w:rPr>
              <w:t>t.</w:t>
            </w:r>
          </w:p>
        </w:tc>
      </w:tr>
      <w:tr w:rsidR="00204C7B" w:rsidTr="000A0428">
        <w:trPr>
          <w:jc w:val="center"/>
        </w:trPr>
        <w:tc>
          <w:tcPr>
            <w:tcW w:w="2607" w:type="dxa"/>
          </w:tcPr>
          <w:p w:rsidR="00204C7B" w:rsidRPr="002F6785" w:rsidRDefault="00204C7B" w:rsidP="002F6785">
            <w:pPr>
              <w:spacing w:before="60" w:after="60"/>
              <w:jc w:val="both"/>
              <w:rPr>
                <w:sz w:val="26"/>
                <w:szCs w:val="26"/>
              </w:rPr>
            </w:pPr>
            <w:r w:rsidRPr="000F36C2">
              <w:rPr>
                <w:b/>
                <w:sz w:val="26"/>
                <w:szCs w:val="26"/>
              </w:rPr>
              <w:t>Điề</w:t>
            </w:r>
            <w:r w:rsidRPr="002F6785">
              <w:rPr>
                <w:b/>
                <w:sz w:val="26"/>
                <w:szCs w:val="26"/>
              </w:rPr>
              <w:t>u 22. Trách nhiệm của Bộ Khoa học và Công nghệ</w:t>
            </w:r>
          </w:p>
        </w:tc>
        <w:tc>
          <w:tcPr>
            <w:tcW w:w="6636" w:type="dxa"/>
          </w:tcPr>
          <w:p w:rsidR="003456F9" w:rsidRPr="002F6785" w:rsidRDefault="003456F9" w:rsidP="002F6785">
            <w:pPr>
              <w:widowControl w:val="0"/>
              <w:spacing w:before="60" w:after="60"/>
              <w:jc w:val="both"/>
              <w:rPr>
                <w:rFonts w:cs="Times New Roman"/>
                <w:sz w:val="26"/>
                <w:szCs w:val="26"/>
              </w:rPr>
            </w:pPr>
            <w:r w:rsidRPr="002F6785">
              <w:rPr>
                <w:rFonts w:cs="Times New Roman"/>
                <w:sz w:val="26"/>
                <w:szCs w:val="26"/>
              </w:rPr>
              <w:t>1. Chủ trì, chịu trách nhiệm thống nhất quản lý nhà nước về chất lượng sản phẩm, hàng hóa thép; hướng dẫn và kiểm tra việc thực hiện Nghị định này.</w:t>
            </w:r>
          </w:p>
          <w:p w:rsidR="003456F9" w:rsidRPr="002F6785" w:rsidRDefault="003456F9" w:rsidP="002F6785">
            <w:pPr>
              <w:widowControl w:val="0"/>
              <w:spacing w:before="60" w:after="60"/>
              <w:jc w:val="both"/>
              <w:rPr>
                <w:rFonts w:cs="Times New Roman"/>
                <w:sz w:val="26"/>
                <w:szCs w:val="26"/>
              </w:rPr>
            </w:pPr>
            <w:r w:rsidRPr="002F6785">
              <w:rPr>
                <w:rFonts w:cs="Times New Roman"/>
                <w:sz w:val="26"/>
                <w:szCs w:val="26"/>
              </w:rPr>
              <w:t>2. Ban hành, rà soát Danh mục sản phẩm, hàng hóa thép có mức độ rủi ro trung bình, mức độ rủi ro cao và yêu cầu quản lý chất lượng tương ứng; xây dựng, ban hành quy chuẩn kỹ thuật quốc gia về sản phẩm, hàng hóa thép theo quy định của pháp luật.</w:t>
            </w:r>
          </w:p>
          <w:p w:rsidR="003456F9" w:rsidRPr="002F6785" w:rsidRDefault="003456F9" w:rsidP="002F6785">
            <w:pPr>
              <w:widowControl w:val="0"/>
              <w:spacing w:before="60" w:after="60"/>
              <w:jc w:val="both"/>
              <w:rPr>
                <w:rFonts w:cs="Times New Roman"/>
                <w:sz w:val="26"/>
                <w:szCs w:val="26"/>
              </w:rPr>
            </w:pPr>
            <w:r w:rsidRPr="002F6785">
              <w:rPr>
                <w:rFonts w:cs="Times New Roman"/>
                <w:sz w:val="26"/>
                <w:szCs w:val="26"/>
              </w:rPr>
              <w:t xml:space="preserve">3. Chỉ định, quản lý tổ chức đánh giá sự phù hợp; tổ chức kiểm </w:t>
            </w:r>
            <w:r w:rsidRPr="002F6785">
              <w:rPr>
                <w:rFonts w:cs="Times New Roman"/>
                <w:sz w:val="26"/>
                <w:szCs w:val="26"/>
              </w:rPr>
              <w:lastRenderedPageBreak/>
              <w:t>tra nhà nước về chất lượng; quyết định và tổ chức kiểm tra chất lượng thép tại nguồn; cảnh báo, thu hồi và xử lý sản phẩm, hàng hóa thép không phù hợp theo thẩm quyền.</w:t>
            </w:r>
          </w:p>
          <w:p w:rsidR="003456F9" w:rsidRPr="002F6785" w:rsidRDefault="003456F9" w:rsidP="002F6785">
            <w:pPr>
              <w:widowControl w:val="0"/>
              <w:spacing w:before="60" w:after="60"/>
              <w:jc w:val="both"/>
              <w:rPr>
                <w:rFonts w:cs="Times New Roman"/>
                <w:sz w:val="26"/>
                <w:szCs w:val="26"/>
              </w:rPr>
            </w:pPr>
            <w:r w:rsidRPr="002F6785">
              <w:rPr>
                <w:rFonts w:cs="Times New Roman"/>
                <w:sz w:val="26"/>
                <w:szCs w:val="26"/>
              </w:rPr>
              <w:t>4. Trình Thủ tướng Chính phủ phê duyệt lộ trình áp dụng hộ chiếu số đối với sản phẩm thép; ban hành hoặc công bố yêu cầu kỹ thuật về dữ liệu, mã định danh và kết nối theo thẩm quyền, bảo đảm tương thích với hệ thống quốc gia và thông lệ quốc tế.</w:t>
            </w:r>
          </w:p>
          <w:p w:rsidR="003456F9" w:rsidRPr="002F6785" w:rsidRDefault="003456F9" w:rsidP="002F6785">
            <w:pPr>
              <w:widowControl w:val="0"/>
              <w:spacing w:before="60" w:after="60"/>
              <w:jc w:val="both"/>
              <w:rPr>
                <w:rFonts w:cs="Times New Roman"/>
                <w:sz w:val="26"/>
                <w:szCs w:val="26"/>
              </w:rPr>
            </w:pPr>
            <w:r w:rsidRPr="002F6785">
              <w:rPr>
                <w:rFonts w:cs="Times New Roman"/>
                <w:sz w:val="26"/>
                <w:szCs w:val="26"/>
              </w:rPr>
              <w:t>5. Tiếp nhận yêu cầu kỹ thuật do bộ, cơ quan ngang bộ đề xuất đối với thép sử dụng cho mục đích chuyên ngành; chủ trì xử lý trong quy chuẩn kỹ thuật quốc gia về sản phẩm thép hoặc thống nhất phương thức quản lý bảo đảm không chồng chéo.</w:t>
            </w:r>
          </w:p>
          <w:p w:rsidR="00204C7B" w:rsidRPr="002F6785" w:rsidRDefault="003456F9" w:rsidP="002F6785">
            <w:pPr>
              <w:widowControl w:val="0"/>
              <w:spacing w:before="60" w:after="60"/>
              <w:jc w:val="both"/>
              <w:rPr>
                <w:sz w:val="26"/>
                <w:szCs w:val="26"/>
              </w:rPr>
            </w:pPr>
            <w:r w:rsidRPr="002F6785">
              <w:rPr>
                <w:rFonts w:cs="Times New Roman"/>
                <w:sz w:val="26"/>
                <w:szCs w:val="26"/>
              </w:rPr>
              <w:t>6. Tổng hợp, công bố thông tin cảnh báo, kết quả quản lý rủi ro theo quy định; định kỳ đánh giá hiệu quả, chi phí tuân thủ và kiến nghị sửa đổi biện pháp quản lý không còn cần thiết.</w:t>
            </w:r>
            <w:r w:rsidRPr="002F6785">
              <w:rPr>
                <w:sz w:val="26"/>
                <w:szCs w:val="26"/>
              </w:rPr>
              <w:t xml:space="preserve"> </w:t>
            </w:r>
          </w:p>
        </w:tc>
        <w:tc>
          <w:tcPr>
            <w:tcW w:w="5760" w:type="dxa"/>
          </w:tcPr>
          <w:p w:rsidR="000F36C2" w:rsidRPr="000F36C2" w:rsidRDefault="00AC53F4" w:rsidP="002F6785">
            <w:pPr>
              <w:spacing w:before="60" w:after="60"/>
              <w:jc w:val="both"/>
              <w:rPr>
                <w:sz w:val="26"/>
                <w:szCs w:val="26"/>
              </w:rPr>
            </w:pPr>
            <w:r w:rsidRPr="002F6785">
              <w:rPr>
                <w:sz w:val="26"/>
                <w:szCs w:val="26"/>
              </w:rPr>
              <w:lastRenderedPageBreak/>
              <w:t>Quy đ</w:t>
            </w:r>
            <w:r w:rsidRPr="002F6785">
              <w:rPr>
                <w:sz w:val="26"/>
                <w:szCs w:val="26"/>
              </w:rPr>
              <w:t>ị</w:t>
            </w:r>
            <w:r w:rsidRPr="002F6785">
              <w:rPr>
                <w:sz w:val="26"/>
                <w:szCs w:val="26"/>
              </w:rPr>
              <w:t>nh này c</w:t>
            </w:r>
            <w:r w:rsidRPr="002F6785">
              <w:rPr>
                <w:sz w:val="26"/>
                <w:szCs w:val="26"/>
              </w:rPr>
              <w:t>ụ</w:t>
            </w:r>
            <w:r w:rsidRPr="002F6785">
              <w:rPr>
                <w:sz w:val="26"/>
                <w:szCs w:val="26"/>
              </w:rPr>
              <w:t xml:space="preserve"> th</w:t>
            </w:r>
            <w:r w:rsidRPr="002F6785">
              <w:rPr>
                <w:sz w:val="26"/>
                <w:szCs w:val="26"/>
              </w:rPr>
              <w:t>ể</w:t>
            </w:r>
            <w:r w:rsidRPr="002F6785">
              <w:rPr>
                <w:sz w:val="26"/>
                <w:szCs w:val="26"/>
              </w:rPr>
              <w:t xml:space="preserve"> hóa trách nhi</w:t>
            </w:r>
            <w:r w:rsidRPr="002F6785">
              <w:rPr>
                <w:sz w:val="26"/>
                <w:szCs w:val="26"/>
              </w:rPr>
              <w:t>ệ</w:t>
            </w:r>
            <w:r w:rsidRPr="002F6785">
              <w:rPr>
                <w:sz w:val="26"/>
                <w:szCs w:val="26"/>
              </w:rPr>
              <w:t>m c</w:t>
            </w:r>
            <w:r w:rsidRPr="002F6785">
              <w:rPr>
                <w:sz w:val="26"/>
                <w:szCs w:val="26"/>
              </w:rPr>
              <w:t>ủ</w:t>
            </w:r>
            <w:r w:rsidRPr="002F6785">
              <w:rPr>
                <w:sz w:val="26"/>
                <w:szCs w:val="26"/>
              </w:rPr>
              <w:t>a B</w:t>
            </w:r>
            <w:r w:rsidRPr="002F6785">
              <w:rPr>
                <w:sz w:val="26"/>
                <w:szCs w:val="26"/>
              </w:rPr>
              <w:t>ộ</w:t>
            </w:r>
            <w:r w:rsidRPr="002F6785">
              <w:rPr>
                <w:sz w:val="26"/>
                <w:szCs w:val="26"/>
              </w:rPr>
              <w:t xml:space="preserve"> Khoa h</w:t>
            </w:r>
            <w:r w:rsidRPr="002F6785">
              <w:rPr>
                <w:sz w:val="26"/>
                <w:szCs w:val="26"/>
              </w:rPr>
              <w:t>ọ</w:t>
            </w:r>
            <w:r w:rsidRPr="002F6785">
              <w:rPr>
                <w:sz w:val="26"/>
                <w:szCs w:val="26"/>
              </w:rPr>
              <w:t>c và Công ngh</w:t>
            </w:r>
            <w:r w:rsidRPr="002F6785">
              <w:rPr>
                <w:sz w:val="26"/>
                <w:szCs w:val="26"/>
              </w:rPr>
              <w:t>ệ</w:t>
            </w:r>
            <w:r w:rsidRPr="002F6785">
              <w:rPr>
                <w:sz w:val="26"/>
                <w:szCs w:val="26"/>
              </w:rPr>
              <w:t xml:space="preserve"> v</w:t>
            </w:r>
            <w:r w:rsidRPr="002F6785">
              <w:rPr>
                <w:sz w:val="26"/>
                <w:szCs w:val="26"/>
              </w:rPr>
              <w:t>ớ</w:t>
            </w:r>
            <w:r w:rsidRPr="002F6785">
              <w:rPr>
                <w:sz w:val="26"/>
                <w:szCs w:val="26"/>
              </w:rPr>
              <w:t>i vai trò đ</w:t>
            </w:r>
            <w:r w:rsidRPr="002F6785">
              <w:rPr>
                <w:sz w:val="26"/>
                <w:szCs w:val="26"/>
              </w:rPr>
              <w:t>ầ</w:t>
            </w:r>
            <w:r w:rsidRPr="002F6785">
              <w:rPr>
                <w:sz w:val="26"/>
                <w:szCs w:val="26"/>
              </w:rPr>
              <w:t>u m</w:t>
            </w:r>
            <w:r w:rsidRPr="002F6785">
              <w:rPr>
                <w:sz w:val="26"/>
                <w:szCs w:val="26"/>
              </w:rPr>
              <w:t>ố</w:t>
            </w:r>
            <w:r w:rsidRPr="002F6785">
              <w:rPr>
                <w:sz w:val="26"/>
                <w:szCs w:val="26"/>
              </w:rPr>
              <w:t>i th</w:t>
            </w:r>
            <w:r w:rsidRPr="002F6785">
              <w:rPr>
                <w:sz w:val="26"/>
                <w:szCs w:val="26"/>
              </w:rPr>
              <w:t>ố</w:t>
            </w:r>
            <w:r w:rsidRPr="002F6785">
              <w:rPr>
                <w:sz w:val="26"/>
                <w:szCs w:val="26"/>
              </w:rPr>
              <w:t>ng nh</w:t>
            </w:r>
            <w:r w:rsidRPr="002F6785">
              <w:rPr>
                <w:sz w:val="26"/>
                <w:szCs w:val="26"/>
              </w:rPr>
              <w:t>ấ</w:t>
            </w:r>
            <w:r w:rsidRPr="002F6785">
              <w:rPr>
                <w:sz w:val="26"/>
                <w:szCs w:val="26"/>
              </w:rPr>
              <w:t>t qu</w:t>
            </w:r>
            <w:r w:rsidRPr="002F6785">
              <w:rPr>
                <w:sz w:val="26"/>
                <w:szCs w:val="26"/>
              </w:rPr>
              <w:t>ả</w:t>
            </w:r>
            <w:r w:rsidRPr="002F6785">
              <w:rPr>
                <w:sz w:val="26"/>
                <w:szCs w:val="26"/>
              </w:rPr>
              <w:t>n lý nhà nư</w:t>
            </w:r>
            <w:r w:rsidRPr="002F6785">
              <w:rPr>
                <w:sz w:val="26"/>
                <w:szCs w:val="26"/>
              </w:rPr>
              <w:t>ớ</w:t>
            </w:r>
            <w:r w:rsidRPr="002F6785">
              <w:rPr>
                <w:sz w:val="26"/>
                <w:szCs w:val="26"/>
              </w:rPr>
              <w:t>c v</w:t>
            </w:r>
            <w:r w:rsidRPr="002F6785">
              <w:rPr>
                <w:sz w:val="26"/>
                <w:szCs w:val="26"/>
              </w:rPr>
              <w:t>ề</w:t>
            </w:r>
            <w:r w:rsidRPr="002F6785">
              <w:rPr>
                <w:sz w:val="26"/>
                <w:szCs w:val="26"/>
              </w:rPr>
              <w:t xml:space="preserve"> ch</w:t>
            </w:r>
            <w:r w:rsidRPr="002F6785">
              <w:rPr>
                <w:sz w:val="26"/>
                <w:szCs w:val="26"/>
              </w:rPr>
              <w:t>ấ</w:t>
            </w:r>
            <w:r w:rsidRPr="002F6785">
              <w:rPr>
                <w:sz w:val="26"/>
                <w:szCs w:val="26"/>
              </w:rPr>
              <w:t>t lư</w:t>
            </w:r>
            <w:r w:rsidRPr="002F6785">
              <w:rPr>
                <w:sz w:val="26"/>
                <w:szCs w:val="26"/>
              </w:rPr>
              <w:t>ợ</w:t>
            </w:r>
            <w:r w:rsidRPr="002F6785">
              <w:rPr>
                <w:sz w:val="26"/>
                <w:szCs w:val="26"/>
              </w:rPr>
              <w:t>ng s</w:t>
            </w:r>
            <w:r w:rsidRPr="002F6785">
              <w:rPr>
                <w:sz w:val="26"/>
                <w:szCs w:val="26"/>
              </w:rPr>
              <w:t>ả</w:t>
            </w:r>
            <w:r w:rsidRPr="002F6785">
              <w:rPr>
                <w:sz w:val="26"/>
                <w:szCs w:val="26"/>
              </w:rPr>
              <w:t>n ph</w:t>
            </w:r>
            <w:r w:rsidRPr="002F6785">
              <w:rPr>
                <w:sz w:val="26"/>
                <w:szCs w:val="26"/>
              </w:rPr>
              <w:t>ẩ</w:t>
            </w:r>
            <w:r w:rsidRPr="002F6785">
              <w:rPr>
                <w:sz w:val="26"/>
                <w:szCs w:val="26"/>
              </w:rPr>
              <w:t>m, hàng hóa thép thu</w:t>
            </w:r>
            <w:r w:rsidRPr="002F6785">
              <w:rPr>
                <w:sz w:val="26"/>
                <w:szCs w:val="26"/>
              </w:rPr>
              <w:t>ộ</w:t>
            </w:r>
            <w:r w:rsidRPr="002F6785">
              <w:rPr>
                <w:sz w:val="26"/>
                <w:szCs w:val="26"/>
              </w:rPr>
              <w:t>c ph</w:t>
            </w:r>
            <w:r w:rsidRPr="002F6785">
              <w:rPr>
                <w:sz w:val="26"/>
                <w:szCs w:val="26"/>
              </w:rPr>
              <w:t>ạ</w:t>
            </w:r>
            <w:r w:rsidRPr="002F6785">
              <w:rPr>
                <w:sz w:val="26"/>
                <w:szCs w:val="26"/>
              </w:rPr>
              <w:t>m vi Ngh</w:t>
            </w:r>
            <w:r w:rsidRPr="002F6785">
              <w:rPr>
                <w:sz w:val="26"/>
                <w:szCs w:val="26"/>
              </w:rPr>
              <w:t>ị</w:t>
            </w:r>
            <w:r w:rsidRPr="002F6785">
              <w:rPr>
                <w:sz w:val="26"/>
                <w:szCs w:val="26"/>
              </w:rPr>
              <w:t xml:space="preserve"> đ</w:t>
            </w:r>
            <w:r w:rsidRPr="002F6785">
              <w:rPr>
                <w:sz w:val="26"/>
                <w:szCs w:val="26"/>
              </w:rPr>
              <w:t>ị</w:t>
            </w:r>
            <w:r w:rsidRPr="002F6785">
              <w:rPr>
                <w:sz w:val="26"/>
                <w:szCs w:val="26"/>
              </w:rPr>
              <w:t>nh. Các nhi</w:t>
            </w:r>
            <w:r w:rsidRPr="002F6785">
              <w:rPr>
                <w:sz w:val="26"/>
                <w:szCs w:val="26"/>
              </w:rPr>
              <w:t>ệ</w:t>
            </w:r>
            <w:r w:rsidRPr="002F6785">
              <w:rPr>
                <w:sz w:val="26"/>
                <w:szCs w:val="26"/>
              </w:rPr>
              <w:t>m v</w:t>
            </w:r>
            <w:r w:rsidRPr="002F6785">
              <w:rPr>
                <w:sz w:val="26"/>
                <w:szCs w:val="26"/>
              </w:rPr>
              <w:t>ụ</w:t>
            </w:r>
            <w:r w:rsidRPr="002F6785">
              <w:rPr>
                <w:sz w:val="26"/>
                <w:szCs w:val="26"/>
              </w:rPr>
              <w:t xml:space="preserve"> đư</w:t>
            </w:r>
            <w:r w:rsidRPr="002F6785">
              <w:rPr>
                <w:sz w:val="26"/>
                <w:szCs w:val="26"/>
              </w:rPr>
              <w:t>ợ</w:t>
            </w:r>
            <w:r w:rsidRPr="002F6785">
              <w:rPr>
                <w:sz w:val="26"/>
                <w:szCs w:val="26"/>
              </w:rPr>
              <w:t>c quy đ</w:t>
            </w:r>
            <w:r w:rsidRPr="002F6785">
              <w:rPr>
                <w:sz w:val="26"/>
                <w:szCs w:val="26"/>
              </w:rPr>
              <w:t>ị</w:t>
            </w:r>
            <w:r w:rsidRPr="002F6785">
              <w:rPr>
                <w:sz w:val="26"/>
                <w:szCs w:val="26"/>
              </w:rPr>
              <w:t>nh g</w:t>
            </w:r>
            <w:r w:rsidRPr="002F6785">
              <w:rPr>
                <w:sz w:val="26"/>
                <w:szCs w:val="26"/>
              </w:rPr>
              <w:t>ắ</w:t>
            </w:r>
            <w:r w:rsidRPr="002F6785">
              <w:rPr>
                <w:sz w:val="26"/>
                <w:szCs w:val="26"/>
              </w:rPr>
              <w:t>n v</w:t>
            </w:r>
            <w:r w:rsidRPr="002F6785">
              <w:rPr>
                <w:sz w:val="26"/>
                <w:szCs w:val="26"/>
              </w:rPr>
              <w:t>ớ</w:t>
            </w:r>
            <w:r w:rsidRPr="002F6785">
              <w:rPr>
                <w:sz w:val="26"/>
                <w:szCs w:val="26"/>
              </w:rPr>
              <w:t>i th</w:t>
            </w:r>
            <w:r w:rsidRPr="002F6785">
              <w:rPr>
                <w:sz w:val="26"/>
                <w:szCs w:val="26"/>
              </w:rPr>
              <w:t>ẩ</w:t>
            </w:r>
            <w:r w:rsidRPr="002F6785">
              <w:rPr>
                <w:sz w:val="26"/>
                <w:szCs w:val="26"/>
              </w:rPr>
              <w:t>m quy</w:t>
            </w:r>
            <w:r w:rsidRPr="002F6785">
              <w:rPr>
                <w:sz w:val="26"/>
                <w:szCs w:val="26"/>
              </w:rPr>
              <w:t>ề</w:t>
            </w:r>
            <w:r w:rsidRPr="002F6785">
              <w:rPr>
                <w:sz w:val="26"/>
                <w:szCs w:val="26"/>
              </w:rPr>
              <w:t>n hi</w:t>
            </w:r>
            <w:r w:rsidRPr="002F6785">
              <w:rPr>
                <w:sz w:val="26"/>
                <w:szCs w:val="26"/>
              </w:rPr>
              <w:t>ệ</w:t>
            </w:r>
            <w:r w:rsidRPr="002F6785">
              <w:rPr>
                <w:sz w:val="26"/>
                <w:szCs w:val="26"/>
              </w:rPr>
              <w:t>n hành v</w:t>
            </w:r>
            <w:r w:rsidRPr="002F6785">
              <w:rPr>
                <w:sz w:val="26"/>
                <w:szCs w:val="26"/>
              </w:rPr>
              <w:t>ề</w:t>
            </w:r>
            <w:r w:rsidRPr="002F6785">
              <w:rPr>
                <w:sz w:val="26"/>
                <w:szCs w:val="26"/>
              </w:rPr>
              <w:t xml:space="preserve"> phân lo</w:t>
            </w:r>
            <w:r w:rsidRPr="002F6785">
              <w:rPr>
                <w:sz w:val="26"/>
                <w:szCs w:val="26"/>
              </w:rPr>
              <w:t>ạ</w:t>
            </w:r>
            <w:r w:rsidRPr="002F6785">
              <w:rPr>
                <w:sz w:val="26"/>
                <w:szCs w:val="26"/>
              </w:rPr>
              <w:t>i</w:t>
            </w:r>
            <w:r w:rsidRPr="002F6785">
              <w:rPr>
                <w:sz w:val="26"/>
                <w:szCs w:val="26"/>
              </w:rPr>
              <w:t xml:space="preserve"> r</w:t>
            </w:r>
            <w:r w:rsidRPr="002F6785">
              <w:rPr>
                <w:sz w:val="26"/>
                <w:szCs w:val="26"/>
              </w:rPr>
              <w:t>ủ</w:t>
            </w:r>
            <w:r w:rsidRPr="002F6785">
              <w:rPr>
                <w:sz w:val="26"/>
                <w:szCs w:val="26"/>
              </w:rPr>
              <w:t>i ro, quy chu</w:t>
            </w:r>
            <w:r w:rsidRPr="002F6785">
              <w:rPr>
                <w:sz w:val="26"/>
                <w:szCs w:val="26"/>
              </w:rPr>
              <w:t>ẩ</w:t>
            </w:r>
            <w:r w:rsidRPr="002F6785">
              <w:rPr>
                <w:sz w:val="26"/>
                <w:szCs w:val="26"/>
              </w:rPr>
              <w:t>n k</w:t>
            </w:r>
            <w:r w:rsidRPr="002F6785">
              <w:rPr>
                <w:sz w:val="26"/>
                <w:szCs w:val="26"/>
              </w:rPr>
              <w:t>ỹ</w:t>
            </w:r>
            <w:r w:rsidRPr="002F6785">
              <w:rPr>
                <w:sz w:val="26"/>
                <w:szCs w:val="26"/>
              </w:rPr>
              <w:t xml:space="preserve"> thu</w:t>
            </w:r>
            <w:r w:rsidRPr="002F6785">
              <w:rPr>
                <w:sz w:val="26"/>
                <w:szCs w:val="26"/>
              </w:rPr>
              <w:t>ậ</w:t>
            </w:r>
            <w:r w:rsidRPr="002F6785">
              <w:rPr>
                <w:sz w:val="26"/>
                <w:szCs w:val="26"/>
              </w:rPr>
              <w:t>t, qu</w:t>
            </w:r>
            <w:r w:rsidRPr="002F6785">
              <w:rPr>
                <w:sz w:val="26"/>
                <w:szCs w:val="26"/>
              </w:rPr>
              <w:t>ả</w:t>
            </w:r>
            <w:r w:rsidRPr="002F6785">
              <w:rPr>
                <w:sz w:val="26"/>
                <w:szCs w:val="26"/>
              </w:rPr>
              <w:t>n lý t</w:t>
            </w:r>
            <w:r w:rsidRPr="002F6785">
              <w:rPr>
                <w:sz w:val="26"/>
                <w:szCs w:val="26"/>
              </w:rPr>
              <w:t>ổ</w:t>
            </w:r>
            <w:r w:rsidRPr="002F6785">
              <w:rPr>
                <w:sz w:val="26"/>
                <w:szCs w:val="26"/>
              </w:rPr>
              <w:t xml:space="preserve"> ch</w:t>
            </w:r>
            <w:r w:rsidRPr="002F6785">
              <w:rPr>
                <w:sz w:val="26"/>
                <w:szCs w:val="26"/>
              </w:rPr>
              <w:t>ứ</w:t>
            </w:r>
            <w:r w:rsidRPr="002F6785">
              <w:rPr>
                <w:sz w:val="26"/>
                <w:szCs w:val="26"/>
              </w:rPr>
              <w:t>c đánh giá s</w:t>
            </w:r>
            <w:r w:rsidRPr="002F6785">
              <w:rPr>
                <w:sz w:val="26"/>
                <w:szCs w:val="26"/>
              </w:rPr>
              <w:t>ự</w:t>
            </w:r>
            <w:r w:rsidRPr="002F6785">
              <w:rPr>
                <w:sz w:val="26"/>
                <w:szCs w:val="26"/>
              </w:rPr>
              <w:t xml:space="preserve"> phù h</w:t>
            </w:r>
            <w:r w:rsidRPr="002F6785">
              <w:rPr>
                <w:sz w:val="26"/>
                <w:szCs w:val="26"/>
              </w:rPr>
              <w:t>ợ</w:t>
            </w:r>
            <w:r w:rsidRPr="002F6785">
              <w:rPr>
                <w:sz w:val="26"/>
                <w:szCs w:val="26"/>
              </w:rPr>
              <w:t>p, ki</w:t>
            </w:r>
            <w:r w:rsidRPr="002F6785">
              <w:rPr>
                <w:sz w:val="26"/>
                <w:szCs w:val="26"/>
              </w:rPr>
              <w:t>ể</w:t>
            </w:r>
            <w:r w:rsidRPr="002F6785">
              <w:rPr>
                <w:sz w:val="26"/>
                <w:szCs w:val="26"/>
              </w:rPr>
              <w:t>m tra nhà nư</w:t>
            </w:r>
            <w:r w:rsidRPr="002F6785">
              <w:rPr>
                <w:sz w:val="26"/>
                <w:szCs w:val="26"/>
              </w:rPr>
              <w:t>ớ</w:t>
            </w:r>
            <w:r w:rsidRPr="002F6785">
              <w:rPr>
                <w:sz w:val="26"/>
                <w:szCs w:val="26"/>
              </w:rPr>
              <w:t>c v</w:t>
            </w:r>
            <w:r w:rsidRPr="002F6785">
              <w:rPr>
                <w:sz w:val="26"/>
                <w:szCs w:val="26"/>
              </w:rPr>
              <w:t>ề</w:t>
            </w:r>
            <w:r w:rsidRPr="002F6785">
              <w:rPr>
                <w:sz w:val="26"/>
                <w:szCs w:val="26"/>
              </w:rPr>
              <w:t xml:space="preserve"> ch</w:t>
            </w:r>
            <w:r w:rsidRPr="002F6785">
              <w:rPr>
                <w:sz w:val="26"/>
                <w:szCs w:val="26"/>
              </w:rPr>
              <w:t>ấ</w:t>
            </w:r>
            <w:r w:rsidRPr="002F6785">
              <w:rPr>
                <w:sz w:val="26"/>
                <w:szCs w:val="26"/>
              </w:rPr>
              <w:t>t lư</w:t>
            </w:r>
            <w:r w:rsidRPr="002F6785">
              <w:rPr>
                <w:sz w:val="26"/>
                <w:szCs w:val="26"/>
              </w:rPr>
              <w:t>ợ</w:t>
            </w:r>
            <w:r w:rsidRPr="002F6785">
              <w:rPr>
                <w:sz w:val="26"/>
                <w:szCs w:val="26"/>
              </w:rPr>
              <w:t>ng, ki</w:t>
            </w:r>
            <w:r w:rsidRPr="002F6785">
              <w:rPr>
                <w:sz w:val="26"/>
                <w:szCs w:val="26"/>
              </w:rPr>
              <w:t>ể</w:t>
            </w:r>
            <w:r w:rsidRPr="002F6785">
              <w:rPr>
                <w:sz w:val="26"/>
                <w:szCs w:val="26"/>
              </w:rPr>
              <w:t>m tra t</w:t>
            </w:r>
            <w:r w:rsidRPr="002F6785">
              <w:rPr>
                <w:sz w:val="26"/>
                <w:szCs w:val="26"/>
              </w:rPr>
              <w:t>ạ</w:t>
            </w:r>
            <w:r w:rsidRPr="002F6785">
              <w:rPr>
                <w:sz w:val="26"/>
                <w:szCs w:val="26"/>
              </w:rPr>
              <w:t>i ngu</w:t>
            </w:r>
            <w:r w:rsidRPr="002F6785">
              <w:rPr>
                <w:sz w:val="26"/>
                <w:szCs w:val="26"/>
              </w:rPr>
              <w:t>ồ</w:t>
            </w:r>
            <w:r w:rsidRPr="002F6785">
              <w:rPr>
                <w:sz w:val="26"/>
                <w:szCs w:val="26"/>
              </w:rPr>
              <w:t>n, c</w:t>
            </w:r>
            <w:r w:rsidRPr="002F6785">
              <w:rPr>
                <w:sz w:val="26"/>
                <w:szCs w:val="26"/>
              </w:rPr>
              <w:t>ả</w:t>
            </w:r>
            <w:r w:rsidRPr="002F6785">
              <w:rPr>
                <w:sz w:val="26"/>
                <w:szCs w:val="26"/>
              </w:rPr>
              <w:t>nh báo, thu h</w:t>
            </w:r>
            <w:r w:rsidRPr="002F6785">
              <w:rPr>
                <w:sz w:val="26"/>
                <w:szCs w:val="26"/>
              </w:rPr>
              <w:t>ồ</w:t>
            </w:r>
            <w:r w:rsidRPr="002F6785">
              <w:rPr>
                <w:sz w:val="26"/>
                <w:szCs w:val="26"/>
              </w:rPr>
              <w:t>i và x</w:t>
            </w:r>
            <w:r w:rsidRPr="002F6785">
              <w:rPr>
                <w:sz w:val="26"/>
                <w:szCs w:val="26"/>
              </w:rPr>
              <w:t>ử</w:t>
            </w:r>
            <w:r w:rsidRPr="002F6785">
              <w:rPr>
                <w:sz w:val="26"/>
                <w:szCs w:val="26"/>
              </w:rPr>
              <w:t xml:space="preserve"> lý s</w:t>
            </w:r>
            <w:r w:rsidRPr="002F6785">
              <w:rPr>
                <w:sz w:val="26"/>
                <w:szCs w:val="26"/>
              </w:rPr>
              <w:t>ả</w:t>
            </w:r>
            <w:r w:rsidRPr="002F6785">
              <w:rPr>
                <w:sz w:val="26"/>
                <w:szCs w:val="26"/>
              </w:rPr>
              <w:t>n ph</w:t>
            </w:r>
            <w:r w:rsidRPr="002F6785">
              <w:rPr>
                <w:sz w:val="26"/>
                <w:szCs w:val="26"/>
              </w:rPr>
              <w:t>ẩ</w:t>
            </w:r>
            <w:r w:rsidRPr="002F6785">
              <w:rPr>
                <w:sz w:val="26"/>
                <w:szCs w:val="26"/>
              </w:rPr>
              <w:t>m không phù h</w:t>
            </w:r>
            <w:r w:rsidRPr="002F6785">
              <w:rPr>
                <w:sz w:val="26"/>
                <w:szCs w:val="26"/>
              </w:rPr>
              <w:t>ợ</w:t>
            </w:r>
            <w:r w:rsidRPr="002F6785">
              <w:rPr>
                <w:sz w:val="26"/>
                <w:szCs w:val="26"/>
              </w:rPr>
              <w:t>p.</w:t>
            </w:r>
          </w:p>
          <w:p w:rsidR="008D4B75" w:rsidRPr="002F6785" w:rsidRDefault="00AC53F4" w:rsidP="002F6785">
            <w:pPr>
              <w:spacing w:before="60" w:after="60"/>
              <w:jc w:val="both"/>
              <w:rPr>
                <w:sz w:val="26"/>
                <w:szCs w:val="26"/>
              </w:rPr>
            </w:pPr>
            <w:r w:rsidRPr="002F6785">
              <w:rPr>
                <w:sz w:val="26"/>
                <w:szCs w:val="26"/>
              </w:rPr>
              <w:lastRenderedPageBreak/>
              <w:t>Vi</w:t>
            </w:r>
            <w:r w:rsidRPr="002F6785">
              <w:rPr>
                <w:sz w:val="26"/>
                <w:szCs w:val="26"/>
              </w:rPr>
              <w:t>ệ</w:t>
            </w:r>
            <w:r w:rsidRPr="002F6785">
              <w:rPr>
                <w:sz w:val="26"/>
                <w:szCs w:val="26"/>
              </w:rPr>
              <w:t>c giao B</w:t>
            </w:r>
            <w:r w:rsidRPr="002F6785">
              <w:rPr>
                <w:sz w:val="26"/>
                <w:szCs w:val="26"/>
              </w:rPr>
              <w:t>ộ</w:t>
            </w:r>
            <w:r w:rsidRPr="002F6785">
              <w:rPr>
                <w:sz w:val="26"/>
                <w:szCs w:val="26"/>
              </w:rPr>
              <w:t xml:space="preserve"> trình l</w:t>
            </w:r>
            <w:r w:rsidRPr="002F6785">
              <w:rPr>
                <w:sz w:val="26"/>
                <w:szCs w:val="26"/>
              </w:rPr>
              <w:t>ộ</w:t>
            </w:r>
            <w:r w:rsidRPr="002F6785">
              <w:rPr>
                <w:sz w:val="26"/>
                <w:szCs w:val="26"/>
              </w:rPr>
              <w:t xml:space="preserve"> trình áp d</w:t>
            </w:r>
            <w:r w:rsidRPr="002F6785">
              <w:rPr>
                <w:sz w:val="26"/>
                <w:szCs w:val="26"/>
              </w:rPr>
              <w:t>ụ</w:t>
            </w:r>
            <w:r w:rsidRPr="002F6785">
              <w:rPr>
                <w:sz w:val="26"/>
                <w:szCs w:val="26"/>
              </w:rPr>
              <w:t>ng h</w:t>
            </w:r>
            <w:r w:rsidRPr="002F6785">
              <w:rPr>
                <w:sz w:val="26"/>
                <w:szCs w:val="26"/>
              </w:rPr>
              <w:t>ộ</w:t>
            </w:r>
            <w:r w:rsidRPr="002F6785">
              <w:rPr>
                <w:sz w:val="26"/>
                <w:szCs w:val="26"/>
              </w:rPr>
              <w:t xml:space="preserve"> chi</w:t>
            </w:r>
            <w:r w:rsidRPr="002F6785">
              <w:rPr>
                <w:sz w:val="26"/>
                <w:szCs w:val="26"/>
              </w:rPr>
              <w:t>ế</w:t>
            </w:r>
            <w:r w:rsidRPr="002F6785">
              <w:rPr>
                <w:sz w:val="26"/>
                <w:szCs w:val="26"/>
              </w:rPr>
              <w:t>u s</w:t>
            </w:r>
            <w:r w:rsidRPr="002F6785">
              <w:rPr>
                <w:sz w:val="26"/>
                <w:szCs w:val="26"/>
              </w:rPr>
              <w:t>ố</w:t>
            </w:r>
            <w:r w:rsidRPr="002F6785">
              <w:rPr>
                <w:sz w:val="26"/>
                <w:szCs w:val="26"/>
              </w:rPr>
              <w:t>, ban hành ho</w:t>
            </w:r>
            <w:r w:rsidRPr="002F6785">
              <w:rPr>
                <w:sz w:val="26"/>
                <w:szCs w:val="26"/>
              </w:rPr>
              <w:t>ặ</w:t>
            </w:r>
            <w:r w:rsidRPr="002F6785">
              <w:rPr>
                <w:sz w:val="26"/>
                <w:szCs w:val="26"/>
              </w:rPr>
              <w:t>c công b</w:t>
            </w:r>
            <w:r w:rsidRPr="002F6785">
              <w:rPr>
                <w:sz w:val="26"/>
                <w:szCs w:val="26"/>
              </w:rPr>
              <w:t>ố</w:t>
            </w:r>
            <w:r w:rsidRPr="002F6785">
              <w:rPr>
                <w:sz w:val="26"/>
                <w:szCs w:val="26"/>
              </w:rPr>
              <w:t xml:space="preserve"> yêu c</w:t>
            </w:r>
            <w:r w:rsidRPr="002F6785">
              <w:rPr>
                <w:sz w:val="26"/>
                <w:szCs w:val="26"/>
              </w:rPr>
              <w:t>ầ</w:t>
            </w:r>
            <w:r w:rsidRPr="002F6785">
              <w:rPr>
                <w:sz w:val="26"/>
                <w:szCs w:val="26"/>
              </w:rPr>
              <w:t>u k</w:t>
            </w:r>
            <w:r w:rsidRPr="002F6785">
              <w:rPr>
                <w:sz w:val="26"/>
                <w:szCs w:val="26"/>
              </w:rPr>
              <w:t>ỹ</w:t>
            </w:r>
            <w:r w:rsidRPr="002F6785">
              <w:rPr>
                <w:sz w:val="26"/>
                <w:szCs w:val="26"/>
              </w:rPr>
              <w:t xml:space="preserve"> thu</w:t>
            </w:r>
            <w:r w:rsidRPr="002F6785">
              <w:rPr>
                <w:sz w:val="26"/>
                <w:szCs w:val="26"/>
              </w:rPr>
              <w:t>ậ</w:t>
            </w:r>
            <w:r w:rsidRPr="002F6785">
              <w:rPr>
                <w:sz w:val="26"/>
                <w:szCs w:val="26"/>
              </w:rPr>
              <w:t>t v</w:t>
            </w:r>
            <w:r w:rsidRPr="002F6785">
              <w:rPr>
                <w:sz w:val="26"/>
                <w:szCs w:val="26"/>
              </w:rPr>
              <w:t>ề</w:t>
            </w:r>
            <w:r w:rsidRPr="002F6785">
              <w:rPr>
                <w:sz w:val="26"/>
                <w:szCs w:val="26"/>
              </w:rPr>
              <w:t xml:space="preserve"> d</w:t>
            </w:r>
            <w:r w:rsidRPr="002F6785">
              <w:rPr>
                <w:sz w:val="26"/>
                <w:szCs w:val="26"/>
              </w:rPr>
              <w:t>ữ</w:t>
            </w:r>
            <w:r w:rsidRPr="002F6785">
              <w:rPr>
                <w:sz w:val="26"/>
                <w:szCs w:val="26"/>
              </w:rPr>
              <w:t xml:space="preserve"> li</w:t>
            </w:r>
            <w:r w:rsidRPr="002F6785">
              <w:rPr>
                <w:sz w:val="26"/>
                <w:szCs w:val="26"/>
              </w:rPr>
              <w:t>ệ</w:t>
            </w:r>
            <w:r w:rsidRPr="002F6785">
              <w:rPr>
                <w:sz w:val="26"/>
                <w:szCs w:val="26"/>
              </w:rPr>
              <w:t>u theo th</w:t>
            </w:r>
            <w:r w:rsidRPr="002F6785">
              <w:rPr>
                <w:sz w:val="26"/>
                <w:szCs w:val="26"/>
              </w:rPr>
              <w:t>ẩ</w:t>
            </w:r>
            <w:r w:rsidRPr="002F6785">
              <w:rPr>
                <w:sz w:val="26"/>
                <w:szCs w:val="26"/>
              </w:rPr>
              <w:t>m quy</w:t>
            </w:r>
            <w:r w:rsidRPr="002F6785">
              <w:rPr>
                <w:sz w:val="26"/>
                <w:szCs w:val="26"/>
              </w:rPr>
              <w:t>ề</w:t>
            </w:r>
            <w:r w:rsidRPr="002F6785">
              <w:rPr>
                <w:sz w:val="26"/>
                <w:szCs w:val="26"/>
              </w:rPr>
              <w:t>n và ti</w:t>
            </w:r>
            <w:r w:rsidRPr="002F6785">
              <w:rPr>
                <w:sz w:val="26"/>
                <w:szCs w:val="26"/>
              </w:rPr>
              <w:t>ế</w:t>
            </w:r>
            <w:r w:rsidRPr="002F6785">
              <w:rPr>
                <w:sz w:val="26"/>
                <w:szCs w:val="26"/>
              </w:rPr>
              <w:t>p nh</w:t>
            </w:r>
            <w:r w:rsidRPr="002F6785">
              <w:rPr>
                <w:sz w:val="26"/>
                <w:szCs w:val="26"/>
              </w:rPr>
              <w:t>ậ</w:t>
            </w:r>
            <w:r w:rsidRPr="002F6785">
              <w:rPr>
                <w:sz w:val="26"/>
                <w:szCs w:val="26"/>
              </w:rPr>
              <w:t>n yêu c</w:t>
            </w:r>
            <w:r w:rsidRPr="002F6785">
              <w:rPr>
                <w:sz w:val="26"/>
                <w:szCs w:val="26"/>
              </w:rPr>
              <w:t>ầ</w:t>
            </w:r>
            <w:r w:rsidRPr="002F6785">
              <w:rPr>
                <w:sz w:val="26"/>
                <w:szCs w:val="26"/>
              </w:rPr>
              <w:t>u k</w:t>
            </w:r>
            <w:r w:rsidRPr="002F6785">
              <w:rPr>
                <w:sz w:val="26"/>
                <w:szCs w:val="26"/>
              </w:rPr>
              <w:t>ỹ</w:t>
            </w:r>
            <w:r w:rsidRPr="002F6785">
              <w:rPr>
                <w:sz w:val="26"/>
                <w:szCs w:val="26"/>
              </w:rPr>
              <w:t xml:space="preserve"> thu</w:t>
            </w:r>
            <w:r w:rsidRPr="002F6785">
              <w:rPr>
                <w:sz w:val="26"/>
                <w:szCs w:val="26"/>
              </w:rPr>
              <w:t>ậ</w:t>
            </w:r>
            <w:r w:rsidRPr="002F6785">
              <w:rPr>
                <w:sz w:val="26"/>
                <w:szCs w:val="26"/>
              </w:rPr>
              <w:t>t chuyên ngành t</w:t>
            </w:r>
            <w:r w:rsidRPr="002F6785">
              <w:rPr>
                <w:sz w:val="26"/>
                <w:szCs w:val="26"/>
              </w:rPr>
              <w:t>ừ</w:t>
            </w:r>
            <w:r w:rsidRPr="002F6785">
              <w:rPr>
                <w:sz w:val="26"/>
                <w:szCs w:val="26"/>
              </w:rPr>
              <w:t xml:space="preserve"> các b</w:t>
            </w:r>
            <w:r w:rsidRPr="002F6785">
              <w:rPr>
                <w:sz w:val="26"/>
                <w:szCs w:val="26"/>
              </w:rPr>
              <w:t>ộ</w:t>
            </w:r>
            <w:r w:rsidRPr="002F6785">
              <w:rPr>
                <w:sz w:val="26"/>
                <w:szCs w:val="26"/>
              </w:rPr>
              <w:t>, cơ quan ngang b</w:t>
            </w:r>
            <w:r w:rsidRPr="002F6785">
              <w:rPr>
                <w:sz w:val="26"/>
                <w:szCs w:val="26"/>
              </w:rPr>
              <w:t>ộ</w:t>
            </w:r>
            <w:r w:rsidRPr="002F6785">
              <w:rPr>
                <w:sz w:val="26"/>
                <w:szCs w:val="26"/>
              </w:rPr>
              <w:t xml:space="preserve"> nh</w:t>
            </w:r>
            <w:r w:rsidRPr="002F6785">
              <w:rPr>
                <w:sz w:val="26"/>
                <w:szCs w:val="26"/>
              </w:rPr>
              <w:t>ằ</w:t>
            </w:r>
            <w:r w:rsidRPr="002F6785">
              <w:rPr>
                <w:sz w:val="26"/>
                <w:szCs w:val="26"/>
              </w:rPr>
              <w:t>m b</w:t>
            </w:r>
            <w:r w:rsidRPr="002F6785">
              <w:rPr>
                <w:sz w:val="26"/>
                <w:szCs w:val="26"/>
              </w:rPr>
              <w:t>ả</w:t>
            </w:r>
            <w:r w:rsidRPr="002F6785">
              <w:rPr>
                <w:sz w:val="26"/>
                <w:szCs w:val="26"/>
              </w:rPr>
              <w:t>o đ</w:t>
            </w:r>
            <w:r w:rsidRPr="002F6785">
              <w:rPr>
                <w:sz w:val="26"/>
                <w:szCs w:val="26"/>
              </w:rPr>
              <w:t>ả</w:t>
            </w:r>
            <w:r w:rsidRPr="002F6785">
              <w:rPr>
                <w:sz w:val="26"/>
                <w:szCs w:val="26"/>
              </w:rPr>
              <w:t>m qu</w:t>
            </w:r>
            <w:r w:rsidRPr="002F6785">
              <w:rPr>
                <w:sz w:val="26"/>
                <w:szCs w:val="26"/>
              </w:rPr>
              <w:t>ả</w:t>
            </w:r>
            <w:r w:rsidRPr="002F6785">
              <w:rPr>
                <w:sz w:val="26"/>
                <w:szCs w:val="26"/>
              </w:rPr>
              <w:t>n lý th</w:t>
            </w:r>
            <w:r w:rsidRPr="002F6785">
              <w:rPr>
                <w:sz w:val="26"/>
                <w:szCs w:val="26"/>
              </w:rPr>
              <w:t>ố</w:t>
            </w:r>
            <w:r w:rsidRPr="002F6785">
              <w:rPr>
                <w:sz w:val="26"/>
                <w:szCs w:val="26"/>
              </w:rPr>
              <w:t>ng nh</w:t>
            </w:r>
            <w:r w:rsidRPr="002F6785">
              <w:rPr>
                <w:sz w:val="26"/>
                <w:szCs w:val="26"/>
              </w:rPr>
              <w:t>ấ</w:t>
            </w:r>
            <w:r w:rsidRPr="002F6785">
              <w:rPr>
                <w:sz w:val="26"/>
                <w:szCs w:val="26"/>
              </w:rPr>
              <w:t>t, tương thích v</w:t>
            </w:r>
            <w:r w:rsidRPr="002F6785">
              <w:rPr>
                <w:sz w:val="26"/>
                <w:szCs w:val="26"/>
              </w:rPr>
              <w:t>ớ</w:t>
            </w:r>
            <w:r w:rsidRPr="002F6785">
              <w:rPr>
                <w:sz w:val="26"/>
                <w:szCs w:val="26"/>
              </w:rPr>
              <w:t>i h</w:t>
            </w:r>
            <w:r w:rsidRPr="002F6785">
              <w:rPr>
                <w:sz w:val="26"/>
                <w:szCs w:val="26"/>
              </w:rPr>
              <w:t>ệ</w:t>
            </w:r>
            <w:r w:rsidRPr="002F6785">
              <w:rPr>
                <w:sz w:val="26"/>
                <w:szCs w:val="26"/>
              </w:rPr>
              <w:t xml:space="preserve"> th</w:t>
            </w:r>
            <w:r w:rsidRPr="002F6785">
              <w:rPr>
                <w:sz w:val="26"/>
                <w:szCs w:val="26"/>
              </w:rPr>
              <w:t>ố</w:t>
            </w:r>
            <w:r w:rsidRPr="002F6785">
              <w:rPr>
                <w:sz w:val="26"/>
                <w:szCs w:val="26"/>
              </w:rPr>
              <w:t>ng qu</w:t>
            </w:r>
            <w:r w:rsidRPr="002F6785">
              <w:rPr>
                <w:sz w:val="26"/>
                <w:szCs w:val="26"/>
              </w:rPr>
              <w:t>ố</w:t>
            </w:r>
            <w:r w:rsidRPr="002F6785">
              <w:rPr>
                <w:sz w:val="26"/>
                <w:szCs w:val="26"/>
              </w:rPr>
              <w:t>c gia và h</w:t>
            </w:r>
            <w:r w:rsidRPr="002F6785">
              <w:rPr>
                <w:sz w:val="26"/>
                <w:szCs w:val="26"/>
              </w:rPr>
              <w:t>ạ</w:t>
            </w:r>
            <w:r w:rsidRPr="002F6785">
              <w:rPr>
                <w:sz w:val="26"/>
                <w:szCs w:val="26"/>
              </w:rPr>
              <w:t>n ch</w:t>
            </w:r>
            <w:r w:rsidRPr="002F6785">
              <w:rPr>
                <w:sz w:val="26"/>
                <w:szCs w:val="26"/>
              </w:rPr>
              <w:t>ế</w:t>
            </w:r>
            <w:r w:rsidRPr="002F6785">
              <w:rPr>
                <w:sz w:val="26"/>
                <w:szCs w:val="26"/>
              </w:rPr>
              <w:t xml:space="preserve"> ch</w:t>
            </w:r>
            <w:r w:rsidRPr="002F6785">
              <w:rPr>
                <w:sz w:val="26"/>
                <w:szCs w:val="26"/>
              </w:rPr>
              <w:t>ồ</w:t>
            </w:r>
            <w:r w:rsidRPr="002F6785">
              <w:rPr>
                <w:sz w:val="26"/>
                <w:szCs w:val="26"/>
              </w:rPr>
              <w:t>ng chéo. Quy đ</w:t>
            </w:r>
            <w:r w:rsidRPr="002F6785">
              <w:rPr>
                <w:sz w:val="26"/>
                <w:szCs w:val="26"/>
              </w:rPr>
              <w:t>ị</w:t>
            </w:r>
            <w:r w:rsidRPr="002F6785">
              <w:rPr>
                <w:sz w:val="26"/>
                <w:szCs w:val="26"/>
              </w:rPr>
              <w:t>nh v</w:t>
            </w:r>
            <w:r w:rsidRPr="002F6785">
              <w:rPr>
                <w:sz w:val="26"/>
                <w:szCs w:val="26"/>
              </w:rPr>
              <w:t>ề</w:t>
            </w:r>
            <w:r w:rsidRPr="002F6785">
              <w:rPr>
                <w:sz w:val="26"/>
                <w:szCs w:val="26"/>
              </w:rPr>
              <w:t xml:space="preserve"> t</w:t>
            </w:r>
            <w:r w:rsidRPr="002F6785">
              <w:rPr>
                <w:sz w:val="26"/>
                <w:szCs w:val="26"/>
              </w:rPr>
              <w:t>ổ</w:t>
            </w:r>
            <w:r w:rsidRPr="002F6785">
              <w:rPr>
                <w:sz w:val="26"/>
                <w:szCs w:val="26"/>
              </w:rPr>
              <w:t>ng h</w:t>
            </w:r>
            <w:r w:rsidRPr="002F6785">
              <w:rPr>
                <w:sz w:val="26"/>
                <w:szCs w:val="26"/>
              </w:rPr>
              <w:t>ợ</w:t>
            </w:r>
            <w:r w:rsidRPr="002F6785">
              <w:rPr>
                <w:sz w:val="26"/>
                <w:szCs w:val="26"/>
              </w:rPr>
              <w:t>p thông tin, đánh giá hi</w:t>
            </w:r>
            <w:r w:rsidRPr="002F6785">
              <w:rPr>
                <w:sz w:val="26"/>
                <w:szCs w:val="26"/>
              </w:rPr>
              <w:t>ệ</w:t>
            </w:r>
            <w:r w:rsidRPr="002F6785">
              <w:rPr>
                <w:sz w:val="26"/>
                <w:szCs w:val="26"/>
              </w:rPr>
              <w:t>u qu</w:t>
            </w:r>
            <w:r w:rsidRPr="002F6785">
              <w:rPr>
                <w:sz w:val="26"/>
                <w:szCs w:val="26"/>
              </w:rPr>
              <w:t>ả</w:t>
            </w:r>
            <w:r w:rsidRPr="002F6785">
              <w:rPr>
                <w:sz w:val="26"/>
                <w:szCs w:val="26"/>
              </w:rPr>
              <w:t xml:space="preserve"> và chi phí tuân </w:t>
            </w:r>
            <w:r w:rsidRPr="002F6785">
              <w:rPr>
                <w:sz w:val="26"/>
                <w:szCs w:val="26"/>
              </w:rPr>
              <w:t>th</w:t>
            </w:r>
            <w:r w:rsidRPr="002F6785">
              <w:rPr>
                <w:sz w:val="26"/>
                <w:szCs w:val="26"/>
              </w:rPr>
              <w:t>ủ</w:t>
            </w:r>
            <w:r w:rsidRPr="002F6785">
              <w:rPr>
                <w:sz w:val="26"/>
                <w:szCs w:val="26"/>
              </w:rPr>
              <w:t xml:space="preserve"> t</w:t>
            </w:r>
            <w:r w:rsidRPr="002F6785">
              <w:rPr>
                <w:sz w:val="26"/>
                <w:szCs w:val="26"/>
              </w:rPr>
              <w:t>ạ</w:t>
            </w:r>
            <w:r w:rsidRPr="002F6785">
              <w:rPr>
                <w:sz w:val="26"/>
                <w:szCs w:val="26"/>
              </w:rPr>
              <w:t>o cơ s</w:t>
            </w:r>
            <w:r w:rsidRPr="002F6785">
              <w:rPr>
                <w:sz w:val="26"/>
                <w:szCs w:val="26"/>
              </w:rPr>
              <w:t>ở</w:t>
            </w:r>
            <w:r w:rsidRPr="002F6785">
              <w:rPr>
                <w:sz w:val="26"/>
                <w:szCs w:val="26"/>
              </w:rPr>
              <w:t xml:space="preserve"> rà soát, đi</w:t>
            </w:r>
            <w:r w:rsidRPr="002F6785">
              <w:rPr>
                <w:sz w:val="26"/>
                <w:szCs w:val="26"/>
              </w:rPr>
              <w:t>ề</w:t>
            </w:r>
            <w:r w:rsidRPr="002F6785">
              <w:rPr>
                <w:sz w:val="26"/>
                <w:szCs w:val="26"/>
              </w:rPr>
              <w:t>u ch</w:t>
            </w:r>
            <w:r w:rsidRPr="002F6785">
              <w:rPr>
                <w:sz w:val="26"/>
                <w:szCs w:val="26"/>
              </w:rPr>
              <w:t>ỉ</w:t>
            </w:r>
            <w:r w:rsidRPr="002F6785">
              <w:rPr>
                <w:sz w:val="26"/>
                <w:szCs w:val="26"/>
              </w:rPr>
              <w:t>nh các bi</w:t>
            </w:r>
            <w:r w:rsidRPr="002F6785">
              <w:rPr>
                <w:sz w:val="26"/>
                <w:szCs w:val="26"/>
              </w:rPr>
              <w:t>ệ</w:t>
            </w:r>
            <w:r w:rsidRPr="002F6785">
              <w:rPr>
                <w:sz w:val="26"/>
                <w:szCs w:val="26"/>
              </w:rPr>
              <w:t>n pháp qu</w:t>
            </w:r>
            <w:r w:rsidRPr="002F6785">
              <w:rPr>
                <w:sz w:val="26"/>
                <w:szCs w:val="26"/>
              </w:rPr>
              <w:t>ả</w:t>
            </w:r>
            <w:r w:rsidRPr="002F6785">
              <w:rPr>
                <w:sz w:val="26"/>
                <w:szCs w:val="26"/>
              </w:rPr>
              <w:t>n lý khi không còn c</w:t>
            </w:r>
            <w:r w:rsidRPr="002F6785">
              <w:rPr>
                <w:sz w:val="26"/>
                <w:szCs w:val="26"/>
              </w:rPr>
              <w:t>ầ</w:t>
            </w:r>
            <w:r w:rsidRPr="002F6785">
              <w:rPr>
                <w:sz w:val="26"/>
                <w:szCs w:val="26"/>
              </w:rPr>
              <w:t>n thi</w:t>
            </w:r>
            <w:r w:rsidRPr="002F6785">
              <w:rPr>
                <w:sz w:val="26"/>
                <w:szCs w:val="26"/>
              </w:rPr>
              <w:t>ế</w:t>
            </w:r>
            <w:r w:rsidRPr="002F6785">
              <w:rPr>
                <w:sz w:val="26"/>
                <w:szCs w:val="26"/>
              </w:rPr>
              <w:t>t ho</w:t>
            </w:r>
            <w:r w:rsidRPr="002F6785">
              <w:rPr>
                <w:sz w:val="26"/>
                <w:szCs w:val="26"/>
              </w:rPr>
              <w:t>ặ</w:t>
            </w:r>
            <w:r w:rsidRPr="002F6785">
              <w:rPr>
                <w:sz w:val="26"/>
                <w:szCs w:val="26"/>
              </w:rPr>
              <w:t>c phù h</w:t>
            </w:r>
            <w:r w:rsidRPr="002F6785">
              <w:rPr>
                <w:sz w:val="26"/>
                <w:szCs w:val="26"/>
              </w:rPr>
              <w:t>ợ</w:t>
            </w:r>
            <w:r w:rsidRPr="002F6785">
              <w:rPr>
                <w:sz w:val="26"/>
                <w:szCs w:val="26"/>
              </w:rPr>
              <w:t>p.</w:t>
            </w:r>
          </w:p>
        </w:tc>
      </w:tr>
      <w:tr w:rsidR="005B442E" w:rsidTr="000A0428">
        <w:trPr>
          <w:jc w:val="center"/>
        </w:trPr>
        <w:tc>
          <w:tcPr>
            <w:tcW w:w="2607" w:type="dxa"/>
          </w:tcPr>
          <w:p w:rsidR="005B442E" w:rsidRPr="002F6785" w:rsidRDefault="00E85F05" w:rsidP="002F6785">
            <w:pPr>
              <w:spacing w:before="60" w:after="60"/>
              <w:jc w:val="both"/>
              <w:rPr>
                <w:sz w:val="26"/>
                <w:szCs w:val="26"/>
              </w:rPr>
            </w:pPr>
            <w:r w:rsidRPr="000F36C2">
              <w:rPr>
                <w:b/>
                <w:sz w:val="26"/>
                <w:szCs w:val="26"/>
              </w:rPr>
              <w:lastRenderedPageBreak/>
              <w:t>Đi</w:t>
            </w:r>
            <w:r w:rsidRPr="002F6785">
              <w:rPr>
                <w:b/>
                <w:sz w:val="26"/>
                <w:szCs w:val="26"/>
              </w:rPr>
              <w:t xml:space="preserve">ều 23. </w:t>
            </w:r>
            <w:r w:rsidR="00134FF8" w:rsidRPr="002F6785">
              <w:rPr>
                <w:b/>
                <w:sz w:val="26"/>
                <w:szCs w:val="26"/>
              </w:rPr>
              <w:t>Trách nhiệm phối hợp của các bộ, cơ quan ngang bộ</w:t>
            </w:r>
          </w:p>
        </w:tc>
        <w:tc>
          <w:tcPr>
            <w:tcW w:w="6636" w:type="dxa"/>
          </w:tcPr>
          <w:p w:rsidR="003456F9" w:rsidRPr="002F6785" w:rsidRDefault="003456F9" w:rsidP="002F6785">
            <w:pPr>
              <w:widowControl w:val="0"/>
              <w:spacing w:before="60" w:after="60"/>
              <w:ind w:firstLine="6"/>
              <w:jc w:val="both"/>
              <w:rPr>
                <w:rFonts w:cs="Times New Roman"/>
                <w:sz w:val="26"/>
                <w:szCs w:val="26"/>
              </w:rPr>
            </w:pPr>
            <w:r w:rsidRPr="002F6785">
              <w:rPr>
                <w:rFonts w:cs="Times New Roman"/>
                <w:sz w:val="26"/>
                <w:szCs w:val="26"/>
              </w:rPr>
              <w:t>1. Bộ Công Thương cung cấp thông tin về quy hoạch, đầu tư, năng lực sản xuất, công nghệ, an toàn sản xuất, thị trường, lưu thông và dấu hiệu gian lận thương mại trong ngành thép; chỉ đạo lực lượng quản lý thị trường phối hợp với cơ quan kiểm tra chất lượng thuộc Bộ Khoa học và Công nghệ trong hậu kiểm sản phẩm thép lưu thông; phối hợp với Bộ Khoa học và Công nghệ trong việc kiểm tra chất lượng thép tại nguồn theo quy định tại Nghị định này.</w:t>
            </w:r>
          </w:p>
          <w:p w:rsidR="003456F9" w:rsidRPr="002F6785" w:rsidRDefault="003456F9" w:rsidP="002F6785">
            <w:pPr>
              <w:widowControl w:val="0"/>
              <w:spacing w:before="60" w:after="60"/>
              <w:ind w:firstLine="6"/>
              <w:jc w:val="both"/>
              <w:rPr>
                <w:rFonts w:cs="Times New Roman"/>
                <w:sz w:val="26"/>
                <w:szCs w:val="26"/>
              </w:rPr>
            </w:pPr>
            <w:r w:rsidRPr="002F6785">
              <w:rPr>
                <w:rFonts w:cs="Times New Roman"/>
                <w:sz w:val="26"/>
                <w:szCs w:val="26"/>
              </w:rPr>
              <w:t>2. Bộ Xây dựng cung cấp yêu cầu kỹ thuật đối với thép sử dụng trong công trình, thông tin về sự cố, kết quả kiểm tra chất lượng công trình có dấu hiệu liên quan đến chất lượng sản phẩm thép; phối hợp truy xuất, cảnh báo và xử lý theo thẩm quyền.</w:t>
            </w:r>
          </w:p>
          <w:p w:rsidR="003456F9" w:rsidRPr="002F6785" w:rsidRDefault="00E710A4" w:rsidP="002F6785">
            <w:pPr>
              <w:widowControl w:val="0"/>
              <w:spacing w:before="60" w:after="60"/>
              <w:jc w:val="both"/>
              <w:rPr>
                <w:rFonts w:cs="Times New Roman"/>
                <w:sz w:val="26"/>
                <w:szCs w:val="26"/>
              </w:rPr>
            </w:pPr>
            <w:r w:rsidRPr="002F6785">
              <w:rPr>
                <w:rFonts w:cs="Times New Roman"/>
                <w:sz w:val="26"/>
                <w:szCs w:val="26"/>
              </w:rPr>
              <w:t xml:space="preserve">3. Bộ Tài chính chỉ đạo cơ quan hải quan kết nối, chia sẻ dữ </w:t>
            </w:r>
            <w:r w:rsidRPr="002F6785">
              <w:rPr>
                <w:rFonts w:cs="Times New Roman"/>
                <w:sz w:val="26"/>
                <w:szCs w:val="26"/>
              </w:rPr>
              <w:lastRenderedPageBreak/>
              <w:t>liệu nhập khẩu; khai thác kết quả kiểm tra nhà nước về chất lượng trên hệ thống thông tin để thực hiện thủ tục hải quan đối với trường hợp pháp luật quy định phải có kết quả kiểm tra; phối hợp xử lý theo pháp luật về hải quan.</w:t>
            </w:r>
          </w:p>
          <w:p w:rsidR="003456F9" w:rsidRPr="002F6785" w:rsidRDefault="003456F9" w:rsidP="002F6785">
            <w:pPr>
              <w:widowControl w:val="0"/>
              <w:spacing w:before="60" w:after="60"/>
              <w:ind w:firstLine="6"/>
              <w:jc w:val="both"/>
              <w:rPr>
                <w:rFonts w:cs="Times New Roman"/>
                <w:sz w:val="26"/>
                <w:szCs w:val="26"/>
              </w:rPr>
            </w:pPr>
            <w:r w:rsidRPr="002F6785">
              <w:rPr>
                <w:rFonts w:cs="Times New Roman"/>
                <w:sz w:val="26"/>
                <w:szCs w:val="26"/>
              </w:rPr>
              <w:t>4. Bộ Nông nghiệp và Môi trường cung cấp, chia sẻ dữ liệu về môi trường, phát thải khí nhà kính, kinh tế tuần hoàn và sự cố môi trường liên quan đến sản xuất, sử dụng sản phẩm thép theo quy định của pháp luật.</w:t>
            </w:r>
          </w:p>
          <w:p w:rsidR="005B442E" w:rsidRPr="002F6785" w:rsidRDefault="003456F9" w:rsidP="002F6785">
            <w:pPr>
              <w:widowControl w:val="0"/>
              <w:spacing w:before="60" w:after="60"/>
              <w:ind w:firstLine="6"/>
              <w:jc w:val="both"/>
              <w:rPr>
                <w:sz w:val="26"/>
                <w:szCs w:val="26"/>
              </w:rPr>
            </w:pPr>
            <w:r w:rsidRPr="002F6785">
              <w:rPr>
                <w:rFonts w:cs="Times New Roman"/>
                <w:sz w:val="26"/>
                <w:szCs w:val="26"/>
              </w:rPr>
              <w:t>5. Bộ, cơ quan ngang bộ trong phạm vi nhiệm vụ, quyền hạn có trách nhiệm cung cấp yêu cầu kỹ thuật chuyên ngành, dữ liệu cảnh báo và phối hợp xử lý; không yêu cầu tổ chức, cá nhân thực hiện lại công bố, đánh giá sự phù hợp, kiểm tra hoặc cung cấp lại dữ liệu chất lượng sản phẩm thép đã được Bộ Khoa học và Công nghệ hoặc cơ quan được phân cấp thực hiện hợp pháp.</w:t>
            </w:r>
            <w:r w:rsidRPr="002F6785">
              <w:rPr>
                <w:sz w:val="26"/>
                <w:szCs w:val="26"/>
              </w:rPr>
              <w:t xml:space="preserve"> </w:t>
            </w:r>
          </w:p>
        </w:tc>
        <w:tc>
          <w:tcPr>
            <w:tcW w:w="5760" w:type="dxa"/>
          </w:tcPr>
          <w:p w:rsidR="000F36C2" w:rsidRPr="000F36C2" w:rsidRDefault="00AC53F4" w:rsidP="002F6785">
            <w:pPr>
              <w:spacing w:before="60" w:after="60"/>
              <w:jc w:val="both"/>
              <w:rPr>
                <w:sz w:val="26"/>
                <w:szCs w:val="26"/>
              </w:rPr>
            </w:pPr>
            <w:r w:rsidRPr="002F6785">
              <w:rPr>
                <w:sz w:val="26"/>
                <w:szCs w:val="26"/>
              </w:rPr>
              <w:lastRenderedPageBreak/>
              <w:t>Quy đ</w:t>
            </w:r>
            <w:r w:rsidRPr="002F6785">
              <w:rPr>
                <w:sz w:val="26"/>
                <w:szCs w:val="26"/>
              </w:rPr>
              <w:t>ị</w:t>
            </w:r>
            <w:r w:rsidRPr="002F6785">
              <w:rPr>
                <w:sz w:val="26"/>
                <w:szCs w:val="26"/>
              </w:rPr>
              <w:t>nh này xác đ</w:t>
            </w:r>
            <w:r w:rsidRPr="002F6785">
              <w:rPr>
                <w:sz w:val="26"/>
                <w:szCs w:val="26"/>
              </w:rPr>
              <w:t>ị</w:t>
            </w:r>
            <w:r w:rsidRPr="002F6785">
              <w:rPr>
                <w:sz w:val="26"/>
                <w:szCs w:val="26"/>
              </w:rPr>
              <w:t>nh cơ ch</w:t>
            </w:r>
            <w:r w:rsidRPr="002F6785">
              <w:rPr>
                <w:sz w:val="26"/>
                <w:szCs w:val="26"/>
              </w:rPr>
              <w:t>ế</w:t>
            </w:r>
            <w:r w:rsidRPr="002F6785">
              <w:rPr>
                <w:sz w:val="26"/>
                <w:szCs w:val="26"/>
              </w:rPr>
              <w:t xml:space="preserve"> </w:t>
            </w:r>
            <w:r w:rsidRPr="002F6785">
              <w:rPr>
                <w:sz w:val="26"/>
                <w:szCs w:val="26"/>
              </w:rPr>
              <w:t>ph</w:t>
            </w:r>
            <w:r w:rsidRPr="002F6785">
              <w:rPr>
                <w:sz w:val="26"/>
                <w:szCs w:val="26"/>
              </w:rPr>
              <w:t>ố</w:t>
            </w:r>
            <w:r w:rsidRPr="002F6785">
              <w:rPr>
                <w:sz w:val="26"/>
                <w:szCs w:val="26"/>
              </w:rPr>
              <w:t>i h</w:t>
            </w:r>
            <w:r w:rsidRPr="002F6785">
              <w:rPr>
                <w:sz w:val="26"/>
                <w:szCs w:val="26"/>
              </w:rPr>
              <w:t>ợ</w:t>
            </w:r>
            <w:r w:rsidRPr="002F6785">
              <w:rPr>
                <w:sz w:val="26"/>
                <w:szCs w:val="26"/>
              </w:rPr>
              <w:t>p gi</w:t>
            </w:r>
            <w:r w:rsidRPr="002F6785">
              <w:rPr>
                <w:sz w:val="26"/>
                <w:szCs w:val="26"/>
              </w:rPr>
              <w:t>ữ</w:t>
            </w:r>
            <w:r w:rsidRPr="002F6785">
              <w:rPr>
                <w:sz w:val="26"/>
                <w:szCs w:val="26"/>
              </w:rPr>
              <w:t>a B</w:t>
            </w:r>
            <w:r w:rsidRPr="002F6785">
              <w:rPr>
                <w:sz w:val="26"/>
                <w:szCs w:val="26"/>
              </w:rPr>
              <w:t>ộ</w:t>
            </w:r>
            <w:r w:rsidRPr="002F6785">
              <w:rPr>
                <w:sz w:val="26"/>
                <w:szCs w:val="26"/>
              </w:rPr>
              <w:t xml:space="preserve"> Khoa h</w:t>
            </w:r>
            <w:r w:rsidRPr="002F6785">
              <w:rPr>
                <w:sz w:val="26"/>
                <w:szCs w:val="26"/>
              </w:rPr>
              <w:t>ọ</w:t>
            </w:r>
            <w:r w:rsidRPr="002F6785">
              <w:rPr>
                <w:sz w:val="26"/>
                <w:szCs w:val="26"/>
              </w:rPr>
              <w:t>c và Công ngh</w:t>
            </w:r>
            <w:r w:rsidRPr="002F6785">
              <w:rPr>
                <w:sz w:val="26"/>
                <w:szCs w:val="26"/>
              </w:rPr>
              <w:t>ệ</w:t>
            </w:r>
            <w:r w:rsidRPr="002F6785">
              <w:rPr>
                <w:sz w:val="26"/>
                <w:szCs w:val="26"/>
              </w:rPr>
              <w:t xml:space="preserve"> v</w:t>
            </w:r>
            <w:r w:rsidRPr="002F6785">
              <w:rPr>
                <w:sz w:val="26"/>
                <w:szCs w:val="26"/>
              </w:rPr>
              <w:t>ớ</w:t>
            </w:r>
            <w:r w:rsidRPr="002F6785">
              <w:rPr>
                <w:sz w:val="26"/>
                <w:szCs w:val="26"/>
              </w:rPr>
              <w:t>i các b</w:t>
            </w:r>
            <w:r w:rsidRPr="002F6785">
              <w:rPr>
                <w:sz w:val="26"/>
                <w:szCs w:val="26"/>
              </w:rPr>
              <w:t>ộ</w:t>
            </w:r>
            <w:r w:rsidRPr="002F6785">
              <w:rPr>
                <w:sz w:val="26"/>
                <w:szCs w:val="26"/>
              </w:rPr>
              <w:t>, cơ quan ngang b</w:t>
            </w:r>
            <w:r w:rsidRPr="002F6785">
              <w:rPr>
                <w:sz w:val="26"/>
                <w:szCs w:val="26"/>
              </w:rPr>
              <w:t>ộ</w:t>
            </w:r>
            <w:r w:rsidRPr="002F6785">
              <w:rPr>
                <w:sz w:val="26"/>
                <w:szCs w:val="26"/>
              </w:rPr>
              <w:t xml:space="preserve"> trên cơ s</w:t>
            </w:r>
            <w:r w:rsidRPr="002F6785">
              <w:rPr>
                <w:sz w:val="26"/>
                <w:szCs w:val="26"/>
              </w:rPr>
              <w:t>ở</w:t>
            </w:r>
            <w:r w:rsidRPr="002F6785">
              <w:rPr>
                <w:sz w:val="26"/>
                <w:szCs w:val="26"/>
              </w:rPr>
              <w:t xml:space="preserve"> ch</w:t>
            </w:r>
            <w:r w:rsidRPr="002F6785">
              <w:rPr>
                <w:sz w:val="26"/>
                <w:szCs w:val="26"/>
              </w:rPr>
              <w:t>ứ</w:t>
            </w:r>
            <w:r w:rsidRPr="002F6785">
              <w:rPr>
                <w:sz w:val="26"/>
                <w:szCs w:val="26"/>
              </w:rPr>
              <w:t>c năng, nhi</w:t>
            </w:r>
            <w:r w:rsidRPr="002F6785">
              <w:rPr>
                <w:sz w:val="26"/>
                <w:szCs w:val="26"/>
              </w:rPr>
              <w:t>ệ</w:t>
            </w:r>
            <w:r w:rsidRPr="002F6785">
              <w:rPr>
                <w:sz w:val="26"/>
                <w:szCs w:val="26"/>
              </w:rPr>
              <w:t>m v</w:t>
            </w:r>
            <w:r w:rsidRPr="002F6785">
              <w:rPr>
                <w:sz w:val="26"/>
                <w:szCs w:val="26"/>
              </w:rPr>
              <w:t>ụ</w:t>
            </w:r>
            <w:r w:rsidRPr="002F6785">
              <w:rPr>
                <w:sz w:val="26"/>
                <w:szCs w:val="26"/>
              </w:rPr>
              <w:t xml:space="preserve"> c</w:t>
            </w:r>
            <w:r w:rsidRPr="002F6785">
              <w:rPr>
                <w:sz w:val="26"/>
                <w:szCs w:val="26"/>
              </w:rPr>
              <w:t>ủ</w:t>
            </w:r>
            <w:r w:rsidRPr="002F6785">
              <w:rPr>
                <w:sz w:val="26"/>
                <w:szCs w:val="26"/>
              </w:rPr>
              <w:t>a t</w:t>
            </w:r>
            <w:r w:rsidRPr="002F6785">
              <w:rPr>
                <w:sz w:val="26"/>
                <w:szCs w:val="26"/>
              </w:rPr>
              <w:t>ừ</w:t>
            </w:r>
            <w:r w:rsidRPr="002F6785">
              <w:rPr>
                <w:sz w:val="26"/>
                <w:szCs w:val="26"/>
              </w:rPr>
              <w:t>ng cơ quan, b</w:t>
            </w:r>
            <w:r w:rsidRPr="002F6785">
              <w:rPr>
                <w:sz w:val="26"/>
                <w:szCs w:val="26"/>
              </w:rPr>
              <w:t>ả</w:t>
            </w:r>
            <w:r w:rsidRPr="002F6785">
              <w:rPr>
                <w:sz w:val="26"/>
                <w:szCs w:val="26"/>
              </w:rPr>
              <w:t>o đ</w:t>
            </w:r>
            <w:r w:rsidRPr="002F6785">
              <w:rPr>
                <w:sz w:val="26"/>
                <w:szCs w:val="26"/>
              </w:rPr>
              <w:t>ả</w:t>
            </w:r>
            <w:r w:rsidRPr="002F6785">
              <w:rPr>
                <w:sz w:val="26"/>
                <w:szCs w:val="26"/>
              </w:rPr>
              <w:t>m qu</w:t>
            </w:r>
            <w:r w:rsidRPr="002F6785">
              <w:rPr>
                <w:sz w:val="26"/>
                <w:szCs w:val="26"/>
              </w:rPr>
              <w:t>ả</w:t>
            </w:r>
            <w:r w:rsidRPr="002F6785">
              <w:rPr>
                <w:sz w:val="26"/>
                <w:szCs w:val="26"/>
              </w:rPr>
              <w:t>n lý ch</w:t>
            </w:r>
            <w:r w:rsidRPr="002F6785">
              <w:rPr>
                <w:sz w:val="26"/>
                <w:szCs w:val="26"/>
              </w:rPr>
              <w:t>ấ</w:t>
            </w:r>
            <w:r w:rsidRPr="002F6785">
              <w:rPr>
                <w:sz w:val="26"/>
                <w:szCs w:val="26"/>
              </w:rPr>
              <w:t>t lư</w:t>
            </w:r>
            <w:r w:rsidRPr="002F6785">
              <w:rPr>
                <w:sz w:val="26"/>
                <w:szCs w:val="26"/>
              </w:rPr>
              <w:t>ợ</w:t>
            </w:r>
            <w:r w:rsidRPr="002F6785">
              <w:rPr>
                <w:sz w:val="26"/>
                <w:szCs w:val="26"/>
              </w:rPr>
              <w:t>ng thép th</w:t>
            </w:r>
            <w:r w:rsidRPr="002F6785">
              <w:rPr>
                <w:sz w:val="26"/>
                <w:szCs w:val="26"/>
              </w:rPr>
              <w:t>ố</w:t>
            </w:r>
            <w:r w:rsidRPr="002F6785">
              <w:rPr>
                <w:sz w:val="26"/>
                <w:szCs w:val="26"/>
              </w:rPr>
              <w:t>ng nh</w:t>
            </w:r>
            <w:r w:rsidRPr="002F6785">
              <w:rPr>
                <w:sz w:val="26"/>
                <w:szCs w:val="26"/>
              </w:rPr>
              <w:t>ấ</w:t>
            </w:r>
            <w:r w:rsidRPr="002F6785">
              <w:rPr>
                <w:sz w:val="26"/>
                <w:szCs w:val="26"/>
              </w:rPr>
              <w:t>t nhưng không làm thay đ</w:t>
            </w:r>
            <w:r w:rsidRPr="002F6785">
              <w:rPr>
                <w:sz w:val="26"/>
                <w:szCs w:val="26"/>
              </w:rPr>
              <w:t>ổ</w:t>
            </w:r>
            <w:r w:rsidRPr="002F6785">
              <w:rPr>
                <w:sz w:val="26"/>
                <w:szCs w:val="26"/>
              </w:rPr>
              <w:t>i th</w:t>
            </w:r>
            <w:r w:rsidRPr="002F6785">
              <w:rPr>
                <w:sz w:val="26"/>
                <w:szCs w:val="26"/>
              </w:rPr>
              <w:t>ẩ</w:t>
            </w:r>
            <w:r w:rsidRPr="002F6785">
              <w:rPr>
                <w:sz w:val="26"/>
                <w:szCs w:val="26"/>
              </w:rPr>
              <w:t>m quy</w:t>
            </w:r>
            <w:r w:rsidRPr="002F6785">
              <w:rPr>
                <w:sz w:val="26"/>
                <w:szCs w:val="26"/>
              </w:rPr>
              <w:t>ề</w:t>
            </w:r>
            <w:r w:rsidRPr="002F6785">
              <w:rPr>
                <w:sz w:val="26"/>
                <w:szCs w:val="26"/>
              </w:rPr>
              <w:t>n qu</w:t>
            </w:r>
            <w:r w:rsidRPr="002F6785">
              <w:rPr>
                <w:sz w:val="26"/>
                <w:szCs w:val="26"/>
              </w:rPr>
              <w:t>ả</w:t>
            </w:r>
            <w:r w:rsidRPr="002F6785">
              <w:rPr>
                <w:sz w:val="26"/>
                <w:szCs w:val="26"/>
              </w:rPr>
              <w:t>n lý chuyên ngành theo pháp lu</w:t>
            </w:r>
            <w:r w:rsidRPr="002F6785">
              <w:rPr>
                <w:sz w:val="26"/>
                <w:szCs w:val="26"/>
              </w:rPr>
              <w:t>ậ</w:t>
            </w:r>
            <w:r w:rsidRPr="002F6785">
              <w:rPr>
                <w:sz w:val="26"/>
                <w:szCs w:val="26"/>
              </w:rPr>
              <w:t>t có liên quan.</w:t>
            </w:r>
          </w:p>
          <w:p w:rsidR="008D4B75" w:rsidRPr="002F6785" w:rsidRDefault="00AC53F4" w:rsidP="002F6785">
            <w:pPr>
              <w:spacing w:before="60" w:after="60"/>
              <w:jc w:val="both"/>
              <w:rPr>
                <w:sz w:val="26"/>
                <w:szCs w:val="26"/>
              </w:rPr>
            </w:pPr>
            <w:r w:rsidRPr="002F6785">
              <w:rPr>
                <w:sz w:val="26"/>
                <w:szCs w:val="26"/>
              </w:rPr>
              <w:t>Vi</w:t>
            </w:r>
            <w:r w:rsidRPr="002F6785">
              <w:rPr>
                <w:sz w:val="26"/>
                <w:szCs w:val="26"/>
              </w:rPr>
              <w:t>ệ</w:t>
            </w:r>
            <w:r w:rsidRPr="002F6785">
              <w:rPr>
                <w:sz w:val="26"/>
                <w:szCs w:val="26"/>
              </w:rPr>
              <w:t xml:space="preserve">c chia </w:t>
            </w:r>
            <w:r w:rsidRPr="002F6785">
              <w:rPr>
                <w:sz w:val="26"/>
                <w:szCs w:val="26"/>
              </w:rPr>
              <w:t>s</w:t>
            </w:r>
            <w:r w:rsidRPr="002F6785">
              <w:rPr>
                <w:sz w:val="26"/>
                <w:szCs w:val="26"/>
              </w:rPr>
              <w:t>ẻ</w:t>
            </w:r>
            <w:r w:rsidRPr="002F6785">
              <w:rPr>
                <w:sz w:val="26"/>
                <w:szCs w:val="26"/>
              </w:rPr>
              <w:t xml:space="preserve"> thông tin v</w:t>
            </w:r>
            <w:r w:rsidRPr="002F6785">
              <w:rPr>
                <w:sz w:val="26"/>
                <w:szCs w:val="26"/>
              </w:rPr>
              <w:t>ề</w:t>
            </w:r>
            <w:r w:rsidRPr="002F6785">
              <w:rPr>
                <w:sz w:val="26"/>
                <w:szCs w:val="26"/>
              </w:rPr>
              <w:t xml:space="preserve"> s</w:t>
            </w:r>
            <w:r w:rsidRPr="002F6785">
              <w:rPr>
                <w:sz w:val="26"/>
                <w:szCs w:val="26"/>
              </w:rPr>
              <w:t>ả</w:t>
            </w:r>
            <w:r w:rsidRPr="002F6785">
              <w:rPr>
                <w:sz w:val="26"/>
                <w:szCs w:val="26"/>
              </w:rPr>
              <w:t>n xu</w:t>
            </w:r>
            <w:r w:rsidRPr="002F6785">
              <w:rPr>
                <w:sz w:val="26"/>
                <w:szCs w:val="26"/>
              </w:rPr>
              <w:t>ấ</w:t>
            </w:r>
            <w:r w:rsidRPr="002F6785">
              <w:rPr>
                <w:sz w:val="26"/>
                <w:szCs w:val="26"/>
              </w:rPr>
              <w:t>t, th</w:t>
            </w:r>
            <w:r w:rsidRPr="002F6785">
              <w:rPr>
                <w:sz w:val="26"/>
                <w:szCs w:val="26"/>
              </w:rPr>
              <w:t>ị</w:t>
            </w:r>
            <w:r w:rsidRPr="002F6785">
              <w:rPr>
                <w:sz w:val="26"/>
                <w:szCs w:val="26"/>
              </w:rPr>
              <w:t xml:space="preserve"> trư</w:t>
            </w:r>
            <w:r w:rsidRPr="002F6785">
              <w:rPr>
                <w:sz w:val="26"/>
                <w:szCs w:val="26"/>
              </w:rPr>
              <w:t>ờ</w:t>
            </w:r>
            <w:r w:rsidRPr="002F6785">
              <w:rPr>
                <w:sz w:val="26"/>
                <w:szCs w:val="26"/>
              </w:rPr>
              <w:t>ng, h</w:t>
            </w:r>
            <w:r w:rsidRPr="002F6785">
              <w:rPr>
                <w:sz w:val="26"/>
                <w:szCs w:val="26"/>
              </w:rPr>
              <w:t>ả</w:t>
            </w:r>
            <w:r w:rsidRPr="002F6785">
              <w:rPr>
                <w:sz w:val="26"/>
                <w:szCs w:val="26"/>
              </w:rPr>
              <w:t>i quan, ch</w:t>
            </w:r>
            <w:r w:rsidRPr="002F6785">
              <w:rPr>
                <w:sz w:val="26"/>
                <w:szCs w:val="26"/>
              </w:rPr>
              <w:t>ấ</w:t>
            </w:r>
            <w:r w:rsidRPr="002F6785">
              <w:rPr>
                <w:sz w:val="26"/>
                <w:szCs w:val="26"/>
              </w:rPr>
              <w:t>t lư</w:t>
            </w:r>
            <w:r w:rsidRPr="002F6785">
              <w:rPr>
                <w:sz w:val="26"/>
                <w:szCs w:val="26"/>
              </w:rPr>
              <w:t>ợ</w:t>
            </w:r>
            <w:r w:rsidRPr="002F6785">
              <w:rPr>
                <w:sz w:val="26"/>
                <w:szCs w:val="26"/>
              </w:rPr>
              <w:t>ng công trình, môi trư</w:t>
            </w:r>
            <w:r w:rsidRPr="002F6785">
              <w:rPr>
                <w:sz w:val="26"/>
                <w:szCs w:val="26"/>
              </w:rPr>
              <w:t>ờ</w:t>
            </w:r>
            <w:r w:rsidRPr="002F6785">
              <w:rPr>
                <w:sz w:val="26"/>
                <w:szCs w:val="26"/>
              </w:rPr>
              <w:t>ng và các d</w:t>
            </w:r>
            <w:r w:rsidRPr="002F6785">
              <w:rPr>
                <w:sz w:val="26"/>
                <w:szCs w:val="26"/>
              </w:rPr>
              <w:t>ữ</w:t>
            </w:r>
            <w:r w:rsidRPr="002F6785">
              <w:rPr>
                <w:sz w:val="26"/>
                <w:szCs w:val="26"/>
              </w:rPr>
              <w:t xml:space="preserve"> li</w:t>
            </w:r>
            <w:r w:rsidRPr="002F6785">
              <w:rPr>
                <w:sz w:val="26"/>
                <w:szCs w:val="26"/>
              </w:rPr>
              <w:t>ệ</w:t>
            </w:r>
            <w:r w:rsidRPr="002F6785">
              <w:rPr>
                <w:sz w:val="26"/>
                <w:szCs w:val="26"/>
              </w:rPr>
              <w:t>u chuyên ngành khác nh</w:t>
            </w:r>
            <w:r w:rsidRPr="002F6785">
              <w:rPr>
                <w:sz w:val="26"/>
                <w:szCs w:val="26"/>
              </w:rPr>
              <w:t>ằ</w:t>
            </w:r>
            <w:r w:rsidRPr="002F6785">
              <w:rPr>
                <w:sz w:val="26"/>
                <w:szCs w:val="26"/>
              </w:rPr>
              <w:t>m ph</w:t>
            </w:r>
            <w:r w:rsidRPr="002F6785">
              <w:rPr>
                <w:sz w:val="26"/>
                <w:szCs w:val="26"/>
              </w:rPr>
              <w:t>ụ</w:t>
            </w:r>
            <w:r w:rsidRPr="002F6785">
              <w:rPr>
                <w:sz w:val="26"/>
                <w:szCs w:val="26"/>
              </w:rPr>
              <w:t>c v</w:t>
            </w:r>
            <w:r w:rsidRPr="002F6785">
              <w:rPr>
                <w:sz w:val="26"/>
                <w:szCs w:val="26"/>
              </w:rPr>
              <w:t>ụ</w:t>
            </w:r>
            <w:r w:rsidRPr="002F6785">
              <w:rPr>
                <w:sz w:val="26"/>
                <w:szCs w:val="26"/>
              </w:rPr>
              <w:t xml:space="preserve"> phân tích r</w:t>
            </w:r>
            <w:r w:rsidRPr="002F6785">
              <w:rPr>
                <w:sz w:val="26"/>
                <w:szCs w:val="26"/>
              </w:rPr>
              <w:t>ủ</w:t>
            </w:r>
            <w:r w:rsidRPr="002F6785">
              <w:rPr>
                <w:sz w:val="26"/>
                <w:szCs w:val="26"/>
              </w:rPr>
              <w:t>i ro, h</w:t>
            </w:r>
            <w:r w:rsidRPr="002F6785">
              <w:rPr>
                <w:sz w:val="26"/>
                <w:szCs w:val="26"/>
              </w:rPr>
              <w:t>ậ</w:t>
            </w:r>
            <w:r w:rsidRPr="002F6785">
              <w:rPr>
                <w:sz w:val="26"/>
                <w:szCs w:val="26"/>
              </w:rPr>
              <w:t>u ki</w:t>
            </w:r>
            <w:r w:rsidRPr="002F6785">
              <w:rPr>
                <w:sz w:val="26"/>
                <w:szCs w:val="26"/>
              </w:rPr>
              <w:t>ể</w:t>
            </w:r>
            <w:r w:rsidRPr="002F6785">
              <w:rPr>
                <w:sz w:val="26"/>
                <w:szCs w:val="26"/>
              </w:rPr>
              <w:t>m, truy xu</w:t>
            </w:r>
            <w:r w:rsidRPr="002F6785">
              <w:rPr>
                <w:sz w:val="26"/>
                <w:szCs w:val="26"/>
              </w:rPr>
              <w:t>ấ</w:t>
            </w:r>
            <w:r w:rsidRPr="002F6785">
              <w:rPr>
                <w:sz w:val="26"/>
                <w:szCs w:val="26"/>
              </w:rPr>
              <w:t>t, c</w:t>
            </w:r>
            <w:r w:rsidRPr="002F6785">
              <w:rPr>
                <w:sz w:val="26"/>
                <w:szCs w:val="26"/>
              </w:rPr>
              <w:t>ả</w:t>
            </w:r>
            <w:r w:rsidRPr="002F6785">
              <w:rPr>
                <w:sz w:val="26"/>
                <w:szCs w:val="26"/>
              </w:rPr>
              <w:t>nh báo và x</w:t>
            </w:r>
            <w:r w:rsidRPr="002F6785">
              <w:rPr>
                <w:sz w:val="26"/>
                <w:szCs w:val="26"/>
              </w:rPr>
              <w:t>ử</w:t>
            </w:r>
            <w:r w:rsidRPr="002F6785">
              <w:rPr>
                <w:sz w:val="26"/>
                <w:szCs w:val="26"/>
              </w:rPr>
              <w:t xml:space="preserve"> lý theo th</w:t>
            </w:r>
            <w:r w:rsidRPr="002F6785">
              <w:rPr>
                <w:sz w:val="26"/>
                <w:szCs w:val="26"/>
              </w:rPr>
              <w:t>ẩ</w:t>
            </w:r>
            <w:r w:rsidRPr="002F6785">
              <w:rPr>
                <w:sz w:val="26"/>
                <w:szCs w:val="26"/>
              </w:rPr>
              <w:t>m quy</w:t>
            </w:r>
            <w:r w:rsidRPr="002F6785">
              <w:rPr>
                <w:sz w:val="26"/>
                <w:szCs w:val="26"/>
              </w:rPr>
              <w:t>ề</w:t>
            </w:r>
            <w:r w:rsidRPr="002F6785">
              <w:rPr>
                <w:sz w:val="26"/>
                <w:szCs w:val="26"/>
              </w:rPr>
              <w:t>n. Đ</w:t>
            </w:r>
            <w:r w:rsidRPr="002F6785">
              <w:rPr>
                <w:sz w:val="26"/>
                <w:szCs w:val="26"/>
              </w:rPr>
              <w:t>ồ</w:t>
            </w:r>
            <w:r w:rsidRPr="002F6785">
              <w:rPr>
                <w:sz w:val="26"/>
                <w:szCs w:val="26"/>
              </w:rPr>
              <w:t>ng th</w:t>
            </w:r>
            <w:r w:rsidRPr="002F6785">
              <w:rPr>
                <w:sz w:val="26"/>
                <w:szCs w:val="26"/>
              </w:rPr>
              <w:t>ờ</w:t>
            </w:r>
            <w:r w:rsidRPr="002F6785">
              <w:rPr>
                <w:sz w:val="26"/>
                <w:szCs w:val="26"/>
              </w:rPr>
              <w:t>i, nguyên t</w:t>
            </w:r>
            <w:r w:rsidRPr="002F6785">
              <w:rPr>
                <w:sz w:val="26"/>
                <w:szCs w:val="26"/>
              </w:rPr>
              <w:t>ắ</w:t>
            </w:r>
            <w:r w:rsidRPr="002F6785">
              <w:rPr>
                <w:sz w:val="26"/>
                <w:szCs w:val="26"/>
              </w:rPr>
              <w:t>c không yêu c</w:t>
            </w:r>
            <w:r w:rsidRPr="002F6785">
              <w:rPr>
                <w:sz w:val="26"/>
                <w:szCs w:val="26"/>
              </w:rPr>
              <w:t>ầ</w:t>
            </w:r>
            <w:r w:rsidRPr="002F6785">
              <w:rPr>
                <w:sz w:val="26"/>
                <w:szCs w:val="26"/>
              </w:rPr>
              <w:t>u t</w:t>
            </w:r>
            <w:r w:rsidRPr="002F6785">
              <w:rPr>
                <w:sz w:val="26"/>
                <w:szCs w:val="26"/>
              </w:rPr>
              <w:t>ổ</w:t>
            </w:r>
            <w:r w:rsidRPr="002F6785">
              <w:rPr>
                <w:sz w:val="26"/>
                <w:szCs w:val="26"/>
              </w:rPr>
              <w:t xml:space="preserve"> ch</w:t>
            </w:r>
            <w:r w:rsidRPr="002F6785">
              <w:rPr>
                <w:sz w:val="26"/>
                <w:szCs w:val="26"/>
              </w:rPr>
              <w:t>ứ</w:t>
            </w:r>
            <w:r w:rsidRPr="002F6785">
              <w:rPr>
                <w:sz w:val="26"/>
                <w:szCs w:val="26"/>
              </w:rPr>
              <w:t>c, cá nhân t</w:t>
            </w:r>
            <w:r w:rsidRPr="002F6785">
              <w:rPr>
                <w:sz w:val="26"/>
                <w:szCs w:val="26"/>
              </w:rPr>
              <w:t>h</w:t>
            </w:r>
            <w:r w:rsidRPr="002F6785">
              <w:rPr>
                <w:sz w:val="26"/>
                <w:szCs w:val="26"/>
              </w:rPr>
              <w:t>ự</w:t>
            </w:r>
            <w:r w:rsidRPr="002F6785">
              <w:rPr>
                <w:sz w:val="26"/>
                <w:szCs w:val="26"/>
              </w:rPr>
              <w:t>c hi</w:t>
            </w:r>
            <w:r w:rsidRPr="002F6785">
              <w:rPr>
                <w:sz w:val="26"/>
                <w:szCs w:val="26"/>
              </w:rPr>
              <w:t>ệ</w:t>
            </w:r>
            <w:r w:rsidRPr="002F6785">
              <w:rPr>
                <w:sz w:val="26"/>
                <w:szCs w:val="26"/>
              </w:rPr>
              <w:t>n l</w:t>
            </w:r>
            <w:r w:rsidRPr="002F6785">
              <w:rPr>
                <w:sz w:val="26"/>
                <w:szCs w:val="26"/>
              </w:rPr>
              <w:t>ạ</w:t>
            </w:r>
            <w:r w:rsidRPr="002F6785">
              <w:rPr>
                <w:sz w:val="26"/>
                <w:szCs w:val="26"/>
              </w:rPr>
              <w:t>i công b</w:t>
            </w:r>
            <w:r w:rsidRPr="002F6785">
              <w:rPr>
                <w:sz w:val="26"/>
                <w:szCs w:val="26"/>
              </w:rPr>
              <w:t>ố</w:t>
            </w:r>
            <w:r w:rsidRPr="002F6785">
              <w:rPr>
                <w:sz w:val="26"/>
                <w:szCs w:val="26"/>
              </w:rPr>
              <w:t>, đánh giá s</w:t>
            </w:r>
            <w:r w:rsidRPr="002F6785">
              <w:rPr>
                <w:sz w:val="26"/>
                <w:szCs w:val="26"/>
              </w:rPr>
              <w:t>ự</w:t>
            </w:r>
            <w:r w:rsidRPr="002F6785">
              <w:rPr>
                <w:sz w:val="26"/>
                <w:szCs w:val="26"/>
              </w:rPr>
              <w:t xml:space="preserve"> phù h</w:t>
            </w:r>
            <w:r w:rsidRPr="002F6785">
              <w:rPr>
                <w:sz w:val="26"/>
                <w:szCs w:val="26"/>
              </w:rPr>
              <w:t>ợ</w:t>
            </w:r>
            <w:r w:rsidRPr="002F6785">
              <w:rPr>
                <w:sz w:val="26"/>
                <w:szCs w:val="26"/>
              </w:rPr>
              <w:t>p, ki</w:t>
            </w:r>
            <w:r w:rsidRPr="002F6785">
              <w:rPr>
                <w:sz w:val="26"/>
                <w:szCs w:val="26"/>
              </w:rPr>
              <w:t>ể</w:t>
            </w:r>
            <w:r w:rsidRPr="002F6785">
              <w:rPr>
                <w:sz w:val="26"/>
                <w:szCs w:val="26"/>
              </w:rPr>
              <w:t>m tra ho</w:t>
            </w:r>
            <w:r w:rsidRPr="002F6785">
              <w:rPr>
                <w:sz w:val="26"/>
                <w:szCs w:val="26"/>
              </w:rPr>
              <w:t>ặ</w:t>
            </w:r>
            <w:r w:rsidRPr="002F6785">
              <w:rPr>
                <w:sz w:val="26"/>
                <w:szCs w:val="26"/>
              </w:rPr>
              <w:t>c cung c</w:t>
            </w:r>
            <w:r w:rsidRPr="002F6785">
              <w:rPr>
                <w:sz w:val="26"/>
                <w:szCs w:val="26"/>
              </w:rPr>
              <w:t>ấ</w:t>
            </w:r>
            <w:r w:rsidRPr="002F6785">
              <w:rPr>
                <w:sz w:val="26"/>
                <w:szCs w:val="26"/>
              </w:rPr>
              <w:t>p l</w:t>
            </w:r>
            <w:r w:rsidRPr="002F6785">
              <w:rPr>
                <w:sz w:val="26"/>
                <w:szCs w:val="26"/>
              </w:rPr>
              <w:t>ạ</w:t>
            </w:r>
            <w:r w:rsidRPr="002F6785">
              <w:rPr>
                <w:sz w:val="26"/>
                <w:szCs w:val="26"/>
              </w:rPr>
              <w:t>i d</w:t>
            </w:r>
            <w:r w:rsidRPr="002F6785">
              <w:rPr>
                <w:sz w:val="26"/>
                <w:szCs w:val="26"/>
              </w:rPr>
              <w:t>ữ</w:t>
            </w:r>
            <w:r w:rsidRPr="002F6785">
              <w:rPr>
                <w:sz w:val="26"/>
                <w:szCs w:val="26"/>
              </w:rPr>
              <w:t xml:space="preserve"> li</w:t>
            </w:r>
            <w:r w:rsidRPr="002F6785">
              <w:rPr>
                <w:sz w:val="26"/>
                <w:szCs w:val="26"/>
              </w:rPr>
              <w:t>ệ</w:t>
            </w:r>
            <w:r w:rsidRPr="002F6785">
              <w:rPr>
                <w:sz w:val="26"/>
                <w:szCs w:val="26"/>
              </w:rPr>
              <w:t>u ch</w:t>
            </w:r>
            <w:r w:rsidRPr="002F6785">
              <w:rPr>
                <w:sz w:val="26"/>
                <w:szCs w:val="26"/>
              </w:rPr>
              <w:t>ấ</w:t>
            </w:r>
            <w:r w:rsidRPr="002F6785">
              <w:rPr>
                <w:sz w:val="26"/>
                <w:szCs w:val="26"/>
              </w:rPr>
              <w:t>t lư</w:t>
            </w:r>
            <w:r w:rsidRPr="002F6785">
              <w:rPr>
                <w:sz w:val="26"/>
                <w:szCs w:val="26"/>
              </w:rPr>
              <w:t>ợ</w:t>
            </w:r>
            <w:r w:rsidRPr="002F6785">
              <w:rPr>
                <w:sz w:val="26"/>
                <w:szCs w:val="26"/>
              </w:rPr>
              <w:t>ng đã đư</w:t>
            </w:r>
            <w:r w:rsidRPr="002F6785">
              <w:rPr>
                <w:sz w:val="26"/>
                <w:szCs w:val="26"/>
              </w:rPr>
              <w:t>ợ</w:t>
            </w:r>
            <w:r w:rsidRPr="002F6785">
              <w:rPr>
                <w:sz w:val="26"/>
                <w:szCs w:val="26"/>
              </w:rPr>
              <w:t>c th</w:t>
            </w:r>
            <w:r w:rsidRPr="002F6785">
              <w:rPr>
                <w:sz w:val="26"/>
                <w:szCs w:val="26"/>
              </w:rPr>
              <w:t>ự</w:t>
            </w:r>
            <w:r w:rsidRPr="002F6785">
              <w:rPr>
                <w:sz w:val="26"/>
                <w:szCs w:val="26"/>
              </w:rPr>
              <w:t>c hi</w:t>
            </w:r>
            <w:r w:rsidRPr="002F6785">
              <w:rPr>
                <w:sz w:val="26"/>
                <w:szCs w:val="26"/>
              </w:rPr>
              <w:t>ệ</w:t>
            </w:r>
            <w:r w:rsidRPr="002F6785">
              <w:rPr>
                <w:sz w:val="26"/>
                <w:szCs w:val="26"/>
              </w:rPr>
              <w:t>n h</w:t>
            </w:r>
            <w:r w:rsidRPr="002F6785">
              <w:rPr>
                <w:sz w:val="26"/>
                <w:szCs w:val="26"/>
              </w:rPr>
              <w:t>ợ</w:t>
            </w:r>
            <w:r w:rsidRPr="002F6785">
              <w:rPr>
                <w:sz w:val="26"/>
                <w:szCs w:val="26"/>
              </w:rPr>
              <w:t>p pháp nh</w:t>
            </w:r>
            <w:r w:rsidRPr="002F6785">
              <w:rPr>
                <w:sz w:val="26"/>
                <w:szCs w:val="26"/>
              </w:rPr>
              <w:t>ằ</w:t>
            </w:r>
            <w:r w:rsidRPr="002F6785">
              <w:rPr>
                <w:sz w:val="26"/>
                <w:szCs w:val="26"/>
              </w:rPr>
              <w:t>m h</w:t>
            </w:r>
            <w:r w:rsidRPr="002F6785">
              <w:rPr>
                <w:sz w:val="26"/>
                <w:szCs w:val="26"/>
              </w:rPr>
              <w:t>ạ</w:t>
            </w:r>
            <w:r w:rsidRPr="002F6785">
              <w:rPr>
                <w:sz w:val="26"/>
                <w:szCs w:val="26"/>
              </w:rPr>
              <w:t>n ch</w:t>
            </w:r>
            <w:r w:rsidRPr="002F6785">
              <w:rPr>
                <w:sz w:val="26"/>
                <w:szCs w:val="26"/>
              </w:rPr>
              <w:t>ế</w:t>
            </w:r>
            <w:r w:rsidRPr="002F6785">
              <w:rPr>
                <w:sz w:val="26"/>
                <w:szCs w:val="26"/>
              </w:rPr>
              <w:t xml:space="preserve"> trùng l</w:t>
            </w:r>
            <w:r w:rsidRPr="002F6785">
              <w:rPr>
                <w:sz w:val="26"/>
                <w:szCs w:val="26"/>
              </w:rPr>
              <w:t>ặ</w:t>
            </w:r>
            <w:r w:rsidRPr="002F6785">
              <w:rPr>
                <w:sz w:val="26"/>
                <w:szCs w:val="26"/>
              </w:rPr>
              <w:t>p th</w:t>
            </w:r>
            <w:r w:rsidRPr="002F6785">
              <w:rPr>
                <w:sz w:val="26"/>
                <w:szCs w:val="26"/>
              </w:rPr>
              <w:t>ủ</w:t>
            </w:r>
            <w:r w:rsidRPr="002F6785">
              <w:rPr>
                <w:sz w:val="26"/>
                <w:szCs w:val="26"/>
              </w:rPr>
              <w:t xml:space="preserve"> t</w:t>
            </w:r>
            <w:r w:rsidRPr="002F6785">
              <w:rPr>
                <w:sz w:val="26"/>
                <w:szCs w:val="26"/>
              </w:rPr>
              <w:t>ụ</w:t>
            </w:r>
            <w:r w:rsidRPr="002F6785">
              <w:rPr>
                <w:sz w:val="26"/>
                <w:szCs w:val="26"/>
              </w:rPr>
              <w:t xml:space="preserve">c, </w:t>
            </w:r>
            <w:r w:rsidRPr="002F6785">
              <w:rPr>
                <w:sz w:val="26"/>
                <w:szCs w:val="26"/>
              </w:rPr>
              <w:lastRenderedPageBreak/>
              <w:t>tăng hi</w:t>
            </w:r>
            <w:r w:rsidRPr="002F6785">
              <w:rPr>
                <w:sz w:val="26"/>
                <w:szCs w:val="26"/>
              </w:rPr>
              <w:t>ệ</w:t>
            </w:r>
            <w:r w:rsidRPr="002F6785">
              <w:rPr>
                <w:sz w:val="26"/>
                <w:szCs w:val="26"/>
              </w:rPr>
              <w:t>u qu</w:t>
            </w:r>
            <w:r w:rsidRPr="002F6785">
              <w:rPr>
                <w:sz w:val="26"/>
                <w:szCs w:val="26"/>
              </w:rPr>
              <w:t>ả</w:t>
            </w:r>
            <w:r w:rsidRPr="002F6785">
              <w:rPr>
                <w:sz w:val="26"/>
                <w:szCs w:val="26"/>
              </w:rPr>
              <w:t xml:space="preserve"> ph</w:t>
            </w:r>
            <w:r w:rsidRPr="002F6785">
              <w:rPr>
                <w:sz w:val="26"/>
                <w:szCs w:val="26"/>
              </w:rPr>
              <w:t>ố</w:t>
            </w:r>
            <w:r w:rsidRPr="002F6785">
              <w:rPr>
                <w:sz w:val="26"/>
                <w:szCs w:val="26"/>
              </w:rPr>
              <w:t>i h</w:t>
            </w:r>
            <w:r w:rsidRPr="002F6785">
              <w:rPr>
                <w:sz w:val="26"/>
                <w:szCs w:val="26"/>
              </w:rPr>
              <w:t>ợ</w:t>
            </w:r>
            <w:r w:rsidRPr="002F6785">
              <w:rPr>
                <w:sz w:val="26"/>
                <w:szCs w:val="26"/>
              </w:rPr>
              <w:t>p và khai thác d</w:t>
            </w:r>
            <w:r w:rsidRPr="002F6785">
              <w:rPr>
                <w:sz w:val="26"/>
                <w:szCs w:val="26"/>
              </w:rPr>
              <w:t>ữ</w:t>
            </w:r>
            <w:r w:rsidRPr="002F6785">
              <w:rPr>
                <w:sz w:val="26"/>
                <w:szCs w:val="26"/>
              </w:rPr>
              <w:t xml:space="preserve"> li</w:t>
            </w:r>
            <w:r w:rsidRPr="002F6785">
              <w:rPr>
                <w:sz w:val="26"/>
                <w:szCs w:val="26"/>
              </w:rPr>
              <w:t>ệ</w:t>
            </w:r>
            <w:r w:rsidRPr="002F6785">
              <w:rPr>
                <w:sz w:val="26"/>
                <w:szCs w:val="26"/>
              </w:rPr>
              <w:t>u gi</w:t>
            </w:r>
            <w:r w:rsidRPr="002F6785">
              <w:rPr>
                <w:sz w:val="26"/>
                <w:szCs w:val="26"/>
              </w:rPr>
              <w:t>ữ</w:t>
            </w:r>
            <w:r w:rsidRPr="002F6785">
              <w:rPr>
                <w:sz w:val="26"/>
                <w:szCs w:val="26"/>
              </w:rPr>
              <w:t>a các cơ quan nhà nư</w:t>
            </w:r>
            <w:r w:rsidRPr="002F6785">
              <w:rPr>
                <w:sz w:val="26"/>
                <w:szCs w:val="26"/>
              </w:rPr>
              <w:t>ớ</w:t>
            </w:r>
            <w:r w:rsidRPr="002F6785">
              <w:rPr>
                <w:sz w:val="26"/>
                <w:szCs w:val="26"/>
              </w:rPr>
              <w:t>c.</w:t>
            </w:r>
          </w:p>
        </w:tc>
      </w:tr>
      <w:tr w:rsidR="005B442E" w:rsidTr="000A0428">
        <w:trPr>
          <w:jc w:val="center"/>
        </w:trPr>
        <w:tc>
          <w:tcPr>
            <w:tcW w:w="2607" w:type="dxa"/>
          </w:tcPr>
          <w:p w:rsidR="005B442E" w:rsidRPr="002F6785" w:rsidRDefault="00DC3F12" w:rsidP="002F6785">
            <w:pPr>
              <w:spacing w:before="60" w:after="60"/>
              <w:jc w:val="both"/>
              <w:rPr>
                <w:sz w:val="26"/>
                <w:szCs w:val="26"/>
              </w:rPr>
            </w:pPr>
            <w:r w:rsidRPr="000F36C2">
              <w:rPr>
                <w:b/>
                <w:sz w:val="26"/>
                <w:szCs w:val="26"/>
              </w:rPr>
              <w:lastRenderedPageBreak/>
              <w:t>Đi</w:t>
            </w:r>
            <w:r w:rsidRPr="002F6785">
              <w:rPr>
                <w:b/>
                <w:sz w:val="26"/>
                <w:szCs w:val="26"/>
              </w:rPr>
              <w:t>ều 24. Trách nhiệm của Ủy ban nhân dân cấp tỉnh</w:t>
            </w:r>
          </w:p>
        </w:tc>
        <w:tc>
          <w:tcPr>
            <w:tcW w:w="6636" w:type="dxa"/>
          </w:tcPr>
          <w:p w:rsidR="00DC3F12" w:rsidRPr="002F6785" w:rsidRDefault="00DC3F12" w:rsidP="002F6785">
            <w:pPr>
              <w:spacing w:before="60" w:after="60"/>
              <w:jc w:val="both"/>
              <w:rPr>
                <w:sz w:val="26"/>
                <w:szCs w:val="26"/>
              </w:rPr>
            </w:pPr>
            <w:r w:rsidRPr="002F6785">
              <w:rPr>
                <w:sz w:val="26"/>
                <w:szCs w:val="26"/>
              </w:rPr>
              <w:t xml:space="preserve">1. Tổ chức thực hiện hậu kiểm chất lượng sản phẩm, hàng hóa thép trên địa bàn theo phân cấp, phân quyền và hướng dẫn chuyên môn của Bộ Khoa học và Công nghệ; chỉ đạo cơ quan chuyên môn phối hợp với lực lượng quản lý thị trường và cơ quan có liên quan trong hoạt động kiểm tra, bảo đảm không chồng chéo, trùng lặp về đối tượng, nội dung, phạm vi và thời gian kiểm tra. </w:t>
            </w:r>
          </w:p>
          <w:p w:rsidR="00DC3F12" w:rsidRPr="002F6785" w:rsidRDefault="00DC3F12" w:rsidP="002F6785">
            <w:pPr>
              <w:spacing w:before="60" w:after="60"/>
              <w:jc w:val="both"/>
              <w:rPr>
                <w:sz w:val="26"/>
                <w:szCs w:val="26"/>
              </w:rPr>
            </w:pPr>
            <w:r w:rsidRPr="002F6785">
              <w:rPr>
                <w:sz w:val="26"/>
                <w:szCs w:val="26"/>
              </w:rPr>
              <w:t xml:space="preserve">2. Tiếp nhận, xác minh và xử lý theo thẩm quyền hoặc chuyển cơ quan có thẩm quyền xử lý thông tin về sản phẩm, hàng hóa thép không phù hợp, sự cố có liên quan đến chất lượng sản phẩm, hàng hóa thép, phản ánh, khiếu nại và tố cáo; thực hiện hoặc yêu cầu thực hiện việc cảnh báo, truy xuất nguồn gốc, thu hồi và xử lý sản phẩm, hàng hóa thép không bảo đảm chất lượng theo quy định của pháp luật.  </w:t>
            </w:r>
          </w:p>
          <w:p w:rsidR="005B442E" w:rsidRPr="002F6785" w:rsidRDefault="00DC3F12" w:rsidP="002F6785">
            <w:pPr>
              <w:spacing w:before="60" w:after="60"/>
              <w:jc w:val="both"/>
              <w:rPr>
                <w:sz w:val="26"/>
                <w:szCs w:val="26"/>
              </w:rPr>
            </w:pPr>
            <w:r w:rsidRPr="002F6785">
              <w:rPr>
                <w:sz w:val="26"/>
                <w:szCs w:val="26"/>
              </w:rPr>
              <w:lastRenderedPageBreak/>
              <w:t>3. Cập nhật, chia sẻ thông tin về kết quả kiểm tra, cảnh báo, thu hồi sản phẩm, hàng hóa và xử lý vi phạm trên Hệ thống giám sát chất lượng sản phẩm, hàng hóa quốc gia; báo cáo Bộ Khoa học và Công nghệ theo quy định.</w:t>
            </w:r>
          </w:p>
        </w:tc>
        <w:tc>
          <w:tcPr>
            <w:tcW w:w="5760" w:type="dxa"/>
          </w:tcPr>
          <w:p w:rsidR="002F6785" w:rsidRDefault="00AC53F4" w:rsidP="002F6785">
            <w:pPr>
              <w:spacing w:before="60" w:after="60"/>
              <w:jc w:val="both"/>
              <w:rPr>
                <w:sz w:val="26"/>
                <w:szCs w:val="26"/>
              </w:rPr>
            </w:pPr>
            <w:r w:rsidRPr="002F6785">
              <w:rPr>
                <w:sz w:val="26"/>
                <w:szCs w:val="26"/>
              </w:rPr>
              <w:lastRenderedPageBreak/>
              <w:t>Quy đ</w:t>
            </w:r>
            <w:r w:rsidRPr="002F6785">
              <w:rPr>
                <w:sz w:val="26"/>
                <w:szCs w:val="26"/>
              </w:rPr>
              <w:t>ị</w:t>
            </w:r>
            <w:r w:rsidRPr="002F6785">
              <w:rPr>
                <w:sz w:val="26"/>
                <w:szCs w:val="26"/>
              </w:rPr>
              <w:t>nh nh</w:t>
            </w:r>
            <w:r w:rsidRPr="002F6785">
              <w:rPr>
                <w:sz w:val="26"/>
                <w:szCs w:val="26"/>
              </w:rPr>
              <w:t>ằ</w:t>
            </w:r>
            <w:r w:rsidRPr="002F6785">
              <w:rPr>
                <w:sz w:val="26"/>
                <w:szCs w:val="26"/>
              </w:rPr>
              <w:t>m xác đ</w:t>
            </w:r>
            <w:r w:rsidRPr="002F6785">
              <w:rPr>
                <w:sz w:val="26"/>
                <w:szCs w:val="26"/>
              </w:rPr>
              <w:t>ị</w:t>
            </w:r>
            <w:r w:rsidRPr="002F6785">
              <w:rPr>
                <w:sz w:val="26"/>
                <w:szCs w:val="26"/>
              </w:rPr>
              <w:t>nh trách nhi</w:t>
            </w:r>
            <w:r w:rsidRPr="002F6785">
              <w:rPr>
                <w:sz w:val="26"/>
                <w:szCs w:val="26"/>
              </w:rPr>
              <w:t>ệ</w:t>
            </w:r>
            <w:r w:rsidRPr="002F6785">
              <w:rPr>
                <w:sz w:val="26"/>
                <w:szCs w:val="26"/>
              </w:rPr>
              <w:t>m c</w:t>
            </w:r>
            <w:r w:rsidRPr="002F6785">
              <w:rPr>
                <w:sz w:val="26"/>
                <w:szCs w:val="26"/>
              </w:rPr>
              <w:t>ủ</w:t>
            </w:r>
            <w:r w:rsidRPr="002F6785">
              <w:rPr>
                <w:sz w:val="26"/>
                <w:szCs w:val="26"/>
              </w:rPr>
              <w:t xml:space="preserve">a </w:t>
            </w:r>
            <w:r w:rsidRPr="002F6785">
              <w:rPr>
                <w:sz w:val="26"/>
                <w:szCs w:val="26"/>
              </w:rPr>
              <w:t>Ủ</w:t>
            </w:r>
            <w:r w:rsidRPr="002F6785">
              <w:rPr>
                <w:sz w:val="26"/>
                <w:szCs w:val="26"/>
              </w:rPr>
              <w:t>y ban nhân dân c</w:t>
            </w:r>
            <w:r w:rsidRPr="002F6785">
              <w:rPr>
                <w:sz w:val="26"/>
                <w:szCs w:val="26"/>
              </w:rPr>
              <w:t>ấ</w:t>
            </w:r>
            <w:r w:rsidRPr="002F6785">
              <w:rPr>
                <w:sz w:val="26"/>
                <w:szCs w:val="26"/>
              </w:rPr>
              <w:t>p t</w:t>
            </w:r>
            <w:r w:rsidRPr="002F6785">
              <w:rPr>
                <w:sz w:val="26"/>
                <w:szCs w:val="26"/>
              </w:rPr>
              <w:t>ỉ</w:t>
            </w:r>
            <w:r w:rsidRPr="002F6785">
              <w:rPr>
                <w:sz w:val="26"/>
                <w:szCs w:val="26"/>
              </w:rPr>
              <w:t>nh trong t</w:t>
            </w:r>
            <w:r w:rsidRPr="002F6785">
              <w:rPr>
                <w:sz w:val="26"/>
                <w:szCs w:val="26"/>
              </w:rPr>
              <w:t>ổ</w:t>
            </w:r>
            <w:r w:rsidRPr="002F6785">
              <w:rPr>
                <w:sz w:val="26"/>
                <w:szCs w:val="26"/>
              </w:rPr>
              <w:t xml:space="preserve"> ch</w:t>
            </w:r>
            <w:r w:rsidRPr="002F6785">
              <w:rPr>
                <w:sz w:val="26"/>
                <w:szCs w:val="26"/>
              </w:rPr>
              <w:t>ứ</w:t>
            </w:r>
            <w:r w:rsidRPr="002F6785">
              <w:rPr>
                <w:sz w:val="26"/>
                <w:szCs w:val="26"/>
              </w:rPr>
              <w:t>c h</w:t>
            </w:r>
            <w:r w:rsidRPr="002F6785">
              <w:rPr>
                <w:sz w:val="26"/>
                <w:szCs w:val="26"/>
              </w:rPr>
              <w:t>ậ</w:t>
            </w:r>
            <w:r w:rsidRPr="002F6785">
              <w:rPr>
                <w:sz w:val="26"/>
                <w:szCs w:val="26"/>
              </w:rPr>
              <w:t>u ki</w:t>
            </w:r>
            <w:r w:rsidRPr="002F6785">
              <w:rPr>
                <w:sz w:val="26"/>
                <w:szCs w:val="26"/>
              </w:rPr>
              <w:t>ể</w:t>
            </w:r>
            <w:r w:rsidRPr="002F6785">
              <w:rPr>
                <w:sz w:val="26"/>
                <w:szCs w:val="26"/>
              </w:rPr>
              <w:t>m ch</w:t>
            </w:r>
            <w:r w:rsidRPr="002F6785">
              <w:rPr>
                <w:sz w:val="26"/>
                <w:szCs w:val="26"/>
              </w:rPr>
              <w:t>ấ</w:t>
            </w:r>
            <w:r w:rsidRPr="002F6785">
              <w:rPr>
                <w:sz w:val="26"/>
                <w:szCs w:val="26"/>
              </w:rPr>
              <w:t>t lư</w:t>
            </w:r>
            <w:r w:rsidRPr="002F6785">
              <w:rPr>
                <w:sz w:val="26"/>
                <w:szCs w:val="26"/>
              </w:rPr>
              <w:t>ợ</w:t>
            </w:r>
            <w:r w:rsidRPr="002F6785">
              <w:rPr>
                <w:sz w:val="26"/>
                <w:szCs w:val="26"/>
              </w:rPr>
              <w:t>ng s</w:t>
            </w:r>
            <w:r w:rsidRPr="002F6785">
              <w:rPr>
                <w:sz w:val="26"/>
                <w:szCs w:val="26"/>
              </w:rPr>
              <w:t>ả</w:t>
            </w:r>
            <w:r w:rsidRPr="002F6785">
              <w:rPr>
                <w:sz w:val="26"/>
                <w:szCs w:val="26"/>
              </w:rPr>
              <w:t>n ph</w:t>
            </w:r>
            <w:r w:rsidRPr="002F6785">
              <w:rPr>
                <w:sz w:val="26"/>
                <w:szCs w:val="26"/>
              </w:rPr>
              <w:t>ẩ</w:t>
            </w:r>
            <w:r w:rsidRPr="002F6785">
              <w:rPr>
                <w:sz w:val="26"/>
                <w:szCs w:val="26"/>
              </w:rPr>
              <w:t>m, hàng hóa thép trên đ</w:t>
            </w:r>
            <w:r w:rsidRPr="002F6785">
              <w:rPr>
                <w:sz w:val="26"/>
                <w:szCs w:val="26"/>
              </w:rPr>
              <w:t>ị</w:t>
            </w:r>
            <w:r w:rsidRPr="002F6785">
              <w:rPr>
                <w:sz w:val="26"/>
                <w:szCs w:val="26"/>
              </w:rPr>
              <w:t>a bàn theo phân c</w:t>
            </w:r>
            <w:r w:rsidRPr="002F6785">
              <w:rPr>
                <w:sz w:val="26"/>
                <w:szCs w:val="26"/>
              </w:rPr>
              <w:t>ấ</w:t>
            </w:r>
            <w:r w:rsidRPr="002F6785">
              <w:rPr>
                <w:sz w:val="26"/>
                <w:szCs w:val="26"/>
              </w:rPr>
              <w:t>p, phân quy</w:t>
            </w:r>
            <w:r w:rsidRPr="002F6785">
              <w:rPr>
                <w:sz w:val="26"/>
                <w:szCs w:val="26"/>
              </w:rPr>
              <w:t>ề</w:t>
            </w:r>
            <w:r w:rsidRPr="002F6785">
              <w:rPr>
                <w:sz w:val="26"/>
                <w:szCs w:val="26"/>
              </w:rPr>
              <w:t>n; đ</w:t>
            </w:r>
            <w:r w:rsidRPr="002F6785">
              <w:rPr>
                <w:sz w:val="26"/>
                <w:szCs w:val="26"/>
              </w:rPr>
              <w:t>ồ</w:t>
            </w:r>
            <w:r w:rsidRPr="002F6785">
              <w:rPr>
                <w:sz w:val="26"/>
                <w:szCs w:val="26"/>
              </w:rPr>
              <w:t>ng th</w:t>
            </w:r>
            <w:r w:rsidRPr="002F6785">
              <w:rPr>
                <w:sz w:val="26"/>
                <w:szCs w:val="26"/>
              </w:rPr>
              <w:t>ờ</w:t>
            </w:r>
            <w:r w:rsidRPr="002F6785">
              <w:rPr>
                <w:sz w:val="26"/>
                <w:szCs w:val="26"/>
              </w:rPr>
              <w:t>i b</w:t>
            </w:r>
            <w:r w:rsidRPr="002F6785">
              <w:rPr>
                <w:sz w:val="26"/>
                <w:szCs w:val="26"/>
              </w:rPr>
              <w:t>ả</w:t>
            </w:r>
            <w:r w:rsidRPr="002F6785">
              <w:rPr>
                <w:sz w:val="26"/>
                <w:szCs w:val="26"/>
              </w:rPr>
              <w:t>o đ</w:t>
            </w:r>
            <w:r w:rsidRPr="002F6785">
              <w:rPr>
                <w:sz w:val="26"/>
                <w:szCs w:val="26"/>
              </w:rPr>
              <w:t>ả</w:t>
            </w:r>
            <w:r w:rsidRPr="002F6785">
              <w:rPr>
                <w:sz w:val="26"/>
                <w:szCs w:val="26"/>
              </w:rPr>
              <w:t>m s</w:t>
            </w:r>
            <w:r w:rsidRPr="002F6785">
              <w:rPr>
                <w:sz w:val="26"/>
                <w:szCs w:val="26"/>
              </w:rPr>
              <w:t>ự</w:t>
            </w:r>
            <w:r w:rsidRPr="002F6785">
              <w:rPr>
                <w:sz w:val="26"/>
                <w:szCs w:val="26"/>
              </w:rPr>
              <w:t xml:space="preserve"> ph</w:t>
            </w:r>
            <w:r w:rsidRPr="002F6785">
              <w:rPr>
                <w:sz w:val="26"/>
                <w:szCs w:val="26"/>
              </w:rPr>
              <w:t>ố</w:t>
            </w:r>
            <w:r w:rsidRPr="002F6785">
              <w:rPr>
                <w:sz w:val="26"/>
                <w:szCs w:val="26"/>
              </w:rPr>
              <w:t>i h</w:t>
            </w:r>
            <w:r w:rsidRPr="002F6785">
              <w:rPr>
                <w:sz w:val="26"/>
                <w:szCs w:val="26"/>
              </w:rPr>
              <w:t>ợ</w:t>
            </w:r>
            <w:r w:rsidRPr="002F6785">
              <w:rPr>
                <w:sz w:val="26"/>
                <w:szCs w:val="26"/>
              </w:rPr>
              <w:t>p gi</w:t>
            </w:r>
            <w:r w:rsidRPr="002F6785">
              <w:rPr>
                <w:sz w:val="26"/>
                <w:szCs w:val="26"/>
              </w:rPr>
              <w:t>ữ</w:t>
            </w:r>
            <w:r w:rsidRPr="002F6785">
              <w:rPr>
                <w:sz w:val="26"/>
                <w:szCs w:val="26"/>
              </w:rPr>
              <w:t>a cơ quan chuyên môn</w:t>
            </w:r>
            <w:r w:rsidRPr="002F6785">
              <w:rPr>
                <w:sz w:val="26"/>
                <w:szCs w:val="26"/>
              </w:rPr>
              <w:t>, l</w:t>
            </w:r>
            <w:r w:rsidRPr="002F6785">
              <w:rPr>
                <w:sz w:val="26"/>
                <w:szCs w:val="26"/>
              </w:rPr>
              <w:t>ự</w:t>
            </w:r>
            <w:r w:rsidRPr="002F6785">
              <w:rPr>
                <w:sz w:val="26"/>
                <w:szCs w:val="26"/>
              </w:rPr>
              <w:t>c lư</w:t>
            </w:r>
            <w:r w:rsidRPr="002F6785">
              <w:rPr>
                <w:sz w:val="26"/>
                <w:szCs w:val="26"/>
              </w:rPr>
              <w:t>ợ</w:t>
            </w:r>
            <w:r w:rsidRPr="002F6785">
              <w:rPr>
                <w:sz w:val="26"/>
                <w:szCs w:val="26"/>
              </w:rPr>
              <w:t>ng qu</w:t>
            </w:r>
            <w:r w:rsidRPr="002F6785">
              <w:rPr>
                <w:sz w:val="26"/>
                <w:szCs w:val="26"/>
              </w:rPr>
              <w:t>ả</w:t>
            </w:r>
            <w:r w:rsidRPr="002F6785">
              <w:rPr>
                <w:sz w:val="26"/>
                <w:szCs w:val="26"/>
              </w:rPr>
              <w:t>n lý th</w:t>
            </w:r>
            <w:r w:rsidRPr="002F6785">
              <w:rPr>
                <w:sz w:val="26"/>
                <w:szCs w:val="26"/>
              </w:rPr>
              <w:t>ị</w:t>
            </w:r>
            <w:r w:rsidRPr="002F6785">
              <w:rPr>
                <w:sz w:val="26"/>
                <w:szCs w:val="26"/>
              </w:rPr>
              <w:t xml:space="preserve"> trư</w:t>
            </w:r>
            <w:r w:rsidRPr="002F6785">
              <w:rPr>
                <w:sz w:val="26"/>
                <w:szCs w:val="26"/>
              </w:rPr>
              <w:t>ờ</w:t>
            </w:r>
            <w:r w:rsidRPr="002F6785">
              <w:rPr>
                <w:sz w:val="26"/>
                <w:szCs w:val="26"/>
              </w:rPr>
              <w:t>ng và các cơ quan có liên quan, tránh ch</w:t>
            </w:r>
            <w:r w:rsidRPr="002F6785">
              <w:rPr>
                <w:sz w:val="26"/>
                <w:szCs w:val="26"/>
              </w:rPr>
              <w:t>ồ</w:t>
            </w:r>
            <w:r w:rsidRPr="002F6785">
              <w:rPr>
                <w:sz w:val="26"/>
                <w:szCs w:val="26"/>
              </w:rPr>
              <w:t>ng chéo v</w:t>
            </w:r>
            <w:r w:rsidRPr="002F6785">
              <w:rPr>
                <w:sz w:val="26"/>
                <w:szCs w:val="26"/>
              </w:rPr>
              <w:t>ề</w:t>
            </w:r>
            <w:r w:rsidRPr="002F6785">
              <w:rPr>
                <w:sz w:val="26"/>
                <w:szCs w:val="26"/>
              </w:rPr>
              <w:t xml:space="preserve"> đ</w:t>
            </w:r>
            <w:r w:rsidRPr="002F6785">
              <w:rPr>
                <w:sz w:val="26"/>
                <w:szCs w:val="26"/>
              </w:rPr>
              <w:t>ố</w:t>
            </w:r>
            <w:r w:rsidRPr="002F6785">
              <w:rPr>
                <w:sz w:val="26"/>
                <w:szCs w:val="26"/>
              </w:rPr>
              <w:t>i tư</w:t>
            </w:r>
            <w:r w:rsidRPr="002F6785">
              <w:rPr>
                <w:sz w:val="26"/>
                <w:szCs w:val="26"/>
              </w:rPr>
              <w:t>ợ</w:t>
            </w:r>
            <w:r w:rsidRPr="002F6785">
              <w:rPr>
                <w:sz w:val="26"/>
                <w:szCs w:val="26"/>
              </w:rPr>
              <w:t>ng, n</w:t>
            </w:r>
            <w:r w:rsidRPr="002F6785">
              <w:rPr>
                <w:sz w:val="26"/>
                <w:szCs w:val="26"/>
              </w:rPr>
              <w:t>ộ</w:t>
            </w:r>
            <w:r w:rsidRPr="002F6785">
              <w:rPr>
                <w:sz w:val="26"/>
                <w:szCs w:val="26"/>
              </w:rPr>
              <w:t>i dung, ph</w:t>
            </w:r>
            <w:r w:rsidRPr="002F6785">
              <w:rPr>
                <w:sz w:val="26"/>
                <w:szCs w:val="26"/>
              </w:rPr>
              <w:t>ạ</w:t>
            </w:r>
            <w:r w:rsidRPr="002F6785">
              <w:rPr>
                <w:sz w:val="26"/>
                <w:szCs w:val="26"/>
              </w:rPr>
              <w:t>m vi và th</w:t>
            </w:r>
            <w:r w:rsidRPr="002F6785">
              <w:rPr>
                <w:sz w:val="26"/>
                <w:szCs w:val="26"/>
              </w:rPr>
              <w:t>ờ</w:t>
            </w:r>
            <w:r w:rsidRPr="002F6785">
              <w:rPr>
                <w:sz w:val="26"/>
                <w:szCs w:val="26"/>
              </w:rPr>
              <w:t>i gian ki</w:t>
            </w:r>
            <w:r w:rsidRPr="002F6785">
              <w:rPr>
                <w:sz w:val="26"/>
                <w:szCs w:val="26"/>
              </w:rPr>
              <w:t>ể</w:t>
            </w:r>
            <w:r w:rsidRPr="002F6785">
              <w:rPr>
                <w:sz w:val="26"/>
                <w:szCs w:val="26"/>
              </w:rPr>
              <w:t>m tra.</w:t>
            </w:r>
          </w:p>
          <w:p w:rsidR="008D4B75" w:rsidRPr="002F6785" w:rsidRDefault="00AC53F4" w:rsidP="002F6785">
            <w:pPr>
              <w:spacing w:before="60" w:after="60"/>
              <w:jc w:val="both"/>
              <w:rPr>
                <w:sz w:val="26"/>
                <w:szCs w:val="26"/>
              </w:rPr>
            </w:pPr>
            <w:r w:rsidRPr="002F6785">
              <w:rPr>
                <w:sz w:val="26"/>
                <w:szCs w:val="26"/>
              </w:rPr>
              <w:t>Vi</w:t>
            </w:r>
            <w:r w:rsidRPr="002F6785">
              <w:rPr>
                <w:sz w:val="26"/>
                <w:szCs w:val="26"/>
              </w:rPr>
              <w:t>ệ</w:t>
            </w:r>
            <w:r w:rsidRPr="002F6785">
              <w:rPr>
                <w:sz w:val="26"/>
                <w:szCs w:val="26"/>
              </w:rPr>
              <w:t>c giao trách nhi</w:t>
            </w:r>
            <w:r w:rsidRPr="002F6785">
              <w:rPr>
                <w:sz w:val="26"/>
                <w:szCs w:val="26"/>
              </w:rPr>
              <w:t>ệ</w:t>
            </w:r>
            <w:r w:rsidRPr="002F6785">
              <w:rPr>
                <w:sz w:val="26"/>
                <w:szCs w:val="26"/>
              </w:rPr>
              <w:t>m ti</w:t>
            </w:r>
            <w:r w:rsidRPr="002F6785">
              <w:rPr>
                <w:sz w:val="26"/>
                <w:szCs w:val="26"/>
              </w:rPr>
              <w:t>ế</w:t>
            </w:r>
            <w:r w:rsidRPr="002F6785">
              <w:rPr>
                <w:sz w:val="26"/>
                <w:szCs w:val="26"/>
              </w:rPr>
              <w:t>p nh</w:t>
            </w:r>
            <w:r w:rsidRPr="002F6785">
              <w:rPr>
                <w:sz w:val="26"/>
                <w:szCs w:val="26"/>
              </w:rPr>
              <w:t>ậ</w:t>
            </w:r>
            <w:r w:rsidRPr="002F6785">
              <w:rPr>
                <w:sz w:val="26"/>
                <w:szCs w:val="26"/>
              </w:rPr>
              <w:t>n, xác minh, x</w:t>
            </w:r>
            <w:r w:rsidRPr="002F6785">
              <w:rPr>
                <w:sz w:val="26"/>
                <w:szCs w:val="26"/>
              </w:rPr>
              <w:t>ử</w:t>
            </w:r>
            <w:r w:rsidRPr="002F6785">
              <w:rPr>
                <w:sz w:val="26"/>
                <w:szCs w:val="26"/>
              </w:rPr>
              <w:t xml:space="preserve"> lý thông tin; th</w:t>
            </w:r>
            <w:r w:rsidRPr="002F6785">
              <w:rPr>
                <w:sz w:val="26"/>
                <w:szCs w:val="26"/>
              </w:rPr>
              <w:t>ự</w:t>
            </w:r>
            <w:r w:rsidRPr="002F6785">
              <w:rPr>
                <w:sz w:val="26"/>
                <w:szCs w:val="26"/>
              </w:rPr>
              <w:t>c hi</w:t>
            </w:r>
            <w:r w:rsidRPr="002F6785">
              <w:rPr>
                <w:sz w:val="26"/>
                <w:szCs w:val="26"/>
              </w:rPr>
              <w:t>ệ</w:t>
            </w:r>
            <w:r w:rsidRPr="002F6785">
              <w:rPr>
                <w:sz w:val="26"/>
                <w:szCs w:val="26"/>
              </w:rPr>
              <w:t>n ho</w:t>
            </w:r>
            <w:r w:rsidRPr="002F6785">
              <w:rPr>
                <w:sz w:val="26"/>
                <w:szCs w:val="26"/>
              </w:rPr>
              <w:t>ặ</w:t>
            </w:r>
            <w:r w:rsidRPr="002F6785">
              <w:rPr>
                <w:sz w:val="26"/>
                <w:szCs w:val="26"/>
              </w:rPr>
              <w:t>c yêu c</w:t>
            </w:r>
            <w:r w:rsidRPr="002F6785">
              <w:rPr>
                <w:sz w:val="26"/>
                <w:szCs w:val="26"/>
              </w:rPr>
              <w:t>ầ</w:t>
            </w:r>
            <w:r w:rsidRPr="002F6785">
              <w:rPr>
                <w:sz w:val="26"/>
                <w:szCs w:val="26"/>
              </w:rPr>
              <w:t>u c</w:t>
            </w:r>
            <w:r w:rsidRPr="002F6785">
              <w:rPr>
                <w:sz w:val="26"/>
                <w:szCs w:val="26"/>
              </w:rPr>
              <w:t>ả</w:t>
            </w:r>
            <w:r w:rsidRPr="002F6785">
              <w:rPr>
                <w:sz w:val="26"/>
                <w:szCs w:val="26"/>
              </w:rPr>
              <w:t>nh báo, truy xu</w:t>
            </w:r>
            <w:r w:rsidRPr="002F6785">
              <w:rPr>
                <w:sz w:val="26"/>
                <w:szCs w:val="26"/>
              </w:rPr>
              <w:t>ấ</w:t>
            </w:r>
            <w:r w:rsidRPr="002F6785">
              <w:rPr>
                <w:sz w:val="26"/>
                <w:szCs w:val="26"/>
              </w:rPr>
              <w:t>t, thu h</w:t>
            </w:r>
            <w:r w:rsidRPr="002F6785">
              <w:rPr>
                <w:sz w:val="26"/>
                <w:szCs w:val="26"/>
              </w:rPr>
              <w:t>ồ</w:t>
            </w:r>
            <w:r w:rsidRPr="002F6785">
              <w:rPr>
                <w:sz w:val="26"/>
                <w:szCs w:val="26"/>
              </w:rPr>
              <w:t>i và x</w:t>
            </w:r>
            <w:r w:rsidRPr="002F6785">
              <w:rPr>
                <w:sz w:val="26"/>
                <w:szCs w:val="26"/>
              </w:rPr>
              <w:t>ử</w:t>
            </w:r>
            <w:r w:rsidRPr="002F6785">
              <w:rPr>
                <w:sz w:val="26"/>
                <w:szCs w:val="26"/>
              </w:rPr>
              <w:t xml:space="preserve"> lý s</w:t>
            </w:r>
            <w:r w:rsidRPr="002F6785">
              <w:rPr>
                <w:sz w:val="26"/>
                <w:szCs w:val="26"/>
              </w:rPr>
              <w:t>ả</w:t>
            </w:r>
            <w:r w:rsidRPr="002F6785">
              <w:rPr>
                <w:sz w:val="26"/>
                <w:szCs w:val="26"/>
              </w:rPr>
              <w:t>n</w:t>
            </w:r>
            <w:r w:rsidRPr="002F6785">
              <w:rPr>
                <w:sz w:val="26"/>
                <w:szCs w:val="26"/>
              </w:rPr>
              <w:t xml:space="preserve"> ph</w:t>
            </w:r>
            <w:r w:rsidRPr="002F6785">
              <w:rPr>
                <w:sz w:val="26"/>
                <w:szCs w:val="26"/>
              </w:rPr>
              <w:t>ẩ</w:t>
            </w:r>
            <w:r w:rsidRPr="002F6785">
              <w:rPr>
                <w:sz w:val="26"/>
                <w:szCs w:val="26"/>
              </w:rPr>
              <w:t>m không b</w:t>
            </w:r>
            <w:r w:rsidRPr="002F6785">
              <w:rPr>
                <w:sz w:val="26"/>
                <w:szCs w:val="26"/>
              </w:rPr>
              <w:t>ả</w:t>
            </w:r>
            <w:r w:rsidRPr="002F6785">
              <w:rPr>
                <w:sz w:val="26"/>
                <w:szCs w:val="26"/>
              </w:rPr>
              <w:t>o đ</w:t>
            </w:r>
            <w:r w:rsidRPr="002F6785">
              <w:rPr>
                <w:sz w:val="26"/>
                <w:szCs w:val="26"/>
              </w:rPr>
              <w:t>ả</w:t>
            </w:r>
            <w:r w:rsidRPr="002F6785">
              <w:rPr>
                <w:sz w:val="26"/>
                <w:szCs w:val="26"/>
              </w:rPr>
              <w:t>m ch</w:t>
            </w:r>
            <w:r w:rsidRPr="002F6785">
              <w:rPr>
                <w:sz w:val="26"/>
                <w:szCs w:val="26"/>
              </w:rPr>
              <w:t>ấ</w:t>
            </w:r>
            <w:r w:rsidRPr="002F6785">
              <w:rPr>
                <w:sz w:val="26"/>
                <w:szCs w:val="26"/>
              </w:rPr>
              <w:t>t lư</w:t>
            </w:r>
            <w:r w:rsidRPr="002F6785">
              <w:rPr>
                <w:sz w:val="26"/>
                <w:szCs w:val="26"/>
              </w:rPr>
              <w:t>ợ</w:t>
            </w:r>
            <w:r w:rsidRPr="002F6785">
              <w:rPr>
                <w:sz w:val="26"/>
                <w:szCs w:val="26"/>
              </w:rPr>
              <w:t>ng; c</w:t>
            </w:r>
            <w:r w:rsidRPr="002F6785">
              <w:rPr>
                <w:sz w:val="26"/>
                <w:szCs w:val="26"/>
              </w:rPr>
              <w:t>ậ</w:t>
            </w:r>
            <w:r w:rsidRPr="002F6785">
              <w:rPr>
                <w:sz w:val="26"/>
                <w:szCs w:val="26"/>
              </w:rPr>
              <w:t>p nh</w:t>
            </w:r>
            <w:r w:rsidRPr="002F6785">
              <w:rPr>
                <w:sz w:val="26"/>
                <w:szCs w:val="26"/>
              </w:rPr>
              <w:t>ậ</w:t>
            </w:r>
            <w:r w:rsidRPr="002F6785">
              <w:rPr>
                <w:sz w:val="26"/>
                <w:szCs w:val="26"/>
              </w:rPr>
              <w:t>t, chia s</w:t>
            </w:r>
            <w:r w:rsidRPr="002F6785">
              <w:rPr>
                <w:sz w:val="26"/>
                <w:szCs w:val="26"/>
              </w:rPr>
              <w:t>ẻ</w:t>
            </w:r>
            <w:r w:rsidRPr="002F6785">
              <w:rPr>
                <w:sz w:val="26"/>
                <w:szCs w:val="26"/>
              </w:rPr>
              <w:t xml:space="preserve"> k</w:t>
            </w:r>
            <w:r w:rsidRPr="002F6785">
              <w:rPr>
                <w:sz w:val="26"/>
                <w:szCs w:val="26"/>
              </w:rPr>
              <w:t>ế</w:t>
            </w:r>
            <w:r w:rsidRPr="002F6785">
              <w:rPr>
                <w:sz w:val="26"/>
                <w:szCs w:val="26"/>
              </w:rPr>
              <w:t>t qu</w:t>
            </w:r>
            <w:r w:rsidRPr="002F6785">
              <w:rPr>
                <w:sz w:val="26"/>
                <w:szCs w:val="26"/>
              </w:rPr>
              <w:t>ả</w:t>
            </w:r>
            <w:r w:rsidRPr="002F6785">
              <w:rPr>
                <w:sz w:val="26"/>
                <w:szCs w:val="26"/>
              </w:rPr>
              <w:t xml:space="preserve"> trên h</w:t>
            </w:r>
            <w:r w:rsidRPr="002F6785">
              <w:rPr>
                <w:sz w:val="26"/>
                <w:szCs w:val="26"/>
              </w:rPr>
              <w:t>ệ</w:t>
            </w:r>
            <w:r w:rsidRPr="002F6785">
              <w:rPr>
                <w:sz w:val="26"/>
                <w:szCs w:val="26"/>
              </w:rPr>
              <w:t xml:space="preserve"> th</w:t>
            </w:r>
            <w:r w:rsidRPr="002F6785">
              <w:rPr>
                <w:sz w:val="26"/>
                <w:szCs w:val="26"/>
              </w:rPr>
              <w:t>ố</w:t>
            </w:r>
            <w:r w:rsidRPr="002F6785">
              <w:rPr>
                <w:sz w:val="26"/>
                <w:szCs w:val="26"/>
              </w:rPr>
              <w:t>ng qu</w:t>
            </w:r>
            <w:r w:rsidRPr="002F6785">
              <w:rPr>
                <w:sz w:val="26"/>
                <w:szCs w:val="26"/>
              </w:rPr>
              <w:t>ố</w:t>
            </w:r>
            <w:r w:rsidRPr="002F6785">
              <w:rPr>
                <w:sz w:val="26"/>
                <w:szCs w:val="26"/>
              </w:rPr>
              <w:t>c gia nh</w:t>
            </w:r>
            <w:r w:rsidRPr="002F6785">
              <w:rPr>
                <w:sz w:val="26"/>
                <w:szCs w:val="26"/>
              </w:rPr>
              <w:t>ằ</w:t>
            </w:r>
            <w:r w:rsidRPr="002F6785">
              <w:rPr>
                <w:sz w:val="26"/>
                <w:szCs w:val="26"/>
              </w:rPr>
              <w:t>m b</w:t>
            </w:r>
            <w:r w:rsidRPr="002F6785">
              <w:rPr>
                <w:sz w:val="26"/>
                <w:szCs w:val="26"/>
              </w:rPr>
              <w:t>ả</w:t>
            </w:r>
            <w:r w:rsidRPr="002F6785">
              <w:rPr>
                <w:sz w:val="26"/>
                <w:szCs w:val="26"/>
              </w:rPr>
              <w:t>o đ</w:t>
            </w:r>
            <w:r w:rsidRPr="002F6785">
              <w:rPr>
                <w:sz w:val="26"/>
                <w:szCs w:val="26"/>
              </w:rPr>
              <w:t>ả</w:t>
            </w:r>
            <w:r w:rsidRPr="002F6785">
              <w:rPr>
                <w:sz w:val="26"/>
                <w:szCs w:val="26"/>
              </w:rPr>
              <w:t>m x</w:t>
            </w:r>
            <w:r w:rsidRPr="002F6785">
              <w:rPr>
                <w:sz w:val="26"/>
                <w:szCs w:val="26"/>
              </w:rPr>
              <w:t>ử</w:t>
            </w:r>
            <w:r w:rsidRPr="002F6785">
              <w:rPr>
                <w:sz w:val="26"/>
                <w:szCs w:val="26"/>
              </w:rPr>
              <w:t xml:space="preserve"> lý k</w:t>
            </w:r>
            <w:r w:rsidRPr="002F6785">
              <w:rPr>
                <w:sz w:val="26"/>
                <w:szCs w:val="26"/>
              </w:rPr>
              <w:t>ị</w:t>
            </w:r>
            <w:r w:rsidRPr="002F6785">
              <w:rPr>
                <w:sz w:val="26"/>
                <w:szCs w:val="26"/>
              </w:rPr>
              <w:t>p th</w:t>
            </w:r>
            <w:r w:rsidRPr="002F6785">
              <w:rPr>
                <w:sz w:val="26"/>
                <w:szCs w:val="26"/>
              </w:rPr>
              <w:t>ờ</w:t>
            </w:r>
            <w:r w:rsidRPr="002F6785">
              <w:rPr>
                <w:sz w:val="26"/>
                <w:szCs w:val="26"/>
              </w:rPr>
              <w:t>i các v</w:t>
            </w:r>
            <w:r w:rsidRPr="002F6785">
              <w:rPr>
                <w:sz w:val="26"/>
                <w:szCs w:val="26"/>
              </w:rPr>
              <w:t>ấ</w:t>
            </w:r>
            <w:r w:rsidRPr="002F6785">
              <w:rPr>
                <w:sz w:val="26"/>
                <w:szCs w:val="26"/>
              </w:rPr>
              <w:t>n đ</w:t>
            </w:r>
            <w:r w:rsidRPr="002F6785">
              <w:rPr>
                <w:sz w:val="26"/>
                <w:szCs w:val="26"/>
              </w:rPr>
              <w:t>ề</w:t>
            </w:r>
            <w:r w:rsidRPr="002F6785">
              <w:rPr>
                <w:sz w:val="26"/>
                <w:szCs w:val="26"/>
              </w:rPr>
              <w:t xml:space="preserve"> phát sinh t</w:t>
            </w:r>
            <w:r w:rsidRPr="002F6785">
              <w:rPr>
                <w:sz w:val="26"/>
                <w:szCs w:val="26"/>
              </w:rPr>
              <w:t>ạ</w:t>
            </w:r>
            <w:r w:rsidRPr="002F6785">
              <w:rPr>
                <w:sz w:val="26"/>
                <w:szCs w:val="26"/>
              </w:rPr>
              <w:t>i đ</w:t>
            </w:r>
            <w:r w:rsidRPr="002F6785">
              <w:rPr>
                <w:sz w:val="26"/>
                <w:szCs w:val="26"/>
              </w:rPr>
              <w:t>ị</w:t>
            </w:r>
            <w:r w:rsidRPr="002F6785">
              <w:rPr>
                <w:sz w:val="26"/>
                <w:szCs w:val="26"/>
              </w:rPr>
              <w:t>a phương và k</w:t>
            </w:r>
            <w:r w:rsidRPr="002F6785">
              <w:rPr>
                <w:sz w:val="26"/>
                <w:szCs w:val="26"/>
              </w:rPr>
              <w:t>ế</w:t>
            </w:r>
            <w:r w:rsidRPr="002F6785">
              <w:rPr>
                <w:sz w:val="26"/>
                <w:szCs w:val="26"/>
              </w:rPr>
              <w:t>t n</w:t>
            </w:r>
            <w:r w:rsidRPr="002F6785">
              <w:rPr>
                <w:sz w:val="26"/>
                <w:szCs w:val="26"/>
              </w:rPr>
              <w:t>ố</w:t>
            </w:r>
            <w:r w:rsidRPr="002F6785">
              <w:rPr>
                <w:sz w:val="26"/>
                <w:szCs w:val="26"/>
              </w:rPr>
              <w:t>i thông tin v</w:t>
            </w:r>
            <w:r w:rsidRPr="002F6785">
              <w:rPr>
                <w:sz w:val="26"/>
                <w:szCs w:val="26"/>
              </w:rPr>
              <w:t>ớ</w:t>
            </w:r>
            <w:r w:rsidRPr="002F6785">
              <w:rPr>
                <w:sz w:val="26"/>
                <w:szCs w:val="26"/>
              </w:rPr>
              <w:t>i cơ quan qu</w:t>
            </w:r>
            <w:r w:rsidRPr="002F6785">
              <w:rPr>
                <w:sz w:val="26"/>
                <w:szCs w:val="26"/>
              </w:rPr>
              <w:t>ả</w:t>
            </w:r>
            <w:r w:rsidRPr="002F6785">
              <w:rPr>
                <w:sz w:val="26"/>
                <w:szCs w:val="26"/>
              </w:rPr>
              <w:t>n lý trung ương. Quy đ</w:t>
            </w:r>
            <w:r w:rsidRPr="002F6785">
              <w:rPr>
                <w:sz w:val="26"/>
                <w:szCs w:val="26"/>
              </w:rPr>
              <w:t>ị</w:t>
            </w:r>
            <w:r w:rsidRPr="002F6785">
              <w:rPr>
                <w:sz w:val="26"/>
                <w:szCs w:val="26"/>
              </w:rPr>
              <w:t>nh này không đ</w:t>
            </w:r>
            <w:r w:rsidRPr="002F6785">
              <w:rPr>
                <w:sz w:val="26"/>
                <w:szCs w:val="26"/>
              </w:rPr>
              <w:t>ặ</w:t>
            </w:r>
            <w:r w:rsidRPr="002F6785">
              <w:rPr>
                <w:sz w:val="26"/>
                <w:szCs w:val="26"/>
              </w:rPr>
              <w:t>t ra th</w:t>
            </w:r>
            <w:r w:rsidRPr="002F6785">
              <w:rPr>
                <w:sz w:val="26"/>
                <w:szCs w:val="26"/>
              </w:rPr>
              <w:t>ủ</w:t>
            </w:r>
            <w:r w:rsidRPr="002F6785">
              <w:rPr>
                <w:sz w:val="26"/>
                <w:szCs w:val="26"/>
              </w:rPr>
              <w:t xml:space="preserve"> t</w:t>
            </w:r>
            <w:r w:rsidRPr="002F6785">
              <w:rPr>
                <w:sz w:val="26"/>
                <w:szCs w:val="26"/>
              </w:rPr>
              <w:t>ụ</w:t>
            </w:r>
            <w:r w:rsidRPr="002F6785">
              <w:rPr>
                <w:sz w:val="26"/>
                <w:szCs w:val="26"/>
              </w:rPr>
              <w:t>c ki</w:t>
            </w:r>
            <w:r w:rsidRPr="002F6785">
              <w:rPr>
                <w:sz w:val="26"/>
                <w:szCs w:val="26"/>
              </w:rPr>
              <w:t>ể</w:t>
            </w:r>
            <w:r w:rsidRPr="002F6785">
              <w:rPr>
                <w:sz w:val="26"/>
                <w:szCs w:val="26"/>
              </w:rPr>
              <w:t xml:space="preserve">m tra </w:t>
            </w:r>
            <w:r w:rsidRPr="002F6785">
              <w:rPr>
                <w:sz w:val="26"/>
                <w:szCs w:val="26"/>
              </w:rPr>
              <w:lastRenderedPageBreak/>
              <w:t>nh</w:t>
            </w:r>
            <w:r w:rsidRPr="002F6785">
              <w:rPr>
                <w:sz w:val="26"/>
                <w:szCs w:val="26"/>
              </w:rPr>
              <w:t>ậ</w:t>
            </w:r>
            <w:r w:rsidRPr="002F6785">
              <w:rPr>
                <w:sz w:val="26"/>
                <w:szCs w:val="26"/>
              </w:rPr>
              <w:t>p kh</w:t>
            </w:r>
            <w:r w:rsidRPr="002F6785">
              <w:rPr>
                <w:sz w:val="26"/>
                <w:szCs w:val="26"/>
              </w:rPr>
              <w:t>ẩ</w:t>
            </w:r>
            <w:r w:rsidRPr="002F6785">
              <w:rPr>
                <w:sz w:val="26"/>
                <w:szCs w:val="26"/>
              </w:rPr>
              <w:t>u cho đ</w:t>
            </w:r>
            <w:r w:rsidRPr="002F6785">
              <w:rPr>
                <w:sz w:val="26"/>
                <w:szCs w:val="26"/>
              </w:rPr>
              <w:t>ị</w:t>
            </w:r>
            <w:r w:rsidRPr="002F6785">
              <w:rPr>
                <w:sz w:val="26"/>
                <w:szCs w:val="26"/>
              </w:rPr>
              <w:t>a phương ngoài trư</w:t>
            </w:r>
            <w:r w:rsidRPr="002F6785">
              <w:rPr>
                <w:sz w:val="26"/>
                <w:szCs w:val="26"/>
              </w:rPr>
              <w:t>ờ</w:t>
            </w:r>
            <w:r w:rsidRPr="002F6785">
              <w:rPr>
                <w:sz w:val="26"/>
                <w:szCs w:val="26"/>
              </w:rPr>
              <w:t>ng h</w:t>
            </w:r>
            <w:r w:rsidRPr="002F6785">
              <w:rPr>
                <w:sz w:val="26"/>
                <w:szCs w:val="26"/>
              </w:rPr>
              <w:t>ợ</w:t>
            </w:r>
            <w:r w:rsidRPr="002F6785">
              <w:rPr>
                <w:sz w:val="26"/>
                <w:szCs w:val="26"/>
              </w:rPr>
              <w:t>p đư</w:t>
            </w:r>
            <w:r w:rsidRPr="002F6785">
              <w:rPr>
                <w:sz w:val="26"/>
                <w:szCs w:val="26"/>
              </w:rPr>
              <w:t>ợ</w:t>
            </w:r>
            <w:r w:rsidRPr="002F6785">
              <w:rPr>
                <w:sz w:val="26"/>
                <w:szCs w:val="26"/>
              </w:rPr>
              <w:t>c phân c</w:t>
            </w:r>
            <w:r w:rsidRPr="002F6785">
              <w:rPr>
                <w:sz w:val="26"/>
                <w:szCs w:val="26"/>
              </w:rPr>
              <w:t>ấ</w:t>
            </w:r>
            <w:r w:rsidRPr="002F6785">
              <w:rPr>
                <w:sz w:val="26"/>
                <w:szCs w:val="26"/>
              </w:rPr>
              <w:t>p, phân quy</w:t>
            </w:r>
            <w:r w:rsidRPr="002F6785">
              <w:rPr>
                <w:sz w:val="26"/>
                <w:szCs w:val="26"/>
              </w:rPr>
              <w:t>ề</w:t>
            </w:r>
            <w:r w:rsidRPr="002F6785">
              <w:rPr>
                <w:sz w:val="26"/>
                <w:szCs w:val="26"/>
              </w:rPr>
              <w:t>n theo quy đ</w:t>
            </w:r>
            <w:r w:rsidRPr="002F6785">
              <w:rPr>
                <w:sz w:val="26"/>
                <w:szCs w:val="26"/>
              </w:rPr>
              <w:t>ị</w:t>
            </w:r>
            <w:r w:rsidRPr="002F6785">
              <w:rPr>
                <w:sz w:val="26"/>
                <w:szCs w:val="26"/>
              </w:rPr>
              <w:t>nh c</w:t>
            </w:r>
            <w:r w:rsidRPr="002F6785">
              <w:rPr>
                <w:sz w:val="26"/>
                <w:szCs w:val="26"/>
              </w:rPr>
              <w:t>ủ</w:t>
            </w:r>
            <w:r w:rsidRPr="002F6785">
              <w:rPr>
                <w:sz w:val="26"/>
                <w:szCs w:val="26"/>
              </w:rPr>
              <w:t>a pháp lu</w:t>
            </w:r>
            <w:r w:rsidRPr="002F6785">
              <w:rPr>
                <w:sz w:val="26"/>
                <w:szCs w:val="26"/>
              </w:rPr>
              <w:t>ậ</w:t>
            </w:r>
            <w:r w:rsidRPr="002F6785">
              <w:rPr>
                <w:sz w:val="26"/>
                <w:szCs w:val="26"/>
              </w:rPr>
              <w:t>t.</w:t>
            </w:r>
          </w:p>
        </w:tc>
      </w:tr>
      <w:tr w:rsidR="005B442E" w:rsidTr="000A0428">
        <w:trPr>
          <w:jc w:val="center"/>
        </w:trPr>
        <w:tc>
          <w:tcPr>
            <w:tcW w:w="2607" w:type="dxa"/>
          </w:tcPr>
          <w:p w:rsidR="005B442E" w:rsidRPr="002F6785" w:rsidRDefault="00DC3F12" w:rsidP="002F6785">
            <w:pPr>
              <w:spacing w:before="60" w:after="60"/>
              <w:jc w:val="both"/>
              <w:rPr>
                <w:sz w:val="26"/>
                <w:szCs w:val="26"/>
              </w:rPr>
            </w:pPr>
            <w:r w:rsidRPr="000F36C2">
              <w:rPr>
                <w:b/>
                <w:sz w:val="26"/>
                <w:szCs w:val="26"/>
              </w:rPr>
              <w:lastRenderedPageBreak/>
              <w:t>Đi</w:t>
            </w:r>
            <w:r w:rsidRPr="002F6785">
              <w:rPr>
                <w:b/>
                <w:sz w:val="26"/>
                <w:szCs w:val="26"/>
              </w:rPr>
              <w:t>ều 25. Trách nhiệm của tổ chức, cá nhân</w:t>
            </w:r>
          </w:p>
        </w:tc>
        <w:tc>
          <w:tcPr>
            <w:tcW w:w="6636" w:type="dxa"/>
          </w:tcPr>
          <w:p w:rsidR="003456F9" w:rsidRPr="002F6785" w:rsidRDefault="003456F9" w:rsidP="002F6785">
            <w:pPr>
              <w:widowControl w:val="0"/>
              <w:spacing w:before="60" w:after="60"/>
              <w:jc w:val="both"/>
              <w:rPr>
                <w:rFonts w:cs="Times New Roman"/>
                <w:sz w:val="26"/>
                <w:szCs w:val="26"/>
              </w:rPr>
            </w:pPr>
            <w:r w:rsidRPr="002F6785">
              <w:rPr>
                <w:rFonts w:cs="Times New Roman"/>
                <w:sz w:val="26"/>
                <w:szCs w:val="26"/>
              </w:rPr>
              <w:t>1. Tổ chức hậu kiểm chất lượng sản phẩm, hàng hóa thép trên địa bàn theo phân cấp, phân quyền và hướng dẫn chuyên môn của Bộ Khoa học và Công nghệ; phối hợp với cơ quan quản lý thị trường và cơ quan chuyên môn có liên quan, bảo đảm không trùng lặp nội dung, đối tượng và thời kỳ kiểm tra.</w:t>
            </w:r>
          </w:p>
          <w:p w:rsidR="003456F9" w:rsidRPr="002F6785" w:rsidRDefault="003456F9" w:rsidP="002F6785">
            <w:pPr>
              <w:widowControl w:val="0"/>
              <w:spacing w:before="60" w:after="60"/>
              <w:jc w:val="both"/>
              <w:rPr>
                <w:rFonts w:cs="Times New Roman"/>
                <w:sz w:val="26"/>
                <w:szCs w:val="26"/>
              </w:rPr>
            </w:pPr>
            <w:r w:rsidRPr="002F6785">
              <w:rPr>
                <w:rFonts w:cs="Times New Roman"/>
                <w:sz w:val="26"/>
                <w:szCs w:val="26"/>
              </w:rPr>
              <w:t>2. Tiếp nhận, xác minh, xử lý hoặc chuyển cơ quan có thẩm quyền thông tin về sản phẩm thép không phù hợp, sự cố, phản ánh, khiếu nại, tố cáo; tổ chức cảnh báo, truy xuất, thu hồi và xử lý theo thẩm quyền.</w:t>
            </w:r>
          </w:p>
          <w:p w:rsidR="005B442E" w:rsidRPr="002F6785" w:rsidRDefault="003456F9" w:rsidP="002F6785">
            <w:pPr>
              <w:widowControl w:val="0"/>
              <w:spacing w:before="60" w:after="60"/>
              <w:jc w:val="both"/>
              <w:rPr>
                <w:sz w:val="26"/>
                <w:szCs w:val="26"/>
              </w:rPr>
            </w:pPr>
            <w:r w:rsidRPr="002F6785">
              <w:rPr>
                <w:rFonts w:cs="Times New Roman"/>
                <w:sz w:val="26"/>
                <w:szCs w:val="26"/>
              </w:rPr>
              <w:t>3. Cập nhật, chia sẻ kết quả kiểm tra, cảnh báo, thu hồi và xử lý vi phạm trên Hệ thống giám sát chất lượng sản phẩm, hàng hóa quốc gia; báo cáo Bộ Khoa học và Công nghệ theo quy định.</w:t>
            </w:r>
          </w:p>
        </w:tc>
        <w:tc>
          <w:tcPr>
            <w:tcW w:w="5760" w:type="dxa"/>
          </w:tcPr>
          <w:p w:rsidR="002F6785" w:rsidRDefault="00AC53F4" w:rsidP="002F6785">
            <w:pPr>
              <w:spacing w:before="60" w:after="60"/>
              <w:jc w:val="both"/>
              <w:rPr>
                <w:sz w:val="26"/>
                <w:szCs w:val="26"/>
              </w:rPr>
            </w:pPr>
            <w:r w:rsidRPr="002F6785">
              <w:rPr>
                <w:sz w:val="26"/>
                <w:szCs w:val="26"/>
              </w:rPr>
              <w:t>N</w:t>
            </w:r>
            <w:r w:rsidRPr="002F6785">
              <w:rPr>
                <w:sz w:val="26"/>
                <w:szCs w:val="26"/>
              </w:rPr>
              <w:t>ộ</w:t>
            </w:r>
            <w:r w:rsidRPr="002F6785">
              <w:rPr>
                <w:sz w:val="26"/>
                <w:szCs w:val="26"/>
              </w:rPr>
              <w:t>i dung d</w:t>
            </w:r>
            <w:r w:rsidRPr="002F6785">
              <w:rPr>
                <w:sz w:val="26"/>
                <w:szCs w:val="26"/>
              </w:rPr>
              <w:t>ự</w:t>
            </w:r>
            <w:r w:rsidRPr="002F6785">
              <w:rPr>
                <w:sz w:val="26"/>
                <w:szCs w:val="26"/>
              </w:rPr>
              <w:t xml:space="preserve"> th</w:t>
            </w:r>
            <w:r w:rsidRPr="002F6785">
              <w:rPr>
                <w:sz w:val="26"/>
                <w:szCs w:val="26"/>
              </w:rPr>
              <w:t>ả</w:t>
            </w:r>
            <w:r w:rsidRPr="002F6785">
              <w:rPr>
                <w:sz w:val="26"/>
                <w:szCs w:val="26"/>
              </w:rPr>
              <w:t>o t</w:t>
            </w:r>
            <w:r w:rsidRPr="002F6785">
              <w:rPr>
                <w:sz w:val="26"/>
                <w:szCs w:val="26"/>
              </w:rPr>
              <w:t>ạ</w:t>
            </w:r>
            <w:r w:rsidRPr="002F6785">
              <w:rPr>
                <w:sz w:val="26"/>
                <w:szCs w:val="26"/>
              </w:rPr>
              <w:t>i Đi</w:t>
            </w:r>
            <w:r w:rsidRPr="002F6785">
              <w:rPr>
                <w:sz w:val="26"/>
                <w:szCs w:val="26"/>
              </w:rPr>
              <w:t>ề</w:t>
            </w:r>
            <w:r w:rsidRPr="002F6785">
              <w:rPr>
                <w:sz w:val="26"/>
                <w:szCs w:val="26"/>
              </w:rPr>
              <w:t>u 25 hi</w:t>
            </w:r>
            <w:r w:rsidRPr="002F6785">
              <w:rPr>
                <w:sz w:val="26"/>
                <w:szCs w:val="26"/>
              </w:rPr>
              <w:t>ệ</w:t>
            </w:r>
            <w:r w:rsidRPr="002F6785">
              <w:rPr>
                <w:sz w:val="26"/>
                <w:szCs w:val="26"/>
              </w:rPr>
              <w:t>n quy đ</w:t>
            </w:r>
            <w:r w:rsidRPr="002F6785">
              <w:rPr>
                <w:sz w:val="26"/>
                <w:szCs w:val="26"/>
              </w:rPr>
              <w:t>ị</w:t>
            </w:r>
            <w:r w:rsidRPr="002F6785">
              <w:rPr>
                <w:sz w:val="26"/>
                <w:szCs w:val="26"/>
              </w:rPr>
              <w:t>nh các nhi</w:t>
            </w:r>
            <w:r w:rsidRPr="002F6785">
              <w:rPr>
                <w:sz w:val="26"/>
                <w:szCs w:val="26"/>
              </w:rPr>
              <w:t>ệ</w:t>
            </w:r>
            <w:r w:rsidRPr="002F6785">
              <w:rPr>
                <w:sz w:val="26"/>
                <w:szCs w:val="26"/>
              </w:rPr>
              <w:t>m v</w:t>
            </w:r>
            <w:r w:rsidRPr="002F6785">
              <w:rPr>
                <w:sz w:val="26"/>
                <w:szCs w:val="26"/>
              </w:rPr>
              <w:t>ụ</w:t>
            </w:r>
            <w:r w:rsidRPr="002F6785">
              <w:rPr>
                <w:sz w:val="26"/>
                <w:szCs w:val="26"/>
              </w:rPr>
              <w:t xml:space="preserve"> mang tính qu</w:t>
            </w:r>
            <w:r w:rsidRPr="002F6785">
              <w:rPr>
                <w:sz w:val="26"/>
                <w:szCs w:val="26"/>
              </w:rPr>
              <w:t>ả</w:t>
            </w:r>
            <w:r w:rsidRPr="002F6785">
              <w:rPr>
                <w:sz w:val="26"/>
                <w:szCs w:val="26"/>
              </w:rPr>
              <w:t xml:space="preserve">n lý nhà </w:t>
            </w:r>
            <w:r w:rsidRPr="002F6785">
              <w:rPr>
                <w:sz w:val="26"/>
                <w:szCs w:val="26"/>
              </w:rPr>
              <w:t>nư</w:t>
            </w:r>
            <w:r w:rsidRPr="002F6785">
              <w:rPr>
                <w:sz w:val="26"/>
                <w:szCs w:val="26"/>
              </w:rPr>
              <w:t>ớ</w:t>
            </w:r>
            <w:r w:rsidRPr="002F6785">
              <w:rPr>
                <w:sz w:val="26"/>
                <w:szCs w:val="26"/>
              </w:rPr>
              <w:t>c trên đ</w:t>
            </w:r>
            <w:r w:rsidRPr="002F6785">
              <w:rPr>
                <w:sz w:val="26"/>
                <w:szCs w:val="26"/>
              </w:rPr>
              <w:t>ị</w:t>
            </w:r>
            <w:r w:rsidRPr="002F6785">
              <w:rPr>
                <w:sz w:val="26"/>
                <w:szCs w:val="26"/>
              </w:rPr>
              <w:t>a bàn như t</w:t>
            </w:r>
            <w:r w:rsidRPr="002F6785">
              <w:rPr>
                <w:sz w:val="26"/>
                <w:szCs w:val="26"/>
              </w:rPr>
              <w:t>ổ</w:t>
            </w:r>
            <w:r w:rsidRPr="002F6785">
              <w:rPr>
                <w:sz w:val="26"/>
                <w:szCs w:val="26"/>
              </w:rPr>
              <w:t xml:space="preserve"> ch</w:t>
            </w:r>
            <w:r w:rsidRPr="002F6785">
              <w:rPr>
                <w:sz w:val="26"/>
                <w:szCs w:val="26"/>
              </w:rPr>
              <w:t>ứ</w:t>
            </w:r>
            <w:r w:rsidRPr="002F6785">
              <w:rPr>
                <w:sz w:val="26"/>
                <w:szCs w:val="26"/>
              </w:rPr>
              <w:t>c h</w:t>
            </w:r>
            <w:r w:rsidRPr="002F6785">
              <w:rPr>
                <w:sz w:val="26"/>
                <w:szCs w:val="26"/>
              </w:rPr>
              <w:t>ậ</w:t>
            </w:r>
            <w:r w:rsidRPr="002F6785">
              <w:rPr>
                <w:sz w:val="26"/>
                <w:szCs w:val="26"/>
              </w:rPr>
              <w:t>u ki</w:t>
            </w:r>
            <w:r w:rsidRPr="002F6785">
              <w:rPr>
                <w:sz w:val="26"/>
                <w:szCs w:val="26"/>
              </w:rPr>
              <w:t>ể</w:t>
            </w:r>
            <w:r w:rsidRPr="002F6785">
              <w:rPr>
                <w:sz w:val="26"/>
                <w:szCs w:val="26"/>
              </w:rPr>
              <w:t>m, ti</w:t>
            </w:r>
            <w:r w:rsidRPr="002F6785">
              <w:rPr>
                <w:sz w:val="26"/>
                <w:szCs w:val="26"/>
              </w:rPr>
              <w:t>ế</w:t>
            </w:r>
            <w:r w:rsidRPr="002F6785">
              <w:rPr>
                <w:sz w:val="26"/>
                <w:szCs w:val="26"/>
              </w:rPr>
              <w:t>p nh</w:t>
            </w:r>
            <w:r w:rsidRPr="002F6785">
              <w:rPr>
                <w:sz w:val="26"/>
                <w:szCs w:val="26"/>
              </w:rPr>
              <w:t>ậ</w:t>
            </w:r>
            <w:r w:rsidRPr="002F6785">
              <w:rPr>
                <w:sz w:val="26"/>
                <w:szCs w:val="26"/>
              </w:rPr>
              <w:t>n và x</w:t>
            </w:r>
            <w:r w:rsidRPr="002F6785">
              <w:rPr>
                <w:sz w:val="26"/>
                <w:szCs w:val="26"/>
              </w:rPr>
              <w:t>ử</w:t>
            </w:r>
            <w:r w:rsidRPr="002F6785">
              <w:rPr>
                <w:sz w:val="26"/>
                <w:szCs w:val="26"/>
              </w:rPr>
              <w:t xml:space="preserve"> lý thông tin, c</w:t>
            </w:r>
            <w:r w:rsidRPr="002F6785">
              <w:rPr>
                <w:sz w:val="26"/>
                <w:szCs w:val="26"/>
              </w:rPr>
              <w:t>ả</w:t>
            </w:r>
            <w:r w:rsidRPr="002F6785">
              <w:rPr>
                <w:sz w:val="26"/>
                <w:szCs w:val="26"/>
              </w:rPr>
              <w:t>nh báo, truy xu</w:t>
            </w:r>
            <w:r w:rsidRPr="002F6785">
              <w:rPr>
                <w:sz w:val="26"/>
                <w:szCs w:val="26"/>
              </w:rPr>
              <w:t>ấ</w:t>
            </w:r>
            <w:r w:rsidRPr="002F6785">
              <w:rPr>
                <w:sz w:val="26"/>
                <w:szCs w:val="26"/>
              </w:rPr>
              <w:t>t, thu h</w:t>
            </w:r>
            <w:r w:rsidRPr="002F6785">
              <w:rPr>
                <w:sz w:val="26"/>
                <w:szCs w:val="26"/>
              </w:rPr>
              <w:t>ồ</w:t>
            </w:r>
            <w:r w:rsidRPr="002F6785">
              <w:rPr>
                <w:sz w:val="26"/>
                <w:szCs w:val="26"/>
              </w:rPr>
              <w:t>i, c</w:t>
            </w:r>
            <w:r w:rsidRPr="002F6785">
              <w:rPr>
                <w:sz w:val="26"/>
                <w:szCs w:val="26"/>
              </w:rPr>
              <w:t>ậ</w:t>
            </w:r>
            <w:r w:rsidRPr="002F6785">
              <w:rPr>
                <w:sz w:val="26"/>
                <w:szCs w:val="26"/>
              </w:rPr>
              <w:t>p nh</w:t>
            </w:r>
            <w:r w:rsidRPr="002F6785">
              <w:rPr>
                <w:sz w:val="26"/>
                <w:szCs w:val="26"/>
              </w:rPr>
              <w:t>ậ</w:t>
            </w:r>
            <w:r w:rsidRPr="002F6785">
              <w:rPr>
                <w:sz w:val="26"/>
                <w:szCs w:val="26"/>
              </w:rPr>
              <w:t>t d</w:t>
            </w:r>
            <w:r w:rsidRPr="002F6785">
              <w:rPr>
                <w:sz w:val="26"/>
                <w:szCs w:val="26"/>
              </w:rPr>
              <w:t>ữ</w:t>
            </w:r>
            <w:r w:rsidRPr="002F6785">
              <w:rPr>
                <w:sz w:val="26"/>
                <w:szCs w:val="26"/>
              </w:rPr>
              <w:t xml:space="preserve"> li</w:t>
            </w:r>
            <w:r w:rsidRPr="002F6785">
              <w:rPr>
                <w:sz w:val="26"/>
                <w:szCs w:val="26"/>
              </w:rPr>
              <w:t>ệ</w:t>
            </w:r>
            <w:r w:rsidRPr="002F6785">
              <w:rPr>
                <w:sz w:val="26"/>
                <w:szCs w:val="26"/>
              </w:rPr>
              <w:t>u và báo cáo B</w:t>
            </w:r>
            <w:r w:rsidRPr="002F6785">
              <w:rPr>
                <w:sz w:val="26"/>
                <w:szCs w:val="26"/>
              </w:rPr>
              <w:t>ộ</w:t>
            </w:r>
            <w:r w:rsidRPr="002F6785">
              <w:rPr>
                <w:sz w:val="26"/>
                <w:szCs w:val="26"/>
              </w:rPr>
              <w:t xml:space="preserve"> Khoa h</w:t>
            </w:r>
            <w:r w:rsidRPr="002F6785">
              <w:rPr>
                <w:sz w:val="26"/>
                <w:szCs w:val="26"/>
              </w:rPr>
              <w:t>ọ</w:t>
            </w:r>
            <w:r w:rsidRPr="002F6785">
              <w:rPr>
                <w:sz w:val="26"/>
                <w:szCs w:val="26"/>
              </w:rPr>
              <w:t>c và Công ngh</w:t>
            </w:r>
            <w:r w:rsidRPr="002F6785">
              <w:rPr>
                <w:sz w:val="26"/>
                <w:szCs w:val="26"/>
              </w:rPr>
              <w:t>ệ</w:t>
            </w:r>
            <w:r w:rsidRPr="002F6785">
              <w:rPr>
                <w:sz w:val="26"/>
                <w:szCs w:val="26"/>
              </w:rPr>
              <w:t>. N</w:t>
            </w:r>
            <w:r w:rsidRPr="002F6785">
              <w:rPr>
                <w:sz w:val="26"/>
                <w:szCs w:val="26"/>
              </w:rPr>
              <w:t>ộ</w:t>
            </w:r>
            <w:r w:rsidRPr="002F6785">
              <w:rPr>
                <w:sz w:val="26"/>
                <w:szCs w:val="26"/>
              </w:rPr>
              <w:t>i dung này v</w:t>
            </w:r>
            <w:r w:rsidRPr="002F6785">
              <w:rPr>
                <w:sz w:val="26"/>
                <w:szCs w:val="26"/>
              </w:rPr>
              <w:t>ề</w:t>
            </w:r>
            <w:r w:rsidRPr="002F6785">
              <w:rPr>
                <w:sz w:val="26"/>
                <w:szCs w:val="26"/>
              </w:rPr>
              <w:t xml:space="preserve"> b</w:t>
            </w:r>
            <w:r w:rsidRPr="002F6785">
              <w:rPr>
                <w:sz w:val="26"/>
                <w:szCs w:val="26"/>
              </w:rPr>
              <w:t>ả</w:t>
            </w:r>
            <w:r w:rsidRPr="002F6785">
              <w:rPr>
                <w:sz w:val="26"/>
                <w:szCs w:val="26"/>
              </w:rPr>
              <w:t>n ch</w:t>
            </w:r>
            <w:r w:rsidRPr="002F6785">
              <w:rPr>
                <w:sz w:val="26"/>
                <w:szCs w:val="26"/>
              </w:rPr>
              <w:t>ấ</w:t>
            </w:r>
            <w:r w:rsidRPr="002F6785">
              <w:rPr>
                <w:sz w:val="26"/>
                <w:szCs w:val="26"/>
              </w:rPr>
              <w:t>t tương đ</w:t>
            </w:r>
            <w:r w:rsidRPr="002F6785">
              <w:rPr>
                <w:sz w:val="26"/>
                <w:szCs w:val="26"/>
              </w:rPr>
              <w:t>ồ</w:t>
            </w:r>
            <w:r w:rsidRPr="002F6785">
              <w:rPr>
                <w:sz w:val="26"/>
                <w:szCs w:val="26"/>
              </w:rPr>
              <w:t>ng v</w:t>
            </w:r>
            <w:r w:rsidRPr="002F6785">
              <w:rPr>
                <w:sz w:val="26"/>
                <w:szCs w:val="26"/>
              </w:rPr>
              <w:t>ớ</w:t>
            </w:r>
            <w:r w:rsidRPr="002F6785">
              <w:rPr>
                <w:sz w:val="26"/>
                <w:szCs w:val="26"/>
              </w:rPr>
              <w:t>i trách nhi</w:t>
            </w:r>
            <w:r w:rsidRPr="002F6785">
              <w:rPr>
                <w:sz w:val="26"/>
                <w:szCs w:val="26"/>
              </w:rPr>
              <w:t>ệ</w:t>
            </w:r>
            <w:r w:rsidRPr="002F6785">
              <w:rPr>
                <w:sz w:val="26"/>
                <w:szCs w:val="26"/>
              </w:rPr>
              <w:t>m c</w:t>
            </w:r>
            <w:r w:rsidRPr="002F6785">
              <w:rPr>
                <w:sz w:val="26"/>
                <w:szCs w:val="26"/>
              </w:rPr>
              <w:t>ủ</w:t>
            </w:r>
            <w:r w:rsidRPr="002F6785">
              <w:rPr>
                <w:sz w:val="26"/>
                <w:szCs w:val="26"/>
              </w:rPr>
              <w:t>a cơ quan qu</w:t>
            </w:r>
            <w:r w:rsidRPr="002F6785">
              <w:rPr>
                <w:sz w:val="26"/>
                <w:szCs w:val="26"/>
              </w:rPr>
              <w:t>ả</w:t>
            </w:r>
            <w:r w:rsidRPr="002F6785">
              <w:rPr>
                <w:sz w:val="26"/>
                <w:szCs w:val="26"/>
              </w:rPr>
              <w:t>n lý nhà nư</w:t>
            </w:r>
            <w:r w:rsidRPr="002F6785">
              <w:rPr>
                <w:sz w:val="26"/>
                <w:szCs w:val="26"/>
              </w:rPr>
              <w:t>ớ</w:t>
            </w:r>
            <w:r w:rsidRPr="002F6785">
              <w:rPr>
                <w:sz w:val="26"/>
                <w:szCs w:val="26"/>
              </w:rPr>
              <w:t xml:space="preserve">c </w:t>
            </w:r>
            <w:r w:rsidRPr="002F6785">
              <w:rPr>
                <w:sz w:val="26"/>
                <w:szCs w:val="26"/>
              </w:rPr>
              <w:t>ở</w:t>
            </w:r>
            <w:r w:rsidRPr="002F6785">
              <w:rPr>
                <w:sz w:val="26"/>
                <w:szCs w:val="26"/>
              </w:rPr>
              <w:t xml:space="preserve"> đ</w:t>
            </w:r>
            <w:r w:rsidRPr="002F6785">
              <w:rPr>
                <w:sz w:val="26"/>
                <w:szCs w:val="26"/>
              </w:rPr>
              <w:t>ị</w:t>
            </w:r>
            <w:r w:rsidRPr="002F6785">
              <w:rPr>
                <w:sz w:val="26"/>
                <w:szCs w:val="26"/>
              </w:rPr>
              <w:t>a phương, chưa ph</w:t>
            </w:r>
            <w:r w:rsidRPr="002F6785">
              <w:rPr>
                <w:sz w:val="26"/>
                <w:szCs w:val="26"/>
              </w:rPr>
              <w:t>ù h</w:t>
            </w:r>
            <w:r w:rsidRPr="002F6785">
              <w:rPr>
                <w:sz w:val="26"/>
                <w:szCs w:val="26"/>
              </w:rPr>
              <w:t>ợ</w:t>
            </w:r>
            <w:r w:rsidRPr="002F6785">
              <w:rPr>
                <w:sz w:val="26"/>
                <w:szCs w:val="26"/>
              </w:rPr>
              <w:t>p v</w:t>
            </w:r>
            <w:r w:rsidRPr="002F6785">
              <w:rPr>
                <w:sz w:val="26"/>
                <w:szCs w:val="26"/>
              </w:rPr>
              <w:t>ớ</w:t>
            </w:r>
            <w:r w:rsidRPr="002F6785">
              <w:rPr>
                <w:sz w:val="26"/>
                <w:szCs w:val="26"/>
              </w:rPr>
              <w:t>i tên Đi</w:t>
            </w:r>
            <w:r w:rsidRPr="002F6785">
              <w:rPr>
                <w:sz w:val="26"/>
                <w:szCs w:val="26"/>
              </w:rPr>
              <w:t>ề</w:t>
            </w:r>
            <w:r w:rsidRPr="002F6785">
              <w:rPr>
                <w:sz w:val="26"/>
                <w:szCs w:val="26"/>
              </w:rPr>
              <w:t>u 25 là “Trách nhi</w:t>
            </w:r>
            <w:r w:rsidRPr="002F6785">
              <w:rPr>
                <w:sz w:val="26"/>
                <w:szCs w:val="26"/>
              </w:rPr>
              <w:t>ệ</w:t>
            </w:r>
            <w:r w:rsidRPr="002F6785">
              <w:rPr>
                <w:sz w:val="26"/>
                <w:szCs w:val="26"/>
              </w:rPr>
              <w:t>m c</w:t>
            </w:r>
            <w:r w:rsidRPr="002F6785">
              <w:rPr>
                <w:sz w:val="26"/>
                <w:szCs w:val="26"/>
              </w:rPr>
              <w:t>ủ</w:t>
            </w:r>
            <w:r w:rsidRPr="002F6785">
              <w:rPr>
                <w:sz w:val="26"/>
                <w:szCs w:val="26"/>
              </w:rPr>
              <w:t>a t</w:t>
            </w:r>
            <w:r w:rsidRPr="002F6785">
              <w:rPr>
                <w:sz w:val="26"/>
                <w:szCs w:val="26"/>
              </w:rPr>
              <w:t>ổ</w:t>
            </w:r>
            <w:r w:rsidRPr="002F6785">
              <w:rPr>
                <w:sz w:val="26"/>
                <w:szCs w:val="26"/>
              </w:rPr>
              <w:t xml:space="preserve"> ch</w:t>
            </w:r>
            <w:r w:rsidRPr="002F6785">
              <w:rPr>
                <w:sz w:val="26"/>
                <w:szCs w:val="26"/>
              </w:rPr>
              <w:t>ứ</w:t>
            </w:r>
            <w:r w:rsidRPr="002F6785">
              <w:rPr>
                <w:sz w:val="26"/>
                <w:szCs w:val="26"/>
              </w:rPr>
              <w:t>c, cá nhân”.</w:t>
            </w:r>
          </w:p>
          <w:p w:rsidR="008D4B75" w:rsidRPr="002F6785" w:rsidRDefault="00AC53F4" w:rsidP="002F6785">
            <w:pPr>
              <w:spacing w:before="60" w:after="60"/>
              <w:jc w:val="both"/>
              <w:rPr>
                <w:sz w:val="26"/>
                <w:szCs w:val="26"/>
              </w:rPr>
            </w:pPr>
            <w:r w:rsidRPr="002F6785">
              <w:rPr>
                <w:sz w:val="26"/>
                <w:szCs w:val="26"/>
              </w:rPr>
              <w:t>Đ</w:t>
            </w:r>
            <w:r w:rsidRPr="002F6785">
              <w:rPr>
                <w:sz w:val="26"/>
                <w:szCs w:val="26"/>
              </w:rPr>
              <w:t>ề</w:t>
            </w:r>
            <w:r w:rsidRPr="002F6785">
              <w:rPr>
                <w:sz w:val="26"/>
                <w:szCs w:val="26"/>
              </w:rPr>
              <w:t xml:space="preserve"> ngh</w:t>
            </w:r>
            <w:r w:rsidRPr="002F6785">
              <w:rPr>
                <w:sz w:val="26"/>
                <w:szCs w:val="26"/>
              </w:rPr>
              <w:t>ị</w:t>
            </w:r>
            <w:r w:rsidRPr="002F6785">
              <w:rPr>
                <w:sz w:val="26"/>
                <w:szCs w:val="26"/>
              </w:rPr>
              <w:t xml:space="preserve"> rà soát l</w:t>
            </w:r>
            <w:r w:rsidRPr="002F6785">
              <w:rPr>
                <w:sz w:val="26"/>
                <w:szCs w:val="26"/>
              </w:rPr>
              <w:t>ạ</w:t>
            </w:r>
            <w:r w:rsidRPr="002F6785">
              <w:rPr>
                <w:sz w:val="26"/>
                <w:szCs w:val="26"/>
              </w:rPr>
              <w:t>i n</w:t>
            </w:r>
            <w:r w:rsidRPr="002F6785">
              <w:rPr>
                <w:sz w:val="26"/>
                <w:szCs w:val="26"/>
              </w:rPr>
              <w:t>ộ</w:t>
            </w:r>
            <w:r w:rsidRPr="002F6785">
              <w:rPr>
                <w:sz w:val="26"/>
                <w:szCs w:val="26"/>
              </w:rPr>
              <w:t>i dung c</w:t>
            </w:r>
            <w:r w:rsidRPr="002F6785">
              <w:rPr>
                <w:sz w:val="26"/>
                <w:szCs w:val="26"/>
              </w:rPr>
              <w:t>ộ</w:t>
            </w:r>
            <w:r w:rsidRPr="002F6785">
              <w:rPr>
                <w:sz w:val="26"/>
                <w:szCs w:val="26"/>
              </w:rPr>
              <w:t>t 2 đ</w:t>
            </w:r>
            <w:r w:rsidRPr="002F6785">
              <w:rPr>
                <w:sz w:val="26"/>
                <w:szCs w:val="26"/>
              </w:rPr>
              <w:t>ể</w:t>
            </w:r>
            <w:r w:rsidRPr="002F6785">
              <w:rPr>
                <w:sz w:val="26"/>
                <w:szCs w:val="26"/>
              </w:rPr>
              <w:t xml:space="preserve"> xác đ</w:t>
            </w:r>
            <w:r w:rsidRPr="002F6785">
              <w:rPr>
                <w:sz w:val="26"/>
                <w:szCs w:val="26"/>
              </w:rPr>
              <w:t>ị</w:t>
            </w:r>
            <w:r w:rsidRPr="002F6785">
              <w:rPr>
                <w:sz w:val="26"/>
                <w:szCs w:val="26"/>
              </w:rPr>
              <w:t>nh đúng ch</w:t>
            </w:r>
            <w:r w:rsidRPr="002F6785">
              <w:rPr>
                <w:sz w:val="26"/>
                <w:szCs w:val="26"/>
              </w:rPr>
              <w:t>ủ</w:t>
            </w:r>
            <w:r w:rsidRPr="002F6785">
              <w:rPr>
                <w:sz w:val="26"/>
                <w:szCs w:val="26"/>
              </w:rPr>
              <w:t xml:space="preserve"> th</w:t>
            </w:r>
            <w:r w:rsidRPr="002F6785">
              <w:rPr>
                <w:sz w:val="26"/>
                <w:szCs w:val="26"/>
              </w:rPr>
              <w:t>ể</w:t>
            </w:r>
            <w:r w:rsidRPr="002F6785">
              <w:rPr>
                <w:sz w:val="26"/>
                <w:szCs w:val="26"/>
              </w:rPr>
              <w:t xml:space="preserve"> và trách nhi</w:t>
            </w:r>
            <w:r w:rsidRPr="002F6785">
              <w:rPr>
                <w:sz w:val="26"/>
                <w:szCs w:val="26"/>
              </w:rPr>
              <w:t>ệ</w:t>
            </w:r>
            <w:r w:rsidRPr="002F6785">
              <w:rPr>
                <w:sz w:val="26"/>
                <w:szCs w:val="26"/>
              </w:rPr>
              <w:t>m c</w:t>
            </w:r>
            <w:r w:rsidRPr="002F6785">
              <w:rPr>
                <w:sz w:val="26"/>
                <w:szCs w:val="26"/>
              </w:rPr>
              <w:t>ầ</w:t>
            </w:r>
            <w:r w:rsidRPr="002F6785">
              <w:rPr>
                <w:sz w:val="26"/>
                <w:szCs w:val="26"/>
              </w:rPr>
              <w:t>n quy đ</w:t>
            </w:r>
            <w:r w:rsidRPr="002F6785">
              <w:rPr>
                <w:sz w:val="26"/>
                <w:szCs w:val="26"/>
              </w:rPr>
              <w:t>ị</w:t>
            </w:r>
            <w:r w:rsidRPr="002F6785">
              <w:rPr>
                <w:sz w:val="26"/>
                <w:szCs w:val="26"/>
              </w:rPr>
              <w:t>nh t</w:t>
            </w:r>
            <w:r w:rsidRPr="002F6785">
              <w:rPr>
                <w:sz w:val="26"/>
                <w:szCs w:val="26"/>
              </w:rPr>
              <w:t>ạ</w:t>
            </w:r>
            <w:r w:rsidRPr="002F6785">
              <w:rPr>
                <w:sz w:val="26"/>
                <w:szCs w:val="26"/>
              </w:rPr>
              <w:t>i Đi</w:t>
            </w:r>
            <w:r w:rsidRPr="002F6785">
              <w:rPr>
                <w:sz w:val="26"/>
                <w:szCs w:val="26"/>
              </w:rPr>
              <w:t>ề</w:t>
            </w:r>
            <w:r w:rsidRPr="002F6785">
              <w:rPr>
                <w:sz w:val="26"/>
                <w:szCs w:val="26"/>
              </w:rPr>
              <w:t>u 25. Sau khi ch</w:t>
            </w:r>
            <w:r w:rsidRPr="002F6785">
              <w:rPr>
                <w:sz w:val="26"/>
                <w:szCs w:val="26"/>
              </w:rPr>
              <w:t>ỉ</w:t>
            </w:r>
            <w:r w:rsidRPr="002F6785">
              <w:rPr>
                <w:sz w:val="26"/>
                <w:szCs w:val="26"/>
              </w:rPr>
              <w:t>nh lý n</w:t>
            </w:r>
            <w:r w:rsidRPr="002F6785">
              <w:rPr>
                <w:sz w:val="26"/>
                <w:szCs w:val="26"/>
              </w:rPr>
              <w:t>ộ</w:t>
            </w:r>
            <w:r w:rsidRPr="002F6785">
              <w:rPr>
                <w:sz w:val="26"/>
                <w:szCs w:val="26"/>
              </w:rPr>
              <w:t>i dung đi</w:t>
            </w:r>
            <w:r w:rsidRPr="002F6785">
              <w:rPr>
                <w:sz w:val="26"/>
                <w:szCs w:val="26"/>
              </w:rPr>
              <w:t>ề</w:t>
            </w:r>
            <w:r w:rsidRPr="002F6785">
              <w:rPr>
                <w:sz w:val="26"/>
                <w:szCs w:val="26"/>
              </w:rPr>
              <w:t>u kho</w:t>
            </w:r>
            <w:r w:rsidRPr="002F6785">
              <w:rPr>
                <w:sz w:val="26"/>
                <w:szCs w:val="26"/>
              </w:rPr>
              <w:t>ả</w:t>
            </w:r>
            <w:r w:rsidRPr="002F6785">
              <w:rPr>
                <w:sz w:val="26"/>
                <w:szCs w:val="26"/>
              </w:rPr>
              <w:t>n, ph</w:t>
            </w:r>
            <w:r w:rsidRPr="002F6785">
              <w:rPr>
                <w:sz w:val="26"/>
                <w:szCs w:val="26"/>
              </w:rPr>
              <w:t>ầ</w:t>
            </w:r>
            <w:r w:rsidRPr="002F6785">
              <w:rPr>
                <w:sz w:val="26"/>
                <w:szCs w:val="26"/>
              </w:rPr>
              <w:t>n thuy</w:t>
            </w:r>
            <w:r w:rsidRPr="002F6785">
              <w:rPr>
                <w:sz w:val="26"/>
                <w:szCs w:val="26"/>
              </w:rPr>
              <w:t>ế</w:t>
            </w:r>
            <w:r w:rsidRPr="002F6785">
              <w:rPr>
                <w:sz w:val="26"/>
                <w:szCs w:val="26"/>
              </w:rPr>
              <w:t>t minh c</w:t>
            </w:r>
            <w:r w:rsidRPr="002F6785">
              <w:rPr>
                <w:sz w:val="26"/>
                <w:szCs w:val="26"/>
              </w:rPr>
              <w:t>ầ</w:t>
            </w:r>
            <w:r w:rsidRPr="002F6785">
              <w:rPr>
                <w:sz w:val="26"/>
                <w:szCs w:val="26"/>
              </w:rPr>
              <w:t>n đư</w:t>
            </w:r>
            <w:r w:rsidRPr="002F6785">
              <w:rPr>
                <w:sz w:val="26"/>
                <w:szCs w:val="26"/>
              </w:rPr>
              <w:t>ợ</w:t>
            </w:r>
            <w:r w:rsidRPr="002F6785">
              <w:rPr>
                <w:sz w:val="26"/>
                <w:szCs w:val="26"/>
              </w:rPr>
              <w:t>c hoàn thi</w:t>
            </w:r>
            <w:r w:rsidRPr="002F6785">
              <w:rPr>
                <w:sz w:val="26"/>
                <w:szCs w:val="26"/>
              </w:rPr>
              <w:t>ệ</w:t>
            </w:r>
            <w:r w:rsidRPr="002F6785">
              <w:rPr>
                <w:sz w:val="26"/>
                <w:szCs w:val="26"/>
              </w:rPr>
              <w:t xml:space="preserve">n tương </w:t>
            </w:r>
            <w:r w:rsidRPr="002F6785">
              <w:rPr>
                <w:sz w:val="26"/>
                <w:szCs w:val="26"/>
              </w:rPr>
              <w:t>ứ</w:t>
            </w:r>
            <w:r w:rsidRPr="002F6785">
              <w:rPr>
                <w:sz w:val="26"/>
                <w:szCs w:val="26"/>
              </w:rPr>
              <w:t>ng, b</w:t>
            </w:r>
            <w:r w:rsidRPr="002F6785">
              <w:rPr>
                <w:sz w:val="26"/>
                <w:szCs w:val="26"/>
              </w:rPr>
              <w:t>ả</w:t>
            </w:r>
            <w:r w:rsidRPr="002F6785">
              <w:rPr>
                <w:sz w:val="26"/>
                <w:szCs w:val="26"/>
              </w:rPr>
              <w:t>o đ</w:t>
            </w:r>
            <w:r w:rsidRPr="002F6785">
              <w:rPr>
                <w:sz w:val="26"/>
                <w:szCs w:val="26"/>
              </w:rPr>
              <w:t>ả</w:t>
            </w:r>
            <w:r w:rsidRPr="002F6785">
              <w:rPr>
                <w:sz w:val="26"/>
                <w:szCs w:val="26"/>
              </w:rPr>
              <w:t xml:space="preserve">m </w:t>
            </w:r>
            <w:r w:rsidRPr="002F6785">
              <w:rPr>
                <w:sz w:val="26"/>
                <w:szCs w:val="26"/>
              </w:rPr>
              <w:t>th</w:t>
            </w:r>
            <w:r w:rsidRPr="002F6785">
              <w:rPr>
                <w:sz w:val="26"/>
                <w:szCs w:val="26"/>
              </w:rPr>
              <w:t>ố</w:t>
            </w:r>
            <w:r w:rsidRPr="002F6785">
              <w:rPr>
                <w:sz w:val="26"/>
                <w:szCs w:val="26"/>
              </w:rPr>
              <w:t>ng nh</w:t>
            </w:r>
            <w:r w:rsidRPr="002F6785">
              <w:rPr>
                <w:sz w:val="26"/>
                <w:szCs w:val="26"/>
              </w:rPr>
              <w:t>ấ</w:t>
            </w:r>
            <w:r w:rsidRPr="002F6785">
              <w:rPr>
                <w:sz w:val="26"/>
                <w:szCs w:val="26"/>
              </w:rPr>
              <w:t>t gi</w:t>
            </w:r>
            <w:r w:rsidRPr="002F6785">
              <w:rPr>
                <w:sz w:val="26"/>
                <w:szCs w:val="26"/>
              </w:rPr>
              <w:t>ữ</w:t>
            </w:r>
            <w:r w:rsidRPr="002F6785">
              <w:rPr>
                <w:sz w:val="26"/>
                <w:szCs w:val="26"/>
              </w:rPr>
              <w:t>a tên đi</w:t>
            </w:r>
            <w:r w:rsidRPr="002F6785">
              <w:rPr>
                <w:sz w:val="26"/>
                <w:szCs w:val="26"/>
              </w:rPr>
              <w:t>ề</w:t>
            </w:r>
            <w:r w:rsidRPr="002F6785">
              <w:rPr>
                <w:sz w:val="26"/>
                <w:szCs w:val="26"/>
              </w:rPr>
              <w:t>u, ch</w:t>
            </w:r>
            <w:r w:rsidRPr="002F6785">
              <w:rPr>
                <w:sz w:val="26"/>
                <w:szCs w:val="26"/>
              </w:rPr>
              <w:t>ủ</w:t>
            </w:r>
            <w:r w:rsidRPr="002F6785">
              <w:rPr>
                <w:sz w:val="26"/>
                <w:szCs w:val="26"/>
              </w:rPr>
              <w:t xml:space="preserve"> th</w:t>
            </w:r>
            <w:r w:rsidRPr="002F6785">
              <w:rPr>
                <w:sz w:val="26"/>
                <w:szCs w:val="26"/>
              </w:rPr>
              <w:t>ể</w:t>
            </w:r>
            <w:r w:rsidRPr="002F6785">
              <w:rPr>
                <w:sz w:val="26"/>
                <w:szCs w:val="26"/>
              </w:rPr>
              <w:t xml:space="preserve"> ch</w:t>
            </w:r>
            <w:r w:rsidRPr="002F6785">
              <w:rPr>
                <w:sz w:val="26"/>
                <w:szCs w:val="26"/>
              </w:rPr>
              <w:t>ị</w:t>
            </w:r>
            <w:r w:rsidRPr="002F6785">
              <w:rPr>
                <w:sz w:val="26"/>
                <w:szCs w:val="26"/>
              </w:rPr>
              <w:t>u trách nhi</w:t>
            </w:r>
            <w:r w:rsidRPr="002F6785">
              <w:rPr>
                <w:sz w:val="26"/>
                <w:szCs w:val="26"/>
              </w:rPr>
              <w:t>ệ</w:t>
            </w:r>
            <w:r w:rsidRPr="002F6785">
              <w:rPr>
                <w:sz w:val="26"/>
                <w:szCs w:val="26"/>
              </w:rPr>
              <w:t>m và n</w:t>
            </w:r>
            <w:r w:rsidRPr="002F6785">
              <w:rPr>
                <w:sz w:val="26"/>
                <w:szCs w:val="26"/>
              </w:rPr>
              <w:t>ộ</w:t>
            </w:r>
            <w:r w:rsidRPr="002F6785">
              <w:rPr>
                <w:sz w:val="26"/>
                <w:szCs w:val="26"/>
              </w:rPr>
              <w:t>i dung nghĩa v</w:t>
            </w:r>
            <w:r w:rsidRPr="002F6785">
              <w:rPr>
                <w:sz w:val="26"/>
                <w:szCs w:val="26"/>
              </w:rPr>
              <w:t>ụ</w:t>
            </w:r>
            <w:r w:rsidRPr="002F6785">
              <w:rPr>
                <w:sz w:val="26"/>
                <w:szCs w:val="26"/>
              </w:rPr>
              <w:t>, tránh trùng l</w:t>
            </w:r>
            <w:r w:rsidRPr="002F6785">
              <w:rPr>
                <w:sz w:val="26"/>
                <w:szCs w:val="26"/>
              </w:rPr>
              <w:t>ặ</w:t>
            </w:r>
            <w:r w:rsidRPr="002F6785">
              <w:rPr>
                <w:sz w:val="26"/>
                <w:szCs w:val="26"/>
              </w:rPr>
              <w:t>p v</w:t>
            </w:r>
            <w:r w:rsidRPr="002F6785">
              <w:rPr>
                <w:sz w:val="26"/>
                <w:szCs w:val="26"/>
              </w:rPr>
              <w:t>ớ</w:t>
            </w:r>
            <w:r w:rsidRPr="002F6785">
              <w:rPr>
                <w:sz w:val="26"/>
                <w:szCs w:val="26"/>
              </w:rPr>
              <w:t>i Đi</w:t>
            </w:r>
            <w:r w:rsidRPr="002F6785">
              <w:rPr>
                <w:sz w:val="26"/>
                <w:szCs w:val="26"/>
              </w:rPr>
              <w:t>ề</w:t>
            </w:r>
            <w:r w:rsidRPr="002F6785">
              <w:rPr>
                <w:sz w:val="26"/>
                <w:szCs w:val="26"/>
              </w:rPr>
              <w:t>u 24.</w:t>
            </w:r>
          </w:p>
        </w:tc>
      </w:tr>
      <w:tr w:rsidR="005B442E" w:rsidTr="000A0428">
        <w:trPr>
          <w:jc w:val="center"/>
        </w:trPr>
        <w:tc>
          <w:tcPr>
            <w:tcW w:w="2607" w:type="dxa"/>
            <w:tcBorders>
              <w:bottom w:val="single" w:sz="4" w:space="0" w:color="auto"/>
            </w:tcBorders>
          </w:tcPr>
          <w:p w:rsidR="005B442E" w:rsidRPr="002F6785" w:rsidRDefault="00DC3F12" w:rsidP="002F6785">
            <w:pPr>
              <w:spacing w:before="60" w:after="60"/>
              <w:jc w:val="both"/>
              <w:rPr>
                <w:sz w:val="26"/>
                <w:szCs w:val="26"/>
              </w:rPr>
            </w:pPr>
            <w:r w:rsidRPr="000F36C2">
              <w:rPr>
                <w:b/>
                <w:sz w:val="26"/>
                <w:szCs w:val="26"/>
              </w:rPr>
              <w:t>Đi</w:t>
            </w:r>
            <w:r w:rsidRPr="002F6785">
              <w:rPr>
                <w:b/>
                <w:sz w:val="26"/>
                <w:szCs w:val="26"/>
              </w:rPr>
              <w:t>ều 26. Điều khoản chuyển tiếp</w:t>
            </w:r>
          </w:p>
        </w:tc>
        <w:tc>
          <w:tcPr>
            <w:tcW w:w="6636" w:type="dxa"/>
            <w:tcBorders>
              <w:bottom w:val="single" w:sz="4" w:space="0" w:color="auto"/>
            </w:tcBorders>
          </w:tcPr>
          <w:p w:rsidR="003456F9" w:rsidRPr="002F6785" w:rsidRDefault="003456F9" w:rsidP="002F6785">
            <w:pPr>
              <w:widowControl w:val="0"/>
              <w:spacing w:before="60" w:after="60"/>
              <w:jc w:val="both"/>
              <w:rPr>
                <w:rFonts w:cs="Times New Roman"/>
                <w:sz w:val="26"/>
                <w:szCs w:val="26"/>
              </w:rPr>
            </w:pPr>
            <w:r w:rsidRPr="002F6785">
              <w:rPr>
                <w:rFonts w:cs="Times New Roman"/>
                <w:sz w:val="26"/>
                <w:szCs w:val="26"/>
              </w:rPr>
              <w:t>1. Giấy chứng nhận, kết quả thử nghiệm, giám định, đăng ký công bố hợp quy và kết quả kiểm tra nhà nước về chất lượng sản phẩm, hàng hóa thép được cấp, tiếp nhận hoặc ban hành trước ngày Nghị định này có hiệu lực tiếp tục được sử dụng trong phạm vi và thời hạn còn hiệu lực, trừ trường hợp bị đình chỉ, thu hồi hoặc có căn cứ xác định không còn bảo đảm.</w:t>
            </w:r>
          </w:p>
          <w:p w:rsidR="00005E43" w:rsidRPr="002F6785" w:rsidRDefault="00005E43" w:rsidP="002F6785">
            <w:pPr>
              <w:widowControl w:val="0"/>
              <w:spacing w:before="60" w:after="60"/>
              <w:jc w:val="both"/>
              <w:rPr>
                <w:rFonts w:cs="Times New Roman"/>
                <w:sz w:val="26"/>
                <w:szCs w:val="26"/>
              </w:rPr>
            </w:pPr>
            <w:r w:rsidRPr="002F6785">
              <w:rPr>
                <w:rFonts w:cs="Times New Roman"/>
                <w:sz w:val="26"/>
                <w:szCs w:val="26"/>
              </w:rPr>
              <w:t xml:space="preserve">2. Quy chuẩn kỹ thuật quốc gia, Danh mục sản phẩm, hàng hóa thép và văn bản quản lý chất lượng thép do bộ, cơ quan ngang bộ ban hành trước ngày Nghị định này có hiệu lực tiếp tục được áp dụng cho đến khi được sửa đổi, thay thế hoặc bãi bỏ. </w:t>
            </w:r>
          </w:p>
          <w:p w:rsidR="00005E43" w:rsidRPr="002F6785" w:rsidRDefault="00005E43" w:rsidP="002F6785">
            <w:pPr>
              <w:widowControl w:val="0"/>
              <w:spacing w:before="60" w:after="60"/>
              <w:jc w:val="both"/>
              <w:rPr>
                <w:rFonts w:cs="Times New Roman"/>
                <w:sz w:val="26"/>
                <w:szCs w:val="26"/>
              </w:rPr>
            </w:pPr>
            <w:r w:rsidRPr="002F6785">
              <w:rPr>
                <w:rFonts w:cs="Times New Roman"/>
                <w:sz w:val="26"/>
                <w:szCs w:val="26"/>
              </w:rPr>
              <w:lastRenderedPageBreak/>
              <w:t>3. Hồ sơ thủ tục hành chính đã được cơ quan có thẩm quyền tiếp nhận trước ngày Nghị định này có hiệu lực được cơ quan đã tiếp nhận tiếp tục giải quyết theo quy định tại thời điểm tiếp nhận; tổ chức, cá nhân không phải nộp lại hồ sơ. Kết quả và dữ liệu được chuyển, cập nhật cho Bộ Khoa học và Công quy định tại Nghị định này.</w:t>
            </w:r>
          </w:p>
          <w:p w:rsidR="005B442E" w:rsidRPr="002F6785" w:rsidRDefault="00005E43" w:rsidP="002F6785">
            <w:pPr>
              <w:widowControl w:val="0"/>
              <w:spacing w:before="60" w:after="60"/>
              <w:jc w:val="both"/>
              <w:rPr>
                <w:sz w:val="26"/>
                <w:szCs w:val="26"/>
              </w:rPr>
            </w:pPr>
            <w:r w:rsidRPr="002F6785">
              <w:rPr>
                <w:rFonts w:cs="Times New Roman"/>
                <w:sz w:val="26"/>
                <w:szCs w:val="26"/>
              </w:rPr>
              <w:t>4. Yêu cầu bắt buộc về hộ chiếu số, dữ liệu phát thải, dấu chân carbon và hàm lượng vật liệu tái chế chỉ được áp dụng theo lộ trình và yêu cầu kỹ thuật do cơ quan có thẩm quyền ban hành; không áp dụng đối với sản phẩm đã được sản xuất, nhập khẩu hoặc đưa ra lưu thông hợp pháp trước thời điểm yêu cầu bắt buộc có hiệu lực, trừ trường hợp pháp luật có quy định khác.</w:t>
            </w:r>
            <w:r w:rsidR="003456F9" w:rsidRPr="002F6785">
              <w:rPr>
                <w:sz w:val="26"/>
                <w:szCs w:val="26"/>
              </w:rPr>
              <w:t xml:space="preserve"> </w:t>
            </w:r>
          </w:p>
        </w:tc>
        <w:tc>
          <w:tcPr>
            <w:tcW w:w="5760" w:type="dxa"/>
            <w:tcBorders>
              <w:bottom w:val="single" w:sz="4" w:space="0" w:color="auto"/>
            </w:tcBorders>
          </w:tcPr>
          <w:p w:rsidR="002F6785" w:rsidRDefault="00AC53F4" w:rsidP="002F6785">
            <w:pPr>
              <w:spacing w:before="60" w:after="60"/>
              <w:jc w:val="both"/>
              <w:rPr>
                <w:sz w:val="26"/>
                <w:szCs w:val="26"/>
              </w:rPr>
            </w:pPr>
            <w:r w:rsidRPr="002F6785">
              <w:rPr>
                <w:sz w:val="26"/>
                <w:szCs w:val="26"/>
              </w:rPr>
              <w:lastRenderedPageBreak/>
              <w:t>Đi</w:t>
            </w:r>
            <w:r w:rsidRPr="002F6785">
              <w:rPr>
                <w:sz w:val="26"/>
                <w:szCs w:val="26"/>
              </w:rPr>
              <w:t>ề</w:t>
            </w:r>
            <w:r w:rsidRPr="002F6785">
              <w:rPr>
                <w:sz w:val="26"/>
                <w:szCs w:val="26"/>
              </w:rPr>
              <w:t>u kho</w:t>
            </w:r>
            <w:r w:rsidRPr="002F6785">
              <w:rPr>
                <w:sz w:val="26"/>
                <w:szCs w:val="26"/>
              </w:rPr>
              <w:t>ả</w:t>
            </w:r>
            <w:r w:rsidRPr="002F6785">
              <w:rPr>
                <w:sz w:val="26"/>
                <w:szCs w:val="26"/>
              </w:rPr>
              <w:t>n chuy</w:t>
            </w:r>
            <w:r w:rsidRPr="002F6785">
              <w:rPr>
                <w:sz w:val="26"/>
                <w:szCs w:val="26"/>
              </w:rPr>
              <w:t>ể</w:t>
            </w:r>
            <w:r w:rsidRPr="002F6785">
              <w:rPr>
                <w:sz w:val="26"/>
                <w:szCs w:val="26"/>
              </w:rPr>
              <w:t>n ti</w:t>
            </w:r>
            <w:r w:rsidRPr="002F6785">
              <w:rPr>
                <w:sz w:val="26"/>
                <w:szCs w:val="26"/>
              </w:rPr>
              <w:t>ế</w:t>
            </w:r>
            <w:r w:rsidRPr="002F6785">
              <w:rPr>
                <w:sz w:val="26"/>
                <w:szCs w:val="26"/>
              </w:rPr>
              <w:t>p nh</w:t>
            </w:r>
            <w:r w:rsidRPr="002F6785">
              <w:rPr>
                <w:sz w:val="26"/>
                <w:szCs w:val="26"/>
              </w:rPr>
              <w:t>ằ</w:t>
            </w:r>
            <w:r w:rsidRPr="002F6785">
              <w:rPr>
                <w:sz w:val="26"/>
                <w:szCs w:val="26"/>
              </w:rPr>
              <w:t>m b</w:t>
            </w:r>
            <w:r w:rsidRPr="002F6785">
              <w:rPr>
                <w:sz w:val="26"/>
                <w:szCs w:val="26"/>
              </w:rPr>
              <w:t>ả</w:t>
            </w:r>
            <w:r w:rsidRPr="002F6785">
              <w:rPr>
                <w:sz w:val="26"/>
                <w:szCs w:val="26"/>
              </w:rPr>
              <w:t>o đ</w:t>
            </w:r>
            <w:r w:rsidRPr="002F6785">
              <w:rPr>
                <w:sz w:val="26"/>
                <w:szCs w:val="26"/>
              </w:rPr>
              <w:t>ả</w:t>
            </w:r>
            <w:r w:rsidRPr="002F6785">
              <w:rPr>
                <w:sz w:val="26"/>
                <w:szCs w:val="26"/>
              </w:rPr>
              <w:t>m tính liên t</w:t>
            </w:r>
            <w:r w:rsidRPr="002F6785">
              <w:rPr>
                <w:sz w:val="26"/>
                <w:szCs w:val="26"/>
              </w:rPr>
              <w:t>ụ</w:t>
            </w:r>
            <w:r w:rsidRPr="002F6785">
              <w:rPr>
                <w:sz w:val="26"/>
                <w:szCs w:val="26"/>
              </w:rPr>
              <w:t xml:space="preserve">c, </w:t>
            </w:r>
            <w:r w:rsidRPr="002F6785">
              <w:rPr>
                <w:sz w:val="26"/>
                <w:szCs w:val="26"/>
              </w:rPr>
              <w:t>ổ</w:t>
            </w:r>
            <w:r w:rsidRPr="002F6785">
              <w:rPr>
                <w:sz w:val="26"/>
                <w:szCs w:val="26"/>
              </w:rPr>
              <w:t>n đ</w:t>
            </w:r>
            <w:r w:rsidRPr="002F6785">
              <w:rPr>
                <w:sz w:val="26"/>
                <w:szCs w:val="26"/>
              </w:rPr>
              <w:t>ị</w:t>
            </w:r>
            <w:r w:rsidRPr="002F6785">
              <w:rPr>
                <w:sz w:val="26"/>
                <w:szCs w:val="26"/>
              </w:rPr>
              <w:t>nh c</w:t>
            </w:r>
            <w:r w:rsidRPr="002F6785">
              <w:rPr>
                <w:sz w:val="26"/>
                <w:szCs w:val="26"/>
              </w:rPr>
              <w:t>ủ</w:t>
            </w:r>
            <w:r w:rsidRPr="002F6785">
              <w:rPr>
                <w:sz w:val="26"/>
                <w:szCs w:val="26"/>
              </w:rPr>
              <w:t>a ho</w:t>
            </w:r>
            <w:r w:rsidRPr="002F6785">
              <w:rPr>
                <w:sz w:val="26"/>
                <w:szCs w:val="26"/>
              </w:rPr>
              <w:t>ạ</w:t>
            </w:r>
            <w:r w:rsidRPr="002F6785">
              <w:rPr>
                <w:sz w:val="26"/>
                <w:szCs w:val="26"/>
              </w:rPr>
              <w:t>t đ</w:t>
            </w:r>
            <w:r w:rsidRPr="002F6785">
              <w:rPr>
                <w:sz w:val="26"/>
                <w:szCs w:val="26"/>
              </w:rPr>
              <w:t>ộ</w:t>
            </w:r>
            <w:r w:rsidRPr="002F6785">
              <w:rPr>
                <w:sz w:val="26"/>
                <w:szCs w:val="26"/>
              </w:rPr>
              <w:t>ng s</w:t>
            </w:r>
            <w:r w:rsidRPr="002F6785">
              <w:rPr>
                <w:sz w:val="26"/>
                <w:szCs w:val="26"/>
              </w:rPr>
              <w:t>ả</w:t>
            </w:r>
            <w:r w:rsidRPr="002F6785">
              <w:rPr>
                <w:sz w:val="26"/>
                <w:szCs w:val="26"/>
              </w:rPr>
              <w:t>n xu</w:t>
            </w:r>
            <w:r w:rsidRPr="002F6785">
              <w:rPr>
                <w:sz w:val="26"/>
                <w:szCs w:val="26"/>
              </w:rPr>
              <w:t>ấ</w:t>
            </w:r>
            <w:r w:rsidRPr="002F6785">
              <w:rPr>
                <w:sz w:val="26"/>
                <w:szCs w:val="26"/>
              </w:rPr>
              <w:t>t, nh</w:t>
            </w:r>
            <w:r w:rsidRPr="002F6785">
              <w:rPr>
                <w:sz w:val="26"/>
                <w:szCs w:val="26"/>
              </w:rPr>
              <w:t>ậ</w:t>
            </w:r>
            <w:r w:rsidRPr="002F6785">
              <w:rPr>
                <w:sz w:val="26"/>
                <w:szCs w:val="26"/>
              </w:rPr>
              <w:t>p kh</w:t>
            </w:r>
            <w:r w:rsidRPr="002F6785">
              <w:rPr>
                <w:sz w:val="26"/>
                <w:szCs w:val="26"/>
              </w:rPr>
              <w:t>ẩ</w:t>
            </w:r>
            <w:r w:rsidRPr="002F6785">
              <w:rPr>
                <w:sz w:val="26"/>
                <w:szCs w:val="26"/>
              </w:rPr>
              <w:t>u, kinh doanh và giá tr</w:t>
            </w:r>
            <w:r w:rsidRPr="002F6785">
              <w:rPr>
                <w:sz w:val="26"/>
                <w:szCs w:val="26"/>
              </w:rPr>
              <w:t>ị</w:t>
            </w:r>
            <w:r w:rsidRPr="002F6785">
              <w:rPr>
                <w:sz w:val="26"/>
                <w:szCs w:val="26"/>
              </w:rPr>
              <w:t xml:space="preserve"> pháp lý c</w:t>
            </w:r>
            <w:r w:rsidRPr="002F6785">
              <w:rPr>
                <w:sz w:val="26"/>
                <w:szCs w:val="26"/>
              </w:rPr>
              <w:t>ủ</w:t>
            </w:r>
            <w:r w:rsidRPr="002F6785">
              <w:rPr>
                <w:sz w:val="26"/>
                <w:szCs w:val="26"/>
              </w:rPr>
              <w:t>a các gi</w:t>
            </w:r>
            <w:r w:rsidRPr="002F6785">
              <w:rPr>
                <w:sz w:val="26"/>
                <w:szCs w:val="26"/>
              </w:rPr>
              <w:t>ấ</w:t>
            </w:r>
            <w:r w:rsidRPr="002F6785">
              <w:rPr>
                <w:sz w:val="26"/>
                <w:szCs w:val="26"/>
              </w:rPr>
              <w:t>y ch</w:t>
            </w:r>
            <w:r w:rsidRPr="002F6785">
              <w:rPr>
                <w:sz w:val="26"/>
                <w:szCs w:val="26"/>
              </w:rPr>
              <w:t>ứ</w:t>
            </w:r>
            <w:r w:rsidRPr="002F6785">
              <w:rPr>
                <w:sz w:val="26"/>
                <w:szCs w:val="26"/>
              </w:rPr>
              <w:t xml:space="preserve">ng </w:t>
            </w:r>
            <w:r w:rsidRPr="002F6785">
              <w:rPr>
                <w:sz w:val="26"/>
                <w:szCs w:val="26"/>
              </w:rPr>
              <w:t>nh</w:t>
            </w:r>
            <w:r w:rsidRPr="002F6785">
              <w:rPr>
                <w:sz w:val="26"/>
                <w:szCs w:val="26"/>
              </w:rPr>
              <w:t>ậ</w:t>
            </w:r>
            <w:r w:rsidRPr="002F6785">
              <w:rPr>
                <w:sz w:val="26"/>
                <w:szCs w:val="26"/>
              </w:rPr>
              <w:t>n, k</w:t>
            </w:r>
            <w:r w:rsidRPr="002F6785">
              <w:rPr>
                <w:sz w:val="26"/>
                <w:szCs w:val="26"/>
              </w:rPr>
              <w:t>ế</w:t>
            </w:r>
            <w:r w:rsidRPr="002F6785">
              <w:rPr>
                <w:sz w:val="26"/>
                <w:szCs w:val="26"/>
              </w:rPr>
              <w:t>t qu</w:t>
            </w:r>
            <w:r w:rsidRPr="002F6785">
              <w:rPr>
                <w:sz w:val="26"/>
                <w:szCs w:val="26"/>
              </w:rPr>
              <w:t>ả</w:t>
            </w:r>
            <w:r w:rsidRPr="002F6785">
              <w:rPr>
                <w:sz w:val="26"/>
                <w:szCs w:val="26"/>
              </w:rPr>
              <w:t xml:space="preserve"> th</w:t>
            </w:r>
            <w:r w:rsidRPr="002F6785">
              <w:rPr>
                <w:sz w:val="26"/>
                <w:szCs w:val="26"/>
              </w:rPr>
              <w:t>ử</w:t>
            </w:r>
            <w:r w:rsidRPr="002F6785">
              <w:rPr>
                <w:sz w:val="26"/>
                <w:szCs w:val="26"/>
              </w:rPr>
              <w:t xml:space="preserve"> nghi</w:t>
            </w:r>
            <w:r w:rsidRPr="002F6785">
              <w:rPr>
                <w:sz w:val="26"/>
                <w:szCs w:val="26"/>
              </w:rPr>
              <w:t>ệ</w:t>
            </w:r>
            <w:r w:rsidRPr="002F6785">
              <w:rPr>
                <w:sz w:val="26"/>
                <w:szCs w:val="26"/>
              </w:rPr>
              <w:t>m, giám đ</w:t>
            </w:r>
            <w:r w:rsidRPr="002F6785">
              <w:rPr>
                <w:sz w:val="26"/>
                <w:szCs w:val="26"/>
              </w:rPr>
              <w:t>ị</w:t>
            </w:r>
            <w:r w:rsidRPr="002F6785">
              <w:rPr>
                <w:sz w:val="26"/>
                <w:szCs w:val="26"/>
              </w:rPr>
              <w:t>nh, công b</w:t>
            </w:r>
            <w:r w:rsidRPr="002F6785">
              <w:rPr>
                <w:sz w:val="26"/>
                <w:szCs w:val="26"/>
              </w:rPr>
              <w:t>ố</w:t>
            </w:r>
            <w:r w:rsidRPr="002F6785">
              <w:rPr>
                <w:sz w:val="26"/>
                <w:szCs w:val="26"/>
              </w:rPr>
              <w:t xml:space="preserve"> h</w:t>
            </w:r>
            <w:r w:rsidRPr="002F6785">
              <w:rPr>
                <w:sz w:val="26"/>
                <w:szCs w:val="26"/>
              </w:rPr>
              <w:t>ợ</w:t>
            </w:r>
            <w:r w:rsidRPr="002F6785">
              <w:rPr>
                <w:sz w:val="26"/>
                <w:szCs w:val="26"/>
              </w:rPr>
              <w:t>p quy, k</w:t>
            </w:r>
            <w:r w:rsidRPr="002F6785">
              <w:rPr>
                <w:sz w:val="26"/>
                <w:szCs w:val="26"/>
              </w:rPr>
              <w:t>ế</w:t>
            </w:r>
            <w:r w:rsidRPr="002F6785">
              <w:rPr>
                <w:sz w:val="26"/>
                <w:szCs w:val="26"/>
              </w:rPr>
              <w:t>t qu</w:t>
            </w:r>
            <w:r w:rsidRPr="002F6785">
              <w:rPr>
                <w:sz w:val="26"/>
                <w:szCs w:val="26"/>
              </w:rPr>
              <w:t>ả</w:t>
            </w:r>
            <w:r w:rsidRPr="002F6785">
              <w:rPr>
                <w:sz w:val="26"/>
                <w:szCs w:val="26"/>
              </w:rPr>
              <w:t xml:space="preserve"> ki</w:t>
            </w:r>
            <w:r w:rsidRPr="002F6785">
              <w:rPr>
                <w:sz w:val="26"/>
                <w:szCs w:val="26"/>
              </w:rPr>
              <w:t>ể</w:t>
            </w:r>
            <w:r w:rsidRPr="002F6785">
              <w:rPr>
                <w:sz w:val="26"/>
                <w:szCs w:val="26"/>
              </w:rPr>
              <w:t>m tra đã đư</w:t>
            </w:r>
            <w:r w:rsidRPr="002F6785">
              <w:rPr>
                <w:sz w:val="26"/>
                <w:szCs w:val="26"/>
              </w:rPr>
              <w:t>ợ</w:t>
            </w:r>
            <w:r w:rsidRPr="002F6785">
              <w:rPr>
                <w:sz w:val="26"/>
                <w:szCs w:val="26"/>
              </w:rPr>
              <w:t>c c</w:t>
            </w:r>
            <w:r w:rsidRPr="002F6785">
              <w:rPr>
                <w:sz w:val="26"/>
                <w:szCs w:val="26"/>
              </w:rPr>
              <w:t>ấ</w:t>
            </w:r>
            <w:r w:rsidRPr="002F6785">
              <w:rPr>
                <w:sz w:val="26"/>
                <w:szCs w:val="26"/>
              </w:rPr>
              <w:t>p, ti</w:t>
            </w:r>
            <w:r w:rsidRPr="002F6785">
              <w:rPr>
                <w:sz w:val="26"/>
                <w:szCs w:val="26"/>
              </w:rPr>
              <w:t>ế</w:t>
            </w:r>
            <w:r w:rsidRPr="002F6785">
              <w:rPr>
                <w:sz w:val="26"/>
                <w:szCs w:val="26"/>
              </w:rPr>
              <w:t>p nh</w:t>
            </w:r>
            <w:r w:rsidRPr="002F6785">
              <w:rPr>
                <w:sz w:val="26"/>
                <w:szCs w:val="26"/>
              </w:rPr>
              <w:t>ậ</w:t>
            </w:r>
            <w:r w:rsidRPr="002F6785">
              <w:rPr>
                <w:sz w:val="26"/>
                <w:szCs w:val="26"/>
              </w:rPr>
              <w:t>n ho</w:t>
            </w:r>
            <w:r w:rsidRPr="002F6785">
              <w:rPr>
                <w:sz w:val="26"/>
                <w:szCs w:val="26"/>
              </w:rPr>
              <w:t>ặ</w:t>
            </w:r>
            <w:r w:rsidRPr="002F6785">
              <w:rPr>
                <w:sz w:val="26"/>
                <w:szCs w:val="26"/>
              </w:rPr>
              <w:t>c ban hành h</w:t>
            </w:r>
            <w:r w:rsidRPr="002F6785">
              <w:rPr>
                <w:sz w:val="26"/>
                <w:szCs w:val="26"/>
              </w:rPr>
              <w:t>ợ</w:t>
            </w:r>
            <w:r w:rsidRPr="002F6785">
              <w:rPr>
                <w:sz w:val="26"/>
                <w:szCs w:val="26"/>
              </w:rPr>
              <w:t>p pháp trư</w:t>
            </w:r>
            <w:r w:rsidRPr="002F6785">
              <w:rPr>
                <w:sz w:val="26"/>
                <w:szCs w:val="26"/>
              </w:rPr>
              <w:t>ớ</w:t>
            </w:r>
            <w:r w:rsidRPr="002F6785">
              <w:rPr>
                <w:sz w:val="26"/>
                <w:szCs w:val="26"/>
              </w:rPr>
              <w:t>c ngày Ngh</w:t>
            </w:r>
            <w:r w:rsidRPr="002F6785">
              <w:rPr>
                <w:sz w:val="26"/>
                <w:szCs w:val="26"/>
              </w:rPr>
              <w:t>ị</w:t>
            </w:r>
            <w:r w:rsidRPr="002F6785">
              <w:rPr>
                <w:sz w:val="26"/>
                <w:szCs w:val="26"/>
              </w:rPr>
              <w:t xml:space="preserve"> đ</w:t>
            </w:r>
            <w:r w:rsidRPr="002F6785">
              <w:rPr>
                <w:sz w:val="26"/>
                <w:szCs w:val="26"/>
              </w:rPr>
              <w:t>ị</w:t>
            </w:r>
            <w:r w:rsidRPr="002F6785">
              <w:rPr>
                <w:sz w:val="26"/>
                <w:szCs w:val="26"/>
              </w:rPr>
              <w:t>nh có hi</w:t>
            </w:r>
            <w:r w:rsidRPr="002F6785">
              <w:rPr>
                <w:sz w:val="26"/>
                <w:szCs w:val="26"/>
              </w:rPr>
              <w:t>ệ</w:t>
            </w:r>
            <w:r w:rsidRPr="002F6785">
              <w:rPr>
                <w:sz w:val="26"/>
                <w:szCs w:val="26"/>
              </w:rPr>
              <w:t>u l</w:t>
            </w:r>
            <w:r w:rsidRPr="002F6785">
              <w:rPr>
                <w:sz w:val="26"/>
                <w:szCs w:val="26"/>
              </w:rPr>
              <w:t>ự</w:t>
            </w:r>
            <w:r w:rsidRPr="002F6785">
              <w:rPr>
                <w:sz w:val="26"/>
                <w:szCs w:val="26"/>
              </w:rPr>
              <w:t>c. Vi</w:t>
            </w:r>
            <w:r w:rsidRPr="002F6785">
              <w:rPr>
                <w:sz w:val="26"/>
                <w:szCs w:val="26"/>
              </w:rPr>
              <w:t>ệ</w:t>
            </w:r>
            <w:r w:rsidRPr="002F6785">
              <w:rPr>
                <w:sz w:val="26"/>
                <w:szCs w:val="26"/>
              </w:rPr>
              <w:t>c ti</w:t>
            </w:r>
            <w:r w:rsidRPr="002F6785">
              <w:rPr>
                <w:sz w:val="26"/>
                <w:szCs w:val="26"/>
              </w:rPr>
              <w:t>ế</w:t>
            </w:r>
            <w:r w:rsidRPr="002F6785">
              <w:rPr>
                <w:sz w:val="26"/>
                <w:szCs w:val="26"/>
              </w:rPr>
              <w:t>p t</w:t>
            </w:r>
            <w:r w:rsidRPr="002F6785">
              <w:rPr>
                <w:sz w:val="26"/>
                <w:szCs w:val="26"/>
              </w:rPr>
              <w:t>ụ</w:t>
            </w:r>
            <w:r w:rsidRPr="002F6785">
              <w:rPr>
                <w:sz w:val="26"/>
                <w:szCs w:val="26"/>
              </w:rPr>
              <w:t>c s</w:t>
            </w:r>
            <w:r w:rsidRPr="002F6785">
              <w:rPr>
                <w:sz w:val="26"/>
                <w:szCs w:val="26"/>
              </w:rPr>
              <w:t>ử</w:t>
            </w:r>
            <w:r w:rsidRPr="002F6785">
              <w:rPr>
                <w:sz w:val="26"/>
                <w:szCs w:val="26"/>
              </w:rPr>
              <w:t xml:space="preserve"> d</w:t>
            </w:r>
            <w:r w:rsidRPr="002F6785">
              <w:rPr>
                <w:sz w:val="26"/>
                <w:szCs w:val="26"/>
              </w:rPr>
              <w:t>ụ</w:t>
            </w:r>
            <w:r w:rsidRPr="002F6785">
              <w:rPr>
                <w:sz w:val="26"/>
                <w:szCs w:val="26"/>
              </w:rPr>
              <w:t>ng trong ph</w:t>
            </w:r>
            <w:r w:rsidRPr="002F6785">
              <w:rPr>
                <w:sz w:val="26"/>
                <w:szCs w:val="26"/>
              </w:rPr>
              <w:t>ạ</w:t>
            </w:r>
            <w:r w:rsidRPr="002F6785">
              <w:rPr>
                <w:sz w:val="26"/>
                <w:szCs w:val="26"/>
              </w:rPr>
              <w:t>m vi và th</w:t>
            </w:r>
            <w:r w:rsidRPr="002F6785">
              <w:rPr>
                <w:sz w:val="26"/>
                <w:szCs w:val="26"/>
              </w:rPr>
              <w:t>ờ</w:t>
            </w:r>
            <w:r w:rsidRPr="002F6785">
              <w:rPr>
                <w:sz w:val="26"/>
                <w:szCs w:val="26"/>
              </w:rPr>
              <w:t>i h</w:t>
            </w:r>
            <w:r w:rsidRPr="002F6785">
              <w:rPr>
                <w:sz w:val="26"/>
                <w:szCs w:val="26"/>
              </w:rPr>
              <w:t>ạ</w:t>
            </w:r>
            <w:r w:rsidRPr="002F6785">
              <w:rPr>
                <w:sz w:val="26"/>
                <w:szCs w:val="26"/>
              </w:rPr>
              <w:t>n còn hi</w:t>
            </w:r>
            <w:r w:rsidRPr="002F6785">
              <w:rPr>
                <w:sz w:val="26"/>
                <w:szCs w:val="26"/>
              </w:rPr>
              <w:t>ệ</w:t>
            </w:r>
            <w:r w:rsidRPr="002F6785">
              <w:rPr>
                <w:sz w:val="26"/>
                <w:szCs w:val="26"/>
              </w:rPr>
              <w:t>u l</w:t>
            </w:r>
            <w:r w:rsidRPr="002F6785">
              <w:rPr>
                <w:sz w:val="26"/>
                <w:szCs w:val="26"/>
              </w:rPr>
              <w:t>ự</w:t>
            </w:r>
            <w:r w:rsidRPr="002F6785">
              <w:rPr>
                <w:sz w:val="26"/>
                <w:szCs w:val="26"/>
              </w:rPr>
              <w:t>c giúp tránh yêu c</w:t>
            </w:r>
            <w:r w:rsidRPr="002F6785">
              <w:rPr>
                <w:sz w:val="26"/>
                <w:szCs w:val="26"/>
              </w:rPr>
              <w:t>ầ</w:t>
            </w:r>
            <w:r w:rsidRPr="002F6785">
              <w:rPr>
                <w:sz w:val="26"/>
                <w:szCs w:val="26"/>
              </w:rPr>
              <w:t>u t</w:t>
            </w:r>
            <w:r w:rsidRPr="002F6785">
              <w:rPr>
                <w:sz w:val="26"/>
                <w:szCs w:val="26"/>
              </w:rPr>
              <w:t>ổ</w:t>
            </w:r>
            <w:r w:rsidRPr="002F6785">
              <w:rPr>
                <w:sz w:val="26"/>
                <w:szCs w:val="26"/>
              </w:rPr>
              <w:t xml:space="preserve"> ch</w:t>
            </w:r>
            <w:r w:rsidRPr="002F6785">
              <w:rPr>
                <w:sz w:val="26"/>
                <w:szCs w:val="26"/>
              </w:rPr>
              <w:t>ứ</w:t>
            </w:r>
            <w:r w:rsidRPr="002F6785">
              <w:rPr>
                <w:sz w:val="26"/>
                <w:szCs w:val="26"/>
              </w:rPr>
              <w:t>c, cá nhân th</w:t>
            </w:r>
            <w:r w:rsidRPr="002F6785">
              <w:rPr>
                <w:sz w:val="26"/>
                <w:szCs w:val="26"/>
              </w:rPr>
              <w:t>ự</w:t>
            </w:r>
            <w:r w:rsidRPr="002F6785">
              <w:rPr>
                <w:sz w:val="26"/>
                <w:szCs w:val="26"/>
              </w:rPr>
              <w:t>c hi</w:t>
            </w:r>
            <w:r w:rsidRPr="002F6785">
              <w:rPr>
                <w:sz w:val="26"/>
                <w:szCs w:val="26"/>
              </w:rPr>
              <w:t>ệ</w:t>
            </w:r>
            <w:r w:rsidRPr="002F6785">
              <w:rPr>
                <w:sz w:val="26"/>
                <w:szCs w:val="26"/>
              </w:rPr>
              <w:t>n l</w:t>
            </w:r>
            <w:r w:rsidRPr="002F6785">
              <w:rPr>
                <w:sz w:val="26"/>
                <w:szCs w:val="26"/>
              </w:rPr>
              <w:t>ạ</w:t>
            </w:r>
            <w:r w:rsidRPr="002F6785">
              <w:rPr>
                <w:sz w:val="26"/>
                <w:szCs w:val="26"/>
              </w:rPr>
              <w:t>i th</w:t>
            </w:r>
            <w:r w:rsidRPr="002F6785">
              <w:rPr>
                <w:sz w:val="26"/>
                <w:szCs w:val="26"/>
              </w:rPr>
              <w:t>ủ</w:t>
            </w:r>
            <w:r w:rsidRPr="002F6785">
              <w:rPr>
                <w:sz w:val="26"/>
                <w:szCs w:val="26"/>
              </w:rPr>
              <w:t xml:space="preserve"> t</w:t>
            </w:r>
            <w:r w:rsidRPr="002F6785">
              <w:rPr>
                <w:sz w:val="26"/>
                <w:szCs w:val="26"/>
              </w:rPr>
              <w:t>ụ</w:t>
            </w:r>
            <w:r w:rsidRPr="002F6785">
              <w:rPr>
                <w:sz w:val="26"/>
                <w:szCs w:val="26"/>
              </w:rPr>
              <w:t>c ch</w:t>
            </w:r>
            <w:r w:rsidRPr="002F6785">
              <w:rPr>
                <w:sz w:val="26"/>
                <w:szCs w:val="26"/>
              </w:rPr>
              <w:t>ỉ</w:t>
            </w:r>
            <w:r w:rsidRPr="002F6785">
              <w:rPr>
                <w:sz w:val="26"/>
                <w:szCs w:val="26"/>
              </w:rPr>
              <w:t xml:space="preserve"> do thay đ</w:t>
            </w:r>
            <w:r w:rsidRPr="002F6785">
              <w:rPr>
                <w:sz w:val="26"/>
                <w:szCs w:val="26"/>
              </w:rPr>
              <w:t>ổ</w:t>
            </w:r>
            <w:r w:rsidRPr="002F6785">
              <w:rPr>
                <w:sz w:val="26"/>
                <w:szCs w:val="26"/>
              </w:rPr>
              <w:t>i văn b</w:t>
            </w:r>
            <w:r w:rsidRPr="002F6785">
              <w:rPr>
                <w:sz w:val="26"/>
                <w:szCs w:val="26"/>
              </w:rPr>
              <w:t>ả</w:t>
            </w:r>
            <w:r w:rsidRPr="002F6785">
              <w:rPr>
                <w:sz w:val="26"/>
                <w:szCs w:val="26"/>
              </w:rPr>
              <w:t>n pháp lu</w:t>
            </w:r>
            <w:r w:rsidRPr="002F6785">
              <w:rPr>
                <w:sz w:val="26"/>
                <w:szCs w:val="26"/>
              </w:rPr>
              <w:t>ậ</w:t>
            </w:r>
            <w:r w:rsidRPr="002F6785">
              <w:rPr>
                <w:sz w:val="26"/>
                <w:szCs w:val="26"/>
              </w:rPr>
              <w:t>t.</w:t>
            </w:r>
          </w:p>
          <w:p w:rsidR="008D4B75" w:rsidRPr="002F6785" w:rsidRDefault="00AC53F4" w:rsidP="002F6785">
            <w:pPr>
              <w:spacing w:before="60" w:after="60"/>
              <w:jc w:val="both"/>
              <w:rPr>
                <w:sz w:val="26"/>
                <w:szCs w:val="26"/>
              </w:rPr>
            </w:pPr>
            <w:r w:rsidRPr="002F6785">
              <w:rPr>
                <w:sz w:val="26"/>
                <w:szCs w:val="26"/>
              </w:rPr>
              <w:t>Quy đ</w:t>
            </w:r>
            <w:r w:rsidRPr="002F6785">
              <w:rPr>
                <w:sz w:val="26"/>
                <w:szCs w:val="26"/>
              </w:rPr>
              <w:t>ị</w:t>
            </w:r>
            <w:r w:rsidRPr="002F6785">
              <w:rPr>
                <w:sz w:val="26"/>
                <w:szCs w:val="26"/>
              </w:rPr>
              <w:t>nh v</w:t>
            </w:r>
            <w:r w:rsidRPr="002F6785">
              <w:rPr>
                <w:sz w:val="26"/>
                <w:szCs w:val="26"/>
              </w:rPr>
              <w:t>ề</w:t>
            </w:r>
            <w:r w:rsidRPr="002F6785">
              <w:rPr>
                <w:sz w:val="26"/>
                <w:szCs w:val="26"/>
              </w:rPr>
              <w:t xml:space="preserve"> ti</w:t>
            </w:r>
            <w:r w:rsidRPr="002F6785">
              <w:rPr>
                <w:sz w:val="26"/>
                <w:szCs w:val="26"/>
              </w:rPr>
              <w:t>ế</w:t>
            </w:r>
            <w:r w:rsidRPr="002F6785">
              <w:rPr>
                <w:sz w:val="26"/>
                <w:szCs w:val="26"/>
              </w:rPr>
              <w:t>p t</w:t>
            </w:r>
            <w:r w:rsidRPr="002F6785">
              <w:rPr>
                <w:sz w:val="26"/>
                <w:szCs w:val="26"/>
              </w:rPr>
              <w:t>ụ</w:t>
            </w:r>
            <w:r w:rsidRPr="002F6785">
              <w:rPr>
                <w:sz w:val="26"/>
                <w:szCs w:val="26"/>
              </w:rPr>
              <w:t>c áp d</w:t>
            </w:r>
            <w:r w:rsidRPr="002F6785">
              <w:rPr>
                <w:sz w:val="26"/>
                <w:szCs w:val="26"/>
              </w:rPr>
              <w:t>ụ</w:t>
            </w:r>
            <w:r w:rsidRPr="002F6785">
              <w:rPr>
                <w:sz w:val="26"/>
                <w:szCs w:val="26"/>
              </w:rPr>
              <w:t>ng quy chu</w:t>
            </w:r>
            <w:r w:rsidRPr="002F6785">
              <w:rPr>
                <w:sz w:val="26"/>
                <w:szCs w:val="26"/>
              </w:rPr>
              <w:t>ẩ</w:t>
            </w:r>
            <w:r w:rsidRPr="002F6785">
              <w:rPr>
                <w:sz w:val="26"/>
                <w:szCs w:val="26"/>
              </w:rPr>
              <w:t>n k</w:t>
            </w:r>
            <w:r w:rsidRPr="002F6785">
              <w:rPr>
                <w:sz w:val="26"/>
                <w:szCs w:val="26"/>
              </w:rPr>
              <w:t>ỹ</w:t>
            </w:r>
            <w:r w:rsidRPr="002F6785">
              <w:rPr>
                <w:sz w:val="26"/>
                <w:szCs w:val="26"/>
              </w:rPr>
              <w:t xml:space="preserve"> thu</w:t>
            </w:r>
            <w:r w:rsidRPr="002F6785">
              <w:rPr>
                <w:sz w:val="26"/>
                <w:szCs w:val="26"/>
              </w:rPr>
              <w:t>ậ</w:t>
            </w:r>
            <w:r w:rsidRPr="002F6785">
              <w:rPr>
                <w:sz w:val="26"/>
                <w:szCs w:val="26"/>
              </w:rPr>
              <w:t>t, danh m</w:t>
            </w:r>
            <w:r w:rsidRPr="002F6785">
              <w:rPr>
                <w:sz w:val="26"/>
                <w:szCs w:val="26"/>
              </w:rPr>
              <w:t>ụ</w:t>
            </w:r>
            <w:r w:rsidRPr="002F6785">
              <w:rPr>
                <w:sz w:val="26"/>
                <w:szCs w:val="26"/>
              </w:rPr>
              <w:t>c và văn b</w:t>
            </w:r>
            <w:r w:rsidRPr="002F6785">
              <w:rPr>
                <w:sz w:val="26"/>
                <w:szCs w:val="26"/>
              </w:rPr>
              <w:t>ả</w:t>
            </w:r>
            <w:r w:rsidRPr="002F6785">
              <w:rPr>
                <w:sz w:val="26"/>
                <w:szCs w:val="26"/>
              </w:rPr>
              <w:t>n qu</w:t>
            </w:r>
            <w:r w:rsidRPr="002F6785">
              <w:rPr>
                <w:sz w:val="26"/>
                <w:szCs w:val="26"/>
              </w:rPr>
              <w:t>ả</w:t>
            </w:r>
            <w:r w:rsidRPr="002F6785">
              <w:rPr>
                <w:sz w:val="26"/>
                <w:szCs w:val="26"/>
              </w:rPr>
              <w:t>n lý hi</w:t>
            </w:r>
            <w:r w:rsidRPr="002F6785">
              <w:rPr>
                <w:sz w:val="26"/>
                <w:szCs w:val="26"/>
              </w:rPr>
              <w:t>ệ</w:t>
            </w:r>
            <w:r w:rsidRPr="002F6785">
              <w:rPr>
                <w:sz w:val="26"/>
                <w:szCs w:val="26"/>
              </w:rPr>
              <w:t>n hành cho đ</w:t>
            </w:r>
            <w:r w:rsidRPr="002F6785">
              <w:rPr>
                <w:sz w:val="26"/>
                <w:szCs w:val="26"/>
              </w:rPr>
              <w:t>ế</w:t>
            </w:r>
            <w:r w:rsidRPr="002F6785">
              <w:rPr>
                <w:sz w:val="26"/>
                <w:szCs w:val="26"/>
              </w:rPr>
              <w:t>n khi đư</w:t>
            </w:r>
            <w:r w:rsidRPr="002F6785">
              <w:rPr>
                <w:sz w:val="26"/>
                <w:szCs w:val="26"/>
              </w:rPr>
              <w:t>ợ</w:t>
            </w:r>
            <w:r w:rsidRPr="002F6785">
              <w:rPr>
                <w:sz w:val="26"/>
                <w:szCs w:val="26"/>
              </w:rPr>
              <w:t xml:space="preserve">c </w:t>
            </w:r>
            <w:r w:rsidRPr="002F6785">
              <w:rPr>
                <w:sz w:val="26"/>
                <w:szCs w:val="26"/>
              </w:rPr>
              <w:lastRenderedPageBreak/>
              <w:t>s</w:t>
            </w:r>
            <w:r w:rsidRPr="002F6785">
              <w:rPr>
                <w:sz w:val="26"/>
                <w:szCs w:val="26"/>
              </w:rPr>
              <w:t>ử</w:t>
            </w:r>
            <w:r w:rsidRPr="002F6785">
              <w:rPr>
                <w:sz w:val="26"/>
                <w:szCs w:val="26"/>
              </w:rPr>
              <w:t>a đ</w:t>
            </w:r>
            <w:r w:rsidRPr="002F6785">
              <w:rPr>
                <w:sz w:val="26"/>
                <w:szCs w:val="26"/>
              </w:rPr>
              <w:t>ổ</w:t>
            </w:r>
            <w:r w:rsidRPr="002F6785">
              <w:rPr>
                <w:sz w:val="26"/>
                <w:szCs w:val="26"/>
              </w:rPr>
              <w:t>i, thay th</w:t>
            </w:r>
            <w:r w:rsidRPr="002F6785">
              <w:rPr>
                <w:sz w:val="26"/>
                <w:szCs w:val="26"/>
              </w:rPr>
              <w:t>ế</w:t>
            </w:r>
            <w:r w:rsidRPr="002F6785">
              <w:rPr>
                <w:sz w:val="26"/>
                <w:szCs w:val="26"/>
              </w:rPr>
              <w:t xml:space="preserve"> ho</w:t>
            </w:r>
            <w:r w:rsidRPr="002F6785">
              <w:rPr>
                <w:sz w:val="26"/>
                <w:szCs w:val="26"/>
              </w:rPr>
              <w:t>ặ</w:t>
            </w:r>
            <w:r w:rsidRPr="002F6785">
              <w:rPr>
                <w:sz w:val="26"/>
                <w:szCs w:val="26"/>
              </w:rPr>
              <w:t>c bãi b</w:t>
            </w:r>
            <w:r w:rsidRPr="002F6785">
              <w:rPr>
                <w:sz w:val="26"/>
                <w:szCs w:val="26"/>
              </w:rPr>
              <w:t>ỏ</w:t>
            </w:r>
            <w:r w:rsidRPr="002F6785">
              <w:rPr>
                <w:sz w:val="26"/>
                <w:szCs w:val="26"/>
              </w:rPr>
              <w:t>; ti</w:t>
            </w:r>
            <w:r w:rsidRPr="002F6785">
              <w:rPr>
                <w:sz w:val="26"/>
                <w:szCs w:val="26"/>
              </w:rPr>
              <w:t>ế</w:t>
            </w:r>
            <w:r w:rsidRPr="002F6785">
              <w:rPr>
                <w:sz w:val="26"/>
                <w:szCs w:val="26"/>
              </w:rPr>
              <w:t>p t</w:t>
            </w:r>
            <w:r w:rsidRPr="002F6785">
              <w:rPr>
                <w:sz w:val="26"/>
                <w:szCs w:val="26"/>
              </w:rPr>
              <w:t>ụ</w:t>
            </w:r>
            <w:r w:rsidRPr="002F6785">
              <w:rPr>
                <w:sz w:val="26"/>
                <w:szCs w:val="26"/>
              </w:rPr>
              <w:t>c gi</w:t>
            </w:r>
            <w:r w:rsidRPr="002F6785">
              <w:rPr>
                <w:sz w:val="26"/>
                <w:szCs w:val="26"/>
              </w:rPr>
              <w:t>ả</w:t>
            </w:r>
            <w:r w:rsidRPr="002F6785">
              <w:rPr>
                <w:sz w:val="26"/>
                <w:szCs w:val="26"/>
              </w:rPr>
              <w:t>i quy</w:t>
            </w:r>
            <w:r w:rsidRPr="002F6785">
              <w:rPr>
                <w:sz w:val="26"/>
                <w:szCs w:val="26"/>
              </w:rPr>
              <w:t>ế</w:t>
            </w:r>
            <w:r w:rsidRPr="002F6785">
              <w:rPr>
                <w:sz w:val="26"/>
                <w:szCs w:val="26"/>
              </w:rPr>
              <w:t>t h</w:t>
            </w:r>
            <w:r w:rsidRPr="002F6785">
              <w:rPr>
                <w:sz w:val="26"/>
                <w:szCs w:val="26"/>
              </w:rPr>
              <w:t>ồ</w:t>
            </w:r>
            <w:r w:rsidRPr="002F6785">
              <w:rPr>
                <w:sz w:val="26"/>
                <w:szCs w:val="26"/>
              </w:rPr>
              <w:t xml:space="preserve"> sơ đã ti</w:t>
            </w:r>
            <w:r w:rsidRPr="002F6785">
              <w:rPr>
                <w:sz w:val="26"/>
                <w:szCs w:val="26"/>
              </w:rPr>
              <w:t>ế</w:t>
            </w:r>
            <w:r w:rsidRPr="002F6785">
              <w:rPr>
                <w:sz w:val="26"/>
                <w:szCs w:val="26"/>
              </w:rPr>
              <w:t>p nh</w:t>
            </w:r>
            <w:r w:rsidRPr="002F6785">
              <w:rPr>
                <w:sz w:val="26"/>
                <w:szCs w:val="26"/>
              </w:rPr>
              <w:t>ậ</w:t>
            </w:r>
            <w:r w:rsidRPr="002F6785">
              <w:rPr>
                <w:sz w:val="26"/>
                <w:szCs w:val="26"/>
              </w:rPr>
              <w:t>n theo quy đ</w:t>
            </w:r>
            <w:r w:rsidRPr="002F6785">
              <w:rPr>
                <w:sz w:val="26"/>
                <w:szCs w:val="26"/>
              </w:rPr>
              <w:t>ị</w:t>
            </w:r>
            <w:r w:rsidRPr="002F6785">
              <w:rPr>
                <w:sz w:val="26"/>
                <w:szCs w:val="26"/>
              </w:rPr>
              <w:t>nh t</w:t>
            </w:r>
            <w:r w:rsidRPr="002F6785">
              <w:rPr>
                <w:sz w:val="26"/>
                <w:szCs w:val="26"/>
              </w:rPr>
              <w:t>ạ</w:t>
            </w:r>
            <w:r w:rsidRPr="002F6785">
              <w:rPr>
                <w:sz w:val="26"/>
                <w:szCs w:val="26"/>
              </w:rPr>
              <w:t>i th</w:t>
            </w:r>
            <w:r w:rsidRPr="002F6785">
              <w:rPr>
                <w:sz w:val="26"/>
                <w:szCs w:val="26"/>
              </w:rPr>
              <w:t>ờ</w:t>
            </w:r>
            <w:r w:rsidRPr="002F6785">
              <w:rPr>
                <w:sz w:val="26"/>
                <w:szCs w:val="26"/>
              </w:rPr>
              <w:t>i đi</w:t>
            </w:r>
            <w:r w:rsidRPr="002F6785">
              <w:rPr>
                <w:sz w:val="26"/>
                <w:szCs w:val="26"/>
              </w:rPr>
              <w:t>ể</w:t>
            </w:r>
            <w:r w:rsidRPr="002F6785">
              <w:rPr>
                <w:sz w:val="26"/>
                <w:szCs w:val="26"/>
              </w:rPr>
              <w:t>m ti</w:t>
            </w:r>
            <w:r w:rsidRPr="002F6785">
              <w:rPr>
                <w:sz w:val="26"/>
                <w:szCs w:val="26"/>
              </w:rPr>
              <w:t>ế</w:t>
            </w:r>
            <w:r w:rsidRPr="002F6785">
              <w:rPr>
                <w:sz w:val="26"/>
                <w:szCs w:val="26"/>
              </w:rPr>
              <w:t xml:space="preserve">p </w:t>
            </w:r>
            <w:r w:rsidRPr="002F6785">
              <w:rPr>
                <w:sz w:val="26"/>
                <w:szCs w:val="26"/>
              </w:rPr>
              <w:t>nh</w:t>
            </w:r>
            <w:r w:rsidRPr="002F6785">
              <w:rPr>
                <w:sz w:val="26"/>
                <w:szCs w:val="26"/>
              </w:rPr>
              <w:t>ậ</w:t>
            </w:r>
            <w:r w:rsidRPr="002F6785">
              <w:rPr>
                <w:sz w:val="26"/>
                <w:szCs w:val="26"/>
              </w:rPr>
              <w:t>n; và áp d</w:t>
            </w:r>
            <w:r w:rsidRPr="002F6785">
              <w:rPr>
                <w:sz w:val="26"/>
                <w:szCs w:val="26"/>
              </w:rPr>
              <w:t>ụ</w:t>
            </w:r>
            <w:r w:rsidRPr="002F6785">
              <w:rPr>
                <w:sz w:val="26"/>
                <w:szCs w:val="26"/>
              </w:rPr>
              <w:t>ng yêu c</w:t>
            </w:r>
            <w:r w:rsidRPr="002F6785">
              <w:rPr>
                <w:sz w:val="26"/>
                <w:szCs w:val="26"/>
              </w:rPr>
              <w:t>ầ</w:t>
            </w:r>
            <w:r w:rsidRPr="002F6785">
              <w:rPr>
                <w:sz w:val="26"/>
                <w:szCs w:val="26"/>
              </w:rPr>
              <w:t>u v</w:t>
            </w:r>
            <w:r w:rsidRPr="002F6785">
              <w:rPr>
                <w:sz w:val="26"/>
                <w:szCs w:val="26"/>
              </w:rPr>
              <w:t>ề</w:t>
            </w:r>
            <w:r w:rsidRPr="002F6785">
              <w:rPr>
                <w:sz w:val="26"/>
                <w:szCs w:val="26"/>
              </w:rPr>
              <w:t xml:space="preserve"> h</w:t>
            </w:r>
            <w:r w:rsidRPr="002F6785">
              <w:rPr>
                <w:sz w:val="26"/>
                <w:szCs w:val="26"/>
              </w:rPr>
              <w:t>ộ</w:t>
            </w:r>
            <w:r w:rsidRPr="002F6785">
              <w:rPr>
                <w:sz w:val="26"/>
                <w:szCs w:val="26"/>
              </w:rPr>
              <w:t xml:space="preserve"> chi</w:t>
            </w:r>
            <w:r w:rsidRPr="002F6785">
              <w:rPr>
                <w:sz w:val="26"/>
                <w:szCs w:val="26"/>
              </w:rPr>
              <w:t>ế</w:t>
            </w:r>
            <w:r w:rsidRPr="002F6785">
              <w:rPr>
                <w:sz w:val="26"/>
                <w:szCs w:val="26"/>
              </w:rPr>
              <w:t>u s</w:t>
            </w:r>
            <w:r w:rsidRPr="002F6785">
              <w:rPr>
                <w:sz w:val="26"/>
                <w:szCs w:val="26"/>
              </w:rPr>
              <w:t>ố</w:t>
            </w:r>
            <w:r w:rsidRPr="002F6785">
              <w:rPr>
                <w:sz w:val="26"/>
                <w:szCs w:val="26"/>
              </w:rPr>
              <w:t>, d</w:t>
            </w:r>
            <w:r w:rsidRPr="002F6785">
              <w:rPr>
                <w:sz w:val="26"/>
                <w:szCs w:val="26"/>
              </w:rPr>
              <w:t>ữ</w:t>
            </w:r>
            <w:r w:rsidRPr="002F6785">
              <w:rPr>
                <w:sz w:val="26"/>
                <w:szCs w:val="26"/>
              </w:rPr>
              <w:t xml:space="preserve"> li</w:t>
            </w:r>
            <w:r w:rsidRPr="002F6785">
              <w:rPr>
                <w:sz w:val="26"/>
                <w:szCs w:val="26"/>
              </w:rPr>
              <w:t>ệ</w:t>
            </w:r>
            <w:r w:rsidRPr="002F6785">
              <w:rPr>
                <w:sz w:val="26"/>
                <w:szCs w:val="26"/>
              </w:rPr>
              <w:t>u phát th</w:t>
            </w:r>
            <w:r w:rsidRPr="002F6785">
              <w:rPr>
                <w:sz w:val="26"/>
                <w:szCs w:val="26"/>
              </w:rPr>
              <w:t>ả</w:t>
            </w:r>
            <w:r w:rsidRPr="002F6785">
              <w:rPr>
                <w:sz w:val="26"/>
                <w:szCs w:val="26"/>
              </w:rPr>
              <w:t>i, d</w:t>
            </w:r>
            <w:r w:rsidRPr="002F6785">
              <w:rPr>
                <w:sz w:val="26"/>
                <w:szCs w:val="26"/>
              </w:rPr>
              <w:t>ấ</w:t>
            </w:r>
            <w:r w:rsidRPr="002F6785">
              <w:rPr>
                <w:sz w:val="26"/>
                <w:szCs w:val="26"/>
              </w:rPr>
              <w:t>u chân carbon, v</w:t>
            </w:r>
            <w:r w:rsidRPr="002F6785">
              <w:rPr>
                <w:sz w:val="26"/>
                <w:szCs w:val="26"/>
              </w:rPr>
              <w:t>ậ</w:t>
            </w:r>
            <w:r w:rsidRPr="002F6785">
              <w:rPr>
                <w:sz w:val="26"/>
                <w:szCs w:val="26"/>
              </w:rPr>
              <w:t>t li</w:t>
            </w:r>
            <w:r w:rsidRPr="002F6785">
              <w:rPr>
                <w:sz w:val="26"/>
                <w:szCs w:val="26"/>
              </w:rPr>
              <w:t>ệ</w:t>
            </w:r>
            <w:r w:rsidRPr="002F6785">
              <w:rPr>
                <w:sz w:val="26"/>
                <w:szCs w:val="26"/>
              </w:rPr>
              <w:t>u tái ch</w:t>
            </w:r>
            <w:r w:rsidRPr="002F6785">
              <w:rPr>
                <w:sz w:val="26"/>
                <w:szCs w:val="26"/>
              </w:rPr>
              <w:t>ế</w:t>
            </w:r>
            <w:r w:rsidRPr="002F6785">
              <w:rPr>
                <w:sz w:val="26"/>
                <w:szCs w:val="26"/>
              </w:rPr>
              <w:t xml:space="preserve"> theo l</w:t>
            </w:r>
            <w:r w:rsidRPr="002F6785">
              <w:rPr>
                <w:sz w:val="26"/>
                <w:szCs w:val="26"/>
              </w:rPr>
              <w:t>ộ</w:t>
            </w:r>
            <w:r w:rsidRPr="002F6785">
              <w:rPr>
                <w:sz w:val="26"/>
                <w:szCs w:val="26"/>
              </w:rPr>
              <w:t xml:space="preserve"> trình có th</w:t>
            </w:r>
            <w:r w:rsidRPr="002F6785">
              <w:rPr>
                <w:sz w:val="26"/>
                <w:szCs w:val="26"/>
              </w:rPr>
              <w:t>ẩ</w:t>
            </w:r>
            <w:r w:rsidRPr="002F6785">
              <w:rPr>
                <w:sz w:val="26"/>
                <w:szCs w:val="26"/>
              </w:rPr>
              <w:t>m quy</w:t>
            </w:r>
            <w:r w:rsidRPr="002F6785">
              <w:rPr>
                <w:sz w:val="26"/>
                <w:szCs w:val="26"/>
              </w:rPr>
              <w:t>ề</w:t>
            </w:r>
            <w:r w:rsidRPr="002F6785">
              <w:rPr>
                <w:sz w:val="26"/>
                <w:szCs w:val="26"/>
              </w:rPr>
              <w:t>n nh</w:t>
            </w:r>
            <w:r w:rsidRPr="002F6785">
              <w:rPr>
                <w:sz w:val="26"/>
                <w:szCs w:val="26"/>
              </w:rPr>
              <w:t>ằ</w:t>
            </w:r>
            <w:r w:rsidRPr="002F6785">
              <w:rPr>
                <w:sz w:val="26"/>
                <w:szCs w:val="26"/>
              </w:rPr>
              <w:t>m b</w:t>
            </w:r>
            <w:r w:rsidRPr="002F6785">
              <w:rPr>
                <w:sz w:val="26"/>
                <w:szCs w:val="26"/>
              </w:rPr>
              <w:t>ả</w:t>
            </w:r>
            <w:r w:rsidRPr="002F6785">
              <w:rPr>
                <w:sz w:val="26"/>
                <w:szCs w:val="26"/>
              </w:rPr>
              <w:t>o đ</w:t>
            </w:r>
            <w:r w:rsidRPr="002F6785">
              <w:rPr>
                <w:sz w:val="26"/>
                <w:szCs w:val="26"/>
              </w:rPr>
              <w:t>ả</w:t>
            </w:r>
            <w:r w:rsidRPr="002F6785">
              <w:rPr>
                <w:sz w:val="26"/>
                <w:szCs w:val="26"/>
              </w:rPr>
              <w:t>m kh</w:t>
            </w:r>
            <w:r w:rsidRPr="002F6785">
              <w:rPr>
                <w:sz w:val="26"/>
                <w:szCs w:val="26"/>
              </w:rPr>
              <w:t>ả</w:t>
            </w:r>
            <w:r w:rsidRPr="002F6785">
              <w:rPr>
                <w:sz w:val="26"/>
                <w:szCs w:val="26"/>
              </w:rPr>
              <w:t xml:space="preserve"> thi và tránh h</w:t>
            </w:r>
            <w:r w:rsidRPr="002F6785">
              <w:rPr>
                <w:sz w:val="26"/>
                <w:szCs w:val="26"/>
              </w:rPr>
              <w:t>ồ</w:t>
            </w:r>
            <w:r w:rsidRPr="002F6785">
              <w:rPr>
                <w:sz w:val="26"/>
                <w:szCs w:val="26"/>
              </w:rPr>
              <w:t>i t</w:t>
            </w:r>
            <w:r w:rsidRPr="002F6785">
              <w:rPr>
                <w:sz w:val="26"/>
                <w:szCs w:val="26"/>
              </w:rPr>
              <w:t>ố</w:t>
            </w:r>
            <w:r w:rsidRPr="002F6785">
              <w:rPr>
                <w:sz w:val="26"/>
                <w:szCs w:val="26"/>
              </w:rPr>
              <w:t xml:space="preserve"> b</w:t>
            </w:r>
            <w:r w:rsidRPr="002F6785">
              <w:rPr>
                <w:sz w:val="26"/>
                <w:szCs w:val="26"/>
              </w:rPr>
              <w:t>ấ</w:t>
            </w:r>
            <w:r w:rsidRPr="002F6785">
              <w:rPr>
                <w:sz w:val="26"/>
                <w:szCs w:val="26"/>
              </w:rPr>
              <w:t>t l</w:t>
            </w:r>
            <w:r w:rsidRPr="002F6785">
              <w:rPr>
                <w:sz w:val="26"/>
                <w:szCs w:val="26"/>
              </w:rPr>
              <w:t>ợ</w:t>
            </w:r>
            <w:r w:rsidRPr="002F6785">
              <w:rPr>
                <w:sz w:val="26"/>
                <w:szCs w:val="26"/>
              </w:rPr>
              <w:t>i đ</w:t>
            </w:r>
            <w:r w:rsidRPr="002F6785">
              <w:rPr>
                <w:sz w:val="26"/>
                <w:szCs w:val="26"/>
              </w:rPr>
              <w:t>ố</w:t>
            </w:r>
            <w:r w:rsidRPr="002F6785">
              <w:rPr>
                <w:sz w:val="26"/>
                <w:szCs w:val="26"/>
              </w:rPr>
              <w:t>i v</w:t>
            </w:r>
            <w:r w:rsidRPr="002F6785">
              <w:rPr>
                <w:sz w:val="26"/>
                <w:szCs w:val="26"/>
              </w:rPr>
              <w:t>ớ</w:t>
            </w:r>
            <w:r w:rsidRPr="002F6785">
              <w:rPr>
                <w:sz w:val="26"/>
                <w:szCs w:val="26"/>
              </w:rPr>
              <w:t>i s</w:t>
            </w:r>
            <w:r w:rsidRPr="002F6785">
              <w:rPr>
                <w:sz w:val="26"/>
                <w:szCs w:val="26"/>
              </w:rPr>
              <w:t>ả</w:t>
            </w:r>
            <w:r w:rsidRPr="002F6785">
              <w:rPr>
                <w:sz w:val="26"/>
                <w:szCs w:val="26"/>
              </w:rPr>
              <w:t>n ph</w:t>
            </w:r>
            <w:r w:rsidRPr="002F6785">
              <w:rPr>
                <w:sz w:val="26"/>
                <w:szCs w:val="26"/>
              </w:rPr>
              <w:t>ẩ</w:t>
            </w:r>
            <w:r w:rsidRPr="002F6785">
              <w:rPr>
                <w:sz w:val="26"/>
                <w:szCs w:val="26"/>
              </w:rPr>
              <w:t>m đã đư</w:t>
            </w:r>
            <w:r w:rsidRPr="002F6785">
              <w:rPr>
                <w:sz w:val="26"/>
                <w:szCs w:val="26"/>
              </w:rPr>
              <w:t>ợ</w:t>
            </w:r>
            <w:r w:rsidRPr="002F6785">
              <w:rPr>
                <w:sz w:val="26"/>
                <w:szCs w:val="26"/>
              </w:rPr>
              <w:t>c s</w:t>
            </w:r>
            <w:r w:rsidRPr="002F6785">
              <w:rPr>
                <w:sz w:val="26"/>
                <w:szCs w:val="26"/>
              </w:rPr>
              <w:t>ả</w:t>
            </w:r>
            <w:r w:rsidRPr="002F6785">
              <w:rPr>
                <w:sz w:val="26"/>
                <w:szCs w:val="26"/>
              </w:rPr>
              <w:t>n xu</w:t>
            </w:r>
            <w:r w:rsidRPr="002F6785">
              <w:rPr>
                <w:sz w:val="26"/>
                <w:szCs w:val="26"/>
              </w:rPr>
              <w:t>ấ</w:t>
            </w:r>
            <w:r w:rsidRPr="002F6785">
              <w:rPr>
                <w:sz w:val="26"/>
                <w:szCs w:val="26"/>
              </w:rPr>
              <w:t>t, nh</w:t>
            </w:r>
            <w:r w:rsidRPr="002F6785">
              <w:rPr>
                <w:sz w:val="26"/>
                <w:szCs w:val="26"/>
              </w:rPr>
              <w:t>ậ</w:t>
            </w:r>
            <w:r w:rsidRPr="002F6785">
              <w:rPr>
                <w:sz w:val="26"/>
                <w:szCs w:val="26"/>
              </w:rPr>
              <w:t>p kh</w:t>
            </w:r>
            <w:r w:rsidRPr="002F6785">
              <w:rPr>
                <w:sz w:val="26"/>
                <w:szCs w:val="26"/>
              </w:rPr>
              <w:t>ẩ</w:t>
            </w:r>
            <w:r w:rsidRPr="002F6785">
              <w:rPr>
                <w:sz w:val="26"/>
                <w:szCs w:val="26"/>
              </w:rPr>
              <w:t>u ho</w:t>
            </w:r>
            <w:r w:rsidRPr="002F6785">
              <w:rPr>
                <w:sz w:val="26"/>
                <w:szCs w:val="26"/>
              </w:rPr>
              <w:t>ặ</w:t>
            </w:r>
            <w:r w:rsidRPr="002F6785">
              <w:rPr>
                <w:sz w:val="26"/>
                <w:szCs w:val="26"/>
              </w:rPr>
              <w:t>c lưu thông h</w:t>
            </w:r>
            <w:r w:rsidRPr="002F6785">
              <w:rPr>
                <w:sz w:val="26"/>
                <w:szCs w:val="26"/>
              </w:rPr>
              <w:t>ợ</w:t>
            </w:r>
            <w:r w:rsidRPr="002F6785">
              <w:rPr>
                <w:sz w:val="26"/>
                <w:szCs w:val="26"/>
              </w:rPr>
              <w:t>p pháp, tr</w:t>
            </w:r>
            <w:r w:rsidRPr="002F6785">
              <w:rPr>
                <w:sz w:val="26"/>
                <w:szCs w:val="26"/>
              </w:rPr>
              <w:t>ừ</w:t>
            </w:r>
            <w:r w:rsidRPr="002F6785">
              <w:rPr>
                <w:sz w:val="26"/>
                <w:szCs w:val="26"/>
              </w:rPr>
              <w:t xml:space="preserve"> trư</w:t>
            </w:r>
            <w:r w:rsidRPr="002F6785">
              <w:rPr>
                <w:sz w:val="26"/>
                <w:szCs w:val="26"/>
              </w:rPr>
              <w:t>ờ</w:t>
            </w:r>
            <w:r w:rsidRPr="002F6785">
              <w:rPr>
                <w:sz w:val="26"/>
                <w:szCs w:val="26"/>
              </w:rPr>
              <w:t>ng h</w:t>
            </w:r>
            <w:r w:rsidRPr="002F6785">
              <w:rPr>
                <w:sz w:val="26"/>
                <w:szCs w:val="26"/>
              </w:rPr>
              <w:t>ợ</w:t>
            </w:r>
            <w:r w:rsidRPr="002F6785">
              <w:rPr>
                <w:sz w:val="26"/>
                <w:szCs w:val="26"/>
              </w:rPr>
              <w:t>p pháp</w:t>
            </w:r>
            <w:r w:rsidRPr="002F6785">
              <w:rPr>
                <w:sz w:val="26"/>
                <w:szCs w:val="26"/>
              </w:rPr>
              <w:t xml:space="preserve"> lu</w:t>
            </w:r>
            <w:r w:rsidRPr="002F6785">
              <w:rPr>
                <w:sz w:val="26"/>
                <w:szCs w:val="26"/>
              </w:rPr>
              <w:t>ậ</w:t>
            </w:r>
            <w:r w:rsidRPr="002F6785">
              <w:rPr>
                <w:sz w:val="26"/>
                <w:szCs w:val="26"/>
              </w:rPr>
              <w:t>t có quy đ</w:t>
            </w:r>
            <w:r w:rsidRPr="002F6785">
              <w:rPr>
                <w:sz w:val="26"/>
                <w:szCs w:val="26"/>
              </w:rPr>
              <w:t>ị</w:t>
            </w:r>
            <w:r w:rsidRPr="002F6785">
              <w:rPr>
                <w:sz w:val="26"/>
                <w:szCs w:val="26"/>
              </w:rPr>
              <w:t>nh khác.</w:t>
            </w:r>
          </w:p>
        </w:tc>
      </w:tr>
      <w:tr w:rsidR="005B442E" w:rsidTr="000A0428">
        <w:trPr>
          <w:jc w:val="center"/>
        </w:trPr>
        <w:tc>
          <w:tcPr>
            <w:tcW w:w="2607" w:type="dxa"/>
            <w:tcBorders>
              <w:bottom w:val="single" w:sz="4" w:space="0" w:color="auto"/>
            </w:tcBorders>
          </w:tcPr>
          <w:p w:rsidR="005B442E" w:rsidRPr="002F6785" w:rsidRDefault="00DC3F12" w:rsidP="002F6785">
            <w:pPr>
              <w:spacing w:before="60" w:after="60"/>
              <w:jc w:val="both"/>
              <w:rPr>
                <w:sz w:val="26"/>
                <w:szCs w:val="26"/>
              </w:rPr>
            </w:pPr>
            <w:r w:rsidRPr="002F6785">
              <w:rPr>
                <w:b/>
                <w:sz w:val="26"/>
                <w:szCs w:val="26"/>
              </w:rPr>
              <w:lastRenderedPageBreak/>
              <w:t>Điều 27. Hiệu lực thi hành và trách nhiệm thi hành</w:t>
            </w:r>
          </w:p>
        </w:tc>
        <w:tc>
          <w:tcPr>
            <w:tcW w:w="6636" w:type="dxa"/>
            <w:tcBorders>
              <w:bottom w:val="single" w:sz="4" w:space="0" w:color="auto"/>
            </w:tcBorders>
          </w:tcPr>
          <w:p w:rsidR="00A1270A" w:rsidRPr="002F6785" w:rsidRDefault="00A1270A" w:rsidP="002F6785">
            <w:pPr>
              <w:widowControl w:val="0"/>
              <w:spacing w:before="60" w:after="60"/>
              <w:ind w:firstLine="6"/>
              <w:jc w:val="both"/>
              <w:rPr>
                <w:rFonts w:cs="Times New Roman"/>
                <w:sz w:val="26"/>
                <w:szCs w:val="26"/>
              </w:rPr>
            </w:pPr>
            <w:r w:rsidRPr="002F6785">
              <w:rPr>
                <w:rFonts w:cs="Times New Roman"/>
                <w:sz w:val="26"/>
                <w:szCs w:val="26"/>
              </w:rPr>
              <w:t>1. Nghị định này có hiệu lực thi hành từ ngày ... tháng ... năm 2027.</w:t>
            </w:r>
          </w:p>
          <w:p w:rsidR="00A1270A" w:rsidRPr="002F6785" w:rsidRDefault="00A1270A" w:rsidP="002F6785">
            <w:pPr>
              <w:widowControl w:val="0"/>
              <w:spacing w:before="60" w:after="60"/>
              <w:ind w:firstLine="6"/>
              <w:jc w:val="both"/>
              <w:rPr>
                <w:rFonts w:cs="Times New Roman"/>
                <w:sz w:val="26"/>
                <w:szCs w:val="26"/>
              </w:rPr>
            </w:pPr>
            <w:r w:rsidRPr="002F6785">
              <w:rPr>
                <w:rFonts w:cs="Times New Roman"/>
                <w:sz w:val="26"/>
                <w:szCs w:val="26"/>
              </w:rPr>
              <w:t>2. Bộ trưởng Bộ Khoa học và Công nghệ chịu trách nhiệm hướng dẫn, tổ chức thực hiện Nghị định này.</w:t>
            </w:r>
          </w:p>
          <w:p w:rsidR="00A1270A" w:rsidRPr="002F6785" w:rsidRDefault="00A1270A" w:rsidP="002F6785">
            <w:pPr>
              <w:widowControl w:val="0"/>
              <w:spacing w:before="60" w:after="60"/>
              <w:ind w:firstLine="6"/>
              <w:jc w:val="both"/>
              <w:rPr>
                <w:rFonts w:cs="Times New Roman"/>
                <w:sz w:val="26"/>
                <w:szCs w:val="26"/>
              </w:rPr>
            </w:pPr>
            <w:r w:rsidRPr="002F6785">
              <w:rPr>
                <w:rFonts w:cs="Times New Roman"/>
                <w:sz w:val="26"/>
                <w:szCs w:val="26"/>
              </w:rPr>
              <w:t>3. Bộ trưởng, Thủ trưởng cơ quan ngang bộ, Thủ trưởng cơ quan thuộc Chính phủ, Chủ tịch Ủy ban nhân dân cấp tỉnh và cơ quan, tổ chức, cá nhân có liên quan chịu trách nhiệm thi hành Nghị định này./.</w:t>
            </w:r>
          </w:p>
          <w:p w:rsidR="005B442E" w:rsidRPr="002F6785" w:rsidRDefault="005B442E" w:rsidP="002F6785">
            <w:pPr>
              <w:spacing w:before="60" w:after="60"/>
              <w:ind w:firstLine="6"/>
              <w:jc w:val="both"/>
              <w:rPr>
                <w:sz w:val="26"/>
                <w:szCs w:val="26"/>
              </w:rPr>
            </w:pPr>
          </w:p>
        </w:tc>
        <w:tc>
          <w:tcPr>
            <w:tcW w:w="5760" w:type="dxa"/>
            <w:tcBorders>
              <w:bottom w:val="single" w:sz="4" w:space="0" w:color="auto"/>
            </w:tcBorders>
          </w:tcPr>
          <w:p w:rsidR="000F36C2" w:rsidRPr="002F6785" w:rsidRDefault="00AC53F4" w:rsidP="002F6785">
            <w:pPr>
              <w:spacing w:before="60" w:after="60"/>
              <w:jc w:val="both"/>
              <w:rPr>
                <w:sz w:val="26"/>
                <w:szCs w:val="26"/>
              </w:rPr>
            </w:pPr>
            <w:r w:rsidRPr="002F6785">
              <w:rPr>
                <w:sz w:val="26"/>
                <w:szCs w:val="26"/>
              </w:rPr>
              <w:t>Quy đ</w:t>
            </w:r>
            <w:r w:rsidRPr="002F6785">
              <w:rPr>
                <w:sz w:val="26"/>
                <w:szCs w:val="26"/>
              </w:rPr>
              <w:t>ị</w:t>
            </w:r>
            <w:r w:rsidRPr="002F6785">
              <w:rPr>
                <w:sz w:val="26"/>
                <w:szCs w:val="26"/>
              </w:rPr>
              <w:t>nh v</w:t>
            </w:r>
            <w:r w:rsidRPr="002F6785">
              <w:rPr>
                <w:sz w:val="26"/>
                <w:szCs w:val="26"/>
              </w:rPr>
              <w:t>ề</w:t>
            </w:r>
            <w:r w:rsidRPr="002F6785">
              <w:rPr>
                <w:sz w:val="26"/>
                <w:szCs w:val="26"/>
              </w:rPr>
              <w:t xml:space="preserve"> hi</w:t>
            </w:r>
            <w:r w:rsidRPr="002F6785">
              <w:rPr>
                <w:sz w:val="26"/>
                <w:szCs w:val="26"/>
              </w:rPr>
              <w:t>ệ</w:t>
            </w:r>
            <w:r w:rsidRPr="002F6785">
              <w:rPr>
                <w:sz w:val="26"/>
                <w:szCs w:val="26"/>
              </w:rPr>
              <w:t>u l</w:t>
            </w:r>
            <w:r w:rsidRPr="002F6785">
              <w:rPr>
                <w:sz w:val="26"/>
                <w:szCs w:val="26"/>
              </w:rPr>
              <w:t>ự</w:t>
            </w:r>
            <w:r w:rsidRPr="002F6785">
              <w:rPr>
                <w:sz w:val="26"/>
                <w:szCs w:val="26"/>
              </w:rPr>
              <w:t>c thi hành và trách nhi</w:t>
            </w:r>
            <w:r w:rsidRPr="002F6785">
              <w:rPr>
                <w:sz w:val="26"/>
                <w:szCs w:val="26"/>
              </w:rPr>
              <w:t>ệ</w:t>
            </w:r>
            <w:r w:rsidRPr="002F6785">
              <w:rPr>
                <w:sz w:val="26"/>
                <w:szCs w:val="26"/>
              </w:rPr>
              <w:t>m thi hành nh</w:t>
            </w:r>
            <w:r w:rsidRPr="002F6785">
              <w:rPr>
                <w:sz w:val="26"/>
                <w:szCs w:val="26"/>
              </w:rPr>
              <w:t>ằ</w:t>
            </w:r>
            <w:r w:rsidRPr="002F6785">
              <w:rPr>
                <w:sz w:val="26"/>
                <w:szCs w:val="26"/>
              </w:rPr>
              <w:t>m xác đ</w:t>
            </w:r>
            <w:r w:rsidRPr="002F6785">
              <w:rPr>
                <w:sz w:val="26"/>
                <w:szCs w:val="26"/>
              </w:rPr>
              <w:t>ị</w:t>
            </w:r>
            <w:r w:rsidRPr="002F6785">
              <w:rPr>
                <w:sz w:val="26"/>
                <w:szCs w:val="26"/>
              </w:rPr>
              <w:t>nh rõ th</w:t>
            </w:r>
            <w:r w:rsidRPr="002F6785">
              <w:rPr>
                <w:sz w:val="26"/>
                <w:szCs w:val="26"/>
              </w:rPr>
              <w:t>ờ</w:t>
            </w:r>
            <w:r w:rsidRPr="002F6785">
              <w:rPr>
                <w:sz w:val="26"/>
                <w:szCs w:val="26"/>
              </w:rPr>
              <w:t>i đi</w:t>
            </w:r>
            <w:r w:rsidRPr="002F6785">
              <w:rPr>
                <w:sz w:val="26"/>
                <w:szCs w:val="26"/>
              </w:rPr>
              <w:t>ể</w:t>
            </w:r>
            <w:r w:rsidRPr="002F6785">
              <w:rPr>
                <w:sz w:val="26"/>
                <w:szCs w:val="26"/>
              </w:rPr>
              <w:t>m Ngh</w:t>
            </w:r>
            <w:r w:rsidRPr="002F6785">
              <w:rPr>
                <w:sz w:val="26"/>
                <w:szCs w:val="26"/>
              </w:rPr>
              <w:t>ị</w:t>
            </w:r>
            <w:r w:rsidRPr="002F6785">
              <w:rPr>
                <w:sz w:val="26"/>
                <w:szCs w:val="26"/>
              </w:rPr>
              <w:t xml:space="preserve"> đ</w:t>
            </w:r>
            <w:r w:rsidRPr="002F6785">
              <w:rPr>
                <w:sz w:val="26"/>
                <w:szCs w:val="26"/>
              </w:rPr>
              <w:t>ị</w:t>
            </w:r>
            <w:r w:rsidRPr="002F6785">
              <w:rPr>
                <w:sz w:val="26"/>
                <w:szCs w:val="26"/>
              </w:rPr>
              <w:t>nh đư</w:t>
            </w:r>
            <w:r w:rsidRPr="002F6785">
              <w:rPr>
                <w:sz w:val="26"/>
                <w:szCs w:val="26"/>
              </w:rPr>
              <w:t>ợ</w:t>
            </w:r>
            <w:r w:rsidRPr="002F6785">
              <w:rPr>
                <w:sz w:val="26"/>
                <w:szCs w:val="26"/>
              </w:rPr>
              <w:t>c áp d</w:t>
            </w:r>
            <w:r w:rsidRPr="002F6785">
              <w:rPr>
                <w:sz w:val="26"/>
                <w:szCs w:val="26"/>
              </w:rPr>
              <w:t>ụ</w:t>
            </w:r>
            <w:r w:rsidRPr="002F6785">
              <w:rPr>
                <w:sz w:val="26"/>
                <w:szCs w:val="26"/>
              </w:rPr>
              <w:t>ng th</w:t>
            </w:r>
            <w:r w:rsidRPr="002F6785">
              <w:rPr>
                <w:sz w:val="26"/>
                <w:szCs w:val="26"/>
              </w:rPr>
              <w:t>ố</w:t>
            </w:r>
            <w:r w:rsidRPr="002F6785">
              <w:rPr>
                <w:sz w:val="26"/>
                <w:szCs w:val="26"/>
              </w:rPr>
              <w:t>ng nh</w:t>
            </w:r>
            <w:r w:rsidRPr="002F6785">
              <w:rPr>
                <w:sz w:val="26"/>
                <w:szCs w:val="26"/>
              </w:rPr>
              <w:t>ấ</w:t>
            </w:r>
            <w:r w:rsidRPr="002F6785">
              <w:rPr>
                <w:sz w:val="26"/>
                <w:szCs w:val="26"/>
              </w:rPr>
              <w:t>t và trách nhi</w:t>
            </w:r>
            <w:r w:rsidRPr="002F6785">
              <w:rPr>
                <w:sz w:val="26"/>
                <w:szCs w:val="26"/>
              </w:rPr>
              <w:t>ệ</w:t>
            </w:r>
            <w:r w:rsidRPr="002F6785">
              <w:rPr>
                <w:sz w:val="26"/>
                <w:szCs w:val="26"/>
              </w:rPr>
              <w:t>m</w:t>
            </w:r>
            <w:r w:rsidRPr="002F6785">
              <w:rPr>
                <w:sz w:val="26"/>
                <w:szCs w:val="26"/>
              </w:rPr>
              <w:t xml:space="preserve"> t</w:t>
            </w:r>
            <w:r w:rsidRPr="002F6785">
              <w:rPr>
                <w:sz w:val="26"/>
                <w:szCs w:val="26"/>
              </w:rPr>
              <w:t>ổ</w:t>
            </w:r>
            <w:r w:rsidRPr="002F6785">
              <w:rPr>
                <w:sz w:val="26"/>
                <w:szCs w:val="26"/>
              </w:rPr>
              <w:t xml:space="preserve"> ch</w:t>
            </w:r>
            <w:r w:rsidRPr="002F6785">
              <w:rPr>
                <w:sz w:val="26"/>
                <w:szCs w:val="26"/>
              </w:rPr>
              <w:t>ứ</w:t>
            </w:r>
            <w:r w:rsidRPr="002F6785">
              <w:rPr>
                <w:sz w:val="26"/>
                <w:szCs w:val="26"/>
              </w:rPr>
              <w:t>c th</w:t>
            </w:r>
            <w:r w:rsidRPr="002F6785">
              <w:rPr>
                <w:sz w:val="26"/>
                <w:szCs w:val="26"/>
              </w:rPr>
              <w:t>ự</w:t>
            </w:r>
            <w:r w:rsidRPr="002F6785">
              <w:rPr>
                <w:sz w:val="26"/>
                <w:szCs w:val="26"/>
              </w:rPr>
              <w:t>c hi</w:t>
            </w:r>
            <w:r w:rsidRPr="002F6785">
              <w:rPr>
                <w:sz w:val="26"/>
                <w:szCs w:val="26"/>
              </w:rPr>
              <w:t>ệ</w:t>
            </w:r>
            <w:r w:rsidRPr="002F6785">
              <w:rPr>
                <w:sz w:val="26"/>
                <w:szCs w:val="26"/>
              </w:rPr>
              <w:t>n c</w:t>
            </w:r>
            <w:r w:rsidRPr="002F6785">
              <w:rPr>
                <w:sz w:val="26"/>
                <w:szCs w:val="26"/>
              </w:rPr>
              <w:t>ủ</w:t>
            </w:r>
            <w:r w:rsidRPr="002F6785">
              <w:rPr>
                <w:sz w:val="26"/>
                <w:szCs w:val="26"/>
              </w:rPr>
              <w:t>a B</w:t>
            </w:r>
            <w:r w:rsidRPr="002F6785">
              <w:rPr>
                <w:sz w:val="26"/>
                <w:szCs w:val="26"/>
              </w:rPr>
              <w:t>ộ</w:t>
            </w:r>
            <w:r w:rsidRPr="002F6785">
              <w:rPr>
                <w:sz w:val="26"/>
                <w:szCs w:val="26"/>
              </w:rPr>
              <w:t xml:space="preserve"> Khoa h</w:t>
            </w:r>
            <w:r w:rsidRPr="002F6785">
              <w:rPr>
                <w:sz w:val="26"/>
                <w:szCs w:val="26"/>
              </w:rPr>
              <w:t>ọ</w:t>
            </w:r>
            <w:r w:rsidRPr="002F6785">
              <w:rPr>
                <w:sz w:val="26"/>
                <w:szCs w:val="26"/>
              </w:rPr>
              <w:t>c và Công ngh</w:t>
            </w:r>
            <w:r w:rsidRPr="002F6785">
              <w:rPr>
                <w:sz w:val="26"/>
                <w:szCs w:val="26"/>
              </w:rPr>
              <w:t>ệ</w:t>
            </w:r>
            <w:r w:rsidRPr="002F6785">
              <w:rPr>
                <w:sz w:val="26"/>
                <w:szCs w:val="26"/>
              </w:rPr>
              <w:t>, các b</w:t>
            </w:r>
            <w:r w:rsidRPr="002F6785">
              <w:rPr>
                <w:sz w:val="26"/>
                <w:szCs w:val="26"/>
              </w:rPr>
              <w:t>ộ</w:t>
            </w:r>
            <w:r w:rsidRPr="002F6785">
              <w:rPr>
                <w:sz w:val="26"/>
                <w:szCs w:val="26"/>
              </w:rPr>
              <w:t>, cơ quan, đ</w:t>
            </w:r>
            <w:r w:rsidRPr="002F6785">
              <w:rPr>
                <w:sz w:val="26"/>
                <w:szCs w:val="26"/>
              </w:rPr>
              <w:t>ị</w:t>
            </w:r>
            <w:r w:rsidRPr="002F6785">
              <w:rPr>
                <w:sz w:val="26"/>
                <w:szCs w:val="26"/>
              </w:rPr>
              <w:t>a phương và ch</w:t>
            </w:r>
            <w:r w:rsidRPr="002F6785">
              <w:rPr>
                <w:sz w:val="26"/>
                <w:szCs w:val="26"/>
              </w:rPr>
              <w:t>ủ</w:t>
            </w:r>
            <w:r w:rsidRPr="002F6785">
              <w:rPr>
                <w:sz w:val="26"/>
                <w:szCs w:val="26"/>
              </w:rPr>
              <w:t xml:space="preserve"> th</w:t>
            </w:r>
            <w:r w:rsidRPr="002F6785">
              <w:rPr>
                <w:sz w:val="26"/>
                <w:szCs w:val="26"/>
              </w:rPr>
              <w:t>ể</w:t>
            </w:r>
            <w:r w:rsidRPr="002F6785">
              <w:rPr>
                <w:sz w:val="26"/>
                <w:szCs w:val="26"/>
              </w:rPr>
              <w:t xml:space="preserve"> có liên quan.</w:t>
            </w:r>
          </w:p>
          <w:p w:rsidR="008D4B75" w:rsidRPr="002F6785" w:rsidRDefault="00AC53F4" w:rsidP="002F6785">
            <w:pPr>
              <w:spacing w:before="60" w:after="60"/>
              <w:jc w:val="both"/>
              <w:rPr>
                <w:sz w:val="26"/>
                <w:szCs w:val="26"/>
              </w:rPr>
            </w:pPr>
            <w:r w:rsidRPr="002F6785">
              <w:rPr>
                <w:sz w:val="26"/>
                <w:szCs w:val="26"/>
              </w:rPr>
              <w:t>Th</w:t>
            </w:r>
            <w:r w:rsidRPr="002F6785">
              <w:rPr>
                <w:sz w:val="26"/>
                <w:szCs w:val="26"/>
              </w:rPr>
              <w:t>ờ</w:t>
            </w:r>
            <w:r w:rsidRPr="002F6785">
              <w:rPr>
                <w:sz w:val="26"/>
                <w:szCs w:val="26"/>
              </w:rPr>
              <w:t>i đi</w:t>
            </w:r>
            <w:r w:rsidRPr="002F6785">
              <w:rPr>
                <w:sz w:val="26"/>
                <w:szCs w:val="26"/>
              </w:rPr>
              <w:t>ể</w:t>
            </w:r>
            <w:r w:rsidRPr="002F6785">
              <w:rPr>
                <w:sz w:val="26"/>
                <w:szCs w:val="26"/>
              </w:rPr>
              <w:t>m có hi</w:t>
            </w:r>
            <w:r w:rsidRPr="002F6785">
              <w:rPr>
                <w:sz w:val="26"/>
                <w:szCs w:val="26"/>
              </w:rPr>
              <w:t>ệ</w:t>
            </w:r>
            <w:r w:rsidRPr="002F6785">
              <w:rPr>
                <w:sz w:val="26"/>
                <w:szCs w:val="26"/>
              </w:rPr>
              <w:t>u l</w:t>
            </w:r>
            <w:r w:rsidRPr="002F6785">
              <w:rPr>
                <w:sz w:val="26"/>
                <w:szCs w:val="26"/>
              </w:rPr>
              <w:t>ự</w:t>
            </w:r>
            <w:r w:rsidRPr="002F6785">
              <w:rPr>
                <w:sz w:val="26"/>
                <w:szCs w:val="26"/>
              </w:rPr>
              <w:t>c c</w:t>
            </w:r>
            <w:r w:rsidRPr="002F6785">
              <w:rPr>
                <w:sz w:val="26"/>
                <w:szCs w:val="26"/>
              </w:rPr>
              <w:t>ầ</w:t>
            </w:r>
            <w:r w:rsidRPr="002F6785">
              <w:rPr>
                <w:sz w:val="26"/>
                <w:szCs w:val="26"/>
              </w:rPr>
              <w:t>n đư</w:t>
            </w:r>
            <w:r w:rsidRPr="002F6785">
              <w:rPr>
                <w:sz w:val="26"/>
                <w:szCs w:val="26"/>
              </w:rPr>
              <w:t>ợ</w:t>
            </w:r>
            <w:r w:rsidRPr="002F6785">
              <w:rPr>
                <w:sz w:val="26"/>
                <w:szCs w:val="26"/>
              </w:rPr>
              <w:t>c xác đ</w:t>
            </w:r>
            <w:r w:rsidRPr="002F6785">
              <w:rPr>
                <w:sz w:val="26"/>
                <w:szCs w:val="26"/>
              </w:rPr>
              <w:t>ị</w:t>
            </w:r>
            <w:r w:rsidRPr="002F6785">
              <w:rPr>
                <w:sz w:val="26"/>
                <w:szCs w:val="26"/>
              </w:rPr>
              <w:t>nh phù h</w:t>
            </w:r>
            <w:r w:rsidRPr="002F6785">
              <w:rPr>
                <w:sz w:val="26"/>
                <w:szCs w:val="26"/>
              </w:rPr>
              <w:t>ợ</w:t>
            </w:r>
            <w:r w:rsidRPr="002F6785">
              <w:rPr>
                <w:sz w:val="26"/>
                <w:szCs w:val="26"/>
              </w:rPr>
              <w:t>p v</w:t>
            </w:r>
            <w:r w:rsidRPr="002F6785">
              <w:rPr>
                <w:sz w:val="26"/>
                <w:szCs w:val="26"/>
              </w:rPr>
              <w:t>ớ</w:t>
            </w:r>
            <w:r w:rsidRPr="002F6785">
              <w:rPr>
                <w:sz w:val="26"/>
                <w:szCs w:val="26"/>
              </w:rPr>
              <w:t>i quy đ</w:t>
            </w:r>
            <w:r w:rsidRPr="002F6785">
              <w:rPr>
                <w:sz w:val="26"/>
                <w:szCs w:val="26"/>
              </w:rPr>
              <w:t>ị</w:t>
            </w:r>
            <w:r w:rsidRPr="002F6785">
              <w:rPr>
                <w:sz w:val="26"/>
                <w:szCs w:val="26"/>
              </w:rPr>
              <w:t>nh c</w:t>
            </w:r>
            <w:r w:rsidRPr="002F6785">
              <w:rPr>
                <w:sz w:val="26"/>
                <w:szCs w:val="26"/>
              </w:rPr>
              <w:t>ủ</w:t>
            </w:r>
            <w:r w:rsidRPr="002F6785">
              <w:rPr>
                <w:sz w:val="26"/>
                <w:szCs w:val="26"/>
              </w:rPr>
              <w:t>a pháp lu</w:t>
            </w:r>
            <w:r w:rsidRPr="002F6785">
              <w:rPr>
                <w:sz w:val="26"/>
                <w:szCs w:val="26"/>
              </w:rPr>
              <w:t>ậ</w:t>
            </w:r>
            <w:r w:rsidRPr="002F6785">
              <w:rPr>
                <w:sz w:val="26"/>
                <w:szCs w:val="26"/>
              </w:rPr>
              <w:t>t v</w:t>
            </w:r>
            <w:r w:rsidRPr="002F6785">
              <w:rPr>
                <w:sz w:val="26"/>
                <w:szCs w:val="26"/>
              </w:rPr>
              <w:t>ề</w:t>
            </w:r>
            <w:r w:rsidRPr="002F6785">
              <w:rPr>
                <w:sz w:val="26"/>
                <w:szCs w:val="26"/>
              </w:rPr>
              <w:t xml:space="preserve"> ban hành văn b</w:t>
            </w:r>
            <w:r w:rsidRPr="002F6785">
              <w:rPr>
                <w:sz w:val="26"/>
                <w:szCs w:val="26"/>
              </w:rPr>
              <w:t>ả</w:t>
            </w:r>
            <w:r w:rsidRPr="002F6785">
              <w:rPr>
                <w:sz w:val="26"/>
                <w:szCs w:val="26"/>
              </w:rPr>
              <w:t>n quy ph</w:t>
            </w:r>
            <w:r w:rsidRPr="002F6785">
              <w:rPr>
                <w:sz w:val="26"/>
                <w:szCs w:val="26"/>
              </w:rPr>
              <w:t>ạ</w:t>
            </w:r>
            <w:r w:rsidRPr="002F6785">
              <w:rPr>
                <w:sz w:val="26"/>
                <w:szCs w:val="26"/>
              </w:rPr>
              <w:t>m pháp lu</w:t>
            </w:r>
            <w:r w:rsidRPr="002F6785">
              <w:rPr>
                <w:sz w:val="26"/>
                <w:szCs w:val="26"/>
              </w:rPr>
              <w:t>ậ</w:t>
            </w:r>
            <w:r w:rsidRPr="002F6785">
              <w:rPr>
                <w:sz w:val="26"/>
                <w:szCs w:val="26"/>
              </w:rPr>
              <w:t>t và b</w:t>
            </w:r>
            <w:r w:rsidRPr="002F6785">
              <w:rPr>
                <w:sz w:val="26"/>
                <w:szCs w:val="26"/>
              </w:rPr>
              <w:t>ả</w:t>
            </w:r>
            <w:r w:rsidRPr="002F6785">
              <w:rPr>
                <w:sz w:val="26"/>
                <w:szCs w:val="26"/>
              </w:rPr>
              <w:t>o đ</w:t>
            </w:r>
            <w:r w:rsidRPr="002F6785">
              <w:rPr>
                <w:sz w:val="26"/>
                <w:szCs w:val="26"/>
              </w:rPr>
              <w:t>ả</w:t>
            </w:r>
            <w:r w:rsidRPr="002F6785">
              <w:rPr>
                <w:sz w:val="26"/>
                <w:szCs w:val="26"/>
              </w:rPr>
              <w:t>m kho</w:t>
            </w:r>
            <w:r w:rsidRPr="002F6785">
              <w:rPr>
                <w:sz w:val="26"/>
                <w:szCs w:val="26"/>
              </w:rPr>
              <w:t>ả</w:t>
            </w:r>
            <w:r w:rsidRPr="002F6785">
              <w:rPr>
                <w:sz w:val="26"/>
                <w:szCs w:val="26"/>
              </w:rPr>
              <w:t>ng th</w:t>
            </w:r>
            <w:r w:rsidRPr="002F6785">
              <w:rPr>
                <w:sz w:val="26"/>
                <w:szCs w:val="26"/>
              </w:rPr>
              <w:t>ờ</w:t>
            </w:r>
            <w:r w:rsidRPr="002F6785">
              <w:rPr>
                <w:sz w:val="26"/>
                <w:szCs w:val="26"/>
              </w:rPr>
              <w:t>i gian c</w:t>
            </w:r>
            <w:r w:rsidRPr="002F6785">
              <w:rPr>
                <w:sz w:val="26"/>
                <w:szCs w:val="26"/>
              </w:rPr>
              <w:t>ầ</w:t>
            </w:r>
            <w:r w:rsidRPr="002F6785">
              <w:rPr>
                <w:sz w:val="26"/>
                <w:szCs w:val="26"/>
              </w:rPr>
              <w:t>n thi</w:t>
            </w:r>
            <w:r w:rsidRPr="002F6785">
              <w:rPr>
                <w:sz w:val="26"/>
                <w:szCs w:val="26"/>
              </w:rPr>
              <w:t>ế</w:t>
            </w:r>
            <w:r w:rsidRPr="002F6785">
              <w:rPr>
                <w:sz w:val="26"/>
                <w:szCs w:val="26"/>
              </w:rPr>
              <w:t>t đ</w:t>
            </w:r>
            <w:r w:rsidRPr="002F6785">
              <w:rPr>
                <w:sz w:val="26"/>
                <w:szCs w:val="26"/>
              </w:rPr>
              <w:t>ể</w:t>
            </w:r>
            <w:r w:rsidRPr="002F6785">
              <w:rPr>
                <w:sz w:val="26"/>
                <w:szCs w:val="26"/>
              </w:rPr>
              <w:t xml:space="preserve"> cơ quan qu</w:t>
            </w:r>
            <w:r w:rsidRPr="002F6785">
              <w:rPr>
                <w:sz w:val="26"/>
                <w:szCs w:val="26"/>
              </w:rPr>
              <w:t>ả</w:t>
            </w:r>
            <w:r w:rsidRPr="002F6785">
              <w:rPr>
                <w:sz w:val="26"/>
                <w:szCs w:val="26"/>
              </w:rPr>
              <w:t>n lý, t</w:t>
            </w:r>
            <w:r w:rsidRPr="002F6785">
              <w:rPr>
                <w:sz w:val="26"/>
                <w:szCs w:val="26"/>
              </w:rPr>
              <w:t>ổ</w:t>
            </w:r>
            <w:r w:rsidRPr="002F6785">
              <w:rPr>
                <w:sz w:val="26"/>
                <w:szCs w:val="26"/>
              </w:rPr>
              <w:t xml:space="preserve"> ch</w:t>
            </w:r>
            <w:r w:rsidRPr="002F6785">
              <w:rPr>
                <w:sz w:val="26"/>
                <w:szCs w:val="26"/>
              </w:rPr>
              <w:t>ứ</w:t>
            </w:r>
            <w:r w:rsidRPr="002F6785">
              <w:rPr>
                <w:sz w:val="26"/>
                <w:szCs w:val="26"/>
              </w:rPr>
              <w:t>c, cá nhân rà soát quy trình, d</w:t>
            </w:r>
            <w:r w:rsidRPr="002F6785">
              <w:rPr>
                <w:sz w:val="26"/>
                <w:szCs w:val="26"/>
              </w:rPr>
              <w:t>ữ</w:t>
            </w:r>
            <w:r w:rsidRPr="002F6785">
              <w:rPr>
                <w:sz w:val="26"/>
                <w:szCs w:val="26"/>
              </w:rPr>
              <w:t xml:space="preserve"> li</w:t>
            </w:r>
            <w:r w:rsidRPr="002F6785">
              <w:rPr>
                <w:sz w:val="26"/>
                <w:szCs w:val="26"/>
              </w:rPr>
              <w:t>ệ</w:t>
            </w:r>
            <w:r w:rsidRPr="002F6785">
              <w:rPr>
                <w:sz w:val="26"/>
                <w:szCs w:val="26"/>
              </w:rPr>
              <w:t>u và chu</w:t>
            </w:r>
            <w:r w:rsidRPr="002F6785">
              <w:rPr>
                <w:sz w:val="26"/>
                <w:szCs w:val="26"/>
              </w:rPr>
              <w:t>ẩ</w:t>
            </w:r>
            <w:r w:rsidRPr="002F6785">
              <w:rPr>
                <w:sz w:val="26"/>
                <w:szCs w:val="26"/>
              </w:rPr>
              <w:t>n b</w:t>
            </w:r>
            <w:r w:rsidRPr="002F6785">
              <w:rPr>
                <w:sz w:val="26"/>
                <w:szCs w:val="26"/>
              </w:rPr>
              <w:t>ị</w:t>
            </w:r>
            <w:r w:rsidRPr="002F6785">
              <w:rPr>
                <w:sz w:val="26"/>
                <w:szCs w:val="26"/>
              </w:rPr>
              <w:t xml:space="preserve"> đi</w:t>
            </w:r>
            <w:r w:rsidRPr="002F6785">
              <w:rPr>
                <w:sz w:val="26"/>
                <w:szCs w:val="26"/>
              </w:rPr>
              <w:t>ề</w:t>
            </w:r>
            <w:r w:rsidRPr="002F6785">
              <w:rPr>
                <w:sz w:val="26"/>
                <w:szCs w:val="26"/>
              </w:rPr>
              <w:t>u ki</w:t>
            </w:r>
            <w:r w:rsidRPr="002F6785">
              <w:rPr>
                <w:sz w:val="26"/>
                <w:szCs w:val="26"/>
              </w:rPr>
              <w:t>ệ</w:t>
            </w:r>
            <w:r w:rsidRPr="002F6785">
              <w:rPr>
                <w:sz w:val="26"/>
                <w:szCs w:val="26"/>
              </w:rPr>
              <w:t>n th</w:t>
            </w:r>
            <w:r w:rsidRPr="002F6785">
              <w:rPr>
                <w:sz w:val="26"/>
                <w:szCs w:val="26"/>
              </w:rPr>
              <w:t>ự</w:t>
            </w:r>
            <w:r w:rsidRPr="002F6785">
              <w:rPr>
                <w:sz w:val="26"/>
                <w:szCs w:val="26"/>
              </w:rPr>
              <w:t>c hi</w:t>
            </w:r>
            <w:r w:rsidRPr="002F6785">
              <w:rPr>
                <w:sz w:val="26"/>
                <w:szCs w:val="26"/>
              </w:rPr>
              <w:t>ệ</w:t>
            </w:r>
            <w:r w:rsidRPr="002F6785">
              <w:rPr>
                <w:sz w:val="26"/>
                <w:szCs w:val="26"/>
              </w:rPr>
              <w:t>n. Vi</w:t>
            </w:r>
            <w:r w:rsidRPr="002F6785">
              <w:rPr>
                <w:sz w:val="26"/>
                <w:szCs w:val="26"/>
              </w:rPr>
              <w:t>ệ</w:t>
            </w:r>
            <w:r w:rsidRPr="002F6785">
              <w:rPr>
                <w:sz w:val="26"/>
                <w:szCs w:val="26"/>
              </w:rPr>
              <w:t>c giao trách nhi</w:t>
            </w:r>
            <w:r w:rsidRPr="002F6785">
              <w:rPr>
                <w:sz w:val="26"/>
                <w:szCs w:val="26"/>
              </w:rPr>
              <w:t>ệ</w:t>
            </w:r>
            <w:r w:rsidRPr="002F6785">
              <w:rPr>
                <w:sz w:val="26"/>
                <w:szCs w:val="26"/>
              </w:rPr>
              <w:t>m thi hành theo ch</w:t>
            </w:r>
            <w:r w:rsidRPr="002F6785">
              <w:rPr>
                <w:sz w:val="26"/>
                <w:szCs w:val="26"/>
              </w:rPr>
              <w:t>ứ</w:t>
            </w:r>
            <w:r w:rsidRPr="002F6785">
              <w:rPr>
                <w:sz w:val="26"/>
                <w:szCs w:val="26"/>
              </w:rPr>
              <w:t>c năng, nhi</w:t>
            </w:r>
            <w:r w:rsidRPr="002F6785">
              <w:rPr>
                <w:sz w:val="26"/>
                <w:szCs w:val="26"/>
              </w:rPr>
              <w:t>ệ</w:t>
            </w:r>
            <w:r w:rsidRPr="002F6785">
              <w:rPr>
                <w:sz w:val="26"/>
                <w:szCs w:val="26"/>
              </w:rPr>
              <w:t>m v</w:t>
            </w:r>
            <w:r w:rsidRPr="002F6785">
              <w:rPr>
                <w:sz w:val="26"/>
                <w:szCs w:val="26"/>
              </w:rPr>
              <w:t>ụ</w:t>
            </w:r>
            <w:r w:rsidRPr="002F6785">
              <w:rPr>
                <w:sz w:val="26"/>
                <w:szCs w:val="26"/>
              </w:rPr>
              <w:t>, quy</w:t>
            </w:r>
            <w:r w:rsidRPr="002F6785">
              <w:rPr>
                <w:sz w:val="26"/>
                <w:szCs w:val="26"/>
              </w:rPr>
              <w:t>ề</w:t>
            </w:r>
            <w:r w:rsidRPr="002F6785">
              <w:rPr>
                <w:sz w:val="26"/>
                <w:szCs w:val="26"/>
              </w:rPr>
              <w:t>n h</w:t>
            </w:r>
            <w:r w:rsidRPr="002F6785">
              <w:rPr>
                <w:sz w:val="26"/>
                <w:szCs w:val="26"/>
              </w:rPr>
              <w:t>ạ</w:t>
            </w:r>
            <w:r w:rsidRPr="002F6785">
              <w:rPr>
                <w:sz w:val="26"/>
                <w:szCs w:val="26"/>
              </w:rPr>
              <w:t>n b</w:t>
            </w:r>
            <w:r w:rsidRPr="002F6785">
              <w:rPr>
                <w:sz w:val="26"/>
                <w:szCs w:val="26"/>
              </w:rPr>
              <w:t>ả</w:t>
            </w:r>
            <w:r w:rsidRPr="002F6785">
              <w:rPr>
                <w:sz w:val="26"/>
                <w:szCs w:val="26"/>
              </w:rPr>
              <w:t>o đ</w:t>
            </w:r>
            <w:r w:rsidRPr="002F6785">
              <w:rPr>
                <w:sz w:val="26"/>
                <w:szCs w:val="26"/>
              </w:rPr>
              <w:t>ả</w:t>
            </w:r>
            <w:r w:rsidRPr="002F6785">
              <w:rPr>
                <w:sz w:val="26"/>
                <w:szCs w:val="26"/>
              </w:rPr>
              <w:t>m t</w:t>
            </w:r>
            <w:r w:rsidRPr="002F6785">
              <w:rPr>
                <w:sz w:val="26"/>
                <w:szCs w:val="26"/>
              </w:rPr>
              <w:t>ổ</w:t>
            </w:r>
            <w:r w:rsidRPr="002F6785">
              <w:rPr>
                <w:sz w:val="26"/>
                <w:szCs w:val="26"/>
              </w:rPr>
              <w:t xml:space="preserve"> ch</w:t>
            </w:r>
            <w:r w:rsidRPr="002F6785">
              <w:rPr>
                <w:sz w:val="26"/>
                <w:szCs w:val="26"/>
              </w:rPr>
              <w:t>ứ</w:t>
            </w:r>
            <w:r w:rsidRPr="002F6785">
              <w:rPr>
                <w:sz w:val="26"/>
                <w:szCs w:val="26"/>
              </w:rPr>
              <w:t>c th</w:t>
            </w:r>
            <w:r w:rsidRPr="002F6785">
              <w:rPr>
                <w:sz w:val="26"/>
                <w:szCs w:val="26"/>
              </w:rPr>
              <w:t>ự</w:t>
            </w:r>
            <w:r w:rsidRPr="002F6785">
              <w:rPr>
                <w:sz w:val="26"/>
                <w:szCs w:val="26"/>
              </w:rPr>
              <w:t>c hi</w:t>
            </w:r>
            <w:r w:rsidRPr="002F6785">
              <w:rPr>
                <w:sz w:val="26"/>
                <w:szCs w:val="26"/>
              </w:rPr>
              <w:t>ệ</w:t>
            </w:r>
            <w:r w:rsidRPr="002F6785">
              <w:rPr>
                <w:sz w:val="26"/>
                <w:szCs w:val="26"/>
              </w:rPr>
              <w:t>n th</w:t>
            </w:r>
            <w:r w:rsidRPr="002F6785">
              <w:rPr>
                <w:sz w:val="26"/>
                <w:szCs w:val="26"/>
              </w:rPr>
              <w:t>ố</w:t>
            </w:r>
            <w:r w:rsidRPr="002F6785">
              <w:rPr>
                <w:sz w:val="26"/>
                <w:szCs w:val="26"/>
              </w:rPr>
              <w:t>ng nh</w:t>
            </w:r>
            <w:r w:rsidRPr="002F6785">
              <w:rPr>
                <w:sz w:val="26"/>
                <w:szCs w:val="26"/>
              </w:rPr>
              <w:t>ấ</w:t>
            </w:r>
            <w:r w:rsidRPr="002F6785">
              <w:rPr>
                <w:sz w:val="26"/>
                <w:szCs w:val="26"/>
              </w:rPr>
              <w:t>t, không làm phát sinh cơ c</w:t>
            </w:r>
            <w:r w:rsidRPr="002F6785">
              <w:rPr>
                <w:sz w:val="26"/>
                <w:szCs w:val="26"/>
              </w:rPr>
              <w:t>ấ</w:t>
            </w:r>
            <w:r w:rsidRPr="002F6785">
              <w:rPr>
                <w:sz w:val="26"/>
                <w:szCs w:val="26"/>
              </w:rPr>
              <w:t>u t</w:t>
            </w:r>
            <w:r w:rsidRPr="002F6785">
              <w:rPr>
                <w:sz w:val="26"/>
                <w:szCs w:val="26"/>
              </w:rPr>
              <w:t>ổ</w:t>
            </w:r>
            <w:r w:rsidRPr="002F6785">
              <w:rPr>
                <w:sz w:val="26"/>
                <w:szCs w:val="26"/>
              </w:rPr>
              <w:t xml:space="preserve"> ch</w:t>
            </w:r>
            <w:r w:rsidRPr="002F6785">
              <w:rPr>
                <w:sz w:val="26"/>
                <w:szCs w:val="26"/>
              </w:rPr>
              <w:t>ứ</w:t>
            </w:r>
            <w:r w:rsidRPr="002F6785">
              <w:rPr>
                <w:sz w:val="26"/>
                <w:szCs w:val="26"/>
              </w:rPr>
              <w:t>c ho</w:t>
            </w:r>
            <w:r w:rsidRPr="002F6785">
              <w:rPr>
                <w:sz w:val="26"/>
                <w:szCs w:val="26"/>
              </w:rPr>
              <w:t>ặ</w:t>
            </w:r>
            <w:r w:rsidRPr="002F6785">
              <w:rPr>
                <w:sz w:val="26"/>
                <w:szCs w:val="26"/>
              </w:rPr>
              <w:t>c th</w:t>
            </w:r>
            <w:r w:rsidRPr="002F6785">
              <w:rPr>
                <w:sz w:val="26"/>
                <w:szCs w:val="26"/>
              </w:rPr>
              <w:t>ẩ</w:t>
            </w:r>
            <w:r w:rsidRPr="002F6785">
              <w:rPr>
                <w:sz w:val="26"/>
                <w:szCs w:val="26"/>
              </w:rPr>
              <w:t>m quy</w:t>
            </w:r>
            <w:r w:rsidRPr="002F6785">
              <w:rPr>
                <w:sz w:val="26"/>
                <w:szCs w:val="26"/>
              </w:rPr>
              <w:t>ề</w:t>
            </w:r>
            <w:r w:rsidRPr="002F6785">
              <w:rPr>
                <w:sz w:val="26"/>
                <w:szCs w:val="26"/>
              </w:rPr>
              <w:t>n ngoài</w:t>
            </w:r>
            <w:r w:rsidRPr="002F6785">
              <w:rPr>
                <w:sz w:val="26"/>
                <w:szCs w:val="26"/>
              </w:rPr>
              <w:t xml:space="preserve"> quy đ</w:t>
            </w:r>
            <w:r w:rsidRPr="002F6785">
              <w:rPr>
                <w:sz w:val="26"/>
                <w:szCs w:val="26"/>
              </w:rPr>
              <w:t>ị</w:t>
            </w:r>
            <w:r w:rsidRPr="002F6785">
              <w:rPr>
                <w:sz w:val="26"/>
                <w:szCs w:val="26"/>
              </w:rPr>
              <w:t>nh c</w:t>
            </w:r>
            <w:r w:rsidRPr="002F6785">
              <w:rPr>
                <w:sz w:val="26"/>
                <w:szCs w:val="26"/>
              </w:rPr>
              <w:t>ủ</w:t>
            </w:r>
            <w:r w:rsidRPr="002F6785">
              <w:rPr>
                <w:sz w:val="26"/>
                <w:szCs w:val="26"/>
              </w:rPr>
              <w:t>a pháp lu</w:t>
            </w:r>
            <w:r w:rsidRPr="002F6785">
              <w:rPr>
                <w:sz w:val="26"/>
                <w:szCs w:val="26"/>
              </w:rPr>
              <w:t>ậ</w:t>
            </w:r>
            <w:r w:rsidRPr="002F6785">
              <w:rPr>
                <w:sz w:val="26"/>
                <w:szCs w:val="26"/>
              </w:rPr>
              <w:t>t.</w:t>
            </w:r>
          </w:p>
        </w:tc>
      </w:tr>
    </w:tbl>
    <w:p w:rsidR="00E85F05" w:rsidRDefault="002F6785" w:rsidP="002F6785">
      <w:pPr>
        <w:jc w:val="center"/>
      </w:pPr>
      <w:r>
        <w:t>_____________________________________</w:t>
      </w:r>
      <w:bookmarkStart w:id="0" w:name="_GoBack"/>
      <w:bookmarkEnd w:id="0"/>
    </w:p>
    <w:sectPr w:rsidR="00E85F05" w:rsidSect="000A0428">
      <w:headerReference w:type="default" r:id="rId8"/>
      <w:pgSz w:w="16838" w:h="11906" w:orient="landscape" w:code="9"/>
      <w:pgMar w:top="864" w:right="1008" w:bottom="864" w:left="1584"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53F4" w:rsidRDefault="00AC53F4" w:rsidP="000A0428">
      <w:pPr>
        <w:spacing w:after="0" w:line="240" w:lineRule="auto"/>
      </w:pPr>
      <w:r>
        <w:separator/>
      </w:r>
    </w:p>
  </w:endnote>
  <w:endnote w:type="continuationSeparator" w:id="0">
    <w:p w:rsidR="00AC53F4" w:rsidRDefault="00AC53F4" w:rsidP="000A0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53F4" w:rsidRDefault="00AC53F4" w:rsidP="000A0428">
      <w:pPr>
        <w:spacing w:after="0" w:line="240" w:lineRule="auto"/>
      </w:pPr>
      <w:r>
        <w:separator/>
      </w:r>
    </w:p>
  </w:footnote>
  <w:footnote w:type="continuationSeparator" w:id="0">
    <w:p w:rsidR="00AC53F4" w:rsidRDefault="00AC53F4" w:rsidP="000A0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1103"/>
      <w:docPartObj>
        <w:docPartGallery w:val="Page Numbers (Top of Page)"/>
        <w:docPartUnique/>
      </w:docPartObj>
    </w:sdtPr>
    <w:sdtEndPr>
      <w:rPr>
        <w:noProof/>
        <w:sz w:val="24"/>
        <w:szCs w:val="24"/>
      </w:rPr>
    </w:sdtEndPr>
    <w:sdtContent>
      <w:p w:rsidR="000A0428" w:rsidRPr="000A0428" w:rsidRDefault="000A0428">
        <w:pPr>
          <w:pStyle w:val="Header"/>
          <w:jc w:val="center"/>
          <w:rPr>
            <w:sz w:val="24"/>
            <w:szCs w:val="24"/>
          </w:rPr>
        </w:pPr>
        <w:r w:rsidRPr="000A0428">
          <w:rPr>
            <w:sz w:val="24"/>
            <w:szCs w:val="24"/>
          </w:rPr>
          <w:fldChar w:fldCharType="begin"/>
        </w:r>
        <w:r w:rsidRPr="000A0428">
          <w:rPr>
            <w:sz w:val="24"/>
            <w:szCs w:val="24"/>
          </w:rPr>
          <w:instrText xml:space="preserve"> PAGE   \* MERGEFORMAT </w:instrText>
        </w:r>
        <w:r w:rsidRPr="000A0428">
          <w:rPr>
            <w:sz w:val="24"/>
            <w:szCs w:val="24"/>
          </w:rPr>
          <w:fldChar w:fldCharType="separate"/>
        </w:r>
        <w:r w:rsidR="002F6785">
          <w:rPr>
            <w:noProof/>
            <w:sz w:val="24"/>
            <w:szCs w:val="24"/>
          </w:rPr>
          <w:t>21</w:t>
        </w:r>
        <w:r w:rsidRPr="000A0428">
          <w:rPr>
            <w:noProof/>
            <w:sz w:val="24"/>
            <w:szCs w:val="24"/>
          </w:rPr>
          <w:fldChar w:fldCharType="end"/>
        </w:r>
      </w:p>
    </w:sdtContent>
  </w:sdt>
  <w:p w:rsidR="000A0428" w:rsidRDefault="000A042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5E43"/>
    <w:rsid w:val="00034616"/>
    <w:rsid w:val="0006063C"/>
    <w:rsid w:val="000A0428"/>
    <w:rsid w:val="000F36C2"/>
    <w:rsid w:val="00110491"/>
    <w:rsid w:val="00134FF8"/>
    <w:rsid w:val="00142500"/>
    <w:rsid w:val="0015074B"/>
    <w:rsid w:val="00173054"/>
    <w:rsid w:val="001B5483"/>
    <w:rsid w:val="00204C7B"/>
    <w:rsid w:val="0029639D"/>
    <w:rsid w:val="002B7172"/>
    <w:rsid w:val="002F6785"/>
    <w:rsid w:val="00326F90"/>
    <w:rsid w:val="003456F9"/>
    <w:rsid w:val="003C5095"/>
    <w:rsid w:val="003E69B5"/>
    <w:rsid w:val="004E6576"/>
    <w:rsid w:val="00531C35"/>
    <w:rsid w:val="00555458"/>
    <w:rsid w:val="005B442E"/>
    <w:rsid w:val="005D389C"/>
    <w:rsid w:val="005F747B"/>
    <w:rsid w:val="0064046B"/>
    <w:rsid w:val="006F2E1F"/>
    <w:rsid w:val="00730BF8"/>
    <w:rsid w:val="007325E2"/>
    <w:rsid w:val="00734551"/>
    <w:rsid w:val="00771AB9"/>
    <w:rsid w:val="0077359E"/>
    <w:rsid w:val="00860C2D"/>
    <w:rsid w:val="00883DE6"/>
    <w:rsid w:val="008D4B75"/>
    <w:rsid w:val="00901086"/>
    <w:rsid w:val="00946D55"/>
    <w:rsid w:val="0098544E"/>
    <w:rsid w:val="009F2007"/>
    <w:rsid w:val="00A1270A"/>
    <w:rsid w:val="00A27FFC"/>
    <w:rsid w:val="00A76944"/>
    <w:rsid w:val="00A80F38"/>
    <w:rsid w:val="00AA1D8D"/>
    <w:rsid w:val="00AC53F4"/>
    <w:rsid w:val="00B47730"/>
    <w:rsid w:val="00B70340"/>
    <w:rsid w:val="00B816F6"/>
    <w:rsid w:val="00BF13A5"/>
    <w:rsid w:val="00C32C64"/>
    <w:rsid w:val="00C37AF9"/>
    <w:rsid w:val="00C80FEA"/>
    <w:rsid w:val="00CB0664"/>
    <w:rsid w:val="00D02D08"/>
    <w:rsid w:val="00D65718"/>
    <w:rsid w:val="00DB2676"/>
    <w:rsid w:val="00DC3F12"/>
    <w:rsid w:val="00E43B08"/>
    <w:rsid w:val="00E710A4"/>
    <w:rsid w:val="00E85F05"/>
    <w:rsid w:val="00EC6DBB"/>
    <w:rsid w:val="00F23FD2"/>
    <w:rsid w:val="00F65DE5"/>
    <w:rsid w:val="00FA05E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C36F41"/>
  <w14:defaultImageDpi w14:val="300"/>
  <w15:docId w15:val="{16E35A29-4435-48DC-8E5F-F1D31EB83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0F36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6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0B1DF-55CA-4E70-B166-E0C4BB87E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8360</Words>
  <Characters>47654</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55903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Mai Huong</cp:lastModifiedBy>
  <cp:revision>3</cp:revision>
  <dcterms:created xsi:type="dcterms:W3CDTF">2026-09-22T12:20:00Z</dcterms:created>
  <dcterms:modified xsi:type="dcterms:W3CDTF">2026-09-22T12:23:00Z</dcterms:modified>
  <cp:category/>
</cp:coreProperties>
</file>