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27"/>
        <w:gridCol w:w="7427"/>
      </w:tblGrid>
      <w:tr w:rsidR="00C21F56" w14:paraId="561A0B3F" w14:textId="77777777" w:rsidTr="00580B62">
        <w:tc>
          <w:tcPr>
            <w:tcW w:w="7427" w:type="dxa"/>
          </w:tcPr>
          <w:p w14:paraId="41532F94" w14:textId="77777777" w:rsidR="00C21F56" w:rsidRPr="00580B62" w:rsidRDefault="00EA1121">
            <w:pPr>
              <w:jc w:val="center"/>
              <w:rPr>
                <w:sz w:val="26"/>
                <w:szCs w:val="26"/>
              </w:rPr>
            </w:pPr>
            <w:r w:rsidRPr="00580B62">
              <w:rPr>
                <w:b/>
                <w:sz w:val="26"/>
                <w:szCs w:val="26"/>
              </w:rPr>
              <w:t>BỘ KHOA HỌC VÀ CÔNG NGHỆ</w:t>
            </w:r>
          </w:p>
          <w:p w14:paraId="2F552253" w14:textId="61CB12A9" w:rsidR="00C21F56" w:rsidRDefault="00580B62">
            <w:pPr>
              <w:jc w:val="center"/>
            </w:pPr>
            <w:r>
              <w:rPr>
                <w:noProof/>
              </w:rPr>
              <mc:AlternateContent>
                <mc:Choice Requires="wps">
                  <w:drawing>
                    <wp:anchor distT="0" distB="0" distL="114300" distR="114300" simplePos="0" relativeHeight="251659264" behindDoc="0" locked="0" layoutInCell="1" allowOverlap="1" wp14:anchorId="4697CBB0" wp14:editId="24875E05">
                      <wp:simplePos x="0" y="0"/>
                      <wp:positionH relativeFrom="column">
                        <wp:posOffset>1689735</wp:posOffset>
                      </wp:positionH>
                      <wp:positionV relativeFrom="paragraph">
                        <wp:posOffset>29210</wp:posOffset>
                      </wp:positionV>
                      <wp:extent cx="1123950" cy="0"/>
                      <wp:effectExtent l="0" t="0" r="0" b="0"/>
                      <wp:wrapNone/>
                      <wp:docPr id="866594272" name="Straight Connector 1"/>
                      <wp:cNvGraphicFramePr/>
                      <a:graphic xmlns:a="http://schemas.openxmlformats.org/drawingml/2006/main">
                        <a:graphicData uri="http://schemas.microsoft.com/office/word/2010/wordprocessingShape">
                          <wps:wsp>
                            <wps:cNvCnPr/>
                            <wps:spPr>
                              <a:xfrm>
                                <a:off x="0" y="0"/>
                                <a:ext cx="1123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C913A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3.05pt,2.3pt" to="221.5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" strokecolor="black [3040]"/>
                  </w:pict>
                </mc:Fallback>
              </mc:AlternateContent>
            </w:r>
          </w:p>
        </w:tc>
        <w:tc>
          <w:tcPr>
            <w:tcW w:w="7427" w:type="dxa"/>
          </w:tcPr>
          <w:p w14:paraId="701290A8" w14:textId="77777777" w:rsidR="00C21F56" w:rsidRPr="00580B62" w:rsidRDefault="00EA1121">
            <w:pPr>
              <w:jc w:val="center"/>
              <w:rPr>
                <w:sz w:val="28"/>
                <w:szCs w:val="28"/>
              </w:rPr>
            </w:pPr>
            <w:r w:rsidRPr="00580B62">
              <w:rPr>
                <w:b/>
                <w:sz w:val="28"/>
                <w:szCs w:val="28"/>
              </w:rPr>
              <w:t>CỘNG HÒA XÃ HỘI CHỦ NGHĨA VIỆT NAM</w:t>
            </w:r>
          </w:p>
          <w:p w14:paraId="13447A50" w14:textId="29314DF9" w:rsidR="00C21F56" w:rsidRPr="00580B62" w:rsidRDefault="00EA1121">
            <w:pPr>
              <w:jc w:val="center"/>
              <w:rPr>
                <w:sz w:val="28"/>
                <w:szCs w:val="28"/>
              </w:rPr>
            </w:pPr>
            <w:proofErr w:type="spellStart"/>
            <w:r w:rsidRPr="00580B62">
              <w:rPr>
                <w:b/>
                <w:sz w:val="28"/>
                <w:szCs w:val="28"/>
              </w:rPr>
              <w:t>Độc</w:t>
            </w:r>
            <w:proofErr w:type="spellEnd"/>
            <w:r w:rsidRPr="00580B62">
              <w:rPr>
                <w:b/>
                <w:sz w:val="28"/>
                <w:szCs w:val="28"/>
              </w:rPr>
              <w:t xml:space="preserve"> </w:t>
            </w:r>
            <w:proofErr w:type="spellStart"/>
            <w:r w:rsidRPr="00580B62">
              <w:rPr>
                <w:b/>
                <w:sz w:val="28"/>
                <w:szCs w:val="28"/>
              </w:rPr>
              <w:t>lập</w:t>
            </w:r>
            <w:proofErr w:type="spellEnd"/>
            <w:r w:rsidRPr="00580B62">
              <w:rPr>
                <w:b/>
                <w:sz w:val="28"/>
                <w:szCs w:val="28"/>
              </w:rPr>
              <w:t xml:space="preserve"> - </w:t>
            </w:r>
            <w:proofErr w:type="spellStart"/>
            <w:r w:rsidRPr="00580B62">
              <w:rPr>
                <w:b/>
                <w:sz w:val="28"/>
                <w:szCs w:val="28"/>
              </w:rPr>
              <w:t>Tự</w:t>
            </w:r>
            <w:proofErr w:type="spellEnd"/>
            <w:r w:rsidRPr="00580B62">
              <w:rPr>
                <w:b/>
                <w:sz w:val="28"/>
                <w:szCs w:val="28"/>
              </w:rPr>
              <w:t xml:space="preserve"> do - Hạnh phúc</w:t>
            </w:r>
          </w:p>
          <w:p w14:paraId="45151D83" w14:textId="3E01E342" w:rsidR="00C21F56" w:rsidRDefault="00580B62">
            <w:pPr>
              <w:jc w:val="center"/>
            </w:pPr>
            <w:r>
              <w:rPr>
                <w:noProof/>
              </w:rPr>
              <mc:AlternateContent>
                <mc:Choice Requires="wps">
                  <w:drawing>
                    <wp:anchor distT="0" distB="0" distL="114300" distR="114300" simplePos="0" relativeHeight="251660288" behindDoc="0" locked="0" layoutInCell="1" allowOverlap="1" wp14:anchorId="69783351" wp14:editId="2EF0AA0D">
                      <wp:simplePos x="0" y="0"/>
                      <wp:positionH relativeFrom="column">
                        <wp:posOffset>1231265</wp:posOffset>
                      </wp:positionH>
                      <wp:positionV relativeFrom="paragraph">
                        <wp:posOffset>48260</wp:posOffset>
                      </wp:positionV>
                      <wp:extent cx="2114550" cy="0"/>
                      <wp:effectExtent l="0" t="0" r="0" b="0"/>
                      <wp:wrapNone/>
                      <wp:docPr id="1573825260" name="Straight Connector 3"/>
                      <wp:cNvGraphicFramePr/>
                      <a:graphic xmlns:a="http://schemas.openxmlformats.org/drawingml/2006/main">
                        <a:graphicData uri="http://schemas.microsoft.com/office/word/2010/wordprocessingShape">
                          <wps:wsp>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868546"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6.95pt,3.8pt" to="263.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" strokecolor="black [3040]"/>
                  </w:pict>
                </mc:Fallback>
              </mc:AlternateContent>
            </w:r>
          </w:p>
        </w:tc>
      </w:tr>
      <w:tr w:rsidR="00580B62" w14:paraId="70E5F17B" w14:textId="77777777" w:rsidTr="00580B62">
        <w:tc>
          <w:tcPr>
            <w:tcW w:w="7427" w:type="dxa"/>
          </w:tcPr>
          <w:p w14:paraId="6150A902" w14:textId="77777777" w:rsidR="00580B62" w:rsidRDefault="00580B62">
            <w:pPr>
              <w:jc w:val="center"/>
              <w:rPr>
                <w:b/>
                <w:sz w:val="24"/>
              </w:rPr>
            </w:pPr>
          </w:p>
        </w:tc>
        <w:tc>
          <w:tcPr>
            <w:tcW w:w="7427" w:type="dxa"/>
          </w:tcPr>
          <w:p w14:paraId="6E709A8C" w14:textId="6F358C86" w:rsidR="00580B62" w:rsidRPr="00580B62" w:rsidRDefault="00580B62">
            <w:pPr>
              <w:jc w:val="center"/>
              <w:rPr>
                <w:b/>
                <w:sz w:val="26"/>
                <w:szCs w:val="26"/>
              </w:rPr>
            </w:pPr>
            <w:r w:rsidRPr="00580B62">
              <w:rPr>
                <w:i/>
                <w:iCs/>
                <w:sz w:val="26"/>
                <w:szCs w:val="26"/>
              </w:rPr>
              <w:t xml:space="preserve">Hà </w:t>
            </w:r>
            <w:proofErr w:type="spellStart"/>
            <w:r w:rsidRPr="00580B62">
              <w:rPr>
                <w:i/>
                <w:iCs/>
                <w:sz w:val="26"/>
                <w:szCs w:val="26"/>
              </w:rPr>
              <w:t>Nội</w:t>
            </w:r>
            <w:proofErr w:type="spellEnd"/>
            <w:r w:rsidRPr="00580B62">
              <w:rPr>
                <w:i/>
                <w:iCs/>
                <w:sz w:val="26"/>
                <w:szCs w:val="26"/>
              </w:rPr>
              <w:t xml:space="preserve">, </w:t>
            </w:r>
            <w:proofErr w:type="spellStart"/>
            <w:r w:rsidRPr="00580B62">
              <w:rPr>
                <w:i/>
                <w:iCs/>
                <w:sz w:val="26"/>
                <w:szCs w:val="26"/>
              </w:rPr>
              <w:t>ngày</w:t>
            </w:r>
            <w:proofErr w:type="spellEnd"/>
            <w:r w:rsidRPr="00580B62">
              <w:rPr>
                <w:i/>
                <w:iCs/>
                <w:sz w:val="26"/>
                <w:szCs w:val="26"/>
              </w:rPr>
              <w:t xml:space="preserve">      </w:t>
            </w:r>
            <w:proofErr w:type="spellStart"/>
            <w:r w:rsidRPr="00580B62">
              <w:rPr>
                <w:i/>
                <w:iCs/>
                <w:sz w:val="26"/>
                <w:szCs w:val="26"/>
              </w:rPr>
              <w:t>tháng</w:t>
            </w:r>
            <w:proofErr w:type="spellEnd"/>
            <w:r w:rsidRPr="00580B62">
              <w:rPr>
                <w:i/>
                <w:iCs/>
                <w:sz w:val="26"/>
                <w:szCs w:val="26"/>
              </w:rPr>
              <w:t xml:space="preserve">      </w:t>
            </w:r>
            <w:proofErr w:type="spellStart"/>
            <w:r w:rsidRPr="00580B62">
              <w:rPr>
                <w:i/>
                <w:iCs/>
                <w:sz w:val="26"/>
                <w:szCs w:val="26"/>
              </w:rPr>
              <w:t>năm</w:t>
            </w:r>
            <w:proofErr w:type="spellEnd"/>
            <w:r w:rsidRPr="00580B62">
              <w:rPr>
                <w:i/>
                <w:iCs/>
                <w:sz w:val="26"/>
                <w:szCs w:val="26"/>
              </w:rPr>
              <w:t xml:space="preserve"> 2026</w:t>
            </w:r>
          </w:p>
        </w:tc>
      </w:tr>
    </w:tbl>
    <w:p w14:paraId="402E55DD" w14:textId="77777777" w:rsidR="00C21F56" w:rsidRDefault="00EA1121" w:rsidP="00580B62">
      <w:pPr>
        <w:spacing w:before="360" w:after="60"/>
        <w:jc w:val="center"/>
      </w:pPr>
      <w:r>
        <w:rPr>
          <w:b/>
          <w:sz w:val="26"/>
        </w:rPr>
        <w:t>BẢN SO SÁNH, THUYẾT MINH NỘI DUNG DỰ THẢO QUYẾT ĐỊNH</w:t>
      </w:r>
    </w:p>
    <w:p w14:paraId="4CA0E14A" w14:textId="77777777" w:rsidR="00C21F56" w:rsidRDefault="00EA1121">
      <w:pPr>
        <w:spacing w:after="60"/>
        <w:jc w:val="center"/>
      </w:pPr>
      <w:r>
        <w:rPr>
          <w:b/>
          <w:sz w:val="26"/>
        </w:rPr>
        <w:t>CỦA THỦ TƯỚNG CHÍNH PHỦ BAN HÀNH QUY ĐỊNH VỀ CỔNG SÁNG KIẾN KHOA HỌC, CÔNG NGHỆ, ĐỔI MỚI SÁNG TẠO VÀ CHUYỂN ĐỔI SỐ</w:t>
      </w:r>
    </w:p>
    <w:p w14:paraId="52EFC433" w14:textId="77777777" w:rsidR="00C21F56" w:rsidRDefault="00EA1121">
      <w:pPr>
        <w:spacing w:after="160"/>
        <w:jc w:val="center"/>
      </w:pPr>
      <w:r>
        <w:rPr>
          <w:b/>
          <w:sz w:val="26"/>
        </w:rPr>
        <w:t>VỚI QUY ĐỊNH PHÁP LUẬT HIỆN HÀNH</w:t>
      </w:r>
    </w:p>
    <w:p w14:paraId="5346BD15" w14:textId="77777777" w:rsidR="00C21F56" w:rsidRDefault="00EA1121">
      <w:pPr>
        <w:spacing w:after="120"/>
        <w:ind w:firstLine="567"/>
        <w:jc w:val="both"/>
      </w:pPr>
      <w:r>
        <w:rPr>
          <w:i/>
        </w:rPr>
        <w:t>Dự thảo là văn bản ban hành mới. Bản này được lập theo Mẫu số 10 Phụ lục IV ban hành kèm theo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 ngày 01 tháng 7 năm 2025 của Chính phủ.</w:t>
      </w:r>
    </w:p>
    <w:tbl>
      <w:tblPr>
        <w:tblStyle w:val="TableGrid"/>
        <w:tblW w:w="0" w:type="auto"/>
        <w:jc w:val="center"/>
        <w:shd w:val="clear" w:color="auto" w:fill="FFFFFF" w:themeFill="background1"/>
        <w:tblLayout w:type="fixed"/>
        <w:tblLook w:val="04A0" w:firstRow="1" w:lastRow="0" w:firstColumn="1" w:lastColumn="0" w:noHBand="0" w:noVBand="1"/>
      </w:tblPr>
      <w:tblGrid>
        <w:gridCol w:w="10773"/>
        <w:gridCol w:w="4080"/>
      </w:tblGrid>
      <w:tr w:rsidR="00C21F56" w:rsidRPr="00580B62" w14:paraId="7502F46E" w14:textId="77777777" w:rsidTr="00580B62">
        <w:trPr>
          <w:cantSplit/>
          <w:tblHeader/>
          <w:jc w:val="center"/>
        </w:trPr>
        <w:tc>
          <w:tcPr>
            <w:tcW w:w="10773" w:type="dxa"/>
            <w:shd w:val="clear" w:color="auto" w:fill="FFFFFF" w:themeFill="background1"/>
            <w:tcMar>
              <w:top w:w="130" w:type="dxa"/>
              <w:left w:w="110" w:type="dxa"/>
              <w:bottom w:w="130" w:type="dxa"/>
              <w:right w:w="110" w:type="dxa"/>
            </w:tcMar>
            <w:vAlign w:val="center"/>
          </w:tcPr>
          <w:p w14:paraId="5BD09F53" w14:textId="77777777" w:rsidR="00C21F56" w:rsidRPr="00580B62" w:rsidRDefault="00EA1121" w:rsidP="00580B62">
            <w:pPr>
              <w:jc w:val="center"/>
              <w:rPr>
                <w:rFonts w:cs="Times New Roman"/>
                <w:sz w:val="24"/>
                <w:szCs w:val="24"/>
              </w:rPr>
            </w:pPr>
            <w:r w:rsidRPr="00580B62">
              <w:rPr>
                <w:rFonts w:cs="Times New Roman"/>
                <w:b/>
                <w:sz w:val="24"/>
                <w:szCs w:val="24"/>
              </w:rPr>
              <w:t>DỰ THẢO VĂN BẢN</w:t>
            </w:r>
          </w:p>
        </w:tc>
        <w:tc>
          <w:tcPr>
            <w:tcW w:w="4080" w:type="dxa"/>
            <w:shd w:val="clear" w:color="auto" w:fill="FFFFFF" w:themeFill="background1"/>
            <w:tcMar>
              <w:top w:w="130" w:type="dxa"/>
              <w:left w:w="110" w:type="dxa"/>
              <w:bottom w:w="130" w:type="dxa"/>
              <w:right w:w="110" w:type="dxa"/>
            </w:tcMar>
            <w:vAlign w:val="center"/>
          </w:tcPr>
          <w:p w14:paraId="6D7D250A" w14:textId="77777777" w:rsidR="00C21F56" w:rsidRPr="00580B62" w:rsidRDefault="00EA1121" w:rsidP="00580B62">
            <w:pPr>
              <w:jc w:val="center"/>
              <w:rPr>
                <w:rFonts w:cs="Times New Roman"/>
                <w:sz w:val="24"/>
                <w:szCs w:val="24"/>
              </w:rPr>
            </w:pPr>
            <w:r w:rsidRPr="00580B62">
              <w:rPr>
                <w:rFonts w:cs="Times New Roman"/>
                <w:b/>
                <w:sz w:val="24"/>
                <w:szCs w:val="24"/>
              </w:rPr>
              <w:t>THUYẾT MINH</w:t>
            </w:r>
          </w:p>
        </w:tc>
      </w:tr>
      <w:tr w:rsidR="00C21F56" w:rsidRPr="00580B62" w14:paraId="6BD25D98" w14:textId="77777777" w:rsidTr="00580B62">
        <w:trPr>
          <w:cantSplit/>
          <w:jc w:val="center"/>
        </w:trPr>
        <w:tc>
          <w:tcPr>
            <w:tcW w:w="14853" w:type="dxa"/>
            <w:gridSpan w:val="2"/>
            <w:shd w:val="clear" w:color="auto" w:fill="FFFFFF" w:themeFill="background1"/>
            <w:tcMar>
              <w:top w:w="110" w:type="dxa"/>
              <w:left w:w="110" w:type="dxa"/>
              <w:bottom w:w="110" w:type="dxa"/>
              <w:right w:w="110" w:type="dxa"/>
            </w:tcMar>
            <w:vAlign w:val="center"/>
          </w:tcPr>
          <w:p w14:paraId="0D680D49" w14:textId="77777777" w:rsidR="00C21F56" w:rsidRPr="00580B62" w:rsidRDefault="00EA1121" w:rsidP="00580B62">
            <w:pPr>
              <w:jc w:val="center"/>
              <w:rPr>
                <w:rFonts w:cs="Times New Roman"/>
                <w:sz w:val="24"/>
                <w:szCs w:val="24"/>
              </w:rPr>
            </w:pPr>
            <w:r w:rsidRPr="00580B62">
              <w:rPr>
                <w:rFonts w:cs="Times New Roman"/>
                <w:b/>
                <w:sz w:val="24"/>
                <w:szCs w:val="24"/>
              </w:rPr>
              <w:t>I. DỰ THẢO QUYẾT ĐỊNH</w:t>
            </w:r>
          </w:p>
        </w:tc>
      </w:tr>
      <w:tr w:rsidR="00C21F56" w:rsidRPr="00580B62" w14:paraId="63707100"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005D7347" w14:textId="77777777" w:rsidR="00C21F56" w:rsidRPr="00580B62" w:rsidRDefault="00EA1121" w:rsidP="00580B62">
            <w:pPr>
              <w:jc w:val="both"/>
              <w:rPr>
                <w:rFonts w:cs="Times New Roman"/>
                <w:sz w:val="24"/>
                <w:szCs w:val="24"/>
              </w:rPr>
            </w:pPr>
            <w:r w:rsidRPr="00580B62">
              <w:rPr>
                <w:rFonts w:cs="Times New Roman"/>
                <w:b/>
                <w:sz w:val="24"/>
                <w:szCs w:val="24"/>
              </w:rPr>
              <w:t>Điều 1. Ban hành kèm theo Quyết định</w:t>
            </w:r>
          </w:p>
          <w:p w14:paraId="1C1C235E" w14:textId="77777777" w:rsidR="00C21F56" w:rsidRPr="00580B62" w:rsidRDefault="00EA1121" w:rsidP="00580B62">
            <w:pPr>
              <w:jc w:val="both"/>
              <w:rPr>
                <w:rFonts w:cs="Times New Roman"/>
                <w:sz w:val="24"/>
                <w:szCs w:val="24"/>
              </w:rPr>
            </w:pPr>
            <w:r w:rsidRPr="00580B62">
              <w:rPr>
                <w:rFonts w:cs="Times New Roman"/>
                <w:sz w:val="24"/>
                <w:szCs w:val="24"/>
              </w:rPr>
              <w:t>Ban hành kèm theo Quyết định này Quy định về Cổng Sáng kiến khoa học, công nghệ, đổi mới sáng tạo và chuyển đổi số.</w:t>
            </w:r>
          </w:p>
        </w:tc>
        <w:tc>
          <w:tcPr>
            <w:tcW w:w="4080" w:type="dxa"/>
            <w:shd w:val="clear" w:color="auto" w:fill="FFFFFF" w:themeFill="background1"/>
            <w:tcMar>
              <w:top w:w="90" w:type="dxa"/>
              <w:left w:w="110" w:type="dxa"/>
              <w:bottom w:w="90" w:type="dxa"/>
              <w:right w:w="110" w:type="dxa"/>
            </w:tcMar>
          </w:tcPr>
          <w:p w14:paraId="7E8585F1" w14:textId="77777777" w:rsidR="00C21F56" w:rsidRPr="00580B62" w:rsidRDefault="00EA1121" w:rsidP="00580B62">
            <w:pPr>
              <w:ind w:firstLine="283"/>
              <w:jc w:val="both"/>
              <w:rPr>
                <w:rFonts w:cs="Times New Roman"/>
                <w:sz w:val="24"/>
                <w:szCs w:val="24"/>
              </w:rPr>
            </w:pPr>
            <w:r w:rsidRPr="00580B62">
              <w:rPr>
                <w:rFonts w:cs="Times New Roman"/>
                <w:sz w:val="24"/>
                <w:szCs w:val="24"/>
              </w:rPr>
              <w:t>Quy định điều khoản ban hành Quy định kèm theo Quyết định, bảo đảm đúng kỹ thuật trình bày đối với văn bản của Thủ tướng Chính phủ có nội dung quy phạm pháp luật kèm theo.</w:t>
            </w:r>
          </w:p>
        </w:tc>
      </w:tr>
      <w:tr w:rsidR="00C21F56" w:rsidRPr="00580B62" w14:paraId="46E470A2"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6BABEFFA" w14:textId="77777777" w:rsidR="00C21F56" w:rsidRPr="00580B62" w:rsidRDefault="00EA1121" w:rsidP="00580B62">
            <w:pPr>
              <w:jc w:val="both"/>
              <w:rPr>
                <w:rFonts w:cs="Times New Roman"/>
                <w:sz w:val="24"/>
                <w:szCs w:val="24"/>
              </w:rPr>
            </w:pPr>
            <w:r w:rsidRPr="00580B62">
              <w:rPr>
                <w:rFonts w:cs="Times New Roman"/>
                <w:b/>
                <w:sz w:val="24"/>
                <w:szCs w:val="24"/>
              </w:rPr>
              <w:t>Điều 2. Hiệu lực thi hành</w:t>
            </w:r>
          </w:p>
          <w:p w14:paraId="3E224800" w14:textId="77777777" w:rsidR="00C21F56" w:rsidRPr="00580B62" w:rsidRDefault="00EA1121" w:rsidP="00580B62">
            <w:pPr>
              <w:jc w:val="both"/>
              <w:rPr>
                <w:rFonts w:cs="Times New Roman"/>
                <w:sz w:val="24"/>
                <w:szCs w:val="24"/>
              </w:rPr>
            </w:pPr>
            <w:r w:rsidRPr="00580B62">
              <w:rPr>
                <w:rFonts w:cs="Times New Roman"/>
                <w:sz w:val="24"/>
                <w:szCs w:val="24"/>
              </w:rPr>
              <w:t>1. Quyết định này có hiệu lực thi hành từ ngày tháng năm 2026.</w:t>
            </w:r>
          </w:p>
          <w:p w14:paraId="4430FD58" w14:textId="77777777" w:rsidR="00C21F56" w:rsidRPr="00580B62" w:rsidRDefault="00EA1121" w:rsidP="00580B62">
            <w:pPr>
              <w:jc w:val="both"/>
              <w:rPr>
                <w:rFonts w:cs="Times New Roman"/>
                <w:sz w:val="24"/>
                <w:szCs w:val="24"/>
              </w:rPr>
            </w:pPr>
            <w:r w:rsidRPr="00580B62">
              <w:rPr>
                <w:rFonts w:cs="Times New Roman"/>
                <w:sz w:val="24"/>
                <w:szCs w:val="24"/>
              </w:rPr>
              <w:t>2. Quyết định số 2266/QĐ-TTg ngày 14 tháng 10 năm 2025 của Thủ tướng Chính phủ ban hành Quy trình xét chọn sáng kiến đột phá theo Kế hoạch hành động chiến lược triển khai Nghị quyết số 57-NQ/TW (sau đây viết tắt là Quyết định số 2266/QĐ-TTg) hết hiệu lực kể từ ngày Quyết định này có hiệu lực thi hành.</w:t>
            </w:r>
          </w:p>
          <w:p w14:paraId="2673EE8A" w14:textId="77777777" w:rsidR="00C21F56" w:rsidRPr="00580B62" w:rsidRDefault="00EA1121" w:rsidP="00580B62">
            <w:pPr>
              <w:jc w:val="both"/>
              <w:rPr>
                <w:rFonts w:cs="Times New Roman"/>
                <w:sz w:val="24"/>
                <w:szCs w:val="24"/>
              </w:rPr>
            </w:pPr>
            <w:r w:rsidRPr="00580B62">
              <w:rPr>
                <w:rFonts w:cs="Times New Roman"/>
                <w:sz w:val="24"/>
                <w:szCs w:val="24"/>
              </w:rPr>
              <w:t>3. Hồ sơ đang được xử lý theo Quyết định số 2266/QĐ-TTg trước ngày Quyết định này có hiệu lực được tiếp tục xử lý theo quy định tại Quyết định số 2266/QĐ-TTg, trừ trường hợp tổ chức, cá nhân đề nghị áp dụng Quyết định này.</w:t>
            </w:r>
          </w:p>
        </w:tc>
        <w:tc>
          <w:tcPr>
            <w:tcW w:w="4080" w:type="dxa"/>
            <w:shd w:val="clear" w:color="auto" w:fill="FFFFFF" w:themeFill="background1"/>
            <w:tcMar>
              <w:top w:w="90" w:type="dxa"/>
              <w:left w:w="110" w:type="dxa"/>
              <w:bottom w:w="90" w:type="dxa"/>
              <w:right w:w="110" w:type="dxa"/>
            </w:tcMar>
          </w:tcPr>
          <w:p w14:paraId="4892E83E" w14:textId="77777777" w:rsidR="00C21F56" w:rsidRPr="00580B62" w:rsidRDefault="00EA1121" w:rsidP="00580B62">
            <w:pPr>
              <w:ind w:firstLine="283"/>
              <w:jc w:val="both"/>
              <w:rPr>
                <w:rFonts w:cs="Times New Roman"/>
                <w:sz w:val="24"/>
                <w:szCs w:val="24"/>
              </w:rPr>
            </w:pPr>
            <w:r w:rsidRPr="00580B62">
              <w:rPr>
                <w:rFonts w:cs="Times New Roman"/>
                <w:sz w:val="24"/>
                <w:szCs w:val="24"/>
              </w:rPr>
              <w:t>Xác định hiệu lực, xử lý quan hệ với Quyết định số 2266/QĐ-TTg ngày 14 tháng 10 năm 2025 của Thủ tướng Chính phủ và quy định chuyển tiếp đối với hồ sơ đang xử lý. Việc chấm dứt hiệu lực Quyết định số 2266/QĐ-TTg nhằm thống nhất một quy trình trên Cổng Sáng kiến, tránh đồng thời tồn tại hai quy trình xét chọn đề xuất sáng kiến đột phá.</w:t>
            </w:r>
          </w:p>
        </w:tc>
      </w:tr>
      <w:tr w:rsidR="00C21F56" w:rsidRPr="00580B62" w14:paraId="545A25A8"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44C1D616"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3. Trách nhiệm thi hành</w:t>
            </w:r>
          </w:p>
          <w:p w14:paraId="5B3EDEA9" w14:textId="77777777" w:rsidR="00C21F56" w:rsidRPr="00580B62" w:rsidRDefault="00EA1121" w:rsidP="00580B62">
            <w:pPr>
              <w:jc w:val="both"/>
              <w:rPr>
                <w:rFonts w:cs="Times New Roman"/>
                <w:sz w:val="24"/>
                <w:szCs w:val="24"/>
              </w:rPr>
            </w:pPr>
            <w:r w:rsidRPr="00580B62">
              <w:rPr>
                <w:rFonts w:cs="Times New Roman"/>
                <w:sz w:val="24"/>
                <w:szCs w:val="24"/>
              </w:rPr>
              <w:t>Bộ trưởng Bộ Khoa học và Công nghệ, Bộ trưởng, Thủ trưởng cơ quan ngang bộ, Chủ tịch Ủy ban nhân dân tỉnh, thành phố trực thuộc trung ương và cơ quan, tổ chức, cá nhân có liên quan chịu trách nhiệm thi hành Quyết định này.</w:t>
            </w:r>
          </w:p>
        </w:tc>
        <w:tc>
          <w:tcPr>
            <w:tcW w:w="4080" w:type="dxa"/>
            <w:shd w:val="clear" w:color="auto" w:fill="FFFFFF" w:themeFill="background1"/>
            <w:tcMar>
              <w:top w:w="90" w:type="dxa"/>
              <w:left w:w="110" w:type="dxa"/>
              <w:bottom w:w="90" w:type="dxa"/>
              <w:right w:w="110" w:type="dxa"/>
            </w:tcMar>
          </w:tcPr>
          <w:p w14:paraId="15F0DCFA" w14:textId="77777777" w:rsidR="00C21F56" w:rsidRPr="00580B62" w:rsidRDefault="00EA1121" w:rsidP="00580B62">
            <w:pPr>
              <w:ind w:firstLine="283"/>
              <w:jc w:val="both"/>
              <w:rPr>
                <w:rFonts w:cs="Times New Roman"/>
                <w:sz w:val="24"/>
                <w:szCs w:val="24"/>
              </w:rPr>
            </w:pPr>
            <w:r w:rsidRPr="00580B62">
              <w:rPr>
                <w:rFonts w:cs="Times New Roman"/>
                <w:sz w:val="24"/>
                <w:szCs w:val="24"/>
              </w:rPr>
              <w:t>Xác định đầy đủ chủ thể chịu trách nhiệm thi hành, tương ứng với phạm vi quản lý liên ngành, liên cấp của Cổng Sáng kiến.</w:t>
            </w:r>
          </w:p>
        </w:tc>
      </w:tr>
      <w:tr w:rsidR="00C21F56" w:rsidRPr="00580B62" w14:paraId="001CF623" w14:textId="77777777" w:rsidTr="00580B62">
        <w:trPr>
          <w:cantSplit/>
          <w:jc w:val="center"/>
        </w:trPr>
        <w:tc>
          <w:tcPr>
            <w:tcW w:w="14853" w:type="dxa"/>
            <w:gridSpan w:val="2"/>
            <w:shd w:val="clear" w:color="auto" w:fill="FFFFFF" w:themeFill="background1"/>
            <w:tcMar>
              <w:top w:w="110" w:type="dxa"/>
              <w:left w:w="110" w:type="dxa"/>
              <w:bottom w:w="110" w:type="dxa"/>
              <w:right w:w="110" w:type="dxa"/>
            </w:tcMar>
            <w:vAlign w:val="center"/>
          </w:tcPr>
          <w:p w14:paraId="216378C6" w14:textId="77777777" w:rsidR="00C21F56" w:rsidRPr="00580B62" w:rsidRDefault="00EA1121" w:rsidP="00580B62">
            <w:pPr>
              <w:jc w:val="center"/>
              <w:rPr>
                <w:rFonts w:cs="Times New Roman"/>
                <w:sz w:val="24"/>
                <w:szCs w:val="24"/>
              </w:rPr>
            </w:pPr>
            <w:r w:rsidRPr="00580B62">
              <w:rPr>
                <w:rFonts w:cs="Times New Roman"/>
                <w:b/>
                <w:sz w:val="24"/>
                <w:szCs w:val="24"/>
              </w:rPr>
              <w:t>II. QUY ĐỊNH KÈM THEO - CHƯƠNG I. QUY ĐỊNH CHUNG</w:t>
            </w:r>
          </w:p>
        </w:tc>
      </w:tr>
      <w:tr w:rsidR="00C21F56" w:rsidRPr="00580B62" w14:paraId="349259E2"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721B44A6" w14:textId="77777777" w:rsidR="00C21F56" w:rsidRPr="00580B62" w:rsidRDefault="00EA1121" w:rsidP="00580B62">
            <w:pPr>
              <w:jc w:val="both"/>
              <w:rPr>
                <w:rFonts w:cs="Times New Roman"/>
                <w:sz w:val="24"/>
                <w:szCs w:val="24"/>
              </w:rPr>
            </w:pPr>
            <w:r w:rsidRPr="00580B62">
              <w:rPr>
                <w:rFonts w:cs="Times New Roman"/>
                <w:b/>
                <w:sz w:val="24"/>
                <w:szCs w:val="24"/>
              </w:rPr>
              <w:t>Điều 1. Phạm vi điều chỉnh</w:t>
            </w:r>
          </w:p>
          <w:p w14:paraId="1B258D65" w14:textId="77777777" w:rsidR="00C21F56" w:rsidRPr="00580B62" w:rsidRDefault="00EA1121" w:rsidP="00580B62">
            <w:pPr>
              <w:jc w:val="both"/>
              <w:rPr>
                <w:rFonts w:cs="Times New Roman"/>
                <w:sz w:val="24"/>
                <w:szCs w:val="24"/>
              </w:rPr>
            </w:pPr>
            <w:r w:rsidRPr="00580B62">
              <w:rPr>
                <w:rFonts w:cs="Times New Roman"/>
                <w:sz w:val="24"/>
                <w:szCs w:val="24"/>
              </w:rPr>
              <w:t>1. Quy định này quy định việc quản lý, vận hành Cổng Sáng kiến khoa học, công nghệ, đổi mới sáng tạo và chuyển đổi số (sau đây viết tắt là Cổng Sáng kiến); trình tự, thủ tục tiếp nhận, đánh giá, công nhận và xử lý đề xuất sáng kiến, đề xuất sáng kiến đột phá; trách nhiệm của cơ quan, tổ chức, cá nhân có liên quan.</w:t>
            </w:r>
          </w:p>
          <w:p w14:paraId="0AAE0B93" w14:textId="77777777" w:rsidR="00C21F56" w:rsidRPr="00580B62" w:rsidRDefault="00EA1121" w:rsidP="00580B62">
            <w:pPr>
              <w:jc w:val="both"/>
              <w:rPr>
                <w:rFonts w:cs="Times New Roman"/>
                <w:sz w:val="24"/>
                <w:szCs w:val="24"/>
              </w:rPr>
            </w:pPr>
            <w:r w:rsidRPr="00580B62">
              <w:rPr>
                <w:rFonts w:cs="Times New Roman"/>
                <w:sz w:val="24"/>
                <w:szCs w:val="24"/>
              </w:rPr>
              <w:t>2. Đề xuất sáng kiến theo Quy định này là ý tưởng được cụ thể hóa thành giải pháp để đánh giá, công nhận và hỗ trợ chuyển hóa. Việc xét, công nhận sáng kiến tại cơ sở và quyền, nghĩa vụ phát sinh từ sáng kiến được thực hiện theo Nghị định số 13/2012/NĐ-CP ngày 02 tháng 3 năm 2012 của Chính phủ ban hành Điều lệ Sáng kiến, không thuộc phạm vi điều chỉnh của Quy định này.</w:t>
            </w:r>
          </w:p>
        </w:tc>
        <w:tc>
          <w:tcPr>
            <w:tcW w:w="4080" w:type="dxa"/>
            <w:shd w:val="clear" w:color="auto" w:fill="FFFFFF" w:themeFill="background1"/>
            <w:tcMar>
              <w:top w:w="90" w:type="dxa"/>
              <w:left w:w="110" w:type="dxa"/>
              <w:bottom w:w="90" w:type="dxa"/>
              <w:right w:w="110" w:type="dxa"/>
            </w:tcMar>
          </w:tcPr>
          <w:p w14:paraId="51FEBC80" w14:textId="77777777" w:rsidR="00C21F56" w:rsidRPr="00580B62" w:rsidRDefault="00EA1121" w:rsidP="00580B62">
            <w:pPr>
              <w:ind w:firstLine="283"/>
              <w:jc w:val="both"/>
              <w:rPr>
                <w:rFonts w:cs="Times New Roman"/>
                <w:sz w:val="24"/>
                <w:szCs w:val="24"/>
              </w:rPr>
            </w:pPr>
            <w:r w:rsidRPr="00580B62">
              <w:rPr>
                <w:rFonts w:cs="Times New Roman"/>
                <w:sz w:val="24"/>
                <w:szCs w:val="24"/>
              </w:rPr>
              <w:t>Làm rõ ba nhóm nội dung điều chỉnh: quản lý, vận hành Cổng Sáng kiến; tiếp nhận, đánh giá, công nhận và xử lý đầu ra; trách nhiệm của các chủ thể. Khoản 2 phân biệt rõ đề xuất sáng kiến trên Cổng Sáng kiến với sáng kiến được xét, công nhận tại cơ sở theo Nghị định số 13/2012/NĐ-CP ngày 02 tháng 3 năm 2012 của Chính phủ ban hành Điều lệ Sáng kiến. Quy định này khắc phục nguy cơ chồng chéo về phạm vi và quyền, nghĩa vụ phát sinh.</w:t>
            </w:r>
          </w:p>
        </w:tc>
      </w:tr>
      <w:tr w:rsidR="00C21F56" w:rsidRPr="00580B62" w14:paraId="25A0C539"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6D8F15B4" w14:textId="77777777" w:rsidR="00C21F56" w:rsidRPr="00580B62" w:rsidRDefault="00EA1121" w:rsidP="00580B62">
            <w:pPr>
              <w:jc w:val="both"/>
              <w:rPr>
                <w:rFonts w:cs="Times New Roman"/>
                <w:sz w:val="24"/>
                <w:szCs w:val="24"/>
              </w:rPr>
            </w:pPr>
            <w:r w:rsidRPr="00580B62">
              <w:rPr>
                <w:rFonts w:cs="Times New Roman"/>
                <w:b/>
                <w:sz w:val="24"/>
                <w:szCs w:val="24"/>
              </w:rPr>
              <w:t>Điều 2. Đối tượng áp dụng</w:t>
            </w:r>
          </w:p>
          <w:p w14:paraId="25409C18" w14:textId="77777777" w:rsidR="00C21F56" w:rsidRPr="00580B62" w:rsidRDefault="00EA1121" w:rsidP="00580B62">
            <w:pPr>
              <w:jc w:val="both"/>
              <w:rPr>
                <w:rFonts w:cs="Times New Roman"/>
                <w:sz w:val="24"/>
                <w:szCs w:val="24"/>
              </w:rPr>
            </w:pPr>
            <w:r w:rsidRPr="00580B62">
              <w:rPr>
                <w:rFonts w:cs="Times New Roman"/>
                <w:sz w:val="24"/>
                <w:szCs w:val="24"/>
              </w:rPr>
              <w:t>1. Tổ chức, cá nhân Việt Nam; tổ chức, cá nhân nước ngoài gửi đề xuất sáng kiến trên Cổng Sáng kiến.</w:t>
            </w:r>
          </w:p>
          <w:p w14:paraId="3AB10861" w14:textId="77777777" w:rsidR="00C21F56" w:rsidRPr="00580B62" w:rsidRDefault="00EA1121" w:rsidP="00580B62">
            <w:pPr>
              <w:jc w:val="both"/>
              <w:rPr>
                <w:rFonts w:cs="Times New Roman"/>
                <w:sz w:val="24"/>
                <w:szCs w:val="24"/>
              </w:rPr>
            </w:pPr>
            <w:r w:rsidRPr="00580B62">
              <w:rPr>
                <w:rFonts w:cs="Times New Roman"/>
                <w:sz w:val="24"/>
                <w:szCs w:val="24"/>
              </w:rPr>
              <w:t>2. Bộ, cơ quan ngang bộ; Ủy ban nhân dân tỉnh, thành phố trực thuộc trung ương và cơ quan, đơn vị được giao xử lý hồ sơ đề xuất sáng kiến.</w:t>
            </w:r>
          </w:p>
          <w:p w14:paraId="349B4BE7" w14:textId="77777777" w:rsidR="00C21F56" w:rsidRPr="00580B62" w:rsidRDefault="00EA1121" w:rsidP="00580B62">
            <w:pPr>
              <w:jc w:val="both"/>
              <w:rPr>
                <w:rFonts w:cs="Times New Roman"/>
                <w:sz w:val="24"/>
                <w:szCs w:val="24"/>
              </w:rPr>
            </w:pPr>
            <w:r w:rsidRPr="00580B62">
              <w:rPr>
                <w:rFonts w:cs="Times New Roman"/>
                <w:sz w:val="24"/>
                <w:szCs w:val="24"/>
              </w:rPr>
              <w:t>3. Cơ quan quản lý, vận hành Cổng Sáng kiến; cơ quan quản lý sàn giao dịch khoa học và công nghệ; quỹ, chương trình hỗ trợ và tổ chức tiếp nhận quy định tại Điều 25 của Quy định này.</w:t>
            </w:r>
          </w:p>
          <w:p w14:paraId="44BBAE84" w14:textId="77777777" w:rsidR="00C21F56" w:rsidRPr="00580B62" w:rsidRDefault="00EA1121" w:rsidP="00580B62">
            <w:pPr>
              <w:jc w:val="both"/>
              <w:rPr>
                <w:rFonts w:cs="Times New Roman"/>
                <w:sz w:val="24"/>
                <w:szCs w:val="24"/>
              </w:rPr>
            </w:pPr>
            <w:r w:rsidRPr="00580B62">
              <w:rPr>
                <w:rFonts w:cs="Times New Roman"/>
                <w:sz w:val="24"/>
                <w:szCs w:val="24"/>
              </w:rPr>
              <w:t>4. Hội đồng tư vấn, chuyên gia, tổ chức tư vấn và cơ quan, tổ chức, cá nhân khác có liên quan.</w:t>
            </w:r>
          </w:p>
        </w:tc>
        <w:tc>
          <w:tcPr>
            <w:tcW w:w="4080" w:type="dxa"/>
            <w:shd w:val="clear" w:color="auto" w:fill="FFFFFF" w:themeFill="background1"/>
            <w:tcMar>
              <w:top w:w="90" w:type="dxa"/>
              <w:left w:w="110" w:type="dxa"/>
              <w:bottom w:w="90" w:type="dxa"/>
              <w:right w:w="110" w:type="dxa"/>
            </w:tcMar>
          </w:tcPr>
          <w:p w14:paraId="6F22D05F" w14:textId="77777777" w:rsidR="00C21F56" w:rsidRPr="00580B62" w:rsidRDefault="00EA1121" w:rsidP="00580B62">
            <w:pPr>
              <w:ind w:firstLine="283"/>
              <w:jc w:val="both"/>
              <w:rPr>
                <w:rFonts w:cs="Times New Roman"/>
                <w:sz w:val="24"/>
                <w:szCs w:val="24"/>
              </w:rPr>
            </w:pPr>
            <w:r w:rsidRPr="00580B62">
              <w:rPr>
                <w:rFonts w:cs="Times New Roman"/>
                <w:sz w:val="24"/>
                <w:szCs w:val="24"/>
              </w:rPr>
              <w:t>Xác định đối tượng gửi đề xuất, cơ quan xử lý, cơ quan vận hành, Hội đồng, chuyên gia và tổ chức tiếp nhận đầu ra. Việc liệt kê theo nhóm giúp xác định rõ quyền, trách nhiệm trong toàn bộ vòng đời của hồ sơ.</w:t>
            </w:r>
          </w:p>
        </w:tc>
      </w:tr>
      <w:tr w:rsidR="00C21F56" w:rsidRPr="00580B62" w14:paraId="31CCF84A"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23BAE729"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3. Giải thích từ ngữ</w:t>
            </w:r>
          </w:p>
          <w:p w14:paraId="5442E65C" w14:textId="77777777" w:rsidR="00C21F56" w:rsidRPr="00580B62" w:rsidRDefault="00EA1121" w:rsidP="00580B62">
            <w:pPr>
              <w:jc w:val="both"/>
              <w:rPr>
                <w:rFonts w:cs="Times New Roman"/>
                <w:sz w:val="24"/>
                <w:szCs w:val="24"/>
              </w:rPr>
            </w:pPr>
            <w:r w:rsidRPr="00580B62">
              <w:rPr>
                <w:rFonts w:cs="Times New Roman"/>
                <w:sz w:val="24"/>
                <w:szCs w:val="24"/>
              </w:rPr>
              <w:t>Trong Quy định này, các từ ngữ dưới đây được hiểu như sau:</w:t>
            </w:r>
          </w:p>
          <w:p w14:paraId="258C48CA" w14:textId="77777777" w:rsidR="00C21F56" w:rsidRPr="00580B62" w:rsidRDefault="00EA1121" w:rsidP="00580B62">
            <w:pPr>
              <w:jc w:val="both"/>
              <w:rPr>
                <w:rFonts w:cs="Times New Roman"/>
                <w:sz w:val="24"/>
                <w:szCs w:val="24"/>
              </w:rPr>
            </w:pPr>
            <w:r w:rsidRPr="00580B62">
              <w:rPr>
                <w:rFonts w:cs="Times New Roman"/>
                <w:sz w:val="24"/>
                <w:szCs w:val="24"/>
              </w:rPr>
              <w:t>1. Cổng Sáng kiến là hệ thống thông tin dùng chung trên phạm vi toàn quốc để gửi, sàng lọc, đánh giá, công nhận, công bố, theo dõi và xử lý kết quả đề xuất sáng kiến.</w:t>
            </w:r>
          </w:p>
          <w:p w14:paraId="11D14068" w14:textId="77777777" w:rsidR="00C21F56" w:rsidRPr="00580B62" w:rsidRDefault="00EA1121" w:rsidP="00580B62">
            <w:pPr>
              <w:jc w:val="both"/>
              <w:rPr>
                <w:rFonts w:cs="Times New Roman"/>
                <w:sz w:val="24"/>
                <w:szCs w:val="24"/>
              </w:rPr>
            </w:pPr>
            <w:r w:rsidRPr="00580B62">
              <w:rPr>
                <w:rFonts w:cs="Times New Roman"/>
                <w:sz w:val="24"/>
                <w:szCs w:val="24"/>
              </w:rPr>
              <w:t>2. Đề xuất sáng kiến là ý tưởng được cụ thể hóa thành giải pháp, mô hình, sản phẩm, quy trình hoặc phương thức quản lý; xác định được vấn đề cần giải quyết, yếu tố mới, cách thức thực hiện và kết quả dự kiến; có thể chưa được áp dụng hoặc mới được thử nghiệm bước đầu.</w:t>
            </w:r>
          </w:p>
          <w:p w14:paraId="23A09326" w14:textId="77777777" w:rsidR="00C21F56" w:rsidRPr="00580B62" w:rsidRDefault="00EA1121" w:rsidP="00580B62">
            <w:pPr>
              <w:jc w:val="both"/>
              <w:rPr>
                <w:rFonts w:cs="Times New Roman"/>
                <w:sz w:val="24"/>
                <w:szCs w:val="24"/>
              </w:rPr>
            </w:pPr>
            <w:r w:rsidRPr="00580B62">
              <w:rPr>
                <w:rFonts w:cs="Times New Roman"/>
                <w:sz w:val="24"/>
                <w:szCs w:val="24"/>
              </w:rPr>
              <w:t xml:space="preserve">3. Đề xuất sáng kiến đột phá là đề xuất sáng kiến có tính mới, tính sáng tạo và khả năng tạo chuyển biến vượt trội; giải quyết vấn đề lớn, cấp thiết, liên ngành hoặc có tác động rộng đối với phát triển kinh tế - xã hội, quốc phòng, </w:t>
            </w:r>
            <w:proofErr w:type="gramStart"/>
            <w:r w:rsidRPr="00580B62">
              <w:rPr>
                <w:rFonts w:cs="Times New Roman"/>
                <w:sz w:val="24"/>
                <w:szCs w:val="24"/>
              </w:rPr>
              <w:t>an</w:t>
            </w:r>
            <w:proofErr w:type="gramEnd"/>
            <w:r w:rsidRPr="00580B62">
              <w:rPr>
                <w:rFonts w:cs="Times New Roman"/>
                <w:sz w:val="24"/>
                <w:szCs w:val="24"/>
              </w:rPr>
              <w:t xml:space="preserve"> ninh, quản trị quốc gia hoặc đời sống Nhân dân.</w:t>
            </w:r>
          </w:p>
          <w:p w14:paraId="6239E993" w14:textId="77777777" w:rsidR="00C21F56" w:rsidRPr="00580B62" w:rsidRDefault="00EA1121" w:rsidP="00580B62">
            <w:pPr>
              <w:jc w:val="both"/>
              <w:rPr>
                <w:rFonts w:cs="Times New Roman"/>
                <w:sz w:val="24"/>
                <w:szCs w:val="24"/>
              </w:rPr>
            </w:pPr>
            <w:r w:rsidRPr="00580B62">
              <w:rPr>
                <w:rFonts w:cs="Times New Roman"/>
                <w:sz w:val="24"/>
                <w:szCs w:val="24"/>
              </w:rPr>
              <w:t>4. Cơ quan xử lý là bộ, cơ quan ngang bộ, Ủy ban nhân dân cấp tỉnh hoặc cơ quan, đơn vị trực thuộc được giao chủ trì xử lý hồ sơ theo lĩnh vực hoặc địa bàn.</w:t>
            </w:r>
          </w:p>
          <w:p w14:paraId="62C2A543" w14:textId="77777777" w:rsidR="00C21F56" w:rsidRPr="00580B62" w:rsidRDefault="00EA1121" w:rsidP="00580B62">
            <w:pPr>
              <w:jc w:val="both"/>
              <w:rPr>
                <w:rFonts w:cs="Times New Roman"/>
                <w:sz w:val="24"/>
                <w:szCs w:val="24"/>
              </w:rPr>
            </w:pPr>
            <w:r w:rsidRPr="00580B62">
              <w:rPr>
                <w:rFonts w:cs="Times New Roman"/>
                <w:sz w:val="24"/>
                <w:szCs w:val="24"/>
              </w:rPr>
              <w:t>5. Chuyển hóa đề xuất sáng kiến là việc đưa đề xuất được công nhận vào thử nghiệm, hoàn thiện, áp dụng, nhân rộng, đầu tư, thương mại hóa hoặc hình thành nhiệm vụ, chương trình, đề án, dự án theo quy định của pháp luật.</w:t>
            </w:r>
          </w:p>
        </w:tc>
        <w:tc>
          <w:tcPr>
            <w:tcW w:w="4080" w:type="dxa"/>
            <w:shd w:val="clear" w:color="auto" w:fill="FFFFFF" w:themeFill="background1"/>
            <w:tcMar>
              <w:top w:w="90" w:type="dxa"/>
              <w:left w:w="110" w:type="dxa"/>
              <w:bottom w:w="90" w:type="dxa"/>
              <w:right w:w="110" w:type="dxa"/>
            </w:tcMar>
          </w:tcPr>
          <w:p w14:paraId="604AD4A7" w14:textId="77777777" w:rsidR="00C21F56" w:rsidRPr="00580B62" w:rsidRDefault="00EA1121" w:rsidP="00580B62">
            <w:pPr>
              <w:ind w:firstLine="283"/>
              <w:jc w:val="both"/>
              <w:rPr>
                <w:rFonts w:cs="Times New Roman"/>
                <w:sz w:val="24"/>
                <w:szCs w:val="24"/>
              </w:rPr>
            </w:pPr>
            <w:r w:rsidRPr="00580B62">
              <w:rPr>
                <w:rFonts w:cs="Times New Roman"/>
                <w:sz w:val="24"/>
                <w:szCs w:val="24"/>
              </w:rPr>
              <w:t>Chỉ giải thích các thuật ngữ chưa được văn bản khác quy định trực tiếp hoặc cần hiểu thống nhất trong Quy định. Khái niệm đề xuất sáng kiến đột phá cụ thể hóa yêu cầu tại Thông báo số 20-TB/CQTTBCĐ; khái niệm chuyển hóa làm cơ sở thiết kế cơ chế xử lý sau công nhận.</w:t>
            </w:r>
          </w:p>
        </w:tc>
      </w:tr>
      <w:tr w:rsidR="00C21F56" w:rsidRPr="00580B62" w14:paraId="5204840E"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1F5DFEC2" w14:textId="77777777" w:rsidR="00C21F56" w:rsidRPr="00580B62" w:rsidRDefault="00EA1121" w:rsidP="00580B62">
            <w:pPr>
              <w:jc w:val="both"/>
              <w:rPr>
                <w:rFonts w:cs="Times New Roman"/>
                <w:sz w:val="24"/>
                <w:szCs w:val="24"/>
              </w:rPr>
            </w:pPr>
            <w:r w:rsidRPr="00580B62">
              <w:rPr>
                <w:rFonts w:cs="Times New Roman"/>
                <w:b/>
                <w:sz w:val="24"/>
                <w:szCs w:val="24"/>
              </w:rPr>
              <w:t>Điều 4. Nguyên tắc tiếp nhận và xử lý đề xuất sáng kiến</w:t>
            </w:r>
          </w:p>
          <w:p w14:paraId="74032414" w14:textId="77777777" w:rsidR="00C21F56" w:rsidRPr="00580B62" w:rsidRDefault="00EA1121" w:rsidP="00580B62">
            <w:pPr>
              <w:jc w:val="both"/>
              <w:rPr>
                <w:rFonts w:cs="Times New Roman"/>
                <w:sz w:val="24"/>
                <w:szCs w:val="24"/>
              </w:rPr>
            </w:pPr>
            <w:r w:rsidRPr="00580B62">
              <w:rPr>
                <w:rFonts w:cs="Times New Roman"/>
                <w:sz w:val="24"/>
                <w:szCs w:val="24"/>
              </w:rPr>
              <w:t>1. Bảo đảm công khai, minh bạch, khách quan; xác định rõ trách nhiệm và thời hạn xử lý ở từng bước.</w:t>
            </w:r>
          </w:p>
          <w:p w14:paraId="378BF7AC" w14:textId="77777777" w:rsidR="00C21F56" w:rsidRPr="00580B62" w:rsidRDefault="00EA1121" w:rsidP="00580B62">
            <w:pPr>
              <w:jc w:val="both"/>
              <w:rPr>
                <w:rFonts w:cs="Times New Roman"/>
                <w:sz w:val="24"/>
                <w:szCs w:val="24"/>
              </w:rPr>
            </w:pPr>
            <w:r w:rsidRPr="00580B62">
              <w:rPr>
                <w:rFonts w:cs="Times New Roman"/>
                <w:sz w:val="24"/>
                <w:szCs w:val="24"/>
              </w:rPr>
              <w:t>2. Mỗi hồ sơ được cấp một mã định danh; toàn bộ quá trình tiếp nhận, đánh giá và trả kết quả được thực hiện, theo dõi và lưu vết trên Cổng Sáng kiến.</w:t>
            </w:r>
          </w:p>
          <w:p w14:paraId="0FA94440" w14:textId="77777777" w:rsidR="00C21F56" w:rsidRPr="00580B62" w:rsidRDefault="00EA1121" w:rsidP="00580B62">
            <w:pPr>
              <w:jc w:val="both"/>
              <w:rPr>
                <w:rFonts w:cs="Times New Roman"/>
                <w:sz w:val="24"/>
                <w:szCs w:val="24"/>
              </w:rPr>
            </w:pPr>
            <w:r w:rsidRPr="00580B62">
              <w:rPr>
                <w:rFonts w:cs="Times New Roman"/>
                <w:sz w:val="24"/>
                <w:szCs w:val="24"/>
              </w:rPr>
              <w:t>3. Không yêu cầu tổ chức, cá nhân cung cấp lại dữ liệu, tài liệu còn giá trị và có thể khai thác hợp pháp từ cơ sở dữ liệu hoặc hệ thống thông tin.</w:t>
            </w:r>
          </w:p>
          <w:p w14:paraId="6BABF8A7" w14:textId="77777777" w:rsidR="00C21F56" w:rsidRPr="00580B62" w:rsidRDefault="00EA1121" w:rsidP="00580B62">
            <w:pPr>
              <w:jc w:val="both"/>
              <w:rPr>
                <w:rFonts w:cs="Times New Roman"/>
                <w:sz w:val="24"/>
                <w:szCs w:val="24"/>
              </w:rPr>
            </w:pPr>
            <w:r w:rsidRPr="00580B62">
              <w:rPr>
                <w:rFonts w:cs="Times New Roman"/>
                <w:sz w:val="24"/>
                <w:szCs w:val="24"/>
              </w:rPr>
              <w:t>4. Sàng lọc chỉ kiểm tra điều kiện hành chính và xác định cơ quan xử lý; không thay thế việc đánh giá chuyên môn.</w:t>
            </w:r>
          </w:p>
          <w:p w14:paraId="3F6F21B8" w14:textId="77777777" w:rsidR="00C21F56" w:rsidRPr="00580B62" w:rsidRDefault="00EA1121" w:rsidP="00580B62">
            <w:pPr>
              <w:jc w:val="both"/>
              <w:rPr>
                <w:rFonts w:cs="Times New Roman"/>
                <w:sz w:val="24"/>
                <w:szCs w:val="24"/>
              </w:rPr>
            </w:pPr>
            <w:r w:rsidRPr="00580B62">
              <w:rPr>
                <w:rFonts w:cs="Times New Roman"/>
                <w:sz w:val="24"/>
                <w:szCs w:val="24"/>
              </w:rPr>
              <w:t>5. Bảo vệ bí mật nhà nước, bí mật kinh doanh, quyền sở hữu trí tuệ, dữ liệu cá nhân và quyền, lợi ích hợp pháp của tổ chức, cá nhân.</w:t>
            </w:r>
          </w:p>
          <w:p w14:paraId="256D5DD9" w14:textId="77777777" w:rsidR="00C21F56" w:rsidRPr="00580B62" w:rsidRDefault="00EA1121" w:rsidP="00580B62">
            <w:pPr>
              <w:jc w:val="both"/>
              <w:rPr>
                <w:rFonts w:cs="Times New Roman"/>
                <w:sz w:val="24"/>
                <w:szCs w:val="24"/>
              </w:rPr>
            </w:pPr>
            <w:r w:rsidRPr="00580B62">
              <w:rPr>
                <w:rFonts w:cs="Times New Roman"/>
                <w:sz w:val="24"/>
                <w:szCs w:val="24"/>
              </w:rPr>
              <w:t>6. Bộ, cơ quan ngang bộ và Ủy ban nhân dân cấp tỉnh áp dụng thống nhất hồ sơ, trình tự, tiêu chí và biểu mẫu quy định tại Quy định này; không đặt thêm thành phần hồ sơ hoặc bước xử lý.</w:t>
            </w:r>
          </w:p>
          <w:p w14:paraId="6FB604AD" w14:textId="77777777" w:rsidR="00C21F56" w:rsidRPr="00580B62" w:rsidRDefault="00EA1121" w:rsidP="00580B62">
            <w:pPr>
              <w:jc w:val="both"/>
              <w:rPr>
                <w:rFonts w:cs="Times New Roman"/>
                <w:sz w:val="24"/>
                <w:szCs w:val="24"/>
              </w:rPr>
            </w:pPr>
            <w:r w:rsidRPr="00580B62">
              <w:rPr>
                <w:rFonts w:cs="Times New Roman"/>
                <w:sz w:val="24"/>
                <w:szCs w:val="24"/>
              </w:rPr>
              <w:t>CỔNG SÁNG KIẾN VÀ DỮ LIỆU</w:t>
            </w:r>
          </w:p>
        </w:tc>
        <w:tc>
          <w:tcPr>
            <w:tcW w:w="4080" w:type="dxa"/>
            <w:shd w:val="clear" w:color="auto" w:fill="FFFFFF" w:themeFill="background1"/>
            <w:tcMar>
              <w:top w:w="90" w:type="dxa"/>
              <w:left w:w="110" w:type="dxa"/>
              <w:bottom w:w="90" w:type="dxa"/>
              <w:right w:w="110" w:type="dxa"/>
            </w:tcMar>
          </w:tcPr>
          <w:p w14:paraId="34DE5F8D" w14:textId="77777777" w:rsidR="00C21F56" w:rsidRPr="00580B62" w:rsidRDefault="00EA1121" w:rsidP="00580B62">
            <w:pPr>
              <w:ind w:firstLine="283"/>
              <w:jc w:val="both"/>
              <w:rPr>
                <w:rFonts w:cs="Times New Roman"/>
                <w:sz w:val="24"/>
                <w:szCs w:val="24"/>
              </w:rPr>
            </w:pPr>
            <w:r w:rsidRPr="00580B62">
              <w:rPr>
                <w:rFonts w:cs="Times New Roman"/>
                <w:sz w:val="24"/>
                <w:szCs w:val="24"/>
              </w:rPr>
              <w:t>Thiết lập nguyên tắc chung về công khai, trách nhiệm, mã định danh, lưu vết, khai thác lại dữ liệu, giới hạn sàng lọc hành chính và bảo vệ quyền. Khoản 6 thống nhất hồ sơ, trình tự, tiêu chí và biểu mẫu trên toàn quốc, không cho phép cơ quan xử lý tự bổ sung thủ tục hoặc thành phần hồ sơ.</w:t>
            </w:r>
          </w:p>
        </w:tc>
      </w:tr>
      <w:tr w:rsidR="00C21F56" w:rsidRPr="00580B62" w14:paraId="605E6EB0" w14:textId="77777777" w:rsidTr="00580B62">
        <w:trPr>
          <w:cantSplit/>
          <w:jc w:val="center"/>
        </w:trPr>
        <w:tc>
          <w:tcPr>
            <w:tcW w:w="14853" w:type="dxa"/>
            <w:gridSpan w:val="2"/>
            <w:shd w:val="clear" w:color="auto" w:fill="FFFFFF" w:themeFill="background1"/>
            <w:tcMar>
              <w:top w:w="110" w:type="dxa"/>
              <w:left w:w="110" w:type="dxa"/>
              <w:bottom w:w="110" w:type="dxa"/>
              <w:right w:w="110" w:type="dxa"/>
            </w:tcMar>
            <w:vAlign w:val="center"/>
          </w:tcPr>
          <w:p w14:paraId="124AF324" w14:textId="77777777" w:rsidR="00C21F56" w:rsidRPr="00580B62" w:rsidRDefault="00EA1121" w:rsidP="00580B62">
            <w:pPr>
              <w:jc w:val="center"/>
              <w:rPr>
                <w:rFonts w:cs="Times New Roman"/>
                <w:sz w:val="24"/>
                <w:szCs w:val="24"/>
              </w:rPr>
            </w:pPr>
            <w:r w:rsidRPr="00580B62">
              <w:rPr>
                <w:rFonts w:cs="Times New Roman"/>
                <w:b/>
                <w:sz w:val="24"/>
                <w:szCs w:val="24"/>
              </w:rPr>
              <w:t>CHƯƠNG II. CỔNG SÁNG KIẾN VÀ DỮ LIỆU</w:t>
            </w:r>
          </w:p>
        </w:tc>
      </w:tr>
      <w:tr w:rsidR="00C21F56" w:rsidRPr="00580B62" w14:paraId="50FC5018"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21C94223"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5. Quản lý, vận hành Cổng Sáng kiến</w:t>
            </w:r>
          </w:p>
          <w:p w14:paraId="40FAF748" w14:textId="77777777" w:rsidR="00C21F56" w:rsidRPr="00580B62" w:rsidRDefault="00EA1121" w:rsidP="00580B62">
            <w:pPr>
              <w:jc w:val="both"/>
              <w:rPr>
                <w:rFonts w:cs="Times New Roman"/>
                <w:sz w:val="24"/>
                <w:szCs w:val="24"/>
              </w:rPr>
            </w:pPr>
            <w:r w:rsidRPr="00580B62">
              <w:rPr>
                <w:rFonts w:cs="Times New Roman"/>
                <w:sz w:val="24"/>
                <w:szCs w:val="24"/>
              </w:rPr>
              <w:t>1. Bộ Khoa học và Công nghệ thống nhất quản lý Cổng Sáng kiến trên phạm vi toàn quốc. Cổng Sáng kiến được truy cập tại địa chỉ https://sangkien.gov.vn.</w:t>
            </w:r>
          </w:p>
          <w:p w14:paraId="76ED5254" w14:textId="77777777" w:rsidR="00C21F56" w:rsidRPr="00580B62" w:rsidRDefault="00EA1121" w:rsidP="00580B62">
            <w:pPr>
              <w:jc w:val="both"/>
              <w:rPr>
                <w:rFonts w:cs="Times New Roman"/>
                <w:sz w:val="24"/>
                <w:szCs w:val="24"/>
              </w:rPr>
            </w:pPr>
            <w:r w:rsidRPr="00580B62">
              <w:rPr>
                <w:rFonts w:cs="Times New Roman"/>
                <w:sz w:val="24"/>
                <w:szCs w:val="24"/>
              </w:rPr>
              <w:t>2. Cổng Sáng kiến là hệ thống dùng chung của bộ, cơ quan ngang bộ và Ủy ban nhân dân cấp tỉnh để tiếp nhận, xử lý và trả kết quả hồ sơ.</w:t>
            </w:r>
          </w:p>
          <w:p w14:paraId="097C642B" w14:textId="77777777" w:rsidR="00C21F56" w:rsidRPr="00580B62" w:rsidRDefault="00EA1121" w:rsidP="00580B62">
            <w:pPr>
              <w:jc w:val="both"/>
              <w:rPr>
                <w:rFonts w:cs="Times New Roman"/>
                <w:sz w:val="24"/>
                <w:szCs w:val="24"/>
              </w:rPr>
            </w:pPr>
            <w:r w:rsidRPr="00580B62">
              <w:rPr>
                <w:rFonts w:cs="Times New Roman"/>
                <w:sz w:val="24"/>
                <w:szCs w:val="24"/>
              </w:rPr>
              <w:t>3. Cổng Sáng kiến thực hiện sàng lọc, cấp mã, phân loại và chuyển hồ sơ theo quy tắc tại Quy định này; cung cấp chức năng lựa chọn chuyên gia, gửi tài liệu, đánh giá, biểu quyết, tổng hợp kết quả, ký số, công bố và lưu trữ hồ sơ.</w:t>
            </w:r>
          </w:p>
          <w:p w14:paraId="041B7EA5" w14:textId="77777777" w:rsidR="00C21F56" w:rsidRPr="00580B62" w:rsidRDefault="00EA1121" w:rsidP="00580B62">
            <w:pPr>
              <w:jc w:val="both"/>
              <w:rPr>
                <w:rFonts w:cs="Times New Roman"/>
                <w:sz w:val="24"/>
                <w:szCs w:val="24"/>
              </w:rPr>
            </w:pPr>
            <w:r w:rsidRPr="00580B62">
              <w:rPr>
                <w:rFonts w:cs="Times New Roman"/>
                <w:sz w:val="24"/>
                <w:szCs w:val="24"/>
              </w:rPr>
              <w:t>4. Cổng Sáng kiến được kết nối, chia sẻ dữ liệu với nền tảng, hệ thống thông tin quốc gia, hệ thống thông tin của bộ, cơ quan ngang bộ và Ủy ban nhân dân cấp tỉnh, sàn giao dịch khoa học và công nghệ, quỹ và chương trình hỗ trợ theo quy định của pháp luật.</w:t>
            </w:r>
          </w:p>
          <w:p w14:paraId="2DD63C2F" w14:textId="77777777" w:rsidR="00C21F56" w:rsidRPr="00580B62" w:rsidRDefault="00EA1121" w:rsidP="00580B62">
            <w:pPr>
              <w:jc w:val="both"/>
              <w:rPr>
                <w:rFonts w:cs="Times New Roman"/>
                <w:sz w:val="24"/>
                <w:szCs w:val="24"/>
              </w:rPr>
            </w:pPr>
            <w:r w:rsidRPr="00580B62">
              <w:rPr>
                <w:rFonts w:cs="Times New Roman"/>
                <w:sz w:val="24"/>
                <w:szCs w:val="24"/>
              </w:rPr>
              <w:t>5. Cổng Sáng kiến cung cấp công cụ tra cứu, theo dõi tiến độ, cảnh báo quá hạn, thống kê, báo cáo; hỗ trợ tiếng Việt, tiếng Anh và bảo đảm khả năng tiếp cận.</w:t>
            </w:r>
          </w:p>
        </w:tc>
        <w:tc>
          <w:tcPr>
            <w:tcW w:w="4080" w:type="dxa"/>
            <w:shd w:val="clear" w:color="auto" w:fill="FFFFFF" w:themeFill="background1"/>
            <w:tcMar>
              <w:top w:w="90" w:type="dxa"/>
              <w:left w:w="110" w:type="dxa"/>
              <w:bottom w:w="90" w:type="dxa"/>
              <w:right w:w="110" w:type="dxa"/>
            </w:tcMar>
          </w:tcPr>
          <w:p w14:paraId="0ECFB26A" w14:textId="77777777" w:rsidR="00C21F56" w:rsidRPr="00580B62" w:rsidRDefault="00EA1121" w:rsidP="00580B62">
            <w:pPr>
              <w:ind w:firstLine="283"/>
              <w:jc w:val="both"/>
              <w:rPr>
                <w:rFonts w:cs="Times New Roman"/>
                <w:sz w:val="24"/>
                <w:szCs w:val="24"/>
              </w:rPr>
            </w:pPr>
            <w:r w:rsidRPr="00580B62">
              <w:rPr>
                <w:rFonts w:cs="Times New Roman"/>
                <w:sz w:val="24"/>
                <w:szCs w:val="24"/>
              </w:rPr>
              <w:t>Xác định Bộ Khoa học và Công nghệ là cơ quan thống nhất quản lý; Cổng Sáng kiến là hệ thống dùng chung của bộ, cơ quan ngang bộ và địa phương. Các chức năng được quy định trực tiếp để Bộ chỉ cấu hình, vận hành, không phải ban hành thêm thông tư hoặc quy trình nghiệp vụ.</w:t>
            </w:r>
          </w:p>
        </w:tc>
      </w:tr>
      <w:tr w:rsidR="00C21F56" w:rsidRPr="00580B62" w14:paraId="0DAA3DD3"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7A997C69"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6. Tài khoản và xác thực điện tử</w:t>
            </w:r>
          </w:p>
          <w:p w14:paraId="6D46C439" w14:textId="77777777" w:rsidR="00C21F56" w:rsidRPr="00580B62" w:rsidRDefault="00EA1121" w:rsidP="00580B62">
            <w:pPr>
              <w:jc w:val="both"/>
              <w:rPr>
                <w:rFonts w:cs="Times New Roman"/>
                <w:sz w:val="24"/>
                <w:szCs w:val="24"/>
              </w:rPr>
            </w:pPr>
            <w:r w:rsidRPr="00580B62">
              <w:rPr>
                <w:rFonts w:cs="Times New Roman"/>
                <w:sz w:val="24"/>
                <w:szCs w:val="24"/>
              </w:rPr>
              <w:t>1. Tài khoản trên Cổng Sáng kiến gồm tài khoản người sử dụng và tài khoản cơ quan. Tài khoản chỉ được kích hoạt sau khi được xác thực.</w:t>
            </w:r>
          </w:p>
          <w:p w14:paraId="4EE2B71E" w14:textId="77777777" w:rsidR="00C21F56" w:rsidRPr="00580B62" w:rsidRDefault="00EA1121" w:rsidP="00580B62">
            <w:pPr>
              <w:jc w:val="both"/>
              <w:rPr>
                <w:rFonts w:cs="Times New Roman"/>
                <w:sz w:val="24"/>
                <w:szCs w:val="24"/>
              </w:rPr>
            </w:pPr>
            <w:r w:rsidRPr="00580B62">
              <w:rPr>
                <w:rFonts w:cs="Times New Roman"/>
                <w:sz w:val="24"/>
                <w:szCs w:val="24"/>
              </w:rPr>
              <w:t>2. Tài khoản người sử dụng được cấp cho tổ chức, cá nhân gửi đề xuất; chuyên gia; thành viên Hội đồng tư vấn và người được giao xử lý hồ sơ. Mỗi người sử dụng tài khoản của mình để thực hiện nhiệm vụ; không dùng chung thông tin đăng nhập hoặc phương tiện xác thực.</w:t>
            </w:r>
          </w:p>
          <w:p w14:paraId="6A97CFD7" w14:textId="77777777" w:rsidR="00C21F56" w:rsidRPr="00580B62" w:rsidRDefault="00EA1121" w:rsidP="00580B62">
            <w:pPr>
              <w:jc w:val="both"/>
              <w:rPr>
                <w:rFonts w:cs="Times New Roman"/>
                <w:sz w:val="24"/>
                <w:szCs w:val="24"/>
              </w:rPr>
            </w:pPr>
            <w:r w:rsidRPr="00580B62">
              <w:rPr>
                <w:rFonts w:cs="Times New Roman"/>
                <w:sz w:val="24"/>
                <w:szCs w:val="24"/>
              </w:rPr>
              <w:t>3. Cá nhân Việt Nam được ưu tiên xác thực bằng tài khoản định danh điện tử trên Ứng dụng định danh quốc gia (sau đây viết tắt là VNeID). Trường hợp không sử dụng VNeID, cá nhân được xác thực bằng chữ ký số hoặc phương thức xác thực điện tử hợp pháp khác. Tổ chức Việt Nam được xác thực bằng tài khoản định danh điện tử hoặc chữ ký số của tổ chức. Tổ chức, cá nhân nước ngoài được xác thực bằng chữ ký số, giấy tờ định danh hoặc phương thức xác thực điện tử được pháp luật Việt Nam công nhận.</w:t>
            </w:r>
          </w:p>
          <w:p w14:paraId="5D0D520E" w14:textId="77777777" w:rsidR="00C21F56" w:rsidRPr="00580B62" w:rsidRDefault="00EA1121" w:rsidP="00580B62">
            <w:pPr>
              <w:jc w:val="both"/>
              <w:rPr>
                <w:rFonts w:cs="Times New Roman"/>
                <w:sz w:val="24"/>
                <w:szCs w:val="24"/>
              </w:rPr>
            </w:pPr>
            <w:r w:rsidRPr="00580B62">
              <w:rPr>
                <w:rFonts w:cs="Times New Roman"/>
                <w:sz w:val="24"/>
                <w:szCs w:val="24"/>
              </w:rPr>
              <w:t>4. Bộ Khoa học và Công nghệ tạo 01 tài khoản cơ quan cho từng bộ, cơ quan ngang bộ và Ủy ban nhân dân cấp tỉnh. Tài khoản cơ quan được dùng để quản lý người sử dụng, hồ sơ và tiến độ xử lý thuộc phạm vi quản lý; không thay thế tài khoản người sử dụng.</w:t>
            </w:r>
          </w:p>
          <w:p w14:paraId="6311D2F4" w14:textId="77777777" w:rsidR="00C21F56" w:rsidRPr="00580B62" w:rsidRDefault="00EA1121" w:rsidP="00580B62">
            <w:pPr>
              <w:jc w:val="both"/>
              <w:rPr>
                <w:rFonts w:cs="Times New Roman"/>
                <w:sz w:val="24"/>
                <w:szCs w:val="24"/>
              </w:rPr>
            </w:pPr>
            <w:r w:rsidRPr="00580B62">
              <w:rPr>
                <w:rFonts w:cs="Times New Roman"/>
                <w:sz w:val="24"/>
                <w:szCs w:val="24"/>
              </w:rPr>
              <w:t>5. Người đứng đầu cơ quan chỉ định 01 người quản trị chính và 01 người quản trị dự phòng; chịu trách nhiệm về việc phân quyền, thay đổi và thu hồi quyền truy cập. Việc tạo mới, thay đổi, tạm khóa, khôi phục hoặc thu hồi tài khoản cơ quan thực hiện theo Mẫu số 12.</w:t>
            </w:r>
          </w:p>
          <w:p w14:paraId="3DD6BBC0" w14:textId="77777777" w:rsidR="00C21F56" w:rsidRPr="00580B62" w:rsidRDefault="00EA1121" w:rsidP="00580B62">
            <w:pPr>
              <w:jc w:val="both"/>
              <w:rPr>
                <w:rFonts w:cs="Times New Roman"/>
                <w:sz w:val="24"/>
                <w:szCs w:val="24"/>
              </w:rPr>
            </w:pPr>
            <w:r w:rsidRPr="00580B62">
              <w:rPr>
                <w:rFonts w:cs="Times New Roman"/>
                <w:sz w:val="24"/>
                <w:szCs w:val="24"/>
              </w:rPr>
              <w:t>6. Mọi thao tác phải được xác thực hoặc ký số theo pháp luật về giao dịch điện tử và được Cổng Sáng kiến lưu vết. Cơ quan quản lý tài khoản phải thu hồi quyền truy cập trong thời hạn 01 ngày làm việc kể từ ngày người sử dụng không còn thực hiện nhiệm vụ.</w:t>
            </w:r>
          </w:p>
          <w:p w14:paraId="71ED77CF" w14:textId="77777777" w:rsidR="00C21F56" w:rsidRPr="00580B62" w:rsidRDefault="00EA1121" w:rsidP="00580B62">
            <w:pPr>
              <w:jc w:val="both"/>
              <w:rPr>
                <w:rFonts w:cs="Times New Roman"/>
                <w:sz w:val="24"/>
                <w:szCs w:val="24"/>
              </w:rPr>
            </w:pPr>
            <w:r w:rsidRPr="00580B62">
              <w:rPr>
                <w:rFonts w:cs="Times New Roman"/>
                <w:sz w:val="24"/>
                <w:szCs w:val="24"/>
              </w:rPr>
              <w:t>7. Bộ Khoa học và Công nghệ quản lý danh mục tài khoản cơ quan; hỗ trợ khôi phục, tạm khóa hoặc mở khóa tài khoản khi có yêu cầu hoặc nguy cơ mất an toàn. Việc xử lý tài khoản phải được thông báo, nêu rõ lý do và lưu vết.</w:t>
            </w:r>
          </w:p>
        </w:tc>
        <w:tc>
          <w:tcPr>
            <w:tcW w:w="4080" w:type="dxa"/>
            <w:shd w:val="clear" w:color="auto" w:fill="FFFFFF" w:themeFill="background1"/>
            <w:tcMar>
              <w:top w:w="90" w:type="dxa"/>
              <w:left w:w="110" w:type="dxa"/>
              <w:bottom w:w="90" w:type="dxa"/>
              <w:right w:w="110" w:type="dxa"/>
            </w:tcMar>
          </w:tcPr>
          <w:p w14:paraId="3E1A2FD8" w14:textId="77777777" w:rsidR="00C21F56" w:rsidRPr="00580B62" w:rsidRDefault="00EA1121" w:rsidP="00580B62">
            <w:pPr>
              <w:ind w:firstLine="283"/>
              <w:jc w:val="both"/>
              <w:rPr>
                <w:rFonts w:cs="Times New Roman"/>
                <w:sz w:val="24"/>
                <w:szCs w:val="24"/>
              </w:rPr>
            </w:pPr>
            <w:r w:rsidRPr="00580B62">
              <w:rPr>
                <w:rFonts w:cs="Times New Roman"/>
                <w:sz w:val="24"/>
                <w:szCs w:val="24"/>
              </w:rPr>
              <w:t>Phân biệt tài khoản người sử dụng và tài khoản cơ quan; quy định VNeID là phương thức xác thực được ưu tiên đối với cá nhân Việt Nam nhưng vẫn duy trì chữ ký số và phương thức hợp pháp khác. Tài khoản cơ quan phục vụ quản lý hồ sơ, tiến độ và phân quyền trong phạm vi của từng bộ, cơ quan ngang bộ, Ủy ban nhân dân cấp tỉnh.</w:t>
            </w:r>
          </w:p>
        </w:tc>
      </w:tr>
      <w:tr w:rsidR="00C21F56" w:rsidRPr="00580B62" w14:paraId="3CC59622"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57127EA6"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7. Cơ sở dữ liệu đề xuất sáng kiến và cơ sở dữ liệu chuyên gia</w:t>
            </w:r>
          </w:p>
          <w:p w14:paraId="7B918C94" w14:textId="77777777" w:rsidR="00C21F56" w:rsidRPr="00580B62" w:rsidRDefault="00EA1121" w:rsidP="00580B62">
            <w:pPr>
              <w:jc w:val="both"/>
              <w:rPr>
                <w:rFonts w:cs="Times New Roman"/>
                <w:sz w:val="24"/>
                <w:szCs w:val="24"/>
              </w:rPr>
            </w:pPr>
            <w:r w:rsidRPr="00580B62">
              <w:rPr>
                <w:rFonts w:cs="Times New Roman"/>
                <w:sz w:val="24"/>
                <w:szCs w:val="24"/>
              </w:rPr>
              <w:t>1. Cơ sở dữ liệu về đề xuất sáng kiến và cơ sở dữ liệu chuyên gia được Bộ Khoa học và Công nghệ quản lý tập trung, thống nhất và dùng chung trên phạm vi toàn quốc.</w:t>
            </w:r>
          </w:p>
          <w:p w14:paraId="19CB07A6" w14:textId="77777777" w:rsidR="00C21F56" w:rsidRPr="00580B62" w:rsidRDefault="00EA1121" w:rsidP="00580B62">
            <w:pPr>
              <w:jc w:val="both"/>
              <w:rPr>
                <w:rFonts w:cs="Times New Roman"/>
                <w:sz w:val="24"/>
                <w:szCs w:val="24"/>
              </w:rPr>
            </w:pPr>
            <w:r w:rsidRPr="00580B62">
              <w:rPr>
                <w:rFonts w:cs="Times New Roman"/>
                <w:sz w:val="24"/>
                <w:szCs w:val="24"/>
              </w:rPr>
              <w:t>2. Cơ sở dữ liệu về đề xuất sáng kiến lưu thông tin về tổ chức, cá nhân gửi đề xuất; nội dung hồ sơ; quá trình xử lý; kết quả đánh giá, công nhận; tình hình hỗ trợ, áp dụng, nhân rộng, đầu tư, thương mại hóa và kết quả khác có liên quan.</w:t>
            </w:r>
          </w:p>
          <w:p w14:paraId="1CF124C7" w14:textId="77777777" w:rsidR="00C21F56" w:rsidRPr="00580B62" w:rsidRDefault="00EA1121" w:rsidP="00580B62">
            <w:pPr>
              <w:jc w:val="both"/>
              <w:rPr>
                <w:rFonts w:cs="Times New Roman"/>
                <w:sz w:val="24"/>
                <w:szCs w:val="24"/>
              </w:rPr>
            </w:pPr>
            <w:r w:rsidRPr="00580B62">
              <w:rPr>
                <w:rFonts w:cs="Times New Roman"/>
                <w:sz w:val="24"/>
                <w:szCs w:val="24"/>
              </w:rPr>
              <w:t>3. Cơ sở dữ liệu chuyên gia lưu thông tin định danh, trình độ, lĩnh vực chuyên môn, kinh nghiệm, lý lịch khoa học, kết quả chuyên môn, lịch sử đánh giá, kê khai xung đột lợi ích và trạng thái sẵn sàng tham gia.</w:t>
            </w:r>
          </w:p>
          <w:p w14:paraId="6A1CA5FB" w14:textId="77777777" w:rsidR="00C21F56" w:rsidRPr="00580B62" w:rsidRDefault="00EA1121" w:rsidP="00580B62">
            <w:pPr>
              <w:jc w:val="both"/>
              <w:rPr>
                <w:rFonts w:cs="Times New Roman"/>
                <w:sz w:val="24"/>
                <w:szCs w:val="24"/>
              </w:rPr>
            </w:pPr>
            <w:r w:rsidRPr="00580B62">
              <w:rPr>
                <w:rFonts w:cs="Times New Roman"/>
                <w:sz w:val="24"/>
                <w:szCs w:val="24"/>
              </w:rPr>
              <w:t>4. Chuyên gia tạo lập, cập nhật và chịu trách nhiệm về hồ sơ của mình; cập nhật trong thời hạn 10 ngày làm việc kể từ ngày có thay đổi và xác nhận lại ít nhất 01 lần trong 12 tháng.</w:t>
            </w:r>
          </w:p>
          <w:p w14:paraId="68187728" w14:textId="77777777" w:rsidR="00C21F56" w:rsidRPr="00580B62" w:rsidRDefault="00EA1121" w:rsidP="00580B62">
            <w:pPr>
              <w:jc w:val="both"/>
              <w:rPr>
                <w:rFonts w:cs="Times New Roman"/>
                <w:sz w:val="24"/>
                <w:szCs w:val="24"/>
              </w:rPr>
            </w:pPr>
            <w:r w:rsidRPr="00580B62">
              <w:rPr>
                <w:rFonts w:cs="Times New Roman"/>
                <w:sz w:val="24"/>
                <w:szCs w:val="24"/>
              </w:rPr>
              <w:t>5. Bộ Khoa học và Công nghệ xác thực thông tin định danh, kiểm tra tình trạng cập nhật và xác nhận trạng thái sử dụng của hồ sơ chuyên gia. Hồ sơ chưa được xác nhận hoặc quá 12 tháng không được chuyên gia xác nhận lại không được sử dụng để lựa chọn chuyên gia.</w:t>
            </w:r>
          </w:p>
          <w:p w14:paraId="0DA025BB" w14:textId="77777777" w:rsidR="00C21F56" w:rsidRPr="00580B62" w:rsidRDefault="00EA1121" w:rsidP="00580B62">
            <w:pPr>
              <w:jc w:val="both"/>
              <w:rPr>
                <w:rFonts w:cs="Times New Roman"/>
                <w:sz w:val="24"/>
                <w:szCs w:val="24"/>
              </w:rPr>
            </w:pPr>
            <w:r w:rsidRPr="00580B62">
              <w:rPr>
                <w:rFonts w:cs="Times New Roman"/>
                <w:sz w:val="24"/>
                <w:szCs w:val="24"/>
              </w:rPr>
              <w:t>6. Cơ quan xử lý lựa chọn chuyên gia từ cơ sở dữ liệu dùng chung. Cơ sở dữ liệu chuyên gia hiện có của bộ, cơ quan ngang bộ và Ủy ban nhân dân cấp tỉnh được kết nối, đồng bộ với Cổng Sáng kiến; không lập cơ sở dữ liệu trùng lặp.</w:t>
            </w:r>
          </w:p>
          <w:p w14:paraId="53D4357F" w14:textId="77777777" w:rsidR="00C21F56" w:rsidRPr="00580B62" w:rsidRDefault="00EA1121" w:rsidP="00580B62">
            <w:pPr>
              <w:jc w:val="both"/>
              <w:rPr>
                <w:rFonts w:cs="Times New Roman"/>
                <w:sz w:val="24"/>
                <w:szCs w:val="24"/>
              </w:rPr>
            </w:pPr>
            <w:r w:rsidRPr="00580B62">
              <w:rPr>
                <w:rFonts w:cs="Times New Roman"/>
                <w:sz w:val="24"/>
                <w:szCs w:val="24"/>
              </w:rPr>
              <w:t>7. Cơ quan, tổ chức, cá nhân tạo lập dữ liệu phải cập nhật dữ liệu trong thời hạn 02 ngày làm việc kể từ ngày dữ liệu phát sinh hoặc thay đổi và chịu trách nhiệm về tính chính xác của dữ liệu. Cổng Sáng kiến ghi nhận nguồn, thời điểm, chủ thể tạo lập và lịch sử thay đổi dữ liệu.</w:t>
            </w:r>
          </w:p>
        </w:tc>
        <w:tc>
          <w:tcPr>
            <w:tcW w:w="4080" w:type="dxa"/>
            <w:shd w:val="clear" w:color="auto" w:fill="FFFFFF" w:themeFill="background1"/>
            <w:tcMar>
              <w:top w:w="90" w:type="dxa"/>
              <w:left w:w="110" w:type="dxa"/>
              <w:bottom w:w="90" w:type="dxa"/>
              <w:right w:w="110" w:type="dxa"/>
            </w:tcMar>
          </w:tcPr>
          <w:p w14:paraId="0F153CAE" w14:textId="77777777" w:rsidR="00C21F56" w:rsidRPr="00580B62" w:rsidRDefault="00EA1121" w:rsidP="00580B62">
            <w:pPr>
              <w:ind w:firstLine="283"/>
              <w:jc w:val="both"/>
              <w:rPr>
                <w:rFonts w:cs="Times New Roman"/>
                <w:sz w:val="24"/>
                <w:szCs w:val="24"/>
              </w:rPr>
            </w:pPr>
            <w:r w:rsidRPr="00580B62">
              <w:rPr>
                <w:rFonts w:cs="Times New Roman"/>
                <w:sz w:val="24"/>
                <w:szCs w:val="24"/>
              </w:rPr>
              <w:t>Thiết lập cơ sở dữ liệu đề xuất sáng kiến và cơ sở dữ liệu chuyên gia dùng chung trên phạm vi toàn quốc; quy định nội dung dữ liệu, trách nhiệm cập nhật, xác nhận và điều kiện sử dụng hồ sơ chuyên gia. Cách tiếp cận này tránh lập cơ sở dữ liệu trùng lặp và tạo nguồn chuyên gia dùng chung.</w:t>
            </w:r>
          </w:p>
        </w:tc>
      </w:tr>
      <w:tr w:rsidR="00C21F56" w:rsidRPr="00580B62" w14:paraId="6F634EA1"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031D75AA"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8. Kết nối, chia sẻ và khai thác dữ liệu</w:t>
            </w:r>
          </w:p>
          <w:p w14:paraId="1C37B009" w14:textId="77777777" w:rsidR="00C21F56" w:rsidRPr="00580B62" w:rsidRDefault="00EA1121" w:rsidP="00580B62">
            <w:pPr>
              <w:jc w:val="both"/>
              <w:rPr>
                <w:rFonts w:cs="Times New Roman"/>
                <w:sz w:val="24"/>
                <w:szCs w:val="24"/>
              </w:rPr>
            </w:pPr>
            <w:r w:rsidRPr="00580B62">
              <w:rPr>
                <w:rFonts w:cs="Times New Roman"/>
                <w:sz w:val="24"/>
                <w:szCs w:val="24"/>
              </w:rPr>
              <w:t>1. Việc kết nối, chia sẻ dữ liệu được thực hiện thông qua nền tảng tích hợp, chia sẻ dữ liệu quốc gia, giao diện lập trình ứng dụng hoặc phương thức điện tử đáp ứng tiêu chuẩn, quy chuẩn kỹ thuật áp dụng đối với hệ thống thông tin của cơ quan nhà nước.</w:t>
            </w:r>
          </w:p>
          <w:p w14:paraId="1F69025F" w14:textId="77777777" w:rsidR="00C21F56" w:rsidRPr="00580B62" w:rsidRDefault="00EA1121" w:rsidP="00580B62">
            <w:pPr>
              <w:jc w:val="both"/>
              <w:rPr>
                <w:rFonts w:cs="Times New Roman"/>
                <w:sz w:val="24"/>
                <w:szCs w:val="24"/>
              </w:rPr>
            </w:pPr>
            <w:r w:rsidRPr="00580B62">
              <w:rPr>
                <w:rFonts w:cs="Times New Roman"/>
                <w:sz w:val="24"/>
                <w:szCs w:val="24"/>
              </w:rPr>
              <w:t>2. Cơ quan nhà nước được khai thác dữ liệu theo chức năng, nhiệm vụ và phạm vi được phân quyền. Tổ chức, cá nhân được khai thác dữ liệu công khai và dữ liệu của chính mình.</w:t>
            </w:r>
          </w:p>
          <w:p w14:paraId="1A8CAA5D" w14:textId="77777777" w:rsidR="00C21F56" w:rsidRPr="00580B62" w:rsidRDefault="00EA1121" w:rsidP="00580B62">
            <w:pPr>
              <w:jc w:val="both"/>
              <w:rPr>
                <w:rFonts w:cs="Times New Roman"/>
                <w:sz w:val="24"/>
                <w:szCs w:val="24"/>
              </w:rPr>
            </w:pPr>
            <w:r w:rsidRPr="00580B62">
              <w:rPr>
                <w:rFonts w:cs="Times New Roman"/>
                <w:sz w:val="24"/>
                <w:szCs w:val="24"/>
              </w:rPr>
              <w:t>3. Không công khai dữ liệu thuộc danh mục bí mật nhà nước, bí mật kinh doanh, dữ liệu cá nhân hoặc nội dung mà chủ thể có quyền chưa đồng ý công khai. Việc chia sẻ dữ liệu phải căn cứ chức năng, nhiệm vụ của bên nhận hoặc sự đồng ý của chủ thể có quyền; xác định rõ mục đích, phạm vi dữ liệu và được lưu vết trên Cổng Sáng kiến.</w:t>
            </w:r>
          </w:p>
          <w:p w14:paraId="21707FF0" w14:textId="77777777" w:rsidR="00C21F56" w:rsidRPr="00580B62" w:rsidRDefault="00EA1121" w:rsidP="00580B62">
            <w:pPr>
              <w:jc w:val="both"/>
              <w:rPr>
                <w:rFonts w:cs="Times New Roman"/>
                <w:sz w:val="24"/>
                <w:szCs w:val="24"/>
              </w:rPr>
            </w:pPr>
            <w:r w:rsidRPr="00580B62">
              <w:rPr>
                <w:rFonts w:cs="Times New Roman"/>
                <w:sz w:val="24"/>
                <w:szCs w:val="24"/>
              </w:rPr>
              <w:t>4. Không yêu cầu tổ chức, cá nhân gửi đề xuất nộp lại tài liệu đã được ký số, lưu trữ trên Cổng Sáng kiến hoặc có thể khai thác hợp pháp từ hệ thống thông tin, cơ sở dữ liệu khác.</w:t>
            </w:r>
          </w:p>
          <w:p w14:paraId="73E8DEF8" w14:textId="77777777" w:rsidR="00C21F56" w:rsidRPr="00580B62" w:rsidRDefault="00EA1121" w:rsidP="00580B62">
            <w:pPr>
              <w:jc w:val="both"/>
              <w:rPr>
                <w:rFonts w:cs="Times New Roman"/>
                <w:sz w:val="24"/>
                <w:szCs w:val="24"/>
              </w:rPr>
            </w:pPr>
            <w:r w:rsidRPr="00580B62">
              <w:rPr>
                <w:rFonts w:cs="Times New Roman"/>
                <w:sz w:val="24"/>
                <w:szCs w:val="24"/>
              </w:rPr>
              <w:t>TIẾP NHẬN VÀ XỬ LÝ ĐỀ XUẤT SÁNG KIẾN, ĐỀ XUẤT SÁNG KIẾN ĐỘT PHÁ</w:t>
            </w:r>
          </w:p>
          <w:p w14:paraId="47BEC68E" w14:textId="77777777" w:rsidR="00C21F56" w:rsidRPr="00580B62" w:rsidRDefault="00EA1121" w:rsidP="00580B62">
            <w:pPr>
              <w:jc w:val="both"/>
              <w:rPr>
                <w:rFonts w:cs="Times New Roman"/>
                <w:sz w:val="24"/>
                <w:szCs w:val="24"/>
              </w:rPr>
            </w:pPr>
            <w:r w:rsidRPr="00580B62">
              <w:rPr>
                <w:rFonts w:cs="Times New Roman"/>
                <w:sz w:val="24"/>
                <w:szCs w:val="24"/>
              </w:rPr>
              <w:t>QUY ĐỊNH CHUNG</w:t>
            </w:r>
          </w:p>
        </w:tc>
        <w:tc>
          <w:tcPr>
            <w:tcW w:w="4080" w:type="dxa"/>
            <w:shd w:val="clear" w:color="auto" w:fill="FFFFFF" w:themeFill="background1"/>
            <w:tcMar>
              <w:top w:w="90" w:type="dxa"/>
              <w:left w:w="110" w:type="dxa"/>
              <w:bottom w:w="90" w:type="dxa"/>
              <w:right w:w="110" w:type="dxa"/>
            </w:tcMar>
          </w:tcPr>
          <w:p w14:paraId="7CD4162A" w14:textId="77777777" w:rsidR="00C21F56" w:rsidRPr="00580B62" w:rsidRDefault="00EA1121" w:rsidP="00580B62">
            <w:pPr>
              <w:ind w:firstLine="283"/>
              <w:jc w:val="both"/>
              <w:rPr>
                <w:rFonts w:cs="Times New Roman"/>
                <w:sz w:val="24"/>
                <w:szCs w:val="24"/>
              </w:rPr>
            </w:pPr>
            <w:r w:rsidRPr="00580B62">
              <w:rPr>
                <w:rFonts w:cs="Times New Roman"/>
                <w:sz w:val="24"/>
                <w:szCs w:val="24"/>
              </w:rPr>
              <w:t>Cụ thể hóa nguyên tắc kết nối, chia sẻ và khai thác dữ liệu theo pháp luật về dữ liệu, giao dịch điện tử, bảo vệ dữ liệu cá nhân và an toàn thông tin. Quy định đồng thời thực hiện nguyên tắc không yêu cầu nộp lại dữ liệu đã có và còn giá trị.</w:t>
            </w:r>
          </w:p>
        </w:tc>
      </w:tr>
      <w:tr w:rsidR="00C21F56" w:rsidRPr="00580B62" w14:paraId="6E09E30D" w14:textId="77777777" w:rsidTr="00580B62">
        <w:trPr>
          <w:cantSplit/>
          <w:jc w:val="center"/>
        </w:trPr>
        <w:tc>
          <w:tcPr>
            <w:tcW w:w="14853" w:type="dxa"/>
            <w:gridSpan w:val="2"/>
            <w:shd w:val="clear" w:color="auto" w:fill="FFFFFF" w:themeFill="background1"/>
            <w:tcMar>
              <w:top w:w="110" w:type="dxa"/>
              <w:left w:w="110" w:type="dxa"/>
              <w:bottom w:w="110" w:type="dxa"/>
              <w:right w:w="110" w:type="dxa"/>
            </w:tcMar>
            <w:vAlign w:val="center"/>
          </w:tcPr>
          <w:p w14:paraId="4FCC5C9D" w14:textId="77777777" w:rsidR="00C21F56" w:rsidRPr="00580B62" w:rsidRDefault="00EA1121" w:rsidP="00580B62">
            <w:pPr>
              <w:jc w:val="center"/>
              <w:rPr>
                <w:rFonts w:cs="Times New Roman"/>
                <w:sz w:val="24"/>
                <w:szCs w:val="24"/>
              </w:rPr>
            </w:pPr>
            <w:r w:rsidRPr="00580B62">
              <w:rPr>
                <w:rFonts w:cs="Times New Roman"/>
                <w:b/>
                <w:sz w:val="24"/>
                <w:szCs w:val="24"/>
              </w:rPr>
              <w:t>CHƯƠNG III. TIẾP NHẬN VÀ XỬ LÝ ĐỀ XUẤT SÁNG KIẾN, ĐỀ XUẤT SÁNG KIẾN ĐỘT PHÁ</w:t>
            </w:r>
          </w:p>
        </w:tc>
      </w:tr>
      <w:tr w:rsidR="00C21F56" w:rsidRPr="00580B62" w14:paraId="6284D1C4"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0C5858C5" w14:textId="77777777" w:rsidR="00C21F56" w:rsidRPr="00580B62" w:rsidRDefault="00EA1121" w:rsidP="00580B62">
            <w:pPr>
              <w:jc w:val="both"/>
              <w:rPr>
                <w:rFonts w:cs="Times New Roman"/>
                <w:sz w:val="24"/>
                <w:szCs w:val="24"/>
              </w:rPr>
            </w:pPr>
            <w:r w:rsidRPr="00580B62">
              <w:rPr>
                <w:rFonts w:cs="Times New Roman"/>
                <w:b/>
                <w:sz w:val="24"/>
                <w:szCs w:val="24"/>
              </w:rPr>
              <w:t>Điều 9. Gửi đề xuất sáng kiến và đề xuất sáng kiến đột phá</w:t>
            </w:r>
          </w:p>
          <w:p w14:paraId="34523889" w14:textId="77777777" w:rsidR="00C21F56" w:rsidRPr="00580B62" w:rsidRDefault="00EA1121" w:rsidP="00580B62">
            <w:pPr>
              <w:jc w:val="both"/>
              <w:rPr>
                <w:rFonts w:cs="Times New Roman"/>
                <w:sz w:val="24"/>
                <w:szCs w:val="24"/>
              </w:rPr>
            </w:pPr>
            <w:r w:rsidRPr="00580B62">
              <w:rPr>
                <w:rFonts w:cs="Times New Roman"/>
                <w:sz w:val="24"/>
                <w:szCs w:val="24"/>
              </w:rPr>
              <w:t>1. Đề xuất được lập bằng tiếng Việt và gửi trên Cổng Sáng kiến. Tổ chức, cá nhân nước ngoài có thể gửi kèm bản tiếng Anh; trường hợp nội dung hai bản khác nhau, bản tiếng Việt được sử dụng để xử lý.</w:t>
            </w:r>
          </w:p>
          <w:p w14:paraId="514FB7BC" w14:textId="77777777" w:rsidR="00C21F56" w:rsidRPr="00580B62" w:rsidRDefault="00EA1121" w:rsidP="00580B62">
            <w:pPr>
              <w:jc w:val="both"/>
              <w:rPr>
                <w:rFonts w:cs="Times New Roman"/>
                <w:sz w:val="24"/>
                <w:szCs w:val="24"/>
              </w:rPr>
            </w:pPr>
            <w:r w:rsidRPr="00580B62">
              <w:rPr>
                <w:rFonts w:cs="Times New Roman"/>
                <w:sz w:val="24"/>
                <w:szCs w:val="24"/>
              </w:rPr>
              <w:t>2. Đề xuất phải nêu rõ vấn đề cần giải quyết, mục tiêu, giải pháp, yếu tố mới, khả năng thực hiện, kết quả và tác động dự kiến, nhu cầu hỗ trợ.</w:t>
            </w:r>
          </w:p>
          <w:p w14:paraId="7A488A93" w14:textId="77777777" w:rsidR="00C21F56" w:rsidRPr="00580B62" w:rsidRDefault="00EA1121" w:rsidP="00580B62">
            <w:pPr>
              <w:jc w:val="both"/>
              <w:rPr>
                <w:rFonts w:cs="Times New Roman"/>
                <w:sz w:val="24"/>
                <w:szCs w:val="24"/>
              </w:rPr>
            </w:pPr>
            <w:r w:rsidRPr="00580B62">
              <w:rPr>
                <w:rFonts w:cs="Times New Roman"/>
                <w:sz w:val="24"/>
                <w:szCs w:val="24"/>
              </w:rPr>
              <w:t>3. Tổ chức, cá nhân được lựa chọn lĩnh vực, địa bàn, cơ quan dự kiến xử lý và phạm vi thông tin được công khai; được theo dõi, giải trình, nhận kết quả và phản hồi trên Cổng Sáng kiến.</w:t>
            </w:r>
          </w:p>
          <w:p w14:paraId="4BF91D17" w14:textId="77777777" w:rsidR="00C21F56" w:rsidRPr="00580B62" w:rsidRDefault="00EA1121" w:rsidP="00580B62">
            <w:pPr>
              <w:jc w:val="both"/>
              <w:rPr>
                <w:rFonts w:cs="Times New Roman"/>
                <w:sz w:val="24"/>
                <w:szCs w:val="24"/>
              </w:rPr>
            </w:pPr>
            <w:r w:rsidRPr="00580B62">
              <w:rPr>
                <w:rFonts w:cs="Times New Roman"/>
                <w:sz w:val="24"/>
                <w:szCs w:val="24"/>
              </w:rPr>
              <w:t>4. Tổ chức, cá nhân chịu trách nhiệm về tính chính xác, trung thực, hợp pháp của hồ sơ và quyền sử dụng tài liệu, dữ liệu kèm theo; không mạo danh, xâm phạm quyền của chủ thể khác hoặc gửi thông tin sai sự thật.</w:t>
            </w:r>
          </w:p>
          <w:p w14:paraId="2EDDE694" w14:textId="77777777" w:rsidR="00C21F56" w:rsidRPr="00580B62" w:rsidRDefault="00EA1121" w:rsidP="00580B62">
            <w:pPr>
              <w:jc w:val="both"/>
              <w:rPr>
                <w:rFonts w:cs="Times New Roman"/>
                <w:sz w:val="24"/>
                <w:szCs w:val="24"/>
              </w:rPr>
            </w:pPr>
            <w:r w:rsidRPr="00580B62">
              <w:rPr>
                <w:rFonts w:cs="Times New Roman"/>
                <w:sz w:val="24"/>
                <w:szCs w:val="24"/>
              </w:rPr>
              <w:t>5. Tài liệu thuộc danh mục bí mật nhà nước không được tải lên Cổng Sáng kiến. Đề xuất có nội dung thuộc bí mật nhà nước được tiếp nhận, xử lý theo pháp luật về bảo vệ bí mật nhà nước; Cổng Sáng kiến chỉ lưu thông tin được phép công khai.</w:t>
            </w:r>
          </w:p>
        </w:tc>
        <w:tc>
          <w:tcPr>
            <w:tcW w:w="4080" w:type="dxa"/>
            <w:shd w:val="clear" w:color="auto" w:fill="FFFFFF" w:themeFill="background1"/>
            <w:tcMar>
              <w:top w:w="90" w:type="dxa"/>
              <w:left w:w="110" w:type="dxa"/>
              <w:bottom w:w="90" w:type="dxa"/>
              <w:right w:w="110" w:type="dxa"/>
            </w:tcMar>
          </w:tcPr>
          <w:p w14:paraId="11E392D6" w14:textId="77777777" w:rsidR="00C21F56" w:rsidRPr="00580B62" w:rsidRDefault="00EA1121" w:rsidP="00580B62">
            <w:pPr>
              <w:ind w:firstLine="283"/>
              <w:jc w:val="both"/>
              <w:rPr>
                <w:rFonts w:cs="Times New Roman"/>
                <w:sz w:val="24"/>
                <w:szCs w:val="24"/>
              </w:rPr>
            </w:pPr>
            <w:r w:rsidRPr="00580B62">
              <w:rPr>
                <w:rFonts w:cs="Times New Roman"/>
                <w:sz w:val="24"/>
                <w:szCs w:val="24"/>
              </w:rPr>
              <w:t>Quy định cách gửi đề xuất hoàn toàn điện tử; nội dung tối thiểu cần thể hiện; quyền lựa chọn lĩnh vực, địa bàn, cơ quan dự kiến xử lý và phạm vi công khai. Quy định trách nhiệm về tính trung thực, quyền sử dụng tài liệu và xử lý nội dung thuộc bí mật nhà nước.</w:t>
            </w:r>
          </w:p>
        </w:tc>
      </w:tr>
      <w:tr w:rsidR="00C21F56" w:rsidRPr="00580B62" w14:paraId="76DC6C62"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1C70249F"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10. Hồ sơ đề xuất sáng kiến và đề xuất sáng kiến đột phá</w:t>
            </w:r>
          </w:p>
          <w:p w14:paraId="1539A821" w14:textId="77777777" w:rsidR="00C21F56" w:rsidRPr="00580B62" w:rsidRDefault="00EA1121" w:rsidP="00580B62">
            <w:pPr>
              <w:jc w:val="both"/>
              <w:rPr>
                <w:rFonts w:cs="Times New Roman"/>
                <w:sz w:val="24"/>
                <w:szCs w:val="24"/>
              </w:rPr>
            </w:pPr>
            <w:r w:rsidRPr="00580B62">
              <w:rPr>
                <w:rFonts w:cs="Times New Roman"/>
                <w:sz w:val="24"/>
                <w:szCs w:val="24"/>
              </w:rPr>
              <w:t>1. Phiếu đề xuất sáng kiến theo Mẫu số 01.</w:t>
            </w:r>
          </w:p>
          <w:p w14:paraId="5FF3AE96" w14:textId="77777777" w:rsidR="00C21F56" w:rsidRPr="00580B62" w:rsidRDefault="00EA1121" w:rsidP="00580B62">
            <w:pPr>
              <w:jc w:val="both"/>
              <w:rPr>
                <w:rFonts w:cs="Times New Roman"/>
                <w:sz w:val="24"/>
                <w:szCs w:val="24"/>
              </w:rPr>
            </w:pPr>
            <w:r w:rsidRPr="00580B62">
              <w:rPr>
                <w:rFonts w:cs="Times New Roman"/>
                <w:sz w:val="24"/>
                <w:szCs w:val="24"/>
              </w:rPr>
              <w:t>2. Tài liệu chứng minh, kết quả thử nghiệm, sản phẩm mẫu, dữ liệu, hình ảnh, video hoặc tài liệu khác, nếu có.</w:t>
            </w:r>
          </w:p>
          <w:p w14:paraId="227D9DF7" w14:textId="77777777" w:rsidR="00C21F56" w:rsidRPr="00580B62" w:rsidRDefault="00EA1121" w:rsidP="00580B62">
            <w:pPr>
              <w:jc w:val="both"/>
              <w:rPr>
                <w:rFonts w:cs="Times New Roman"/>
                <w:sz w:val="24"/>
                <w:szCs w:val="24"/>
              </w:rPr>
            </w:pPr>
            <w:r w:rsidRPr="00580B62">
              <w:rPr>
                <w:rFonts w:cs="Times New Roman"/>
                <w:sz w:val="24"/>
                <w:szCs w:val="24"/>
              </w:rPr>
              <w:t>3. Văn bản đồng ý của đồng tác giả, chủ sở hữu hoặc chủ thể có quyền liên quan, nếu có.</w:t>
            </w:r>
          </w:p>
          <w:p w14:paraId="4821CEAB" w14:textId="77777777" w:rsidR="00C21F56" w:rsidRPr="00580B62" w:rsidRDefault="00EA1121" w:rsidP="00580B62">
            <w:pPr>
              <w:jc w:val="both"/>
              <w:rPr>
                <w:rFonts w:cs="Times New Roman"/>
                <w:sz w:val="24"/>
                <w:szCs w:val="24"/>
              </w:rPr>
            </w:pPr>
            <w:r w:rsidRPr="00580B62">
              <w:rPr>
                <w:rFonts w:cs="Times New Roman"/>
                <w:sz w:val="24"/>
                <w:szCs w:val="24"/>
              </w:rPr>
              <w:t>4. Hồ sơ được lập dưới dạng điện tử. Tài liệu đã có và còn giá trị được khai thác từ cơ sở dữ liệu, hệ thống thông tin; không yêu cầu nộp lại.</w:t>
            </w:r>
          </w:p>
        </w:tc>
        <w:tc>
          <w:tcPr>
            <w:tcW w:w="4080" w:type="dxa"/>
            <w:shd w:val="clear" w:color="auto" w:fill="FFFFFF" w:themeFill="background1"/>
            <w:tcMar>
              <w:top w:w="90" w:type="dxa"/>
              <w:left w:w="110" w:type="dxa"/>
              <w:bottom w:w="90" w:type="dxa"/>
              <w:right w:w="110" w:type="dxa"/>
            </w:tcMar>
          </w:tcPr>
          <w:p w14:paraId="540249F7" w14:textId="77777777" w:rsidR="00C21F56" w:rsidRPr="00580B62" w:rsidRDefault="00EA1121" w:rsidP="00580B62">
            <w:pPr>
              <w:ind w:firstLine="283"/>
              <w:jc w:val="both"/>
              <w:rPr>
                <w:rFonts w:cs="Times New Roman"/>
                <w:sz w:val="24"/>
                <w:szCs w:val="24"/>
              </w:rPr>
            </w:pPr>
            <w:r w:rsidRPr="00580B62">
              <w:rPr>
                <w:rFonts w:cs="Times New Roman"/>
                <w:sz w:val="24"/>
                <w:szCs w:val="24"/>
              </w:rPr>
              <w:t>Thiết kế hồ sơ tối giản, trong đó thành phần bắt buộc là Phiếu đề xuất theo Mẫu số 01; các tài liệu chứng minh chỉ nộp khi có. Hồ sơ được lập điện tử và khai thác lại dữ liệu có sẵn, góp phần cắt giảm giấy tờ và chi phí tuân thủ.</w:t>
            </w:r>
          </w:p>
        </w:tc>
      </w:tr>
      <w:tr w:rsidR="00C21F56" w:rsidRPr="00580B62" w14:paraId="4E436039"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0136DBC6" w14:textId="77777777" w:rsidR="00C21F56" w:rsidRPr="00580B62" w:rsidRDefault="00EA1121" w:rsidP="00580B62">
            <w:pPr>
              <w:jc w:val="both"/>
              <w:rPr>
                <w:rFonts w:cs="Times New Roman"/>
                <w:sz w:val="24"/>
                <w:szCs w:val="24"/>
              </w:rPr>
            </w:pPr>
            <w:r w:rsidRPr="00580B62">
              <w:rPr>
                <w:rFonts w:cs="Times New Roman"/>
                <w:b/>
                <w:sz w:val="24"/>
                <w:szCs w:val="24"/>
              </w:rPr>
              <w:t>Điều 11. Trình tự, thủ tục xử lý đề xuất sáng kiến và đề xuất sáng kiến đột phá</w:t>
            </w:r>
          </w:p>
          <w:p w14:paraId="3099EB42" w14:textId="77777777" w:rsidR="00C21F56" w:rsidRPr="00580B62" w:rsidRDefault="00EA1121" w:rsidP="00580B62">
            <w:pPr>
              <w:jc w:val="both"/>
              <w:rPr>
                <w:rFonts w:cs="Times New Roman"/>
                <w:sz w:val="24"/>
                <w:szCs w:val="24"/>
              </w:rPr>
            </w:pPr>
            <w:r w:rsidRPr="00580B62">
              <w:rPr>
                <w:rFonts w:cs="Times New Roman"/>
                <w:sz w:val="24"/>
                <w:szCs w:val="24"/>
              </w:rPr>
              <w:t>1. Quy định này quy định 02 thủ tục hành chính, gồm:</w:t>
            </w:r>
          </w:p>
          <w:p w14:paraId="1BE322E3" w14:textId="77777777" w:rsidR="00C21F56" w:rsidRPr="00580B62" w:rsidRDefault="00EA1121" w:rsidP="00580B62">
            <w:pPr>
              <w:jc w:val="both"/>
              <w:rPr>
                <w:rFonts w:cs="Times New Roman"/>
                <w:sz w:val="24"/>
                <w:szCs w:val="24"/>
              </w:rPr>
            </w:pPr>
            <w:r w:rsidRPr="00580B62">
              <w:rPr>
                <w:rFonts w:cs="Times New Roman"/>
                <w:sz w:val="24"/>
                <w:szCs w:val="24"/>
              </w:rPr>
              <w:t>a) Thủ tục công nhận đề xuất sáng kiến, thực hiện theo các điều từ Điều 9 đến Điều 17 của Quy định này;</w:t>
            </w:r>
          </w:p>
          <w:p w14:paraId="73BE309F" w14:textId="77777777" w:rsidR="00C21F56" w:rsidRPr="00580B62" w:rsidRDefault="00EA1121" w:rsidP="00580B62">
            <w:pPr>
              <w:jc w:val="both"/>
              <w:rPr>
                <w:rFonts w:cs="Times New Roman"/>
                <w:sz w:val="24"/>
                <w:szCs w:val="24"/>
              </w:rPr>
            </w:pPr>
            <w:r w:rsidRPr="00580B62">
              <w:rPr>
                <w:rFonts w:cs="Times New Roman"/>
                <w:sz w:val="24"/>
                <w:szCs w:val="24"/>
              </w:rPr>
              <w:t>b) Thủ tục công nhận đề xuất sáng kiến đột phá, thực hiện theo các điều từ Điều 9 đến Điều 15 và các điều từ Điều 18 đến Điều 21 của Quy định này.</w:t>
            </w:r>
          </w:p>
          <w:p w14:paraId="625C3743" w14:textId="77777777" w:rsidR="00C21F56" w:rsidRPr="00580B62" w:rsidRDefault="00EA1121" w:rsidP="00580B62">
            <w:pPr>
              <w:jc w:val="both"/>
              <w:rPr>
                <w:rFonts w:cs="Times New Roman"/>
                <w:sz w:val="24"/>
                <w:szCs w:val="24"/>
              </w:rPr>
            </w:pPr>
            <w:r w:rsidRPr="00580B62">
              <w:rPr>
                <w:rFonts w:cs="Times New Roman"/>
                <w:sz w:val="24"/>
                <w:szCs w:val="24"/>
              </w:rPr>
              <w:t>2. Hai thủ tục quy định tại khoản 1 Điều này được thực hiện theo 05 bước sau đây:</w:t>
            </w:r>
          </w:p>
          <w:p w14:paraId="06C0F25D" w14:textId="77777777" w:rsidR="00C21F56" w:rsidRPr="00580B62" w:rsidRDefault="00EA1121" w:rsidP="00580B62">
            <w:pPr>
              <w:jc w:val="both"/>
              <w:rPr>
                <w:rFonts w:cs="Times New Roman"/>
                <w:sz w:val="24"/>
                <w:szCs w:val="24"/>
              </w:rPr>
            </w:pPr>
            <w:r w:rsidRPr="00580B62">
              <w:rPr>
                <w:rFonts w:cs="Times New Roman"/>
                <w:sz w:val="24"/>
                <w:szCs w:val="24"/>
              </w:rPr>
              <w:t>a) Tổ chức, cá nhân gửi hồ sơ; Cổng Sáng kiến sàng lọc tự động, cấp mã hồ sơ và chuyển đến cơ quan xử lý;</w:t>
            </w:r>
          </w:p>
          <w:p w14:paraId="331E9847" w14:textId="77777777" w:rsidR="00C21F56" w:rsidRPr="00580B62" w:rsidRDefault="00EA1121" w:rsidP="00580B62">
            <w:pPr>
              <w:jc w:val="both"/>
              <w:rPr>
                <w:rFonts w:cs="Times New Roman"/>
                <w:sz w:val="24"/>
                <w:szCs w:val="24"/>
              </w:rPr>
            </w:pPr>
            <w:r w:rsidRPr="00580B62">
              <w:rPr>
                <w:rFonts w:cs="Times New Roman"/>
                <w:sz w:val="24"/>
                <w:szCs w:val="24"/>
              </w:rPr>
              <w:t>b) Cơ quan xử lý xác nhận phạm vi xử lý và lựa chọn 02 chuyên gia phản biện độc lập;</w:t>
            </w:r>
          </w:p>
          <w:p w14:paraId="37C4A200" w14:textId="77777777" w:rsidR="00C21F56" w:rsidRPr="00580B62" w:rsidRDefault="00EA1121" w:rsidP="00580B62">
            <w:pPr>
              <w:jc w:val="both"/>
              <w:rPr>
                <w:rFonts w:cs="Times New Roman"/>
                <w:sz w:val="24"/>
                <w:szCs w:val="24"/>
              </w:rPr>
            </w:pPr>
            <w:r w:rsidRPr="00580B62">
              <w:rPr>
                <w:rFonts w:cs="Times New Roman"/>
                <w:sz w:val="24"/>
                <w:szCs w:val="24"/>
              </w:rPr>
              <w:t>c) Chuyên gia phản biện độc lập đánh giá trên Cổng Sáng kiến; ý kiến chuyên gia là thông tin tham khảo cho Hội đồng tư vấn;</w:t>
            </w:r>
          </w:p>
          <w:p w14:paraId="0D87BB69" w14:textId="77777777" w:rsidR="00C21F56" w:rsidRPr="00580B62" w:rsidRDefault="00EA1121" w:rsidP="00580B62">
            <w:pPr>
              <w:jc w:val="both"/>
              <w:rPr>
                <w:rFonts w:cs="Times New Roman"/>
                <w:sz w:val="24"/>
                <w:szCs w:val="24"/>
              </w:rPr>
            </w:pPr>
            <w:r w:rsidRPr="00580B62">
              <w:rPr>
                <w:rFonts w:cs="Times New Roman"/>
                <w:sz w:val="24"/>
                <w:szCs w:val="24"/>
              </w:rPr>
              <w:t>d) Hội đồng tư vấn đánh giá, biểu quyết và kết luận đối với hồ sơ;</w:t>
            </w:r>
          </w:p>
          <w:p w14:paraId="2B2D63B8" w14:textId="77777777" w:rsidR="00C21F56" w:rsidRPr="00580B62" w:rsidRDefault="00EA1121" w:rsidP="00580B62">
            <w:pPr>
              <w:jc w:val="both"/>
              <w:rPr>
                <w:rFonts w:cs="Times New Roman"/>
                <w:sz w:val="24"/>
                <w:szCs w:val="24"/>
              </w:rPr>
            </w:pPr>
            <w:r w:rsidRPr="00580B62">
              <w:rPr>
                <w:rFonts w:cs="Times New Roman"/>
                <w:sz w:val="24"/>
                <w:szCs w:val="24"/>
              </w:rPr>
              <w:t>đ) Người có thẩm quyền quyết định công nhận hoặc thông báo không công nhận; đề xuất được công nhận được xử lý theo Chương IV của Quy định này.</w:t>
            </w:r>
          </w:p>
          <w:p w14:paraId="075742A5" w14:textId="77777777" w:rsidR="00C21F56" w:rsidRPr="00580B62" w:rsidRDefault="00EA1121" w:rsidP="00580B62">
            <w:pPr>
              <w:jc w:val="both"/>
              <w:rPr>
                <w:rFonts w:cs="Times New Roman"/>
                <w:sz w:val="24"/>
                <w:szCs w:val="24"/>
              </w:rPr>
            </w:pPr>
            <w:r w:rsidRPr="00580B62">
              <w:rPr>
                <w:rFonts w:cs="Times New Roman"/>
                <w:sz w:val="24"/>
                <w:szCs w:val="24"/>
              </w:rPr>
              <w:t>3. Thời hạn giải quyết được tính từ ngày hồ sơ được cấp mã đến ngày quyết định công nhận hoặc thông báo không công nhận được gửi đến tài khoản của tổ chức, cá nhân, cụ thể như sau:</w:t>
            </w:r>
          </w:p>
          <w:p w14:paraId="39A45B48" w14:textId="77777777" w:rsidR="00C21F56" w:rsidRPr="00580B62" w:rsidRDefault="00EA1121" w:rsidP="00580B62">
            <w:pPr>
              <w:jc w:val="both"/>
              <w:rPr>
                <w:rFonts w:cs="Times New Roman"/>
                <w:sz w:val="24"/>
                <w:szCs w:val="24"/>
              </w:rPr>
            </w:pPr>
            <w:r w:rsidRPr="00580B62">
              <w:rPr>
                <w:rFonts w:cs="Times New Roman"/>
                <w:sz w:val="24"/>
                <w:szCs w:val="24"/>
              </w:rPr>
              <w:t>a) Không quá 40 ngày làm việc đối với thủ tục công nhận đề xuất sáng kiến;</w:t>
            </w:r>
          </w:p>
          <w:p w14:paraId="714E9A7E" w14:textId="77777777" w:rsidR="00C21F56" w:rsidRPr="00580B62" w:rsidRDefault="00EA1121" w:rsidP="00580B62">
            <w:pPr>
              <w:jc w:val="both"/>
              <w:rPr>
                <w:rFonts w:cs="Times New Roman"/>
                <w:sz w:val="24"/>
                <w:szCs w:val="24"/>
              </w:rPr>
            </w:pPr>
            <w:r w:rsidRPr="00580B62">
              <w:rPr>
                <w:rFonts w:cs="Times New Roman"/>
                <w:sz w:val="24"/>
                <w:szCs w:val="24"/>
              </w:rPr>
              <w:t>b) Không quá 45 ngày làm việc đối với thủ tục công nhận đề xuất sáng kiến đột phá.</w:t>
            </w:r>
          </w:p>
          <w:p w14:paraId="6F89BC98" w14:textId="77777777" w:rsidR="00C21F56" w:rsidRPr="00580B62" w:rsidRDefault="00EA1121" w:rsidP="00580B62">
            <w:pPr>
              <w:jc w:val="both"/>
              <w:rPr>
                <w:rFonts w:cs="Times New Roman"/>
                <w:sz w:val="24"/>
                <w:szCs w:val="24"/>
              </w:rPr>
            </w:pPr>
            <w:r w:rsidRPr="00580B62">
              <w:rPr>
                <w:rFonts w:cs="Times New Roman"/>
                <w:sz w:val="24"/>
                <w:szCs w:val="24"/>
              </w:rPr>
              <w:t>4. Thời gian Cổng Sáng kiến tạm dừng hoạt động do sự cố kỹ thuật hoặc sự kiện bất khả kháng đã được Bộ Khoa học và Công nghệ thông báo công khai không tính vào thời hạn quy định tại khoản 3 Điều này. Ngay sau khi hệ thống hoạt động trở lại, Cổng Sáng kiến thông báo cho tổ chức, cá nhân và cơ quan xử lý về thời điểm tiếp tục tính thời hạn.</w:t>
            </w:r>
          </w:p>
        </w:tc>
        <w:tc>
          <w:tcPr>
            <w:tcW w:w="4080" w:type="dxa"/>
            <w:shd w:val="clear" w:color="auto" w:fill="FFFFFF" w:themeFill="background1"/>
            <w:tcMar>
              <w:top w:w="90" w:type="dxa"/>
              <w:left w:w="110" w:type="dxa"/>
              <w:bottom w:w="90" w:type="dxa"/>
              <w:right w:w="110" w:type="dxa"/>
            </w:tcMar>
          </w:tcPr>
          <w:p w14:paraId="121517EB" w14:textId="77777777" w:rsidR="00C21F56" w:rsidRPr="00580B62" w:rsidRDefault="00EA1121" w:rsidP="00580B62">
            <w:pPr>
              <w:ind w:firstLine="283"/>
              <w:jc w:val="both"/>
              <w:rPr>
                <w:rFonts w:cs="Times New Roman"/>
                <w:sz w:val="24"/>
                <w:szCs w:val="24"/>
              </w:rPr>
            </w:pPr>
            <w:r w:rsidRPr="00580B62">
              <w:rPr>
                <w:rFonts w:cs="Times New Roman"/>
                <w:sz w:val="24"/>
                <w:szCs w:val="24"/>
              </w:rPr>
              <w:t>Xác định rõ 02 thủ tục hành chính: công nhận đề xuất sáng kiến và công nhận đề xuất sáng kiến đột phá. Hai thủ tục dùng chung 05 bước, nhưng có tiêu chí, thẩm quyền và kết quả riêng; thời hạn giải quyết tương ứng không quá 40 ngày làm việc và không quá 45 ngày làm việc. Quy định cũng xác định thời điểm bắt đầu, kết thúc và trường hợp sự cố kỹ thuật, bất khả kháng.</w:t>
            </w:r>
          </w:p>
        </w:tc>
      </w:tr>
      <w:tr w:rsidR="00C21F56" w:rsidRPr="00580B62" w14:paraId="784F8A1B"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09CF39FC"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12. Sàng lọc, phân loại và chuyển hồ sơ</w:t>
            </w:r>
          </w:p>
          <w:p w14:paraId="6DF032C4" w14:textId="77777777" w:rsidR="00C21F56" w:rsidRPr="00580B62" w:rsidRDefault="00EA1121" w:rsidP="00580B62">
            <w:pPr>
              <w:jc w:val="both"/>
              <w:rPr>
                <w:rFonts w:cs="Times New Roman"/>
                <w:sz w:val="24"/>
                <w:szCs w:val="24"/>
              </w:rPr>
            </w:pPr>
            <w:r w:rsidRPr="00580B62">
              <w:rPr>
                <w:rFonts w:cs="Times New Roman"/>
                <w:sz w:val="24"/>
                <w:szCs w:val="24"/>
              </w:rPr>
              <w:t>1. Cổng Sáng kiến tự động kiểm tra các điều kiện sau đây:</w:t>
            </w:r>
          </w:p>
          <w:p w14:paraId="32D86837" w14:textId="77777777" w:rsidR="00C21F56" w:rsidRPr="00580B62" w:rsidRDefault="00EA1121" w:rsidP="00580B62">
            <w:pPr>
              <w:jc w:val="both"/>
              <w:rPr>
                <w:rFonts w:cs="Times New Roman"/>
                <w:sz w:val="24"/>
                <w:szCs w:val="24"/>
              </w:rPr>
            </w:pPr>
            <w:r w:rsidRPr="00580B62">
              <w:rPr>
                <w:rFonts w:cs="Times New Roman"/>
                <w:sz w:val="24"/>
                <w:szCs w:val="24"/>
              </w:rPr>
              <w:t>a) Tài khoản đã được xác thực;</w:t>
            </w:r>
          </w:p>
          <w:p w14:paraId="3322C5BF" w14:textId="77777777" w:rsidR="00C21F56" w:rsidRPr="00580B62" w:rsidRDefault="00EA1121" w:rsidP="00580B62">
            <w:pPr>
              <w:jc w:val="both"/>
              <w:rPr>
                <w:rFonts w:cs="Times New Roman"/>
                <w:sz w:val="24"/>
                <w:szCs w:val="24"/>
              </w:rPr>
            </w:pPr>
            <w:r w:rsidRPr="00580B62">
              <w:rPr>
                <w:rFonts w:cs="Times New Roman"/>
                <w:sz w:val="24"/>
                <w:szCs w:val="24"/>
              </w:rPr>
              <w:t>b) Các trường thông tin bắt buộc đã được kê khai;</w:t>
            </w:r>
          </w:p>
          <w:p w14:paraId="5808F9F7" w14:textId="77777777" w:rsidR="00C21F56" w:rsidRPr="00580B62" w:rsidRDefault="00EA1121" w:rsidP="00580B62">
            <w:pPr>
              <w:jc w:val="both"/>
              <w:rPr>
                <w:rFonts w:cs="Times New Roman"/>
                <w:sz w:val="24"/>
                <w:szCs w:val="24"/>
              </w:rPr>
            </w:pPr>
            <w:r w:rsidRPr="00580B62">
              <w:rPr>
                <w:rFonts w:cs="Times New Roman"/>
                <w:sz w:val="24"/>
                <w:szCs w:val="24"/>
              </w:rPr>
              <w:t>c) Tệp đính kèm đúng định dạng, dung lượng và không chứa mã độc;</w:t>
            </w:r>
          </w:p>
          <w:p w14:paraId="6B6A60CE" w14:textId="77777777" w:rsidR="00C21F56" w:rsidRPr="00580B62" w:rsidRDefault="00EA1121" w:rsidP="00580B62">
            <w:pPr>
              <w:jc w:val="both"/>
              <w:rPr>
                <w:rFonts w:cs="Times New Roman"/>
                <w:sz w:val="24"/>
                <w:szCs w:val="24"/>
              </w:rPr>
            </w:pPr>
            <w:r w:rsidRPr="00580B62">
              <w:rPr>
                <w:rFonts w:cs="Times New Roman"/>
                <w:sz w:val="24"/>
                <w:szCs w:val="24"/>
              </w:rPr>
              <w:t>d) Mức độ trùng lặp với hồ sơ đã có;</w:t>
            </w:r>
          </w:p>
          <w:p w14:paraId="6B10A423" w14:textId="77777777" w:rsidR="00C21F56" w:rsidRPr="00580B62" w:rsidRDefault="00EA1121" w:rsidP="00580B62">
            <w:pPr>
              <w:jc w:val="both"/>
              <w:rPr>
                <w:rFonts w:cs="Times New Roman"/>
                <w:sz w:val="24"/>
                <w:szCs w:val="24"/>
              </w:rPr>
            </w:pPr>
            <w:r w:rsidRPr="00580B62">
              <w:rPr>
                <w:rFonts w:cs="Times New Roman"/>
                <w:sz w:val="24"/>
                <w:szCs w:val="24"/>
              </w:rPr>
              <w:t>đ) Lĩnh vực, địa bàn và cơ quan dự kiến xử lý đã được xác định.</w:t>
            </w:r>
          </w:p>
          <w:p w14:paraId="7875C2BB" w14:textId="77777777" w:rsidR="00C21F56" w:rsidRPr="00580B62" w:rsidRDefault="00EA1121" w:rsidP="00580B62">
            <w:pPr>
              <w:jc w:val="both"/>
              <w:rPr>
                <w:rFonts w:cs="Times New Roman"/>
                <w:sz w:val="24"/>
                <w:szCs w:val="24"/>
              </w:rPr>
            </w:pPr>
            <w:r w:rsidRPr="00580B62">
              <w:rPr>
                <w:rFonts w:cs="Times New Roman"/>
                <w:sz w:val="24"/>
                <w:szCs w:val="24"/>
              </w:rPr>
              <w:t>2. Hồ sơ không đáp ứng điểm a, điểm b hoặc điểm c khoản 1 Điều này chưa được tiếp nhận. Cổng Sáng kiến thông báo rõ điều kiện chưa đáp ứng để tổ chức, cá nhân sửa thông tin hoặc thay tệp trước khi gửi lại. Kết quả đối chiếu trùng lặp chỉ có giá trị cảnh báo, không phải căn cứ từ chối hồ sơ.</w:t>
            </w:r>
          </w:p>
          <w:p w14:paraId="58BC6F0D" w14:textId="77777777" w:rsidR="00C21F56" w:rsidRPr="00580B62" w:rsidRDefault="00EA1121" w:rsidP="00580B62">
            <w:pPr>
              <w:jc w:val="both"/>
              <w:rPr>
                <w:rFonts w:cs="Times New Roman"/>
                <w:sz w:val="24"/>
                <w:szCs w:val="24"/>
              </w:rPr>
            </w:pPr>
            <w:r w:rsidRPr="00580B62">
              <w:rPr>
                <w:rFonts w:cs="Times New Roman"/>
                <w:sz w:val="24"/>
                <w:szCs w:val="24"/>
              </w:rPr>
              <w:t xml:space="preserve">3. Hồ sơ qua sàng lọc được cấp mã và tự động chuyển đến cơ quan xử lý theo thông tin </w:t>
            </w:r>
            <w:proofErr w:type="gramStart"/>
            <w:r w:rsidRPr="00580B62">
              <w:rPr>
                <w:rFonts w:cs="Times New Roman"/>
                <w:sz w:val="24"/>
                <w:szCs w:val="24"/>
              </w:rPr>
              <w:t>do</w:t>
            </w:r>
            <w:proofErr w:type="gramEnd"/>
            <w:r w:rsidRPr="00580B62">
              <w:rPr>
                <w:rFonts w:cs="Times New Roman"/>
                <w:sz w:val="24"/>
                <w:szCs w:val="24"/>
              </w:rPr>
              <w:t xml:space="preserve"> tổ chức, cá nhân kê khai.</w:t>
            </w:r>
          </w:p>
          <w:p w14:paraId="4FFD2DF2" w14:textId="77777777" w:rsidR="00C21F56" w:rsidRPr="00580B62" w:rsidRDefault="00EA1121" w:rsidP="00580B62">
            <w:pPr>
              <w:jc w:val="both"/>
              <w:rPr>
                <w:rFonts w:cs="Times New Roman"/>
                <w:sz w:val="24"/>
                <w:szCs w:val="24"/>
              </w:rPr>
            </w:pPr>
            <w:r w:rsidRPr="00580B62">
              <w:rPr>
                <w:rFonts w:cs="Times New Roman"/>
                <w:sz w:val="24"/>
                <w:szCs w:val="24"/>
              </w:rPr>
              <w:t>4. Trong thời hạn 03 ngày làm việc kể từ ngày nhận hồ sơ, cơ quan nhận hồ sơ phải xác nhận việc xử lý, giao cơ quan, đơn vị trực thuộc xử lý hoặc chuyển một lần đến bộ, cơ quan ngang bộ hoặc Ủy ban nhân dân cấp tỉnh có lĩnh vực, địa bàn quản lý tương ứng. Việc lựa chọn sai cơ quan của tổ chức, cá nhân không phải là căn cứ trả lại hồ sơ. Cơ quan chuyển hồ sơ phải nêu rõ căn cứ và thông báo trên Cổng Sáng kiến.</w:t>
            </w:r>
          </w:p>
          <w:p w14:paraId="3ED89027" w14:textId="77777777" w:rsidR="00C21F56" w:rsidRPr="00580B62" w:rsidRDefault="00EA1121" w:rsidP="00580B62">
            <w:pPr>
              <w:jc w:val="both"/>
              <w:rPr>
                <w:rFonts w:cs="Times New Roman"/>
                <w:sz w:val="24"/>
                <w:szCs w:val="24"/>
              </w:rPr>
            </w:pPr>
            <w:r w:rsidRPr="00580B62">
              <w:rPr>
                <w:rFonts w:cs="Times New Roman"/>
                <w:sz w:val="24"/>
                <w:szCs w:val="24"/>
              </w:rPr>
              <w:t>5. Bộ Khoa học và Công nghệ chỉ định đầu mối điều phối hồ sơ. Trường hợp không xác định được cơ quan xử lý, có ý kiến khác nhau về cơ quan xử lý hoặc hồ sơ bị chuyển không đúng nơi, đầu mối điều phối xác định cơ quan chủ trì, cơ quan phối hợp và điều chỉnh tuyến chuyển trên Cổng Sáng kiến trong thời hạn 02 ngày làm việc.</w:t>
            </w:r>
          </w:p>
          <w:p w14:paraId="151F0FF2" w14:textId="77777777" w:rsidR="00C21F56" w:rsidRPr="00580B62" w:rsidRDefault="00EA1121" w:rsidP="00580B62">
            <w:pPr>
              <w:jc w:val="both"/>
              <w:rPr>
                <w:rFonts w:cs="Times New Roman"/>
                <w:sz w:val="24"/>
                <w:szCs w:val="24"/>
              </w:rPr>
            </w:pPr>
            <w:r w:rsidRPr="00580B62">
              <w:rPr>
                <w:rFonts w:cs="Times New Roman"/>
                <w:sz w:val="24"/>
                <w:szCs w:val="24"/>
              </w:rPr>
              <w:t>6. Kết quả sàng lọc được lập theo Mẫu số 02, lưu trên Cổng Sáng kiến và gửi đến tài khoản của tổ chức, cá nhân. Sàng lọc không bao gồm đánh giá tính mới, tính sáng tạo, tính khả thi hoặc tác động của đề xuất.</w:t>
            </w:r>
          </w:p>
        </w:tc>
        <w:tc>
          <w:tcPr>
            <w:tcW w:w="4080" w:type="dxa"/>
            <w:shd w:val="clear" w:color="auto" w:fill="FFFFFF" w:themeFill="background1"/>
            <w:tcMar>
              <w:top w:w="90" w:type="dxa"/>
              <w:left w:w="110" w:type="dxa"/>
              <w:bottom w:w="90" w:type="dxa"/>
              <w:right w:w="110" w:type="dxa"/>
            </w:tcMar>
          </w:tcPr>
          <w:p w14:paraId="63B38058" w14:textId="77777777" w:rsidR="00C21F56" w:rsidRPr="00580B62" w:rsidRDefault="00EA1121" w:rsidP="00580B62">
            <w:pPr>
              <w:ind w:firstLine="283"/>
              <w:jc w:val="both"/>
              <w:rPr>
                <w:rFonts w:cs="Times New Roman"/>
                <w:sz w:val="24"/>
                <w:szCs w:val="24"/>
              </w:rPr>
            </w:pPr>
            <w:r w:rsidRPr="00580B62">
              <w:rPr>
                <w:rFonts w:cs="Times New Roman"/>
                <w:sz w:val="24"/>
                <w:szCs w:val="24"/>
              </w:rPr>
              <w:t xml:space="preserve">Quy định sàng lọc tự động chỉ kiểm tra điều kiện hành chính, </w:t>
            </w:r>
            <w:proofErr w:type="gramStart"/>
            <w:r w:rsidRPr="00580B62">
              <w:rPr>
                <w:rFonts w:cs="Times New Roman"/>
                <w:sz w:val="24"/>
                <w:szCs w:val="24"/>
              </w:rPr>
              <w:t>an</w:t>
            </w:r>
            <w:proofErr w:type="gramEnd"/>
            <w:r w:rsidRPr="00580B62">
              <w:rPr>
                <w:rFonts w:cs="Times New Roman"/>
                <w:sz w:val="24"/>
                <w:szCs w:val="24"/>
              </w:rPr>
              <w:t xml:space="preserve"> toàn tệp và thông tin định tuyến; kết quả trùng lặp chỉ là cảnh báo, không phải căn cứ từ chối. Hệ thống tự động chuyển hồ sơ theo lựa chọn của người gửi; cơ quan nhận chỉ được chuyển một lần. Bộ Khoa học và Công nghệ thực hiện điều phối khi chuyển nhầm hoặc chưa xác định được cơ quan xử lý.</w:t>
            </w:r>
          </w:p>
        </w:tc>
      </w:tr>
      <w:tr w:rsidR="00C21F56" w:rsidRPr="00580B62" w14:paraId="38723968"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1E721B5B"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13. Hội đồng tư vấn</w:t>
            </w:r>
          </w:p>
          <w:p w14:paraId="1A903B1E" w14:textId="77777777" w:rsidR="00C21F56" w:rsidRPr="00580B62" w:rsidRDefault="00EA1121" w:rsidP="00580B62">
            <w:pPr>
              <w:jc w:val="both"/>
              <w:rPr>
                <w:rFonts w:cs="Times New Roman"/>
                <w:sz w:val="24"/>
                <w:szCs w:val="24"/>
              </w:rPr>
            </w:pPr>
            <w:r w:rsidRPr="00580B62">
              <w:rPr>
                <w:rFonts w:cs="Times New Roman"/>
                <w:sz w:val="24"/>
                <w:szCs w:val="24"/>
              </w:rPr>
              <w:t>1. Hội đồng tư vấn được thành lập theo đợt đánh giá hoặc nhóm hồ sơ có chuyên môn tương đồng. Không thành lập Hội đồng cố định hoặc theo nhiệm kỳ. Hội đồng tự chấm dứt hoạt động sau khi hoàn thành hồ sơ được giao.</w:t>
            </w:r>
          </w:p>
          <w:p w14:paraId="2A38A532" w14:textId="77777777" w:rsidR="00C21F56" w:rsidRPr="00580B62" w:rsidRDefault="00EA1121" w:rsidP="00580B62">
            <w:pPr>
              <w:jc w:val="both"/>
              <w:rPr>
                <w:rFonts w:cs="Times New Roman"/>
                <w:sz w:val="24"/>
                <w:szCs w:val="24"/>
              </w:rPr>
            </w:pPr>
            <w:r w:rsidRPr="00580B62">
              <w:rPr>
                <w:rFonts w:cs="Times New Roman"/>
                <w:sz w:val="24"/>
                <w:szCs w:val="24"/>
              </w:rPr>
              <w:t>2. Người có thẩm quyền công nhận đề xuất sáng kiến quy định tại khoản 1 Điều 17 của Quy định này quyết định thành lập Hội đồng đối với hồ sơ thuộc phạm vi xử lý. Bộ trưởng Bộ Khoa học và Công nghệ quyết định thành lập Hội đồng đối với đề xuất sáng kiến đột phá và hồ sơ liên ngành, liên vùng, có phạm vi quốc gia. Quyết định được lập theo Mẫu số 03.</w:t>
            </w:r>
          </w:p>
          <w:p w14:paraId="5A264AF3" w14:textId="77777777" w:rsidR="00C21F56" w:rsidRPr="00580B62" w:rsidRDefault="00EA1121" w:rsidP="00580B62">
            <w:pPr>
              <w:jc w:val="both"/>
              <w:rPr>
                <w:rFonts w:cs="Times New Roman"/>
                <w:sz w:val="24"/>
                <w:szCs w:val="24"/>
              </w:rPr>
            </w:pPr>
            <w:r w:rsidRPr="00580B62">
              <w:rPr>
                <w:rFonts w:cs="Times New Roman"/>
                <w:sz w:val="24"/>
                <w:szCs w:val="24"/>
              </w:rPr>
              <w:t>3. Hội đồng có 05, 07 hoặc 09 thành viên, gồm Chủ tịch, 01 Phó Chủ tịch và các thành viên. Người quyết định thành lập Hội đồng xác định số lượng thành viên căn cứ số lượng hồ sơ, phạm vi chuyên môn, tính liên ngành, mức độ phức tạp và phạm vi tác động của đề xuất. Ít nhất 03 thành viên đối với Hội đồng có 05 thành viên, 04 thành viên đối với Hội đồng có 07 thành viên hoặc 05 thành viên đối với Hội đồng có 09 thành viên phải có chuyên môn hoặc kinh nghiệm thực tiễn phù hợp trực tiếp với nội dung chính của hồ</w:t>
            </w:r>
            <w:r w:rsidRPr="00580B62">
              <w:rPr>
                <w:rFonts w:cs="Times New Roman"/>
                <w:sz w:val="24"/>
                <w:szCs w:val="24"/>
              </w:rPr>
              <w:t xml:space="preserve"> sơ. Hội đồng có thể có nhà quản lý, chuyên gia pháp lý, đại diện doanh nghiệp, tổ chức dự kiến tiếp nhận, áp dụng hoặc nhóm chịu tác động trực tiếp của đề xuất.</w:t>
            </w:r>
          </w:p>
          <w:p w14:paraId="0A1639AD" w14:textId="77777777" w:rsidR="00C21F56" w:rsidRPr="00580B62" w:rsidRDefault="00EA1121" w:rsidP="00580B62">
            <w:pPr>
              <w:jc w:val="both"/>
              <w:rPr>
                <w:rFonts w:cs="Times New Roman"/>
                <w:sz w:val="24"/>
                <w:szCs w:val="24"/>
              </w:rPr>
            </w:pPr>
            <w:r w:rsidRPr="00580B62">
              <w:rPr>
                <w:rFonts w:cs="Times New Roman"/>
                <w:sz w:val="24"/>
                <w:szCs w:val="24"/>
              </w:rPr>
              <w:t>4. Thành viên Hội đồng, bao gồm Chủ tịch Hội đồng, phải có trình độ đại học trở lên; có hồ sơ chuyên gia đang ở trạng thái được sử dụng; có kiến thức chuyên môn hoặc kinh nghiệm thực tiễn phù hợp và có khả năng đánh giá độc lập đối với nội dung được giao. Chủ tịch Hội đồng còn phải có khả năng điều hành, tổng hợp ý kiến và kết luận theo quy định.</w:t>
            </w:r>
          </w:p>
          <w:p w14:paraId="11AF5CD2" w14:textId="77777777" w:rsidR="00C21F56" w:rsidRPr="00580B62" w:rsidRDefault="00EA1121" w:rsidP="00580B62">
            <w:pPr>
              <w:jc w:val="both"/>
              <w:rPr>
                <w:rFonts w:cs="Times New Roman"/>
                <w:sz w:val="24"/>
                <w:szCs w:val="24"/>
              </w:rPr>
            </w:pPr>
            <w:r w:rsidRPr="00580B62">
              <w:rPr>
                <w:rFonts w:cs="Times New Roman"/>
                <w:sz w:val="24"/>
                <w:szCs w:val="24"/>
              </w:rPr>
              <w:t>5. Người thuộc một trong các trường hợp sau đây không được tham gia đánh giá hồ sơ:</w:t>
            </w:r>
          </w:p>
          <w:p w14:paraId="0F8895E5" w14:textId="77777777" w:rsidR="00C21F56" w:rsidRPr="00580B62" w:rsidRDefault="00EA1121" w:rsidP="00580B62">
            <w:pPr>
              <w:jc w:val="both"/>
              <w:rPr>
                <w:rFonts w:cs="Times New Roman"/>
                <w:sz w:val="24"/>
                <w:szCs w:val="24"/>
              </w:rPr>
            </w:pPr>
            <w:r w:rsidRPr="00580B62">
              <w:rPr>
                <w:rFonts w:cs="Times New Roman"/>
                <w:sz w:val="24"/>
                <w:szCs w:val="24"/>
              </w:rPr>
              <w:t>a) Là tổ chức, cá nhân gửi đề xuất hoặc làm việc tại tổ chức gửi đề xuất;</w:t>
            </w:r>
          </w:p>
          <w:p w14:paraId="05EB2F1D" w14:textId="77777777" w:rsidR="00C21F56" w:rsidRPr="00580B62" w:rsidRDefault="00EA1121" w:rsidP="00580B62">
            <w:pPr>
              <w:jc w:val="both"/>
              <w:rPr>
                <w:rFonts w:cs="Times New Roman"/>
                <w:sz w:val="24"/>
                <w:szCs w:val="24"/>
              </w:rPr>
            </w:pPr>
            <w:r w:rsidRPr="00580B62">
              <w:rPr>
                <w:rFonts w:cs="Times New Roman"/>
                <w:sz w:val="24"/>
                <w:szCs w:val="24"/>
              </w:rPr>
              <w:t>b) Tham gia xây dựng, thử nghiệm, đầu tư hoặc khai thác đề xuất;</w:t>
            </w:r>
          </w:p>
          <w:p w14:paraId="2A7B1280" w14:textId="77777777" w:rsidR="00C21F56" w:rsidRPr="00580B62" w:rsidRDefault="00EA1121" w:rsidP="00580B62">
            <w:pPr>
              <w:jc w:val="both"/>
              <w:rPr>
                <w:rFonts w:cs="Times New Roman"/>
                <w:sz w:val="24"/>
                <w:szCs w:val="24"/>
              </w:rPr>
            </w:pPr>
            <w:r w:rsidRPr="00580B62">
              <w:rPr>
                <w:rFonts w:cs="Times New Roman"/>
                <w:sz w:val="24"/>
                <w:szCs w:val="24"/>
              </w:rPr>
              <w:t>c) Có quyền, lợi ích liên quan trực tiếp đến kết quả đánh giá;</w:t>
            </w:r>
          </w:p>
          <w:p w14:paraId="4E817D5C" w14:textId="77777777" w:rsidR="00C21F56" w:rsidRPr="00580B62" w:rsidRDefault="00EA1121" w:rsidP="00580B62">
            <w:pPr>
              <w:jc w:val="both"/>
              <w:rPr>
                <w:rFonts w:cs="Times New Roman"/>
                <w:sz w:val="24"/>
                <w:szCs w:val="24"/>
              </w:rPr>
            </w:pPr>
            <w:r w:rsidRPr="00580B62">
              <w:rPr>
                <w:rFonts w:cs="Times New Roman"/>
                <w:sz w:val="24"/>
                <w:szCs w:val="24"/>
              </w:rPr>
              <w:t>d) Là vợ, chồng, cha, mẹ, con, anh, chị hoặc em ruột của cá nhân quy định tại điểm a, điểm b hoặc điểm c khoản này.</w:t>
            </w:r>
          </w:p>
          <w:p w14:paraId="58B3097D" w14:textId="77777777" w:rsidR="00C21F56" w:rsidRPr="00580B62" w:rsidRDefault="00EA1121" w:rsidP="00580B62">
            <w:pPr>
              <w:jc w:val="both"/>
              <w:rPr>
                <w:rFonts w:cs="Times New Roman"/>
                <w:sz w:val="24"/>
                <w:szCs w:val="24"/>
              </w:rPr>
            </w:pPr>
            <w:r w:rsidRPr="00580B62">
              <w:rPr>
                <w:rFonts w:cs="Times New Roman"/>
                <w:sz w:val="24"/>
                <w:szCs w:val="24"/>
              </w:rPr>
              <w:t>Thành viên Hội đồng phải xác nhận không có xung đột lợi ích trước khi được cấp quyền tiếp cận hồ sơ.</w:t>
            </w:r>
          </w:p>
          <w:p w14:paraId="677FDCCB" w14:textId="77777777" w:rsidR="00C21F56" w:rsidRPr="00580B62" w:rsidRDefault="00EA1121" w:rsidP="00580B62">
            <w:pPr>
              <w:jc w:val="both"/>
              <w:rPr>
                <w:rFonts w:cs="Times New Roman"/>
                <w:sz w:val="24"/>
                <w:szCs w:val="24"/>
              </w:rPr>
            </w:pPr>
            <w:r w:rsidRPr="00580B62">
              <w:rPr>
                <w:rFonts w:cs="Times New Roman"/>
                <w:sz w:val="24"/>
                <w:szCs w:val="24"/>
              </w:rPr>
              <w:t>6. Cơ quan xử lý cử 01 thư ký hành chính không phải là thành viên Hội đồng. Thư ký không chấm điểm, không biểu quyết; chỉ kiểm tra thủ tục và dữ liệu do Cổng Sáng kiến tổng hợp.</w:t>
            </w:r>
          </w:p>
        </w:tc>
        <w:tc>
          <w:tcPr>
            <w:tcW w:w="4080" w:type="dxa"/>
            <w:shd w:val="clear" w:color="auto" w:fill="FFFFFF" w:themeFill="background1"/>
            <w:tcMar>
              <w:top w:w="90" w:type="dxa"/>
              <w:left w:w="110" w:type="dxa"/>
              <w:bottom w:w="90" w:type="dxa"/>
              <w:right w:w="110" w:type="dxa"/>
            </w:tcMar>
          </w:tcPr>
          <w:p w14:paraId="2F465687" w14:textId="77777777" w:rsidR="00C21F56" w:rsidRPr="00580B62" w:rsidRDefault="00EA1121" w:rsidP="00580B62">
            <w:pPr>
              <w:ind w:firstLine="283"/>
              <w:jc w:val="both"/>
              <w:rPr>
                <w:rFonts w:cs="Times New Roman"/>
                <w:sz w:val="24"/>
                <w:szCs w:val="24"/>
              </w:rPr>
            </w:pPr>
            <w:r w:rsidRPr="00580B62">
              <w:rPr>
                <w:rFonts w:cs="Times New Roman"/>
                <w:sz w:val="24"/>
                <w:szCs w:val="24"/>
              </w:rPr>
              <w:t>Không thành lập Hội đồng thường xuyên hoặc theo nhiệm kỳ. Hội đồng được thành lập theo đợt hoặc nhóm hồ sơ, có 05, 07 hoặc 09 thành viên tùy tính chất hồ sơ. Tiêu chuẩn tối thiểu là trình độ đại học, chuyên môn hoặc kinh nghiệm phù hợp, khả năng đánh giá độc lập; đồng thời quy định rõ thẩm quyền thành lập, cơ cấu, xung đột lợi ích và vai trò thư ký hành chính. Quy định này bảo đảm khả thi, không áp dụng tiêu chuẩn quá cao như đối với nhiệm vụ khoa học và công nghệ.</w:t>
            </w:r>
          </w:p>
        </w:tc>
      </w:tr>
      <w:tr w:rsidR="00C21F56" w:rsidRPr="00580B62" w14:paraId="422F8BCD"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111125BF"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14. Ý kiến của chuyên gia phản biện độc lập</w:t>
            </w:r>
          </w:p>
          <w:p w14:paraId="59E1D77E" w14:textId="77777777" w:rsidR="00C21F56" w:rsidRPr="00580B62" w:rsidRDefault="00EA1121" w:rsidP="00580B62">
            <w:pPr>
              <w:jc w:val="both"/>
              <w:rPr>
                <w:rFonts w:cs="Times New Roman"/>
                <w:sz w:val="24"/>
                <w:szCs w:val="24"/>
              </w:rPr>
            </w:pPr>
            <w:r w:rsidRPr="00580B62">
              <w:rPr>
                <w:rFonts w:cs="Times New Roman"/>
                <w:sz w:val="24"/>
                <w:szCs w:val="24"/>
              </w:rPr>
              <w:t xml:space="preserve">1. Trong thời hạn 03 ngày làm việc kể từ ngày xác nhận hồ sơ thuộc phạm vi xử lý, cơ quan xử lý lựa chọn 02 chuyên gia phản biện độc lập cho mỗi hồ sơ. Trong thời hạn 02 ngày làm việc kể từ ngày nhận được yêu cầu trên Cổng Sáng kiến, chuyên gia xác nhận tham gia hoặc từ chối và nêu rõ lý do. Trường hợp chuyên gia từ chối hoặc không xác nhận đúng hạn, cơ quan xử lý lựa chọn chuyên gia thay thế trong thời hạn 02 ngày làm việc. Chuyên gia phải có trình độ đại học trở lên; không phải là thành viên Hội đồng; có </w:t>
            </w:r>
            <w:r w:rsidRPr="00580B62">
              <w:rPr>
                <w:rFonts w:cs="Times New Roman"/>
                <w:sz w:val="24"/>
                <w:szCs w:val="24"/>
              </w:rPr>
              <w:t>hồ sơ chuyên gia đang ở trạng thái được sử dụng; có chuyên môn hoặc kinh nghiệm thực tiễn phù hợp trực tiếp với nội dung cần phản biện và không thuộc trường hợp quy định tại khoản 5 Điều 13 của Quy định này.</w:t>
            </w:r>
          </w:p>
          <w:p w14:paraId="4814E513" w14:textId="77777777" w:rsidR="00C21F56" w:rsidRPr="00580B62" w:rsidRDefault="00EA1121" w:rsidP="00580B62">
            <w:pPr>
              <w:jc w:val="both"/>
              <w:rPr>
                <w:rFonts w:cs="Times New Roman"/>
                <w:sz w:val="24"/>
                <w:szCs w:val="24"/>
              </w:rPr>
            </w:pPr>
            <w:r w:rsidRPr="00580B62">
              <w:rPr>
                <w:rFonts w:cs="Times New Roman"/>
                <w:sz w:val="24"/>
                <w:szCs w:val="24"/>
              </w:rPr>
              <w:t>2. Trong thời hạn 10 ngày làm việc kể từ ngày xác nhận tham gia, chuyên gia nhận xét, chấm điểm và ký số Phiếu theo Mẫu số 03A hoặc Mẫu số 03B trên Cổng Sáng kiến. Chuyên gia không có thẩm quyền quyết định đối với hồ sơ.</w:t>
            </w:r>
          </w:p>
          <w:p w14:paraId="64A4DDBF" w14:textId="77777777" w:rsidR="00C21F56" w:rsidRPr="00580B62" w:rsidRDefault="00EA1121" w:rsidP="00580B62">
            <w:pPr>
              <w:jc w:val="both"/>
              <w:rPr>
                <w:rFonts w:cs="Times New Roman"/>
                <w:sz w:val="24"/>
                <w:szCs w:val="24"/>
              </w:rPr>
            </w:pPr>
            <w:r w:rsidRPr="00580B62">
              <w:rPr>
                <w:rFonts w:cs="Times New Roman"/>
                <w:sz w:val="24"/>
                <w:szCs w:val="24"/>
              </w:rPr>
              <w:t>3. Cổng Sáng kiến tổng hợp 02 Phiếu để Hội đồng tham khảo. Hội đồng tự đánh giá và kết luận, không phụ thuộc việc hai chuyên gia có cùng ý kiến hay khác ý kiến và không lấy thêm ý kiến của chuyên gia thứ ba.</w:t>
            </w:r>
          </w:p>
        </w:tc>
        <w:tc>
          <w:tcPr>
            <w:tcW w:w="4080" w:type="dxa"/>
            <w:shd w:val="clear" w:color="auto" w:fill="FFFFFF" w:themeFill="background1"/>
            <w:tcMar>
              <w:top w:w="90" w:type="dxa"/>
              <w:left w:w="110" w:type="dxa"/>
              <w:bottom w:w="90" w:type="dxa"/>
              <w:right w:w="110" w:type="dxa"/>
            </w:tcMar>
          </w:tcPr>
          <w:p w14:paraId="23DBCC0B" w14:textId="77777777" w:rsidR="00C21F56" w:rsidRPr="00580B62" w:rsidRDefault="00EA1121" w:rsidP="00580B62">
            <w:pPr>
              <w:ind w:firstLine="283"/>
              <w:jc w:val="both"/>
              <w:rPr>
                <w:rFonts w:cs="Times New Roman"/>
                <w:sz w:val="24"/>
                <w:szCs w:val="24"/>
              </w:rPr>
            </w:pPr>
            <w:r w:rsidRPr="00580B62">
              <w:rPr>
                <w:rFonts w:cs="Times New Roman"/>
                <w:sz w:val="24"/>
                <w:szCs w:val="24"/>
              </w:rPr>
              <w:t>Mỗi hồ sơ có 02 chuyên gia phản biện độc lập để cung cấp ý kiến chuyên sâu cho Hội đồng. Ý kiến chuyên gia chỉ có giá trị tham khảo; Hội đồng quyết định kết luận và không lấy thêm chuyên gia thứ ba khi hai ý kiến khác nhau, qua đó giữ quy trình đơn giản. Thời hạn lựa chọn, xác nhận tham gia và thay thế chuyên gia được quy định để thủ tục không bị kéo dài.</w:t>
            </w:r>
          </w:p>
        </w:tc>
      </w:tr>
      <w:tr w:rsidR="00C21F56" w:rsidRPr="00580B62" w14:paraId="65F15D37"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35130E17"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15. Trình tự, phương thức làm việc của Hội đồng tư vấn</w:t>
            </w:r>
          </w:p>
          <w:p w14:paraId="3710614C" w14:textId="77777777" w:rsidR="00C21F56" w:rsidRPr="00580B62" w:rsidRDefault="00EA1121" w:rsidP="00580B62">
            <w:pPr>
              <w:jc w:val="both"/>
              <w:rPr>
                <w:rFonts w:cs="Times New Roman"/>
                <w:sz w:val="24"/>
                <w:szCs w:val="24"/>
              </w:rPr>
            </w:pPr>
            <w:r w:rsidRPr="00580B62">
              <w:rPr>
                <w:rFonts w:cs="Times New Roman"/>
                <w:sz w:val="24"/>
                <w:szCs w:val="24"/>
              </w:rPr>
              <w:t>1. Trong thời hạn 03 ngày làm việc kể từ ngày có đủ 02 Phiếu phản biện, cơ quan xử lý lập danh sách hồ sơ theo đợt hoặc nhóm chuyên môn và trình người có thẩm quyền quyết định thành lập Hội đồng theo Điều 13 của Quy định này.</w:t>
            </w:r>
          </w:p>
          <w:p w14:paraId="0A716B64" w14:textId="77777777" w:rsidR="00C21F56" w:rsidRPr="00580B62" w:rsidRDefault="00EA1121" w:rsidP="00580B62">
            <w:pPr>
              <w:jc w:val="both"/>
              <w:rPr>
                <w:rFonts w:cs="Times New Roman"/>
                <w:sz w:val="24"/>
                <w:szCs w:val="24"/>
              </w:rPr>
            </w:pPr>
            <w:r w:rsidRPr="00580B62">
              <w:rPr>
                <w:rFonts w:cs="Times New Roman"/>
                <w:sz w:val="24"/>
                <w:szCs w:val="24"/>
              </w:rPr>
              <w:t>2. Sau khi quyết định thành lập Hội đồng được ký số, Cổng Sáng kiến gửi đến tài khoản của từng thành viên quyết định thành lập Hội đồng, hồ sơ, Mẫu số 02, 02 Phiếu phản biện và Mẫu số 03C; đồng thời thông báo qua thư điện tử.</w:t>
            </w:r>
          </w:p>
          <w:p w14:paraId="3C319972" w14:textId="77777777" w:rsidR="00C21F56" w:rsidRPr="00580B62" w:rsidRDefault="00EA1121" w:rsidP="00580B62">
            <w:pPr>
              <w:jc w:val="both"/>
              <w:rPr>
                <w:rFonts w:cs="Times New Roman"/>
                <w:sz w:val="24"/>
                <w:szCs w:val="24"/>
              </w:rPr>
            </w:pPr>
            <w:r w:rsidRPr="00580B62">
              <w:rPr>
                <w:rFonts w:cs="Times New Roman"/>
                <w:sz w:val="24"/>
                <w:szCs w:val="24"/>
              </w:rPr>
              <w:t>3. Trong thời hạn 10 ngày làm việc kể từ ngày nhận đủ tài liệu, thành viên nhận xét, chấm điểm, biểu quyết và ký số Mẫu số 03C đối với từng hồ sơ.</w:t>
            </w:r>
          </w:p>
          <w:p w14:paraId="55D87424" w14:textId="77777777" w:rsidR="00C21F56" w:rsidRPr="00580B62" w:rsidRDefault="00EA1121" w:rsidP="00580B62">
            <w:pPr>
              <w:jc w:val="both"/>
              <w:rPr>
                <w:rFonts w:cs="Times New Roman"/>
                <w:sz w:val="24"/>
                <w:szCs w:val="24"/>
              </w:rPr>
            </w:pPr>
            <w:r w:rsidRPr="00580B62">
              <w:rPr>
                <w:rFonts w:cs="Times New Roman"/>
                <w:sz w:val="24"/>
                <w:szCs w:val="24"/>
              </w:rPr>
              <w:t>4. Thành viên Hội đồng đánh giá độc lập trên Cổng Sáng kiến. Sau khi hết thời hạn đánh giá, Hội đồng kết luận trên cơ sở kết quả tổng hợp; trường hợp cần trao đổi, Hội đồng làm việc theo một trong các phương thức sau đây:</w:t>
            </w:r>
          </w:p>
          <w:p w14:paraId="6BEC7F16" w14:textId="77777777" w:rsidR="00C21F56" w:rsidRPr="00580B62" w:rsidRDefault="00EA1121" w:rsidP="00580B62">
            <w:pPr>
              <w:jc w:val="both"/>
              <w:rPr>
                <w:rFonts w:cs="Times New Roman"/>
                <w:sz w:val="24"/>
                <w:szCs w:val="24"/>
              </w:rPr>
            </w:pPr>
            <w:r w:rsidRPr="00580B62">
              <w:rPr>
                <w:rFonts w:cs="Times New Roman"/>
                <w:sz w:val="24"/>
                <w:szCs w:val="24"/>
              </w:rPr>
              <w:t>a) Chủ tịch Hội đồng tổ chức phiên trao đổi trực tuyến khi chênh lệch giữa điểm cao nhất và điểm thấp nhất từ 20 điểm trở lên hoặc có ít nhất một phần ba tổng số thành viên đề nghị;</w:t>
            </w:r>
          </w:p>
          <w:p w14:paraId="6AD4726A" w14:textId="77777777" w:rsidR="00C21F56" w:rsidRPr="00580B62" w:rsidRDefault="00EA1121" w:rsidP="00580B62">
            <w:pPr>
              <w:jc w:val="both"/>
              <w:rPr>
                <w:rFonts w:cs="Times New Roman"/>
                <w:sz w:val="24"/>
                <w:szCs w:val="24"/>
              </w:rPr>
            </w:pPr>
            <w:r w:rsidRPr="00580B62">
              <w:rPr>
                <w:rFonts w:cs="Times New Roman"/>
                <w:sz w:val="24"/>
                <w:szCs w:val="24"/>
              </w:rPr>
              <w:t>b) Phiên họp trực tiếp được tổ chức đối với hồ sơ có tài liệu, mô hình hoặc sản phẩm không thể đánh giá đầy đủ trên Cổng Sáng kiến; hồ sơ có nội dung phải xử lý theo chế độ bảo mật.</w:t>
            </w:r>
          </w:p>
          <w:p w14:paraId="73363D6C" w14:textId="77777777" w:rsidR="00C21F56" w:rsidRPr="00580B62" w:rsidRDefault="00EA1121" w:rsidP="00580B62">
            <w:pPr>
              <w:jc w:val="both"/>
              <w:rPr>
                <w:rFonts w:cs="Times New Roman"/>
                <w:sz w:val="24"/>
                <w:szCs w:val="24"/>
              </w:rPr>
            </w:pPr>
            <w:r w:rsidRPr="00580B62">
              <w:rPr>
                <w:rFonts w:cs="Times New Roman"/>
                <w:sz w:val="24"/>
                <w:szCs w:val="24"/>
              </w:rPr>
              <w:t>5. Kết quả đánh giá hợp lệ khi có Phiếu của ít nhất hai phần ba số thành viên không có xung đột lợi ích, trong đó có Chủ tịch hoặc Phó Chủ tịch Hội đồng.</w:t>
            </w:r>
          </w:p>
          <w:p w14:paraId="02DF4E40" w14:textId="77777777" w:rsidR="00C21F56" w:rsidRPr="00580B62" w:rsidRDefault="00EA1121" w:rsidP="00580B62">
            <w:pPr>
              <w:jc w:val="both"/>
              <w:rPr>
                <w:rFonts w:cs="Times New Roman"/>
                <w:sz w:val="24"/>
                <w:szCs w:val="24"/>
              </w:rPr>
            </w:pPr>
            <w:r w:rsidRPr="00580B62">
              <w:rPr>
                <w:rFonts w:cs="Times New Roman"/>
                <w:sz w:val="24"/>
                <w:szCs w:val="24"/>
              </w:rPr>
              <w:t>6. Hội đồng đề nghị công nhận hồ sơ khi đề xuất sáng kiến đáp ứng khoản 7 Điều 16 hoặc đề xuất sáng kiến đột phá đáp ứng khoản 6 Điều 19 của Quy định này.</w:t>
            </w:r>
          </w:p>
          <w:p w14:paraId="4BC9A406" w14:textId="77777777" w:rsidR="00C21F56" w:rsidRPr="00580B62" w:rsidRDefault="00EA1121" w:rsidP="00580B62">
            <w:pPr>
              <w:jc w:val="both"/>
              <w:rPr>
                <w:rFonts w:cs="Times New Roman"/>
                <w:sz w:val="24"/>
                <w:szCs w:val="24"/>
              </w:rPr>
            </w:pPr>
            <w:r w:rsidRPr="00580B62">
              <w:rPr>
                <w:rFonts w:cs="Times New Roman"/>
                <w:sz w:val="24"/>
                <w:szCs w:val="24"/>
              </w:rPr>
              <w:t>7. Hồ sơ không đáp ứng khoản 6 Điều này được kết luận không đề nghị công nhận. Kết luận phải nêu rõ nội dung đạt, nội dung chưa đạt, tiêu chí không đạt và căn cứ chuyên môn.</w:t>
            </w:r>
          </w:p>
          <w:p w14:paraId="11A64B8F" w14:textId="77777777" w:rsidR="00C21F56" w:rsidRPr="00580B62" w:rsidRDefault="00EA1121" w:rsidP="00580B62">
            <w:pPr>
              <w:jc w:val="both"/>
              <w:rPr>
                <w:rFonts w:cs="Times New Roman"/>
                <w:sz w:val="24"/>
                <w:szCs w:val="24"/>
              </w:rPr>
            </w:pPr>
            <w:r w:rsidRPr="00580B62">
              <w:rPr>
                <w:rFonts w:cs="Times New Roman"/>
                <w:sz w:val="24"/>
                <w:szCs w:val="24"/>
              </w:rPr>
              <w:t>8. Khi hết thời hạn đánh giá, Cổng Sáng kiến khóa Phiếu, tính điểm, tổng hợp biểu quyết và lập Mẫu số 04. Trong thời hạn 02 ngày làm việc, thư ký hành chính kiểm tra số lượng Phiếu, điều kiện hợp lệ và lập Mẫu số 05; Chủ tịch Hội đồng xác nhận kết luận, ký số. Việc sửa lỗi kỹ thuật phải được lưu vết.</w:t>
            </w:r>
          </w:p>
          <w:p w14:paraId="33AD5B1B" w14:textId="77777777" w:rsidR="00C21F56" w:rsidRPr="00580B62" w:rsidRDefault="00EA1121" w:rsidP="00580B62">
            <w:pPr>
              <w:jc w:val="both"/>
              <w:rPr>
                <w:rFonts w:cs="Times New Roman"/>
                <w:sz w:val="24"/>
                <w:szCs w:val="24"/>
              </w:rPr>
            </w:pPr>
            <w:r w:rsidRPr="00580B62">
              <w:rPr>
                <w:rFonts w:cs="Times New Roman"/>
                <w:sz w:val="24"/>
                <w:szCs w:val="24"/>
              </w:rPr>
              <w:t>ĐÁNH GIÁ VÀ CÔNG NHẬN ĐỀ XUẤT SÁNG KIẾN</w:t>
            </w:r>
          </w:p>
        </w:tc>
        <w:tc>
          <w:tcPr>
            <w:tcW w:w="4080" w:type="dxa"/>
            <w:shd w:val="clear" w:color="auto" w:fill="FFFFFF" w:themeFill="background1"/>
            <w:tcMar>
              <w:top w:w="90" w:type="dxa"/>
              <w:left w:w="110" w:type="dxa"/>
              <w:bottom w:w="90" w:type="dxa"/>
              <w:right w:w="110" w:type="dxa"/>
            </w:tcMar>
          </w:tcPr>
          <w:p w14:paraId="1C8CF074" w14:textId="77777777" w:rsidR="00C21F56" w:rsidRPr="00580B62" w:rsidRDefault="00EA1121" w:rsidP="00580B62">
            <w:pPr>
              <w:ind w:firstLine="283"/>
              <w:jc w:val="both"/>
              <w:rPr>
                <w:rFonts w:cs="Times New Roman"/>
                <w:sz w:val="24"/>
                <w:szCs w:val="24"/>
              </w:rPr>
            </w:pPr>
            <w:r w:rsidRPr="00580B62">
              <w:rPr>
                <w:rFonts w:cs="Times New Roman"/>
                <w:sz w:val="24"/>
                <w:szCs w:val="24"/>
              </w:rPr>
              <w:t>Quy định tuần tự việc lập danh sách hồ sơ, gửi tài liệu tự động, đánh giá độc lập trên Cổng Sáng kiến, điều kiện tổ chức trao đổi trực tuyến hoặc họp trực tiếp, điều kiện hợp lệ và tổng hợp kết quả. Hội đồng chỉ họp trực tiếp khi tài liệu, mô hình, yêu cầu bảo mật không thể xử lý đầy đủ trên hệ thống. Kết luận phải nêu rõ tiêu chí và căn cứ chuyên môn; thời hạn thành lập Hội đồng, đánh giá và xác nhận kết luận được quy định trực tiếp.</w:t>
            </w:r>
          </w:p>
        </w:tc>
      </w:tr>
      <w:tr w:rsidR="00C21F56" w:rsidRPr="00580B62" w14:paraId="2FAB6C00"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77920754"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16. Tiêu chí xác định đề xuất sáng kiến</w:t>
            </w:r>
          </w:p>
          <w:p w14:paraId="3830277D" w14:textId="77777777" w:rsidR="00C21F56" w:rsidRPr="00580B62" w:rsidRDefault="00EA1121" w:rsidP="00580B62">
            <w:pPr>
              <w:jc w:val="both"/>
              <w:rPr>
                <w:rFonts w:cs="Times New Roman"/>
                <w:sz w:val="24"/>
                <w:szCs w:val="24"/>
              </w:rPr>
            </w:pPr>
            <w:r w:rsidRPr="00580B62">
              <w:rPr>
                <w:rFonts w:cs="Times New Roman"/>
                <w:sz w:val="24"/>
                <w:szCs w:val="24"/>
              </w:rPr>
              <w:t>Đề xuất sáng kiến, trừ đề xuất sáng kiến đột phá quy định tại Điều 19 của Quy định này, được xác định theo thang điểm 100, gồm các tiêu chí sau:</w:t>
            </w:r>
          </w:p>
          <w:p w14:paraId="2A67B78F" w14:textId="77777777" w:rsidR="00C21F56" w:rsidRPr="00580B62" w:rsidRDefault="00EA1121" w:rsidP="00580B62">
            <w:pPr>
              <w:jc w:val="both"/>
              <w:rPr>
                <w:rFonts w:cs="Times New Roman"/>
                <w:sz w:val="24"/>
                <w:szCs w:val="24"/>
              </w:rPr>
            </w:pPr>
            <w:r w:rsidRPr="00580B62">
              <w:rPr>
                <w:rFonts w:cs="Times New Roman"/>
                <w:sz w:val="24"/>
                <w:szCs w:val="24"/>
              </w:rPr>
              <w:t>1. Tính mới và tính sáng tạo của giải pháp: tối đa 20 điểm.</w:t>
            </w:r>
          </w:p>
          <w:p w14:paraId="67F9B7EC" w14:textId="77777777" w:rsidR="00C21F56" w:rsidRPr="00580B62" w:rsidRDefault="00EA1121" w:rsidP="00580B62">
            <w:pPr>
              <w:jc w:val="both"/>
              <w:rPr>
                <w:rFonts w:cs="Times New Roman"/>
                <w:sz w:val="24"/>
                <w:szCs w:val="24"/>
              </w:rPr>
            </w:pPr>
            <w:r w:rsidRPr="00580B62">
              <w:rPr>
                <w:rFonts w:cs="Times New Roman"/>
                <w:sz w:val="24"/>
                <w:szCs w:val="24"/>
              </w:rPr>
              <w:t>2. Mức độ cần thiết và khả năng giải quyết vấn đề thực tiễn: tối đa 15 điểm.</w:t>
            </w:r>
          </w:p>
          <w:p w14:paraId="7211C3CE" w14:textId="77777777" w:rsidR="00C21F56" w:rsidRPr="00580B62" w:rsidRDefault="00EA1121" w:rsidP="00580B62">
            <w:pPr>
              <w:jc w:val="both"/>
              <w:rPr>
                <w:rFonts w:cs="Times New Roman"/>
                <w:sz w:val="24"/>
                <w:szCs w:val="24"/>
              </w:rPr>
            </w:pPr>
            <w:r w:rsidRPr="00580B62">
              <w:rPr>
                <w:rFonts w:cs="Times New Roman"/>
                <w:sz w:val="24"/>
                <w:szCs w:val="24"/>
              </w:rPr>
              <w:t>3. Tính khả thi về kỹ thuật, tổ chức thực hiện, nguồn lực và pháp lý: tối đa 20 điểm.</w:t>
            </w:r>
          </w:p>
          <w:p w14:paraId="2E91A555" w14:textId="77777777" w:rsidR="00C21F56" w:rsidRPr="00580B62" w:rsidRDefault="00EA1121" w:rsidP="00580B62">
            <w:pPr>
              <w:jc w:val="both"/>
              <w:rPr>
                <w:rFonts w:cs="Times New Roman"/>
                <w:sz w:val="24"/>
                <w:szCs w:val="24"/>
              </w:rPr>
            </w:pPr>
            <w:r w:rsidRPr="00580B62">
              <w:rPr>
                <w:rFonts w:cs="Times New Roman"/>
                <w:sz w:val="24"/>
                <w:szCs w:val="24"/>
              </w:rPr>
              <w:t xml:space="preserve">4. Hiệu quả, tác động kinh tế, xã hội, môi trường, quốc phòng, </w:t>
            </w:r>
            <w:proofErr w:type="gramStart"/>
            <w:r w:rsidRPr="00580B62">
              <w:rPr>
                <w:rFonts w:cs="Times New Roman"/>
                <w:sz w:val="24"/>
                <w:szCs w:val="24"/>
              </w:rPr>
              <w:t>an</w:t>
            </w:r>
            <w:proofErr w:type="gramEnd"/>
            <w:r w:rsidRPr="00580B62">
              <w:rPr>
                <w:rFonts w:cs="Times New Roman"/>
                <w:sz w:val="24"/>
                <w:szCs w:val="24"/>
              </w:rPr>
              <w:t xml:space="preserve"> ninh hoặc hiệu quả quản trị dự kiến: tối đa 20 điểm.</w:t>
            </w:r>
          </w:p>
          <w:p w14:paraId="24806C25" w14:textId="77777777" w:rsidR="00C21F56" w:rsidRPr="00580B62" w:rsidRDefault="00EA1121" w:rsidP="00580B62">
            <w:pPr>
              <w:jc w:val="both"/>
              <w:rPr>
                <w:rFonts w:cs="Times New Roman"/>
                <w:sz w:val="24"/>
                <w:szCs w:val="24"/>
              </w:rPr>
            </w:pPr>
            <w:r w:rsidRPr="00580B62">
              <w:rPr>
                <w:rFonts w:cs="Times New Roman"/>
                <w:sz w:val="24"/>
                <w:szCs w:val="24"/>
              </w:rPr>
              <w:t>5. Khả năng áp dụng, nhân rộng, đầu tư, thương mại hóa hoặc hình thành nhiệm vụ, chương trình, đề án, dự án: tối đa 15 điểm.</w:t>
            </w:r>
          </w:p>
          <w:p w14:paraId="6DC19F1B" w14:textId="77777777" w:rsidR="00C21F56" w:rsidRPr="00580B62" w:rsidRDefault="00EA1121" w:rsidP="00580B62">
            <w:pPr>
              <w:jc w:val="both"/>
              <w:rPr>
                <w:rFonts w:cs="Times New Roman"/>
                <w:sz w:val="24"/>
                <w:szCs w:val="24"/>
              </w:rPr>
            </w:pPr>
            <w:r w:rsidRPr="00580B62">
              <w:rPr>
                <w:rFonts w:cs="Times New Roman"/>
                <w:sz w:val="24"/>
                <w:szCs w:val="24"/>
              </w:rPr>
              <w:t>6. Mức độ hoàn thiện, khả năng kiểm chứng và quản trị rủi ro: tối đa 10 điểm.</w:t>
            </w:r>
          </w:p>
          <w:p w14:paraId="3801BC94" w14:textId="77777777" w:rsidR="00C21F56" w:rsidRPr="00580B62" w:rsidRDefault="00EA1121" w:rsidP="00580B62">
            <w:pPr>
              <w:jc w:val="both"/>
              <w:rPr>
                <w:rFonts w:cs="Times New Roman"/>
                <w:sz w:val="24"/>
                <w:szCs w:val="24"/>
              </w:rPr>
            </w:pPr>
            <w:r w:rsidRPr="00580B62">
              <w:rPr>
                <w:rFonts w:cs="Times New Roman"/>
                <w:sz w:val="24"/>
                <w:szCs w:val="24"/>
              </w:rPr>
              <w:t>7. Hồ sơ được đề nghị công nhận là đề xuất sáng kiến khi đạt từ 70 điểm trở lên, các tiêu chí tại khoản 1, khoản 3 và khoản 4 Điều này đạt ít nhất 60% số điểm tối đa và có ít nhất hai phần ba số thành viên được tính để xác định tỷ lệ biểu quyết đối với hồ sơ biểu quyết đồng ý.</w:t>
            </w:r>
          </w:p>
        </w:tc>
        <w:tc>
          <w:tcPr>
            <w:tcW w:w="4080" w:type="dxa"/>
            <w:shd w:val="clear" w:color="auto" w:fill="FFFFFF" w:themeFill="background1"/>
            <w:tcMar>
              <w:top w:w="90" w:type="dxa"/>
              <w:left w:w="110" w:type="dxa"/>
              <w:bottom w:w="90" w:type="dxa"/>
              <w:right w:w="110" w:type="dxa"/>
            </w:tcMar>
          </w:tcPr>
          <w:p w14:paraId="35AC57A7" w14:textId="77777777" w:rsidR="00C21F56" w:rsidRPr="00580B62" w:rsidRDefault="00EA1121" w:rsidP="00580B62">
            <w:pPr>
              <w:ind w:firstLine="283"/>
              <w:jc w:val="both"/>
              <w:rPr>
                <w:rFonts w:cs="Times New Roman"/>
                <w:sz w:val="24"/>
                <w:szCs w:val="24"/>
              </w:rPr>
            </w:pPr>
            <w:r w:rsidRPr="00580B62">
              <w:rPr>
                <w:rFonts w:cs="Times New Roman"/>
                <w:sz w:val="24"/>
                <w:szCs w:val="24"/>
              </w:rPr>
              <w:t>Quy định trước bộ tiêu chí xác định đề xuất sáng kiến theo thang điểm 100, ngưỡng đạt 70 điểm, ngưỡng tối thiểu đối với tiêu chí cốt lõi và tỷ lệ biểu quyết ít nhất hai phần ba. Tiêu chí được tách khỏi quy trình đánh giá để người gửi biết trước yêu cầu và các cơ quan áp dụng thống nhất.</w:t>
            </w:r>
          </w:p>
        </w:tc>
      </w:tr>
      <w:tr w:rsidR="00C21F56" w:rsidRPr="00580B62" w14:paraId="40E060E3"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5E5AF6AB"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17. Công nhận và thông báo kết quả đề xuất sáng kiến</w:t>
            </w:r>
          </w:p>
          <w:p w14:paraId="62B5E093" w14:textId="77777777" w:rsidR="00C21F56" w:rsidRPr="00580B62" w:rsidRDefault="00EA1121" w:rsidP="00580B62">
            <w:pPr>
              <w:jc w:val="both"/>
              <w:rPr>
                <w:rFonts w:cs="Times New Roman"/>
                <w:sz w:val="24"/>
                <w:szCs w:val="24"/>
              </w:rPr>
            </w:pPr>
            <w:r w:rsidRPr="00580B62">
              <w:rPr>
                <w:rFonts w:cs="Times New Roman"/>
                <w:sz w:val="24"/>
                <w:szCs w:val="24"/>
              </w:rPr>
              <w:t>1. Bộ trưởng, Thủ trưởng cơ quan ngang bộ và Chủ tịch Ủy ban nhân dân cấp tỉnh quyết định hoặc phân cấp, ủy quyền cho người đứng đầu cơ quan, đơn vị trực thuộc quyết định công nhận đề xuất sáng kiến thuộc phạm vi xử lý. Trường hợp phân cấp, ủy quyền, cơ quan, đơn vị trực tiếp tổ chức xử lý hồ sơ là cơ quan, đơn vị trình hoặc quyết định công nhận. Việc phân cấp, ủy quyền phải được thực hiện bằng văn bản, xác định rõ phạm vi, trách nhiệm và được cập nhật trên Cổng Sáng kiến. Bộ trưởng Bộ Khoa học và Công nghệ</w:t>
            </w:r>
            <w:r w:rsidRPr="00580B62">
              <w:rPr>
                <w:rFonts w:cs="Times New Roman"/>
                <w:sz w:val="24"/>
                <w:szCs w:val="24"/>
              </w:rPr>
              <w:t xml:space="preserve"> quyết định công nhận đề xuất không xác định được một lĩnh vực chính, đề xuất liên ngành, liên vùng có phạm vi tác động chủ yếu vượt quá phạm vi quản lý của một cơ quan hoặc có phạm vi quốc gia.</w:t>
            </w:r>
          </w:p>
          <w:p w14:paraId="76755B2A" w14:textId="77777777" w:rsidR="00C21F56" w:rsidRPr="00580B62" w:rsidRDefault="00EA1121" w:rsidP="00580B62">
            <w:pPr>
              <w:jc w:val="both"/>
              <w:rPr>
                <w:rFonts w:cs="Times New Roman"/>
                <w:sz w:val="24"/>
                <w:szCs w:val="24"/>
              </w:rPr>
            </w:pPr>
            <w:r w:rsidRPr="00580B62">
              <w:rPr>
                <w:rFonts w:cs="Times New Roman"/>
                <w:sz w:val="24"/>
                <w:szCs w:val="24"/>
              </w:rPr>
              <w:t>2. Trong thời hạn 05 ngày làm việc kể từ ngày Chủ tịch Hội đồng ký xác nhận kết luận, người có thẩm quyền quy định tại khoản 1 Điều này quyết định công nhận đối với hồ sơ được Hội đồng đề nghị công nhận hoặc thông báo không công nhận. Trường hợp không công nhận hồ sơ đã được Hội đồng đề nghị công nhận, người quyết định phải nêu rõ lý do. Hội đồng, Chủ tịch Hội đồng và cơ quan xử lý không có thẩm quyền công nhận.</w:t>
            </w:r>
          </w:p>
          <w:p w14:paraId="0F374C74" w14:textId="77777777" w:rsidR="00C21F56" w:rsidRPr="00580B62" w:rsidRDefault="00EA1121" w:rsidP="00580B62">
            <w:pPr>
              <w:jc w:val="both"/>
              <w:rPr>
                <w:rFonts w:cs="Times New Roman"/>
                <w:sz w:val="24"/>
                <w:szCs w:val="24"/>
              </w:rPr>
            </w:pPr>
            <w:r w:rsidRPr="00580B62">
              <w:rPr>
                <w:rFonts w:cs="Times New Roman"/>
                <w:sz w:val="24"/>
                <w:szCs w:val="24"/>
              </w:rPr>
              <w:t>3. Quyết định công nhận được lập theo Mẫu số 06, trong đó ghi rõ cơ quan chủ trì xử lý, cơ quan phối hợp và nội dung phối hợp. Cơ quan phối hợp được ghi nhận để xác định trách nhiệm và phục vụ thống kê, báo cáo; không đồng thời có thẩm quyền công nhận. Quyết định được ký số, gửi cho tổ chức, cá nhân gửi đề xuất và công khai trên Cổng Sáng kiến, trừ thông tin thuộc bí mật nhà nước, bí mật kinh doanh, dữ liệu cá nhân hoặc thông tin mà chủ thể có quyền không đồng ý công khai.</w:t>
            </w:r>
          </w:p>
          <w:p w14:paraId="577CAAB9" w14:textId="77777777" w:rsidR="00C21F56" w:rsidRPr="00580B62" w:rsidRDefault="00EA1121" w:rsidP="00580B62">
            <w:pPr>
              <w:jc w:val="both"/>
              <w:rPr>
                <w:rFonts w:cs="Times New Roman"/>
                <w:sz w:val="24"/>
                <w:szCs w:val="24"/>
              </w:rPr>
            </w:pPr>
            <w:r w:rsidRPr="00580B62">
              <w:rPr>
                <w:rFonts w:cs="Times New Roman"/>
                <w:sz w:val="24"/>
                <w:szCs w:val="24"/>
              </w:rPr>
              <w:t>4. Kết quả không công nhận được thông báo theo Mẫu số 07, trong đó ghi rõ điểm từng tiêu chí, nội dung đạt, nội dung chưa đạt, tiêu chí hoặc điều kiện không đạt, căn cứ chuyên môn và quyền đề nghị xem xét lại theo khoản 6 Điều này. Không dùng nhận xét chung hoặc chỉ ghi điểm số thay cho lý do không công nhận.</w:t>
            </w:r>
          </w:p>
          <w:p w14:paraId="64AE57F7" w14:textId="77777777" w:rsidR="00C21F56" w:rsidRPr="00580B62" w:rsidRDefault="00EA1121" w:rsidP="00580B62">
            <w:pPr>
              <w:jc w:val="both"/>
              <w:rPr>
                <w:rFonts w:cs="Times New Roman"/>
                <w:sz w:val="24"/>
                <w:szCs w:val="24"/>
              </w:rPr>
            </w:pPr>
            <w:r w:rsidRPr="00580B62">
              <w:rPr>
                <w:rFonts w:cs="Times New Roman"/>
                <w:sz w:val="24"/>
                <w:szCs w:val="24"/>
              </w:rPr>
              <w:t>5. Kết quả không công nhận kết thúc quy trình đánh giá đối với hồ sơ. Không yêu cầu hoàn thiện, bổ sung hoặc tổ chức đánh giá lại hồ sơ đó. Tổ chức, cá nhân có thể gửi đề xuất mới nếu đã sửa đổi nội dung; đề xuất mới được cấp mã hồ sơ và đánh giá độc lập.</w:t>
            </w:r>
          </w:p>
          <w:p w14:paraId="0F7199FE" w14:textId="77777777" w:rsidR="00C21F56" w:rsidRPr="00580B62" w:rsidRDefault="00EA1121" w:rsidP="00580B62">
            <w:pPr>
              <w:jc w:val="both"/>
              <w:rPr>
                <w:rFonts w:cs="Times New Roman"/>
                <w:sz w:val="24"/>
                <w:szCs w:val="24"/>
              </w:rPr>
            </w:pPr>
            <w:r w:rsidRPr="00580B62">
              <w:rPr>
                <w:rFonts w:cs="Times New Roman"/>
                <w:sz w:val="24"/>
                <w:szCs w:val="24"/>
              </w:rPr>
              <w:t>6. Tổ chức, cá nhân gửi đề xuất có quyền đề nghị xem xét lại nếu quy trình bị vi phạm hoặc thông tin dùng để đánh giá không chính xác. Đề nghị phải được gửi trên Cổng Sáng kiến trong thời hạn 10 ngày làm việc kể từ ngày nhận kết quả. Cơ quan có thẩm quyền giải quyết trong thời hạn 15 ngày làm việc.</w:t>
            </w:r>
          </w:p>
          <w:p w14:paraId="142D5109" w14:textId="77777777" w:rsidR="00C21F56" w:rsidRPr="00580B62" w:rsidRDefault="00EA1121" w:rsidP="00580B62">
            <w:pPr>
              <w:jc w:val="both"/>
              <w:rPr>
                <w:rFonts w:cs="Times New Roman"/>
                <w:sz w:val="24"/>
                <w:szCs w:val="24"/>
              </w:rPr>
            </w:pPr>
            <w:r w:rsidRPr="00580B62">
              <w:rPr>
                <w:rFonts w:cs="Times New Roman"/>
                <w:sz w:val="24"/>
                <w:szCs w:val="24"/>
              </w:rPr>
              <w:t>ĐÁNH GIÁ VÀ CÔNG NHẬN ĐỀ XUẤT SÁNG KIẾN ĐỘT PHÁ</w:t>
            </w:r>
          </w:p>
        </w:tc>
        <w:tc>
          <w:tcPr>
            <w:tcW w:w="4080" w:type="dxa"/>
            <w:shd w:val="clear" w:color="auto" w:fill="FFFFFF" w:themeFill="background1"/>
            <w:tcMar>
              <w:top w:w="90" w:type="dxa"/>
              <w:left w:w="110" w:type="dxa"/>
              <w:bottom w:w="90" w:type="dxa"/>
              <w:right w:w="110" w:type="dxa"/>
            </w:tcMar>
          </w:tcPr>
          <w:p w14:paraId="298A7CBE" w14:textId="77777777" w:rsidR="00C21F56" w:rsidRPr="00580B62" w:rsidRDefault="00EA1121" w:rsidP="00580B62">
            <w:pPr>
              <w:ind w:firstLine="283"/>
              <w:jc w:val="both"/>
              <w:rPr>
                <w:rFonts w:cs="Times New Roman"/>
                <w:sz w:val="24"/>
                <w:szCs w:val="24"/>
              </w:rPr>
            </w:pPr>
            <w:r w:rsidRPr="00580B62">
              <w:rPr>
                <w:rFonts w:cs="Times New Roman"/>
                <w:sz w:val="24"/>
                <w:szCs w:val="24"/>
              </w:rPr>
              <w:t>Thực hiện nguyên tắc cơ quan nào xử lý thì cơ quan đó công nhận; cho phép phân cấp, ủy quyền bằng văn bản để giảm gánh nặng cho Bộ trưởng, Thủ trưởng cơ quan ngang bộ và Chủ tịch Ủy ban nhân dân cấp tỉnh. Quy định rõ giá trị của kết luận Hội đồng, nội dung quyết định, trách nhiệm cơ quan phối hợp và nghĩa vụ giải thích cụ thể khi không công nhận và thời hạn 05 ngày làm việc để quyết định hoặc thông báo kết quả. Hồ sơ không đạt kết thúc quy trình, không hoàn thiện để đánh giá lại; chỉ xem xét lại khi vi phạm</w:t>
            </w:r>
            <w:r w:rsidRPr="00580B62">
              <w:rPr>
                <w:rFonts w:cs="Times New Roman"/>
                <w:sz w:val="24"/>
                <w:szCs w:val="24"/>
              </w:rPr>
              <w:t xml:space="preserve"> quy trình hoặc sử dụng thông tin không chính xác.</w:t>
            </w:r>
          </w:p>
        </w:tc>
      </w:tr>
      <w:tr w:rsidR="00C21F56" w:rsidRPr="00580B62" w14:paraId="2ED12000"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7AF1B276"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18. Hồ sơ đề xuất sáng kiến đột phá</w:t>
            </w:r>
          </w:p>
          <w:p w14:paraId="25585C71" w14:textId="77777777" w:rsidR="00C21F56" w:rsidRPr="00580B62" w:rsidRDefault="00EA1121" w:rsidP="00580B62">
            <w:pPr>
              <w:jc w:val="both"/>
              <w:rPr>
                <w:rFonts w:cs="Times New Roman"/>
                <w:sz w:val="24"/>
                <w:szCs w:val="24"/>
              </w:rPr>
            </w:pPr>
            <w:r w:rsidRPr="00580B62">
              <w:rPr>
                <w:rFonts w:cs="Times New Roman"/>
                <w:sz w:val="24"/>
                <w:szCs w:val="24"/>
              </w:rPr>
              <w:t>1. Hồ sơ đề xuất sáng kiến đột phá thực hiện theo Điều 10 của Quy định này và mục dành cho đề xuất sáng kiến đột phá tại Mẫu số 01.</w:t>
            </w:r>
          </w:p>
          <w:p w14:paraId="49DF3364" w14:textId="77777777" w:rsidR="00C21F56" w:rsidRPr="00580B62" w:rsidRDefault="00EA1121" w:rsidP="00580B62">
            <w:pPr>
              <w:jc w:val="both"/>
              <w:rPr>
                <w:rFonts w:cs="Times New Roman"/>
                <w:sz w:val="24"/>
                <w:szCs w:val="24"/>
              </w:rPr>
            </w:pPr>
            <w:r w:rsidRPr="00580B62">
              <w:rPr>
                <w:rFonts w:cs="Times New Roman"/>
                <w:sz w:val="24"/>
                <w:szCs w:val="24"/>
              </w:rPr>
              <w:t>2. Hồ sơ phải làm rõ vấn đề lớn, cấp thiết; tính chiến lược; phạm vi tác động; khả năng tạo chuyển biến vượt trội; chỉ số đo lường; phương án phối hợp, huy động nguồn lực và quản trị rủi ro.</w:t>
            </w:r>
          </w:p>
          <w:p w14:paraId="12C36317" w14:textId="77777777" w:rsidR="00C21F56" w:rsidRPr="00580B62" w:rsidRDefault="00EA1121" w:rsidP="00580B62">
            <w:pPr>
              <w:jc w:val="both"/>
              <w:rPr>
                <w:rFonts w:cs="Times New Roman"/>
                <w:sz w:val="24"/>
                <w:szCs w:val="24"/>
              </w:rPr>
            </w:pPr>
            <w:r w:rsidRPr="00580B62">
              <w:rPr>
                <w:rFonts w:cs="Times New Roman"/>
                <w:sz w:val="24"/>
                <w:szCs w:val="24"/>
              </w:rPr>
              <w:t>3. Ý kiến của cơ quan, tổ chức có liên quan hoặc cam kết tham gia được gửi kèm hồ sơ, nếu có.</w:t>
            </w:r>
          </w:p>
        </w:tc>
        <w:tc>
          <w:tcPr>
            <w:tcW w:w="4080" w:type="dxa"/>
            <w:shd w:val="clear" w:color="auto" w:fill="FFFFFF" w:themeFill="background1"/>
            <w:tcMar>
              <w:top w:w="90" w:type="dxa"/>
              <w:left w:w="110" w:type="dxa"/>
              <w:bottom w:w="90" w:type="dxa"/>
              <w:right w:w="110" w:type="dxa"/>
            </w:tcMar>
          </w:tcPr>
          <w:p w14:paraId="6CBD2213" w14:textId="77777777" w:rsidR="00C21F56" w:rsidRPr="00580B62" w:rsidRDefault="00EA1121" w:rsidP="00580B62">
            <w:pPr>
              <w:ind w:firstLine="283"/>
              <w:jc w:val="both"/>
              <w:rPr>
                <w:rFonts w:cs="Times New Roman"/>
                <w:sz w:val="24"/>
                <w:szCs w:val="24"/>
              </w:rPr>
            </w:pPr>
            <w:r w:rsidRPr="00580B62">
              <w:rPr>
                <w:rFonts w:cs="Times New Roman"/>
                <w:sz w:val="24"/>
                <w:szCs w:val="24"/>
              </w:rPr>
              <w:t>Kế thừa hồ sơ chung nhưng bổ sung thông tin đặc thù cần chứng minh đối với đề xuất sáng kiến đột phá: vấn đề lớn, tính chiến lược, tác động vượt trội, chỉ số đo lường, huy động nguồn lực và quản trị rủi ro.</w:t>
            </w:r>
          </w:p>
        </w:tc>
      </w:tr>
      <w:tr w:rsidR="00C21F56" w:rsidRPr="00580B62" w14:paraId="3CD63958"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27C56576" w14:textId="77777777" w:rsidR="00C21F56" w:rsidRPr="00580B62" w:rsidRDefault="00EA1121" w:rsidP="00580B62">
            <w:pPr>
              <w:jc w:val="both"/>
              <w:rPr>
                <w:rFonts w:cs="Times New Roman"/>
                <w:sz w:val="24"/>
                <w:szCs w:val="24"/>
              </w:rPr>
            </w:pPr>
            <w:r w:rsidRPr="00580B62">
              <w:rPr>
                <w:rFonts w:cs="Times New Roman"/>
                <w:b/>
                <w:sz w:val="24"/>
                <w:szCs w:val="24"/>
              </w:rPr>
              <w:t>Điều 19. Tiêu chí xác định đề xuất sáng kiến đột phá</w:t>
            </w:r>
          </w:p>
          <w:p w14:paraId="5AD221F4" w14:textId="77777777" w:rsidR="00C21F56" w:rsidRPr="00580B62" w:rsidRDefault="00EA1121" w:rsidP="00580B62">
            <w:pPr>
              <w:jc w:val="both"/>
              <w:rPr>
                <w:rFonts w:cs="Times New Roman"/>
                <w:sz w:val="24"/>
                <w:szCs w:val="24"/>
              </w:rPr>
            </w:pPr>
            <w:r w:rsidRPr="00580B62">
              <w:rPr>
                <w:rFonts w:cs="Times New Roman"/>
                <w:sz w:val="24"/>
                <w:szCs w:val="24"/>
              </w:rPr>
              <w:t>Đề xuất sáng kiến được xác định là đề xuất sáng kiến đột phá theo thang điểm 100, gồm các tiêu chí sau:</w:t>
            </w:r>
          </w:p>
          <w:p w14:paraId="4A6D6F6C" w14:textId="77777777" w:rsidR="00C21F56" w:rsidRPr="00580B62" w:rsidRDefault="00EA1121" w:rsidP="00580B62">
            <w:pPr>
              <w:jc w:val="both"/>
              <w:rPr>
                <w:rFonts w:cs="Times New Roman"/>
                <w:sz w:val="24"/>
                <w:szCs w:val="24"/>
              </w:rPr>
            </w:pPr>
            <w:r w:rsidRPr="00580B62">
              <w:rPr>
                <w:rFonts w:cs="Times New Roman"/>
                <w:sz w:val="24"/>
                <w:szCs w:val="24"/>
              </w:rPr>
              <w:t>1. Tính mới, tính sáng tạo nổi trội, tạo ra cách tiếp cận hoặc giải pháp khác biệt căn bản so với giải pháp đang áp dụng: tối đa 25 điểm.</w:t>
            </w:r>
          </w:p>
          <w:p w14:paraId="63585DA5" w14:textId="77777777" w:rsidR="00C21F56" w:rsidRPr="00580B62" w:rsidRDefault="00EA1121" w:rsidP="00580B62">
            <w:pPr>
              <w:jc w:val="both"/>
              <w:rPr>
                <w:rFonts w:cs="Times New Roman"/>
                <w:sz w:val="24"/>
                <w:szCs w:val="24"/>
              </w:rPr>
            </w:pPr>
            <w:r w:rsidRPr="00580B62">
              <w:rPr>
                <w:rFonts w:cs="Times New Roman"/>
                <w:sz w:val="24"/>
                <w:szCs w:val="24"/>
              </w:rPr>
              <w:t>2. Khả năng giải quyết vấn đề lớn, cấp thiết, có tính chiến lược, liên ngành, liên vùng hoặc có ý nghĩa quốc gia: tối đa 20 điểm.</w:t>
            </w:r>
          </w:p>
          <w:p w14:paraId="500D73DC" w14:textId="77777777" w:rsidR="00C21F56" w:rsidRPr="00580B62" w:rsidRDefault="00EA1121" w:rsidP="00580B62">
            <w:pPr>
              <w:jc w:val="both"/>
              <w:rPr>
                <w:rFonts w:cs="Times New Roman"/>
                <w:sz w:val="24"/>
                <w:szCs w:val="24"/>
              </w:rPr>
            </w:pPr>
            <w:r w:rsidRPr="00580B62">
              <w:rPr>
                <w:rFonts w:cs="Times New Roman"/>
                <w:sz w:val="24"/>
                <w:szCs w:val="24"/>
              </w:rPr>
              <w:t xml:space="preserve">3. Khả năng tạo tác động vượt trội, đo lường được đối với tăng trưởng, năng suất, năng lực cạnh tranh, chất lượng quản trị, </w:t>
            </w:r>
            <w:proofErr w:type="gramStart"/>
            <w:r w:rsidRPr="00580B62">
              <w:rPr>
                <w:rFonts w:cs="Times New Roman"/>
                <w:sz w:val="24"/>
                <w:szCs w:val="24"/>
              </w:rPr>
              <w:t>an</w:t>
            </w:r>
            <w:proofErr w:type="gramEnd"/>
            <w:r w:rsidRPr="00580B62">
              <w:rPr>
                <w:rFonts w:cs="Times New Roman"/>
                <w:sz w:val="24"/>
                <w:szCs w:val="24"/>
              </w:rPr>
              <w:t xml:space="preserve"> sinh xã hội, quốc phòng, </w:t>
            </w:r>
            <w:proofErr w:type="gramStart"/>
            <w:r w:rsidRPr="00580B62">
              <w:rPr>
                <w:rFonts w:cs="Times New Roman"/>
                <w:sz w:val="24"/>
                <w:szCs w:val="24"/>
              </w:rPr>
              <w:t>an</w:t>
            </w:r>
            <w:proofErr w:type="gramEnd"/>
            <w:r w:rsidRPr="00580B62">
              <w:rPr>
                <w:rFonts w:cs="Times New Roman"/>
                <w:sz w:val="24"/>
                <w:szCs w:val="24"/>
              </w:rPr>
              <w:t xml:space="preserve"> ninh hoặc chất lượng cuộc sống: tối đa 25 điểm.</w:t>
            </w:r>
          </w:p>
          <w:p w14:paraId="2F228E7F" w14:textId="77777777" w:rsidR="00C21F56" w:rsidRPr="00580B62" w:rsidRDefault="00EA1121" w:rsidP="00580B62">
            <w:pPr>
              <w:jc w:val="both"/>
              <w:rPr>
                <w:rFonts w:cs="Times New Roman"/>
                <w:sz w:val="24"/>
                <w:szCs w:val="24"/>
              </w:rPr>
            </w:pPr>
            <w:r w:rsidRPr="00580B62">
              <w:rPr>
                <w:rFonts w:cs="Times New Roman"/>
                <w:sz w:val="24"/>
                <w:szCs w:val="24"/>
              </w:rPr>
              <w:t>4. Tính khả thi của phương án tổ chức thực hiện, huy động nguồn lực, kiểm soát rủi ro và nhân rộng: tối đa 20 điểm.</w:t>
            </w:r>
          </w:p>
          <w:p w14:paraId="5BC1743A" w14:textId="77777777" w:rsidR="00C21F56" w:rsidRPr="00580B62" w:rsidRDefault="00EA1121" w:rsidP="00580B62">
            <w:pPr>
              <w:jc w:val="both"/>
              <w:rPr>
                <w:rFonts w:cs="Times New Roman"/>
                <w:sz w:val="24"/>
                <w:szCs w:val="24"/>
              </w:rPr>
            </w:pPr>
            <w:r w:rsidRPr="00580B62">
              <w:rPr>
                <w:rFonts w:cs="Times New Roman"/>
                <w:sz w:val="24"/>
                <w:szCs w:val="24"/>
              </w:rPr>
              <w:t>5. Mức độ đáp ứng mục tiêu, nhiệm vụ tại Kế hoạch hành động chiến lược số 01-KH/BCĐTW ngày 02 tháng 6 năm 2025: tối đa 10 điểm.</w:t>
            </w:r>
          </w:p>
          <w:p w14:paraId="2794C9F6" w14:textId="77777777" w:rsidR="00C21F56" w:rsidRPr="00580B62" w:rsidRDefault="00EA1121" w:rsidP="00580B62">
            <w:pPr>
              <w:jc w:val="both"/>
              <w:rPr>
                <w:rFonts w:cs="Times New Roman"/>
                <w:sz w:val="24"/>
                <w:szCs w:val="24"/>
              </w:rPr>
            </w:pPr>
            <w:r w:rsidRPr="00580B62">
              <w:rPr>
                <w:rFonts w:cs="Times New Roman"/>
                <w:sz w:val="24"/>
                <w:szCs w:val="24"/>
              </w:rPr>
              <w:t>6. Hồ sơ được đề nghị công nhận là đề xuất sáng kiến đột phá khi đạt từ 80 điểm trở lên, từng tiêu chí đạt ít nhất 60% số điểm tối đa và có ít nhất hai phần ba số thành viên được tính để xác định tỷ lệ biểu quyết đối với hồ sơ biểu quyết đồng ý.</w:t>
            </w:r>
          </w:p>
        </w:tc>
        <w:tc>
          <w:tcPr>
            <w:tcW w:w="4080" w:type="dxa"/>
            <w:shd w:val="clear" w:color="auto" w:fill="FFFFFF" w:themeFill="background1"/>
            <w:tcMar>
              <w:top w:w="90" w:type="dxa"/>
              <w:left w:w="110" w:type="dxa"/>
              <w:bottom w:w="90" w:type="dxa"/>
              <w:right w:w="110" w:type="dxa"/>
            </w:tcMar>
          </w:tcPr>
          <w:p w14:paraId="1214A3A2" w14:textId="77777777" w:rsidR="00C21F56" w:rsidRPr="00580B62" w:rsidRDefault="00EA1121" w:rsidP="00580B62">
            <w:pPr>
              <w:ind w:firstLine="283"/>
              <w:jc w:val="both"/>
              <w:rPr>
                <w:rFonts w:cs="Times New Roman"/>
                <w:sz w:val="24"/>
                <w:szCs w:val="24"/>
              </w:rPr>
            </w:pPr>
            <w:r w:rsidRPr="00580B62">
              <w:rPr>
                <w:rFonts w:cs="Times New Roman"/>
                <w:sz w:val="24"/>
                <w:szCs w:val="24"/>
              </w:rPr>
              <w:t>Quy định riêng tiêu chí đề xuất sáng kiến đột phá theo yêu cầu tại Thông báo số 20-TB/CQTTBCĐ, với ngưỡng 80 điểm, từng tiêu chí đạt ít nhất 60% và ít nhất hai phần ba thành viên đồng ý. Tiêu chí nhấn mạnh tính mới nổi trội, vấn đề lớn, tác động đo lường được và khả năng huy động nguồn lực.</w:t>
            </w:r>
          </w:p>
        </w:tc>
      </w:tr>
      <w:tr w:rsidR="00C21F56" w:rsidRPr="00580B62" w14:paraId="2A2F5EA7"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0162C75B"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20. Trình tự đánh giá đề xuất sáng kiến đột phá</w:t>
            </w:r>
          </w:p>
          <w:p w14:paraId="45868E21" w14:textId="77777777" w:rsidR="00C21F56" w:rsidRPr="00580B62" w:rsidRDefault="00EA1121" w:rsidP="00580B62">
            <w:pPr>
              <w:jc w:val="both"/>
              <w:rPr>
                <w:rFonts w:cs="Times New Roman"/>
                <w:sz w:val="24"/>
                <w:szCs w:val="24"/>
              </w:rPr>
            </w:pPr>
            <w:r w:rsidRPr="00580B62">
              <w:rPr>
                <w:rFonts w:cs="Times New Roman"/>
                <w:sz w:val="24"/>
                <w:szCs w:val="24"/>
              </w:rPr>
              <w:t>1. Việc gửi, tiếp nhận, sàng lọc, phân loại và chuyển hồ sơ thực hiện theo các điều 9, 10, 11 và 12 của Quy định này. Hồ sơ phải đáp ứng yêu cầu tại Điều 18 của Quy định này.</w:t>
            </w:r>
          </w:p>
          <w:p w14:paraId="560757F0" w14:textId="77777777" w:rsidR="00C21F56" w:rsidRPr="00580B62" w:rsidRDefault="00EA1121" w:rsidP="00580B62">
            <w:pPr>
              <w:jc w:val="both"/>
              <w:rPr>
                <w:rFonts w:cs="Times New Roman"/>
                <w:sz w:val="24"/>
                <w:szCs w:val="24"/>
              </w:rPr>
            </w:pPr>
            <w:r w:rsidRPr="00580B62">
              <w:rPr>
                <w:rFonts w:cs="Times New Roman"/>
                <w:sz w:val="24"/>
                <w:szCs w:val="24"/>
              </w:rPr>
              <w:t>2. Mỗi hồ sơ được gửi đến 02 chuyên gia phản biện độc lập để nhận xét, đánh giá theo Điều 14 của Quy định này.</w:t>
            </w:r>
          </w:p>
          <w:p w14:paraId="72C57038" w14:textId="77777777" w:rsidR="00C21F56" w:rsidRPr="00580B62" w:rsidRDefault="00EA1121" w:rsidP="00580B62">
            <w:pPr>
              <w:jc w:val="both"/>
              <w:rPr>
                <w:rFonts w:cs="Times New Roman"/>
                <w:sz w:val="24"/>
                <w:szCs w:val="24"/>
              </w:rPr>
            </w:pPr>
            <w:r w:rsidRPr="00580B62">
              <w:rPr>
                <w:rFonts w:cs="Times New Roman"/>
                <w:sz w:val="24"/>
                <w:szCs w:val="24"/>
              </w:rPr>
              <w:t>3. Bộ trưởng Bộ Khoa học và Công nghệ quyết định thành lập Hội đồng tư vấn liên ngành có 07 hoặc 09 thành viên theo Điều 13 của Quy định này. Việc gửi tài liệu, đánh giá và tổng hợp kết quả thực hiện theo Điều 15 của Quy định này; Hội đồng tổ chức phiên họp trực tiếp để thảo luận và biểu quyết.</w:t>
            </w:r>
          </w:p>
          <w:p w14:paraId="1B6F12FA" w14:textId="77777777" w:rsidR="00C21F56" w:rsidRPr="00580B62" w:rsidRDefault="00EA1121" w:rsidP="00580B62">
            <w:pPr>
              <w:jc w:val="both"/>
              <w:rPr>
                <w:rFonts w:cs="Times New Roman"/>
                <w:sz w:val="24"/>
                <w:szCs w:val="24"/>
              </w:rPr>
            </w:pPr>
            <w:r w:rsidRPr="00580B62">
              <w:rPr>
                <w:rFonts w:cs="Times New Roman"/>
                <w:sz w:val="24"/>
                <w:szCs w:val="24"/>
              </w:rPr>
              <w:t>4. Hội đồng đánh giá hồ sơ theo tiêu chí tại Điều 19 và Mẫu số 03C; kiến nghị công nhận hoặc không công nhận; đồng thời kiến nghị phương án xử lý đối với hồ sơ được đề nghị công nhận. Kết quả được tổng hợp theo Mẫu số 04 và Mẫu số 05.</w:t>
            </w:r>
          </w:p>
          <w:p w14:paraId="0F37B366" w14:textId="77777777" w:rsidR="00C21F56" w:rsidRPr="00580B62" w:rsidRDefault="00EA1121" w:rsidP="00580B62">
            <w:pPr>
              <w:jc w:val="both"/>
              <w:rPr>
                <w:rFonts w:cs="Times New Roman"/>
                <w:sz w:val="24"/>
                <w:szCs w:val="24"/>
              </w:rPr>
            </w:pPr>
            <w:r w:rsidRPr="00580B62">
              <w:rPr>
                <w:rFonts w:cs="Times New Roman"/>
                <w:sz w:val="24"/>
                <w:szCs w:val="24"/>
              </w:rPr>
              <w:t>5. Trong thời hạn 07 ngày làm việc kể từ ngày Chủ tịch Hội đồng ký xác nhận kết luận đề nghị công nhận, Bộ Khoa học và Công nghệ hoàn thiện hồ sơ, trình Thủ tướng Chính phủ xem xét, quyết định.</w:t>
            </w:r>
          </w:p>
          <w:p w14:paraId="66EA1AD5" w14:textId="77777777" w:rsidR="00C21F56" w:rsidRPr="00580B62" w:rsidRDefault="00EA1121" w:rsidP="00580B62">
            <w:pPr>
              <w:jc w:val="both"/>
              <w:rPr>
                <w:rFonts w:cs="Times New Roman"/>
                <w:sz w:val="24"/>
                <w:szCs w:val="24"/>
              </w:rPr>
            </w:pPr>
            <w:r w:rsidRPr="00580B62">
              <w:rPr>
                <w:rFonts w:cs="Times New Roman"/>
                <w:sz w:val="24"/>
                <w:szCs w:val="24"/>
              </w:rPr>
              <w:t>6. Trường hợp Hội đồng không đề nghị công nhận, Bộ Khoa học và Công nghệ thông báo kết quả theo khoản 4 Điều 17 của Quy định này.</w:t>
            </w:r>
          </w:p>
        </w:tc>
        <w:tc>
          <w:tcPr>
            <w:tcW w:w="4080" w:type="dxa"/>
            <w:shd w:val="clear" w:color="auto" w:fill="FFFFFF" w:themeFill="background1"/>
            <w:tcMar>
              <w:top w:w="90" w:type="dxa"/>
              <w:left w:w="110" w:type="dxa"/>
              <w:bottom w:w="90" w:type="dxa"/>
              <w:right w:w="110" w:type="dxa"/>
            </w:tcMar>
          </w:tcPr>
          <w:p w14:paraId="3E1441DC" w14:textId="77777777" w:rsidR="00C21F56" w:rsidRPr="00580B62" w:rsidRDefault="00EA1121" w:rsidP="00580B62">
            <w:pPr>
              <w:ind w:firstLine="283"/>
              <w:jc w:val="both"/>
              <w:rPr>
                <w:rFonts w:cs="Times New Roman"/>
                <w:sz w:val="24"/>
                <w:szCs w:val="24"/>
              </w:rPr>
            </w:pPr>
            <w:r w:rsidRPr="00580B62">
              <w:rPr>
                <w:rFonts w:cs="Times New Roman"/>
                <w:sz w:val="24"/>
                <w:szCs w:val="24"/>
              </w:rPr>
              <w:t>Dẫn chiếu các bước chung để tránh lặp lại quy trình; chỉ quy định phần đặc thù là Hội đồng liên ngành có 07 hoặc 09 thành viên và phiên họp trực tiếp. Mỗi hồ sơ vẫn chỉ sử dụng 02 chuyên gia phản biện độc lập. Bộ Khoa học và Công nghệ hoàn thiện hồ sơ trình Thủ tướng Chính phủ khi Hội đồng đề nghị công nhận.</w:t>
            </w:r>
          </w:p>
        </w:tc>
      </w:tr>
      <w:tr w:rsidR="00C21F56" w:rsidRPr="00580B62" w14:paraId="093FD7DC"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764EFC50" w14:textId="77777777" w:rsidR="00C21F56" w:rsidRPr="00580B62" w:rsidRDefault="00EA1121" w:rsidP="00580B62">
            <w:pPr>
              <w:jc w:val="both"/>
              <w:rPr>
                <w:rFonts w:cs="Times New Roman"/>
                <w:sz w:val="24"/>
                <w:szCs w:val="24"/>
              </w:rPr>
            </w:pPr>
            <w:r w:rsidRPr="00580B62">
              <w:rPr>
                <w:rFonts w:cs="Times New Roman"/>
                <w:b/>
                <w:sz w:val="24"/>
                <w:szCs w:val="24"/>
              </w:rPr>
              <w:t>Điều 21. Công nhận và thông báo kết quả đề xuất sáng kiến đột phá</w:t>
            </w:r>
          </w:p>
          <w:p w14:paraId="4F328C7C" w14:textId="77777777" w:rsidR="00C21F56" w:rsidRPr="00580B62" w:rsidRDefault="00EA1121" w:rsidP="00580B62">
            <w:pPr>
              <w:jc w:val="both"/>
              <w:rPr>
                <w:rFonts w:cs="Times New Roman"/>
                <w:sz w:val="24"/>
                <w:szCs w:val="24"/>
              </w:rPr>
            </w:pPr>
            <w:r w:rsidRPr="00580B62">
              <w:rPr>
                <w:rFonts w:cs="Times New Roman"/>
                <w:sz w:val="24"/>
                <w:szCs w:val="24"/>
              </w:rPr>
              <w:t>1. Thủ tướng Chính phủ quyết định công nhận đề xuất sáng kiến đột phá trên cơ sở hồ sơ do Bộ Khoa học và Công nghệ trình.</w:t>
            </w:r>
          </w:p>
          <w:p w14:paraId="614461F6" w14:textId="77777777" w:rsidR="00C21F56" w:rsidRPr="00580B62" w:rsidRDefault="00EA1121" w:rsidP="00580B62">
            <w:pPr>
              <w:jc w:val="both"/>
              <w:rPr>
                <w:rFonts w:cs="Times New Roman"/>
                <w:sz w:val="24"/>
                <w:szCs w:val="24"/>
              </w:rPr>
            </w:pPr>
            <w:r w:rsidRPr="00580B62">
              <w:rPr>
                <w:rFonts w:cs="Times New Roman"/>
                <w:sz w:val="24"/>
                <w:szCs w:val="24"/>
              </w:rPr>
              <w:t>2. Quyết định công nhận được lập theo Mẫu số 06 và phải xác định cơ quan chủ trì, cơ quan phối hợp, mục tiêu, kết quả dự kiến, chỉ số đánh giá, tiến độ và phương án huy động nguồn lực.</w:t>
            </w:r>
          </w:p>
          <w:p w14:paraId="176F104F" w14:textId="77777777" w:rsidR="00C21F56" w:rsidRPr="00580B62" w:rsidRDefault="00EA1121" w:rsidP="00580B62">
            <w:pPr>
              <w:jc w:val="both"/>
              <w:rPr>
                <w:rFonts w:cs="Times New Roman"/>
                <w:sz w:val="24"/>
                <w:szCs w:val="24"/>
              </w:rPr>
            </w:pPr>
            <w:r w:rsidRPr="00580B62">
              <w:rPr>
                <w:rFonts w:cs="Times New Roman"/>
                <w:sz w:val="24"/>
                <w:szCs w:val="24"/>
              </w:rPr>
              <w:t>3. Trong thời hạn 03 ngày làm việc kể từ ngày quyết định công nhận được ban hành, Bộ Khoa học và Công nghệ gửi quyết định cho tổ chức, cá nhân gửi đề xuất và các cơ quan có liên quan; đồng thời công bố trên Cổng Sáng kiến, trừ thông tin không được công khai theo khoản 3 Điều 8 của Quy định này.</w:t>
            </w:r>
          </w:p>
          <w:p w14:paraId="1AD1566E" w14:textId="77777777" w:rsidR="00C21F56" w:rsidRPr="00580B62" w:rsidRDefault="00EA1121" w:rsidP="00580B62">
            <w:pPr>
              <w:jc w:val="both"/>
              <w:rPr>
                <w:rFonts w:cs="Times New Roman"/>
                <w:sz w:val="24"/>
                <w:szCs w:val="24"/>
              </w:rPr>
            </w:pPr>
            <w:r w:rsidRPr="00580B62">
              <w:rPr>
                <w:rFonts w:cs="Times New Roman"/>
                <w:sz w:val="24"/>
                <w:szCs w:val="24"/>
              </w:rPr>
              <w:t>4. Trường hợp Thủ tướng Chính phủ không công nhận, Bộ Khoa học và Công nghệ thông báo kết quả cho tổ chức, cá nhân gửi đề xuất theo Mẫu số 07; thông báo phải nêu rõ lý do.</w:t>
            </w:r>
          </w:p>
          <w:p w14:paraId="6BED887C" w14:textId="77777777" w:rsidR="00C21F56" w:rsidRPr="00580B62" w:rsidRDefault="00EA1121" w:rsidP="00580B62">
            <w:pPr>
              <w:jc w:val="both"/>
              <w:rPr>
                <w:rFonts w:cs="Times New Roman"/>
                <w:sz w:val="24"/>
                <w:szCs w:val="24"/>
              </w:rPr>
            </w:pPr>
            <w:r w:rsidRPr="00580B62">
              <w:rPr>
                <w:rFonts w:cs="Times New Roman"/>
                <w:sz w:val="24"/>
                <w:szCs w:val="24"/>
              </w:rPr>
              <w:t>5. Việc khuyến khích và xử lý đề xuất sáng kiến đột phá sau công nhận thực hiện theo Chương IV của Quy định này.</w:t>
            </w:r>
          </w:p>
          <w:p w14:paraId="1299E4AD" w14:textId="77777777" w:rsidR="00C21F56" w:rsidRPr="00580B62" w:rsidRDefault="00EA1121" w:rsidP="00580B62">
            <w:pPr>
              <w:jc w:val="both"/>
              <w:rPr>
                <w:rFonts w:cs="Times New Roman"/>
                <w:sz w:val="24"/>
                <w:szCs w:val="24"/>
              </w:rPr>
            </w:pPr>
            <w:r w:rsidRPr="00580B62">
              <w:rPr>
                <w:rFonts w:cs="Times New Roman"/>
                <w:sz w:val="24"/>
                <w:szCs w:val="24"/>
              </w:rPr>
              <w:t>KHUYẾN KHÍCH VÀ XỬ LÝ ĐỀ XUẤT SÁNG KIẾN SAU CÔNG NHẬN</w:t>
            </w:r>
          </w:p>
        </w:tc>
        <w:tc>
          <w:tcPr>
            <w:tcW w:w="4080" w:type="dxa"/>
            <w:shd w:val="clear" w:color="auto" w:fill="FFFFFF" w:themeFill="background1"/>
            <w:tcMar>
              <w:top w:w="90" w:type="dxa"/>
              <w:left w:w="110" w:type="dxa"/>
              <w:bottom w:w="90" w:type="dxa"/>
              <w:right w:w="110" w:type="dxa"/>
            </w:tcMar>
          </w:tcPr>
          <w:p w14:paraId="34E67C6B" w14:textId="77777777" w:rsidR="00C21F56" w:rsidRPr="00580B62" w:rsidRDefault="00EA1121" w:rsidP="00580B62">
            <w:pPr>
              <w:ind w:firstLine="283"/>
              <w:jc w:val="both"/>
              <w:rPr>
                <w:rFonts w:cs="Times New Roman"/>
                <w:sz w:val="24"/>
                <w:szCs w:val="24"/>
              </w:rPr>
            </w:pPr>
            <w:r w:rsidRPr="00580B62">
              <w:rPr>
                <w:rFonts w:cs="Times New Roman"/>
                <w:sz w:val="24"/>
                <w:szCs w:val="24"/>
              </w:rPr>
              <w:t>Xác định Thủ tướng Chính phủ quyết định công nhận đề xuất sáng kiến đột phá do tính chất chiến lược, liên ngành hoặc phạm vi tác động rộng. Quyết định phải gắn với cơ quan chủ trì, phối hợp, chỉ số, tiến độ và phương án nguồn lực; trường hợp không công nhận phải thông báo rõ lý do.</w:t>
            </w:r>
          </w:p>
        </w:tc>
      </w:tr>
      <w:tr w:rsidR="00C21F56" w:rsidRPr="00580B62" w14:paraId="12292F20" w14:textId="77777777" w:rsidTr="00580B62">
        <w:trPr>
          <w:cantSplit/>
          <w:jc w:val="center"/>
        </w:trPr>
        <w:tc>
          <w:tcPr>
            <w:tcW w:w="14853" w:type="dxa"/>
            <w:gridSpan w:val="2"/>
            <w:shd w:val="clear" w:color="auto" w:fill="FFFFFF" w:themeFill="background1"/>
            <w:tcMar>
              <w:top w:w="110" w:type="dxa"/>
              <w:left w:w="110" w:type="dxa"/>
              <w:bottom w:w="110" w:type="dxa"/>
              <w:right w:w="110" w:type="dxa"/>
            </w:tcMar>
            <w:vAlign w:val="center"/>
          </w:tcPr>
          <w:p w14:paraId="7148D53B" w14:textId="77777777" w:rsidR="00C21F56" w:rsidRPr="00580B62" w:rsidRDefault="00EA1121" w:rsidP="00580B62">
            <w:pPr>
              <w:jc w:val="center"/>
              <w:rPr>
                <w:rFonts w:cs="Times New Roman"/>
                <w:sz w:val="24"/>
                <w:szCs w:val="24"/>
              </w:rPr>
            </w:pPr>
            <w:r w:rsidRPr="00580B62">
              <w:rPr>
                <w:rFonts w:cs="Times New Roman"/>
                <w:b/>
                <w:sz w:val="24"/>
                <w:szCs w:val="24"/>
              </w:rPr>
              <w:t>CHƯƠNG IV. GHI NHẬN, KHUYẾN KHÍCH VÀ XỬ LÝ ĐỀ XUẤT SÁNG KIẾN SAU CÔNG NHẬN</w:t>
            </w:r>
          </w:p>
        </w:tc>
      </w:tr>
      <w:tr w:rsidR="00C21F56" w:rsidRPr="00580B62" w14:paraId="679C5480"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5101874F"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22. Ghi nhận, khen thưởng và hỗ trợ</w:t>
            </w:r>
          </w:p>
          <w:p w14:paraId="42B0D3BE" w14:textId="77777777" w:rsidR="00C21F56" w:rsidRPr="00580B62" w:rsidRDefault="00EA1121" w:rsidP="00580B62">
            <w:pPr>
              <w:jc w:val="both"/>
              <w:rPr>
                <w:rFonts w:cs="Times New Roman"/>
                <w:sz w:val="24"/>
                <w:szCs w:val="24"/>
              </w:rPr>
            </w:pPr>
            <w:r w:rsidRPr="00580B62">
              <w:rPr>
                <w:rFonts w:cs="Times New Roman"/>
                <w:sz w:val="24"/>
                <w:szCs w:val="24"/>
              </w:rPr>
              <w:t>1. Tổ chức, cá nhân có đề xuất được công nhận được ghi nhận trong quyết định công nhận và trên Cổng Sáng kiến theo phạm vi thông tin được phép công khai. Kết quả áp dụng đề xuất là căn cứ để cơ quan có thẩm quyền xem xét khen thưởng theo pháp luật về thi đua, khen thưởng.</w:t>
            </w:r>
          </w:p>
          <w:p w14:paraId="14B7E509" w14:textId="77777777" w:rsidR="00C21F56" w:rsidRPr="00580B62" w:rsidRDefault="00EA1121" w:rsidP="00580B62">
            <w:pPr>
              <w:jc w:val="both"/>
              <w:rPr>
                <w:rFonts w:cs="Times New Roman"/>
                <w:sz w:val="24"/>
                <w:szCs w:val="24"/>
              </w:rPr>
            </w:pPr>
            <w:r w:rsidRPr="00580B62">
              <w:rPr>
                <w:rFonts w:cs="Times New Roman"/>
                <w:sz w:val="24"/>
                <w:szCs w:val="24"/>
              </w:rPr>
              <w:t>2. Trừ trường hợp tổ chức, cá nhân không có nhu cầu tiếp tục xử lý, quyết định công nhận phải xác định ít nhất một phương án quy định tại các điểm a, b, c hoặc d khoản 1 Điều 23 của Quy định này; nơi tiếp nhận, thời hạn chuyển hồ sơ và cơ quan theo dõi. Không chỉ ghi nhận, công bố hoặc lưu giữ đề xuất mà không xác định phương án xử lý. Tổ chức, cá nhân được sử dụng quyết định công nhận và kết quả đánh giá để thực hiện phương án đã xác định; không phải nộp lại dữ liệu, tài liệu đã được xác thực và còn giá tr</w:t>
            </w:r>
            <w:r w:rsidRPr="00580B62">
              <w:rPr>
                <w:rFonts w:cs="Times New Roman"/>
                <w:sz w:val="24"/>
                <w:szCs w:val="24"/>
              </w:rPr>
              <w:t>ị trên Cổng Sáng kiến.</w:t>
            </w:r>
          </w:p>
          <w:p w14:paraId="6DDA48E8" w14:textId="77777777" w:rsidR="00C21F56" w:rsidRPr="00580B62" w:rsidRDefault="00EA1121" w:rsidP="00580B62">
            <w:pPr>
              <w:jc w:val="both"/>
              <w:rPr>
                <w:rFonts w:cs="Times New Roman"/>
                <w:sz w:val="24"/>
                <w:szCs w:val="24"/>
              </w:rPr>
            </w:pPr>
            <w:r w:rsidRPr="00580B62">
              <w:rPr>
                <w:rFonts w:cs="Times New Roman"/>
                <w:sz w:val="24"/>
                <w:szCs w:val="24"/>
              </w:rPr>
              <w:t>3. Đối với đề xuất sáng kiến đột phá, cơ quan được giao chủ trì xây dựng kế hoạch triển khai, trong đó xác định nội dung, tiến độ, nguồn lực, cơ quan phối hợp, rủi ro và thẩm quyền quyết định từng biện pháp hỗ trợ.</w:t>
            </w:r>
          </w:p>
          <w:p w14:paraId="6A2BE6C9" w14:textId="77777777" w:rsidR="00C21F56" w:rsidRPr="00580B62" w:rsidRDefault="00EA1121" w:rsidP="00580B62">
            <w:pPr>
              <w:jc w:val="both"/>
              <w:rPr>
                <w:rFonts w:cs="Times New Roman"/>
                <w:sz w:val="24"/>
                <w:szCs w:val="24"/>
              </w:rPr>
            </w:pPr>
            <w:r w:rsidRPr="00580B62">
              <w:rPr>
                <w:rFonts w:cs="Times New Roman"/>
                <w:sz w:val="24"/>
                <w:szCs w:val="24"/>
              </w:rPr>
              <w:t>4. Trước khi thử nghiệm, áp dụng, chuyển giao hoặc thương mại hóa, các bên thỏa thuận bằng văn bản về quyền, nghĩa vụ, quyền sở hữu trí tuệ, bảo mật thông tin, chi phí và phân chia lợi ích.</w:t>
            </w:r>
          </w:p>
          <w:p w14:paraId="3141ACA0" w14:textId="77777777" w:rsidR="00C21F56" w:rsidRPr="00580B62" w:rsidRDefault="00EA1121" w:rsidP="00580B62">
            <w:pPr>
              <w:jc w:val="both"/>
              <w:rPr>
                <w:rFonts w:cs="Times New Roman"/>
                <w:sz w:val="24"/>
                <w:szCs w:val="24"/>
              </w:rPr>
            </w:pPr>
            <w:r w:rsidRPr="00580B62">
              <w:rPr>
                <w:rFonts w:cs="Times New Roman"/>
                <w:sz w:val="24"/>
                <w:szCs w:val="24"/>
              </w:rPr>
              <w:t>5. Quyết định công nhận không thay thế quyết định khen thưởng, tài trợ, đặt hàng, hỗ trợ, đầu tư hoặc bố trí kinh phí của cơ quan, người có thẩm quyền.</w:t>
            </w:r>
          </w:p>
        </w:tc>
        <w:tc>
          <w:tcPr>
            <w:tcW w:w="4080" w:type="dxa"/>
            <w:shd w:val="clear" w:color="auto" w:fill="FFFFFF" w:themeFill="background1"/>
            <w:tcMar>
              <w:top w:w="90" w:type="dxa"/>
              <w:left w:w="110" w:type="dxa"/>
              <w:bottom w:w="90" w:type="dxa"/>
              <w:right w:w="110" w:type="dxa"/>
            </w:tcMar>
          </w:tcPr>
          <w:p w14:paraId="3F88366A" w14:textId="77777777" w:rsidR="00C21F56" w:rsidRPr="00580B62" w:rsidRDefault="00EA1121" w:rsidP="00580B62">
            <w:pPr>
              <w:ind w:firstLine="283"/>
              <w:jc w:val="both"/>
              <w:rPr>
                <w:rFonts w:cs="Times New Roman"/>
                <w:sz w:val="24"/>
                <w:szCs w:val="24"/>
              </w:rPr>
            </w:pPr>
            <w:r w:rsidRPr="00580B62">
              <w:rPr>
                <w:rFonts w:cs="Times New Roman"/>
                <w:sz w:val="24"/>
                <w:szCs w:val="24"/>
              </w:rPr>
              <w:t>Cơ chế khuyến khích được gắn với quyền lợi và đầu ra cụ thể, không chỉ mang tính ghi nhận. Quyết định công nhận phải xác định phương án xử lý, nơi tiếp nhận, thời hạn và cơ quan theo dõi, trừ khi chủ thể không có nhu cầu. Kết quả áp dụng là căn cứ xem xét khen thưởng theo pháp luật về thi đua, khen thưởng. Quyết định công nhận không thay thế quyết định tài chính hoặc đầu tư.</w:t>
            </w:r>
          </w:p>
        </w:tc>
      </w:tr>
      <w:tr w:rsidR="00C21F56" w:rsidRPr="00580B62" w14:paraId="7CBAE13A"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7362A417"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23. Lựa chọn phương án xử lý đề xuất sáng kiến sau công nhận</w:t>
            </w:r>
          </w:p>
          <w:p w14:paraId="2A3DEE48" w14:textId="77777777" w:rsidR="00C21F56" w:rsidRPr="00580B62" w:rsidRDefault="00EA1121" w:rsidP="00580B62">
            <w:pPr>
              <w:jc w:val="both"/>
              <w:rPr>
                <w:rFonts w:cs="Times New Roman"/>
                <w:sz w:val="24"/>
                <w:szCs w:val="24"/>
              </w:rPr>
            </w:pPr>
            <w:r w:rsidRPr="00580B62">
              <w:rPr>
                <w:rFonts w:cs="Times New Roman"/>
                <w:sz w:val="24"/>
                <w:szCs w:val="24"/>
              </w:rPr>
              <w:t>1. Căn cứ kết luận của Hội đồng, nhu cầu hỗ trợ ghi tại Mẫu số 01 và điều kiện tiếp nhận, người có thẩm quyền ghi trong quyết định công nhận một hoặc nhiều phương án xử lý sau đây:</w:t>
            </w:r>
          </w:p>
          <w:p w14:paraId="24EB1799" w14:textId="77777777" w:rsidR="00C21F56" w:rsidRPr="00580B62" w:rsidRDefault="00EA1121" w:rsidP="00580B62">
            <w:pPr>
              <w:jc w:val="both"/>
              <w:rPr>
                <w:rFonts w:cs="Times New Roman"/>
                <w:sz w:val="24"/>
                <w:szCs w:val="24"/>
              </w:rPr>
            </w:pPr>
            <w:r w:rsidRPr="00580B62">
              <w:rPr>
                <w:rFonts w:cs="Times New Roman"/>
                <w:sz w:val="24"/>
                <w:szCs w:val="24"/>
              </w:rPr>
              <w:t>a) Chuyển cơ quan, tổ chức để thử nghiệm, áp dụng hoặc nhân rộng;</w:t>
            </w:r>
          </w:p>
          <w:p w14:paraId="69F52172" w14:textId="77777777" w:rsidR="00C21F56" w:rsidRPr="00580B62" w:rsidRDefault="00EA1121" w:rsidP="00580B62">
            <w:pPr>
              <w:jc w:val="both"/>
              <w:rPr>
                <w:rFonts w:cs="Times New Roman"/>
                <w:sz w:val="24"/>
                <w:szCs w:val="24"/>
              </w:rPr>
            </w:pPr>
            <w:r w:rsidRPr="00580B62">
              <w:rPr>
                <w:rFonts w:cs="Times New Roman"/>
                <w:sz w:val="24"/>
                <w:szCs w:val="24"/>
              </w:rPr>
              <w:t>b) Đề xuất hình thành nhiệm vụ, chương trình, đề án hoặc dự án;</w:t>
            </w:r>
          </w:p>
          <w:p w14:paraId="7C10FC96" w14:textId="77777777" w:rsidR="00C21F56" w:rsidRPr="00580B62" w:rsidRDefault="00EA1121" w:rsidP="00580B62">
            <w:pPr>
              <w:jc w:val="both"/>
              <w:rPr>
                <w:rFonts w:cs="Times New Roman"/>
                <w:sz w:val="24"/>
                <w:szCs w:val="24"/>
              </w:rPr>
            </w:pPr>
            <w:r w:rsidRPr="00580B62">
              <w:rPr>
                <w:rFonts w:cs="Times New Roman"/>
                <w:sz w:val="24"/>
                <w:szCs w:val="24"/>
              </w:rPr>
              <w:t>c) Kết nối với sàn giao dịch khoa học và công nghệ, doanh nghiệp hoặc nhà đầu tư để hoàn thiện, định giá, chuyển giao hoặc thương mại hóa;</w:t>
            </w:r>
          </w:p>
          <w:p w14:paraId="32B6EF18" w14:textId="77777777" w:rsidR="00C21F56" w:rsidRPr="00580B62" w:rsidRDefault="00EA1121" w:rsidP="00580B62">
            <w:pPr>
              <w:jc w:val="both"/>
              <w:rPr>
                <w:rFonts w:cs="Times New Roman"/>
                <w:sz w:val="24"/>
                <w:szCs w:val="24"/>
              </w:rPr>
            </w:pPr>
            <w:r w:rsidRPr="00580B62">
              <w:rPr>
                <w:rFonts w:cs="Times New Roman"/>
                <w:sz w:val="24"/>
                <w:szCs w:val="24"/>
              </w:rPr>
              <w:t>d) Chuyển đến quỹ hoặc chương trình để xem xét tài trợ, đặt hàng, hỗ trợ lãi suất vay, hỗ trợ thông qua phiếu hỗ trợ tài chính hoặc áp dụng hình thức hỗ trợ khác theo quy định của pháp luật;</w:t>
            </w:r>
          </w:p>
          <w:p w14:paraId="2EFF3513" w14:textId="77777777" w:rsidR="00C21F56" w:rsidRPr="00580B62" w:rsidRDefault="00EA1121" w:rsidP="00580B62">
            <w:pPr>
              <w:jc w:val="both"/>
              <w:rPr>
                <w:rFonts w:cs="Times New Roman"/>
                <w:sz w:val="24"/>
                <w:szCs w:val="24"/>
              </w:rPr>
            </w:pPr>
            <w:r w:rsidRPr="00580B62">
              <w:rPr>
                <w:rFonts w:cs="Times New Roman"/>
                <w:sz w:val="24"/>
                <w:szCs w:val="24"/>
              </w:rPr>
              <w:t>đ) Công bố, lưu giữ để tham khảo hoặc phục vụ hoạch định chính sách.</w:t>
            </w:r>
          </w:p>
          <w:p w14:paraId="0FA3ED13" w14:textId="77777777" w:rsidR="00C21F56" w:rsidRPr="00580B62" w:rsidRDefault="00EA1121" w:rsidP="00580B62">
            <w:pPr>
              <w:jc w:val="both"/>
              <w:rPr>
                <w:rFonts w:cs="Times New Roman"/>
                <w:sz w:val="24"/>
                <w:szCs w:val="24"/>
              </w:rPr>
            </w:pPr>
            <w:r w:rsidRPr="00580B62">
              <w:rPr>
                <w:rFonts w:cs="Times New Roman"/>
                <w:sz w:val="24"/>
                <w:szCs w:val="24"/>
              </w:rPr>
              <w:t>2. Quyết định công nhận xác định phương án xử lý, cơ quan hoặc tổ chức dự kiến tiếp nhận, phạm vi dữ liệu được chuyển, cơ quan theo dõi và thời hạn chuyển hồ sơ. Dữ liệu chỉ được chuyển trong phạm vi tổ chức, cá nhân đã đồng ý tại Mẫu số 01, trừ trường hợp pháp luật có quy định khác.</w:t>
            </w:r>
          </w:p>
          <w:p w14:paraId="1ECABD35" w14:textId="77777777" w:rsidR="00C21F56" w:rsidRPr="00580B62" w:rsidRDefault="00EA1121" w:rsidP="00580B62">
            <w:pPr>
              <w:jc w:val="both"/>
              <w:rPr>
                <w:rFonts w:cs="Times New Roman"/>
                <w:sz w:val="24"/>
                <w:szCs w:val="24"/>
              </w:rPr>
            </w:pPr>
            <w:r w:rsidRPr="00580B62">
              <w:rPr>
                <w:rFonts w:cs="Times New Roman"/>
                <w:sz w:val="24"/>
                <w:szCs w:val="24"/>
              </w:rPr>
              <w:t>3. Trong thời hạn 03 ngày làm việc kể từ ngày ban hành quyết định công nhận, Cổng Sáng kiến chuyển hồ sơ đến nơi tiếp nhận theo phương án đã được xác định và thông báo cho tổ chức, cá nhân gửi đề xuất.</w:t>
            </w:r>
          </w:p>
          <w:p w14:paraId="62C962C8" w14:textId="77777777" w:rsidR="00C21F56" w:rsidRPr="00580B62" w:rsidRDefault="00EA1121" w:rsidP="00580B62">
            <w:pPr>
              <w:jc w:val="both"/>
              <w:rPr>
                <w:rFonts w:cs="Times New Roman"/>
                <w:sz w:val="24"/>
                <w:szCs w:val="24"/>
              </w:rPr>
            </w:pPr>
            <w:r w:rsidRPr="00580B62">
              <w:rPr>
                <w:rFonts w:cs="Times New Roman"/>
                <w:sz w:val="24"/>
                <w:szCs w:val="24"/>
              </w:rPr>
              <w:t>4. Trường hợp chưa xác định được cơ quan, tổ chức tiếp nhận, quyết định công nhận ghi trạng thái chờ kết nối. Cổng Sáng kiến đối chiếu nội dung đề xuất với nhu cầu, điều kiện tiếp nhận đã công bố và gửi kết quả cho cơ quan xử lý. Trong thời hạn 05 ngày làm việc kể từ ngày nhận kết quả đối chiếu, cơ quan xử lý quyết định việc chuyển hồ sơ.</w:t>
            </w:r>
          </w:p>
          <w:p w14:paraId="62DF8C43" w14:textId="77777777" w:rsidR="00C21F56" w:rsidRPr="00580B62" w:rsidRDefault="00EA1121" w:rsidP="00580B62">
            <w:pPr>
              <w:jc w:val="both"/>
              <w:rPr>
                <w:rFonts w:cs="Times New Roman"/>
                <w:sz w:val="24"/>
                <w:szCs w:val="24"/>
              </w:rPr>
            </w:pPr>
            <w:r w:rsidRPr="00580B62">
              <w:rPr>
                <w:rFonts w:cs="Times New Roman"/>
                <w:sz w:val="24"/>
                <w:szCs w:val="24"/>
              </w:rPr>
              <w:t>5. Không bắt buộc mọi đề xuất được công nhận phải chuyển đến sàn giao dịch khoa học và công nghệ hoặc quỹ. Một đề xuất có thể được thực hiện đồng thời nhiều phương án nếu không trùng lặp nội dung, kinh phí và quyền, nghĩa vụ của các bên.</w:t>
            </w:r>
          </w:p>
        </w:tc>
        <w:tc>
          <w:tcPr>
            <w:tcW w:w="4080" w:type="dxa"/>
            <w:shd w:val="clear" w:color="auto" w:fill="FFFFFF" w:themeFill="background1"/>
            <w:tcMar>
              <w:top w:w="90" w:type="dxa"/>
              <w:left w:w="110" w:type="dxa"/>
              <w:bottom w:w="90" w:type="dxa"/>
              <w:right w:w="110" w:type="dxa"/>
            </w:tcMar>
          </w:tcPr>
          <w:p w14:paraId="3514DEFA" w14:textId="77777777" w:rsidR="00C21F56" w:rsidRPr="00580B62" w:rsidRDefault="00EA1121" w:rsidP="00580B62">
            <w:pPr>
              <w:ind w:firstLine="283"/>
              <w:jc w:val="both"/>
              <w:rPr>
                <w:rFonts w:cs="Times New Roman"/>
                <w:sz w:val="24"/>
                <w:szCs w:val="24"/>
              </w:rPr>
            </w:pPr>
            <w:r w:rsidRPr="00580B62">
              <w:rPr>
                <w:rFonts w:cs="Times New Roman"/>
                <w:sz w:val="24"/>
                <w:szCs w:val="24"/>
              </w:rPr>
              <w:t>Quy định 05 nhóm phương án xử lý sau công nhận và nguyên tắc lựa chọn theo nhu cầu, điều kiện tiếp nhận, sự đồng ý chia sẻ dữ liệu. Không bắt buộc mọi đề xuất phải chuyển đến sàn giao dịch hoặc quỹ; có thể đồng thời áp dụng nhiều phương án nếu không trùng lặp nội dung, kinh phí, quyền và nghĩa vụ.</w:t>
            </w:r>
          </w:p>
        </w:tc>
      </w:tr>
      <w:tr w:rsidR="00C21F56" w:rsidRPr="00580B62" w14:paraId="521E330A"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285F680E"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24. Thử nghiệm, áp dụng và hình thành nhiệm vụ, chương trình, đề án, dự án</w:t>
            </w:r>
          </w:p>
          <w:p w14:paraId="6F27AFD5" w14:textId="77777777" w:rsidR="00C21F56" w:rsidRPr="00580B62" w:rsidRDefault="00EA1121" w:rsidP="00580B62">
            <w:pPr>
              <w:jc w:val="both"/>
              <w:rPr>
                <w:rFonts w:cs="Times New Roman"/>
                <w:sz w:val="24"/>
                <w:szCs w:val="24"/>
              </w:rPr>
            </w:pPr>
            <w:r w:rsidRPr="00580B62">
              <w:rPr>
                <w:rFonts w:cs="Times New Roman"/>
                <w:sz w:val="24"/>
                <w:szCs w:val="24"/>
              </w:rPr>
              <w:t>1. Trong thời hạn 10 ngày làm việc kể từ ngày nhận hồ sơ, cơ quan nhà nước phải thông báo việc tiếp nhận hoặc từ chối thử nghiệm, áp dụng, nhân rộng đề xuất sáng kiến. Trường hợp từ chối, thông báo phải nêu rõ lý do.</w:t>
            </w:r>
          </w:p>
          <w:p w14:paraId="60917AE8" w14:textId="77777777" w:rsidR="00C21F56" w:rsidRPr="00580B62" w:rsidRDefault="00EA1121" w:rsidP="00580B62">
            <w:pPr>
              <w:jc w:val="both"/>
              <w:rPr>
                <w:rFonts w:cs="Times New Roman"/>
                <w:sz w:val="24"/>
                <w:szCs w:val="24"/>
              </w:rPr>
            </w:pPr>
            <w:r w:rsidRPr="00580B62">
              <w:rPr>
                <w:rFonts w:cs="Times New Roman"/>
                <w:sz w:val="24"/>
                <w:szCs w:val="24"/>
              </w:rPr>
              <w:t>2. Trong thời hạn 30 ngày kể từ ngày ban hành quyết định tiếp nhận, cơ quan, tổ chức tiếp nhận phải xây dựng kế hoạch thử nghiệm, áp dụng hoặc nhân rộng. Kế hoạch phải xác định mục tiêu, nội dung, sản phẩm, chỉ số đánh giá, thời hạn, đơn vị thực hiện, nguồn kinh phí, phương án quản trị rủi ro, quyền sở hữu trí tuệ và trách nhiệm cập nhật kết quả trên Cổng Sáng kiến.</w:t>
            </w:r>
          </w:p>
          <w:p w14:paraId="4825124A" w14:textId="77777777" w:rsidR="00C21F56" w:rsidRPr="00580B62" w:rsidRDefault="00EA1121" w:rsidP="00580B62">
            <w:pPr>
              <w:jc w:val="both"/>
              <w:rPr>
                <w:rFonts w:cs="Times New Roman"/>
                <w:sz w:val="24"/>
                <w:szCs w:val="24"/>
              </w:rPr>
            </w:pPr>
            <w:r w:rsidRPr="00580B62">
              <w:rPr>
                <w:rFonts w:cs="Times New Roman"/>
                <w:sz w:val="24"/>
                <w:szCs w:val="24"/>
              </w:rPr>
              <w:t>3. Đối với tổ chức không phải là cơ quan nhà nước, việc tiếp nhận, thử nghiệm, áp dụng hoặc nhân rộng được thực hiện theo thỏa thuận với tổ chức, cá nhân gửi đề xuất và pháp luật có liên quan.</w:t>
            </w:r>
          </w:p>
          <w:p w14:paraId="513B6BF6" w14:textId="77777777" w:rsidR="00C21F56" w:rsidRPr="00580B62" w:rsidRDefault="00EA1121" w:rsidP="00580B62">
            <w:pPr>
              <w:jc w:val="both"/>
              <w:rPr>
                <w:rFonts w:cs="Times New Roman"/>
                <w:sz w:val="24"/>
                <w:szCs w:val="24"/>
              </w:rPr>
            </w:pPr>
            <w:r w:rsidRPr="00580B62">
              <w:rPr>
                <w:rFonts w:cs="Times New Roman"/>
                <w:sz w:val="24"/>
                <w:szCs w:val="24"/>
              </w:rPr>
              <w:t>4. Đề xuất cần tiếp tục nghiên cứu, phát triển hoặc hoàn thiện được lập theo Mẫu số 09 và chuyển đến cơ quan quản lý nhiệm vụ để xem xét hình thành nhiệm vụ khoa học, công nghệ và đổi mới sáng tạo. Việc xác định loại nhiệm vụ, điều kiện và hình thức thực hiện được áp dụng theo pháp luật về chương trình, nhiệm vụ khoa học, công nghệ và đổi mới sáng tạo.</w:t>
            </w:r>
          </w:p>
          <w:p w14:paraId="6FA9965A" w14:textId="77777777" w:rsidR="00C21F56" w:rsidRPr="00580B62" w:rsidRDefault="00EA1121" w:rsidP="00580B62">
            <w:pPr>
              <w:jc w:val="both"/>
              <w:rPr>
                <w:rFonts w:cs="Times New Roman"/>
                <w:sz w:val="24"/>
                <w:szCs w:val="24"/>
              </w:rPr>
            </w:pPr>
            <w:r w:rsidRPr="00580B62">
              <w:rPr>
                <w:rFonts w:cs="Times New Roman"/>
                <w:sz w:val="24"/>
                <w:szCs w:val="24"/>
              </w:rPr>
              <w:t>5. Trong thời hạn 10 ngày làm việc kể từ ngày nhận Mẫu số 09, cơ quan quản lý nhiệm vụ phải thông báo một trong các kết quả sau đây: đưa vào danh mục xem xét xây dựng kế hoạch tài trợ, đặt hàng; chuyển đến cơ quan quản lý nhiệm vụ có lĩnh vực quản lý tương ứng; hoặc không tiếp tục xử lý. Thông báo phải nêu rõ căn cứ.</w:t>
            </w:r>
          </w:p>
          <w:p w14:paraId="57FA00AA" w14:textId="77777777" w:rsidR="00C21F56" w:rsidRPr="00580B62" w:rsidRDefault="00EA1121" w:rsidP="00580B62">
            <w:pPr>
              <w:jc w:val="both"/>
              <w:rPr>
                <w:rFonts w:cs="Times New Roman"/>
                <w:sz w:val="24"/>
                <w:szCs w:val="24"/>
              </w:rPr>
            </w:pPr>
            <w:r w:rsidRPr="00580B62">
              <w:rPr>
                <w:rFonts w:cs="Times New Roman"/>
                <w:sz w:val="24"/>
                <w:szCs w:val="24"/>
              </w:rPr>
              <w:t>6. Quyết định công nhận và kết quả đánh giá trên Cổng Sáng kiến là thông tin đầu vào; không thay thế điều kiện, tiêu chí, thẩm quyền và trình tự tài trợ, đặt hàng, phê duyệt chương trình, nhiệm vụ, đề án hoặc dự án. Cơ quan tiếp nhận không yêu cầu nộp lại dữ liệu, tài liệu đã được xác thực và còn giá trị trên Cổng Sáng kiến.</w:t>
            </w:r>
          </w:p>
        </w:tc>
        <w:tc>
          <w:tcPr>
            <w:tcW w:w="4080" w:type="dxa"/>
            <w:shd w:val="clear" w:color="auto" w:fill="FFFFFF" w:themeFill="background1"/>
            <w:tcMar>
              <w:top w:w="90" w:type="dxa"/>
              <w:left w:w="110" w:type="dxa"/>
              <w:bottom w:w="90" w:type="dxa"/>
              <w:right w:w="110" w:type="dxa"/>
            </w:tcMar>
          </w:tcPr>
          <w:p w14:paraId="2CF87145" w14:textId="77777777" w:rsidR="00C21F56" w:rsidRPr="00580B62" w:rsidRDefault="00EA1121" w:rsidP="00580B62">
            <w:pPr>
              <w:ind w:firstLine="283"/>
              <w:jc w:val="both"/>
              <w:rPr>
                <w:rFonts w:cs="Times New Roman"/>
                <w:sz w:val="24"/>
                <w:szCs w:val="24"/>
              </w:rPr>
            </w:pPr>
            <w:r w:rsidRPr="00580B62">
              <w:rPr>
                <w:rFonts w:cs="Times New Roman"/>
                <w:sz w:val="24"/>
                <w:szCs w:val="24"/>
              </w:rPr>
              <w:t>Quy định trách nhiệm phản hồi, lập kế hoạch thử nghiệm, áp dụng, nhân rộng và tuyến chuyển thành nhiệm vụ, chương trình, đề án, dự án. Quyết định công nhận và kết quả đánh giá chỉ là thông tin đầu vào, không thay thế tiêu chí, thẩm quyền và quy trình theo pháp luật chuyên ngành; đồng thời không yêu cầu nộp lại dữ liệu đã được xác thực.</w:t>
            </w:r>
          </w:p>
        </w:tc>
      </w:tr>
      <w:tr w:rsidR="00C21F56" w:rsidRPr="00580B62" w14:paraId="10673ED0"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6B98F1B4"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25. Kết nối với sàn giao dịch khoa học và công nghệ, quỹ và chương trình hỗ trợ</w:t>
            </w:r>
          </w:p>
          <w:p w14:paraId="657D75E2" w14:textId="77777777" w:rsidR="00C21F56" w:rsidRPr="00580B62" w:rsidRDefault="00EA1121" w:rsidP="00580B62">
            <w:pPr>
              <w:jc w:val="both"/>
              <w:rPr>
                <w:rFonts w:cs="Times New Roman"/>
                <w:sz w:val="24"/>
                <w:szCs w:val="24"/>
              </w:rPr>
            </w:pPr>
            <w:r w:rsidRPr="00580B62">
              <w:rPr>
                <w:rFonts w:cs="Times New Roman"/>
                <w:sz w:val="24"/>
                <w:szCs w:val="24"/>
              </w:rPr>
              <w:t>1. Đề xuất cần hoàn thiện công nghệ, thử nghiệm, định giá, bảo hộ quyền sở hữu trí tuệ, tìm kiếm đối tác, chuyển giao hoặc thương mại hóa được chuyển đến sàn giao dịch khoa học và công nghệ theo Mẫu số 08.</w:t>
            </w:r>
          </w:p>
          <w:p w14:paraId="192043BC" w14:textId="77777777" w:rsidR="00C21F56" w:rsidRPr="00580B62" w:rsidRDefault="00EA1121" w:rsidP="00580B62">
            <w:pPr>
              <w:jc w:val="both"/>
              <w:rPr>
                <w:rFonts w:cs="Times New Roman"/>
                <w:sz w:val="24"/>
                <w:szCs w:val="24"/>
              </w:rPr>
            </w:pPr>
            <w:r w:rsidRPr="00580B62">
              <w:rPr>
                <w:rFonts w:cs="Times New Roman"/>
                <w:sz w:val="24"/>
                <w:szCs w:val="24"/>
              </w:rPr>
              <w:t>2. Trong thời hạn 05 ngày làm việc kể từ ngày nhận Mẫu số 08, sàn giao dịch khoa học và công nghệ phải thông báo việc tiếp nhận hoặc từ chối. Trường hợp tiếp nhận, thông báo phải xác định dịch vụ được cung cấp, đầu mối thực hiện và thời hạn dự kiến. Trường hợp từ chối, thông báo phải nêu rõ lý do.</w:t>
            </w:r>
          </w:p>
          <w:p w14:paraId="05D3349B" w14:textId="77777777" w:rsidR="00C21F56" w:rsidRPr="00580B62" w:rsidRDefault="00EA1121" w:rsidP="00580B62">
            <w:pPr>
              <w:jc w:val="both"/>
              <w:rPr>
                <w:rFonts w:cs="Times New Roman"/>
                <w:sz w:val="24"/>
                <w:szCs w:val="24"/>
              </w:rPr>
            </w:pPr>
            <w:r w:rsidRPr="00580B62">
              <w:rPr>
                <w:rFonts w:cs="Times New Roman"/>
                <w:sz w:val="24"/>
                <w:szCs w:val="24"/>
              </w:rPr>
              <w:t>3. Căn cứ nội dung đề xuất, nhu cầu hỗ trợ và điều kiện tiếp nhận đã công bố, cơ quan xử lý chuyển hồ sơ theo một trong các tuyến sau đây:</w:t>
            </w:r>
          </w:p>
          <w:p w14:paraId="1295BF5B" w14:textId="77777777" w:rsidR="00C21F56" w:rsidRPr="00580B62" w:rsidRDefault="00EA1121" w:rsidP="00580B62">
            <w:pPr>
              <w:jc w:val="both"/>
              <w:rPr>
                <w:rFonts w:cs="Times New Roman"/>
                <w:sz w:val="24"/>
                <w:szCs w:val="24"/>
              </w:rPr>
            </w:pPr>
            <w:r w:rsidRPr="00580B62">
              <w:rPr>
                <w:rFonts w:cs="Times New Roman"/>
                <w:sz w:val="24"/>
                <w:szCs w:val="24"/>
              </w:rPr>
              <w:t>a) Quỹ Phát triển khoa học và công nghệ Quốc gia;</w:t>
            </w:r>
          </w:p>
          <w:p w14:paraId="15DABD82" w14:textId="77777777" w:rsidR="00C21F56" w:rsidRPr="00580B62" w:rsidRDefault="00EA1121" w:rsidP="00580B62">
            <w:pPr>
              <w:jc w:val="both"/>
              <w:rPr>
                <w:rFonts w:cs="Times New Roman"/>
                <w:sz w:val="24"/>
                <w:szCs w:val="24"/>
              </w:rPr>
            </w:pPr>
            <w:r w:rsidRPr="00580B62">
              <w:rPr>
                <w:rFonts w:cs="Times New Roman"/>
                <w:sz w:val="24"/>
                <w:szCs w:val="24"/>
              </w:rPr>
              <w:t>b) Quỹ Đổi mới công nghệ quốc gia;</w:t>
            </w:r>
          </w:p>
          <w:p w14:paraId="03A4E797" w14:textId="77777777" w:rsidR="00C21F56" w:rsidRPr="00580B62" w:rsidRDefault="00EA1121" w:rsidP="00580B62">
            <w:pPr>
              <w:jc w:val="both"/>
              <w:rPr>
                <w:rFonts w:cs="Times New Roman"/>
                <w:sz w:val="24"/>
                <w:szCs w:val="24"/>
              </w:rPr>
            </w:pPr>
            <w:r w:rsidRPr="00580B62">
              <w:rPr>
                <w:rFonts w:cs="Times New Roman"/>
                <w:sz w:val="24"/>
                <w:szCs w:val="24"/>
              </w:rPr>
              <w:t>c) Quỹ khoa học, công nghệ và đổi mới sáng tạo của bộ, cơ quan ngang bộ, địa phương hoặc chương trình hỗ trợ khác.</w:t>
            </w:r>
          </w:p>
          <w:p w14:paraId="68554AA5" w14:textId="77777777" w:rsidR="00C21F56" w:rsidRPr="00580B62" w:rsidRDefault="00EA1121" w:rsidP="00580B62">
            <w:pPr>
              <w:jc w:val="both"/>
              <w:rPr>
                <w:rFonts w:cs="Times New Roman"/>
                <w:sz w:val="24"/>
                <w:szCs w:val="24"/>
              </w:rPr>
            </w:pPr>
            <w:r w:rsidRPr="00580B62">
              <w:rPr>
                <w:rFonts w:cs="Times New Roman"/>
                <w:sz w:val="24"/>
                <w:szCs w:val="24"/>
              </w:rPr>
              <w:t>4. Hồ sơ chuyển đến quỹ hoặc chương trình hỗ trợ được lập theo Mẫu số 10, trong đó xác định hình thức đề nghị xem xét gồm tài trợ, đặt hàng, hỗ trợ lãi suất vay, hỗ trợ thông qua phiếu hỗ trợ tài chính hoặc hình thức khác theo quy định của pháp luật. Trong thời hạn 05 ngày làm việc kể từ ngày nhận hồ sơ, quỹ hoặc cơ quan quản lý chương trình thông báo việc tiếp nhận hoặc không tiếp nhận; trường hợp tiếp nhận phải thông báo đầu mối và quy trình áp dụng; trường hợp không tiếp nhận phải nêu rõ lý do.</w:t>
            </w:r>
          </w:p>
          <w:p w14:paraId="2B1D7E06" w14:textId="77777777" w:rsidR="00C21F56" w:rsidRPr="00580B62" w:rsidRDefault="00EA1121" w:rsidP="00580B62">
            <w:pPr>
              <w:jc w:val="both"/>
              <w:rPr>
                <w:rFonts w:cs="Times New Roman"/>
                <w:sz w:val="24"/>
                <w:szCs w:val="24"/>
              </w:rPr>
            </w:pPr>
            <w:r w:rsidRPr="00580B62">
              <w:rPr>
                <w:rFonts w:cs="Times New Roman"/>
                <w:sz w:val="24"/>
                <w:szCs w:val="24"/>
              </w:rPr>
              <w:t>5. Việc tiếp nhận hồ sơ không phải là quyết định tài trợ, đặt hàng hoặc hỗ trợ. Việc đánh giá và quyết định hỗ trợ thực hiện theo quy định áp dụng đối với từng quỹ, chương trình.</w:t>
            </w:r>
          </w:p>
          <w:p w14:paraId="25787D1B" w14:textId="77777777" w:rsidR="00C21F56" w:rsidRPr="00580B62" w:rsidRDefault="00EA1121" w:rsidP="00580B62">
            <w:pPr>
              <w:jc w:val="both"/>
              <w:rPr>
                <w:rFonts w:cs="Times New Roman"/>
                <w:sz w:val="24"/>
                <w:szCs w:val="24"/>
              </w:rPr>
            </w:pPr>
            <w:r w:rsidRPr="00580B62">
              <w:rPr>
                <w:rFonts w:cs="Times New Roman"/>
                <w:sz w:val="24"/>
                <w:szCs w:val="24"/>
              </w:rPr>
              <w:t>6. Cổng Sáng kiến chỉ chuyển dữ liệu trong phạm vi tổ chức, cá nhân đã đồng ý và cảnh báo nguy cơ trùng lặp hỗ trợ từ ngân sách nhà nước.</w:t>
            </w:r>
          </w:p>
        </w:tc>
        <w:tc>
          <w:tcPr>
            <w:tcW w:w="4080" w:type="dxa"/>
            <w:shd w:val="clear" w:color="auto" w:fill="FFFFFF" w:themeFill="background1"/>
            <w:tcMar>
              <w:top w:w="90" w:type="dxa"/>
              <w:left w:w="110" w:type="dxa"/>
              <w:bottom w:w="90" w:type="dxa"/>
              <w:right w:w="110" w:type="dxa"/>
            </w:tcMar>
          </w:tcPr>
          <w:p w14:paraId="1A642EE1" w14:textId="77777777" w:rsidR="00C21F56" w:rsidRPr="00580B62" w:rsidRDefault="00EA1121" w:rsidP="00580B62">
            <w:pPr>
              <w:ind w:firstLine="283"/>
              <w:jc w:val="both"/>
              <w:rPr>
                <w:rFonts w:cs="Times New Roman"/>
                <w:sz w:val="24"/>
                <w:szCs w:val="24"/>
              </w:rPr>
            </w:pPr>
            <w:r w:rsidRPr="00580B62">
              <w:rPr>
                <w:rFonts w:cs="Times New Roman"/>
                <w:sz w:val="24"/>
                <w:szCs w:val="24"/>
              </w:rPr>
              <w:t>Chuẩn hóa tuyến kết nối theo mục tiêu: sàn giao dịch đối với nhu cầu hoàn thiện, định giá, chuyển giao, thương mại hóa; quỹ hoặc chương trình đối với nhu cầu tài trợ, đặt hàng và hỗ trợ. Chuẩn hóa tên Quỹ Phát triển khoa học và công nghệ Quốc gia, Quỹ Đổi mới công nghệ quốc gia và quỹ khoa học, công nghệ và đổi mới sáng tạo của bộ, ngành, địa phương. Việc tiếp nhận không đồng nghĩa với quyết định hỗ trợ và vẫn tuân theo quy định của từng quỹ, chương trình.</w:t>
            </w:r>
          </w:p>
        </w:tc>
      </w:tr>
      <w:tr w:rsidR="00C21F56" w:rsidRPr="00580B62" w14:paraId="015974D3"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63E17991"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26. Theo dõi kết quả xử lý đề xuất sáng kiến sau công nhận</w:t>
            </w:r>
          </w:p>
          <w:p w14:paraId="5C019EDE" w14:textId="77777777" w:rsidR="00C21F56" w:rsidRPr="00580B62" w:rsidRDefault="00EA1121" w:rsidP="00580B62">
            <w:pPr>
              <w:jc w:val="both"/>
              <w:rPr>
                <w:rFonts w:cs="Times New Roman"/>
                <w:sz w:val="24"/>
                <w:szCs w:val="24"/>
              </w:rPr>
            </w:pPr>
            <w:r w:rsidRPr="00580B62">
              <w:rPr>
                <w:rFonts w:cs="Times New Roman"/>
                <w:sz w:val="24"/>
                <w:szCs w:val="24"/>
              </w:rPr>
              <w:t>1. Cổng Sáng kiến theo dõi mỗi phương án xử lý theo các trạng thái: đã chuyển; đã tiếp nhận; đang đánh giá; được chấp thuận; không được chấp thuận; đang thực hiện; hoàn thành; dừng thực hiện.</w:t>
            </w:r>
          </w:p>
          <w:p w14:paraId="453899C4" w14:textId="77777777" w:rsidR="00C21F56" w:rsidRPr="00580B62" w:rsidRDefault="00EA1121" w:rsidP="00580B62">
            <w:pPr>
              <w:jc w:val="both"/>
              <w:rPr>
                <w:rFonts w:cs="Times New Roman"/>
                <w:sz w:val="24"/>
                <w:szCs w:val="24"/>
              </w:rPr>
            </w:pPr>
            <w:r w:rsidRPr="00580B62">
              <w:rPr>
                <w:rFonts w:cs="Times New Roman"/>
                <w:sz w:val="24"/>
                <w:szCs w:val="24"/>
              </w:rPr>
              <w:t>2. Cơ quan, tổ chức tiếp nhận cập nhật trạng thái trong thời hạn 02 ngày làm việc kể từ ngày có thay đổi. Trường hợp việc thực hiện kéo dài quá 06 tháng, cơ quan, tổ chức tiếp nhận cập nhật kết quả ít nhất 06 tháng một lần.</w:t>
            </w:r>
          </w:p>
          <w:p w14:paraId="276FDC5B" w14:textId="77777777" w:rsidR="00C21F56" w:rsidRPr="00580B62" w:rsidRDefault="00EA1121" w:rsidP="00580B62">
            <w:pPr>
              <w:jc w:val="both"/>
              <w:rPr>
                <w:rFonts w:cs="Times New Roman"/>
                <w:sz w:val="24"/>
                <w:szCs w:val="24"/>
              </w:rPr>
            </w:pPr>
            <w:r w:rsidRPr="00580B62">
              <w:rPr>
                <w:rFonts w:cs="Times New Roman"/>
                <w:sz w:val="24"/>
                <w:szCs w:val="24"/>
              </w:rPr>
              <w:t>3. Kết quả cập nhật phải gồm nội dung đã thực hiện; nguồn lực đã sử dụng; sản phẩm, nhiệm vụ, chương trình, đề án, dự án, hợp đồng hoặc giao dịch được hình thành; kết quả thử nghiệm, áp dụng, nhân rộng, chuyển giao, thương mại hóa; tác động kinh tế - xã hội và khó khăn, vướng mắc.</w:t>
            </w:r>
          </w:p>
          <w:p w14:paraId="096554F8" w14:textId="77777777" w:rsidR="00C21F56" w:rsidRPr="00580B62" w:rsidRDefault="00EA1121" w:rsidP="00580B62">
            <w:pPr>
              <w:jc w:val="both"/>
              <w:rPr>
                <w:rFonts w:cs="Times New Roman"/>
                <w:sz w:val="24"/>
                <w:szCs w:val="24"/>
              </w:rPr>
            </w:pPr>
            <w:r w:rsidRPr="00580B62">
              <w:rPr>
                <w:rFonts w:cs="Times New Roman"/>
                <w:sz w:val="24"/>
                <w:szCs w:val="24"/>
              </w:rPr>
              <w:t>4. Trường hợp phương án xử lý không được tiếp nhận hoặc chấp thuận, cơ quan xử lý phải thông báo lý do cho tổ chức, cá nhân gửi đề xuất. Nếu có phương án khác phù hợp, cơ quan xử lý xác định phương án thay thế trong thời hạn 05 ngày làm việc kể từ ngày nhận được thông báo từ chối. Việc không được tiếp nhận hoặc hỗ trợ không làm mất hiệu lực của quyết định công nhận.</w:t>
            </w:r>
          </w:p>
          <w:p w14:paraId="0F7973A1" w14:textId="77777777" w:rsidR="00C21F56" w:rsidRPr="00580B62" w:rsidRDefault="00EA1121" w:rsidP="00580B62">
            <w:pPr>
              <w:jc w:val="both"/>
              <w:rPr>
                <w:rFonts w:cs="Times New Roman"/>
                <w:sz w:val="24"/>
                <w:szCs w:val="24"/>
              </w:rPr>
            </w:pPr>
            <w:r w:rsidRPr="00580B62">
              <w:rPr>
                <w:rFonts w:cs="Times New Roman"/>
                <w:sz w:val="24"/>
                <w:szCs w:val="24"/>
              </w:rPr>
              <w:t>5. Cổng Sáng kiến công khai danh mục đề xuất được công nhận, phương án xử lý, trạng thái và kết quả, trừ thông tin quy định tại khoản 3 Điều 8 của Quy định này; ghi nhận tổ chức, cá nhân gửi đề xuất, cơ quan hỗ trợ và nơi triển khai theo dữ liệu đã được xác thực.</w:t>
            </w:r>
          </w:p>
          <w:p w14:paraId="4155B08B" w14:textId="77777777" w:rsidR="00C21F56" w:rsidRPr="00580B62" w:rsidRDefault="00EA1121" w:rsidP="00580B62">
            <w:pPr>
              <w:jc w:val="both"/>
              <w:rPr>
                <w:rFonts w:cs="Times New Roman"/>
                <w:sz w:val="24"/>
                <w:szCs w:val="24"/>
              </w:rPr>
            </w:pPr>
            <w:r w:rsidRPr="00580B62">
              <w:rPr>
                <w:rFonts w:cs="Times New Roman"/>
                <w:sz w:val="24"/>
                <w:szCs w:val="24"/>
              </w:rPr>
              <w:t>6. Bộ Khoa học và Công nghệ sử dụng dữ liệu tại Điều này để đánh giá tỷ lệ đề xuất được tiếp nhận, thời gian xử lý, tỷ lệ hình thành nhiệm vụ, tỷ lệ được hỗ trợ, kết quả áp dụng, giá trị giao dịch và tác động; công khai kết quả tổng hợp hằng năm trên Cổng Sáng kiến.</w:t>
            </w:r>
          </w:p>
          <w:p w14:paraId="0F62A229" w14:textId="77777777" w:rsidR="00C21F56" w:rsidRPr="00580B62" w:rsidRDefault="00EA1121" w:rsidP="00580B62">
            <w:pPr>
              <w:jc w:val="both"/>
              <w:rPr>
                <w:rFonts w:cs="Times New Roman"/>
                <w:sz w:val="24"/>
                <w:szCs w:val="24"/>
              </w:rPr>
            </w:pPr>
            <w:r w:rsidRPr="00580B62">
              <w:rPr>
                <w:rFonts w:cs="Times New Roman"/>
                <w:sz w:val="24"/>
                <w:szCs w:val="24"/>
              </w:rPr>
              <w:t>TRÁCH NHIỆM VÀ TỔ CHỨC THỰC HIỆN</w:t>
            </w:r>
          </w:p>
        </w:tc>
        <w:tc>
          <w:tcPr>
            <w:tcW w:w="4080" w:type="dxa"/>
            <w:shd w:val="clear" w:color="auto" w:fill="FFFFFF" w:themeFill="background1"/>
            <w:tcMar>
              <w:top w:w="90" w:type="dxa"/>
              <w:left w:w="110" w:type="dxa"/>
              <w:bottom w:w="90" w:type="dxa"/>
              <w:right w:w="110" w:type="dxa"/>
            </w:tcMar>
          </w:tcPr>
          <w:p w14:paraId="55F3B451" w14:textId="77777777" w:rsidR="00C21F56" w:rsidRPr="00580B62" w:rsidRDefault="00EA1121" w:rsidP="00580B62">
            <w:pPr>
              <w:ind w:firstLine="283"/>
              <w:jc w:val="both"/>
              <w:rPr>
                <w:rFonts w:cs="Times New Roman"/>
                <w:sz w:val="24"/>
                <w:szCs w:val="24"/>
              </w:rPr>
            </w:pPr>
            <w:r w:rsidRPr="00580B62">
              <w:rPr>
                <w:rFonts w:cs="Times New Roman"/>
                <w:sz w:val="24"/>
                <w:szCs w:val="24"/>
              </w:rPr>
              <w:t>Thiết lập trạng thái và chỉ số theo dõi đầu ra sau công nhận, khắc phục tình trạng chỉ thống kê số lượng được công nhận. Cơ quan tiếp nhận phải cập nhật kết quả; trường hợp bị từ chối, cơ quan xử lý xem xét phương án khác nhưng không làm mất hiệu lực quyết định công nhận.</w:t>
            </w:r>
          </w:p>
        </w:tc>
      </w:tr>
      <w:tr w:rsidR="00C21F56" w:rsidRPr="00580B62" w14:paraId="355714BB" w14:textId="77777777" w:rsidTr="00580B62">
        <w:trPr>
          <w:cantSplit/>
          <w:jc w:val="center"/>
        </w:trPr>
        <w:tc>
          <w:tcPr>
            <w:tcW w:w="14853" w:type="dxa"/>
            <w:gridSpan w:val="2"/>
            <w:shd w:val="clear" w:color="auto" w:fill="FFFFFF" w:themeFill="background1"/>
            <w:tcMar>
              <w:top w:w="110" w:type="dxa"/>
              <w:left w:w="110" w:type="dxa"/>
              <w:bottom w:w="110" w:type="dxa"/>
              <w:right w:w="110" w:type="dxa"/>
            </w:tcMar>
            <w:vAlign w:val="center"/>
          </w:tcPr>
          <w:p w14:paraId="5FE37D9F" w14:textId="77777777" w:rsidR="00C21F56" w:rsidRPr="00580B62" w:rsidRDefault="00EA1121" w:rsidP="00580B62">
            <w:pPr>
              <w:jc w:val="center"/>
              <w:rPr>
                <w:rFonts w:cs="Times New Roman"/>
                <w:sz w:val="24"/>
                <w:szCs w:val="24"/>
              </w:rPr>
            </w:pPr>
            <w:r w:rsidRPr="00580B62">
              <w:rPr>
                <w:rFonts w:cs="Times New Roman"/>
                <w:b/>
                <w:sz w:val="24"/>
                <w:szCs w:val="24"/>
              </w:rPr>
              <w:t>CHƯƠNG V. TRÁCH NHIỆM VÀ TỔ CHỨC THỰC HIỆN</w:t>
            </w:r>
          </w:p>
        </w:tc>
      </w:tr>
      <w:tr w:rsidR="00C21F56" w:rsidRPr="00580B62" w14:paraId="039941BD"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68C31250"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27. Trách nhiệm của Bộ Khoa học và Công nghệ</w:t>
            </w:r>
          </w:p>
          <w:p w14:paraId="1EA272BD" w14:textId="77777777" w:rsidR="00C21F56" w:rsidRPr="00580B62" w:rsidRDefault="00EA1121" w:rsidP="00580B62">
            <w:pPr>
              <w:jc w:val="both"/>
              <w:rPr>
                <w:rFonts w:cs="Times New Roman"/>
                <w:sz w:val="24"/>
                <w:szCs w:val="24"/>
              </w:rPr>
            </w:pPr>
            <w:r w:rsidRPr="00580B62">
              <w:rPr>
                <w:rFonts w:cs="Times New Roman"/>
                <w:sz w:val="24"/>
                <w:szCs w:val="24"/>
              </w:rPr>
              <w:t>1. Thống nhất quản lý Cổng Sáng kiến trên phạm vi toàn quốc; chỉ định đầu mối điều phối hồ sơ; xây dựng, quản trị, vận hành, duy trì, bảo đảm hạ tầng kỹ thuật và phát triển Cổng Sáng kiến; quản lý tập trung cơ sở dữ liệu quy định tại Điều 7 của Quy định này.</w:t>
            </w:r>
          </w:p>
          <w:p w14:paraId="591870CF" w14:textId="77777777" w:rsidR="00C21F56" w:rsidRPr="00580B62" w:rsidRDefault="00EA1121" w:rsidP="00580B62">
            <w:pPr>
              <w:jc w:val="both"/>
              <w:rPr>
                <w:rFonts w:cs="Times New Roman"/>
                <w:sz w:val="24"/>
                <w:szCs w:val="24"/>
              </w:rPr>
            </w:pPr>
            <w:r w:rsidRPr="00580B62">
              <w:rPr>
                <w:rFonts w:cs="Times New Roman"/>
                <w:sz w:val="24"/>
                <w:szCs w:val="24"/>
              </w:rPr>
              <w:t>2. Cấu hình trên Cổng Sáng kiến các biểu mẫu, trường dữ liệu, tiêu chí, thang điểm, quy tắc sàng lọc và chuyển hồ sơ quy định tại Quy định này; duy trì chức năng đối chiếu nhu cầu, cảnh báo trùng lặp hỗ trợ và theo dõi kết quả sau công nhận. Không ban hành thêm thủ tục hoặc thành phần hồ sơ.</w:t>
            </w:r>
          </w:p>
          <w:p w14:paraId="19AC9F3A" w14:textId="77777777" w:rsidR="00C21F56" w:rsidRPr="00580B62" w:rsidRDefault="00EA1121" w:rsidP="00580B62">
            <w:pPr>
              <w:jc w:val="both"/>
              <w:rPr>
                <w:rFonts w:cs="Times New Roman"/>
                <w:sz w:val="24"/>
                <w:szCs w:val="24"/>
              </w:rPr>
            </w:pPr>
            <w:r w:rsidRPr="00580B62">
              <w:rPr>
                <w:rFonts w:cs="Times New Roman"/>
                <w:sz w:val="24"/>
                <w:szCs w:val="24"/>
              </w:rPr>
              <w:t>3. Xử lý đề xuất thuộc phạm vi quản lý nhà nước của Bộ Khoa học và Công nghệ; chủ trì xử lý đề xuất sáng kiến đột phá và hồ sơ liên ngành, liên vùng, có phạm vi quốc gia theo Quy định này.</w:t>
            </w:r>
          </w:p>
          <w:p w14:paraId="0E652860" w14:textId="77777777" w:rsidR="00C21F56" w:rsidRPr="00580B62" w:rsidRDefault="00EA1121" w:rsidP="00580B62">
            <w:pPr>
              <w:jc w:val="both"/>
              <w:rPr>
                <w:rFonts w:cs="Times New Roman"/>
                <w:sz w:val="24"/>
                <w:szCs w:val="24"/>
              </w:rPr>
            </w:pPr>
            <w:r w:rsidRPr="00580B62">
              <w:rPr>
                <w:rFonts w:cs="Times New Roman"/>
                <w:sz w:val="24"/>
                <w:szCs w:val="24"/>
              </w:rPr>
              <w:t xml:space="preserve">4. Cấp, quản lý và hỗ trợ sử dụng tài khoản cơ quan; kiểm soát phạm vi phân quyền, </w:t>
            </w:r>
            <w:proofErr w:type="gramStart"/>
            <w:r w:rsidRPr="00580B62">
              <w:rPr>
                <w:rFonts w:cs="Times New Roman"/>
                <w:sz w:val="24"/>
                <w:szCs w:val="24"/>
              </w:rPr>
              <w:t>an</w:t>
            </w:r>
            <w:proofErr w:type="gramEnd"/>
            <w:r w:rsidRPr="00580B62">
              <w:rPr>
                <w:rFonts w:cs="Times New Roman"/>
                <w:sz w:val="24"/>
                <w:szCs w:val="24"/>
              </w:rPr>
              <w:t xml:space="preserve"> toàn xác thực và nhật ký truy cập theo Điều 6 của Quy định này.</w:t>
            </w:r>
          </w:p>
          <w:p w14:paraId="59CA961B" w14:textId="77777777" w:rsidR="00C21F56" w:rsidRPr="00580B62" w:rsidRDefault="00EA1121" w:rsidP="00580B62">
            <w:pPr>
              <w:jc w:val="both"/>
              <w:rPr>
                <w:rFonts w:cs="Times New Roman"/>
                <w:sz w:val="24"/>
                <w:szCs w:val="24"/>
              </w:rPr>
            </w:pPr>
            <w:r w:rsidRPr="00580B62">
              <w:rPr>
                <w:rFonts w:cs="Times New Roman"/>
                <w:sz w:val="24"/>
                <w:szCs w:val="24"/>
              </w:rPr>
              <w:t>5. Tổ chức kết nối, chia sẻ và khai thác dữ liệu theo Điều 7 và Điều 8 của Quy định này.</w:t>
            </w:r>
          </w:p>
          <w:p w14:paraId="4BED8298" w14:textId="77777777" w:rsidR="00C21F56" w:rsidRPr="00580B62" w:rsidRDefault="00EA1121" w:rsidP="00580B62">
            <w:pPr>
              <w:jc w:val="both"/>
              <w:rPr>
                <w:rFonts w:cs="Times New Roman"/>
                <w:sz w:val="24"/>
                <w:szCs w:val="24"/>
              </w:rPr>
            </w:pPr>
            <w:r w:rsidRPr="00580B62">
              <w:rPr>
                <w:rFonts w:cs="Times New Roman"/>
                <w:sz w:val="24"/>
                <w:szCs w:val="24"/>
              </w:rPr>
              <w:t xml:space="preserve">6. Kiểm tra, giám sát tiến độ, chất lượng xử lý; công khai chỉ số thực hiện; bảo đảm an toàn, </w:t>
            </w:r>
            <w:proofErr w:type="gramStart"/>
            <w:r w:rsidRPr="00580B62">
              <w:rPr>
                <w:rFonts w:cs="Times New Roman"/>
                <w:sz w:val="24"/>
                <w:szCs w:val="24"/>
              </w:rPr>
              <w:t>an</w:t>
            </w:r>
            <w:proofErr w:type="gramEnd"/>
            <w:r w:rsidRPr="00580B62">
              <w:rPr>
                <w:rFonts w:cs="Times New Roman"/>
                <w:sz w:val="24"/>
                <w:szCs w:val="24"/>
              </w:rPr>
              <w:t xml:space="preserve"> ninh thông tin, bảo vệ dữ liệu và quyền sở hữu trí tuệ.</w:t>
            </w:r>
          </w:p>
          <w:p w14:paraId="71B7D390" w14:textId="77777777" w:rsidR="00C21F56" w:rsidRPr="00580B62" w:rsidRDefault="00EA1121" w:rsidP="00580B62">
            <w:pPr>
              <w:jc w:val="both"/>
              <w:rPr>
                <w:rFonts w:cs="Times New Roman"/>
                <w:sz w:val="24"/>
                <w:szCs w:val="24"/>
              </w:rPr>
            </w:pPr>
            <w:r w:rsidRPr="00580B62">
              <w:rPr>
                <w:rFonts w:cs="Times New Roman"/>
                <w:sz w:val="24"/>
                <w:szCs w:val="24"/>
              </w:rPr>
              <w:t>7. Tổng hợp, báo cáo Chính phủ, Thủ tướng Chính phủ và Cơ quan Thường trực Ban Chỉ đạo Trung ương theo chế độ báo cáo tại Điều 30 của Quy định này hoặc theo yêu cầu bằng văn bản của cơ quan có thẩm quyền.</w:t>
            </w:r>
          </w:p>
        </w:tc>
        <w:tc>
          <w:tcPr>
            <w:tcW w:w="4080" w:type="dxa"/>
            <w:shd w:val="clear" w:color="auto" w:fill="FFFFFF" w:themeFill="background1"/>
            <w:tcMar>
              <w:top w:w="90" w:type="dxa"/>
              <w:left w:w="110" w:type="dxa"/>
              <w:bottom w:w="90" w:type="dxa"/>
              <w:right w:w="110" w:type="dxa"/>
            </w:tcMar>
          </w:tcPr>
          <w:p w14:paraId="343C2D0E" w14:textId="77777777" w:rsidR="00C21F56" w:rsidRPr="00580B62" w:rsidRDefault="00EA1121" w:rsidP="00580B62">
            <w:pPr>
              <w:ind w:firstLine="283"/>
              <w:jc w:val="both"/>
              <w:rPr>
                <w:rFonts w:cs="Times New Roman"/>
                <w:sz w:val="24"/>
                <w:szCs w:val="24"/>
              </w:rPr>
            </w:pPr>
            <w:r w:rsidRPr="00580B62">
              <w:rPr>
                <w:rFonts w:cs="Times New Roman"/>
                <w:sz w:val="24"/>
                <w:szCs w:val="24"/>
              </w:rPr>
              <w:t>Tập trung trách nhiệm quản lý nhà nước, quản trị kỹ thuật, dữ liệu, điều phối và giám sát cho Bộ Khoa học và Công nghệ. Khoản 2 khẳng định Bộ chỉ cấu hình các nội dung đã được Quyết định quy định trực tiếp, không ban hành thêm thủ tục hoặc thành phần hồ sơ.</w:t>
            </w:r>
          </w:p>
        </w:tc>
      </w:tr>
      <w:tr w:rsidR="00C21F56" w:rsidRPr="00580B62" w14:paraId="308E67F9"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297BA65C" w14:textId="77777777" w:rsidR="00C21F56" w:rsidRPr="00580B62" w:rsidRDefault="00EA1121" w:rsidP="00580B62">
            <w:pPr>
              <w:jc w:val="both"/>
              <w:rPr>
                <w:rFonts w:cs="Times New Roman"/>
                <w:sz w:val="24"/>
                <w:szCs w:val="24"/>
              </w:rPr>
            </w:pPr>
            <w:r w:rsidRPr="00580B62">
              <w:rPr>
                <w:rFonts w:cs="Times New Roman"/>
                <w:b/>
                <w:sz w:val="24"/>
                <w:szCs w:val="24"/>
              </w:rPr>
              <w:t>Điều 28. Trách nhiệm của bộ, cơ quan ngang bộ và Ủy ban nhân dân cấp tỉnh</w:t>
            </w:r>
          </w:p>
          <w:p w14:paraId="07A9E1D4" w14:textId="77777777" w:rsidR="00C21F56" w:rsidRPr="00580B62" w:rsidRDefault="00EA1121" w:rsidP="00580B62">
            <w:pPr>
              <w:jc w:val="both"/>
              <w:rPr>
                <w:rFonts w:cs="Times New Roman"/>
                <w:sz w:val="24"/>
                <w:szCs w:val="24"/>
              </w:rPr>
            </w:pPr>
            <w:r w:rsidRPr="00580B62">
              <w:rPr>
                <w:rFonts w:cs="Times New Roman"/>
                <w:sz w:val="24"/>
                <w:szCs w:val="24"/>
              </w:rPr>
              <w:t>1. Chỉ định đầu mối, người quản trị chính, người quản trị dự phòng; phân quyền và quản lý người sử dụng tài khoản cơ quan.</w:t>
            </w:r>
          </w:p>
          <w:p w14:paraId="1B4943A8" w14:textId="77777777" w:rsidR="00C21F56" w:rsidRPr="00580B62" w:rsidRDefault="00EA1121" w:rsidP="00580B62">
            <w:pPr>
              <w:jc w:val="both"/>
              <w:rPr>
                <w:rFonts w:cs="Times New Roman"/>
                <w:sz w:val="24"/>
                <w:szCs w:val="24"/>
              </w:rPr>
            </w:pPr>
            <w:r w:rsidRPr="00580B62">
              <w:rPr>
                <w:rFonts w:cs="Times New Roman"/>
                <w:sz w:val="24"/>
                <w:szCs w:val="24"/>
              </w:rPr>
              <w:t>2. Tiếp nhận, xử lý hồ sơ do Cổng Sáng kiến chuyển đến; lựa chọn chuyên gia phản biện độc lập; thành lập Hội đồng theo đợt hoặc nhóm hồ sơ; không bổ sung thủ tục khác với Quy định này.</w:t>
            </w:r>
          </w:p>
          <w:p w14:paraId="64B53C00" w14:textId="77777777" w:rsidR="00C21F56" w:rsidRPr="00580B62" w:rsidRDefault="00EA1121" w:rsidP="00580B62">
            <w:pPr>
              <w:jc w:val="both"/>
              <w:rPr>
                <w:rFonts w:cs="Times New Roman"/>
                <w:sz w:val="24"/>
                <w:szCs w:val="24"/>
              </w:rPr>
            </w:pPr>
            <w:r w:rsidRPr="00580B62">
              <w:rPr>
                <w:rFonts w:cs="Times New Roman"/>
                <w:sz w:val="24"/>
                <w:szCs w:val="24"/>
              </w:rPr>
              <w:t>3. Phối hợp xử lý hồ sơ liên ngành, liên tỉnh, liên vùng; kết nối, đồng bộ dữ liệu thuộc phạm vi quản lý.</w:t>
            </w:r>
          </w:p>
          <w:p w14:paraId="17CBC024" w14:textId="77777777" w:rsidR="00C21F56" w:rsidRPr="00580B62" w:rsidRDefault="00EA1121" w:rsidP="00580B62">
            <w:pPr>
              <w:jc w:val="both"/>
              <w:rPr>
                <w:rFonts w:cs="Times New Roman"/>
                <w:sz w:val="24"/>
                <w:szCs w:val="24"/>
              </w:rPr>
            </w:pPr>
            <w:r w:rsidRPr="00580B62">
              <w:rPr>
                <w:rFonts w:cs="Times New Roman"/>
                <w:sz w:val="24"/>
                <w:szCs w:val="24"/>
              </w:rPr>
              <w:t>4. Công bố trên Cổng Sáng kiến vấn đề, nhu cầu hoặc bài toán cần giải quyết, trong đó xác định cơ quan có nhu cầu, kết quả dự kiến, phạm vi áp dụng, thời hạn tiếp nhận và đầu mối liên hệ; xác định cơ quan, đơn vị thử nghiệm, áp dụng hoặc nhân rộng; kết nối quỹ, sàn giao dịch khoa học và công nghệ, tổ chức nghiên cứu, doanh nghiệp, nhà đầu tư hoặc chương trình hỗ trợ; theo dõi kết quả xử lý sau công nhận.</w:t>
            </w:r>
          </w:p>
          <w:p w14:paraId="7E96ED61" w14:textId="77777777" w:rsidR="00C21F56" w:rsidRPr="00580B62" w:rsidRDefault="00EA1121" w:rsidP="00580B62">
            <w:pPr>
              <w:jc w:val="both"/>
              <w:rPr>
                <w:rFonts w:cs="Times New Roman"/>
                <w:sz w:val="24"/>
                <w:szCs w:val="24"/>
              </w:rPr>
            </w:pPr>
            <w:r w:rsidRPr="00580B62">
              <w:rPr>
                <w:rFonts w:cs="Times New Roman"/>
                <w:sz w:val="24"/>
                <w:szCs w:val="24"/>
              </w:rPr>
              <w:t>5. Bố trí kinh phí xử lý hồ sơ; kiểm tra, giám sát, công khai và báo cáo kết quả theo Điều 30 của Quy định này.</w:t>
            </w:r>
          </w:p>
        </w:tc>
        <w:tc>
          <w:tcPr>
            <w:tcW w:w="4080" w:type="dxa"/>
            <w:shd w:val="clear" w:color="auto" w:fill="FFFFFF" w:themeFill="background1"/>
            <w:tcMar>
              <w:top w:w="90" w:type="dxa"/>
              <w:left w:w="110" w:type="dxa"/>
              <w:bottom w:w="90" w:type="dxa"/>
              <w:right w:w="110" w:type="dxa"/>
            </w:tcMar>
          </w:tcPr>
          <w:p w14:paraId="7F1DAD4D" w14:textId="77777777" w:rsidR="00C21F56" w:rsidRPr="00580B62" w:rsidRDefault="00EA1121" w:rsidP="00580B62">
            <w:pPr>
              <w:ind w:firstLine="283"/>
              <w:jc w:val="both"/>
              <w:rPr>
                <w:rFonts w:cs="Times New Roman"/>
                <w:sz w:val="24"/>
                <w:szCs w:val="24"/>
              </w:rPr>
            </w:pPr>
            <w:r w:rsidRPr="00580B62">
              <w:rPr>
                <w:rFonts w:cs="Times New Roman"/>
                <w:sz w:val="24"/>
                <w:szCs w:val="24"/>
              </w:rPr>
              <w:t>Quy định thống nhất trách nhiệm của bộ, cơ quan ngang bộ và Ủy ban nhân dân cấp tỉnh về tài khoản, tiếp nhận, chuyên gia, Hội đồng, phối hợp liên ngành, công bố nhu cầu, xử lý đầu ra, kinh phí và báo cáo; ngăn ngừa mỗi nơi thiết kế thêm quy trình riêng.</w:t>
            </w:r>
          </w:p>
        </w:tc>
      </w:tr>
      <w:tr w:rsidR="00C21F56" w:rsidRPr="00580B62" w14:paraId="5979A599"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62377ED1"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29. Trách nhiệm của sàn giao dịch khoa học và công nghệ, quỹ và tổ chức tiếp nhận</w:t>
            </w:r>
          </w:p>
          <w:p w14:paraId="0608FD15" w14:textId="77777777" w:rsidR="00C21F56" w:rsidRPr="00580B62" w:rsidRDefault="00EA1121" w:rsidP="00580B62">
            <w:pPr>
              <w:jc w:val="both"/>
              <w:rPr>
                <w:rFonts w:cs="Times New Roman"/>
                <w:sz w:val="24"/>
                <w:szCs w:val="24"/>
              </w:rPr>
            </w:pPr>
            <w:r w:rsidRPr="00580B62">
              <w:rPr>
                <w:rFonts w:cs="Times New Roman"/>
                <w:sz w:val="24"/>
                <w:szCs w:val="24"/>
              </w:rPr>
              <w:t>1. Công bố trên Cổng Sáng kiến lĩnh vực, đối tượng, điều kiện, hình thức hỗ trợ, thành phần hồ sơ đầu vào, thời hạn và đầu mối tiếp nhận; cập nhật nội dung công bố trong thời hạn 05 ngày làm việc kể từ ngày có thay đổi.</w:t>
            </w:r>
          </w:p>
          <w:p w14:paraId="21E1CA59" w14:textId="77777777" w:rsidR="00C21F56" w:rsidRPr="00580B62" w:rsidRDefault="00EA1121" w:rsidP="00580B62">
            <w:pPr>
              <w:jc w:val="both"/>
              <w:rPr>
                <w:rFonts w:cs="Times New Roman"/>
                <w:sz w:val="24"/>
                <w:szCs w:val="24"/>
              </w:rPr>
            </w:pPr>
            <w:r w:rsidRPr="00580B62">
              <w:rPr>
                <w:rFonts w:cs="Times New Roman"/>
                <w:sz w:val="24"/>
                <w:szCs w:val="24"/>
              </w:rPr>
              <w:t>2. Tiếp nhận dữ liệu điện tử; không yêu cầu nộp lại thông tin đã được xác thực và có thể khai thác từ Cổng Sáng kiến.</w:t>
            </w:r>
          </w:p>
          <w:p w14:paraId="6E1C8941" w14:textId="77777777" w:rsidR="00C21F56" w:rsidRPr="00580B62" w:rsidRDefault="00EA1121" w:rsidP="00580B62">
            <w:pPr>
              <w:jc w:val="both"/>
              <w:rPr>
                <w:rFonts w:cs="Times New Roman"/>
                <w:sz w:val="24"/>
                <w:szCs w:val="24"/>
              </w:rPr>
            </w:pPr>
            <w:r w:rsidRPr="00580B62">
              <w:rPr>
                <w:rFonts w:cs="Times New Roman"/>
                <w:sz w:val="24"/>
                <w:szCs w:val="24"/>
              </w:rPr>
              <w:t>3. Cập nhật trạng thái, kết quả xử lý, kết quả triển khai theo đúng thời hạn; chịu trách nhiệm về dữ liệu do mình cập nhật.</w:t>
            </w:r>
          </w:p>
          <w:p w14:paraId="57CA630B" w14:textId="77777777" w:rsidR="00C21F56" w:rsidRPr="00580B62" w:rsidRDefault="00EA1121" w:rsidP="00580B62">
            <w:pPr>
              <w:jc w:val="both"/>
              <w:rPr>
                <w:rFonts w:cs="Times New Roman"/>
                <w:sz w:val="24"/>
                <w:szCs w:val="24"/>
              </w:rPr>
            </w:pPr>
            <w:r w:rsidRPr="00580B62">
              <w:rPr>
                <w:rFonts w:cs="Times New Roman"/>
                <w:sz w:val="24"/>
                <w:szCs w:val="24"/>
              </w:rPr>
              <w:t>4. Bảo vệ thông tin, dữ liệu, quyền sở hữu trí tuệ và quyền, lợi ích hợp pháp của các bên; phòng ngừa xung đột lợi ích, trùng lặp hỗ trợ.</w:t>
            </w:r>
          </w:p>
          <w:p w14:paraId="0A469483" w14:textId="77777777" w:rsidR="00C21F56" w:rsidRPr="00580B62" w:rsidRDefault="00EA1121" w:rsidP="00580B62">
            <w:pPr>
              <w:jc w:val="both"/>
              <w:rPr>
                <w:rFonts w:cs="Times New Roman"/>
                <w:sz w:val="24"/>
                <w:szCs w:val="24"/>
              </w:rPr>
            </w:pPr>
            <w:r w:rsidRPr="00580B62">
              <w:rPr>
                <w:rFonts w:cs="Times New Roman"/>
                <w:sz w:val="24"/>
                <w:szCs w:val="24"/>
              </w:rPr>
              <w:t>5. Phối hợp đánh giá hiệu quả, chia sẻ mô hình thành công và đề xuất hoàn thiện chính sách.</w:t>
            </w:r>
          </w:p>
        </w:tc>
        <w:tc>
          <w:tcPr>
            <w:tcW w:w="4080" w:type="dxa"/>
            <w:shd w:val="clear" w:color="auto" w:fill="FFFFFF" w:themeFill="background1"/>
            <w:tcMar>
              <w:top w:w="90" w:type="dxa"/>
              <w:left w:w="110" w:type="dxa"/>
              <w:bottom w:w="90" w:type="dxa"/>
              <w:right w:w="110" w:type="dxa"/>
            </w:tcMar>
          </w:tcPr>
          <w:p w14:paraId="50BC0E33" w14:textId="77777777" w:rsidR="00C21F56" w:rsidRPr="00580B62" w:rsidRDefault="00EA1121" w:rsidP="00580B62">
            <w:pPr>
              <w:ind w:firstLine="283"/>
              <w:jc w:val="both"/>
              <w:rPr>
                <w:rFonts w:cs="Times New Roman"/>
                <w:sz w:val="24"/>
                <w:szCs w:val="24"/>
              </w:rPr>
            </w:pPr>
            <w:r w:rsidRPr="00580B62">
              <w:rPr>
                <w:rFonts w:cs="Times New Roman"/>
                <w:sz w:val="24"/>
                <w:szCs w:val="24"/>
              </w:rPr>
              <w:t>Xác định trách nhiệm của sàn giao dịch, quỹ, chương trình và tổ chức tiếp nhận trong việc công bố điều kiện, tiếp nhận dữ liệu điện tử, cập nhật trạng thái và bảo vệ quyền. Nội dung này tạo cơ sở liên thông nhưng không can thiệp vào thẩm quyền quyết định hỗ trợ theo pháp luật chuyên ngành.</w:t>
            </w:r>
          </w:p>
        </w:tc>
      </w:tr>
      <w:tr w:rsidR="00C21F56" w:rsidRPr="00580B62" w14:paraId="301687C8"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2AD2CE14" w14:textId="77777777" w:rsidR="00C21F56" w:rsidRPr="00580B62" w:rsidRDefault="00EA1121" w:rsidP="00580B62">
            <w:pPr>
              <w:jc w:val="both"/>
              <w:rPr>
                <w:rFonts w:cs="Times New Roman"/>
                <w:sz w:val="24"/>
                <w:szCs w:val="24"/>
              </w:rPr>
            </w:pPr>
            <w:r w:rsidRPr="00580B62">
              <w:rPr>
                <w:rFonts w:cs="Times New Roman"/>
                <w:b/>
                <w:sz w:val="24"/>
                <w:szCs w:val="24"/>
              </w:rPr>
              <w:t>Điều 30. Chế độ báo cáo và giám sát</w:t>
            </w:r>
          </w:p>
          <w:p w14:paraId="74389387" w14:textId="77777777" w:rsidR="00C21F56" w:rsidRPr="00580B62" w:rsidRDefault="00EA1121" w:rsidP="00580B62">
            <w:pPr>
              <w:jc w:val="both"/>
              <w:rPr>
                <w:rFonts w:cs="Times New Roman"/>
                <w:sz w:val="24"/>
                <w:szCs w:val="24"/>
              </w:rPr>
            </w:pPr>
            <w:r w:rsidRPr="00580B62">
              <w:rPr>
                <w:rFonts w:cs="Times New Roman"/>
                <w:sz w:val="24"/>
                <w:szCs w:val="24"/>
              </w:rPr>
              <w:t>1. Cổng Sáng kiến tự động tổng hợp số liệu, chỉ số tiến độ và kết quả xử lý. Cơ quan, tổ chức có trách nhiệm xác nhận, bổ sung thông tin chưa được tự động ghi nhận.</w:t>
            </w:r>
          </w:p>
          <w:p w14:paraId="3980A013" w14:textId="77777777" w:rsidR="00C21F56" w:rsidRPr="00580B62" w:rsidRDefault="00EA1121" w:rsidP="00580B62">
            <w:pPr>
              <w:jc w:val="both"/>
              <w:rPr>
                <w:rFonts w:cs="Times New Roman"/>
                <w:sz w:val="24"/>
                <w:szCs w:val="24"/>
              </w:rPr>
            </w:pPr>
            <w:r w:rsidRPr="00580B62">
              <w:rPr>
                <w:rFonts w:cs="Times New Roman"/>
                <w:sz w:val="24"/>
                <w:szCs w:val="24"/>
              </w:rPr>
              <w:t>2. Trước ngày 15 tháng 12 hằng năm, bộ, cơ quan ngang bộ và Ủy ban nhân dân cấp tỉnh lập Báo cáo kết quả xử lý đề xuất sáng kiến theo Mẫu số 11 trên Cổng Sáng kiến để Bộ Khoa học và Công nghệ tổng hợp.</w:t>
            </w:r>
          </w:p>
          <w:p w14:paraId="1689C076" w14:textId="77777777" w:rsidR="00C21F56" w:rsidRPr="00580B62" w:rsidRDefault="00EA1121" w:rsidP="00580B62">
            <w:pPr>
              <w:jc w:val="both"/>
              <w:rPr>
                <w:rFonts w:cs="Times New Roman"/>
                <w:sz w:val="24"/>
                <w:szCs w:val="24"/>
              </w:rPr>
            </w:pPr>
            <w:r w:rsidRPr="00580B62">
              <w:rPr>
                <w:rFonts w:cs="Times New Roman"/>
                <w:sz w:val="24"/>
                <w:szCs w:val="24"/>
              </w:rPr>
              <w:t>3. Báo cáo đột xuất được thực hiện theo yêu cầu bằng văn bản của Chính phủ, Thủ tướng Chính phủ, Cơ quan Thường trực Ban Chỉ đạo Trung ương hoặc Bộ Khoa học và Công nghệ.</w:t>
            </w:r>
          </w:p>
          <w:p w14:paraId="3DA93440" w14:textId="77777777" w:rsidR="00C21F56" w:rsidRPr="00580B62" w:rsidRDefault="00EA1121" w:rsidP="00580B62">
            <w:pPr>
              <w:jc w:val="both"/>
              <w:rPr>
                <w:rFonts w:cs="Times New Roman"/>
                <w:sz w:val="24"/>
                <w:szCs w:val="24"/>
              </w:rPr>
            </w:pPr>
            <w:r w:rsidRPr="00580B62">
              <w:rPr>
                <w:rFonts w:cs="Times New Roman"/>
                <w:sz w:val="24"/>
                <w:szCs w:val="24"/>
              </w:rPr>
              <w:t>4. Các chỉ số giám sát tối thiểu gồm: số hồ sơ chủ trì xử lý, phối hợp xử lý; tỷ lệ đúng hạn; thời gian xử lý trung bình; số đề xuất sáng kiến được công nhận; số hồ sơ được chuyển hóa; nguồn lực huy động; kết quả ứng dụng, nhân rộng, thương mại hóa; phản ánh, kiến nghị và mức độ hài lòng.</w:t>
            </w:r>
          </w:p>
          <w:p w14:paraId="1F465CBC" w14:textId="77777777" w:rsidR="00C21F56" w:rsidRPr="00580B62" w:rsidRDefault="00EA1121" w:rsidP="00580B62">
            <w:pPr>
              <w:jc w:val="both"/>
              <w:rPr>
                <w:rFonts w:cs="Times New Roman"/>
                <w:sz w:val="24"/>
                <w:szCs w:val="24"/>
              </w:rPr>
            </w:pPr>
            <w:r w:rsidRPr="00580B62">
              <w:rPr>
                <w:rFonts w:cs="Times New Roman"/>
                <w:sz w:val="24"/>
                <w:szCs w:val="24"/>
              </w:rPr>
              <w:t>5. Cổng Sáng kiến công khai chỉ số tổng hợp của từng cơ quan, trừ dữ liệu thuộc phạm vi không được công khai.</w:t>
            </w:r>
          </w:p>
        </w:tc>
        <w:tc>
          <w:tcPr>
            <w:tcW w:w="4080" w:type="dxa"/>
            <w:shd w:val="clear" w:color="auto" w:fill="FFFFFF" w:themeFill="background1"/>
            <w:tcMar>
              <w:top w:w="90" w:type="dxa"/>
              <w:left w:w="110" w:type="dxa"/>
              <w:bottom w:w="90" w:type="dxa"/>
              <w:right w:w="110" w:type="dxa"/>
            </w:tcMar>
          </w:tcPr>
          <w:p w14:paraId="696057D5" w14:textId="77777777" w:rsidR="00C21F56" w:rsidRPr="00580B62" w:rsidRDefault="00EA1121" w:rsidP="00580B62">
            <w:pPr>
              <w:ind w:firstLine="283"/>
              <w:jc w:val="both"/>
              <w:rPr>
                <w:rFonts w:cs="Times New Roman"/>
                <w:sz w:val="24"/>
                <w:szCs w:val="24"/>
              </w:rPr>
            </w:pPr>
            <w:r w:rsidRPr="00580B62">
              <w:rPr>
                <w:rFonts w:cs="Times New Roman"/>
                <w:sz w:val="24"/>
                <w:szCs w:val="24"/>
              </w:rPr>
              <w:t>Chuyển chế độ báo cáo sang dữ liệu tự động, chỉ yêu cầu cơ quan xác nhận hoặc bổ sung thông tin hệ thống chưa ghi nhận. Quy định thời hạn báo cáo trước ngày 15 tháng 12 hằng năm và bộ chỉ số tối thiểu để đánh giá tiến độ, chuyển hóa, nguồn lực, tác động và mức độ hài lòng.</w:t>
            </w:r>
          </w:p>
        </w:tc>
      </w:tr>
      <w:tr w:rsidR="00C21F56" w:rsidRPr="00580B62" w14:paraId="100272BC"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6B63D1BB"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31. Kinh phí thực hiện</w:t>
            </w:r>
          </w:p>
          <w:p w14:paraId="6F71D71C" w14:textId="77777777" w:rsidR="00C21F56" w:rsidRPr="00580B62" w:rsidRDefault="00EA1121" w:rsidP="00580B62">
            <w:pPr>
              <w:jc w:val="both"/>
              <w:rPr>
                <w:rFonts w:cs="Times New Roman"/>
                <w:sz w:val="24"/>
                <w:szCs w:val="24"/>
              </w:rPr>
            </w:pPr>
            <w:r w:rsidRPr="00580B62">
              <w:rPr>
                <w:rFonts w:cs="Times New Roman"/>
                <w:sz w:val="24"/>
                <w:szCs w:val="24"/>
              </w:rPr>
              <w:t>1. Kinh phí xây dựng, quản lý, vận hành và phát triển Cổng Sáng kiến; sàng lọc, đánh giá, công nhận, theo dõi và kết nối đề xuất sáng kiến được bảo đảm từ ngân sách nhà nước theo phân cấp và các nguồn hợp pháp khác.</w:t>
            </w:r>
          </w:p>
          <w:p w14:paraId="7D5647D3" w14:textId="77777777" w:rsidR="00C21F56" w:rsidRPr="00580B62" w:rsidRDefault="00EA1121" w:rsidP="00580B62">
            <w:pPr>
              <w:jc w:val="both"/>
              <w:rPr>
                <w:rFonts w:cs="Times New Roman"/>
                <w:sz w:val="24"/>
                <w:szCs w:val="24"/>
              </w:rPr>
            </w:pPr>
            <w:r w:rsidRPr="00580B62">
              <w:rPr>
                <w:rFonts w:cs="Times New Roman"/>
                <w:sz w:val="24"/>
                <w:szCs w:val="24"/>
              </w:rPr>
              <w:t>2. Ngân sách trung ương bảo đảm kinh phí cho các nhiệm vụ do Bộ Khoa học và Công nghệ chủ trì và hạ tầng dùng chung; ngân sách của bộ, cơ quan ngang bộ và địa phương bảo đảm kinh phí xử lý hồ sơ và tổ chức thực hiện thuộc phạm vi quản lý.</w:t>
            </w:r>
          </w:p>
          <w:p w14:paraId="720E7730" w14:textId="77777777" w:rsidR="00C21F56" w:rsidRPr="00580B62" w:rsidRDefault="00EA1121" w:rsidP="00580B62">
            <w:pPr>
              <w:jc w:val="both"/>
              <w:rPr>
                <w:rFonts w:cs="Times New Roman"/>
                <w:sz w:val="24"/>
                <w:szCs w:val="24"/>
              </w:rPr>
            </w:pPr>
            <w:r w:rsidRPr="00580B62">
              <w:rPr>
                <w:rFonts w:cs="Times New Roman"/>
                <w:sz w:val="24"/>
                <w:szCs w:val="24"/>
              </w:rPr>
              <w:t>3. Kinh phí tài trợ, đặt hàng, hỗ trợ, đầu tư, thử nghiệm, ứng dụng, nhân rộng hoặc thương mại hóa được bố trí từ chương trình, nhiệm vụ, dự án, quỹ hoặc nguồn vốn có mục tiêu, đối tượng và nội dung chi tương ứng; việc quản lý, sử dụng kinh phí thực hiện theo pháp luật áp dụng đối với từng nguồn.</w:t>
            </w:r>
          </w:p>
          <w:p w14:paraId="2FFF7149" w14:textId="77777777" w:rsidR="00C21F56" w:rsidRPr="00580B62" w:rsidRDefault="00EA1121" w:rsidP="00580B62">
            <w:pPr>
              <w:jc w:val="both"/>
              <w:rPr>
                <w:rFonts w:cs="Times New Roman"/>
                <w:sz w:val="24"/>
                <w:szCs w:val="24"/>
              </w:rPr>
            </w:pPr>
            <w:r w:rsidRPr="00580B62">
              <w:rPr>
                <w:rFonts w:cs="Times New Roman"/>
                <w:sz w:val="24"/>
                <w:szCs w:val="24"/>
              </w:rPr>
              <w:t>4. Việc lập dự toán, quản lý, sử dụng và quyết toán kinh phí thực hiện theo pháp luật về ngân sách nhà nước và pháp luật có liên quan.</w:t>
            </w:r>
          </w:p>
        </w:tc>
        <w:tc>
          <w:tcPr>
            <w:tcW w:w="4080" w:type="dxa"/>
            <w:shd w:val="clear" w:color="auto" w:fill="FFFFFF" w:themeFill="background1"/>
            <w:tcMar>
              <w:top w:w="90" w:type="dxa"/>
              <w:left w:w="110" w:type="dxa"/>
              <w:bottom w:w="90" w:type="dxa"/>
              <w:right w:w="110" w:type="dxa"/>
            </w:tcMar>
          </w:tcPr>
          <w:p w14:paraId="75A9D94E" w14:textId="77777777" w:rsidR="00C21F56" w:rsidRPr="00580B62" w:rsidRDefault="00EA1121" w:rsidP="00580B62">
            <w:pPr>
              <w:ind w:firstLine="283"/>
              <w:jc w:val="both"/>
              <w:rPr>
                <w:rFonts w:cs="Times New Roman"/>
                <w:sz w:val="24"/>
                <w:szCs w:val="24"/>
              </w:rPr>
            </w:pPr>
            <w:r w:rsidRPr="00580B62">
              <w:rPr>
                <w:rFonts w:cs="Times New Roman"/>
                <w:sz w:val="24"/>
                <w:szCs w:val="24"/>
              </w:rPr>
              <w:t>Phân định nguồn kinh phí cho hạ tầng dùng chung và xử lý hồ sơ theo phân cấp ngân sách. Kinh phí chuyển hóa chỉ sử dụng từ chương trình, nhiệm vụ, dự án, quỹ hoặc nguồn vốn có mục tiêu, đối tượng và nội dung chi phù hợp; không hình thành một cơ chế chi mới trái pháp luật về ngân sách.</w:t>
            </w:r>
          </w:p>
        </w:tc>
      </w:tr>
      <w:tr w:rsidR="00C21F56" w:rsidRPr="00580B62" w14:paraId="4DE0256A"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48F85144" w14:textId="77777777" w:rsidR="00C21F56" w:rsidRPr="00580B62" w:rsidRDefault="00EA1121" w:rsidP="00580B62">
            <w:pPr>
              <w:jc w:val="both"/>
              <w:rPr>
                <w:rFonts w:cs="Times New Roman"/>
                <w:sz w:val="24"/>
                <w:szCs w:val="24"/>
              </w:rPr>
            </w:pPr>
            <w:r w:rsidRPr="00580B62">
              <w:rPr>
                <w:rFonts w:cs="Times New Roman"/>
                <w:b/>
                <w:sz w:val="24"/>
                <w:szCs w:val="24"/>
              </w:rPr>
              <w:t>Điều 32. Xử lý vi phạm và giải quyết phản ánh, kiến nghị</w:t>
            </w:r>
          </w:p>
          <w:p w14:paraId="795275AA" w14:textId="77777777" w:rsidR="00C21F56" w:rsidRPr="00580B62" w:rsidRDefault="00EA1121" w:rsidP="00580B62">
            <w:pPr>
              <w:jc w:val="both"/>
              <w:rPr>
                <w:rFonts w:cs="Times New Roman"/>
                <w:sz w:val="24"/>
                <w:szCs w:val="24"/>
              </w:rPr>
            </w:pPr>
            <w:r w:rsidRPr="00580B62">
              <w:rPr>
                <w:rFonts w:cs="Times New Roman"/>
                <w:sz w:val="24"/>
                <w:szCs w:val="24"/>
              </w:rPr>
              <w:t>1. Người đã quyết định công nhận đề xuất sáng kiến quyết định thu hồi kết quả công nhận khi có một trong các căn cứ sau đây:</w:t>
            </w:r>
          </w:p>
          <w:p w14:paraId="6B790466" w14:textId="77777777" w:rsidR="00C21F56" w:rsidRPr="00580B62" w:rsidRDefault="00EA1121" w:rsidP="00580B62">
            <w:pPr>
              <w:jc w:val="both"/>
              <w:rPr>
                <w:rFonts w:cs="Times New Roman"/>
                <w:sz w:val="24"/>
                <w:szCs w:val="24"/>
              </w:rPr>
            </w:pPr>
            <w:r w:rsidRPr="00580B62">
              <w:rPr>
                <w:rFonts w:cs="Times New Roman"/>
                <w:sz w:val="24"/>
                <w:szCs w:val="24"/>
              </w:rPr>
              <w:t>a) Hồ sơ có thông tin giả mạo hoặc sai sự thật làm thay đổi kết quả đánh giá;</w:t>
            </w:r>
          </w:p>
          <w:p w14:paraId="1CAAB0D2" w14:textId="77777777" w:rsidR="00C21F56" w:rsidRPr="00580B62" w:rsidRDefault="00EA1121" w:rsidP="00580B62">
            <w:pPr>
              <w:jc w:val="both"/>
              <w:rPr>
                <w:rFonts w:cs="Times New Roman"/>
                <w:sz w:val="24"/>
                <w:szCs w:val="24"/>
              </w:rPr>
            </w:pPr>
            <w:r w:rsidRPr="00580B62">
              <w:rPr>
                <w:rFonts w:cs="Times New Roman"/>
                <w:sz w:val="24"/>
                <w:szCs w:val="24"/>
              </w:rPr>
              <w:t>b) Cơ quan có thẩm quyền kết luận đề xuất xâm phạm quyền sở hữu trí tuệ, tiết lộ bí mật nhà nước, bí mật kinh doanh hoặc dữ liệu cá nhân trái pháp luật;</w:t>
            </w:r>
          </w:p>
          <w:p w14:paraId="5B4E3431" w14:textId="77777777" w:rsidR="00C21F56" w:rsidRPr="00580B62" w:rsidRDefault="00EA1121" w:rsidP="00580B62">
            <w:pPr>
              <w:jc w:val="both"/>
              <w:rPr>
                <w:rFonts w:cs="Times New Roman"/>
                <w:sz w:val="24"/>
                <w:szCs w:val="24"/>
              </w:rPr>
            </w:pPr>
            <w:r w:rsidRPr="00580B62">
              <w:rPr>
                <w:rFonts w:cs="Times New Roman"/>
                <w:sz w:val="24"/>
                <w:szCs w:val="24"/>
              </w:rPr>
              <w:t>c) Có căn cứ xác định việc can thiệp trái thẩm quyền làm thay đổi kết quả đánh giá hoặc quyết định công nhận.</w:t>
            </w:r>
          </w:p>
          <w:p w14:paraId="623515B7" w14:textId="77777777" w:rsidR="00C21F56" w:rsidRPr="00580B62" w:rsidRDefault="00EA1121" w:rsidP="00580B62">
            <w:pPr>
              <w:jc w:val="both"/>
              <w:rPr>
                <w:rFonts w:cs="Times New Roman"/>
                <w:sz w:val="24"/>
                <w:szCs w:val="24"/>
              </w:rPr>
            </w:pPr>
            <w:r w:rsidRPr="00580B62">
              <w:rPr>
                <w:rFonts w:cs="Times New Roman"/>
                <w:sz w:val="24"/>
                <w:szCs w:val="24"/>
              </w:rPr>
              <w:t>2. Trước khi quyết định thu hồi, cơ quan xử lý phải thông báo căn cứ dự kiến thu hồi cho tổ chức, cá nhân gửi đề xuất và cho phép giải trình trong thời hạn 05 ngày làm việc. Quyết định thu hồi phải nêu rõ căn cứ, hậu quả pháp lý và được công khai theo phạm vi công khai của quyết định công nhận.</w:t>
            </w:r>
          </w:p>
          <w:p w14:paraId="298EE61F" w14:textId="77777777" w:rsidR="00C21F56" w:rsidRPr="00580B62" w:rsidRDefault="00EA1121" w:rsidP="00580B62">
            <w:pPr>
              <w:jc w:val="both"/>
              <w:rPr>
                <w:rFonts w:cs="Times New Roman"/>
                <w:sz w:val="24"/>
                <w:szCs w:val="24"/>
              </w:rPr>
            </w:pPr>
            <w:r w:rsidRPr="00580B62">
              <w:rPr>
                <w:rFonts w:cs="Times New Roman"/>
                <w:sz w:val="24"/>
                <w:szCs w:val="24"/>
              </w:rPr>
              <w:t>3. Hành vi vi phạm được xử lý theo pháp luật; tổ chức, cá nhân gây thiệt hại phải bồi thường theo quy định của pháp luật.</w:t>
            </w:r>
          </w:p>
          <w:p w14:paraId="6A1F0887" w14:textId="77777777" w:rsidR="00C21F56" w:rsidRPr="00580B62" w:rsidRDefault="00EA1121" w:rsidP="00580B62">
            <w:pPr>
              <w:jc w:val="both"/>
              <w:rPr>
                <w:rFonts w:cs="Times New Roman"/>
                <w:sz w:val="24"/>
                <w:szCs w:val="24"/>
              </w:rPr>
            </w:pPr>
            <w:r w:rsidRPr="00580B62">
              <w:rPr>
                <w:rFonts w:cs="Times New Roman"/>
                <w:sz w:val="24"/>
                <w:szCs w:val="24"/>
              </w:rPr>
              <w:t>4. Cổng Sáng kiến tiếp nhận phản ánh, kiến nghị về thủ tục, tiến độ và kết quả xử lý hồ sơ; chuyển đến cơ quan có trách nhiệm và công khai trạng thái giải quyết.</w:t>
            </w:r>
          </w:p>
          <w:p w14:paraId="43971802" w14:textId="77777777" w:rsidR="00C21F56" w:rsidRPr="00580B62" w:rsidRDefault="00EA1121" w:rsidP="00580B62">
            <w:pPr>
              <w:jc w:val="both"/>
              <w:rPr>
                <w:rFonts w:cs="Times New Roman"/>
                <w:sz w:val="24"/>
                <w:szCs w:val="24"/>
              </w:rPr>
            </w:pPr>
            <w:r w:rsidRPr="00580B62">
              <w:rPr>
                <w:rFonts w:cs="Times New Roman"/>
                <w:sz w:val="24"/>
                <w:szCs w:val="24"/>
              </w:rPr>
              <w:t>5. Phản ánh, kiến nghị về văn bản quy phạm pháp luật được tiếp nhận, xử lý theo Quyết định số 48/2025/QĐ-TTg ngày 12 tháng 12 năm 2025 của Thủ tướng Chính phủ ban hành Quy chế tiếp nhận, xử lý phản ánh, kiến nghị trên Hệ thống thông tin tiếp nhận, xử lý phản ánh, kiến nghị về văn bản quy phạm pháp luật. Cổng Sáng kiến hướng dẫn người gửi chuyển nội dung đến Hệ thống thông tin này.</w:t>
            </w:r>
          </w:p>
          <w:p w14:paraId="1680CCF6" w14:textId="77777777" w:rsidR="00C21F56" w:rsidRPr="00580B62" w:rsidRDefault="00EA1121" w:rsidP="00580B62">
            <w:pPr>
              <w:jc w:val="both"/>
              <w:rPr>
                <w:rFonts w:cs="Times New Roman"/>
                <w:sz w:val="24"/>
                <w:szCs w:val="24"/>
              </w:rPr>
            </w:pPr>
            <w:r w:rsidRPr="00580B62">
              <w:rPr>
                <w:rFonts w:cs="Times New Roman"/>
                <w:sz w:val="24"/>
                <w:szCs w:val="24"/>
              </w:rPr>
              <w:t>6. Việc khiếu nại, tố cáo và giải quyết khiếu nại, tố cáo thực hiện theo pháp luật về khiếu nại, tố cáo.</w:t>
            </w:r>
          </w:p>
        </w:tc>
        <w:tc>
          <w:tcPr>
            <w:tcW w:w="4080" w:type="dxa"/>
            <w:shd w:val="clear" w:color="auto" w:fill="FFFFFF" w:themeFill="background1"/>
            <w:tcMar>
              <w:top w:w="90" w:type="dxa"/>
              <w:left w:w="110" w:type="dxa"/>
              <w:bottom w:w="90" w:type="dxa"/>
              <w:right w:w="110" w:type="dxa"/>
            </w:tcMar>
          </w:tcPr>
          <w:p w14:paraId="6643B0BD" w14:textId="77777777" w:rsidR="00C21F56" w:rsidRPr="00580B62" w:rsidRDefault="00EA1121" w:rsidP="00580B62">
            <w:pPr>
              <w:ind w:firstLine="283"/>
              <w:jc w:val="both"/>
              <w:rPr>
                <w:rFonts w:cs="Times New Roman"/>
                <w:sz w:val="24"/>
                <w:szCs w:val="24"/>
              </w:rPr>
            </w:pPr>
            <w:r w:rsidRPr="00580B62">
              <w:rPr>
                <w:rFonts w:cs="Times New Roman"/>
                <w:sz w:val="24"/>
                <w:szCs w:val="24"/>
              </w:rPr>
              <w:t>Quy định căn cứ, thẩm quyền và thủ tục thu hồi kết quả công nhận; bảo đảm quyền giải trình trước khi thu hồi. Phân biệt phản ánh, kiến nghị về việc xử lý hồ sơ trên Cổng Sáng kiến với phản ánh, kiến nghị về văn bản quy phạm pháp luật. Nội dung thứ hai được chuyển đến Hệ thống thông tin và xử lý theo Quyết định số 48/2025/QĐ-TTg ngày 12 tháng 12 năm 2025 của Thủ tướng Chính phủ.</w:t>
            </w:r>
          </w:p>
        </w:tc>
      </w:tr>
      <w:tr w:rsidR="00C21F56" w:rsidRPr="00580B62" w14:paraId="514C6CE3"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2B083CC9" w14:textId="77777777" w:rsidR="00C21F56" w:rsidRPr="00580B62" w:rsidRDefault="00EA1121" w:rsidP="00580B62">
            <w:pPr>
              <w:jc w:val="both"/>
              <w:rPr>
                <w:rFonts w:cs="Times New Roman"/>
                <w:sz w:val="24"/>
                <w:szCs w:val="24"/>
              </w:rPr>
            </w:pPr>
            <w:r w:rsidRPr="00580B62">
              <w:rPr>
                <w:rFonts w:cs="Times New Roman"/>
                <w:b/>
                <w:sz w:val="24"/>
                <w:szCs w:val="24"/>
              </w:rPr>
              <w:lastRenderedPageBreak/>
              <w:t>Điều 33. Điều khoản chuyển tiếp</w:t>
            </w:r>
          </w:p>
          <w:p w14:paraId="7610A65C" w14:textId="77777777" w:rsidR="00C21F56" w:rsidRPr="00580B62" w:rsidRDefault="00EA1121" w:rsidP="00580B62">
            <w:pPr>
              <w:jc w:val="both"/>
              <w:rPr>
                <w:rFonts w:cs="Times New Roman"/>
                <w:sz w:val="24"/>
                <w:szCs w:val="24"/>
              </w:rPr>
            </w:pPr>
            <w:r w:rsidRPr="00580B62">
              <w:rPr>
                <w:rFonts w:cs="Times New Roman"/>
                <w:sz w:val="24"/>
                <w:szCs w:val="24"/>
              </w:rPr>
              <w:t>1. Trong thời hạn 15 ngày kể từ ngày Quyết định này có hiệu lực, bộ, cơ quan ngang bộ và Ủy ban nhân dân cấp tỉnh gửi Mẫu số 12 để được cấp tài khoản cơ quan, chỉ định người quản trị chính và người quản trị dự phòng. Trong thời hạn 06 tháng kể từ ngày Quyết định này có hiệu lực, các cơ quan hoàn thành việc chuẩn hóa dữ liệu và kết nối hệ thống thông tin thuộc phạm vi quản lý với Cổng Sáng kiến.</w:t>
            </w:r>
          </w:p>
          <w:p w14:paraId="77CB123A" w14:textId="77777777" w:rsidR="00C21F56" w:rsidRPr="00580B62" w:rsidRDefault="00EA1121" w:rsidP="00580B62">
            <w:pPr>
              <w:jc w:val="both"/>
              <w:rPr>
                <w:rFonts w:cs="Times New Roman"/>
                <w:sz w:val="24"/>
                <w:szCs w:val="24"/>
              </w:rPr>
            </w:pPr>
            <w:r w:rsidRPr="00580B62">
              <w:rPr>
                <w:rFonts w:cs="Times New Roman"/>
                <w:sz w:val="24"/>
                <w:szCs w:val="24"/>
              </w:rPr>
              <w:t>2. Trước ngày Quyết định này có hiệu lực, Bộ Khoa học và Công nghệ hoàn thành việc cấu hình trên Cổng Sáng kiến các biểu mẫu điện tử, trường dữ liệu, tiêu chí, thang điểm, quy tắc phân loại và chuyển hồ sơ tự động đã được quy định trực tiếp tại Quyết định này.</w:t>
            </w:r>
          </w:p>
          <w:p w14:paraId="4487302F" w14:textId="77777777" w:rsidR="00C21F56" w:rsidRPr="00580B62" w:rsidRDefault="00EA1121" w:rsidP="00580B62">
            <w:pPr>
              <w:jc w:val="both"/>
              <w:rPr>
                <w:rFonts w:cs="Times New Roman"/>
                <w:sz w:val="24"/>
                <w:szCs w:val="24"/>
              </w:rPr>
            </w:pPr>
            <w:r w:rsidRPr="00580B62">
              <w:rPr>
                <w:rFonts w:cs="Times New Roman"/>
                <w:sz w:val="24"/>
                <w:szCs w:val="24"/>
              </w:rPr>
              <w:t>3. Trong quá trình thực hiện, khó khăn, vướng mắc về kỹ thuật được xử lý trực tiếp trên Cổng Sáng kiến. Bộ Khoa học và Công nghệ tổng hợp, báo cáo Thủ tướng Chính phủ xem xét, quyết định đối với nội dung vượt thẩm quyền hoặc cần sửa đổi Quy định này.</w:t>
            </w:r>
          </w:p>
        </w:tc>
        <w:tc>
          <w:tcPr>
            <w:tcW w:w="4080" w:type="dxa"/>
            <w:shd w:val="clear" w:color="auto" w:fill="FFFFFF" w:themeFill="background1"/>
            <w:tcMar>
              <w:top w:w="90" w:type="dxa"/>
              <w:left w:w="110" w:type="dxa"/>
              <w:bottom w:w="90" w:type="dxa"/>
              <w:right w:w="110" w:type="dxa"/>
            </w:tcMar>
          </w:tcPr>
          <w:p w14:paraId="11505152" w14:textId="77777777" w:rsidR="00C21F56" w:rsidRPr="00580B62" w:rsidRDefault="00EA1121" w:rsidP="00580B62">
            <w:pPr>
              <w:ind w:firstLine="283"/>
              <w:jc w:val="both"/>
              <w:rPr>
                <w:rFonts w:cs="Times New Roman"/>
                <w:sz w:val="24"/>
                <w:szCs w:val="24"/>
              </w:rPr>
            </w:pPr>
            <w:r w:rsidRPr="00580B62">
              <w:rPr>
                <w:rFonts w:cs="Times New Roman"/>
                <w:sz w:val="24"/>
                <w:szCs w:val="24"/>
              </w:rPr>
              <w:t>Quy định thời hạn cấp tài khoản cơ quan, chuẩn hóa và kết nối dữ liệu, cấu hình hệ thống trước khi văn bản có hiệu lực. Khó khăn kỹ thuật được xử lý trên Cổng Sáng kiến; vấn đề vượt thẩm quyền hoặc làm thay đổi quy phạm phải báo cáo Thủ tướng Chính phủ, không giao Bộ ban hành thêm hướng dẫn quy phạm.</w:t>
            </w:r>
          </w:p>
        </w:tc>
      </w:tr>
      <w:tr w:rsidR="00C21F56" w:rsidRPr="00580B62" w14:paraId="45A4AA70" w14:textId="77777777" w:rsidTr="00580B62">
        <w:trPr>
          <w:cantSplit/>
          <w:jc w:val="center"/>
        </w:trPr>
        <w:tc>
          <w:tcPr>
            <w:tcW w:w="14853" w:type="dxa"/>
            <w:gridSpan w:val="2"/>
            <w:shd w:val="clear" w:color="auto" w:fill="FFFFFF" w:themeFill="background1"/>
            <w:tcMar>
              <w:top w:w="110" w:type="dxa"/>
              <w:left w:w="110" w:type="dxa"/>
              <w:bottom w:w="110" w:type="dxa"/>
              <w:right w:w="110" w:type="dxa"/>
            </w:tcMar>
            <w:vAlign w:val="center"/>
          </w:tcPr>
          <w:p w14:paraId="7BFA1FD8" w14:textId="77777777" w:rsidR="00C21F56" w:rsidRPr="00580B62" w:rsidRDefault="00EA1121" w:rsidP="00580B62">
            <w:pPr>
              <w:jc w:val="center"/>
              <w:rPr>
                <w:rFonts w:cs="Times New Roman"/>
                <w:sz w:val="24"/>
                <w:szCs w:val="24"/>
              </w:rPr>
            </w:pPr>
            <w:r w:rsidRPr="00580B62">
              <w:rPr>
                <w:rFonts w:cs="Times New Roman"/>
                <w:b/>
                <w:sz w:val="24"/>
                <w:szCs w:val="24"/>
              </w:rPr>
              <w:t>III. PHỤ LỤC - HỆ THỐNG BIỂU MẪU ĐIỆN TỬ</w:t>
            </w:r>
          </w:p>
        </w:tc>
      </w:tr>
      <w:tr w:rsidR="00C21F56" w:rsidRPr="00580B62" w14:paraId="08902839" w14:textId="77777777" w:rsidTr="00580B62">
        <w:trPr>
          <w:cantSplit/>
          <w:jc w:val="center"/>
        </w:trPr>
        <w:tc>
          <w:tcPr>
            <w:tcW w:w="10773" w:type="dxa"/>
            <w:shd w:val="clear" w:color="auto" w:fill="FFFFFF" w:themeFill="background1"/>
            <w:tcMar>
              <w:top w:w="90" w:type="dxa"/>
              <w:left w:w="110" w:type="dxa"/>
              <w:bottom w:w="90" w:type="dxa"/>
              <w:right w:w="110" w:type="dxa"/>
            </w:tcMar>
          </w:tcPr>
          <w:p w14:paraId="592B6606" w14:textId="77777777" w:rsidR="00C21F56" w:rsidRPr="00580B62" w:rsidRDefault="00EA1121" w:rsidP="00580B62">
            <w:pPr>
              <w:jc w:val="both"/>
              <w:rPr>
                <w:rFonts w:cs="Times New Roman"/>
                <w:sz w:val="24"/>
                <w:szCs w:val="24"/>
              </w:rPr>
            </w:pPr>
            <w:r w:rsidRPr="00580B62">
              <w:rPr>
                <w:rFonts w:cs="Times New Roman"/>
                <w:b/>
                <w:sz w:val="24"/>
                <w:szCs w:val="24"/>
              </w:rPr>
              <w:t>Phụ lục gồm 12 nhóm biểu mẫu điện tử sử dụng trên Cổng Sáng kiến:</w:t>
            </w:r>
          </w:p>
          <w:p w14:paraId="70F5DE20" w14:textId="77777777" w:rsidR="00C21F56" w:rsidRPr="00580B62" w:rsidRDefault="00EA1121" w:rsidP="00580B62">
            <w:pPr>
              <w:jc w:val="both"/>
              <w:rPr>
                <w:rFonts w:cs="Times New Roman"/>
                <w:sz w:val="24"/>
                <w:szCs w:val="24"/>
              </w:rPr>
            </w:pPr>
            <w:r w:rsidRPr="00580B62">
              <w:rPr>
                <w:rFonts w:cs="Times New Roman"/>
                <w:sz w:val="24"/>
                <w:szCs w:val="24"/>
              </w:rPr>
              <w:t>1. Mẫu số 01: Phiếu đề xuất sáng kiến (Điều 10, Điều 18).</w:t>
            </w:r>
          </w:p>
          <w:p w14:paraId="23576BAF" w14:textId="77777777" w:rsidR="00C21F56" w:rsidRPr="00580B62" w:rsidRDefault="00EA1121" w:rsidP="00580B62">
            <w:pPr>
              <w:jc w:val="both"/>
              <w:rPr>
                <w:rFonts w:cs="Times New Roman"/>
                <w:sz w:val="24"/>
                <w:szCs w:val="24"/>
              </w:rPr>
            </w:pPr>
            <w:r w:rsidRPr="00580B62">
              <w:rPr>
                <w:rFonts w:cs="Times New Roman"/>
                <w:sz w:val="24"/>
                <w:szCs w:val="24"/>
              </w:rPr>
              <w:t>2. Mẫu số 02: Phiếu kết quả sàng lọc tự động (Điều 12).</w:t>
            </w:r>
          </w:p>
          <w:p w14:paraId="6BCAEE5D" w14:textId="77777777" w:rsidR="00C21F56" w:rsidRPr="00580B62" w:rsidRDefault="00EA1121" w:rsidP="00580B62">
            <w:pPr>
              <w:jc w:val="both"/>
              <w:rPr>
                <w:rFonts w:cs="Times New Roman"/>
                <w:sz w:val="24"/>
                <w:szCs w:val="24"/>
              </w:rPr>
            </w:pPr>
            <w:r w:rsidRPr="00580B62">
              <w:rPr>
                <w:rFonts w:cs="Times New Roman"/>
                <w:sz w:val="24"/>
                <w:szCs w:val="24"/>
              </w:rPr>
              <w:t>3. Mẫu số 03: Quyết định thành lập Hội đồng tư vấn (Điều 13).</w:t>
            </w:r>
          </w:p>
          <w:p w14:paraId="63276529" w14:textId="77777777" w:rsidR="00C21F56" w:rsidRPr="00580B62" w:rsidRDefault="00EA1121" w:rsidP="00580B62">
            <w:pPr>
              <w:jc w:val="both"/>
              <w:rPr>
                <w:rFonts w:cs="Times New Roman"/>
                <w:sz w:val="24"/>
                <w:szCs w:val="24"/>
              </w:rPr>
            </w:pPr>
            <w:r w:rsidRPr="00580B62">
              <w:rPr>
                <w:rFonts w:cs="Times New Roman"/>
                <w:sz w:val="24"/>
                <w:szCs w:val="24"/>
              </w:rPr>
              <w:t>4. Mẫu số 03A: Phiếu phản biện độc lập đề xuất sáng kiến (Điều 14).</w:t>
            </w:r>
          </w:p>
          <w:p w14:paraId="7960CE00" w14:textId="77777777" w:rsidR="00C21F56" w:rsidRPr="00580B62" w:rsidRDefault="00EA1121" w:rsidP="00580B62">
            <w:pPr>
              <w:jc w:val="both"/>
              <w:rPr>
                <w:rFonts w:cs="Times New Roman"/>
                <w:sz w:val="24"/>
                <w:szCs w:val="24"/>
              </w:rPr>
            </w:pPr>
            <w:r w:rsidRPr="00580B62">
              <w:rPr>
                <w:rFonts w:cs="Times New Roman"/>
                <w:sz w:val="24"/>
                <w:szCs w:val="24"/>
              </w:rPr>
              <w:t>5. Mẫu số 03B: Phiếu phản biện độc lập đề xuất sáng kiến đột phá (Điều 14).</w:t>
            </w:r>
          </w:p>
          <w:p w14:paraId="11CBDCB9" w14:textId="77777777" w:rsidR="00C21F56" w:rsidRPr="00580B62" w:rsidRDefault="00EA1121" w:rsidP="00580B62">
            <w:pPr>
              <w:jc w:val="both"/>
              <w:rPr>
                <w:rFonts w:cs="Times New Roman"/>
                <w:sz w:val="24"/>
                <w:szCs w:val="24"/>
              </w:rPr>
            </w:pPr>
            <w:r w:rsidRPr="00580B62">
              <w:rPr>
                <w:rFonts w:cs="Times New Roman"/>
                <w:sz w:val="24"/>
                <w:szCs w:val="24"/>
              </w:rPr>
              <w:t>6. Mẫu số 03C: Phiếu đánh giá và biểu quyết của thành viên Hội đồng (Điều 15, Điều 20).</w:t>
            </w:r>
          </w:p>
          <w:p w14:paraId="54DF6F76" w14:textId="77777777" w:rsidR="00C21F56" w:rsidRPr="00580B62" w:rsidRDefault="00EA1121" w:rsidP="00580B62">
            <w:pPr>
              <w:jc w:val="both"/>
              <w:rPr>
                <w:rFonts w:cs="Times New Roman"/>
                <w:sz w:val="24"/>
                <w:szCs w:val="24"/>
              </w:rPr>
            </w:pPr>
            <w:r w:rsidRPr="00580B62">
              <w:rPr>
                <w:rFonts w:cs="Times New Roman"/>
                <w:sz w:val="24"/>
                <w:szCs w:val="24"/>
              </w:rPr>
              <w:t>7. Mẫu số 04: Phiếu tổng hợp kết quả đánh giá (Điều 15, Điều 20).</w:t>
            </w:r>
          </w:p>
          <w:p w14:paraId="1AC3DBEF" w14:textId="77777777" w:rsidR="00C21F56" w:rsidRPr="00580B62" w:rsidRDefault="00EA1121" w:rsidP="00580B62">
            <w:pPr>
              <w:jc w:val="both"/>
              <w:rPr>
                <w:rFonts w:cs="Times New Roman"/>
                <w:sz w:val="24"/>
                <w:szCs w:val="24"/>
              </w:rPr>
            </w:pPr>
            <w:r w:rsidRPr="00580B62">
              <w:rPr>
                <w:rFonts w:cs="Times New Roman"/>
                <w:sz w:val="24"/>
                <w:szCs w:val="24"/>
              </w:rPr>
              <w:t>8. Mẫu số 05: Biên bản đánh giá của Hội đồng tư vấn (Điều 15, Điều 20).</w:t>
            </w:r>
          </w:p>
          <w:p w14:paraId="66D92009" w14:textId="77777777" w:rsidR="00C21F56" w:rsidRPr="00580B62" w:rsidRDefault="00EA1121" w:rsidP="00580B62">
            <w:pPr>
              <w:jc w:val="both"/>
              <w:rPr>
                <w:rFonts w:cs="Times New Roman"/>
                <w:sz w:val="24"/>
                <w:szCs w:val="24"/>
              </w:rPr>
            </w:pPr>
            <w:r w:rsidRPr="00580B62">
              <w:rPr>
                <w:rFonts w:cs="Times New Roman"/>
                <w:sz w:val="24"/>
                <w:szCs w:val="24"/>
              </w:rPr>
              <w:t>9. Mẫu số 06: Quyết định công nhận đề xuất sáng kiến (Điều 17, Điều 21).</w:t>
            </w:r>
          </w:p>
          <w:p w14:paraId="32AEECA9" w14:textId="77777777" w:rsidR="00C21F56" w:rsidRPr="00580B62" w:rsidRDefault="00EA1121" w:rsidP="00580B62">
            <w:pPr>
              <w:jc w:val="both"/>
              <w:rPr>
                <w:rFonts w:cs="Times New Roman"/>
                <w:sz w:val="24"/>
                <w:szCs w:val="24"/>
              </w:rPr>
            </w:pPr>
            <w:r w:rsidRPr="00580B62">
              <w:rPr>
                <w:rFonts w:cs="Times New Roman"/>
                <w:sz w:val="24"/>
                <w:szCs w:val="24"/>
              </w:rPr>
              <w:t>10. Mẫu số 07: Phiếu thông báo kết quả không công nhận (Điều 17, Điều 21).</w:t>
            </w:r>
          </w:p>
          <w:p w14:paraId="7BB9DEBE" w14:textId="77777777" w:rsidR="00C21F56" w:rsidRPr="00580B62" w:rsidRDefault="00EA1121" w:rsidP="00580B62">
            <w:pPr>
              <w:jc w:val="both"/>
              <w:rPr>
                <w:rFonts w:cs="Times New Roman"/>
                <w:sz w:val="24"/>
                <w:szCs w:val="24"/>
              </w:rPr>
            </w:pPr>
            <w:r w:rsidRPr="00580B62">
              <w:rPr>
                <w:rFonts w:cs="Times New Roman"/>
                <w:sz w:val="24"/>
                <w:szCs w:val="24"/>
              </w:rPr>
              <w:t>11. Mẫu số 08: Phiếu chuyển hồ sơ đến sàn giao dịch khoa học và công nghệ (Điều 25).</w:t>
            </w:r>
          </w:p>
          <w:p w14:paraId="24A30694" w14:textId="77777777" w:rsidR="00C21F56" w:rsidRPr="00580B62" w:rsidRDefault="00EA1121" w:rsidP="00580B62">
            <w:pPr>
              <w:jc w:val="both"/>
              <w:rPr>
                <w:rFonts w:cs="Times New Roman"/>
                <w:sz w:val="24"/>
                <w:szCs w:val="24"/>
              </w:rPr>
            </w:pPr>
            <w:r w:rsidRPr="00580B62">
              <w:rPr>
                <w:rFonts w:cs="Times New Roman"/>
                <w:sz w:val="24"/>
                <w:szCs w:val="24"/>
              </w:rPr>
              <w:t>12. Mẫu số 09: Phiếu đề xuất hình thành nhiệm vụ khoa học, công nghệ và đổi mới sáng tạo (Điều 24).</w:t>
            </w:r>
          </w:p>
          <w:p w14:paraId="1D401071" w14:textId="77777777" w:rsidR="00C21F56" w:rsidRPr="00580B62" w:rsidRDefault="00EA1121" w:rsidP="00580B62">
            <w:pPr>
              <w:jc w:val="both"/>
              <w:rPr>
                <w:rFonts w:cs="Times New Roman"/>
                <w:sz w:val="24"/>
                <w:szCs w:val="24"/>
              </w:rPr>
            </w:pPr>
            <w:r w:rsidRPr="00580B62">
              <w:rPr>
                <w:rFonts w:cs="Times New Roman"/>
                <w:sz w:val="24"/>
                <w:szCs w:val="24"/>
              </w:rPr>
              <w:t>13. Mẫu số 10: Phiếu chuyển hồ sơ đến quỹ hoặc chương trình hỗ trợ (Điều 25).</w:t>
            </w:r>
          </w:p>
          <w:p w14:paraId="3DC38D20" w14:textId="77777777" w:rsidR="00C21F56" w:rsidRPr="00580B62" w:rsidRDefault="00EA1121" w:rsidP="00580B62">
            <w:pPr>
              <w:jc w:val="both"/>
              <w:rPr>
                <w:rFonts w:cs="Times New Roman"/>
                <w:sz w:val="24"/>
                <w:szCs w:val="24"/>
              </w:rPr>
            </w:pPr>
            <w:r w:rsidRPr="00580B62">
              <w:rPr>
                <w:rFonts w:cs="Times New Roman"/>
                <w:sz w:val="24"/>
                <w:szCs w:val="24"/>
              </w:rPr>
              <w:t>14. Mẫu số 11: Báo cáo kết quả xử lý đề xuất sáng kiến (Điều 30).</w:t>
            </w:r>
          </w:p>
          <w:p w14:paraId="1209E8CF" w14:textId="77777777" w:rsidR="00C21F56" w:rsidRPr="00580B62" w:rsidRDefault="00EA1121" w:rsidP="00580B62">
            <w:pPr>
              <w:jc w:val="both"/>
              <w:rPr>
                <w:rFonts w:cs="Times New Roman"/>
                <w:sz w:val="24"/>
                <w:szCs w:val="24"/>
              </w:rPr>
            </w:pPr>
            <w:r w:rsidRPr="00580B62">
              <w:rPr>
                <w:rFonts w:cs="Times New Roman"/>
                <w:sz w:val="24"/>
                <w:szCs w:val="24"/>
              </w:rPr>
              <w:t>15. Mẫu số 12: Phiếu đề nghị tạo, thay đổi hoặc thu hồi tài khoản cơ quan (Điều 6, Điều 33).</w:t>
            </w:r>
          </w:p>
        </w:tc>
        <w:tc>
          <w:tcPr>
            <w:tcW w:w="4080" w:type="dxa"/>
            <w:shd w:val="clear" w:color="auto" w:fill="FFFFFF" w:themeFill="background1"/>
            <w:tcMar>
              <w:top w:w="90" w:type="dxa"/>
              <w:left w:w="110" w:type="dxa"/>
              <w:bottom w:w="90" w:type="dxa"/>
              <w:right w:w="110" w:type="dxa"/>
            </w:tcMar>
          </w:tcPr>
          <w:p w14:paraId="2134FB0F" w14:textId="77777777" w:rsidR="00C21F56" w:rsidRPr="00580B62" w:rsidRDefault="00EA1121" w:rsidP="00580B62">
            <w:pPr>
              <w:ind w:firstLine="283"/>
              <w:jc w:val="both"/>
              <w:rPr>
                <w:rFonts w:cs="Times New Roman"/>
                <w:sz w:val="24"/>
                <w:szCs w:val="24"/>
              </w:rPr>
            </w:pPr>
            <w:r w:rsidRPr="00580B62">
              <w:rPr>
                <w:rFonts w:cs="Times New Roman"/>
                <w:sz w:val="24"/>
                <w:szCs w:val="24"/>
              </w:rPr>
              <w:t>Hệ thống biểu mẫu được quy định trực tiếp và cấu hình điện tử trên Cổng Sáng kiến, bảo đảm các cơ quan áp dụng thống nhất. Mẫu số 01 dành đủ không gian để trình bày ý tưởng, lựa chọn lĩnh vực, địa bàn, cơ quan dự kiến xử lý và nhu cầu hỗ trợ. Các mẫu đánh giá có phần nhận xét theo tiêu chí, tổng hợp kết quả, biên bản và kết luận. Các mẫu xử lý đầu ra tách rõ chuyển sàn, hình thành nhiệm vụ và chuyển quỹ hoặc chương trình. Danh mục biểu mẫu khớp với các điều khoản dẫn chiếu trong Quy định.</w:t>
            </w:r>
          </w:p>
        </w:tc>
      </w:tr>
    </w:tbl>
    <w:p w14:paraId="1D63C7E9" w14:textId="77777777" w:rsidR="00EA1121" w:rsidRDefault="00EA1121"/>
    <w:sectPr w:rsidR="00EA1121" w:rsidSect="00034616">
      <w:footerReference w:type="default" r:id="rId8"/>
      <w:pgSz w:w="16838" w:h="11906" w:orient="landscape"/>
      <w:pgMar w:top="1020" w:right="850" w:bottom="1020" w:left="113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D6F0B" w14:textId="77777777" w:rsidR="00EA1121" w:rsidRDefault="00EA1121">
      <w:pPr>
        <w:spacing w:line="240" w:lineRule="auto"/>
      </w:pPr>
      <w:r>
        <w:separator/>
      </w:r>
    </w:p>
  </w:endnote>
  <w:endnote w:type="continuationSeparator" w:id="0">
    <w:p w14:paraId="471F4104" w14:textId="77777777" w:rsidR="00EA1121" w:rsidRDefault="00EA11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33041" w14:textId="77777777" w:rsidR="00C21F56" w:rsidRDefault="00EA1121">
    <w:pPr>
      <w:pStyle w:val="Footer"/>
      <w:jc w:val="center"/>
    </w:pPr>
    <w:r>
      <w:fldChar w:fldCharType="begin"/>
    </w:r>
    <w:r>
      <w:instrText>PAGE</w:instrText>
    </w:r>
    <w:r>
      <w:fldChar w:fldCharType="separate"/>
    </w:r>
    <w:r w:rsidR="00580B6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4F78F" w14:textId="77777777" w:rsidR="00EA1121" w:rsidRDefault="00EA1121">
      <w:pPr>
        <w:spacing w:line="240" w:lineRule="auto"/>
      </w:pPr>
      <w:r>
        <w:separator/>
      </w:r>
    </w:p>
  </w:footnote>
  <w:footnote w:type="continuationSeparator" w:id="0">
    <w:p w14:paraId="6E83C4B2" w14:textId="77777777" w:rsidR="00EA1121" w:rsidRDefault="00EA112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66109433">
    <w:abstractNumId w:val="8"/>
  </w:num>
  <w:num w:numId="2" w16cid:durableId="1850562770">
    <w:abstractNumId w:val="6"/>
  </w:num>
  <w:num w:numId="3" w16cid:durableId="1635217120">
    <w:abstractNumId w:val="5"/>
  </w:num>
  <w:num w:numId="4" w16cid:durableId="1061639361">
    <w:abstractNumId w:val="4"/>
  </w:num>
  <w:num w:numId="5" w16cid:durableId="533659849">
    <w:abstractNumId w:val="7"/>
  </w:num>
  <w:num w:numId="6" w16cid:durableId="2018069444">
    <w:abstractNumId w:val="3"/>
  </w:num>
  <w:num w:numId="7" w16cid:durableId="871651718">
    <w:abstractNumId w:val="2"/>
  </w:num>
  <w:num w:numId="8" w16cid:durableId="1898391674">
    <w:abstractNumId w:val="1"/>
  </w:num>
  <w:num w:numId="9" w16cid:durableId="1164857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B17"/>
    <w:rsid w:val="0015074B"/>
    <w:rsid w:val="0029639D"/>
    <w:rsid w:val="002B10E2"/>
    <w:rsid w:val="00326F90"/>
    <w:rsid w:val="00391134"/>
    <w:rsid w:val="00580B62"/>
    <w:rsid w:val="00AA1D8D"/>
    <w:rsid w:val="00B47730"/>
    <w:rsid w:val="00C21F56"/>
    <w:rsid w:val="00CB0664"/>
    <w:rsid w:val="00EA112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59214F"/>
  <w14:defaultImageDpi w14:val="300"/>
  <w15:docId w15:val="{C87898FE-81CD-4A71-831D-71C186FA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Times New Roman" w:eastAsia="Times New Roman" w:hAnsi="Times New Roman"/>
      <w:sz w:val="21"/>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10796</Words>
  <Characters>47073</Characters>
  <Application>Microsoft Office Word</Application>
  <DocSecurity>0</DocSecurity>
  <Lines>1238</Lines>
  <Paragraphs>741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57128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so sánh, thuyết minh nội dung dự thảo Quyết định về Cổng Sáng kiến</dc:title>
  <dc:subject/>
  <dc:creator>Bộ Khoa học và Công nghệ</dc:creator>
  <cp:keywords/>
  <dc:description>generated by python-docx</dc:description>
  <cp:lastModifiedBy>TRUONG LE KHA</cp:lastModifiedBy>
  <cp:revision>2</cp:revision>
  <dcterms:created xsi:type="dcterms:W3CDTF">2026-07-31T14:16:00Z</dcterms:created>
  <dcterms:modified xsi:type="dcterms:W3CDTF">2026-07-31T14:16:00Z</dcterms:modified>
  <cp:category/>
</cp:coreProperties>
</file>