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10252" w14:textId="77777777" w:rsidR="00BC7E0E" w:rsidRPr="007D41B6" w:rsidRDefault="00A531B5" w:rsidP="006D5D4A">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PHỤ LỤC</w:t>
      </w:r>
    </w:p>
    <w:p w14:paraId="2C2474CE" w14:textId="77777777" w:rsidR="00B74DBF" w:rsidRDefault="00EE3461" w:rsidP="006D5D4A">
      <w:pPr>
        <w:spacing w:before="120" w:after="120" w:line="264" w:lineRule="auto"/>
        <w:jc w:val="center"/>
        <w:rPr>
          <w:rFonts w:cs="Times New Roman"/>
          <w:b/>
          <w:color w:val="000000" w:themeColor="text1"/>
          <w:sz w:val="28"/>
          <w:szCs w:val="28"/>
          <w:lang w:val="vi-VN"/>
        </w:rPr>
      </w:pPr>
      <w:r w:rsidRPr="007D41B6">
        <w:rPr>
          <w:rFonts w:cs="Times New Roman"/>
          <w:b/>
          <w:color w:val="000000" w:themeColor="text1"/>
          <w:sz w:val="28"/>
          <w:szCs w:val="28"/>
        </w:rPr>
        <w:t xml:space="preserve">DANH MỤC </w:t>
      </w:r>
      <w:r w:rsidR="005F0B58" w:rsidRPr="007D41B6">
        <w:rPr>
          <w:rFonts w:cs="Times New Roman"/>
          <w:b/>
          <w:color w:val="000000" w:themeColor="text1"/>
          <w:sz w:val="28"/>
          <w:szCs w:val="28"/>
        </w:rPr>
        <w:t xml:space="preserve">NHÓM NHIỆM VỤ TRỌNG TÂM </w:t>
      </w:r>
      <w:r w:rsidR="00A531B5" w:rsidRPr="007D41B6">
        <w:rPr>
          <w:rFonts w:cs="Times New Roman"/>
          <w:b/>
          <w:color w:val="000000" w:themeColor="text1"/>
          <w:sz w:val="28"/>
          <w:szCs w:val="28"/>
        </w:rPr>
        <w:t xml:space="preserve">CHIẾN LƯỢC QUỐC GIA </w:t>
      </w:r>
    </w:p>
    <w:p w14:paraId="5302CF51" w14:textId="522AF2BD" w:rsidR="00BC7E0E" w:rsidRPr="00ED0352" w:rsidRDefault="00A531B5" w:rsidP="006D5D4A">
      <w:pPr>
        <w:spacing w:before="120" w:after="120" w:line="264" w:lineRule="auto"/>
        <w:jc w:val="center"/>
        <w:rPr>
          <w:rFonts w:cs="Times New Roman"/>
          <w:b/>
          <w:color w:val="000000" w:themeColor="text1"/>
          <w:sz w:val="28"/>
          <w:szCs w:val="28"/>
          <w:lang w:val="vi-VN"/>
        </w:rPr>
      </w:pPr>
      <w:r w:rsidRPr="00ED0352">
        <w:rPr>
          <w:rFonts w:cs="Times New Roman"/>
          <w:b/>
          <w:color w:val="000000" w:themeColor="text1"/>
          <w:sz w:val="28"/>
          <w:szCs w:val="28"/>
          <w:lang w:val="vi-VN"/>
        </w:rPr>
        <w:t>VỀ TRÍ TUỆ NHÂN TẠO</w:t>
      </w:r>
      <w:r w:rsidR="00B74DBF">
        <w:rPr>
          <w:rFonts w:cs="Times New Roman"/>
          <w:b/>
          <w:color w:val="000000" w:themeColor="text1"/>
          <w:sz w:val="28"/>
          <w:szCs w:val="28"/>
          <w:lang w:val="vi-VN"/>
        </w:rPr>
        <w:t xml:space="preserve"> </w:t>
      </w:r>
      <w:r w:rsidRPr="00ED0352">
        <w:rPr>
          <w:rFonts w:cs="Times New Roman"/>
          <w:b/>
          <w:color w:val="000000" w:themeColor="text1"/>
          <w:sz w:val="28"/>
          <w:szCs w:val="28"/>
          <w:lang w:val="vi-VN"/>
        </w:rPr>
        <w:t>ĐẾN NĂM 2030</w:t>
      </w:r>
      <w:r w:rsidR="005F0B58" w:rsidRPr="00ED0352">
        <w:rPr>
          <w:rFonts w:cs="Times New Roman"/>
          <w:b/>
          <w:color w:val="000000" w:themeColor="text1"/>
          <w:sz w:val="28"/>
          <w:szCs w:val="28"/>
          <w:lang w:val="vi-VN"/>
        </w:rPr>
        <w:t xml:space="preserve">, TẦM NHÌN </w:t>
      </w:r>
      <w:r w:rsidR="00C3780B" w:rsidRPr="00ED0352">
        <w:rPr>
          <w:rFonts w:cs="Times New Roman"/>
          <w:b/>
          <w:color w:val="000000" w:themeColor="text1"/>
          <w:sz w:val="28"/>
          <w:szCs w:val="28"/>
          <w:lang w:val="vi-VN"/>
        </w:rPr>
        <w:t>ĐẾN</w:t>
      </w:r>
      <w:r w:rsidR="00C3780B">
        <w:rPr>
          <w:rFonts w:cs="Times New Roman"/>
          <w:b/>
          <w:color w:val="000000" w:themeColor="text1"/>
          <w:sz w:val="28"/>
          <w:szCs w:val="28"/>
          <w:lang w:val="vi-VN"/>
        </w:rPr>
        <w:t xml:space="preserve"> NĂM </w:t>
      </w:r>
      <w:r w:rsidR="005F0B58" w:rsidRPr="00ED0352">
        <w:rPr>
          <w:rFonts w:cs="Times New Roman"/>
          <w:b/>
          <w:color w:val="000000" w:themeColor="text1"/>
          <w:sz w:val="28"/>
          <w:szCs w:val="28"/>
          <w:lang w:val="vi-VN"/>
        </w:rPr>
        <w:t>2045</w:t>
      </w:r>
    </w:p>
    <w:p w14:paraId="07BA8DCA" w14:textId="7577506E" w:rsidR="00C3780B" w:rsidRPr="00C3780B" w:rsidRDefault="00C3780B" w:rsidP="006D5D4A">
      <w:pPr>
        <w:spacing w:before="120" w:after="120" w:line="264" w:lineRule="auto"/>
        <w:jc w:val="center"/>
        <w:rPr>
          <w:rFonts w:cs="Times New Roman"/>
          <w:i/>
          <w:iCs/>
          <w:color w:val="000000" w:themeColor="text1"/>
          <w:sz w:val="28"/>
          <w:szCs w:val="28"/>
          <w:lang w:val="vi-VN"/>
        </w:rPr>
      </w:pPr>
      <w:r w:rsidRPr="00C3780B">
        <w:rPr>
          <w:i/>
          <w:iCs/>
          <w:noProof/>
          <w:color w:val="000000" w:themeColor="text1"/>
          <w:sz w:val="24"/>
          <w:szCs w:val="24"/>
        </w:rPr>
        <mc:AlternateContent>
          <mc:Choice Requires="wps">
            <w:drawing>
              <wp:anchor distT="0" distB="0" distL="114300" distR="114300" simplePos="0" relativeHeight="251659264" behindDoc="0" locked="0" layoutInCell="1" allowOverlap="1" wp14:anchorId="73FC24AD" wp14:editId="092206EE">
                <wp:simplePos x="0" y="0"/>
                <wp:positionH relativeFrom="column">
                  <wp:posOffset>4244340</wp:posOffset>
                </wp:positionH>
                <wp:positionV relativeFrom="paragraph">
                  <wp:posOffset>315595</wp:posOffset>
                </wp:positionV>
                <wp:extent cx="847725" cy="0"/>
                <wp:effectExtent l="0" t="0" r="9525"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2D83DD7"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2pt,24.85pt" to="400.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"/>
            </w:pict>
          </mc:Fallback>
        </mc:AlternateContent>
      </w:r>
      <w:r w:rsidRPr="00C3780B">
        <w:rPr>
          <w:rFonts w:cs="Times New Roman"/>
          <w:i/>
          <w:iCs/>
          <w:color w:val="000000" w:themeColor="text1"/>
          <w:sz w:val="28"/>
          <w:szCs w:val="28"/>
          <w:lang w:val="vi-VN"/>
        </w:rPr>
        <w:t xml:space="preserve">(Kèm theo Quyết định số </w:t>
      </w:r>
      <w:r w:rsidR="000E0697">
        <w:rPr>
          <w:rFonts w:cs="Times New Roman"/>
          <w:i/>
          <w:iCs/>
          <w:color w:val="000000" w:themeColor="text1"/>
          <w:sz w:val="28"/>
          <w:szCs w:val="28"/>
          <w:lang w:val="vi-VN"/>
        </w:rPr>
        <w:tab/>
      </w:r>
      <w:r w:rsidR="000E0697">
        <w:rPr>
          <w:rFonts w:cs="Times New Roman"/>
          <w:i/>
          <w:iCs/>
          <w:color w:val="000000" w:themeColor="text1"/>
          <w:sz w:val="28"/>
          <w:szCs w:val="28"/>
          <w:lang w:val="vi-VN"/>
        </w:rPr>
        <w:tab/>
      </w:r>
      <w:r w:rsidR="000E0697">
        <w:rPr>
          <w:rFonts w:cs="Times New Roman"/>
          <w:i/>
          <w:iCs/>
          <w:color w:val="000000" w:themeColor="text1"/>
          <w:sz w:val="28"/>
          <w:szCs w:val="28"/>
          <w:lang w:val="vi-VN"/>
        </w:rPr>
        <w:tab/>
      </w:r>
      <w:r w:rsidRPr="00C3780B">
        <w:rPr>
          <w:rFonts w:cs="Times New Roman"/>
          <w:i/>
          <w:iCs/>
          <w:color w:val="000000" w:themeColor="text1"/>
          <w:sz w:val="28"/>
          <w:szCs w:val="28"/>
          <w:lang w:val="vi-VN"/>
        </w:rPr>
        <w:t xml:space="preserve"> ngày </w:t>
      </w:r>
      <w:r w:rsidR="000E0697">
        <w:rPr>
          <w:rFonts w:cs="Times New Roman"/>
          <w:i/>
          <w:iCs/>
          <w:color w:val="000000" w:themeColor="text1"/>
          <w:sz w:val="28"/>
          <w:szCs w:val="28"/>
          <w:lang w:val="vi-VN"/>
        </w:rPr>
        <w:tab/>
      </w:r>
      <w:r w:rsidR="000E0697">
        <w:rPr>
          <w:rFonts w:cs="Times New Roman"/>
          <w:i/>
          <w:iCs/>
          <w:color w:val="000000" w:themeColor="text1"/>
          <w:sz w:val="28"/>
          <w:szCs w:val="28"/>
          <w:lang w:val="vi-VN"/>
        </w:rPr>
        <w:tab/>
      </w:r>
      <w:r w:rsidRPr="00C3780B">
        <w:rPr>
          <w:rFonts w:cs="Times New Roman"/>
          <w:i/>
          <w:iCs/>
          <w:color w:val="000000" w:themeColor="text1"/>
          <w:sz w:val="28"/>
          <w:szCs w:val="28"/>
          <w:lang w:val="vi-VN"/>
        </w:rPr>
        <w:t xml:space="preserve"> tháng </w:t>
      </w:r>
      <w:r w:rsidR="000E0697">
        <w:rPr>
          <w:rFonts w:cs="Times New Roman"/>
          <w:i/>
          <w:iCs/>
          <w:color w:val="000000" w:themeColor="text1"/>
          <w:sz w:val="28"/>
          <w:szCs w:val="28"/>
          <w:lang w:val="vi-VN"/>
        </w:rPr>
        <w:tab/>
      </w:r>
      <w:r w:rsidRPr="00C3780B">
        <w:rPr>
          <w:rFonts w:cs="Times New Roman"/>
          <w:i/>
          <w:iCs/>
          <w:color w:val="000000" w:themeColor="text1"/>
          <w:sz w:val="28"/>
          <w:szCs w:val="28"/>
          <w:lang w:val="vi-VN"/>
        </w:rPr>
        <w:t>năm 2026 của Thủ tướng Chính phủ)</w:t>
      </w:r>
    </w:p>
    <w:p w14:paraId="71EA1482" w14:textId="27E732CB" w:rsidR="00C3780B" w:rsidRPr="00C3780B" w:rsidRDefault="00C3780B" w:rsidP="006D5D4A">
      <w:pPr>
        <w:spacing w:before="120" w:after="120" w:line="264" w:lineRule="auto"/>
        <w:jc w:val="center"/>
        <w:rPr>
          <w:rFonts w:cs="Times New Roman"/>
          <w:color w:val="000000" w:themeColor="text1"/>
          <w:sz w:val="28"/>
          <w:szCs w:val="28"/>
          <w:lang w:val="vi-VN"/>
        </w:rPr>
      </w:pPr>
    </w:p>
    <w:p w14:paraId="5A4A6C2B" w14:textId="77777777" w:rsidR="00BC7E0E" w:rsidRPr="0098690D" w:rsidRDefault="00A531B5"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98690D">
        <w:rPr>
          <w:rFonts w:ascii="Times New Roman" w:hAnsi="Times New Roman" w:cs="Times New Roman"/>
          <w:color w:val="000000" w:themeColor="text1"/>
          <w:sz w:val="28"/>
          <w:szCs w:val="28"/>
          <w:lang w:val="vi-VN"/>
        </w:rPr>
        <w:t>Nhóm nhiệm vụ 1. Phát triển nhân lực AI và kỹ năng AI toàn dân</w:t>
      </w:r>
    </w:p>
    <w:tbl>
      <w:tblPr>
        <w:tblStyle w:val="TableGrid"/>
        <w:tblW w:w="5000" w:type="pct"/>
        <w:tblLook w:val="04A0" w:firstRow="1" w:lastRow="0" w:firstColumn="1" w:lastColumn="0" w:noHBand="0" w:noVBand="1"/>
      </w:tblPr>
      <w:tblGrid>
        <w:gridCol w:w="996"/>
        <w:gridCol w:w="2800"/>
        <w:gridCol w:w="1660"/>
        <w:gridCol w:w="2101"/>
        <w:gridCol w:w="2160"/>
        <w:gridCol w:w="2699"/>
        <w:gridCol w:w="1556"/>
      </w:tblGrid>
      <w:tr w:rsidR="00CC3FAF" w:rsidRPr="007D41B6" w14:paraId="10789CC7" w14:textId="77777777" w:rsidTr="00085706">
        <w:trPr>
          <w:tblHeader/>
        </w:trPr>
        <w:tc>
          <w:tcPr>
            <w:tcW w:w="356" w:type="pct"/>
          </w:tcPr>
          <w:p w14:paraId="74248103" w14:textId="77777777" w:rsidR="00CC3FAF" w:rsidRPr="00ED0352" w:rsidRDefault="00CC3FAF" w:rsidP="006D5D4A">
            <w:pPr>
              <w:spacing w:before="120" w:after="120" w:line="264" w:lineRule="auto"/>
              <w:jc w:val="center"/>
              <w:rPr>
                <w:rFonts w:cs="Times New Roman"/>
                <w:color w:val="000000" w:themeColor="text1"/>
                <w:sz w:val="28"/>
                <w:szCs w:val="28"/>
              </w:rPr>
            </w:pPr>
            <w:r w:rsidRPr="00ED0352">
              <w:rPr>
                <w:rFonts w:cs="Times New Roman"/>
                <w:b/>
                <w:color w:val="000000" w:themeColor="text1"/>
                <w:sz w:val="28"/>
                <w:szCs w:val="28"/>
              </w:rPr>
              <w:t>STT</w:t>
            </w:r>
          </w:p>
        </w:tc>
        <w:tc>
          <w:tcPr>
            <w:tcW w:w="1002" w:type="pct"/>
          </w:tcPr>
          <w:p w14:paraId="377656A9" w14:textId="77777777" w:rsidR="00CC3FAF" w:rsidRPr="00ED0352" w:rsidRDefault="00CC3FAF" w:rsidP="006D5D4A">
            <w:pPr>
              <w:spacing w:before="120" w:after="120" w:line="264" w:lineRule="auto"/>
              <w:jc w:val="center"/>
              <w:rPr>
                <w:rFonts w:cs="Times New Roman"/>
                <w:color w:val="000000" w:themeColor="text1"/>
                <w:sz w:val="28"/>
                <w:szCs w:val="28"/>
                <w:lang w:val="vi-VN"/>
              </w:rPr>
            </w:pPr>
            <w:r w:rsidRPr="00ED0352">
              <w:rPr>
                <w:rFonts w:cs="Times New Roman"/>
                <w:b/>
                <w:color w:val="000000" w:themeColor="text1"/>
                <w:sz w:val="28"/>
                <w:szCs w:val="28"/>
              </w:rPr>
              <w:t>Nhiệm vụ</w:t>
            </w:r>
          </w:p>
        </w:tc>
        <w:tc>
          <w:tcPr>
            <w:tcW w:w="594" w:type="pct"/>
          </w:tcPr>
          <w:p w14:paraId="51E773ED" w14:textId="4A40643C" w:rsidR="00CC3FAF" w:rsidRPr="00ED0352" w:rsidRDefault="00377D39" w:rsidP="006D5D4A">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w:t>
            </w:r>
            <w:r>
              <w:rPr>
                <w:rFonts w:cs="Times New Roman"/>
                <w:b/>
                <w:color w:val="000000" w:themeColor="text1"/>
                <w:sz w:val="28"/>
                <w:szCs w:val="28"/>
                <w:lang w:val="vi-VN"/>
              </w:rPr>
              <w:t>ơ quan</w:t>
            </w:r>
            <w:r w:rsidR="00CC3FAF" w:rsidRPr="00ED0352">
              <w:rPr>
                <w:rFonts w:cs="Times New Roman"/>
                <w:b/>
                <w:color w:val="000000" w:themeColor="text1"/>
                <w:sz w:val="28"/>
                <w:szCs w:val="28"/>
              </w:rPr>
              <w:t xml:space="preserve"> chủ trì</w:t>
            </w:r>
          </w:p>
        </w:tc>
        <w:tc>
          <w:tcPr>
            <w:tcW w:w="752" w:type="pct"/>
          </w:tcPr>
          <w:p w14:paraId="37571F78" w14:textId="19CD69A8" w:rsidR="00CC3FAF" w:rsidRPr="00ED0352" w:rsidRDefault="00377D39" w:rsidP="006D5D4A">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CC3FAF" w:rsidRPr="00ED0352">
              <w:rPr>
                <w:rFonts w:cs="Times New Roman"/>
                <w:b/>
                <w:color w:val="000000" w:themeColor="text1"/>
                <w:sz w:val="28"/>
                <w:szCs w:val="28"/>
              </w:rPr>
              <w:t xml:space="preserve"> phối hợp</w:t>
            </w:r>
          </w:p>
        </w:tc>
        <w:tc>
          <w:tcPr>
            <w:tcW w:w="773" w:type="pct"/>
          </w:tcPr>
          <w:p w14:paraId="245F064D" w14:textId="77777777" w:rsidR="00CC3FAF" w:rsidRPr="00ED0352" w:rsidRDefault="00CC3FAF" w:rsidP="006D5D4A">
            <w:pPr>
              <w:spacing w:before="120" w:after="120" w:line="264" w:lineRule="auto"/>
              <w:jc w:val="center"/>
              <w:rPr>
                <w:rFonts w:cs="Times New Roman"/>
                <w:color w:val="000000" w:themeColor="text1"/>
                <w:sz w:val="28"/>
                <w:szCs w:val="28"/>
              </w:rPr>
            </w:pPr>
            <w:r w:rsidRPr="00ED0352">
              <w:rPr>
                <w:rFonts w:cs="Times New Roman"/>
                <w:b/>
                <w:color w:val="000000" w:themeColor="text1"/>
                <w:sz w:val="28"/>
                <w:szCs w:val="28"/>
              </w:rPr>
              <w:t>Kết quả đầu ra</w:t>
            </w:r>
          </w:p>
        </w:tc>
        <w:tc>
          <w:tcPr>
            <w:tcW w:w="966" w:type="pct"/>
          </w:tcPr>
          <w:p w14:paraId="6C818B4A" w14:textId="77777777" w:rsidR="00CC3FAF" w:rsidRPr="00ED0352" w:rsidRDefault="00CC3FAF" w:rsidP="006D5D4A">
            <w:pPr>
              <w:spacing w:before="120" w:after="120" w:line="264" w:lineRule="auto"/>
              <w:jc w:val="center"/>
              <w:rPr>
                <w:rFonts w:cs="Times New Roman"/>
                <w:color w:val="000000" w:themeColor="text1"/>
                <w:sz w:val="28"/>
                <w:szCs w:val="28"/>
              </w:rPr>
            </w:pPr>
            <w:r w:rsidRPr="00ED0352">
              <w:rPr>
                <w:rFonts w:cs="Times New Roman"/>
                <w:b/>
                <w:color w:val="000000" w:themeColor="text1"/>
                <w:sz w:val="28"/>
                <w:szCs w:val="28"/>
              </w:rPr>
              <w:t>Chỉ tiêu đánh giá</w:t>
            </w:r>
          </w:p>
        </w:tc>
        <w:tc>
          <w:tcPr>
            <w:tcW w:w="557" w:type="pct"/>
          </w:tcPr>
          <w:p w14:paraId="40C9957C" w14:textId="591D798C" w:rsidR="00CC3FAF" w:rsidRPr="00965352" w:rsidRDefault="00C97E67" w:rsidP="006D5D4A">
            <w:pPr>
              <w:spacing w:before="120" w:after="120" w:line="264" w:lineRule="auto"/>
              <w:jc w:val="center"/>
              <w:rPr>
                <w:rFonts w:cs="Times New Roman"/>
                <w:color w:val="000000" w:themeColor="text1"/>
                <w:sz w:val="28"/>
                <w:szCs w:val="28"/>
                <w:lang w:val="vi-VN"/>
              </w:rPr>
            </w:pPr>
            <w:r w:rsidRPr="00ED0352">
              <w:rPr>
                <w:rFonts w:cs="Times New Roman"/>
                <w:b/>
                <w:color w:val="000000" w:themeColor="text1"/>
                <w:sz w:val="28"/>
                <w:szCs w:val="28"/>
              </w:rPr>
              <w:t>Thời</w:t>
            </w:r>
            <w:r w:rsidR="00965352">
              <w:rPr>
                <w:rFonts w:cs="Times New Roman"/>
                <w:b/>
                <w:color w:val="000000" w:themeColor="text1"/>
                <w:sz w:val="28"/>
                <w:szCs w:val="28"/>
                <w:lang w:val="vi-VN"/>
              </w:rPr>
              <w:t xml:space="preserve"> gian thực hiện</w:t>
            </w:r>
          </w:p>
        </w:tc>
      </w:tr>
      <w:tr w:rsidR="00CC3FAF" w:rsidRPr="007D41B6" w14:paraId="2D007252" w14:textId="77777777" w:rsidTr="00085706">
        <w:tc>
          <w:tcPr>
            <w:tcW w:w="356" w:type="pct"/>
          </w:tcPr>
          <w:p w14:paraId="7E2332E4" w14:textId="77777777" w:rsidR="00CC3FAF" w:rsidRPr="007D41B6" w:rsidRDefault="00CC3FAF" w:rsidP="006D5D4A">
            <w:pPr>
              <w:pStyle w:val="ListParagraph"/>
              <w:numPr>
                <w:ilvl w:val="0"/>
                <w:numId w:val="10"/>
              </w:numPr>
              <w:spacing w:before="120" w:after="120" w:line="264" w:lineRule="auto"/>
              <w:jc w:val="both"/>
              <w:rPr>
                <w:rFonts w:cs="Times New Roman"/>
                <w:color w:val="000000" w:themeColor="text1"/>
                <w:sz w:val="28"/>
                <w:szCs w:val="28"/>
              </w:rPr>
            </w:pPr>
          </w:p>
        </w:tc>
        <w:tc>
          <w:tcPr>
            <w:tcW w:w="1002" w:type="pct"/>
          </w:tcPr>
          <w:p w14:paraId="2764424D" w14:textId="04C91C3D" w:rsidR="00CC3FAF" w:rsidRPr="00ED0352"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Xây dựng và triển khai Chương trình quốc gia phát triển nhân lực AI</w:t>
            </w:r>
            <w:r w:rsidR="00ED0352">
              <w:rPr>
                <w:rFonts w:cs="Times New Roman"/>
                <w:color w:val="000000" w:themeColor="text1"/>
                <w:sz w:val="28"/>
                <w:szCs w:val="28"/>
                <w:lang w:val="vi-VN"/>
              </w:rPr>
              <w:t>.</w:t>
            </w:r>
          </w:p>
        </w:tc>
        <w:tc>
          <w:tcPr>
            <w:tcW w:w="594" w:type="pct"/>
          </w:tcPr>
          <w:p w14:paraId="4C5045FC" w14:textId="77777777" w:rsidR="00CC3FAF" w:rsidRPr="007D41B6"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752" w:type="pct"/>
          </w:tcPr>
          <w:p w14:paraId="3E99AF5C" w14:textId="77777777" w:rsidR="00CC3FAF" w:rsidRPr="007D41B6" w:rsidRDefault="00CC3FAF" w:rsidP="006D5D4A">
            <w:pPr>
              <w:spacing w:before="120" w:after="120" w:line="264" w:lineRule="auto"/>
              <w:jc w:val="both"/>
              <w:rPr>
                <w:rFonts w:cs="Times New Roman"/>
                <w:color w:val="000000" w:themeColor="text1"/>
                <w:sz w:val="28"/>
                <w:szCs w:val="28"/>
                <w:lang w:val="vi-VN"/>
              </w:rPr>
            </w:pPr>
          </w:p>
        </w:tc>
        <w:tc>
          <w:tcPr>
            <w:tcW w:w="773" w:type="pct"/>
          </w:tcPr>
          <w:p w14:paraId="28E93BF5" w14:textId="324D024A" w:rsidR="00CC3FAF" w:rsidRPr="007D41B6"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Chương trình quốc gia phát triển nhân lực AI</w:t>
            </w:r>
            <w:r w:rsidR="00ED0352">
              <w:rPr>
                <w:rFonts w:cs="Times New Roman"/>
                <w:color w:val="000000" w:themeColor="text1"/>
                <w:sz w:val="28"/>
                <w:szCs w:val="28"/>
                <w:lang w:val="vi-VN"/>
              </w:rPr>
              <w:t>.</w:t>
            </w:r>
          </w:p>
        </w:tc>
        <w:tc>
          <w:tcPr>
            <w:tcW w:w="966" w:type="pct"/>
          </w:tcPr>
          <w:p w14:paraId="715BED12" w14:textId="54A54CD2" w:rsidR="006410DF" w:rsidRPr="007D41B6" w:rsidRDefault="00ED0352"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lang w:val="vi-VN"/>
              </w:rPr>
              <w:t xml:space="preserve">- </w:t>
            </w:r>
            <w:r w:rsidR="006410DF" w:rsidRPr="007D41B6">
              <w:rPr>
                <w:rFonts w:cs="Times New Roman"/>
                <w:color w:val="000000" w:themeColor="text1"/>
                <w:sz w:val="28"/>
                <w:szCs w:val="28"/>
                <w:lang w:val="vi-VN"/>
              </w:rPr>
              <w:t>Đến năm 2030, tối thiểu 50.000 chuyên gia, kỹ sư trình độ cao về phát triển, triển khai, vận hành, kiểm định và an toàn AI.</w:t>
            </w:r>
          </w:p>
          <w:p w14:paraId="7286B6C6" w14:textId="6851399D" w:rsidR="006410DF" w:rsidRPr="007D41B6" w:rsidRDefault="00ED0352"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lang w:val="vi-VN"/>
              </w:rPr>
              <w:t xml:space="preserve">- </w:t>
            </w:r>
            <w:r w:rsidR="006410DF" w:rsidRPr="00C3780B">
              <w:rPr>
                <w:rFonts w:cs="Times New Roman"/>
                <w:color w:val="000000" w:themeColor="text1"/>
                <w:sz w:val="28"/>
                <w:szCs w:val="28"/>
                <w:lang w:val="vi-VN"/>
              </w:rPr>
              <w:t>Đào tạo, bồi dưỡng tối thiểu 500.000 nhân lực AI và nhân lực triển khai AI trong khu vực công, doanh nghiệp và các ngành, lĩnh vực trọng điểm.</w:t>
            </w:r>
          </w:p>
          <w:p w14:paraId="16ADF030" w14:textId="77777777" w:rsidR="00CC3FAF" w:rsidRPr="007D41B6" w:rsidRDefault="00CC3FAF" w:rsidP="006D5D4A">
            <w:pPr>
              <w:spacing w:before="120" w:after="120" w:line="264" w:lineRule="auto"/>
              <w:jc w:val="both"/>
              <w:rPr>
                <w:rFonts w:cs="Times New Roman"/>
                <w:color w:val="000000" w:themeColor="text1"/>
                <w:sz w:val="28"/>
                <w:szCs w:val="28"/>
                <w:lang w:val="vi-VN"/>
              </w:rPr>
            </w:pPr>
          </w:p>
        </w:tc>
        <w:tc>
          <w:tcPr>
            <w:tcW w:w="557" w:type="pct"/>
          </w:tcPr>
          <w:p w14:paraId="29E40E2C" w14:textId="2ED76D15" w:rsidR="00CC3FAF" w:rsidRPr="007D41B6" w:rsidRDefault="00965352" w:rsidP="006D5D4A">
            <w:pPr>
              <w:spacing w:before="120" w:after="120" w:line="264" w:lineRule="auto"/>
              <w:jc w:val="both"/>
              <w:rPr>
                <w:rFonts w:cs="Times New Roman"/>
                <w:color w:val="000000" w:themeColor="text1"/>
                <w:sz w:val="28"/>
                <w:szCs w:val="28"/>
              </w:rPr>
            </w:pPr>
            <w:r>
              <w:rPr>
                <w:rFonts w:cs="Times New Roman"/>
                <w:color w:val="000000" w:themeColor="text1"/>
                <w:sz w:val="28"/>
                <w:szCs w:val="28"/>
              </w:rPr>
              <w:t>Năm</w:t>
            </w:r>
            <w:r>
              <w:rPr>
                <w:rFonts w:cs="Times New Roman"/>
                <w:color w:val="000000" w:themeColor="text1"/>
                <w:sz w:val="28"/>
                <w:szCs w:val="28"/>
                <w:lang w:val="vi-VN"/>
              </w:rPr>
              <w:t xml:space="preserve"> </w:t>
            </w:r>
            <w:r w:rsidR="00CC3FAF" w:rsidRPr="007D41B6">
              <w:rPr>
                <w:rFonts w:cs="Times New Roman"/>
                <w:color w:val="000000" w:themeColor="text1"/>
                <w:sz w:val="28"/>
                <w:szCs w:val="28"/>
              </w:rPr>
              <w:t>2026</w:t>
            </w:r>
          </w:p>
        </w:tc>
      </w:tr>
      <w:tr w:rsidR="00CC3FAF" w:rsidRPr="007D41B6" w14:paraId="232F9826" w14:textId="77777777" w:rsidTr="00085706">
        <w:tc>
          <w:tcPr>
            <w:tcW w:w="356" w:type="pct"/>
          </w:tcPr>
          <w:p w14:paraId="052E8072" w14:textId="411D8601" w:rsidR="00CC3FAF" w:rsidRPr="007D41B6" w:rsidRDefault="009A5C5C" w:rsidP="006D5D4A">
            <w:pPr>
              <w:spacing w:before="120" w:after="120" w:line="264" w:lineRule="auto"/>
              <w:ind w:left="360"/>
              <w:jc w:val="both"/>
              <w:rPr>
                <w:rFonts w:cs="Times New Roman"/>
                <w:color w:val="000000" w:themeColor="text1"/>
                <w:sz w:val="28"/>
                <w:szCs w:val="28"/>
              </w:rPr>
            </w:pPr>
            <w:r w:rsidRPr="007D41B6">
              <w:rPr>
                <w:rFonts w:cs="Times New Roman"/>
                <w:color w:val="000000" w:themeColor="text1"/>
                <w:sz w:val="28"/>
                <w:szCs w:val="28"/>
              </w:rPr>
              <w:lastRenderedPageBreak/>
              <w:t>1.1.</w:t>
            </w:r>
          </w:p>
        </w:tc>
        <w:tc>
          <w:tcPr>
            <w:tcW w:w="1002" w:type="pct"/>
          </w:tcPr>
          <w:p w14:paraId="640241EB" w14:textId="74138DDC" w:rsidR="00CC3FAF" w:rsidRPr="007D41B6" w:rsidRDefault="00235823" w:rsidP="006D5D4A">
            <w:pPr>
              <w:spacing w:before="120" w:after="120" w:line="264" w:lineRule="auto"/>
              <w:jc w:val="both"/>
              <w:rPr>
                <w:rFonts w:cs="Times New Roman"/>
                <w:color w:val="000000" w:themeColor="text1"/>
                <w:sz w:val="28"/>
                <w:szCs w:val="28"/>
              </w:rPr>
            </w:pPr>
            <w:r>
              <w:rPr>
                <w:rFonts w:cs="Times New Roman"/>
                <w:color w:val="000000" w:themeColor="text1"/>
                <w:sz w:val="28"/>
                <w:szCs w:val="28"/>
                <w:lang w:val="vi-VN"/>
              </w:rPr>
              <w:t>Xây dựng</w:t>
            </w:r>
            <w:r w:rsidR="00CC3FAF" w:rsidRPr="007D41B6">
              <w:rPr>
                <w:rFonts w:cs="Times New Roman"/>
                <w:color w:val="000000" w:themeColor="text1"/>
                <w:sz w:val="28"/>
                <w:szCs w:val="28"/>
                <w:lang w:val="vi-VN"/>
              </w:rPr>
              <w:t xml:space="preserve"> khung năng lực và chương trình đào tạo chuyên biệt dành cho giáo viên ở các cấp học (từ tiểu học đến phổ thông trung học) để trang bị kiến thức nền tảng về AI, có phương pháp sư phạm phù hợp cho việc giảng dạy và kỹ năng </w:t>
            </w:r>
            <w:r w:rsidR="00D542A5" w:rsidRPr="007D41B6">
              <w:rPr>
                <w:rFonts w:cs="Times New Roman"/>
                <w:color w:val="000000" w:themeColor="text1"/>
                <w:sz w:val="28"/>
                <w:szCs w:val="28"/>
              </w:rPr>
              <w:t>sử</w:t>
            </w:r>
            <w:r w:rsidR="00CC3FAF" w:rsidRPr="007D41B6">
              <w:rPr>
                <w:rFonts w:cs="Times New Roman"/>
                <w:color w:val="000000" w:themeColor="text1"/>
                <w:sz w:val="28"/>
                <w:szCs w:val="28"/>
                <w:lang w:val="vi-VN"/>
              </w:rPr>
              <w:t xml:space="preserve"> dụng các công cụ AI trong giáo dục, tập trung vào tư duy giải quyết vấn đề và tư duy tính toán</w:t>
            </w:r>
            <w:r w:rsidR="00AD1B50">
              <w:rPr>
                <w:rFonts w:cs="Times New Roman"/>
                <w:color w:val="000000" w:themeColor="text1"/>
                <w:sz w:val="28"/>
                <w:szCs w:val="28"/>
                <w:lang w:val="vi-VN"/>
              </w:rPr>
              <w:t>.</w:t>
            </w:r>
          </w:p>
        </w:tc>
        <w:tc>
          <w:tcPr>
            <w:tcW w:w="594" w:type="pct"/>
          </w:tcPr>
          <w:p w14:paraId="45A7D087" w14:textId="77777777" w:rsidR="00CC3FAF" w:rsidRPr="007D41B6"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752" w:type="pct"/>
          </w:tcPr>
          <w:p w14:paraId="51F7A40F" w14:textId="74E8037C" w:rsidR="00CC3FAF" w:rsidRPr="00C3780B" w:rsidRDefault="00E759FF"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cơ sở đào tạo, doanh nghiệp</w:t>
            </w:r>
          </w:p>
        </w:tc>
        <w:tc>
          <w:tcPr>
            <w:tcW w:w="773" w:type="pct"/>
          </w:tcPr>
          <w:p w14:paraId="245DA533" w14:textId="77777777" w:rsidR="00CC3FAF" w:rsidRPr="007D41B6" w:rsidRDefault="0023376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Khung năng lực và chương trình đào tạo, bồi dưỡng AI cho giáo viên các cấp được ban hành, triển khai phù hợp với yêu cầu đưa AI vào giáo dục.</w:t>
            </w:r>
          </w:p>
        </w:tc>
        <w:tc>
          <w:tcPr>
            <w:tcW w:w="966" w:type="pct"/>
          </w:tcPr>
          <w:p w14:paraId="37974F86" w14:textId="77777777" w:rsidR="009C796B" w:rsidRPr="007D41B6" w:rsidRDefault="009C796B" w:rsidP="006D5D4A">
            <w:pPr>
              <w:spacing w:before="120" w:after="120" w:line="264" w:lineRule="auto"/>
              <w:jc w:val="both"/>
              <w:rPr>
                <w:rFonts w:cs="Times New Roman"/>
                <w:color w:val="000000" w:themeColor="text1"/>
                <w:sz w:val="28"/>
                <w:szCs w:val="28"/>
                <w:lang w:val="vi-VN"/>
              </w:rPr>
            </w:pPr>
          </w:p>
        </w:tc>
        <w:tc>
          <w:tcPr>
            <w:tcW w:w="557" w:type="pct"/>
          </w:tcPr>
          <w:p w14:paraId="42D291C9" w14:textId="19DA44C9" w:rsidR="00CC3FAF" w:rsidRPr="00235823" w:rsidRDefault="00235823"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lang w:val="vi-VN"/>
              </w:rPr>
              <w:t>Tháng 8/2026</w:t>
            </w:r>
          </w:p>
        </w:tc>
      </w:tr>
      <w:tr w:rsidR="00CC3FAF" w:rsidRPr="007D41B6" w14:paraId="36D3F498" w14:textId="77777777" w:rsidTr="00085706">
        <w:tc>
          <w:tcPr>
            <w:tcW w:w="356" w:type="pct"/>
          </w:tcPr>
          <w:p w14:paraId="73ECB242" w14:textId="36D62C6F" w:rsidR="00CC3FAF" w:rsidRPr="007D41B6" w:rsidRDefault="009A5C5C" w:rsidP="006D5D4A">
            <w:pPr>
              <w:spacing w:before="120" w:after="120" w:line="264" w:lineRule="auto"/>
              <w:ind w:left="360"/>
              <w:jc w:val="both"/>
              <w:rPr>
                <w:rFonts w:cs="Times New Roman"/>
                <w:color w:val="000000" w:themeColor="text1"/>
                <w:sz w:val="28"/>
                <w:szCs w:val="28"/>
              </w:rPr>
            </w:pPr>
            <w:r w:rsidRPr="007D41B6">
              <w:rPr>
                <w:rFonts w:cs="Times New Roman"/>
                <w:color w:val="000000" w:themeColor="text1"/>
                <w:sz w:val="28"/>
                <w:szCs w:val="28"/>
              </w:rPr>
              <w:t>1.2.</w:t>
            </w:r>
          </w:p>
        </w:tc>
        <w:tc>
          <w:tcPr>
            <w:tcW w:w="1002" w:type="pct"/>
          </w:tcPr>
          <w:p w14:paraId="5A7F809E" w14:textId="7D4442E3" w:rsidR="00CC3FAF" w:rsidRPr="007D41B6" w:rsidRDefault="00CC3FA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Đưa AI vào chương trình giáo dục các cấp và phát triển các chương trình đào tạo lại, nâng cao kỹ năng (reskill, upskill) về AI cho người lao động</w:t>
            </w:r>
            <w:r w:rsidR="00235823">
              <w:rPr>
                <w:rFonts w:cs="Times New Roman"/>
                <w:color w:val="000000" w:themeColor="text1"/>
                <w:sz w:val="28"/>
                <w:szCs w:val="28"/>
                <w:lang w:val="vi-VN"/>
              </w:rPr>
              <w:t>.</w:t>
            </w:r>
          </w:p>
        </w:tc>
        <w:tc>
          <w:tcPr>
            <w:tcW w:w="594" w:type="pct"/>
          </w:tcPr>
          <w:p w14:paraId="687603F0" w14:textId="77777777" w:rsidR="00CC3FAF" w:rsidRPr="007D41B6"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752" w:type="pct"/>
          </w:tcPr>
          <w:p w14:paraId="12820687" w14:textId="0A0D3462" w:rsidR="00CC3FAF" w:rsidRPr="007D41B6" w:rsidRDefault="00E759FF"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cơ sở đào tạo, doanh nghiệp</w:t>
            </w:r>
          </w:p>
        </w:tc>
        <w:tc>
          <w:tcPr>
            <w:tcW w:w="773" w:type="pct"/>
          </w:tcPr>
          <w:p w14:paraId="21411195" w14:textId="3EC70A6E" w:rsidR="00CC3FAF" w:rsidRPr="007D41B6"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Chương trình đào tạo được ban hành</w:t>
            </w:r>
            <w:r w:rsidR="00235823">
              <w:rPr>
                <w:rFonts w:cs="Times New Roman"/>
                <w:color w:val="000000" w:themeColor="text1"/>
                <w:sz w:val="28"/>
                <w:szCs w:val="28"/>
                <w:lang w:val="vi-VN"/>
              </w:rPr>
              <w:t>.</w:t>
            </w:r>
          </w:p>
        </w:tc>
        <w:tc>
          <w:tcPr>
            <w:tcW w:w="966" w:type="pct"/>
          </w:tcPr>
          <w:p w14:paraId="584C3EDE" w14:textId="77777777" w:rsidR="009C796B" w:rsidRPr="007D41B6" w:rsidRDefault="009C796B" w:rsidP="006D5D4A">
            <w:pPr>
              <w:spacing w:before="120" w:after="120" w:line="264" w:lineRule="auto"/>
              <w:jc w:val="both"/>
              <w:rPr>
                <w:rFonts w:cs="Times New Roman"/>
                <w:color w:val="000000" w:themeColor="text1"/>
                <w:sz w:val="28"/>
                <w:szCs w:val="28"/>
                <w:lang w:val="vi-VN"/>
              </w:rPr>
            </w:pPr>
          </w:p>
        </w:tc>
        <w:tc>
          <w:tcPr>
            <w:tcW w:w="557" w:type="pct"/>
          </w:tcPr>
          <w:p w14:paraId="0014BE44" w14:textId="4C414AD0" w:rsidR="00CC3FAF" w:rsidRPr="00235823" w:rsidRDefault="00235823"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rPr>
              <w:t>Thường</w:t>
            </w:r>
            <w:r>
              <w:rPr>
                <w:rFonts w:cs="Times New Roman"/>
                <w:color w:val="000000" w:themeColor="text1"/>
                <w:sz w:val="28"/>
                <w:szCs w:val="28"/>
                <w:lang w:val="vi-VN"/>
              </w:rPr>
              <w:t xml:space="preserve"> xuyên</w:t>
            </w:r>
          </w:p>
        </w:tc>
      </w:tr>
      <w:tr w:rsidR="00CC3FAF" w:rsidRPr="007D41B6" w14:paraId="10052246" w14:textId="77777777" w:rsidTr="00085706">
        <w:tc>
          <w:tcPr>
            <w:tcW w:w="356" w:type="pct"/>
          </w:tcPr>
          <w:p w14:paraId="7C5B4668" w14:textId="345E8951" w:rsidR="00CC3FAF" w:rsidRPr="007D41B6" w:rsidRDefault="009A5C5C" w:rsidP="006D5D4A">
            <w:pPr>
              <w:spacing w:before="120" w:after="120" w:line="264" w:lineRule="auto"/>
              <w:ind w:left="360"/>
              <w:jc w:val="both"/>
              <w:rPr>
                <w:rFonts w:cs="Times New Roman"/>
                <w:color w:val="000000" w:themeColor="text1"/>
                <w:sz w:val="28"/>
                <w:szCs w:val="28"/>
              </w:rPr>
            </w:pPr>
            <w:r w:rsidRPr="007D41B6">
              <w:rPr>
                <w:rFonts w:cs="Times New Roman"/>
                <w:color w:val="000000" w:themeColor="text1"/>
                <w:sz w:val="28"/>
                <w:szCs w:val="28"/>
              </w:rPr>
              <w:lastRenderedPageBreak/>
              <w:t>1.3.</w:t>
            </w:r>
          </w:p>
        </w:tc>
        <w:tc>
          <w:tcPr>
            <w:tcW w:w="1002" w:type="pct"/>
          </w:tcPr>
          <w:p w14:paraId="54A8ED6E" w14:textId="108426B2" w:rsidR="00CC3FAF" w:rsidRPr="007D41B6" w:rsidRDefault="00CC3FA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Thiết kế, triển khai các chương trình đào tạo cao đẳng, đại học thuộc lĩnh vực AI theo hướng vừa học vừa làm (kết hợp giữa doanh nghiệp và nhà trường)</w:t>
            </w:r>
            <w:r w:rsidR="00235823">
              <w:rPr>
                <w:rFonts w:cs="Times New Roman"/>
                <w:color w:val="000000" w:themeColor="text1"/>
                <w:sz w:val="28"/>
                <w:szCs w:val="28"/>
                <w:lang w:val="vi-VN"/>
              </w:rPr>
              <w:t>.</w:t>
            </w:r>
          </w:p>
        </w:tc>
        <w:tc>
          <w:tcPr>
            <w:tcW w:w="594" w:type="pct"/>
          </w:tcPr>
          <w:p w14:paraId="6FA9734B" w14:textId="77777777" w:rsidR="00CC3FAF" w:rsidRPr="007D41B6"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752" w:type="pct"/>
          </w:tcPr>
          <w:p w14:paraId="52B8F862" w14:textId="0840C9AB" w:rsidR="00CC3FAF" w:rsidRPr="00C3780B"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r w:rsidR="00E759FF" w:rsidRPr="00C3780B">
              <w:rPr>
                <w:rFonts w:cs="Times New Roman"/>
                <w:color w:val="000000" w:themeColor="text1"/>
                <w:sz w:val="28"/>
                <w:szCs w:val="28"/>
                <w:lang w:val="vi-VN"/>
              </w:rPr>
              <w:t>, các cơ sở đào tạo, doanh nghiệp</w:t>
            </w:r>
          </w:p>
        </w:tc>
        <w:tc>
          <w:tcPr>
            <w:tcW w:w="773" w:type="pct"/>
          </w:tcPr>
          <w:p w14:paraId="1D1DB66C" w14:textId="62E8B94C" w:rsidR="00CC3FAF" w:rsidRPr="00235823" w:rsidRDefault="00CC3FA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Chương trình đào tạo</w:t>
            </w:r>
            <w:r w:rsidR="00235823">
              <w:rPr>
                <w:rFonts w:cs="Times New Roman"/>
                <w:color w:val="000000" w:themeColor="text1"/>
                <w:sz w:val="28"/>
                <w:szCs w:val="28"/>
                <w:lang w:val="vi-VN"/>
              </w:rPr>
              <w:t>.</w:t>
            </w:r>
          </w:p>
        </w:tc>
        <w:tc>
          <w:tcPr>
            <w:tcW w:w="966" w:type="pct"/>
          </w:tcPr>
          <w:p w14:paraId="579B8CFB" w14:textId="77777777" w:rsidR="0023376E" w:rsidRPr="007D41B6" w:rsidRDefault="0023376E" w:rsidP="006D5D4A">
            <w:pPr>
              <w:spacing w:before="120" w:after="120" w:line="264" w:lineRule="auto"/>
              <w:jc w:val="both"/>
              <w:rPr>
                <w:rFonts w:cs="Times New Roman"/>
                <w:color w:val="000000" w:themeColor="text1"/>
                <w:sz w:val="28"/>
                <w:szCs w:val="28"/>
                <w:lang w:val="vi-VN"/>
              </w:rPr>
            </w:pPr>
          </w:p>
        </w:tc>
        <w:tc>
          <w:tcPr>
            <w:tcW w:w="557" w:type="pct"/>
          </w:tcPr>
          <w:p w14:paraId="057C6396" w14:textId="2BC941A9" w:rsidR="00CC3FAF" w:rsidRPr="00235823" w:rsidRDefault="00235823"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rPr>
              <w:t>Thường</w:t>
            </w:r>
            <w:r>
              <w:rPr>
                <w:rFonts w:cs="Times New Roman"/>
                <w:color w:val="000000" w:themeColor="text1"/>
                <w:sz w:val="28"/>
                <w:szCs w:val="28"/>
                <w:lang w:val="vi-VN"/>
              </w:rPr>
              <w:t xml:space="preserve"> xuyên</w:t>
            </w:r>
          </w:p>
        </w:tc>
      </w:tr>
      <w:tr w:rsidR="00235823" w:rsidRPr="007D41B6" w14:paraId="1CADB566" w14:textId="77777777" w:rsidTr="00085706">
        <w:tc>
          <w:tcPr>
            <w:tcW w:w="356" w:type="pct"/>
          </w:tcPr>
          <w:p w14:paraId="4BA5C55A" w14:textId="28022D4D" w:rsidR="00235823" w:rsidRPr="007D41B6" w:rsidRDefault="00235823" w:rsidP="00235823">
            <w:pPr>
              <w:spacing w:before="120" w:after="120" w:line="264" w:lineRule="auto"/>
              <w:ind w:left="360"/>
              <w:jc w:val="both"/>
              <w:rPr>
                <w:rFonts w:cs="Times New Roman"/>
                <w:color w:val="000000" w:themeColor="text1"/>
                <w:sz w:val="28"/>
                <w:szCs w:val="28"/>
              </w:rPr>
            </w:pPr>
            <w:r w:rsidRPr="007D41B6">
              <w:rPr>
                <w:rFonts w:cs="Times New Roman"/>
                <w:color w:val="000000" w:themeColor="text1"/>
                <w:sz w:val="28"/>
                <w:szCs w:val="28"/>
              </w:rPr>
              <w:t>1.4.</w:t>
            </w:r>
          </w:p>
        </w:tc>
        <w:tc>
          <w:tcPr>
            <w:tcW w:w="1002" w:type="pct"/>
          </w:tcPr>
          <w:p w14:paraId="3190E7E9" w14:textId="38CD40F3" w:rsidR="00235823" w:rsidRPr="007D41B6" w:rsidRDefault="00235823" w:rsidP="00235823">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Đào tạo lại, nâng cao kỹ năng (reskill, upskill) các chuyên gia, kỹ sư trong các ngành, lĩnh vực thành chuyên gia, kỹ sư về AI</w:t>
            </w:r>
            <w:r>
              <w:rPr>
                <w:rFonts w:cs="Times New Roman"/>
                <w:color w:val="000000" w:themeColor="text1"/>
                <w:sz w:val="28"/>
                <w:szCs w:val="28"/>
                <w:lang w:val="vi-VN"/>
              </w:rPr>
              <w:t>.</w:t>
            </w:r>
          </w:p>
        </w:tc>
        <w:tc>
          <w:tcPr>
            <w:tcW w:w="594" w:type="pct"/>
          </w:tcPr>
          <w:p w14:paraId="1F1DA3CC" w14:textId="1B4D80AC" w:rsidR="00235823" w:rsidRPr="007D41B6" w:rsidRDefault="00235823" w:rsidP="00235823">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752" w:type="pct"/>
          </w:tcPr>
          <w:p w14:paraId="4F218DE5" w14:textId="718A9FDC" w:rsidR="00235823" w:rsidRPr="00C3780B" w:rsidRDefault="00235823" w:rsidP="00235823">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r w:rsidRPr="00C3780B">
              <w:rPr>
                <w:rFonts w:cs="Times New Roman"/>
                <w:color w:val="000000" w:themeColor="text1"/>
                <w:sz w:val="28"/>
                <w:szCs w:val="28"/>
                <w:lang w:val="vi-VN"/>
              </w:rPr>
              <w:t>, các cơ sở đào tạo, doanh nghiệp</w:t>
            </w:r>
          </w:p>
        </w:tc>
        <w:tc>
          <w:tcPr>
            <w:tcW w:w="773" w:type="pct"/>
          </w:tcPr>
          <w:p w14:paraId="554D5A4A" w14:textId="15198EB3" w:rsidR="00235823" w:rsidRPr="00C3780B" w:rsidRDefault="00235823" w:rsidP="00235823">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Ban hành Chương trình đào tạo chuyển đổi thành kỹ sư AI</w:t>
            </w:r>
            <w:r>
              <w:rPr>
                <w:rFonts w:cs="Times New Roman"/>
                <w:color w:val="000000" w:themeColor="text1"/>
                <w:sz w:val="28"/>
                <w:szCs w:val="28"/>
                <w:lang w:val="vi-VN"/>
              </w:rPr>
              <w:t>.</w:t>
            </w:r>
          </w:p>
        </w:tc>
        <w:tc>
          <w:tcPr>
            <w:tcW w:w="966" w:type="pct"/>
          </w:tcPr>
          <w:p w14:paraId="138DA965" w14:textId="77777777" w:rsidR="00235823" w:rsidRPr="007D41B6" w:rsidRDefault="00235823" w:rsidP="00235823">
            <w:pPr>
              <w:spacing w:before="120" w:after="120" w:line="264" w:lineRule="auto"/>
              <w:jc w:val="both"/>
              <w:rPr>
                <w:rFonts w:cs="Times New Roman"/>
                <w:color w:val="000000" w:themeColor="text1"/>
                <w:sz w:val="28"/>
                <w:szCs w:val="28"/>
                <w:lang w:val="vi-VN"/>
              </w:rPr>
            </w:pPr>
          </w:p>
        </w:tc>
        <w:tc>
          <w:tcPr>
            <w:tcW w:w="557" w:type="pct"/>
          </w:tcPr>
          <w:p w14:paraId="3CA8395F" w14:textId="1A49E5CB" w:rsidR="00235823" w:rsidRPr="007D41B6" w:rsidRDefault="00235823" w:rsidP="00235823">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rPr>
              <w:t>Thường</w:t>
            </w:r>
            <w:r>
              <w:rPr>
                <w:rFonts w:cs="Times New Roman"/>
                <w:color w:val="000000" w:themeColor="text1"/>
                <w:sz w:val="28"/>
                <w:szCs w:val="28"/>
                <w:lang w:val="vi-VN"/>
              </w:rPr>
              <w:t xml:space="preserve"> xuyên</w:t>
            </w:r>
          </w:p>
        </w:tc>
      </w:tr>
      <w:tr w:rsidR="00AA6AFE" w:rsidRPr="007D41B6" w14:paraId="08F91EBD" w14:textId="77777777" w:rsidTr="00085706">
        <w:tc>
          <w:tcPr>
            <w:tcW w:w="356" w:type="pct"/>
          </w:tcPr>
          <w:p w14:paraId="2AE1311A" w14:textId="77777777" w:rsidR="00AA6AFE" w:rsidRPr="007D41B6" w:rsidRDefault="00AA6AFE" w:rsidP="006D5D4A">
            <w:pPr>
              <w:pStyle w:val="ListParagraph"/>
              <w:numPr>
                <w:ilvl w:val="0"/>
                <w:numId w:val="10"/>
              </w:numPr>
              <w:spacing w:before="120" w:after="120" w:line="264" w:lineRule="auto"/>
              <w:jc w:val="both"/>
              <w:rPr>
                <w:rFonts w:cs="Times New Roman"/>
                <w:color w:val="000000" w:themeColor="text1"/>
                <w:sz w:val="28"/>
                <w:szCs w:val="28"/>
              </w:rPr>
            </w:pPr>
          </w:p>
        </w:tc>
        <w:tc>
          <w:tcPr>
            <w:tcW w:w="1002" w:type="pct"/>
          </w:tcPr>
          <w:p w14:paraId="1C2576A2" w14:textId="29E42DB3"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Phát triển nguồn nhân lực thiết kế, sản xuất chip AI chuyên dụng</w:t>
            </w:r>
            <w:r w:rsidR="00235823">
              <w:rPr>
                <w:rFonts w:cs="Times New Roman"/>
                <w:color w:val="000000" w:themeColor="text1"/>
                <w:sz w:val="28"/>
                <w:szCs w:val="28"/>
                <w:lang w:val="vi-VN"/>
              </w:rPr>
              <w:t>.</w:t>
            </w:r>
          </w:p>
        </w:tc>
        <w:tc>
          <w:tcPr>
            <w:tcW w:w="594" w:type="pct"/>
          </w:tcPr>
          <w:p w14:paraId="6444E391" w14:textId="0678A2FA"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752" w:type="pct"/>
          </w:tcPr>
          <w:p w14:paraId="41DB0CCA" w14:textId="77777777" w:rsidR="00AA6AFE" w:rsidRPr="007D41B6" w:rsidRDefault="00AA6AFE" w:rsidP="006D5D4A">
            <w:pPr>
              <w:spacing w:before="120" w:after="120" w:line="264" w:lineRule="auto"/>
              <w:jc w:val="both"/>
              <w:rPr>
                <w:rFonts w:cs="Times New Roman"/>
                <w:color w:val="000000" w:themeColor="text1"/>
                <w:sz w:val="28"/>
                <w:szCs w:val="28"/>
                <w:lang w:val="vi-VN"/>
              </w:rPr>
            </w:pPr>
          </w:p>
        </w:tc>
        <w:tc>
          <w:tcPr>
            <w:tcW w:w="773" w:type="pct"/>
          </w:tcPr>
          <w:p w14:paraId="0B86766E" w14:textId="77777777" w:rsidR="00AA6AFE" w:rsidRPr="007D41B6" w:rsidRDefault="00AA6AFE" w:rsidP="006D5D4A">
            <w:pPr>
              <w:spacing w:before="120" w:after="120" w:line="264" w:lineRule="auto"/>
              <w:jc w:val="both"/>
              <w:rPr>
                <w:rFonts w:cs="Times New Roman"/>
                <w:color w:val="000000" w:themeColor="text1"/>
                <w:sz w:val="28"/>
                <w:szCs w:val="28"/>
                <w:lang w:val="vi-VN"/>
              </w:rPr>
            </w:pPr>
          </w:p>
        </w:tc>
        <w:tc>
          <w:tcPr>
            <w:tcW w:w="966" w:type="pct"/>
          </w:tcPr>
          <w:p w14:paraId="407A13A8" w14:textId="35416C4A" w:rsidR="00AA6AFE" w:rsidRPr="00C3780B"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Số lượng nhân lực thiết kế, sản xuất chip AI chuyên dụng đến năm 2030</w:t>
            </w:r>
            <w:r w:rsidR="00235823">
              <w:rPr>
                <w:rFonts w:cs="Times New Roman"/>
                <w:color w:val="000000" w:themeColor="text1"/>
                <w:sz w:val="28"/>
                <w:szCs w:val="28"/>
                <w:lang w:val="vi-VN"/>
              </w:rPr>
              <w:t>.</w:t>
            </w:r>
          </w:p>
        </w:tc>
        <w:tc>
          <w:tcPr>
            <w:tcW w:w="557" w:type="pct"/>
          </w:tcPr>
          <w:p w14:paraId="2650E8A1" w14:textId="703AD0A6" w:rsidR="00AA6AFE" w:rsidRPr="007D41B6" w:rsidRDefault="00AA6AFE"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AA6AFE" w:rsidRPr="007D41B6" w14:paraId="4D9FF3AC" w14:textId="77777777" w:rsidTr="00085706">
        <w:tc>
          <w:tcPr>
            <w:tcW w:w="356" w:type="pct"/>
          </w:tcPr>
          <w:p w14:paraId="3000946C" w14:textId="77777777" w:rsidR="00AA6AFE" w:rsidRPr="007D41B6" w:rsidRDefault="00AA6AFE" w:rsidP="006D5D4A">
            <w:pPr>
              <w:pStyle w:val="ListParagraph"/>
              <w:numPr>
                <w:ilvl w:val="0"/>
                <w:numId w:val="10"/>
              </w:numPr>
              <w:spacing w:before="120" w:after="120" w:line="264" w:lineRule="auto"/>
              <w:jc w:val="both"/>
              <w:rPr>
                <w:rFonts w:cs="Times New Roman"/>
                <w:color w:val="000000" w:themeColor="text1"/>
                <w:sz w:val="28"/>
                <w:szCs w:val="28"/>
                <w:lang w:val="vi-VN"/>
              </w:rPr>
            </w:pPr>
          </w:p>
        </w:tc>
        <w:tc>
          <w:tcPr>
            <w:tcW w:w="1002" w:type="pct"/>
          </w:tcPr>
          <w:p w14:paraId="214AC788" w14:textId="31B9E533"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Bồi dưỡng nâng cao năng lực, trình độ, nhận thức của người </w:t>
            </w:r>
            <w:r w:rsidRPr="007D41B6">
              <w:rPr>
                <w:rFonts w:cs="Times New Roman"/>
                <w:color w:val="000000" w:themeColor="text1"/>
                <w:sz w:val="28"/>
                <w:szCs w:val="28"/>
                <w:lang w:val="vi-VN"/>
              </w:rPr>
              <w:lastRenderedPageBreak/>
              <w:t>lao động trong việc sử dụng AI</w:t>
            </w:r>
            <w:r w:rsidR="00235823">
              <w:rPr>
                <w:rFonts w:cs="Times New Roman"/>
                <w:color w:val="000000" w:themeColor="text1"/>
                <w:sz w:val="28"/>
                <w:szCs w:val="28"/>
                <w:lang w:val="vi-VN"/>
              </w:rPr>
              <w:t>.</w:t>
            </w:r>
          </w:p>
        </w:tc>
        <w:tc>
          <w:tcPr>
            <w:tcW w:w="594" w:type="pct"/>
          </w:tcPr>
          <w:p w14:paraId="4CD56D25" w14:textId="4206A74C" w:rsidR="00AA6AFE" w:rsidRPr="007D41B6" w:rsidRDefault="00AA6AFE"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lastRenderedPageBreak/>
              <w:t>Bộ Nội vụ</w:t>
            </w:r>
          </w:p>
        </w:tc>
        <w:tc>
          <w:tcPr>
            <w:tcW w:w="752" w:type="pct"/>
          </w:tcPr>
          <w:p w14:paraId="32C8FBE2" w14:textId="6D52B40C"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Các bộ</w:t>
            </w:r>
            <w:r w:rsidR="00492F99">
              <w:rPr>
                <w:rFonts w:cs="Times New Roman"/>
                <w:color w:val="000000" w:themeColor="text1"/>
                <w:sz w:val="28"/>
                <w:szCs w:val="28"/>
              </w:rPr>
              <w:t>,</w:t>
            </w:r>
            <w:r w:rsidRPr="007D41B6">
              <w:rPr>
                <w:rFonts w:cs="Times New Roman"/>
                <w:color w:val="000000" w:themeColor="text1"/>
                <w:sz w:val="28"/>
                <w:szCs w:val="28"/>
              </w:rPr>
              <w:t xml:space="preserve"> ngành, địa phương, c</w:t>
            </w:r>
            <w:r w:rsidRPr="007D41B6">
              <w:rPr>
                <w:rFonts w:cs="Times New Roman"/>
                <w:color w:val="000000" w:themeColor="text1"/>
                <w:sz w:val="28"/>
                <w:szCs w:val="28"/>
                <w:lang w:val="vi-VN"/>
              </w:rPr>
              <w:t xml:space="preserve">ác doanh nghiệp, </w:t>
            </w:r>
            <w:r w:rsidRPr="007D41B6">
              <w:rPr>
                <w:rFonts w:cs="Times New Roman"/>
                <w:color w:val="000000" w:themeColor="text1"/>
                <w:sz w:val="28"/>
                <w:szCs w:val="28"/>
                <w:lang w:val="vi-VN"/>
              </w:rPr>
              <w:lastRenderedPageBreak/>
              <w:t>cơ sở giáo dục</w:t>
            </w:r>
            <w:r w:rsidR="00E759FF" w:rsidRPr="007D41B6">
              <w:rPr>
                <w:rFonts w:cs="Times New Roman"/>
                <w:color w:val="000000" w:themeColor="text1"/>
                <w:sz w:val="28"/>
                <w:szCs w:val="28"/>
              </w:rPr>
              <w:t>, doanh nghiệp</w:t>
            </w:r>
            <w:r w:rsidRPr="007D41B6">
              <w:rPr>
                <w:rFonts w:cs="Times New Roman"/>
                <w:color w:val="000000" w:themeColor="text1"/>
                <w:sz w:val="28"/>
                <w:szCs w:val="28"/>
                <w:lang w:val="vi-VN"/>
              </w:rPr>
              <w:t xml:space="preserve"> và các tổ chức có liên quan</w:t>
            </w:r>
          </w:p>
        </w:tc>
        <w:tc>
          <w:tcPr>
            <w:tcW w:w="773" w:type="pct"/>
          </w:tcPr>
          <w:p w14:paraId="6373E5F7" w14:textId="77777777" w:rsidR="00AA6AFE" w:rsidRPr="007D41B6" w:rsidRDefault="00AA6AFE"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lastRenderedPageBreak/>
              <w:t>Các khóa bồi dưỡng</w:t>
            </w:r>
          </w:p>
        </w:tc>
        <w:tc>
          <w:tcPr>
            <w:tcW w:w="966" w:type="pct"/>
          </w:tcPr>
          <w:p w14:paraId="4935B7B4"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70% lao động có kỹ năng sử dụng AI cơ bản</w:t>
            </w:r>
          </w:p>
          <w:p w14:paraId="704A1EE7" w14:textId="6020195F" w:rsidR="00AA6AFE" w:rsidRPr="007D41B6" w:rsidRDefault="00AA6AFE" w:rsidP="006D5D4A">
            <w:pPr>
              <w:spacing w:before="120" w:after="120" w:line="264" w:lineRule="auto"/>
              <w:jc w:val="both"/>
              <w:rPr>
                <w:rFonts w:cs="Times New Roman"/>
                <w:color w:val="000000" w:themeColor="text1"/>
                <w:sz w:val="28"/>
                <w:szCs w:val="28"/>
              </w:rPr>
            </w:pPr>
          </w:p>
        </w:tc>
        <w:tc>
          <w:tcPr>
            <w:tcW w:w="557" w:type="pct"/>
          </w:tcPr>
          <w:p w14:paraId="66906C84"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Thường xuyên</w:t>
            </w:r>
          </w:p>
        </w:tc>
      </w:tr>
      <w:tr w:rsidR="00AA6AFE" w:rsidRPr="007D41B6" w14:paraId="64A7514F" w14:textId="77777777" w:rsidTr="00085706">
        <w:tc>
          <w:tcPr>
            <w:tcW w:w="356" w:type="pct"/>
          </w:tcPr>
          <w:p w14:paraId="7C459FC3" w14:textId="77777777" w:rsidR="00AA6AFE" w:rsidRPr="007D41B6" w:rsidRDefault="00AA6AFE" w:rsidP="006D5D4A">
            <w:pPr>
              <w:pStyle w:val="ListParagraph"/>
              <w:numPr>
                <w:ilvl w:val="0"/>
                <w:numId w:val="10"/>
              </w:numPr>
              <w:spacing w:before="120" w:after="120" w:line="264" w:lineRule="auto"/>
              <w:jc w:val="both"/>
              <w:rPr>
                <w:rFonts w:cs="Times New Roman"/>
                <w:color w:val="000000" w:themeColor="text1"/>
                <w:sz w:val="28"/>
                <w:szCs w:val="28"/>
                <w:lang w:val="vi-VN"/>
              </w:rPr>
            </w:pPr>
          </w:p>
        </w:tc>
        <w:tc>
          <w:tcPr>
            <w:tcW w:w="1002" w:type="pct"/>
          </w:tcPr>
          <w:p w14:paraId="160EF81C" w14:textId="439A9FB5"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Đào tạo các chuyên gia về an ninh mạng và AI, bảo đảm có đội ngũ nhân lực đủ năng lực để đối phó với các thách thức an ninh trong lĩnh vực AI</w:t>
            </w:r>
            <w:r w:rsidR="00235823">
              <w:rPr>
                <w:rFonts w:cs="Times New Roman"/>
                <w:color w:val="000000" w:themeColor="text1"/>
                <w:sz w:val="28"/>
                <w:szCs w:val="28"/>
                <w:lang w:val="vi-VN"/>
              </w:rPr>
              <w:t>.</w:t>
            </w:r>
          </w:p>
        </w:tc>
        <w:tc>
          <w:tcPr>
            <w:tcW w:w="594" w:type="pct"/>
          </w:tcPr>
          <w:p w14:paraId="57511A92"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Công an</w:t>
            </w:r>
          </w:p>
        </w:tc>
        <w:tc>
          <w:tcPr>
            <w:tcW w:w="752" w:type="pct"/>
          </w:tcPr>
          <w:p w14:paraId="5D75290E"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773" w:type="pct"/>
          </w:tcPr>
          <w:p w14:paraId="72B4EC01"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Chương trình/ kế hoạch và tổ chức thực hiện</w:t>
            </w:r>
          </w:p>
        </w:tc>
        <w:tc>
          <w:tcPr>
            <w:tcW w:w="966" w:type="pct"/>
          </w:tcPr>
          <w:p w14:paraId="21CECE1D"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Số lượng chuyên gia về an ninh mạng và AI được đào tạo hàng năm</w:t>
            </w:r>
          </w:p>
        </w:tc>
        <w:tc>
          <w:tcPr>
            <w:tcW w:w="557" w:type="pct"/>
          </w:tcPr>
          <w:p w14:paraId="15C5E9CE" w14:textId="40172716" w:rsidR="00AA6AFE" w:rsidRPr="00235823" w:rsidRDefault="00235823"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lang w:val="vi-VN"/>
              </w:rPr>
              <w:t>Thường xuyên</w:t>
            </w:r>
          </w:p>
        </w:tc>
      </w:tr>
      <w:tr w:rsidR="00AA6AFE" w:rsidRPr="007D41B6" w14:paraId="7BD182CD" w14:textId="77777777" w:rsidTr="00085706">
        <w:tc>
          <w:tcPr>
            <w:tcW w:w="356" w:type="pct"/>
          </w:tcPr>
          <w:p w14:paraId="2F415AEB" w14:textId="77777777" w:rsidR="00AA6AFE" w:rsidRPr="007D41B6" w:rsidRDefault="00AA6AFE" w:rsidP="006D5D4A">
            <w:pPr>
              <w:pStyle w:val="ListParagraph"/>
              <w:numPr>
                <w:ilvl w:val="0"/>
                <w:numId w:val="10"/>
              </w:numPr>
              <w:spacing w:before="120" w:after="120" w:line="264" w:lineRule="auto"/>
              <w:jc w:val="both"/>
              <w:rPr>
                <w:rFonts w:cs="Times New Roman"/>
                <w:color w:val="000000" w:themeColor="text1"/>
                <w:sz w:val="28"/>
                <w:szCs w:val="28"/>
                <w:lang w:val="vi-VN"/>
              </w:rPr>
            </w:pPr>
          </w:p>
        </w:tc>
        <w:tc>
          <w:tcPr>
            <w:tcW w:w="1002" w:type="pct"/>
          </w:tcPr>
          <w:p w14:paraId="7949B186" w14:textId="3EF6D8AF" w:rsidR="00AA6AFE" w:rsidRPr="007D41B6" w:rsidRDefault="00AA6AFE"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Tập huấn cán bộ, công chức, viên chức sử dụng nền tảng trợ lý AI công vụ qua khóa học trực tuyến mở quy mô lớn (MOOC</w:t>
            </w:r>
            <w:r w:rsidR="001F491D">
              <w:rPr>
                <w:rFonts w:cs="Times New Roman"/>
                <w:color w:val="000000" w:themeColor="text1"/>
                <w:sz w:val="28"/>
                <w:szCs w:val="28"/>
                <w:lang w:val="vi-VN"/>
              </w:rPr>
              <w:t>s</w:t>
            </w:r>
            <w:r w:rsidRPr="00C3780B">
              <w:rPr>
                <w:rFonts w:cs="Times New Roman"/>
                <w:color w:val="000000" w:themeColor="text1"/>
                <w:sz w:val="28"/>
                <w:szCs w:val="28"/>
                <w:lang w:val="vi-VN"/>
              </w:rPr>
              <w:t>)</w:t>
            </w:r>
            <w:r w:rsidR="001F491D">
              <w:rPr>
                <w:rFonts w:cs="Times New Roman"/>
                <w:color w:val="000000" w:themeColor="text1"/>
                <w:sz w:val="28"/>
                <w:szCs w:val="28"/>
                <w:lang w:val="vi-VN"/>
              </w:rPr>
              <w:t>.</w:t>
            </w:r>
          </w:p>
        </w:tc>
        <w:tc>
          <w:tcPr>
            <w:tcW w:w="594" w:type="pct"/>
          </w:tcPr>
          <w:p w14:paraId="1B2C5ED0" w14:textId="15CFB13F"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752" w:type="pct"/>
          </w:tcPr>
          <w:p w14:paraId="103E123B" w14:textId="5BCF7F73" w:rsidR="00AA6AFE" w:rsidRPr="007D41B6" w:rsidRDefault="00AA6AFE"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Nội vụ, các bộ, ngành, địa phương</w:t>
            </w:r>
          </w:p>
        </w:tc>
        <w:tc>
          <w:tcPr>
            <w:tcW w:w="773" w:type="pct"/>
          </w:tcPr>
          <w:p w14:paraId="384E0B8B" w14:textId="42593625" w:rsidR="00AA6AFE" w:rsidRPr="007D41B6" w:rsidRDefault="00AA6AFE"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Chương trình bồi dưỡng AI công vụ; tài khoản và hướng dẫn sử dụng trợ lý AI công vụ.</w:t>
            </w:r>
          </w:p>
        </w:tc>
        <w:tc>
          <w:tcPr>
            <w:tcW w:w="966" w:type="pct"/>
          </w:tcPr>
          <w:p w14:paraId="737EFB56" w14:textId="41D51EC8" w:rsidR="00AA6AFE" w:rsidRPr="00C3780B" w:rsidRDefault="00235823"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lang w:val="vi-VN"/>
              </w:rPr>
              <w:t xml:space="preserve">- </w:t>
            </w:r>
            <w:r w:rsidR="00AA6AFE" w:rsidRPr="00C3780B">
              <w:rPr>
                <w:rFonts w:cs="Times New Roman"/>
                <w:color w:val="000000" w:themeColor="text1"/>
                <w:sz w:val="28"/>
                <w:szCs w:val="28"/>
                <w:lang w:val="vi-VN"/>
              </w:rPr>
              <w:t>100% cán bộ, công chức, viên chức được đào tạo, tập huấn sử dụng trợ lý ảo để hỗ trợ thực thi công vụ.</w:t>
            </w:r>
          </w:p>
          <w:p w14:paraId="251DB07C" w14:textId="0F88C8CE" w:rsidR="00AA6AFE" w:rsidRPr="007D41B6" w:rsidRDefault="00235823" w:rsidP="006D5D4A">
            <w:pPr>
              <w:spacing w:before="120" w:after="120" w:line="264" w:lineRule="auto"/>
              <w:jc w:val="both"/>
              <w:rPr>
                <w:rFonts w:cs="Times New Roman"/>
                <w:color w:val="000000" w:themeColor="text1"/>
                <w:sz w:val="28"/>
                <w:szCs w:val="28"/>
                <w:lang w:val="vi-VN"/>
              </w:rPr>
            </w:pPr>
            <w:r>
              <w:rPr>
                <w:rFonts w:cs="Times New Roman"/>
                <w:color w:val="000000" w:themeColor="text1"/>
                <w:sz w:val="28"/>
                <w:szCs w:val="28"/>
                <w:lang w:val="vi-VN"/>
              </w:rPr>
              <w:t xml:space="preserve">- </w:t>
            </w:r>
            <w:r w:rsidR="00AA6AFE" w:rsidRPr="00235823">
              <w:rPr>
                <w:rFonts w:cs="Times New Roman"/>
                <w:color w:val="000000" w:themeColor="text1"/>
                <w:sz w:val="28"/>
                <w:szCs w:val="28"/>
                <w:lang w:val="vi-VN"/>
              </w:rPr>
              <w:t>100% cán bộ, công chức, viên chức</w:t>
            </w:r>
            <w:r w:rsidR="00AA6AFE" w:rsidRPr="00C3780B">
              <w:rPr>
                <w:rFonts w:cs="Times New Roman"/>
                <w:color w:val="000000" w:themeColor="text1"/>
                <w:sz w:val="28"/>
                <w:szCs w:val="28"/>
                <w:lang w:val="vi-VN"/>
              </w:rPr>
              <w:t xml:space="preserve"> được cấp tài khoản và được đào tạo sử dụng nền tảng trợ lý AI công vụ.</w:t>
            </w:r>
          </w:p>
        </w:tc>
        <w:tc>
          <w:tcPr>
            <w:tcW w:w="557" w:type="pct"/>
          </w:tcPr>
          <w:p w14:paraId="7F08487B" w14:textId="553692F1" w:rsidR="00AA6AFE" w:rsidRPr="007D41B6" w:rsidRDefault="00AA6AFE"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235823">
              <w:rPr>
                <w:rFonts w:cs="Times New Roman"/>
                <w:color w:val="000000" w:themeColor="text1"/>
                <w:sz w:val="28"/>
                <w:szCs w:val="28"/>
                <w:lang w:val="vi-VN"/>
              </w:rPr>
              <w:t xml:space="preserve"> </w:t>
            </w:r>
            <w:r w:rsidRPr="007D41B6">
              <w:rPr>
                <w:rFonts w:cs="Times New Roman"/>
                <w:color w:val="000000" w:themeColor="text1"/>
                <w:sz w:val="28"/>
                <w:szCs w:val="28"/>
              </w:rPr>
              <w:t>-</w:t>
            </w:r>
            <w:r w:rsidR="00235823">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AA6AFE" w:rsidRPr="007D41B6" w14:paraId="513E9E0C" w14:textId="77777777" w:rsidTr="00085706">
        <w:tc>
          <w:tcPr>
            <w:tcW w:w="356" w:type="pct"/>
          </w:tcPr>
          <w:p w14:paraId="5E455CA6" w14:textId="77777777" w:rsidR="00AA6AFE" w:rsidRPr="007D41B6" w:rsidRDefault="00AA6AFE" w:rsidP="006D5D4A">
            <w:pPr>
              <w:pStyle w:val="ListParagraph"/>
              <w:numPr>
                <w:ilvl w:val="0"/>
                <w:numId w:val="10"/>
              </w:numPr>
              <w:spacing w:before="120" w:after="120" w:line="264" w:lineRule="auto"/>
              <w:jc w:val="both"/>
              <w:rPr>
                <w:rFonts w:cs="Times New Roman"/>
                <w:color w:val="000000" w:themeColor="text1"/>
                <w:sz w:val="28"/>
                <w:szCs w:val="28"/>
                <w:lang w:val="vi-VN"/>
              </w:rPr>
            </w:pPr>
          </w:p>
        </w:tc>
        <w:tc>
          <w:tcPr>
            <w:tcW w:w="1002" w:type="pct"/>
          </w:tcPr>
          <w:p w14:paraId="26002433" w14:textId="1EE39814" w:rsidR="00AA6AFE" w:rsidRPr="007D41B6" w:rsidRDefault="00AA6AFE"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Phổ cập AI toàn dân, toàn diện thông qua các khóa học đại trà trực tuyến mở (MOOC</w:t>
            </w:r>
            <w:r w:rsidR="00492F99" w:rsidRPr="00C3780B">
              <w:rPr>
                <w:rFonts w:cs="Times New Roman"/>
                <w:color w:val="000000" w:themeColor="text1"/>
                <w:sz w:val="28"/>
                <w:szCs w:val="28"/>
                <w:lang w:val="vi-VN"/>
              </w:rPr>
              <w:t>s</w:t>
            </w:r>
            <w:r w:rsidRPr="00C3780B">
              <w:rPr>
                <w:rFonts w:cs="Times New Roman"/>
                <w:color w:val="000000" w:themeColor="text1"/>
                <w:sz w:val="28"/>
                <w:szCs w:val="28"/>
                <w:lang w:val="vi-VN"/>
              </w:rPr>
              <w:t>)</w:t>
            </w:r>
            <w:r w:rsidR="001F491D">
              <w:rPr>
                <w:rFonts w:cs="Times New Roman"/>
                <w:color w:val="000000" w:themeColor="text1"/>
                <w:sz w:val="28"/>
                <w:szCs w:val="28"/>
                <w:lang w:val="vi-VN"/>
              </w:rPr>
              <w:t>.</w:t>
            </w:r>
          </w:p>
        </w:tc>
        <w:tc>
          <w:tcPr>
            <w:tcW w:w="594" w:type="pct"/>
          </w:tcPr>
          <w:p w14:paraId="6E796E79" w14:textId="13BEC785" w:rsidR="00AA6AFE" w:rsidRPr="007D41B6" w:rsidRDefault="00AA6AFE"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752" w:type="pct"/>
          </w:tcPr>
          <w:p w14:paraId="43900FC4" w14:textId="18F8EA52"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ngành, địa phương, các doanh nghiệp liên quan</w:t>
            </w:r>
          </w:p>
        </w:tc>
        <w:tc>
          <w:tcPr>
            <w:tcW w:w="773" w:type="pct"/>
          </w:tcPr>
          <w:p w14:paraId="08B9BD21" w14:textId="77777777" w:rsidR="00AA6AFE" w:rsidRPr="007D41B6" w:rsidRDefault="00AA6AFE" w:rsidP="006D5D4A">
            <w:pPr>
              <w:spacing w:before="120" w:after="120" w:line="264" w:lineRule="auto"/>
              <w:jc w:val="both"/>
              <w:rPr>
                <w:rFonts w:cs="Times New Roman"/>
                <w:color w:val="000000" w:themeColor="text1"/>
                <w:sz w:val="28"/>
                <w:szCs w:val="28"/>
                <w:lang w:val="vi-VN"/>
              </w:rPr>
            </w:pPr>
          </w:p>
        </w:tc>
        <w:tc>
          <w:tcPr>
            <w:tcW w:w="966" w:type="pct"/>
          </w:tcPr>
          <w:p w14:paraId="5899562E" w14:textId="77777777" w:rsidR="00AA6AFE" w:rsidRPr="007D41B6" w:rsidRDefault="00AA6AFE" w:rsidP="006D5D4A">
            <w:pPr>
              <w:spacing w:before="120" w:after="120" w:line="264" w:lineRule="auto"/>
              <w:jc w:val="both"/>
              <w:rPr>
                <w:rFonts w:cs="Times New Roman"/>
                <w:color w:val="000000" w:themeColor="text1"/>
                <w:sz w:val="28"/>
                <w:szCs w:val="28"/>
                <w:lang w:val="vi-VN"/>
              </w:rPr>
            </w:pPr>
          </w:p>
        </w:tc>
        <w:tc>
          <w:tcPr>
            <w:tcW w:w="557" w:type="pct"/>
          </w:tcPr>
          <w:p w14:paraId="0D8C0F96" w14:textId="20421DB0" w:rsidR="00AA6AFE" w:rsidRPr="007D41B6" w:rsidRDefault="00AA6AFE"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 xuyên</w:t>
            </w:r>
          </w:p>
        </w:tc>
      </w:tr>
      <w:tr w:rsidR="00AA6AFE" w:rsidRPr="007D41B6" w14:paraId="357DD004" w14:textId="77777777" w:rsidTr="00085706">
        <w:tc>
          <w:tcPr>
            <w:tcW w:w="356" w:type="pct"/>
          </w:tcPr>
          <w:p w14:paraId="01E73CDD" w14:textId="77777777" w:rsidR="00AA6AFE" w:rsidRPr="007D41B6" w:rsidRDefault="00AA6AFE" w:rsidP="006D5D4A">
            <w:pPr>
              <w:pStyle w:val="ListParagraph"/>
              <w:numPr>
                <w:ilvl w:val="0"/>
                <w:numId w:val="10"/>
              </w:numPr>
              <w:spacing w:before="120" w:after="120" w:line="264" w:lineRule="auto"/>
              <w:jc w:val="both"/>
              <w:rPr>
                <w:rFonts w:cs="Times New Roman"/>
                <w:color w:val="000000" w:themeColor="text1"/>
                <w:sz w:val="28"/>
                <w:szCs w:val="28"/>
                <w:lang w:val="vi-VN"/>
              </w:rPr>
            </w:pPr>
          </w:p>
        </w:tc>
        <w:tc>
          <w:tcPr>
            <w:tcW w:w="1002" w:type="pct"/>
          </w:tcPr>
          <w:p w14:paraId="1F1692C0" w14:textId="1C4DFD53"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pacing w:val="-2"/>
                <w:sz w:val="28"/>
                <w:szCs w:val="28"/>
                <w:lang w:val="vi-VN"/>
              </w:rPr>
              <w:t>Xây dựng chính sách thu hút nhân tài về AI, tạo môi trường làm việc hấp dẫn, hình thành mạng lưới chuyên gia, nhà khoa học AI trong nước và người Việt Nam ở nước ngoài; phát hiện và bồi dưỡng tài năng trẻ trong nghiên cứu và phát triển công nghệ AI</w:t>
            </w:r>
            <w:r w:rsidR="001F491D">
              <w:rPr>
                <w:rFonts w:cs="Times New Roman"/>
                <w:color w:val="000000" w:themeColor="text1"/>
                <w:spacing w:val="-2"/>
                <w:sz w:val="28"/>
                <w:szCs w:val="28"/>
                <w:lang w:val="vi-VN"/>
              </w:rPr>
              <w:t>.</w:t>
            </w:r>
          </w:p>
        </w:tc>
        <w:tc>
          <w:tcPr>
            <w:tcW w:w="594" w:type="pct"/>
          </w:tcPr>
          <w:p w14:paraId="40088686"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752" w:type="pct"/>
          </w:tcPr>
          <w:p w14:paraId="221DAB0F"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và tổ chức có liên quan</w:t>
            </w:r>
          </w:p>
        </w:tc>
        <w:tc>
          <w:tcPr>
            <w:tcW w:w="773" w:type="pct"/>
          </w:tcPr>
          <w:p w14:paraId="673812E6" w14:textId="77777777" w:rsidR="00AA6AFE" w:rsidRPr="007D41B6" w:rsidRDefault="00AA6AFE"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Chính sách thu hút nhân tài AI được xây dựng, triển khai; mạng lưới chuyên gia, nhà khoa học AI trong nước và người Việt Nam ở nước ngoài được hình thành, vận hành.</w:t>
            </w:r>
          </w:p>
        </w:tc>
        <w:tc>
          <w:tcPr>
            <w:tcW w:w="966" w:type="pct"/>
          </w:tcPr>
          <w:p w14:paraId="6D39E116" w14:textId="77777777" w:rsidR="00AA6AFE" w:rsidRPr="007D41B6" w:rsidRDefault="00AA6AFE" w:rsidP="006D5D4A">
            <w:pPr>
              <w:spacing w:before="120" w:after="120" w:line="264" w:lineRule="auto"/>
              <w:jc w:val="both"/>
              <w:rPr>
                <w:rFonts w:cs="Times New Roman"/>
                <w:color w:val="000000" w:themeColor="text1"/>
                <w:sz w:val="28"/>
                <w:szCs w:val="28"/>
                <w:lang w:val="vi-VN"/>
              </w:rPr>
            </w:pPr>
          </w:p>
        </w:tc>
        <w:tc>
          <w:tcPr>
            <w:tcW w:w="557" w:type="pct"/>
          </w:tcPr>
          <w:p w14:paraId="607CF988" w14:textId="77777777" w:rsidR="00AA6AFE" w:rsidRPr="007D41B6" w:rsidRDefault="00AA6AFE"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bl>
    <w:p w14:paraId="225E6318" w14:textId="77777777" w:rsidR="00BC7E0E" w:rsidRPr="007D41B6" w:rsidRDefault="00BC7E0E" w:rsidP="006D5D4A">
      <w:pPr>
        <w:spacing w:before="120" w:after="120" w:line="264" w:lineRule="auto"/>
        <w:jc w:val="both"/>
        <w:rPr>
          <w:rFonts w:cs="Times New Roman"/>
          <w:color w:val="000000" w:themeColor="text1"/>
          <w:sz w:val="28"/>
          <w:szCs w:val="28"/>
        </w:rPr>
      </w:pPr>
    </w:p>
    <w:p w14:paraId="1A0C4B97" w14:textId="77777777" w:rsidR="00BC7E0E"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rPr>
      </w:pPr>
      <w:r w:rsidRPr="007D41B6">
        <w:rPr>
          <w:rFonts w:ascii="Times New Roman" w:hAnsi="Times New Roman" w:cs="Times New Roman"/>
          <w:color w:val="000000" w:themeColor="text1"/>
          <w:sz w:val="28"/>
          <w:szCs w:val="28"/>
        </w:rPr>
        <w:lastRenderedPageBreak/>
        <w:t>Nhóm nhiệm vụ 2. Phát triển dữ liệu, mô hình nền tảng và ngữ cảnh Việt Nam</w:t>
      </w:r>
    </w:p>
    <w:tbl>
      <w:tblPr>
        <w:tblStyle w:val="TableGrid"/>
        <w:tblW w:w="5000" w:type="pct"/>
        <w:jc w:val="center"/>
        <w:tblLook w:val="04A0" w:firstRow="1" w:lastRow="0" w:firstColumn="1" w:lastColumn="0" w:noHBand="0" w:noVBand="1"/>
      </w:tblPr>
      <w:tblGrid>
        <w:gridCol w:w="808"/>
        <w:gridCol w:w="2736"/>
        <w:gridCol w:w="1747"/>
        <w:gridCol w:w="2263"/>
        <w:gridCol w:w="2409"/>
        <w:gridCol w:w="2453"/>
        <w:gridCol w:w="1556"/>
      </w:tblGrid>
      <w:tr w:rsidR="00405175" w:rsidRPr="007D41B6" w14:paraId="3B79C03A" w14:textId="77777777" w:rsidTr="00D50A8C">
        <w:trPr>
          <w:tblHeader/>
          <w:jc w:val="center"/>
        </w:trPr>
        <w:tc>
          <w:tcPr>
            <w:tcW w:w="289" w:type="pct"/>
          </w:tcPr>
          <w:p w14:paraId="64BC9859" w14:textId="77777777" w:rsidR="00405175" w:rsidRPr="007D41B6" w:rsidRDefault="00405175" w:rsidP="004D7FE1">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979" w:type="pct"/>
          </w:tcPr>
          <w:p w14:paraId="322D8CE3" w14:textId="77777777" w:rsidR="00405175" w:rsidRPr="007D41B6" w:rsidRDefault="00405175" w:rsidP="004D7FE1">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625" w:type="pct"/>
          </w:tcPr>
          <w:p w14:paraId="1882B24A" w14:textId="5EFC2153" w:rsidR="00405175" w:rsidRPr="007D41B6" w:rsidRDefault="00F83D5B" w:rsidP="004D7FE1">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405175" w:rsidRPr="007D41B6">
              <w:rPr>
                <w:rFonts w:cs="Times New Roman"/>
                <w:b/>
                <w:color w:val="000000" w:themeColor="text1"/>
                <w:sz w:val="28"/>
                <w:szCs w:val="28"/>
              </w:rPr>
              <w:t xml:space="preserve"> chủ trì</w:t>
            </w:r>
          </w:p>
        </w:tc>
        <w:tc>
          <w:tcPr>
            <w:tcW w:w="810" w:type="pct"/>
          </w:tcPr>
          <w:p w14:paraId="68FE81D8" w14:textId="3F9FE7C0" w:rsidR="00405175" w:rsidRPr="007D41B6" w:rsidRDefault="00F83D5B" w:rsidP="004D7FE1">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405175" w:rsidRPr="007D41B6">
              <w:rPr>
                <w:rFonts w:cs="Times New Roman"/>
                <w:b/>
                <w:color w:val="000000" w:themeColor="text1"/>
                <w:sz w:val="28"/>
                <w:szCs w:val="28"/>
              </w:rPr>
              <w:t xml:space="preserve"> phối hợp</w:t>
            </w:r>
          </w:p>
        </w:tc>
        <w:tc>
          <w:tcPr>
            <w:tcW w:w="862" w:type="pct"/>
          </w:tcPr>
          <w:p w14:paraId="06C827D2" w14:textId="77777777" w:rsidR="00405175" w:rsidRPr="007D41B6" w:rsidRDefault="00405175" w:rsidP="004D7FE1">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878" w:type="pct"/>
          </w:tcPr>
          <w:p w14:paraId="47AC496D" w14:textId="77777777" w:rsidR="00405175" w:rsidRPr="007D41B6" w:rsidRDefault="00405175" w:rsidP="004D7FE1">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557" w:type="pct"/>
          </w:tcPr>
          <w:p w14:paraId="3789C5E5" w14:textId="7677C8D7" w:rsidR="00405175" w:rsidRPr="00742AFD" w:rsidRDefault="00C97E67" w:rsidP="004D7FE1">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 xml:space="preserve">Thời </w:t>
            </w:r>
            <w:r w:rsidR="00742AFD">
              <w:rPr>
                <w:rFonts w:cs="Times New Roman"/>
                <w:b/>
                <w:color w:val="000000" w:themeColor="text1"/>
                <w:sz w:val="28"/>
                <w:szCs w:val="28"/>
              </w:rPr>
              <w:t>gian</w:t>
            </w:r>
            <w:r w:rsidR="00742AFD">
              <w:rPr>
                <w:rFonts w:cs="Times New Roman"/>
                <w:b/>
                <w:color w:val="000000" w:themeColor="text1"/>
                <w:sz w:val="28"/>
                <w:szCs w:val="28"/>
                <w:lang w:val="vi-VN"/>
              </w:rPr>
              <w:t xml:space="preserve"> thực hiện</w:t>
            </w:r>
          </w:p>
        </w:tc>
      </w:tr>
      <w:tr w:rsidR="00405175" w:rsidRPr="007D41B6" w14:paraId="375DEA01" w14:textId="77777777" w:rsidTr="00D50A8C">
        <w:trPr>
          <w:jc w:val="center"/>
        </w:trPr>
        <w:tc>
          <w:tcPr>
            <w:tcW w:w="289" w:type="pct"/>
          </w:tcPr>
          <w:p w14:paraId="48D04956" w14:textId="77777777" w:rsidR="00405175" w:rsidRPr="007D41B6" w:rsidRDefault="00405175" w:rsidP="006D5D4A">
            <w:pPr>
              <w:pStyle w:val="ListParagraph"/>
              <w:numPr>
                <w:ilvl w:val="0"/>
                <w:numId w:val="11"/>
              </w:numPr>
              <w:spacing w:before="120" w:after="120" w:line="264" w:lineRule="auto"/>
              <w:jc w:val="both"/>
              <w:rPr>
                <w:rFonts w:cs="Times New Roman"/>
                <w:color w:val="000000" w:themeColor="text1"/>
                <w:sz w:val="28"/>
                <w:szCs w:val="28"/>
              </w:rPr>
            </w:pPr>
          </w:p>
        </w:tc>
        <w:tc>
          <w:tcPr>
            <w:tcW w:w="979" w:type="pct"/>
          </w:tcPr>
          <w:p w14:paraId="799A4107" w14:textId="76EF9BD3"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eastAsia="vi-VN"/>
              </w:rPr>
              <w:t>Hình thành Cơ sở dữ liệu quốc gia về AI, các Cơ sở dữ liệu phục vụ AI của Bộ, cơ quan ngang Bộ, cơ quan thuộc Chính phủ và Ủy ban nhân dân các cấp được tổ chức theo nguyên tắc mở, an toàn, có kiểm soát, đáp ứng yêu cầu về chất lượng, khả năng kết nối và khai thác</w:t>
            </w:r>
            <w:r w:rsidR="00F83D5B">
              <w:rPr>
                <w:rFonts w:cs="Times New Roman"/>
                <w:color w:val="000000" w:themeColor="text1"/>
                <w:sz w:val="28"/>
                <w:szCs w:val="28"/>
                <w:lang w:val="vi-VN" w:eastAsia="vi-VN"/>
              </w:rPr>
              <w:t>.</w:t>
            </w:r>
          </w:p>
        </w:tc>
        <w:tc>
          <w:tcPr>
            <w:tcW w:w="625" w:type="pct"/>
          </w:tcPr>
          <w:p w14:paraId="2DBDB31D" w14:textId="105E5186" w:rsidR="00405175" w:rsidRPr="007D41B6" w:rsidRDefault="005F0B58"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810" w:type="pct"/>
          </w:tcPr>
          <w:p w14:paraId="618D25E4"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viện nghiên cứu, trường đại học, doanh nghiệp công nghệ và các tổ chức, cá nhân có liên quan</w:t>
            </w:r>
          </w:p>
        </w:tc>
        <w:tc>
          <w:tcPr>
            <w:tcW w:w="862" w:type="pct"/>
          </w:tcPr>
          <w:p w14:paraId="7EF38B2B" w14:textId="055F158C" w:rsidR="00405175" w:rsidRPr="007D41B6" w:rsidRDefault="005F0B58"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eastAsia="vi-VN"/>
              </w:rPr>
              <w:t>Cơ sở dữ liệu quốc gia về AI, các Cơ sở dữ liệu phục vụ AI của Bộ, cơ quan ngang Bộ, cơ quan thuộc Chính phủ và Ủy ban nhân dân các cấp</w:t>
            </w:r>
            <w:r w:rsidR="00F83D5B">
              <w:rPr>
                <w:rFonts w:cs="Times New Roman"/>
                <w:color w:val="000000" w:themeColor="text1"/>
                <w:sz w:val="28"/>
                <w:szCs w:val="28"/>
                <w:lang w:val="vi-VN" w:eastAsia="vi-VN"/>
              </w:rPr>
              <w:t>.</w:t>
            </w:r>
          </w:p>
        </w:tc>
        <w:tc>
          <w:tcPr>
            <w:tcW w:w="878" w:type="pct"/>
          </w:tcPr>
          <w:p w14:paraId="602EEDAD" w14:textId="3510ACBA" w:rsidR="00405175" w:rsidRPr="007D41B6" w:rsidRDefault="002F3EF6" w:rsidP="006D5D4A">
            <w:pPr>
              <w:spacing w:before="120" w:after="120" w:line="264" w:lineRule="auto"/>
              <w:jc w:val="both"/>
              <w:rPr>
                <w:rFonts w:cs="Times New Roman"/>
                <w:color w:val="000000" w:themeColor="text1"/>
                <w:sz w:val="28"/>
                <w:szCs w:val="28"/>
              </w:rPr>
            </w:pPr>
            <w:r w:rsidRPr="002F3EF6">
              <w:rPr>
                <w:rFonts w:cs="Times New Roman"/>
                <w:color w:val="000000" w:themeColor="text1"/>
                <w:sz w:val="28"/>
                <w:szCs w:val="28"/>
              </w:rPr>
              <w:t>80% cơ sở dữ liệu quốc gia và cơ sở dữ liệu chuyên ngành trong danh mục ưu tiên được chuẩn hóa, kết nối, phân quyền và sẵn sàng khai thác cho AI theo bộ tiêu chí về chuẩn dữ liệu, siêu dữ liệu, API, chất lượng dữ liệu, bảo vệ dữ liệu cá nhân và an toàn thông tin.</w:t>
            </w:r>
          </w:p>
        </w:tc>
        <w:tc>
          <w:tcPr>
            <w:tcW w:w="557" w:type="pct"/>
          </w:tcPr>
          <w:p w14:paraId="70F3EC7D" w14:textId="60151FC0" w:rsidR="00405175" w:rsidRPr="007D41B6" w:rsidRDefault="005F0B58"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D50A8C">
              <w:rPr>
                <w:rFonts w:cs="Times New Roman"/>
                <w:color w:val="000000" w:themeColor="text1"/>
                <w:sz w:val="28"/>
                <w:szCs w:val="28"/>
                <w:lang w:val="vi-VN"/>
              </w:rPr>
              <w:t xml:space="preserve"> </w:t>
            </w:r>
            <w:r w:rsidRPr="007D41B6">
              <w:rPr>
                <w:rFonts w:cs="Times New Roman"/>
                <w:color w:val="000000" w:themeColor="text1"/>
                <w:sz w:val="28"/>
                <w:szCs w:val="28"/>
              </w:rPr>
              <w:t>-2027</w:t>
            </w:r>
          </w:p>
          <w:p w14:paraId="0360E5D6" w14:textId="699D054A" w:rsidR="005F0B58" w:rsidRPr="007D41B6" w:rsidRDefault="00D50A8C" w:rsidP="006D5D4A">
            <w:pPr>
              <w:spacing w:before="120" w:after="120" w:line="264" w:lineRule="auto"/>
              <w:jc w:val="both"/>
              <w:rPr>
                <w:rFonts w:cs="Times New Roman"/>
                <w:color w:val="000000" w:themeColor="text1"/>
                <w:sz w:val="28"/>
                <w:szCs w:val="28"/>
              </w:rPr>
            </w:pPr>
            <w:r>
              <w:rPr>
                <w:rFonts w:cs="Times New Roman"/>
                <w:color w:val="000000" w:themeColor="text1"/>
                <w:sz w:val="28"/>
                <w:szCs w:val="28"/>
                <w:lang w:val="vi-VN"/>
              </w:rPr>
              <w:t>v</w:t>
            </w:r>
            <w:r w:rsidR="005F0B58" w:rsidRPr="007D41B6">
              <w:rPr>
                <w:rFonts w:cs="Times New Roman"/>
                <w:color w:val="000000" w:themeColor="text1"/>
                <w:sz w:val="28"/>
                <w:szCs w:val="28"/>
              </w:rPr>
              <w:t>à cập nhật thường xuyên</w:t>
            </w:r>
          </w:p>
        </w:tc>
      </w:tr>
      <w:tr w:rsidR="00405175" w:rsidRPr="0098690D" w14:paraId="62A59C87" w14:textId="77777777" w:rsidTr="00D50A8C">
        <w:trPr>
          <w:jc w:val="center"/>
        </w:trPr>
        <w:tc>
          <w:tcPr>
            <w:tcW w:w="289" w:type="pct"/>
          </w:tcPr>
          <w:p w14:paraId="28E70919" w14:textId="77777777" w:rsidR="00405175" w:rsidRPr="007D41B6" w:rsidRDefault="00405175" w:rsidP="006D5D4A">
            <w:pPr>
              <w:pStyle w:val="ListParagraph"/>
              <w:numPr>
                <w:ilvl w:val="0"/>
                <w:numId w:val="11"/>
              </w:numPr>
              <w:spacing w:before="120" w:after="120" w:line="264" w:lineRule="auto"/>
              <w:jc w:val="both"/>
              <w:rPr>
                <w:rFonts w:cs="Times New Roman"/>
                <w:color w:val="000000" w:themeColor="text1"/>
                <w:sz w:val="28"/>
                <w:szCs w:val="28"/>
                <w:lang w:val="vi-VN"/>
              </w:rPr>
            </w:pPr>
          </w:p>
        </w:tc>
        <w:tc>
          <w:tcPr>
            <w:tcW w:w="979" w:type="pct"/>
          </w:tcPr>
          <w:p w14:paraId="4254CAAA" w14:textId="6139DCEB"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Ban hành danh mục bộ dữ liệu phục vụ phát triển AI</w:t>
            </w:r>
            <w:r w:rsidR="00F83D5B">
              <w:rPr>
                <w:rFonts w:cs="Times New Roman"/>
                <w:color w:val="000000" w:themeColor="text1"/>
                <w:sz w:val="28"/>
                <w:szCs w:val="28"/>
                <w:lang w:val="vi-VN"/>
              </w:rPr>
              <w:t>.</w:t>
            </w:r>
          </w:p>
        </w:tc>
        <w:tc>
          <w:tcPr>
            <w:tcW w:w="625" w:type="pct"/>
          </w:tcPr>
          <w:p w14:paraId="49EFB9A5" w14:textId="77777777"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10" w:type="pct"/>
          </w:tcPr>
          <w:p w14:paraId="0CB1B946" w14:textId="77777777"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Công an và các bộ, ngành, địa phương</w:t>
            </w:r>
          </w:p>
        </w:tc>
        <w:tc>
          <w:tcPr>
            <w:tcW w:w="862" w:type="pct"/>
          </w:tcPr>
          <w:p w14:paraId="191D6D1A" w14:textId="2F5FB2E7" w:rsidR="00405175" w:rsidRPr="00C3780B"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Danh mục dữ liệu mở phục vụ AI</w:t>
            </w:r>
            <w:r w:rsidR="001D1E6B" w:rsidRPr="007D41B6">
              <w:rPr>
                <w:rFonts w:cs="Times New Roman"/>
                <w:color w:val="000000" w:themeColor="text1"/>
                <w:sz w:val="28"/>
                <w:szCs w:val="28"/>
                <w:lang w:val="vi-VN"/>
              </w:rPr>
              <w:t xml:space="preserve"> của từng bộ, ngành, địa phương</w:t>
            </w:r>
            <w:r w:rsidR="001D1E6B" w:rsidRPr="00C3780B">
              <w:rPr>
                <w:rFonts w:cs="Times New Roman"/>
                <w:color w:val="000000" w:themeColor="text1"/>
                <w:sz w:val="28"/>
                <w:szCs w:val="28"/>
                <w:lang w:val="vi-VN"/>
              </w:rPr>
              <w:t xml:space="preserve"> được ban hành và cập nhật định kỳ</w:t>
            </w:r>
            <w:r w:rsidR="00F83D5B">
              <w:rPr>
                <w:rFonts w:cs="Times New Roman"/>
                <w:color w:val="000000" w:themeColor="text1"/>
                <w:sz w:val="28"/>
                <w:szCs w:val="28"/>
                <w:lang w:val="vi-VN"/>
              </w:rPr>
              <w:t>.</w:t>
            </w:r>
          </w:p>
        </w:tc>
        <w:tc>
          <w:tcPr>
            <w:tcW w:w="878" w:type="pct"/>
          </w:tcPr>
          <w:p w14:paraId="18EF3A8A" w14:textId="00FE73D9" w:rsidR="00405175" w:rsidRPr="007D41B6" w:rsidRDefault="002F3EF6" w:rsidP="006D5D4A">
            <w:pPr>
              <w:spacing w:before="120" w:after="120" w:line="264" w:lineRule="auto"/>
              <w:jc w:val="both"/>
              <w:rPr>
                <w:rFonts w:cs="Times New Roman"/>
                <w:color w:val="000000" w:themeColor="text1"/>
                <w:sz w:val="28"/>
                <w:szCs w:val="28"/>
                <w:lang w:val="vi-VN"/>
              </w:rPr>
            </w:pPr>
            <w:r w:rsidRPr="00D50A8C">
              <w:rPr>
                <w:rFonts w:cs="Times New Roman"/>
                <w:sz w:val="28"/>
                <w:szCs w:val="28"/>
                <w:lang w:val="vi-VN"/>
              </w:rPr>
              <w:t>100% bộ, cơ quan ngang bộ, cơ quan thuộc Chính phủ và UBND cấp tỉnh</w:t>
            </w:r>
            <w:r w:rsidRPr="00C3780B">
              <w:rPr>
                <w:rFonts w:cs="Times New Roman"/>
                <w:sz w:val="28"/>
                <w:szCs w:val="28"/>
                <w:lang w:val="vi-VN"/>
              </w:rPr>
              <w:t xml:space="preserve"> công bố danh mục dữ liệu mở phục vụ nghiên cứu, phát triển AI và chuyển </w:t>
            </w:r>
            <w:r w:rsidRPr="00C3780B">
              <w:rPr>
                <w:rFonts w:cs="Times New Roman"/>
                <w:sz w:val="28"/>
                <w:szCs w:val="28"/>
                <w:lang w:val="vi-VN"/>
              </w:rPr>
              <w:lastRenderedPageBreak/>
              <w:t>đổi quốc gia bằng AI.</w:t>
            </w:r>
          </w:p>
        </w:tc>
        <w:tc>
          <w:tcPr>
            <w:tcW w:w="557" w:type="pct"/>
          </w:tcPr>
          <w:p w14:paraId="66338C98" w14:textId="04BEC58A"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2026</w:t>
            </w:r>
            <w:r w:rsidR="00F83D5B">
              <w:rPr>
                <w:rFonts w:cs="Times New Roman"/>
                <w:color w:val="000000" w:themeColor="text1"/>
                <w:sz w:val="28"/>
                <w:szCs w:val="28"/>
                <w:lang w:val="vi-VN"/>
              </w:rPr>
              <w:t xml:space="preserve"> v</w:t>
            </w:r>
            <w:r w:rsidR="005F0B58" w:rsidRPr="007D41B6">
              <w:rPr>
                <w:rFonts w:cs="Times New Roman"/>
                <w:color w:val="000000" w:themeColor="text1"/>
                <w:sz w:val="28"/>
                <w:szCs w:val="28"/>
                <w:lang w:val="vi-VN"/>
              </w:rPr>
              <w:t>à c</w:t>
            </w:r>
            <w:r w:rsidRPr="007D41B6">
              <w:rPr>
                <w:rFonts w:cs="Times New Roman"/>
                <w:color w:val="000000" w:themeColor="text1"/>
                <w:sz w:val="28"/>
                <w:szCs w:val="28"/>
                <w:lang w:val="vi-VN"/>
              </w:rPr>
              <w:t>ập nhật định kỳ</w:t>
            </w:r>
          </w:p>
        </w:tc>
      </w:tr>
      <w:tr w:rsidR="00405175" w:rsidRPr="007D41B6" w14:paraId="5D4315F2" w14:textId="77777777" w:rsidTr="00D50A8C">
        <w:trPr>
          <w:jc w:val="center"/>
        </w:trPr>
        <w:tc>
          <w:tcPr>
            <w:tcW w:w="289" w:type="pct"/>
          </w:tcPr>
          <w:p w14:paraId="0672C3CF" w14:textId="77777777" w:rsidR="00405175" w:rsidRPr="007D41B6" w:rsidRDefault="00405175" w:rsidP="006D5D4A">
            <w:pPr>
              <w:pStyle w:val="ListParagraph"/>
              <w:numPr>
                <w:ilvl w:val="0"/>
                <w:numId w:val="11"/>
              </w:numPr>
              <w:spacing w:before="120" w:after="120" w:line="264" w:lineRule="auto"/>
              <w:jc w:val="both"/>
              <w:rPr>
                <w:rFonts w:cs="Times New Roman"/>
                <w:color w:val="000000" w:themeColor="text1"/>
                <w:sz w:val="28"/>
                <w:szCs w:val="28"/>
                <w:lang w:val="vi-VN"/>
              </w:rPr>
            </w:pPr>
          </w:p>
        </w:tc>
        <w:tc>
          <w:tcPr>
            <w:tcW w:w="979" w:type="pct"/>
          </w:tcPr>
          <w:p w14:paraId="7BCE8ABA" w14:textId="25ACF2E9"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pacing w:val="-4"/>
                <w:sz w:val="28"/>
                <w:szCs w:val="28"/>
                <w:lang w:val="vi-VN"/>
              </w:rPr>
              <w:t xml:space="preserve">Xây dựng, phát triển, chia sẻ bộ dữ liệu </w:t>
            </w:r>
            <w:r w:rsidR="00F86A44" w:rsidRPr="007D41B6">
              <w:rPr>
                <w:rFonts w:cs="Times New Roman"/>
                <w:color w:val="000000" w:themeColor="text1"/>
                <w:spacing w:val="-4"/>
                <w:sz w:val="28"/>
                <w:szCs w:val="28"/>
                <w:lang w:val="vi-VN"/>
              </w:rPr>
              <w:t>các ngành, lĩnh vực trọng điểm</w:t>
            </w:r>
            <w:r w:rsidRPr="007D41B6">
              <w:rPr>
                <w:rFonts w:cs="Times New Roman"/>
                <w:color w:val="000000" w:themeColor="text1"/>
                <w:spacing w:val="-4"/>
                <w:sz w:val="28"/>
                <w:szCs w:val="28"/>
                <w:lang w:val="vi-VN"/>
              </w:rPr>
              <w:t xml:space="preserve"> phục vụ phát triển các mô hình AI Việt Nam</w:t>
            </w:r>
            <w:r w:rsidR="00F83D5B">
              <w:rPr>
                <w:rFonts w:cs="Times New Roman"/>
                <w:color w:val="000000" w:themeColor="text1"/>
                <w:spacing w:val="-4"/>
                <w:sz w:val="28"/>
                <w:szCs w:val="28"/>
                <w:lang w:val="vi-VN"/>
              </w:rPr>
              <w:t>.</w:t>
            </w:r>
          </w:p>
        </w:tc>
        <w:tc>
          <w:tcPr>
            <w:tcW w:w="625" w:type="pct"/>
          </w:tcPr>
          <w:p w14:paraId="3DACFA0E" w14:textId="03DD1989"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doanh nghiệp, đơn vị sự nghiệp và các tổ chức có liên quan</w:t>
            </w:r>
            <w:r w:rsidR="00F83D5B">
              <w:rPr>
                <w:rFonts w:cs="Times New Roman"/>
                <w:color w:val="000000" w:themeColor="text1"/>
                <w:sz w:val="28"/>
                <w:szCs w:val="28"/>
                <w:lang w:val="vi-VN"/>
              </w:rPr>
              <w:t>.</w:t>
            </w:r>
          </w:p>
        </w:tc>
        <w:tc>
          <w:tcPr>
            <w:tcW w:w="810" w:type="pct"/>
          </w:tcPr>
          <w:p w14:paraId="3001C7EC" w14:textId="77777777"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Công an, Bộ Khoa học và Công nghệ</w:t>
            </w:r>
          </w:p>
        </w:tc>
        <w:tc>
          <w:tcPr>
            <w:tcW w:w="862" w:type="pct"/>
          </w:tcPr>
          <w:p w14:paraId="4F5F8499" w14:textId="54296167"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dữ liệu tiếng Việt quốc gia và các bộ dữ liệu chuyên ngành chất lượng cao phục vụ phát triển AI</w:t>
            </w:r>
            <w:r w:rsidR="00F83D5B">
              <w:rPr>
                <w:rFonts w:cs="Times New Roman"/>
                <w:color w:val="000000" w:themeColor="text1"/>
                <w:sz w:val="28"/>
                <w:szCs w:val="28"/>
                <w:lang w:val="vi-VN"/>
              </w:rPr>
              <w:t>.</w:t>
            </w:r>
          </w:p>
        </w:tc>
        <w:tc>
          <w:tcPr>
            <w:tcW w:w="878" w:type="pct"/>
          </w:tcPr>
          <w:p w14:paraId="1E6EAF96" w14:textId="528A94F1"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Số bộ dữ liệu phục vụ phát triển các mô hình AI Việt Nam</w:t>
            </w:r>
            <w:r w:rsidR="00F83D5B">
              <w:rPr>
                <w:rFonts w:cs="Times New Roman"/>
                <w:color w:val="000000" w:themeColor="text1"/>
                <w:sz w:val="28"/>
                <w:szCs w:val="28"/>
                <w:lang w:val="vi-VN"/>
              </w:rPr>
              <w:t>.</w:t>
            </w:r>
          </w:p>
        </w:tc>
        <w:tc>
          <w:tcPr>
            <w:tcW w:w="557" w:type="pct"/>
          </w:tcPr>
          <w:p w14:paraId="1752C458"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764C5D" w:rsidRPr="007D41B6" w14:paraId="6314B91A" w14:textId="77777777" w:rsidTr="00D50A8C">
        <w:trPr>
          <w:jc w:val="center"/>
        </w:trPr>
        <w:tc>
          <w:tcPr>
            <w:tcW w:w="289" w:type="pct"/>
          </w:tcPr>
          <w:p w14:paraId="2E0E98FB" w14:textId="77777777" w:rsidR="00405175" w:rsidRPr="007D41B6" w:rsidRDefault="00405175" w:rsidP="006D5D4A">
            <w:pPr>
              <w:pStyle w:val="ListParagraph"/>
              <w:numPr>
                <w:ilvl w:val="0"/>
                <w:numId w:val="11"/>
              </w:numPr>
              <w:spacing w:before="120" w:after="120" w:line="264" w:lineRule="auto"/>
              <w:jc w:val="both"/>
              <w:rPr>
                <w:rFonts w:cs="Times New Roman"/>
                <w:color w:val="000000" w:themeColor="text1"/>
                <w:sz w:val="28"/>
                <w:szCs w:val="28"/>
              </w:rPr>
            </w:pPr>
          </w:p>
        </w:tc>
        <w:tc>
          <w:tcPr>
            <w:tcW w:w="979" w:type="pct"/>
          </w:tcPr>
          <w:p w14:paraId="010F94F4" w14:textId="6BD55CE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 xml:space="preserve">Phát triển mô hình </w:t>
            </w:r>
            <w:r w:rsidR="00FD023E">
              <w:rPr>
                <w:rFonts w:cs="Times New Roman"/>
                <w:color w:val="000000" w:themeColor="text1"/>
                <w:sz w:val="28"/>
                <w:szCs w:val="28"/>
              </w:rPr>
              <w:t>AI</w:t>
            </w:r>
            <w:r w:rsidRPr="007D41B6">
              <w:rPr>
                <w:rFonts w:cs="Times New Roman"/>
                <w:color w:val="000000" w:themeColor="text1"/>
                <w:sz w:val="28"/>
                <w:szCs w:val="28"/>
                <w:lang w:val="vi-VN"/>
              </w:rPr>
              <w:t xml:space="preserve"> tiếng Việt</w:t>
            </w:r>
            <w:r w:rsidR="00F83D5B">
              <w:rPr>
                <w:rFonts w:cs="Times New Roman"/>
                <w:color w:val="000000" w:themeColor="text1"/>
                <w:sz w:val="28"/>
                <w:szCs w:val="28"/>
                <w:lang w:val="vi-VN"/>
              </w:rPr>
              <w:t>.</w:t>
            </w:r>
          </w:p>
        </w:tc>
        <w:tc>
          <w:tcPr>
            <w:tcW w:w="625" w:type="pct"/>
          </w:tcPr>
          <w:p w14:paraId="4DD1F7DB"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810" w:type="pct"/>
          </w:tcPr>
          <w:p w14:paraId="0B1E74A4" w14:textId="7AFF2D60" w:rsidR="00405175" w:rsidRPr="007D41B6" w:rsidRDefault="00584657"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w:t>
            </w:r>
          </w:p>
        </w:tc>
        <w:tc>
          <w:tcPr>
            <w:tcW w:w="862" w:type="pct"/>
          </w:tcPr>
          <w:p w14:paraId="2A6D5B9F" w14:textId="7359F1D7" w:rsidR="00405175" w:rsidRPr="007D41B6" w:rsidRDefault="00570246"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Các </w:t>
            </w:r>
            <w:r w:rsidRPr="007D41B6">
              <w:rPr>
                <w:rFonts w:cs="Times New Roman"/>
                <w:color w:val="000000" w:themeColor="text1"/>
                <w:sz w:val="28"/>
                <w:szCs w:val="28"/>
                <w:lang w:val="vi-VN"/>
              </w:rPr>
              <w:t xml:space="preserve">mô hình </w:t>
            </w:r>
            <w:r w:rsidR="00FD023E">
              <w:rPr>
                <w:rFonts w:cs="Times New Roman"/>
                <w:color w:val="000000" w:themeColor="text1"/>
                <w:sz w:val="28"/>
                <w:szCs w:val="28"/>
              </w:rPr>
              <w:t>AI</w:t>
            </w:r>
            <w:r w:rsidRPr="007D41B6">
              <w:rPr>
                <w:rFonts w:cs="Times New Roman"/>
                <w:color w:val="000000" w:themeColor="text1"/>
                <w:sz w:val="28"/>
                <w:szCs w:val="28"/>
                <w:lang w:val="vi-VN"/>
              </w:rPr>
              <w:t xml:space="preserve"> tiếng Việt</w:t>
            </w:r>
            <w:r w:rsidR="00F83D5B">
              <w:rPr>
                <w:rFonts w:cs="Times New Roman"/>
                <w:color w:val="000000" w:themeColor="text1"/>
                <w:sz w:val="28"/>
                <w:szCs w:val="28"/>
                <w:lang w:val="vi-VN"/>
              </w:rPr>
              <w:t>.</w:t>
            </w:r>
          </w:p>
        </w:tc>
        <w:tc>
          <w:tcPr>
            <w:tcW w:w="878" w:type="pct"/>
          </w:tcPr>
          <w:p w14:paraId="4060A466" w14:textId="5C9FC2E9" w:rsidR="00405175" w:rsidRPr="00F83D5B" w:rsidRDefault="00570246" w:rsidP="006D5D4A">
            <w:pPr>
              <w:spacing w:before="120" w:after="120" w:line="264" w:lineRule="auto"/>
              <w:jc w:val="both"/>
              <w:rPr>
                <w:rFonts w:cs="Times New Roman"/>
                <w:color w:val="000000" w:themeColor="text1"/>
                <w:sz w:val="28"/>
                <w:szCs w:val="28"/>
                <w:lang w:val="vi-VN"/>
              </w:rPr>
            </w:pPr>
            <w:r w:rsidRPr="007D41B6">
              <w:rPr>
                <w:rFonts w:cs="Times New Roman"/>
                <w:bCs/>
                <w:color w:val="000000" w:themeColor="text1"/>
                <w:sz w:val="28"/>
                <w:szCs w:val="28"/>
              </w:rPr>
              <w:t xml:space="preserve">Phát triển 05 mô hình </w:t>
            </w:r>
            <w:r w:rsidR="002F3EF6">
              <w:rPr>
                <w:rFonts w:cs="Times New Roman"/>
                <w:bCs/>
                <w:color w:val="000000" w:themeColor="text1"/>
                <w:sz w:val="28"/>
                <w:szCs w:val="28"/>
              </w:rPr>
              <w:t>AI</w:t>
            </w:r>
            <w:r w:rsidRPr="007D41B6">
              <w:rPr>
                <w:rFonts w:cs="Times New Roman"/>
                <w:bCs/>
                <w:color w:val="000000" w:themeColor="text1"/>
                <w:sz w:val="28"/>
                <w:szCs w:val="28"/>
              </w:rPr>
              <w:t xml:space="preserve"> tiếng Việt</w:t>
            </w:r>
            <w:r w:rsidR="00F83D5B">
              <w:rPr>
                <w:rFonts w:cs="Times New Roman"/>
                <w:bCs/>
                <w:color w:val="000000" w:themeColor="text1"/>
                <w:sz w:val="28"/>
                <w:szCs w:val="28"/>
                <w:lang w:val="vi-VN"/>
              </w:rPr>
              <w:t>.</w:t>
            </w:r>
          </w:p>
        </w:tc>
        <w:tc>
          <w:tcPr>
            <w:tcW w:w="557" w:type="pct"/>
          </w:tcPr>
          <w:p w14:paraId="568FBB63" w14:textId="34B751C4" w:rsidR="00405175" w:rsidRPr="007D41B6" w:rsidRDefault="00584657"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2030</w:t>
            </w:r>
          </w:p>
        </w:tc>
      </w:tr>
      <w:tr w:rsidR="00764C5D" w:rsidRPr="007D41B6" w14:paraId="27DC9151" w14:textId="77777777" w:rsidTr="00D50A8C">
        <w:trPr>
          <w:jc w:val="center"/>
        </w:trPr>
        <w:tc>
          <w:tcPr>
            <w:tcW w:w="289" w:type="pct"/>
          </w:tcPr>
          <w:p w14:paraId="2D0E091E" w14:textId="77777777" w:rsidR="00405175" w:rsidRPr="007D41B6" w:rsidRDefault="00405175" w:rsidP="006D5D4A">
            <w:pPr>
              <w:pStyle w:val="ListParagraph"/>
              <w:numPr>
                <w:ilvl w:val="0"/>
                <w:numId w:val="11"/>
              </w:numPr>
              <w:spacing w:before="120" w:after="120" w:line="264" w:lineRule="auto"/>
              <w:jc w:val="both"/>
              <w:rPr>
                <w:rFonts w:cs="Times New Roman"/>
                <w:color w:val="000000" w:themeColor="text1"/>
                <w:sz w:val="28"/>
                <w:szCs w:val="28"/>
                <w:lang w:val="vi-VN"/>
              </w:rPr>
            </w:pPr>
          </w:p>
        </w:tc>
        <w:tc>
          <w:tcPr>
            <w:tcW w:w="979" w:type="pct"/>
          </w:tcPr>
          <w:p w14:paraId="0E80823E" w14:textId="77777777" w:rsidR="00405175" w:rsidRPr="007D41B6" w:rsidRDefault="00405175"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Hoàn thiện cơ chế chia sẻ, khai thác, sử dụng lại dữ liệu hợp pháp, an toàn; từng bước hình thành thị trường dữ liệu và hệ sinh thái dịch vụ dữ liệu phục vụ AI.</w:t>
            </w:r>
          </w:p>
        </w:tc>
        <w:tc>
          <w:tcPr>
            <w:tcW w:w="625" w:type="pct"/>
          </w:tcPr>
          <w:p w14:paraId="73113CCB"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Công an</w:t>
            </w:r>
          </w:p>
        </w:tc>
        <w:tc>
          <w:tcPr>
            <w:tcW w:w="810" w:type="pct"/>
          </w:tcPr>
          <w:p w14:paraId="77562164"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 doanh nghiệp</w:t>
            </w:r>
          </w:p>
        </w:tc>
        <w:tc>
          <w:tcPr>
            <w:tcW w:w="862" w:type="pct"/>
          </w:tcPr>
          <w:p w14:paraId="3E4BFE07"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Cơ chế chia sẻ, khai thác dữ liệu; thị trường dữ liệu và hệ sinh thái dịch vụ dữ liệu phục vụ AI.</w:t>
            </w:r>
          </w:p>
        </w:tc>
        <w:tc>
          <w:tcPr>
            <w:tcW w:w="878" w:type="pct"/>
          </w:tcPr>
          <w:p w14:paraId="045D2066"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Từng bước hình thành thị trường dữ liệu và hệ sinh thái dịch vụ dữ liệu phục vụ AI.</w:t>
            </w:r>
          </w:p>
        </w:tc>
        <w:tc>
          <w:tcPr>
            <w:tcW w:w="557" w:type="pct"/>
          </w:tcPr>
          <w:p w14:paraId="03B091F8" w14:textId="77777777" w:rsidR="00405175" w:rsidRPr="007D41B6" w:rsidRDefault="00405175"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 xuyên</w:t>
            </w:r>
          </w:p>
        </w:tc>
      </w:tr>
    </w:tbl>
    <w:p w14:paraId="75FA5DAA" w14:textId="77777777" w:rsidR="00BC7E0E"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rPr>
      </w:pPr>
      <w:r w:rsidRPr="007D41B6">
        <w:rPr>
          <w:rFonts w:ascii="Times New Roman" w:hAnsi="Times New Roman" w:cs="Times New Roman"/>
          <w:color w:val="000000" w:themeColor="text1"/>
          <w:sz w:val="28"/>
          <w:szCs w:val="28"/>
        </w:rPr>
        <w:lastRenderedPageBreak/>
        <w:t>Nhóm nhiệm vụ 3. Phát triển hạ tầng AI</w:t>
      </w:r>
    </w:p>
    <w:tbl>
      <w:tblPr>
        <w:tblStyle w:val="TableGrid"/>
        <w:tblW w:w="5000" w:type="pct"/>
        <w:tblLook w:val="04A0" w:firstRow="1" w:lastRow="0" w:firstColumn="1" w:lastColumn="0" w:noHBand="0" w:noVBand="1"/>
      </w:tblPr>
      <w:tblGrid>
        <w:gridCol w:w="807"/>
        <w:gridCol w:w="2744"/>
        <w:gridCol w:w="1763"/>
        <w:gridCol w:w="2275"/>
        <w:gridCol w:w="2398"/>
        <w:gridCol w:w="2339"/>
        <w:gridCol w:w="1646"/>
      </w:tblGrid>
      <w:tr w:rsidR="00764C5D" w:rsidRPr="007D41B6" w14:paraId="73D3D1C8" w14:textId="77777777" w:rsidTr="00181913">
        <w:trPr>
          <w:tblHeader/>
        </w:trPr>
        <w:tc>
          <w:tcPr>
            <w:tcW w:w="289" w:type="pct"/>
          </w:tcPr>
          <w:p w14:paraId="20E832B4" w14:textId="77777777" w:rsidR="004747CF" w:rsidRPr="007D41B6" w:rsidRDefault="004747CF" w:rsidP="00F83D5B">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982" w:type="pct"/>
          </w:tcPr>
          <w:p w14:paraId="06EDE542" w14:textId="77777777" w:rsidR="004747CF" w:rsidRPr="007D41B6" w:rsidRDefault="004747CF" w:rsidP="00F83D5B">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631" w:type="pct"/>
          </w:tcPr>
          <w:p w14:paraId="6F80BB7D" w14:textId="5D44D9AF" w:rsidR="004747CF" w:rsidRPr="007D41B6" w:rsidRDefault="00A02EAC" w:rsidP="00F83D5B">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4747CF" w:rsidRPr="007D41B6">
              <w:rPr>
                <w:rFonts w:cs="Times New Roman"/>
                <w:b/>
                <w:color w:val="000000" w:themeColor="text1"/>
                <w:sz w:val="28"/>
                <w:szCs w:val="28"/>
              </w:rPr>
              <w:t xml:space="preserve"> chủ trì</w:t>
            </w:r>
          </w:p>
        </w:tc>
        <w:tc>
          <w:tcPr>
            <w:tcW w:w="814" w:type="pct"/>
          </w:tcPr>
          <w:p w14:paraId="38A59230" w14:textId="134FE53F" w:rsidR="004747CF" w:rsidRPr="007D41B6" w:rsidRDefault="00A02EAC" w:rsidP="00F83D5B">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4747CF" w:rsidRPr="007D41B6">
              <w:rPr>
                <w:rFonts w:cs="Times New Roman"/>
                <w:b/>
                <w:color w:val="000000" w:themeColor="text1"/>
                <w:sz w:val="28"/>
                <w:szCs w:val="28"/>
              </w:rPr>
              <w:t xml:space="preserve"> phối hợp</w:t>
            </w:r>
          </w:p>
        </w:tc>
        <w:tc>
          <w:tcPr>
            <w:tcW w:w="858" w:type="pct"/>
          </w:tcPr>
          <w:p w14:paraId="42E604F1" w14:textId="77777777" w:rsidR="004747CF" w:rsidRPr="007D41B6" w:rsidRDefault="004747CF" w:rsidP="00F83D5B">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837" w:type="pct"/>
          </w:tcPr>
          <w:p w14:paraId="0D5872A9" w14:textId="77777777" w:rsidR="004747CF" w:rsidRPr="007D41B6" w:rsidRDefault="004747CF" w:rsidP="00F83D5B">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589" w:type="pct"/>
          </w:tcPr>
          <w:p w14:paraId="15338075" w14:textId="3F0690EA" w:rsidR="004747CF" w:rsidRPr="00A02EAC" w:rsidRDefault="00C97E67" w:rsidP="00F83D5B">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T</w:t>
            </w:r>
            <w:r w:rsidR="00A02EAC">
              <w:rPr>
                <w:rFonts w:cs="Times New Roman"/>
                <w:b/>
                <w:color w:val="000000" w:themeColor="text1"/>
                <w:sz w:val="28"/>
                <w:szCs w:val="28"/>
              </w:rPr>
              <w:t>hời</w:t>
            </w:r>
            <w:r w:rsidR="00A02EAC">
              <w:rPr>
                <w:rFonts w:cs="Times New Roman"/>
                <w:b/>
                <w:color w:val="000000" w:themeColor="text1"/>
                <w:sz w:val="28"/>
                <w:szCs w:val="28"/>
                <w:lang w:val="vi-VN"/>
              </w:rPr>
              <w:t xml:space="preserve"> gian thực hiện</w:t>
            </w:r>
          </w:p>
        </w:tc>
      </w:tr>
      <w:tr w:rsidR="00764C5D" w:rsidRPr="007D41B6" w14:paraId="5C0D0CCE" w14:textId="77777777" w:rsidTr="00181913">
        <w:tc>
          <w:tcPr>
            <w:tcW w:w="289" w:type="pct"/>
          </w:tcPr>
          <w:p w14:paraId="2023D839"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1A2AD235" w14:textId="0F8A0A4F"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Phát triển năng lực quốc gia về tính toán hiệu năng cao, tính toán đám mây, tính toán sương mù</w:t>
            </w:r>
            <w:r w:rsidR="00194514">
              <w:rPr>
                <w:rFonts w:cs="Times New Roman"/>
                <w:color w:val="000000" w:themeColor="text1"/>
                <w:sz w:val="28"/>
                <w:szCs w:val="28"/>
                <w:lang w:val="vi-VN"/>
              </w:rPr>
              <w:t>.</w:t>
            </w:r>
          </w:p>
        </w:tc>
        <w:tc>
          <w:tcPr>
            <w:tcW w:w="631" w:type="pct"/>
          </w:tcPr>
          <w:p w14:paraId="77CF0A60" w14:textId="5A8F9789" w:rsidR="004747CF" w:rsidRPr="002F3EF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814" w:type="pct"/>
          </w:tcPr>
          <w:p w14:paraId="5CCDFDE2"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 doanh nghiệp</w:t>
            </w:r>
          </w:p>
        </w:tc>
        <w:tc>
          <w:tcPr>
            <w:tcW w:w="858" w:type="pct"/>
          </w:tcPr>
          <w:p w14:paraId="6591AE6D" w14:textId="77777777" w:rsidR="004747CF" w:rsidRPr="007D41B6" w:rsidRDefault="004747CF" w:rsidP="006D5D4A">
            <w:pPr>
              <w:spacing w:before="120" w:after="120" w:line="264" w:lineRule="auto"/>
              <w:jc w:val="both"/>
              <w:rPr>
                <w:rFonts w:cs="Times New Roman"/>
                <w:color w:val="000000" w:themeColor="text1"/>
                <w:sz w:val="28"/>
                <w:szCs w:val="28"/>
              </w:rPr>
            </w:pPr>
          </w:p>
        </w:tc>
        <w:tc>
          <w:tcPr>
            <w:tcW w:w="837" w:type="pct"/>
          </w:tcPr>
          <w:p w14:paraId="20DD77F2" w14:textId="5CE5B8F9" w:rsidR="004747CF" w:rsidRPr="007D41B6" w:rsidRDefault="002F3EF6" w:rsidP="006D5D4A">
            <w:pPr>
              <w:spacing w:before="120" w:after="120" w:line="264" w:lineRule="auto"/>
              <w:jc w:val="both"/>
              <w:rPr>
                <w:rFonts w:cs="Times New Roman"/>
                <w:color w:val="000000" w:themeColor="text1"/>
                <w:sz w:val="28"/>
                <w:szCs w:val="28"/>
              </w:rPr>
            </w:pPr>
            <w:r w:rsidRPr="002F3EF6">
              <w:rPr>
                <w:rFonts w:cs="Times New Roman"/>
                <w:color w:val="000000" w:themeColor="text1"/>
                <w:sz w:val="28"/>
                <w:szCs w:val="28"/>
                <w:lang w:val="vi-VN"/>
              </w:rPr>
              <w:t xml:space="preserve">Tổng năng lực tính toán do Nhà nước và doanh nghiệp </w:t>
            </w:r>
            <w:r>
              <w:rPr>
                <w:rFonts w:cs="Times New Roman"/>
                <w:color w:val="000000" w:themeColor="text1"/>
                <w:sz w:val="28"/>
                <w:szCs w:val="28"/>
              </w:rPr>
              <w:t>đầu</w:t>
            </w:r>
            <w:r w:rsidRPr="002F3EF6">
              <w:rPr>
                <w:rFonts w:cs="Times New Roman"/>
                <w:color w:val="000000" w:themeColor="text1"/>
                <w:sz w:val="28"/>
                <w:szCs w:val="28"/>
                <w:lang w:val="vi-VN"/>
              </w:rPr>
              <w:t xml:space="preserve"> tư: 250.000 GPU</w:t>
            </w:r>
            <w:r w:rsidR="00762435">
              <w:rPr>
                <w:rFonts w:cs="Times New Roman"/>
                <w:color w:val="000000" w:themeColor="text1"/>
                <w:sz w:val="28"/>
                <w:szCs w:val="28"/>
                <w:lang w:val="vi-VN"/>
              </w:rPr>
              <w:t xml:space="preserve"> </w:t>
            </w:r>
            <w:r w:rsidRPr="002F3EF6">
              <w:rPr>
                <w:rFonts w:cs="Times New Roman"/>
                <w:color w:val="000000" w:themeColor="text1"/>
                <w:sz w:val="28"/>
                <w:szCs w:val="28"/>
                <w:lang w:val="vi-VN"/>
              </w:rPr>
              <w:t>H100/H200/B200 (hoặc tương đương)</w:t>
            </w:r>
            <w:r w:rsidR="00762435">
              <w:rPr>
                <w:rFonts w:cs="Times New Roman"/>
                <w:color w:val="000000" w:themeColor="text1"/>
                <w:sz w:val="28"/>
                <w:szCs w:val="28"/>
                <w:lang w:val="vi-VN"/>
              </w:rPr>
              <w:t>.</w:t>
            </w:r>
          </w:p>
        </w:tc>
        <w:tc>
          <w:tcPr>
            <w:tcW w:w="589" w:type="pct"/>
          </w:tcPr>
          <w:p w14:paraId="6B4F4B6A"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764C5D" w:rsidRPr="007D41B6" w14:paraId="1AD905FF" w14:textId="77777777" w:rsidTr="00181913">
        <w:tc>
          <w:tcPr>
            <w:tcW w:w="289" w:type="pct"/>
          </w:tcPr>
          <w:p w14:paraId="7BB118DE"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5413FB47" w14:textId="3DBA316C" w:rsidR="004747CF" w:rsidRPr="007D41B6" w:rsidRDefault="007448E1"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Đ</w:t>
            </w:r>
            <w:r w:rsidRPr="007D41B6">
              <w:rPr>
                <w:rFonts w:cs="Times New Roman"/>
                <w:color w:val="000000" w:themeColor="text1"/>
                <w:sz w:val="28"/>
                <w:szCs w:val="28"/>
                <w:lang w:val="vi-VN"/>
              </w:rPr>
              <w:t xml:space="preserve">ầu tư, xây dựng và vận hành hạ tầng </w:t>
            </w:r>
            <w:r w:rsidR="006410DF" w:rsidRPr="007D41B6">
              <w:rPr>
                <w:rFonts w:cs="Times New Roman"/>
                <w:color w:val="000000" w:themeColor="text1"/>
                <w:sz w:val="28"/>
                <w:szCs w:val="28"/>
              </w:rPr>
              <w:t>AI</w:t>
            </w:r>
            <w:r w:rsidRPr="007D41B6">
              <w:rPr>
                <w:rFonts w:cs="Times New Roman"/>
                <w:color w:val="000000" w:themeColor="text1"/>
                <w:sz w:val="28"/>
                <w:szCs w:val="28"/>
                <w:lang w:val="vi-VN"/>
              </w:rPr>
              <w:t xml:space="preserve"> phục vụ quản lý nhà nước</w:t>
            </w:r>
            <w:r w:rsidR="00194514">
              <w:rPr>
                <w:rFonts w:cs="Times New Roman"/>
                <w:color w:val="000000" w:themeColor="text1"/>
                <w:sz w:val="28"/>
                <w:szCs w:val="28"/>
                <w:lang w:val="vi-VN"/>
              </w:rPr>
              <w:t>.</w:t>
            </w:r>
          </w:p>
        </w:tc>
        <w:tc>
          <w:tcPr>
            <w:tcW w:w="631" w:type="pct"/>
          </w:tcPr>
          <w:p w14:paraId="1D9BABBC" w14:textId="611332DD" w:rsidR="004747CF" w:rsidRPr="007D41B6" w:rsidRDefault="0087160B"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Bộ Công an</w:t>
            </w:r>
          </w:p>
        </w:tc>
        <w:tc>
          <w:tcPr>
            <w:tcW w:w="814" w:type="pct"/>
          </w:tcPr>
          <w:p w14:paraId="78181612" w14:textId="26CAE189" w:rsidR="004747CF" w:rsidRPr="007D41B6" w:rsidRDefault="007448E1"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858" w:type="pct"/>
          </w:tcPr>
          <w:p w14:paraId="4F13BB61" w14:textId="54DA9372" w:rsidR="004747CF" w:rsidRPr="00C3780B" w:rsidRDefault="006410DF"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Hạ tầng AI phục vụ quản lý nhà nước</w:t>
            </w:r>
          </w:p>
        </w:tc>
        <w:tc>
          <w:tcPr>
            <w:tcW w:w="837" w:type="pct"/>
          </w:tcPr>
          <w:p w14:paraId="43086868" w14:textId="759A1E7F" w:rsidR="004747CF" w:rsidRPr="007D41B6" w:rsidRDefault="004747CF" w:rsidP="006D5D4A">
            <w:pPr>
              <w:spacing w:before="120" w:after="120" w:line="264" w:lineRule="auto"/>
              <w:jc w:val="both"/>
              <w:rPr>
                <w:rFonts w:cs="Times New Roman"/>
                <w:color w:val="000000" w:themeColor="text1"/>
                <w:sz w:val="28"/>
                <w:szCs w:val="28"/>
                <w:lang w:val="vi-VN"/>
              </w:rPr>
            </w:pPr>
          </w:p>
        </w:tc>
        <w:tc>
          <w:tcPr>
            <w:tcW w:w="589" w:type="pct"/>
          </w:tcPr>
          <w:p w14:paraId="349A3466"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Triển khai từ năm 2026</w:t>
            </w:r>
          </w:p>
        </w:tc>
      </w:tr>
      <w:tr w:rsidR="00764C5D" w:rsidRPr="007D41B6" w14:paraId="6A9B8CDE" w14:textId="77777777" w:rsidTr="00181913">
        <w:tc>
          <w:tcPr>
            <w:tcW w:w="289" w:type="pct"/>
          </w:tcPr>
          <w:p w14:paraId="12C7D26B"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16E010FD" w14:textId="529093FC" w:rsidR="004747CF" w:rsidRPr="007D41B6" w:rsidRDefault="007448E1"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Đầu tư, xây dựng và vận hành hạ tầng </w:t>
            </w:r>
            <w:r w:rsidR="006410DF" w:rsidRPr="007D41B6">
              <w:rPr>
                <w:rFonts w:cs="Times New Roman"/>
                <w:color w:val="000000" w:themeColor="text1"/>
                <w:sz w:val="28"/>
                <w:szCs w:val="28"/>
              </w:rPr>
              <w:t xml:space="preserve">AI </w:t>
            </w:r>
            <w:r w:rsidRPr="007D41B6">
              <w:rPr>
                <w:rFonts w:cs="Times New Roman"/>
                <w:color w:val="000000" w:themeColor="text1"/>
                <w:sz w:val="28"/>
                <w:szCs w:val="28"/>
                <w:lang w:val="vi-VN"/>
              </w:rPr>
              <w:t>phục vụ nghiên cứu, phát triển và đổi mới sáng tạo</w:t>
            </w:r>
            <w:r w:rsidRPr="007D41B6">
              <w:rPr>
                <w:rFonts w:cs="Times New Roman"/>
                <w:sz w:val="28"/>
                <w:szCs w:val="28"/>
                <w:vertAlign w:val="superscript"/>
              </w:rPr>
              <w:footnoteReference w:id="1"/>
            </w:r>
            <w:r w:rsidR="00194514">
              <w:rPr>
                <w:rFonts w:cs="Times New Roman"/>
                <w:color w:val="000000" w:themeColor="text1"/>
                <w:sz w:val="28"/>
                <w:szCs w:val="28"/>
                <w:lang w:val="vi-VN"/>
              </w:rPr>
              <w:t>.</w:t>
            </w:r>
          </w:p>
        </w:tc>
        <w:tc>
          <w:tcPr>
            <w:tcW w:w="631" w:type="pct"/>
          </w:tcPr>
          <w:p w14:paraId="391F5565"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p w14:paraId="2CF883A4" w14:textId="109FA5C1" w:rsidR="00577D8A" w:rsidRPr="007D41B6" w:rsidRDefault="00577D8A" w:rsidP="006D5D4A">
            <w:pPr>
              <w:spacing w:before="120" w:after="120" w:line="264" w:lineRule="auto"/>
              <w:jc w:val="both"/>
              <w:rPr>
                <w:rFonts w:cs="Times New Roman"/>
                <w:color w:val="000000" w:themeColor="text1"/>
                <w:sz w:val="28"/>
                <w:szCs w:val="28"/>
                <w:lang w:val="vi-VN"/>
              </w:rPr>
            </w:pPr>
          </w:p>
        </w:tc>
        <w:tc>
          <w:tcPr>
            <w:tcW w:w="814" w:type="pct"/>
          </w:tcPr>
          <w:p w14:paraId="54DEFA3A" w14:textId="77777777" w:rsidR="004747CF" w:rsidRPr="007D41B6" w:rsidRDefault="004747CF" w:rsidP="006D5D4A">
            <w:pPr>
              <w:spacing w:before="120" w:after="120" w:line="264" w:lineRule="auto"/>
              <w:jc w:val="both"/>
              <w:rPr>
                <w:rFonts w:cs="Times New Roman"/>
                <w:color w:val="000000" w:themeColor="text1"/>
                <w:sz w:val="28"/>
                <w:szCs w:val="28"/>
                <w:lang w:val="vi-VN"/>
              </w:rPr>
            </w:pPr>
          </w:p>
        </w:tc>
        <w:tc>
          <w:tcPr>
            <w:tcW w:w="858" w:type="pct"/>
          </w:tcPr>
          <w:p w14:paraId="09326023" w14:textId="12ABA0BE" w:rsidR="004747CF" w:rsidRPr="007D41B6" w:rsidRDefault="006410DF"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H</w:t>
            </w:r>
            <w:r w:rsidR="007448E1" w:rsidRPr="007D41B6">
              <w:rPr>
                <w:rFonts w:cs="Times New Roman"/>
                <w:color w:val="000000" w:themeColor="text1"/>
                <w:sz w:val="28"/>
                <w:szCs w:val="28"/>
                <w:lang w:val="vi-VN"/>
              </w:rPr>
              <w:t>ạ tầng</w:t>
            </w:r>
            <w:r w:rsidRPr="00C3780B">
              <w:rPr>
                <w:rFonts w:cs="Times New Roman"/>
                <w:color w:val="000000" w:themeColor="text1"/>
                <w:sz w:val="28"/>
                <w:szCs w:val="28"/>
                <w:lang w:val="vi-VN"/>
              </w:rPr>
              <w:t xml:space="preserve"> AI</w:t>
            </w:r>
            <w:r w:rsidR="007448E1" w:rsidRPr="007D41B6">
              <w:rPr>
                <w:rFonts w:cs="Times New Roman"/>
                <w:color w:val="000000" w:themeColor="text1"/>
                <w:sz w:val="28"/>
                <w:szCs w:val="28"/>
                <w:lang w:val="vi-VN"/>
              </w:rPr>
              <w:t xml:space="preserve"> phục vụ nghiên cứu, phát triển và đổi mới sáng tạo</w:t>
            </w:r>
            <w:r w:rsidR="007448E1" w:rsidRPr="007D41B6" w:rsidDel="007448E1">
              <w:rPr>
                <w:rFonts w:cs="Times New Roman"/>
                <w:color w:val="000000" w:themeColor="text1"/>
                <w:sz w:val="28"/>
                <w:szCs w:val="28"/>
                <w:lang w:val="vi-VN"/>
              </w:rPr>
              <w:t xml:space="preserve"> </w:t>
            </w:r>
          </w:p>
        </w:tc>
        <w:tc>
          <w:tcPr>
            <w:tcW w:w="837" w:type="pct"/>
          </w:tcPr>
          <w:p w14:paraId="6C9EC2C1" w14:textId="2B1A0D22" w:rsidR="004747CF" w:rsidRPr="007D41B6" w:rsidRDefault="004747CF" w:rsidP="006D5D4A">
            <w:pPr>
              <w:spacing w:before="120" w:after="120" w:line="264" w:lineRule="auto"/>
              <w:jc w:val="both"/>
              <w:rPr>
                <w:rFonts w:cs="Times New Roman"/>
                <w:color w:val="000000" w:themeColor="text1"/>
                <w:sz w:val="28"/>
                <w:szCs w:val="28"/>
                <w:lang w:val="vi-VN"/>
              </w:rPr>
            </w:pPr>
          </w:p>
        </w:tc>
        <w:tc>
          <w:tcPr>
            <w:tcW w:w="589" w:type="pct"/>
          </w:tcPr>
          <w:p w14:paraId="21A24E1E"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Triển khai từ năm 2026</w:t>
            </w:r>
          </w:p>
        </w:tc>
      </w:tr>
      <w:tr w:rsidR="00764C5D" w:rsidRPr="007D41B6" w14:paraId="3C78A793" w14:textId="77777777" w:rsidTr="00181913">
        <w:tc>
          <w:tcPr>
            <w:tcW w:w="289" w:type="pct"/>
          </w:tcPr>
          <w:p w14:paraId="6C7814C9"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55C251B0"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Xây dựng nền tảng điều phối năng lực tính toán AI quốc gia, bảo đảm các nhóm đối tượng ưu tiên tiếp cận tài nguyên tính toán với chi phí hợp lý.</w:t>
            </w:r>
          </w:p>
        </w:tc>
        <w:tc>
          <w:tcPr>
            <w:tcW w:w="631" w:type="pct"/>
          </w:tcPr>
          <w:p w14:paraId="1AC4B1B8"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w:t>
            </w:r>
          </w:p>
        </w:tc>
        <w:tc>
          <w:tcPr>
            <w:tcW w:w="814" w:type="pct"/>
          </w:tcPr>
          <w:p w14:paraId="06E29F16"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858" w:type="pct"/>
          </w:tcPr>
          <w:p w14:paraId="3EFDCE28"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Nền tảng điều phối năng lực tính toán AI quốc gia.</w:t>
            </w:r>
          </w:p>
        </w:tc>
        <w:tc>
          <w:tcPr>
            <w:tcW w:w="837" w:type="pct"/>
          </w:tcPr>
          <w:p w14:paraId="29DAB318"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Xây dựng 01 nền tảng điều phối năng lực tính toán AI quốc gia.</w:t>
            </w:r>
          </w:p>
        </w:tc>
        <w:tc>
          <w:tcPr>
            <w:tcW w:w="589" w:type="pct"/>
          </w:tcPr>
          <w:p w14:paraId="46155C09"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2026-2028</w:t>
            </w:r>
          </w:p>
        </w:tc>
      </w:tr>
      <w:tr w:rsidR="00764C5D" w:rsidRPr="007D41B6" w14:paraId="42B07577" w14:textId="77777777" w:rsidTr="00181913">
        <w:tc>
          <w:tcPr>
            <w:tcW w:w="289" w:type="pct"/>
          </w:tcPr>
          <w:p w14:paraId="7BC1983A"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4CF9E381" w14:textId="3FAED030"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Quy hoạch và tổ chức triển khai về hạ tầng điện phục vụ AI, bảo đảm đến năm 2030 công suất điện cung cấp cho các Trung tâm dữ liệu AI tăng ít nhất 02 lần so với năm 2025</w:t>
            </w:r>
            <w:r w:rsidR="00762435">
              <w:rPr>
                <w:rFonts w:cs="Times New Roman"/>
                <w:color w:val="000000" w:themeColor="text1"/>
                <w:sz w:val="28"/>
                <w:szCs w:val="28"/>
                <w:lang w:val="vi-VN"/>
              </w:rPr>
              <w:t>.</w:t>
            </w:r>
          </w:p>
        </w:tc>
        <w:tc>
          <w:tcPr>
            <w:tcW w:w="631" w:type="pct"/>
          </w:tcPr>
          <w:p w14:paraId="29999E36"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Công Thương</w:t>
            </w:r>
          </w:p>
        </w:tc>
        <w:tc>
          <w:tcPr>
            <w:tcW w:w="814" w:type="pct"/>
          </w:tcPr>
          <w:p w14:paraId="05574900"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Xây</w:t>
            </w:r>
            <w:r w:rsidRPr="007D41B6">
              <w:rPr>
                <w:rFonts w:cs="Times New Roman"/>
                <w:color w:val="000000" w:themeColor="text1"/>
                <w:sz w:val="28"/>
                <w:szCs w:val="28"/>
                <w:lang w:val="vi-VN"/>
              </w:rPr>
              <w:t xml:space="preserve"> dựng</w:t>
            </w:r>
          </w:p>
        </w:tc>
        <w:tc>
          <w:tcPr>
            <w:tcW w:w="858" w:type="pct"/>
          </w:tcPr>
          <w:p w14:paraId="00982E24" w14:textId="73F601C5"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Quy hoạch hạ tầng điện</w:t>
            </w:r>
            <w:r w:rsidR="00762435">
              <w:rPr>
                <w:rFonts w:cs="Times New Roman"/>
                <w:color w:val="000000" w:themeColor="text1"/>
                <w:sz w:val="28"/>
                <w:szCs w:val="28"/>
                <w:lang w:val="vi-VN"/>
              </w:rPr>
              <w:t>.</w:t>
            </w:r>
          </w:p>
        </w:tc>
        <w:tc>
          <w:tcPr>
            <w:tcW w:w="837" w:type="pct"/>
          </w:tcPr>
          <w:p w14:paraId="692EC3D6"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Đến năm 2030, công suất điện cung cấp cho các trung tâm dữ liệu AI tăng ít nhất 02 lần so với năm 2025.</w:t>
            </w:r>
          </w:p>
        </w:tc>
        <w:tc>
          <w:tcPr>
            <w:tcW w:w="589" w:type="pct"/>
          </w:tcPr>
          <w:p w14:paraId="421BE1C1"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764C5D" w:rsidRPr="007D41B6" w14:paraId="3F0D6C45" w14:textId="77777777" w:rsidTr="00181913">
        <w:tc>
          <w:tcPr>
            <w:tcW w:w="289" w:type="pct"/>
          </w:tcPr>
          <w:p w14:paraId="06973398"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71A30E21" w14:textId="30759163"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eastAsia="vi-VN"/>
              </w:rPr>
              <w:t>Quy  hoạch  và  tổ  chức  triển  khai  về  hạ  tầng  kỹ  thuật  (cấp nước, cao độ nền và thoát nước) phục vụ AI</w:t>
            </w:r>
            <w:r w:rsidR="00762435">
              <w:rPr>
                <w:rFonts w:cs="Times New Roman"/>
                <w:color w:val="000000" w:themeColor="text1"/>
                <w:sz w:val="28"/>
                <w:szCs w:val="28"/>
                <w:lang w:val="vi-VN" w:eastAsia="vi-VN"/>
              </w:rPr>
              <w:t>.</w:t>
            </w:r>
          </w:p>
        </w:tc>
        <w:tc>
          <w:tcPr>
            <w:tcW w:w="631" w:type="pct"/>
          </w:tcPr>
          <w:p w14:paraId="176205DF"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địa phương</w:t>
            </w:r>
          </w:p>
        </w:tc>
        <w:tc>
          <w:tcPr>
            <w:tcW w:w="814" w:type="pct"/>
          </w:tcPr>
          <w:p w14:paraId="2687F57C"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Xây dựng, Bộ Nông nghiệp và Môi trường</w:t>
            </w:r>
          </w:p>
        </w:tc>
        <w:tc>
          <w:tcPr>
            <w:tcW w:w="858" w:type="pct"/>
          </w:tcPr>
          <w:p w14:paraId="48E155BC" w14:textId="4B4297F4"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Quy hoạch hạ  tầng  kỹ  thuật</w:t>
            </w:r>
            <w:r w:rsidR="00762435">
              <w:rPr>
                <w:rFonts w:cs="Times New Roman"/>
                <w:color w:val="000000" w:themeColor="text1"/>
                <w:sz w:val="28"/>
                <w:szCs w:val="28"/>
                <w:lang w:val="vi-VN"/>
              </w:rPr>
              <w:t xml:space="preserve"> </w:t>
            </w:r>
            <w:r w:rsidRPr="007D41B6">
              <w:rPr>
                <w:rFonts w:cs="Times New Roman"/>
                <w:color w:val="000000" w:themeColor="text1"/>
                <w:sz w:val="28"/>
                <w:szCs w:val="28"/>
                <w:lang w:val="vi-VN"/>
              </w:rPr>
              <w:t>(cấp nước, cao độ nền và thoát nước)</w:t>
            </w:r>
            <w:r w:rsidR="00762435">
              <w:rPr>
                <w:rFonts w:cs="Times New Roman"/>
                <w:color w:val="000000" w:themeColor="text1"/>
                <w:sz w:val="28"/>
                <w:szCs w:val="28"/>
                <w:lang w:val="vi-VN"/>
              </w:rPr>
              <w:t>.</w:t>
            </w:r>
          </w:p>
        </w:tc>
        <w:tc>
          <w:tcPr>
            <w:tcW w:w="837" w:type="pct"/>
          </w:tcPr>
          <w:p w14:paraId="07A2F646"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Hạ tầng kỹ thuật cấp nước, cao độ nền và thoát nước phục vụ AI được quy hoạch, tổ chức triển khai phù hợp </w:t>
            </w:r>
            <w:r w:rsidRPr="007D41B6">
              <w:rPr>
                <w:rFonts w:cs="Times New Roman"/>
                <w:color w:val="000000" w:themeColor="text1"/>
                <w:sz w:val="28"/>
                <w:szCs w:val="28"/>
              </w:rPr>
              <w:lastRenderedPageBreak/>
              <w:t>với nhu cầu phát triển trung tâm dữ liệu AI và HPC.</w:t>
            </w:r>
          </w:p>
        </w:tc>
        <w:tc>
          <w:tcPr>
            <w:tcW w:w="589" w:type="pct"/>
          </w:tcPr>
          <w:p w14:paraId="11CEA144" w14:textId="77777777" w:rsidR="004747CF" w:rsidRPr="007D41B6" w:rsidRDefault="004747CF" w:rsidP="006D5D4A">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lastRenderedPageBreak/>
              <w:t>Thường xuyên</w:t>
            </w:r>
          </w:p>
        </w:tc>
      </w:tr>
      <w:tr w:rsidR="00764C5D" w:rsidRPr="007D41B6" w14:paraId="464743E4" w14:textId="77777777" w:rsidTr="00181913">
        <w:tc>
          <w:tcPr>
            <w:tcW w:w="289" w:type="pct"/>
          </w:tcPr>
          <w:p w14:paraId="00FF603F" w14:textId="77777777" w:rsidR="004747CF" w:rsidRPr="007D41B6" w:rsidRDefault="004747CF" w:rsidP="006D5D4A">
            <w:pPr>
              <w:pStyle w:val="ListParagraph"/>
              <w:numPr>
                <w:ilvl w:val="0"/>
                <w:numId w:val="12"/>
              </w:numPr>
              <w:spacing w:before="120" w:after="120" w:line="264" w:lineRule="auto"/>
              <w:jc w:val="both"/>
              <w:rPr>
                <w:rFonts w:cs="Times New Roman"/>
                <w:color w:val="000000" w:themeColor="text1"/>
                <w:sz w:val="28"/>
                <w:szCs w:val="28"/>
              </w:rPr>
            </w:pPr>
          </w:p>
        </w:tc>
        <w:tc>
          <w:tcPr>
            <w:tcW w:w="982" w:type="pct"/>
          </w:tcPr>
          <w:p w14:paraId="601C07CF" w14:textId="54CC5A15" w:rsidR="004747CF" w:rsidRPr="007D41B6" w:rsidRDefault="004747CF" w:rsidP="006D5D4A">
            <w:pPr>
              <w:spacing w:before="120" w:after="120" w:line="264" w:lineRule="auto"/>
              <w:jc w:val="both"/>
              <w:rPr>
                <w:rFonts w:cs="Times New Roman"/>
                <w:color w:val="000000" w:themeColor="text1"/>
                <w:sz w:val="28"/>
                <w:szCs w:val="28"/>
                <w:lang w:val="vi-VN" w:eastAsia="vi-VN"/>
              </w:rPr>
            </w:pPr>
            <w:r w:rsidRPr="007D41B6">
              <w:rPr>
                <w:rFonts w:cs="Times New Roman"/>
                <w:color w:val="000000" w:themeColor="text1"/>
                <w:sz w:val="28"/>
                <w:szCs w:val="28"/>
                <w:lang w:val="vi-VN"/>
              </w:rPr>
              <w:t>Nghiên cứu, xây dựng, ban hành các chính sách ưu đãi (thuế, mặt bằng, năng lượng) nhằm khuyến khích, thu hút các doanh nghiệp trong và ngoài nước đầu tư phát triển các trung tâm dữ liệu và trung tâm HPC cho AI</w:t>
            </w:r>
            <w:r w:rsidR="00762435">
              <w:rPr>
                <w:rFonts w:cs="Times New Roman"/>
                <w:color w:val="000000" w:themeColor="text1"/>
                <w:sz w:val="28"/>
                <w:szCs w:val="28"/>
                <w:lang w:val="vi-VN"/>
              </w:rPr>
              <w:t>.</w:t>
            </w:r>
          </w:p>
        </w:tc>
        <w:tc>
          <w:tcPr>
            <w:tcW w:w="631" w:type="pct"/>
          </w:tcPr>
          <w:p w14:paraId="2E646F83"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814" w:type="pct"/>
          </w:tcPr>
          <w:p w14:paraId="5E16B554"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58" w:type="pct"/>
          </w:tcPr>
          <w:p w14:paraId="28372EF5" w14:textId="77777777" w:rsidR="004747CF" w:rsidRPr="007D41B6" w:rsidRDefault="004747CF" w:rsidP="006D5D4A">
            <w:pPr>
              <w:spacing w:before="120" w:after="120" w:line="264" w:lineRule="auto"/>
              <w:jc w:val="both"/>
              <w:rPr>
                <w:rFonts w:cs="Times New Roman"/>
                <w:color w:val="000000" w:themeColor="text1"/>
                <w:sz w:val="28"/>
                <w:szCs w:val="28"/>
                <w:lang w:val="vi-VN"/>
              </w:rPr>
            </w:pPr>
          </w:p>
        </w:tc>
        <w:tc>
          <w:tcPr>
            <w:tcW w:w="837" w:type="pct"/>
          </w:tcPr>
          <w:p w14:paraId="681145DE"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Chính sách ưu đãi về thuế, mặt bằng, năng lượng nhằm thu hút đầu tư trung tâm dữ liệu và trung tâm HPC cho AI được nghiên cứu, ban hành, triển khai.</w:t>
            </w:r>
          </w:p>
        </w:tc>
        <w:tc>
          <w:tcPr>
            <w:tcW w:w="589" w:type="pct"/>
          </w:tcPr>
          <w:p w14:paraId="79B23FD2" w14:textId="77777777" w:rsidR="004747CF" w:rsidRPr="007D41B6" w:rsidRDefault="004747CF"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Thường xuyên</w:t>
            </w:r>
          </w:p>
        </w:tc>
      </w:tr>
    </w:tbl>
    <w:p w14:paraId="1CB3C340" w14:textId="77777777" w:rsidR="00BC7E0E" w:rsidRPr="007D41B6" w:rsidRDefault="00BC7E0E" w:rsidP="006D5D4A">
      <w:pPr>
        <w:spacing w:before="120" w:after="120" w:line="264" w:lineRule="auto"/>
        <w:jc w:val="both"/>
        <w:rPr>
          <w:rFonts w:cs="Times New Roman"/>
          <w:color w:val="000000" w:themeColor="text1"/>
          <w:sz w:val="28"/>
          <w:szCs w:val="28"/>
        </w:rPr>
      </w:pPr>
    </w:p>
    <w:p w14:paraId="37563462" w14:textId="77777777" w:rsidR="00BC7E0E"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rPr>
      </w:pPr>
      <w:r w:rsidRPr="007D41B6">
        <w:rPr>
          <w:rFonts w:ascii="Times New Roman" w:hAnsi="Times New Roman" w:cs="Times New Roman"/>
          <w:color w:val="000000" w:themeColor="text1"/>
          <w:sz w:val="28"/>
          <w:szCs w:val="28"/>
        </w:rPr>
        <w:lastRenderedPageBreak/>
        <w:t>Nhóm nhiệm vụ 4. Nghiên cứu, phát triển, làm chủ công nghệ AI</w:t>
      </w:r>
    </w:p>
    <w:tbl>
      <w:tblPr>
        <w:tblStyle w:val="TableGrid"/>
        <w:tblW w:w="5000" w:type="pct"/>
        <w:jc w:val="center"/>
        <w:tblLook w:val="04A0" w:firstRow="1" w:lastRow="0" w:firstColumn="1" w:lastColumn="0" w:noHBand="0" w:noVBand="1"/>
      </w:tblPr>
      <w:tblGrid>
        <w:gridCol w:w="853"/>
        <w:gridCol w:w="2744"/>
        <w:gridCol w:w="1679"/>
        <w:gridCol w:w="2230"/>
        <w:gridCol w:w="2420"/>
        <w:gridCol w:w="2400"/>
        <w:gridCol w:w="1646"/>
      </w:tblGrid>
      <w:tr w:rsidR="00C97E67" w:rsidRPr="007D41B6" w14:paraId="2E9932D6" w14:textId="77777777" w:rsidTr="00A973EC">
        <w:trPr>
          <w:tblHeader/>
          <w:jc w:val="center"/>
        </w:trPr>
        <w:tc>
          <w:tcPr>
            <w:tcW w:w="305" w:type="pct"/>
          </w:tcPr>
          <w:p w14:paraId="01246E0B" w14:textId="77777777" w:rsidR="00C97E67" w:rsidRPr="007D41B6" w:rsidRDefault="00C97E67" w:rsidP="00C614E7">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982" w:type="pct"/>
          </w:tcPr>
          <w:p w14:paraId="6D9E58B0" w14:textId="77777777" w:rsidR="00C97E67" w:rsidRPr="007D41B6" w:rsidRDefault="00C97E67" w:rsidP="00C614E7">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601" w:type="pct"/>
          </w:tcPr>
          <w:p w14:paraId="6EBD36B8" w14:textId="5E8B6449" w:rsidR="00C97E67" w:rsidRPr="007D41B6" w:rsidRDefault="00C614E7" w:rsidP="00C614E7">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C97E67" w:rsidRPr="007D41B6">
              <w:rPr>
                <w:rFonts w:cs="Times New Roman"/>
                <w:b/>
                <w:color w:val="000000" w:themeColor="text1"/>
                <w:sz w:val="28"/>
                <w:szCs w:val="28"/>
              </w:rPr>
              <w:t xml:space="preserve"> chủ trì</w:t>
            </w:r>
          </w:p>
        </w:tc>
        <w:tc>
          <w:tcPr>
            <w:tcW w:w="798" w:type="pct"/>
          </w:tcPr>
          <w:p w14:paraId="6BE9340A" w14:textId="0D97111F" w:rsidR="00C97E67" w:rsidRPr="007D41B6" w:rsidRDefault="00C614E7" w:rsidP="00C614E7">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C97E67" w:rsidRPr="007D41B6">
              <w:rPr>
                <w:rFonts w:cs="Times New Roman"/>
                <w:b/>
                <w:color w:val="000000" w:themeColor="text1"/>
                <w:sz w:val="28"/>
                <w:szCs w:val="28"/>
              </w:rPr>
              <w:t xml:space="preserve"> phối hợp</w:t>
            </w:r>
          </w:p>
        </w:tc>
        <w:tc>
          <w:tcPr>
            <w:tcW w:w="866" w:type="pct"/>
          </w:tcPr>
          <w:p w14:paraId="481956DE" w14:textId="77777777" w:rsidR="00C97E67" w:rsidRPr="007D41B6" w:rsidRDefault="00C97E67" w:rsidP="00C614E7">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859" w:type="pct"/>
          </w:tcPr>
          <w:p w14:paraId="0F2662C9" w14:textId="77777777" w:rsidR="00C97E67" w:rsidRPr="007D41B6" w:rsidRDefault="00C97E67" w:rsidP="00C614E7">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589" w:type="pct"/>
          </w:tcPr>
          <w:p w14:paraId="4EA86E38" w14:textId="7DCFB904" w:rsidR="00C97E67" w:rsidRPr="00C614E7" w:rsidRDefault="00C97E67" w:rsidP="00C614E7">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 xml:space="preserve">Thời </w:t>
            </w:r>
            <w:r w:rsidR="00C614E7">
              <w:rPr>
                <w:rFonts w:cs="Times New Roman"/>
                <w:b/>
                <w:color w:val="000000" w:themeColor="text1"/>
                <w:sz w:val="28"/>
                <w:szCs w:val="28"/>
              </w:rPr>
              <w:t>gian</w:t>
            </w:r>
            <w:r w:rsidR="00C614E7">
              <w:rPr>
                <w:rFonts w:cs="Times New Roman"/>
                <w:b/>
                <w:color w:val="000000" w:themeColor="text1"/>
                <w:sz w:val="28"/>
                <w:szCs w:val="28"/>
                <w:lang w:val="vi-VN"/>
              </w:rPr>
              <w:t xml:space="preserve"> thực hiện</w:t>
            </w:r>
          </w:p>
        </w:tc>
      </w:tr>
      <w:tr w:rsidR="00C97E67" w:rsidRPr="007D41B6" w14:paraId="3F5A2E70" w14:textId="77777777" w:rsidTr="00A973EC">
        <w:trPr>
          <w:jc w:val="center"/>
        </w:trPr>
        <w:tc>
          <w:tcPr>
            <w:tcW w:w="305" w:type="pct"/>
          </w:tcPr>
          <w:p w14:paraId="46400313"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20C2C6BF" w14:textId="41E6E0C4"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Kế thừa, làm chủ và ứng dụng hiệu quả các thành tựu khoa học, công nghệ AI tiên tiến của thế giới để tạo ra sự tự chủ về công nghệ AI</w:t>
            </w:r>
            <w:r w:rsidR="00A973EC">
              <w:rPr>
                <w:rFonts w:cs="Times New Roman"/>
                <w:color w:val="000000" w:themeColor="text1"/>
                <w:sz w:val="28"/>
                <w:szCs w:val="28"/>
                <w:lang w:val="vi-VN"/>
              </w:rPr>
              <w:t>.</w:t>
            </w:r>
          </w:p>
        </w:tc>
        <w:tc>
          <w:tcPr>
            <w:tcW w:w="601" w:type="pct"/>
          </w:tcPr>
          <w:p w14:paraId="6B4F54DE"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798" w:type="pct"/>
          </w:tcPr>
          <w:p w14:paraId="5D77AD6D"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 doanh nghiệp, tổ chức, cá nhân có liên quan</w:t>
            </w:r>
          </w:p>
        </w:tc>
        <w:tc>
          <w:tcPr>
            <w:tcW w:w="866" w:type="pct"/>
          </w:tcPr>
          <w:p w14:paraId="1C27ADEE" w14:textId="77777777" w:rsidR="00C97E67" w:rsidRPr="007D41B6" w:rsidRDefault="00C97E67" w:rsidP="00C614E7">
            <w:pPr>
              <w:spacing w:before="120" w:after="120" w:line="264" w:lineRule="auto"/>
              <w:jc w:val="both"/>
              <w:rPr>
                <w:rFonts w:cs="Times New Roman"/>
                <w:color w:val="000000" w:themeColor="text1"/>
                <w:sz w:val="28"/>
                <w:szCs w:val="28"/>
              </w:rPr>
            </w:pPr>
          </w:p>
        </w:tc>
        <w:tc>
          <w:tcPr>
            <w:tcW w:w="859" w:type="pct"/>
          </w:tcPr>
          <w:p w14:paraId="39483789" w14:textId="77777777" w:rsidR="00C97E67" w:rsidRPr="007D41B6" w:rsidRDefault="00C97E67" w:rsidP="00C614E7">
            <w:pPr>
              <w:spacing w:before="120" w:after="120" w:line="264" w:lineRule="auto"/>
              <w:jc w:val="both"/>
              <w:rPr>
                <w:rFonts w:cs="Times New Roman"/>
                <w:color w:val="000000" w:themeColor="text1"/>
                <w:sz w:val="28"/>
                <w:szCs w:val="28"/>
              </w:rPr>
            </w:pPr>
          </w:p>
        </w:tc>
        <w:tc>
          <w:tcPr>
            <w:tcW w:w="589" w:type="pct"/>
          </w:tcPr>
          <w:p w14:paraId="228765D4"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C97E67" w:rsidRPr="007D41B6" w14:paraId="7B0854FF" w14:textId="77777777" w:rsidTr="00A973EC">
        <w:trPr>
          <w:jc w:val="center"/>
        </w:trPr>
        <w:tc>
          <w:tcPr>
            <w:tcW w:w="305" w:type="pct"/>
          </w:tcPr>
          <w:p w14:paraId="01B44FEA"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7D6A7395" w14:textId="514995F8"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Làm chủ và phát triển các công nghệ lõi gồm công nghệ dữ liệu, AI, AI biên (Edge AI)</w:t>
            </w:r>
            <w:r w:rsidR="00A973EC">
              <w:rPr>
                <w:rFonts w:cs="Times New Roman"/>
                <w:color w:val="000000" w:themeColor="text1"/>
                <w:sz w:val="28"/>
                <w:szCs w:val="28"/>
                <w:lang w:val="vi-VN"/>
              </w:rPr>
              <w:t>.</w:t>
            </w:r>
          </w:p>
        </w:tc>
        <w:tc>
          <w:tcPr>
            <w:tcW w:w="601" w:type="pct"/>
          </w:tcPr>
          <w:p w14:paraId="77E12871"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798" w:type="pct"/>
          </w:tcPr>
          <w:p w14:paraId="13D97E00" w14:textId="77777777" w:rsidR="00C97E67" w:rsidRPr="007D41B6" w:rsidRDefault="00C97E67" w:rsidP="00C614E7">
            <w:pPr>
              <w:spacing w:before="120" w:after="120" w:line="264" w:lineRule="auto"/>
              <w:jc w:val="both"/>
              <w:rPr>
                <w:rFonts w:cs="Times New Roman"/>
                <w:color w:val="000000" w:themeColor="text1"/>
                <w:sz w:val="28"/>
                <w:szCs w:val="28"/>
              </w:rPr>
            </w:pPr>
          </w:p>
        </w:tc>
        <w:tc>
          <w:tcPr>
            <w:tcW w:w="866" w:type="pct"/>
          </w:tcPr>
          <w:p w14:paraId="7BE145F0"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Công nghệ lõi về AI, công nghệ dữ liệu và AI biên được nghiên cứu, phát triển, thử nghiệm, hướng tới làm chủ và triển khai trong các bài toán trọng điểm.</w:t>
            </w:r>
          </w:p>
        </w:tc>
        <w:tc>
          <w:tcPr>
            <w:tcW w:w="859" w:type="pct"/>
          </w:tcPr>
          <w:p w14:paraId="0C44F403" w14:textId="77777777" w:rsidR="00C97E67" w:rsidRPr="007D41B6" w:rsidRDefault="00C97E67" w:rsidP="00C614E7">
            <w:pPr>
              <w:spacing w:before="120" w:after="120" w:line="264" w:lineRule="auto"/>
              <w:jc w:val="both"/>
              <w:rPr>
                <w:rFonts w:cs="Times New Roman"/>
                <w:color w:val="000000" w:themeColor="text1"/>
                <w:sz w:val="28"/>
                <w:szCs w:val="28"/>
              </w:rPr>
            </w:pPr>
          </w:p>
        </w:tc>
        <w:tc>
          <w:tcPr>
            <w:tcW w:w="589" w:type="pct"/>
          </w:tcPr>
          <w:p w14:paraId="4C51D940"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C97E67" w:rsidRPr="007D41B6" w14:paraId="7F1D6BEB" w14:textId="77777777" w:rsidTr="00A973EC">
        <w:trPr>
          <w:jc w:val="center"/>
        </w:trPr>
        <w:tc>
          <w:tcPr>
            <w:tcW w:w="305" w:type="pct"/>
          </w:tcPr>
          <w:p w14:paraId="09B1B84C"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01F7E041" w14:textId="0F0B31F9"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Đẩy mạnh nghiên cứu, phát triển, ứng dụng công nghệ AI và người máy (robot), công nghệ giám sát hiện </w:t>
            </w:r>
            <w:r w:rsidRPr="007D41B6">
              <w:rPr>
                <w:rFonts w:cs="Times New Roman"/>
                <w:color w:val="000000" w:themeColor="text1"/>
                <w:sz w:val="28"/>
                <w:szCs w:val="28"/>
                <w:lang w:val="vi-VN"/>
              </w:rPr>
              <w:lastRenderedPageBreak/>
              <w:t>trường thời gian thực nhằm chủ động bảo đảm an toàn, an ninh quốc gia trong tình hình mới</w:t>
            </w:r>
            <w:r w:rsidR="00A973EC">
              <w:rPr>
                <w:rFonts w:cs="Times New Roman"/>
                <w:color w:val="000000" w:themeColor="text1"/>
                <w:sz w:val="28"/>
                <w:szCs w:val="28"/>
                <w:lang w:val="vi-VN"/>
              </w:rPr>
              <w:t>.</w:t>
            </w:r>
          </w:p>
        </w:tc>
        <w:tc>
          <w:tcPr>
            <w:tcW w:w="601" w:type="pct"/>
          </w:tcPr>
          <w:p w14:paraId="1D62CA46"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Bộ Công an, Bộ Quốc phòng</w:t>
            </w:r>
          </w:p>
        </w:tc>
        <w:tc>
          <w:tcPr>
            <w:tcW w:w="798" w:type="pct"/>
          </w:tcPr>
          <w:p w14:paraId="71F69CCC" w14:textId="77777777" w:rsidR="00C97E67" w:rsidRPr="007D41B6" w:rsidRDefault="00C97E67" w:rsidP="00C614E7">
            <w:pPr>
              <w:spacing w:before="120" w:after="120" w:line="264" w:lineRule="auto"/>
              <w:jc w:val="both"/>
              <w:rPr>
                <w:rFonts w:cs="Times New Roman"/>
                <w:color w:val="000000" w:themeColor="text1"/>
                <w:sz w:val="28"/>
                <w:szCs w:val="28"/>
              </w:rPr>
            </w:pPr>
          </w:p>
        </w:tc>
        <w:tc>
          <w:tcPr>
            <w:tcW w:w="866" w:type="pct"/>
          </w:tcPr>
          <w:p w14:paraId="5DBC3EF8"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Sản phẩm, giải pháp AI, robot và công nghệ giám sát thời gian thực phục vụ quốc phòng, an </w:t>
            </w:r>
            <w:r w:rsidRPr="007D41B6">
              <w:rPr>
                <w:rFonts w:cs="Times New Roman"/>
                <w:color w:val="000000" w:themeColor="text1"/>
                <w:sz w:val="28"/>
                <w:szCs w:val="28"/>
              </w:rPr>
              <w:lastRenderedPageBreak/>
              <w:t>ninh, an toàn quốc gia được nghiên cứu, phát triển, thử nghiệm.</w:t>
            </w:r>
          </w:p>
        </w:tc>
        <w:tc>
          <w:tcPr>
            <w:tcW w:w="859" w:type="pct"/>
          </w:tcPr>
          <w:p w14:paraId="19C89134"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lastRenderedPageBreak/>
              <w:t>Số lượng Sản phẩm, giải pháp</w:t>
            </w:r>
          </w:p>
        </w:tc>
        <w:tc>
          <w:tcPr>
            <w:tcW w:w="589" w:type="pct"/>
          </w:tcPr>
          <w:p w14:paraId="3E773AF4"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Thường xuyên</w:t>
            </w:r>
          </w:p>
        </w:tc>
      </w:tr>
      <w:tr w:rsidR="00C97E67" w:rsidRPr="007D41B6" w14:paraId="3046580F" w14:textId="77777777" w:rsidTr="00A973EC">
        <w:trPr>
          <w:jc w:val="center"/>
        </w:trPr>
        <w:tc>
          <w:tcPr>
            <w:tcW w:w="305" w:type="pct"/>
          </w:tcPr>
          <w:p w14:paraId="26C208F0"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7CDDAEAF" w14:textId="3B88DFFE"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Thúc đẩy các nghiên cứu cơ bản về tương tác người-máy (Human-Computer Interaction - HCI), bảo đảm các hệ thống AI hoạt động hiệu quả, thân thiện và phục vụ tốt các nhu cầu của người dân; tối ưu hóa việc sử dụng các nguồn tài nguyên khoa học mở (tài liệu, dữ liệu, mã nguồn) bằng AI để nâng cao hiệu suất lao động khoa học và tránh lãng phí tài nguyên</w:t>
            </w:r>
            <w:r w:rsidR="00A973EC">
              <w:rPr>
                <w:rFonts w:cs="Times New Roman"/>
                <w:color w:val="000000" w:themeColor="text1"/>
                <w:sz w:val="28"/>
                <w:szCs w:val="28"/>
                <w:lang w:val="vi-VN"/>
              </w:rPr>
              <w:t>.</w:t>
            </w:r>
          </w:p>
        </w:tc>
        <w:tc>
          <w:tcPr>
            <w:tcW w:w="601" w:type="pct"/>
          </w:tcPr>
          <w:p w14:paraId="5F83650F"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798" w:type="pct"/>
          </w:tcPr>
          <w:p w14:paraId="4EC8E975" w14:textId="77777777" w:rsidR="00C97E67" w:rsidRPr="007D41B6" w:rsidRDefault="00C97E67" w:rsidP="00C614E7">
            <w:pPr>
              <w:spacing w:before="120" w:after="120" w:line="264" w:lineRule="auto"/>
              <w:jc w:val="both"/>
              <w:rPr>
                <w:rFonts w:cs="Times New Roman"/>
                <w:color w:val="000000" w:themeColor="text1"/>
                <w:sz w:val="28"/>
                <w:szCs w:val="28"/>
                <w:lang w:val="vi-VN"/>
              </w:rPr>
            </w:pPr>
          </w:p>
        </w:tc>
        <w:tc>
          <w:tcPr>
            <w:tcW w:w="866" w:type="pct"/>
          </w:tcPr>
          <w:p w14:paraId="0076157F"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nhiệm vụ nghiên cứu về tương tác người - máy và khai thác tài nguyên khoa học mở bằng AI được triển khai, có kết quả phục vụ nâng cao hiệu suất nghiên cứu.</w:t>
            </w:r>
          </w:p>
        </w:tc>
        <w:tc>
          <w:tcPr>
            <w:tcW w:w="859" w:type="pct"/>
          </w:tcPr>
          <w:p w14:paraId="4D235365" w14:textId="77777777" w:rsidR="00C97E67" w:rsidRPr="007D41B6" w:rsidRDefault="00C97E67" w:rsidP="00C614E7">
            <w:pPr>
              <w:spacing w:before="120" w:after="120" w:line="264" w:lineRule="auto"/>
              <w:jc w:val="both"/>
              <w:rPr>
                <w:rFonts w:cs="Times New Roman"/>
                <w:color w:val="000000" w:themeColor="text1"/>
                <w:sz w:val="28"/>
                <w:szCs w:val="28"/>
                <w:lang w:val="vi-VN"/>
              </w:rPr>
            </w:pPr>
          </w:p>
        </w:tc>
        <w:tc>
          <w:tcPr>
            <w:tcW w:w="589" w:type="pct"/>
          </w:tcPr>
          <w:p w14:paraId="5F43349D"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C97E67" w:rsidRPr="007D41B6" w14:paraId="70F09D4D" w14:textId="77777777" w:rsidTr="00A973EC">
        <w:trPr>
          <w:jc w:val="center"/>
        </w:trPr>
        <w:tc>
          <w:tcPr>
            <w:tcW w:w="305" w:type="pct"/>
          </w:tcPr>
          <w:p w14:paraId="4476BBCF"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1A0FD1DD" w14:textId="0D05F881"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Hình thành một số trung tâm nghiên cứu, đào tạo và thử nghiệm AI, có cơ chế đặc thù, liên kết quốc tế, tự chủ tài chính</w:t>
            </w:r>
            <w:r w:rsidR="00A973EC">
              <w:rPr>
                <w:rFonts w:cs="Times New Roman"/>
                <w:color w:val="000000" w:themeColor="text1"/>
                <w:sz w:val="28"/>
                <w:szCs w:val="28"/>
                <w:lang w:val="vi-VN"/>
              </w:rPr>
              <w:t>.</w:t>
            </w:r>
          </w:p>
        </w:tc>
        <w:tc>
          <w:tcPr>
            <w:tcW w:w="601" w:type="pct"/>
          </w:tcPr>
          <w:p w14:paraId="6BF2C0B5"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798" w:type="pct"/>
          </w:tcPr>
          <w:p w14:paraId="5AD7CD26"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 doanh nghiệp, tổ chức, cá nhân có liên quan</w:t>
            </w:r>
          </w:p>
        </w:tc>
        <w:tc>
          <w:tcPr>
            <w:tcW w:w="866" w:type="pct"/>
          </w:tcPr>
          <w:p w14:paraId="4B6C72AE" w14:textId="77777777" w:rsidR="00C97E67" w:rsidRPr="007D41B6" w:rsidRDefault="00C97E67" w:rsidP="00C614E7">
            <w:pPr>
              <w:spacing w:before="120" w:after="120" w:line="264" w:lineRule="auto"/>
              <w:jc w:val="both"/>
              <w:rPr>
                <w:rFonts w:cs="Times New Roman"/>
                <w:color w:val="000000" w:themeColor="text1"/>
                <w:sz w:val="28"/>
                <w:szCs w:val="28"/>
              </w:rPr>
            </w:pPr>
          </w:p>
        </w:tc>
        <w:tc>
          <w:tcPr>
            <w:tcW w:w="859" w:type="pct"/>
          </w:tcPr>
          <w:p w14:paraId="1A78607E"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Có ít nhất 03 cơ sở nghiên cứu và đào tạo về AI của Việt Nam thuộc nhóm 20 cơ sở nghiên cứu và đào tạo AI dẫn đầu trong khu vực ASEAN.</w:t>
            </w:r>
          </w:p>
        </w:tc>
        <w:tc>
          <w:tcPr>
            <w:tcW w:w="589" w:type="pct"/>
          </w:tcPr>
          <w:p w14:paraId="171A8F1A"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C97E67" w:rsidRPr="007D41B6" w14:paraId="3C212ECB" w14:textId="77777777" w:rsidTr="00A973EC">
        <w:trPr>
          <w:jc w:val="center"/>
        </w:trPr>
        <w:tc>
          <w:tcPr>
            <w:tcW w:w="305" w:type="pct"/>
          </w:tcPr>
          <w:p w14:paraId="59CF9067"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0AE39BF5" w14:textId="310DDCB3"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pacing w:val="-2"/>
                <w:sz w:val="28"/>
                <w:szCs w:val="28"/>
                <w:lang w:val="vi-VN"/>
              </w:rPr>
              <w:t>Hình thành nhóm nghiên cứu mạnh, kết nối chuyên gia quốc tế, tạo nền tảng cho các đột phá về AI, tính toán hiệu năng cao và xử lý dữ liệu quy mô lớn</w:t>
            </w:r>
            <w:r w:rsidR="00A973EC">
              <w:rPr>
                <w:rFonts w:cs="Times New Roman"/>
                <w:color w:val="000000" w:themeColor="text1"/>
                <w:spacing w:val="-2"/>
                <w:sz w:val="28"/>
                <w:szCs w:val="28"/>
                <w:lang w:val="vi-VN"/>
              </w:rPr>
              <w:t>.</w:t>
            </w:r>
          </w:p>
        </w:tc>
        <w:tc>
          <w:tcPr>
            <w:tcW w:w="601" w:type="pct"/>
          </w:tcPr>
          <w:p w14:paraId="58E2C5FE"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798" w:type="pct"/>
          </w:tcPr>
          <w:p w14:paraId="0ED27FC3" w14:textId="77777777" w:rsidR="00C97E67" w:rsidRPr="007D41B6"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doanh nghiệp, tổ chức, cá nhân có liên quan</w:t>
            </w:r>
          </w:p>
        </w:tc>
        <w:tc>
          <w:tcPr>
            <w:tcW w:w="866" w:type="pct"/>
          </w:tcPr>
          <w:p w14:paraId="7EAC44DC" w14:textId="77777777" w:rsidR="00C97E67" w:rsidRPr="007D41B6" w:rsidRDefault="00C97E67" w:rsidP="00C614E7">
            <w:pPr>
              <w:spacing w:before="120" w:after="120" w:line="264" w:lineRule="auto"/>
              <w:jc w:val="both"/>
              <w:rPr>
                <w:rFonts w:cs="Times New Roman"/>
                <w:color w:val="000000" w:themeColor="text1"/>
                <w:sz w:val="28"/>
                <w:szCs w:val="28"/>
                <w:lang w:val="vi-VN"/>
              </w:rPr>
            </w:pPr>
          </w:p>
        </w:tc>
        <w:tc>
          <w:tcPr>
            <w:tcW w:w="859" w:type="pct"/>
          </w:tcPr>
          <w:p w14:paraId="31DAB7BD" w14:textId="77777777" w:rsidR="00C97E67" w:rsidRPr="007D41B6" w:rsidRDefault="00C97E67" w:rsidP="00C614E7">
            <w:pPr>
              <w:spacing w:before="120" w:after="120" w:line="264" w:lineRule="auto"/>
              <w:jc w:val="both"/>
              <w:rPr>
                <w:rFonts w:cs="Times New Roman"/>
                <w:color w:val="000000" w:themeColor="text1"/>
                <w:sz w:val="28"/>
                <w:szCs w:val="28"/>
                <w:lang w:val="vi-VN"/>
              </w:rPr>
            </w:pPr>
          </w:p>
        </w:tc>
        <w:tc>
          <w:tcPr>
            <w:tcW w:w="589" w:type="pct"/>
          </w:tcPr>
          <w:p w14:paraId="2EC7A567"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C97E67" w:rsidRPr="007D41B6" w14:paraId="034E0513" w14:textId="77777777" w:rsidTr="00A973EC">
        <w:trPr>
          <w:jc w:val="center"/>
        </w:trPr>
        <w:tc>
          <w:tcPr>
            <w:tcW w:w="305" w:type="pct"/>
          </w:tcPr>
          <w:p w14:paraId="600CFB6F"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6D16BB6C"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Phát triển nền tảng AI dùng chung, nền tảng AI chuyên ngành Make in Vietnam có khả năng triển khai ở quy mô lớn.</w:t>
            </w:r>
          </w:p>
        </w:tc>
        <w:tc>
          <w:tcPr>
            <w:tcW w:w="601" w:type="pct"/>
          </w:tcPr>
          <w:p w14:paraId="1C20FFDE"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w:t>
            </w:r>
          </w:p>
        </w:tc>
        <w:tc>
          <w:tcPr>
            <w:tcW w:w="798" w:type="pct"/>
          </w:tcPr>
          <w:p w14:paraId="3904B533"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 doanh nghiệp công nghệ; viện nghiên cứu; trường đại học</w:t>
            </w:r>
          </w:p>
        </w:tc>
        <w:tc>
          <w:tcPr>
            <w:tcW w:w="866" w:type="pct"/>
          </w:tcPr>
          <w:p w14:paraId="4590EAF3"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Nền tảng AI dùng chung và nền tảng AI chuyên ngành Make in Vietnam.</w:t>
            </w:r>
          </w:p>
        </w:tc>
        <w:tc>
          <w:tcPr>
            <w:tcW w:w="859" w:type="pct"/>
          </w:tcPr>
          <w:p w14:paraId="639249C9"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Hình thành tối thiểu 05 nền tảng AI dùng chung hoặc nền tảng AI chuyên ngành Make in Vietnam </w:t>
            </w:r>
            <w:r w:rsidRPr="007D41B6">
              <w:rPr>
                <w:rFonts w:cs="Times New Roman"/>
                <w:color w:val="000000" w:themeColor="text1"/>
                <w:sz w:val="28"/>
                <w:szCs w:val="28"/>
              </w:rPr>
              <w:lastRenderedPageBreak/>
              <w:t>có khả năng triển khai ở quy mô lớn.</w:t>
            </w:r>
          </w:p>
        </w:tc>
        <w:tc>
          <w:tcPr>
            <w:tcW w:w="589" w:type="pct"/>
          </w:tcPr>
          <w:p w14:paraId="7E25983B"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lastRenderedPageBreak/>
              <w:t>2026-2030</w:t>
            </w:r>
          </w:p>
        </w:tc>
      </w:tr>
      <w:tr w:rsidR="00C97E67" w:rsidRPr="007D41B6" w14:paraId="66F3329D" w14:textId="77777777" w:rsidTr="00A973EC">
        <w:trPr>
          <w:jc w:val="center"/>
        </w:trPr>
        <w:tc>
          <w:tcPr>
            <w:tcW w:w="305" w:type="pct"/>
          </w:tcPr>
          <w:p w14:paraId="63256445"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2C849804"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Thúc đẩy chuyển giao, thử nghiệm, thương mại hóa hoặc đưa vào sử dụng sản phẩm từ nhiệm vụ khoa học và công nghệ cấp quốc gia về AI.</w:t>
            </w:r>
          </w:p>
        </w:tc>
        <w:tc>
          <w:tcPr>
            <w:tcW w:w="601" w:type="pct"/>
          </w:tcPr>
          <w:p w14:paraId="75C89FFA"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w:t>
            </w:r>
          </w:p>
        </w:tc>
        <w:tc>
          <w:tcPr>
            <w:tcW w:w="798" w:type="pct"/>
          </w:tcPr>
          <w:p w14:paraId="2CAE2173"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 viện nghiên cứu; trường đại học; doanh nghiệp</w:t>
            </w:r>
          </w:p>
        </w:tc>
        <w:tc>
          <w:tcPr>
            <w:tcW w:w="866" w:type="pct"/>
          </w:tcPr>
          <w:p w14:paraId="29BBBD52"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Kết quả nghiên cứu AI được chuyển giao, thử nghiệm, thương mại hóa hoặc đưa vào sử dụng.</w:t>
            </w:r>
          </w:p>
        </w:tc>
        <w:tc>
          <w:tcPr>
            <w:tcW w:w="859" w:type="pct"/>
          </w:tcPr>
          <w:p w14:paraId="225AB51A"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Tối thiểu 80% nhiệm vụ khoa học và công nghệ cấp quốc gia về AI có sản phẩm được chuyển giao, thử nghiệm, thương mại hóa hoặc đưa vào sử dụng.</w:t>
            </w:r>
          </w:p>
        </w:tc>
        <w:tc>
          <w:tcPr>
            <w:tcW w:w="589" w:type="pct"/>
          </w:tcPr>
          <w:p w14:paraId="0CE276C6" w14:textId="3F00133C"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A973EC">
              <w:rPr>
                <w:rFonts w:cs="Times New Roman"/>
                <w:color w:val="000000" w:themeColor="text1"/>
                <w:sz w:val="28"/>
                <w:szCs w:val="28"/>
                <w:lang w:val="vi-VN"/>
              </w:rPr>
              <w:t xml:space="preserve"> </w:t>
            </w:r>
            <w:r w:rsidRPr="007D41B6">
              <w:rPr>
                <w:rFonts w:cs="Times New Roman"/>
                <w:color w:val="000000" w:themeColor="text1"/>
                <w:sz w:val="28"/>
                <w:szCs w:val="28"/>
              </w:rPr>
              <w:t>-</w:t>
            </w:r>
            <w:r w:rsidR="00A973EC">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C97E67" w:rsidRPr="007D41B6" w14:paraId="04FE8A75" w14:textId="77777777" w:rsidTr="00A973EC">
        <w:trPr>
          <w:jc w:val="center"/>
        </w:trPr>
        <w:tc>
          <w:tcPr>
            <w:tcW w:w="305" w:type="pct"/>
          </w:tcPr>
          <w:p w14:paraId="1AE9A314"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1021FB47"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Tăng cường bảo hộ, khai thác thương mại sáng chế, tài sản trí tuệ liên quan đến AI.</w:t>
            </w:r>
          </w:p>
        </w:tc>
        <w:tc>
          <w:tcPr>
            <w:tcW w:w="601" w:type="pct"/>
          </w:tcPr>
          <w:p w14:paraId="02B19170"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w:t>
            </w:r>
          </w:p>
        </w:tc>
        <w:tc>
          <w:tcPr>
            <w:tcW w:w="798" w:type="pct"/>
          </w:tcPr>
          <w:p w14:paraId="71252377"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Tư pháp; các bộ, ngành, địa phương; viện nghiên cứu; trường đại học; doanh nghiệp</w:t>
            </w:r>
          </w:p>
        </w:tc>
        <w:tc>
          <w:tcPr>
            <w:tcW w:w="866" w:type="pct"/>
          </w:tcPr>
          <w:p w14:paraId="66D4883C"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Sáng chế, văn bằng bảo hộ, hợp đồng khai thác thương mại kết quả nghiên cứu AI.</w:t>
            </w:r>
          </w:p>
        </w:tc>
        <w:tc>
          <w:tcPr>
            <w:tcW w:w="859" w:type="pct"/>
          </w:tcPr>
          <w:p w14:paraId="027B622F" w14:textId="77777777"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Số lượng đơn đăng ký sáng chế, văn bằng bảo hộ sáng chế liên quan đến AI của người Việt Nam tăng 16-18%/năm; tỷ lệ khai thác thương mại đạt 8-10%.</w:t>
            </w:r>
          </w:p>
        </w:tc>
        <w:tc>
          <w:tcPr>
            <w:tcW w:w="589" w:type="pct"/>
          </w:tcPr>
          <w:p w14:paraId="52724644" w14:textId="627BC03B"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A973EC">
              <w:rPr>
                <w:rFonts w:cs="Times New Roman"/>
                <w:color w:val="000000" w:themeColor="text1"/>
                <w:sz w:val="28"/>
                <w:szCs w:val="28"/>
                <w:lang w:val="vi-VN"/>
              </w:rPr>
              <w:t xml:space="preserve"> </w:t>
            </w:r>
            <w:r w:rsidRPr="007D41B6">
              <w:rPr>
                <w:rFonts w:cs="Times New Roman"/>
                <w:color w:val="000000" w:themeColor="text1"/>
                <w:sz w:val="28"/>
                <w:szCs w:val="28"/>
              </w:rPr>
              <w:t>-</w:t>
            </w:r>
            <w:r w:rsidR="00A973EC">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C97E67" w:rsidRPr="007D41B6" w14:paraId="4828A5FF" w14:textId="77777777" w:rsidTr="00A973EC">
        <w:trPr>
          <w:jc w:val="center"/>
        </w:trPr>
        <w:tc>
          <w:tcPr>
            <w:tcW w:w="305" w:type="pct"/>
          </w:tcPr>
          <w:p w14:paraId="48088158" w14:textId="77777777" w:rsidR="00C97E67" w:rsidRPr="007D41B6" w:rsidRDefault="00C97E67" w:rsidP="00C614E7">
            <w:pPr>
              <w:pStyle w:val="ListParagraph"/>
              <w:numPr>
                <w:ilvl w:val="0"/>
                <w:numId w:val="13"/>
              </w:numPr>
              <w:spacing w:before="120" w:after="120" w:line="264" w:lineRule="auto"/>
              <w:jc w:val="both"/>
              <w:rPr>
                <w:rFonts w:cs="Times New Roman"/>
                <w:color w:val="000000" w:themeColor="text1"/>
                <w:sz w:val="28"/>
                <w:szCs w:val="28"/>
              </w:rPr>
            </w:pPr>
          </w:p>
        </w:tc>
        <w:tc>
          <w:tcPr>
            <w:tcW w:w="982" w:type="pct"/>
          </w:tcPr>
          <w:p w14:paraId="0956D893" w14:textId="408A75EB" w:rsidR="00C97E67" w:rsidRPr="00A973EC" w:rsidRDefault="00C97E67" w:rsidP="00C614E7">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Phát triển nền tảng AI nhằm kiểm thử các thiết kế vi mạch chuyên dụng, đóng gói tiên tiến và vật liệu mới có tính năng vượt trội</w:t>
            </w:r>
            <w:r w:rsidR="00A973EC">
              <w:rPr>
                <w:rFonts w:cs="Times New Roman"/>
                <w:color w:val="000000" w:themeColor="text1"/>
                <w:sz w:val="28"/>
                <w:szCs w:val="28"/>
                <w:lang w:val="vi-VN"/>
              </w:rPr>
              <w:t>.</w:t>
            </w:r>
          </w:p>
        </w:tc>
        <w:tc>
          <w:tcPr>
            <w:tcW w:w="601" w:type="pct"/>
          </w:tcPr>
          <w:p w14:paraId="63BF3D71" w14:textId="713F4206" w:rsidR="00C97E67" w:rsidRPr="00466AA9" w:rsidRDefault="00C97E67" w:rsidP="00C614E7">
            <w:pPr>
              <w:spacing w:before="120" w:after="120" w:line="264" w:lineRule="auto"/>
              <w:jc w:val="both"/>
              <w:rPr>
                <w:rFonts w:cs="Times New Roman"/>
                <w:color w:val="000000" w:themeColor="text1"/>
                <w:sz w:val="28"/>
                <w:szCs w:val="28"/>
                <w:highlight w:val="yellow"/>
                <w:lang w:val="vi-VN"/>
              </w:rPr>
            </w:pPr>
            <w:r w:rsidRPr="00466AA9">
              <w:rPr>
                <w:rFonts w:cs="Times New Roman"/>
                <w:color w:val="000000" w:themeColor="text1"/>
                <w:sz w:val="28"/>
                <w:szCs w:val="28"/>
                <w:highlight w:val="yellow"/>
                <w:lang w:val="vi-VN"/>
              </w:rPr>
              <w:t>Doanh nghiệp công nghệ số Việt Nam</w:t>
            </w:r>
          </w:p>
        </w:tc>
        <w:tc>
          <w:tcPr>
            <w:tcW w:w="798" w:type="pct"/>
          </w:tcPr>
          <w:p w14:paraId="3AA5012D" w14:textId="22D4D897" w:rsidR="00C97E67" w:rsidRPr="00466AA9" w:rsidRDefault="00C97E67" w:rsidP="00C614E7">
            <w:pPr>
              <w:spacing w:before="120" w:after="120" w:line="264" w:lineRule="auto"/>
              <w:jc w:val="both"/>
              <w:rPr>
                <w:rFonts w:cs="Times New Roman"/>
                <w:color w:val="000000" w:themeColor="text1"/>
                <w:sz w:val="28"/>
                <w:szCs w:val="28"/>
                <w:highlight w:val="yellow"/>
                <w:lang w:val="vi-VN"/>
              </w:rPr>
            </w:pPr>
            <w:r w:rsidRPr="00466AA9">
              <w:rPr>
                <w:rFonts w:cs="Times New Roman"/>
                <w:color w:val="000000" w:themeColor="text1"/>
                <w:sz w:val="28"/>
                <w:szCs w:val="28"/>
                <w:highlight w:val="yellow"/>
                <w:lang w:val="vi-VN"/>
              </w:rPr>
              <w:t>Bộ Khoa học và Công nghệ</w:t>
            </w:r>
          </w:p>
        </w:tc>
        <w:tc>
          <w:tcPr>
            <w:tcW w:w="866" w:type="pct"/>
          </w:tcPr>
          <w:p w14:paraId="75242E95" w14:textId="73AE0250" w:rsidR="00C97E67" w:rsidRPr="0098690D" w:rsidRDefault="00C97E67" w:rsidP="00C614E7">
            <w:pPr>
              <w:spacing w:before="120" w:after="120" w:line="264" w:lineRule="auto"/>
              <w:jc w:val="both"/>
              <w:rPr>
                <w:rFonts w:cs="Times New Roman"/>
                <w:color w:val="000000" w:themeColor="text1"/>
                <w:sz w:val="28"/>
                <w:szCs w:val="28"/>
                <w:lang w:val="vi-VN"/>
              </w:rPr>
            </w:pPr>
          </w:p>
        </w:tc>
        <w:tc>
          <w:tcPr>
            <w:tcW w:w="859" w:type="pct"/>
          </w:tcPr>
          <w:p w14:paraId="081BFE6C" w14:textId="77777777" w:rsidR="00C97E67" w:rsidRPr="0098690D" w:rsidRDefault="00C97E67" w:rsidP="00C614E7">
            <w:pPr>
              <w:spacing w:before="120" w:after="120" w:line="264" w:lineRule="auto"/>
              <w:jc w:val="both"/>
              <w:rPr>
                <w:rFonts w:cs="Times New Roman"/>
                <w:color w:val="000000" w:themeColor="text1"/>
                <w:sz w:val="28"/>
                <w:szCs w:val="28"/>
                <w:lang w:val="vi-VN"/>
              </w:rPr>
            </w:pPr>
            <w:bookmarkStart w:id="0" w:name="_GoBack"/>
            <w:bookmarkEnd w:id="0"/>
          </w:p>
        </w:tc>
        <w:tc>
          <w:tcPr>
            <w:tcW w:w="589" w:type="pct"/>
          </w:tcPr>
          <w:p w14:paraId="34FC251D" w14:textId="759BBE88" w:rsidR="00C97E67" w:rsidRPr="007D41B6" w:rsidRDefault="00C97E67" w:rsidP="00C614E7">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Thường xuyên</w:t>
            </w:r>
          </w:p>
        </w:tc>
      </w:tr>
    </w:tbl>
    <w:p w14:paraId="34125643" w14:textId="77777777" w:rsidR="00BC7E0E" w:rsidRPr="007D41B6" w:rsidRDefault="00BC7E0E" w:rsidP="006D5D4A">
      <w:pPr>
        <w:spacing w:before="120" w:after="120" w:line="264" w:lineRule="auto"/>
        <w:jc w:val="both"/>
        <w:rPr>
          <w:rFonts w:cs="Times New Roman"/>
          <w:color w:val="000000" w:themeColor="text1"/>
          <w:sz w:val="28"/>
          <w:szCs w:val="28"/>
        </w:rPr>
      </w:pPr>
    </w:p>
    <w:p w14:paraId="50279C45" w14:textId="77777777" w:rsidR="00A973EC" w:rsidRDefault="00A973EC">
      <w:pPr>
        <w:rPr>
          <w:rFonts w:eastAsiaTheme="majorEastAsia" w:cs="Times New Roman"/>
          <w:b/>
          <w:bCs/>
          <w:color w:val="000000" w:themeColor="text1"/>
          <w:sz w:val="28"/>
          <w:szCs w:val="28"/>
        </w:rPr>
      </w:pPr>
      <w:r>
        <w:rPr>
          <w:rFonts w:cs="Times New Roman"/>
          <w:color w:val="000000" w:themeColor="text1"/>
          <w:sz w:val="28"/>
          <w:szCs w:val="28"/>
        </w:rPr>
        <w:br w:type="page"/>
      </w:r>
    </w:p>
    <w:p w14:paraId="3E84252D" w14:textId="1ADA9F8D" w:rsidR="00BC7E0E"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rPr>
      </w:pPr>
      <w:r w:rsidRPr="007D41B6">
        <w:rPr>
          <w:rFonts w:ascii="Times New Roman" w:hAnsi="Times New Roman" w:cs="Times New Roman"/>
          <w:color w:val="000000" w:themeColor="text1"/>
          <w:sz w:val="28"/>
          <w:szCs w:val="28"/>
        </w:rPr>
        <w:lastRenderedPageBreak/>
        <w:t>Nhóm nhiệm vụ 5. Chuyển đổi bằng AI trong khu vực công và ngành, lĩnh vực trọng điểm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0"/>
        <w:gridCol w:w="3592"/>
        <w:gridCol w:w="1484"/>
        <w:gridCol w:w="1666"/>
        <w:gridCol w:w="2093"/>
        <w:gridCol w:w="2348"/>
        <w:gridCol w:w="2029"/>
      </w:tblGrid>
      <w:tr w:rsidR="00B46CA4" w:rsidRPr="007D41B6" w14:paraId="46E8FDEA" w14:textId="77777777" w:rsidTr="0077232C">
        <w:trPr>
          <w:tblHeader/>
          <w:jc w:val="center"/>
        </w:trPr>
        <w:tc>
          <w:tcPr>
            <w:tcW w:w="702" w:type="dxa"/>
            <w:tcMar>
              <w:left w:w="115" w:type="dxa"/>
              <w:right w:w="115" w:type="dxa"/>
            </w:tcMar>
            <w:hideMark/>
          </w:tcPr>
          <w:p w14:paraId="6E930B35" w14:textId="77777777" w:rsidR="00A531B5" w:rsidRPr="007D41B6" w:rsidRDefault="00A531B5" w:rsidP="00A973EC">
            <w:pPr>
              <w:spacing w:before="120" w:after="120" w:line="264" w:lineRule="auto"/>
              <w:jc w:val="center"/>
              <w:rPr>
                <w:rFonts w:cs="Times New Roman"/>
                <w:b/>
                <w:color w:val="000000" w:themeColor="text1"/>
                <w:sz w:val="28"/>
                <w:szCs w:val="28"/>
              </w:rPr>
            </w:pPr>
            <w:r w:rsidRPr="007D41B6">
              <w:rPr>
                <w:rFonts w:cs="Times New Roman"/>
                <w:b/>
                <w:color w:val="000000" w:themeColor="text1"/>
                <w:sz w:val="28"/>
                <w:szCs w:val="28"/>
              </w:rPr>
              <w:t>STT</w:t>
            </w:r>
          </w:p>
        </w:tc>
        <w:tc>
          <w:tcPr>
            <w:tcW w:w="3613" w:type="dxa"/>
            <w:tcMar>
              <w:left w:w="115" w:type="dxa"/>
              <w:right w:w="115" w:type="dxa"/>
            </w:tcMar>
            <w:hideMark/>
          </w:tcPr>
          <w:p w14:paraId="1A21E49F" w14:textId="77777777" w:rsidR="00A531B5" w:rsidRPr="007D41B6" w:rsidRDefault="00A531B5" w:rsidP="00A973EC">
            <w:pPr>
              <w:spacing w:before="120" w:after="120" w:line="264" w:lineRule="auto"/>
              <w:jc w:val="center"/>
              <w:rPr>
                <w:rFonts w:cs="Times New Roman"/>
                <w:b/>
                <w:color w:val="000000" w:themeColor="text1"/>
                <w:sz w:val="28"/>
                <w:szCs w:val="28"/>
              </w:rPr>
            </w:pPr>
            <w:r w:rsidRPr="007D41B6">
              <w:rPr>
                <w:rFonts w:cs="Times New Roman"/>
                <w:b/>
                <w:color w:val="000000" w:themeColor="text1"/>
                <w:sz w:val="28"/>
                <w:szCs w:val="28"/>
              </w:rPr>
              <w:t>Nhiệm vụ</w:t>
            </w:r>
          </w:p>
        </w:tc>
        <w:tc>
          <w:tcPr>
            <w:tcW w:w="1487" w:type="dxa"/>
            <w:tcMar>
              <w:left w:w="115" w:type="dxa"/>
              <w:right w:w="115" w:type="dxa"/>
            </w:tcMar>
            <w:hideMark/>
          </w:tcPr>
          <w:p w14:paraId="214C5EB0" w14:textId="44D4D9FC" w:rsidR="00A531B5" w:rsidRPr="007D41B6" w:rsidRDefault="00862791" w:rsidP="00A973EC">
            <w:pPr>
              <w:spacing w:before="120" w:after="120" w:line="264" w:lineRule="auto"/>
              <w:jc w:val="center"/>
              <w:rPr>
                <w:rFonts w:cs="Times New Roman"/>
                <w:b/>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531B5" w:rsidRPr="007D41B6">
              <w:rPr>
                <w:rFonts w:cs="Times New Roman"/>
                <w:b/>
                <w:color w:val="000000" w:themeColor="text1"/>
                <w:sz w:val="28"/>
                <w:szCs w:val="28"/>
              </w:rPr>
              <w:t xml:space="preserve"> chủ trì</w:t>
            </w:r>
          </w:p>
        </w:tc>
        <w:tc>
          <w:tcPr>
            <w:tcW w:w="1671" w:type="dxa"/>
            <w:tcMar>
              <w:left w:w="115" w:type="dxa"/>
              <w:right w:w="115" w:type="dxa"/>
            </w:tcMar>
            <w:hideMark/>
          </w:tcPr>
          <w:p w14:paraId="09D93EE3" w14:textId="3FDBA822" w:rsidR="00A531B5" w:rsidRPr="007D41B6" w:rsidRDefault="00862791" w:rsidP="00A973EC">
            <w:pPr>
              <w:spacing w:before="120" w:after="120" w:line="264" w:lineRule="auto"/>
              <w:jc w:val="center"/>
              <w:rPr>
                <w:rFonts w:cs="Times New Roman"/>
                <w:b/>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531B5" w:rsidRPr="007D41B6">
              <w:rPr>
                <w:rFonts w:cs="Times New Roman"/>
                <w:b/>
                <w:color w:val="000000" w:themeColor="text1"/>
                <w:sz w:val="28"/>
                <w:szCs w:val="28"/>
              </w:rPr>
              <w:t xml:space="preserve"> phối hợp</w:t>
            </w:r>
          </w:p>
        </w:tc>
        <w:tc>
          <w:tcPr>
            <w:tcW w:w="2102" w:type="dxa"/>
            <w:tcMar>
              <w:left w:w="115" w:type="dxa"/>
              <w:right w:w="115" w:type="dxa"/>
            </w:tcMar>
            <w:hideMark/>
          </w:tcPr>
          <w:p w14:paraId="6E4E3FBD" w14:textId="77777777" w:rsidR="00A531B5" w:rsidRPr="007D41B6" w:rsidRDefault="00A531B5" w:rsidP="00A973EC">
            <w:pPr>
              <w:spacing w:before="120" w:after="120" w:line="264" w:lineRule="auto"/>
              <w:jc w:val="center"/>
              <w:rPr>
                <w:rFonts w:cs="Times New Roman"/>
                <w:b/>
                <w:color w:val="000000" w:themeColor="text1"/>
                <w:sz w:val="28"/>
                <w:szCs w:val="28"/>
              </w:rPr>
            </w:pPr>
            <w:r w:rsidRPr="007D41B6">
              <w:rPr>
                <w:rFonts w:cs="Times New Roman"/>
                <w:b/>
                <w:color w:val="000000" w:themeColor="text1"/>
                <w:sz w:val="28"/>
                <w:szCs w:val="28"/>
              </w:rPr>
              <w:t>Kết quả đầu ra</w:t>
            </w:r>
          </w:p>
        </w:tc>
        <w:tc>
          <w:tcPr>
            <w:tcW w:w="2361" w:type="dxa"/>
            <w:tcMar>
              <w:left w:w="115" w:type="dxa"/>
              <w:right w:w="115" w:type="dxa"/>
            </w:tcMar>
            <w:hideMark/>
          </w:tcPr>
          <w:p w14:paraId="4AF0151E" w14:textId="77777777" w:rsidR="00A531B5" w:rsidRPr="007D41B6" w:rsidRDefault="00A531B5" w:rsidP="00A973EC">
            <w:pPr>
              <w:spacing w:before="120" w:after="120" w:line="264" w:lineRule="auto"/>
              <w:jc w:val="center"/>
              <w:rPr>
                <w:rFonts w:cs="Times New Roman"/>
                <w:b/>
                <w:color w:val="000000" w:themeColor="text1"/>
                <w:sz w:val="28"/>
                <w:szCs w:val="28"/>
              </w:rPr>
            </w:pPr>
            <w:r w:rsidRPr="007D41B6">
              <w:rPr>
                <w:rFonts w:cs="Times New Roman"/>
                <w:b/>
                <w:color w:val="000000" w:themeColor="text1"/>
                <w:sz w:val="28"/>
                <w:szCs w:val="28"/>
              </w:rPr>
              <w:t>Chỉ tiêu đánh giá</w:t>
            </w:r>
          </w:p>
        </w:tc>
        <w:tc>
          <w:tcPr>
            <w:tcW w:w="2036" w:type="dxa"/>
            <w:tcMar>
              <w:left w:w="115" w:type="dxa"/>
              <w:right w:w="115" w:type="dxa"/>
            </w:tcMar>
            <w:hideMark/>
          </w:tcPr>
          <w:p w14:paraId="7767099F" w14:textId="52CAA005" w:rsidR="00A531B5" w:rsidRPr="00A973EC" w:rsidRDefault="00C97E67" w:rsidP="00A973EC">
            <w:pPr>
              <w:spacing w:before="120" w:after="120" w:line="264" w:lineRule="auto"/>
              <w:jc w:val="center"/>
              <w:rPr>
                <w:rFonts w:cs="Times New Roman"/>
                <w:b/>
                <w:color w:val="000000" w:themeColor="text1"/>
                <w:sz w:val="28"/>
                <w:szCs w:val="28"/>
                <w:lang w:val="vi-VN"/>
              </w:rPr>
            </w:pPr>
            <w:r w:rsidRPr="007D41B6">
              <w:rPr>
                <w:rFonts w:cs="Times New Roman"/>
                <w:b/>
                <w:color w:val="000000" w:themeColor="text1"/>
                <w:sz w:val="28"/>
                <w:szCs w:val="28"/>
              </w:rPr>
              <w:t xml:space="preserve">Thời </w:t>
            </w:r>
            <w:r w:rsidR="00A973EC">
              <w:rPr>
                <w:rFonts w:cs="Times New Roman"/>
                <w:b/>
                <w:color w:val="000000" w:themeColor="text1"/>
                <w:sz w:val="28"/>
                <w:szCs w:val="28"/>
              </w:rPr>
              <w:t>gian</w:t>
            </w:r>
            <w:r w:rsidR="00A973EC">
              <w:rPr>
                <w:rFonts w:cs="Times New Roman"/>
                <w:b/>
                <w:color w:val="000000" w:themeColor="text1"/>
                <w:sz w:val="28"/>
                <w:szCs w:val="28"/>
                <w:lang w:val="vi-VN"/>
              </w:rPr>
              <w:t xml:space="preserve"> thực hiện</w:t>
            </w:r>
          </w:p>
        </w:tc>
      </w:tr>
      <w:tr w:rsidR="00B46CA4" w:rsidRPr="007D41B6" w14:paraId="167EB269" w14:textId="77777777" w:rsidTr="0077232C">
        <w:trPr>
          <w:jc w:val="center"/>
        </w:trPr>
        <w:tc>
          <w:tcPr>
            <w:tcW w:w="702" w:type="dxa"/>
            <w:tcMar>
              <w:left w:w="115" w:type="dxa"/>
              <w:right w:w="115" w:type="dxa"/>
            </w:tcMar>
          </w:tcPr>
          <w:p w14:paraId="7361DC3C" w14:textId="77777777" w:rsidR="00B46CA4" w:rsidRPr="007D41B6" w:rsidRDefault="00B46CA4" w:rsidP="00A973EC">
            <w:pPr>
              <w:pStyle w:val="ListParagraph"/>
              <w:numPr>
                <w:ilvl w:val="0"/>
                <w:numId w:val="14"/>
              </w:numPr>
              <w:spacing w:before="120" w:after="120" w:line="264" w:lineRule="auto"/>
              <w:jc w:val="both"/>
              <w:rPr>
                <w:rFonts w:cs="Times New Roman"/>
                <w:b/>
                <w:color w:val="000000" w:themeColor="text1"/>
                <w:sz w:val="28"/>
                <w:szCs w:val="28"/>
              </w:rPr>
            </w:pPr>
          </w:p>
        </w:tc>
        <w:tc>
          <w:tcPr>
            <w:tcW w:w="13270" w:type="dxa"/>
            <w:gridSpan w:val="6"/>
            <w:tcMar>
              <w:left w:w="115" w:type="dxa"/>
              <w:right w:w="115" w:type="dxa"/>
            </w:tcMar>
          </w:tcPr>
          <w:p w14:paraId="4E93C879" w14:textId="2FDB39C7" w:rsidR="00B46CA4" w:rsidRPr="007D41B6" w:rsidRDefault="00B46CA4" w:rsidP="00A973EC">
            <w:pPr>
              <w:spacing w:before="120" w:after="120" w:line="264" w:lineRule="auto"/>
              <w:jc w:val="both"/>
              <w:rPr>
                <w:rFonts w:cs="Times New Roman"/>
                <w:b/>
                <w:color w:val="000000" w:themeColor="text1"/>
                <w:sz w:val="28"/>
                <w:szCs w:val="28"/>
              </w:rPr>
            </w:pPr>
            <w:r w:rsidRPr="007D41B6">
              <w:rPr>
                <w:rFonts w:cs="Times New Roman"/>
                <w:b/>
                <w:color w:val="000000" w:themeColor="text1"/>
                <w:sz w:val="28"/>
                <w:szCs w:val="28"/>
              </w:rPr>
              <w:t>Khu vực công</w:t>
            </w:r>
          </w:p>
        </w:tc>
      </w:tr>
      <w:tr w:rsidR="00B46CA4" w:rsidRPr="007D41B6" w14:paraId="400CC450" w14:textId="77777777" w:rsidTr="0077232C">
        <w:trPr>
          <w:jc w:val="center"/>
        </w:trPr>
        <w:tc>
          <w:tcPr>
            <w:tcW w:w="702" w:type="dxa"/>
            <w:tcMar>
              <w:left w:w="115" w:type="dxa"/>
              <w:right w:w="115" w:type="dxa"/>
            </w:tcMar>
          </w:tcPr>
          <w:p w14:paraId="51C33CB1" w14:textId="7F6DD473" w:rsidR="00B46CA4" w:rsidRPr="007D41B6" w:rsidRDefault="00B46CA4" w:rsidP="00A973EC">
            <w:pPr>
              <w:spacing w:before="120" w:after="120" w:line="264" w:lineRule="auto"/>
              <w:ind w:left="122" w:hanging="122"/>
              <w:jc w:val="center"/>
              <w:rPr>
                <w:rFonts w:cs="Times New Roman"/>
                <w:color w:val="000000" w:themeColor="text1"/>
                <w:sz w:val="28"/>
                <w:szCs w:val="28"/>
              </w:rPr>
            </w:pPr>
            <w:r w:rsidRPr="007D41B6">
              <w:rPr>
                <w:rFonts w:cs="Times New Roman"/>
                <w:color w:val="000000" w:themeColor="text1"/>
                <w:sz w:val="28"/>
                <w:szCs w:val="28"/>
              </w:rPr>
              <w:t>1.1</w:t>
            </w:r>
          </w:p>
        </w:tc>
        <w:tc>
          <w:tcPr>
            <w:tcW w:w="3613" w:type="dxa"/>
            <w:tcMar>
              <w:top w:w="0" w:type="dxa"/>
              <w:left w:w="115" w:type="dxa"/>
              <w:bottom w:w="0" w:type="dxa"/>
              <w:right w:w="115" w:type="dxa"/>
            </w:tcMar>
          </w:tcPr>
          <w:p w14:paraId="49FC3B80" w14:textId="6E82FD5C" w:rsidR="00B46CA4" w:rsidRPr="007D41B6" w:rsidRDefault="00A973EC" w:rsidP="00A973EC">
            <w:pPr>
              <w:spacing w:before="120" w:after="120" w:line="264" w:lineRule="auto"/>
              <w:jc w:val="both"/>
              <w:rPr>
                <w:rFonts w:cs="Times New Roman"/>
                <w:color w:val="000000" w:themeColor="text1"/>
                <w:sz w:val="28"/>
                <w:szCs w:val="28"/>
              </w:rPr>
            </w:pPr>
            <w:r>
              <w:rPr>
                <w:rFonts w:cs="Times New Roman"/>
                <w:color w:val="000000" w:themeColor="text1"/>
                <w:sz w:val="28"/>
                <w:szCs w:val="28"/>
                <w:lang w:val="vi-VN"/>
              </w:rPr>
              <w:t xml:space="preserve"> </w:t>
            </w:r>
            <w:r w:rsidR="00B46CA4" w:rsidRPr="007D41B6">
              <w:rPr>
                <w:rFonts w:cs="Times New Roman"/>
                <w:color w:val="000000" w:themeColor="text1"/>
                <w:sz w:val="28"/>
                <w:szCs w:val="28"/>
              </w:rPr>
              <w:t>Thúc đẩy</w:t>
            </w:r>
            <w:r w:rsidR="00B46CA4" w:rsidRPr="007D41B6">
              <w:rPr>
                <w:rFonts w:cs="Times New Roman"/>
                <w:color w:val="000000" w:themeColor="text1"/>
                <w:sz w:val="28"/>
                <w:szCs w:val="28"/>
                <w:lang w:val="vi-VN"/>
              </w:rPr>
              <w:t xml:space="preserve"> phát triển, lựa chọn các </w:t>
            </w:r>
            <w:r w:rsidR="00D542A5" w:rsidRPr="007D41B6">
              <w:rPr>
                <w:rFonts w:cs="Times New Roman"/>
                <w:color w:val="000000" w:themeColor="text1"/>
                <w:sz w:val="28"/>
                <w:szCs w:val="28"/>
              </w:rPr>
              <w:t>nền tảng</w:t>
            </w:r>
            <w:r w:rsidR="00B46CA4" w:rsidRPr="007D41B6">
              <w:rPr>
                <w:rFonts w:cs="Times New Roman"/>
                <w:color w:val="000000" w:themeColor="text1"/>
                <w:sz w:val="28"/>
                <w:szCs w:val="28"/>
                <w:lang w:val="vi-VN"/>
              </w:rPr>
              <w:t xml:space="preserve"> AI nhằm tạo ra sự đột phá về năng suất và hiệu quả công việc để sử dụng trong các cơ quan nhà nước, tổ chức, doanh nghiệp và phục vụ đời sống người dân như: Trợ lý ảo hỗ trợ công chức, viên chức thực thi công vụ; trợ lý ảo rà soát văn bản quy phạm pháp luật; trợ lý ảo hỗ trợ người dân thực hiện thủ tục hành chính, tra cứu thông tin pháp lý; Thúc đẩy các cơ quan, tổ chức sử dụng ít nhất 01 </w:t>
            </w:r>
            <w:r w:rsidR="00D542A5" w:rsidRPr="007D41B6">
              <w:rPr>
                <w:rFonts w:cs="Times New Roman"/>
                <w:color w:val="000000" w:themeColor="text1"/>
                <w:sz w:val="28"/>
                <w:szCs w:val="28"/>
              </w:rPr>
              <w:t xml:space="preserve">nền tảng </w:t>
            </w:r>
            <w:r w:rsidR="00B46CA4" w:rsidRPr="007D41B6">
              <w:rPr>
                <w:rFonts w:cs="Times New Roman"/>
                <w:color w:val="000000" w:themeColor="text1"/>
                <w:sz w:val="28"/>
                <w:szCs w:val="28"/>
                <w:lang w:val="vi-VN"/>
              </w:rPr>
              <w:t xml:space="preserve">AI để phục vụ công tác chỉ đạo, </w:t>
            </w:r>
            <w:r w:rsidR="002F6724" w:rsidRPr="007D41B6">
              <w:rPr>
                <w:rFonts w:cs="Times New Roman"/>
                <w:color w:val="000000" w:themeColor="text1"/>
                <w:sz w:val="28"/>
                <w:szCs w:val="28"/>
                <w:lang w:val="vi-VN"/>
              </w:rPr>
              <w:t>điều hành, cải cách hành chính</w:t>
            </w:r>
            <w:r w:rsidR="002F6724" w:rsidRPr="007D41B6">
              <w:rPr>
                <w:rFonts w:cs="Times New Roman"/>
                <w:color w:val="000000" w:themeColor="text1"/>
                <w:sz w:val="28"/>
                <w:szCs w:val="28"/>
              </w:rPr>
              <w:t>.</w:t>
            </w:r>
          </w:p>
        </w:tc>
        <w:tc>
          <w:tcPr>
            <w:tcW w:w="1487" w:type="dxa"/>
            <w:tcMar>
              <w:left w:w="115" w:type="dxa"/>
              <w:right w:w="115" w:type="dxa"/>
            </w:tcMar>
          </w:tcPr>
          <w:p w14:paraId="6C8383B3" w14:textId="5CC5C219"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1671" w:type="dxa"/>
            <w:tcMar>
              <w:left w:w="115" w:type="dxa"/>
              <w:right w:w="115" w:type="dxa"/>
            </w:tcMar>
          </w:tcPr>
          <w:p w14:paraId="0C6060F1" w14:textId="29B420A2"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ngành, địa phương, các doanh nghiệp liên quan</w:t>
            </w:r>
          </w:p>
        </w:tc>
        <w:tc>
          <w:tcPr>
            <w:tcW w:w="2102" w:type="dxa"/>
            <w:tcMar>
              <w:left w:w="115" w:type="dxa"/>
              <w:right w:w="115" w:type="dxa"/>
            </w:tcMar>
          </w:tcPr>
          <w:p w14:paraId="6873BB37"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361" w:type="dxa"/>
            <w:tcMar>
              <w:left w:w="115" w:type="dxa"/>
              <w:right w:w="115" w:type="dxa"/>
            </w:tcMar>
          </w:tcPr>
          <w:p w14:paraId="3AE219A1" w14:textId="78470ECC"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cơ quan, tổ chức lựa chọn, sử dụng tối thiểu 01 sản phẩm, dịch vụ AI phục vụ chỉ đạo, điều hành, cải cách hành chính, sản xuất, kinh doanh hoặc phục vụ người dân.</w:t>
            </w:r>
          </w:p>
        </w:tc>
        <w:tc>
          <w:tcPr>
            <w:tcW w:w="2036" w:type="dxa"/>
            <w:tcMar>
              <w:left w:w="115" w:type="dxa"/>
              <w:right w:w="115" w:type="dxa"/>
            </w:tcMar>
          </w:tcPr>
          <w:p w14:paraId="0EFDF781" w14:textId="1499562A"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 xuyên</w:t>
            </w:r>
          </w:p>
        </w:tc>
      </w:tr>
      <w:tr w:rsidR="00B46CA4" w:rsidRPr="0098690D" w14:paraId="10DC3C10" w14:textId="77777777" w:rsidTr="0077232C">
        <w:trPr>
          <w:jc w:val="center"/>
        </w:trPr>
        <w:tc>
          <w:tcPr>
            <w:tcW w:w="702" w:type="dxa"/>
            <w:tcMar>
              <w:left w:w="115" w:type="dxa"/>
              <w:right w:w="115" w:type="dxa"/>
            </w:tcMar>
          </w:tcPr>
          <w:p w14:paraId="158F2191" w14:textId="30E55A09" w:rsidR="00B46CA4" w:rsidRPr="007D41B6" w:rsidRDefault="00B46CA4" w:rsidP="00A973EC">
            <w:pPr>
              <w:spacing w:before="120" w:after="120" w:line="264" w:lineRule="auto"/>
              <w:ind w:left="122" w:hanging="122"/>
              <w:jc w:val="center"/>
              <w:rPr>
                <w:rFonts w:cs="Times New Roman"/>
                <w:color w:val="000000" w:themeColor="text1"/>
                <w:sz w:val="28"/>
                <w:szCs w:val="28"/>
              </w:rPr>
            </w:pPr>
            <w:r w:rsidRPr="007D41B6">
              <w:rPr>
                <w:rFonts w:cs="Times New Roman"/>
                <w:color w:val="000000" w:themeColor="text1"/>
                <w:sz w:val="28"/>
                <w:szCs w:val="28"/>
              </w:rPr>
              <w:lastRenderedPageBreak/>
              <w:t>1.2.</w:t>
            </w:r>
          </w:p>
        </w:tc>
        <w:tc>
          <w:tcPr>
            <w:tcW w:w="3613" w:type="dxa"/>
            <w:tcMar>
              <w:left w:w="115" w:type="dxa"/>
              <w:right w:w="115" w:type="dxa"/>
            </w:tcMar>
          </w:tcPr>
          <w:p w14:paraId="2F076CBA" w14:textId="5D0AD73A"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Xây dựng Đề án ứng dụng </w:t>
            </w:r>
            <w:r w:rsidR="00F83D5B">
              <w:rPr>
                <w:rFonts w:cs="Times New Roman"/>
                <w:color w:val="000000" w:themeColor="text1"/>
                <w:sz w:val="28"/>
                <w:szCs w:val="28"/>
                <w:lang w:val="vi-VN"/>
              </w:rPr>
              <w:t>AI</w:t>
            </w:r>
            <w:r w:rsidRPr="007D41B6">
              <w:rPr>
                <w:rFonts w:cs="Times New Roman"/>
                <w:color w:val="000000" w:themeColor="text1"/>
                <w:sz w:val="28"/>
                <w:szCs w:val="28"/>
                <w:lang w:val="vi-VN"/>
              </w:rPr>
              <w:t xml:space="preserve"> trong công tác xây dựng, kiểm tra và rà soát văn bản quy phạm pháp luật</w:t>
            </w:r>
            <w:r w:rsidR="0077232C">
              <w:rPr>
                <w:rFonts w:cs="Times New Roman"/>
                <w:color w:val="000000" w:themeColor="text1"/>
                <w:sz w:val="28"/>
                <w:szCs w:val="28"/>
                <w:lang w:val="vi-VN"/>
              </w:rPr>
              <w:t>.</w:t>
            </w:r>
          </w:p>
        </w:tc>
        <w:tc>
          <w:tcPr>
            <w:tcW w:w="1487" w:type="dxa"/>
            <w:tcMar>
              <w:left w:w="115" w:type="dxa"/>
              <w:right w:w="115" w:type="dxa"/>
            </w:tcMar>
          </w:tcPr>
          <w:p w14:paraId="4AE2E620"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Bộ</w:t>
            </w:r>
            <w:r w:rsidRPr="007D41B6">
              <w:rPr>
                <w:rFonts w:cs="Times New Roman"/>
                <w:color w:val="000000" w:themeColor="text1"/>
                <w:sz w:val="28"/>
                <w:szCs w:val="28"/>
                <w:lang w:val="vi-VN"/>
              </w:rPr>
              <w:t xml:space="preserve"> Tư pháp</w:t>
            </w:r>
          </w:p>
        </w:tc>
        <w:tc>
          <w:tcPr>
            <w:tcW w:w="1671" w:type="dxa"/>
            <w:tcMar>
              <w:left w:w="115" w:type="dxa"/>
              <w:right w:w="115" w:type="dxa"/>
            </w:tcMar>
          </w:tcPr>
          <w:p w14:paraId="7DA32932"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2102" w:type="dxa"/>
            <w:tcMar>
              <w:left w:w="115" w:type="dxa"/>
              <w:right w:w="115" w:type="dxa"/>
            </w:tcMar>
          </w:tcPr>
          <w:p w14:paraId="77705F9E" w14:textId="03EFB26D"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Đề án trình Thủ tướng Chính phủ phê duyệt, ban hành</w:t>
            </w:r>
            <w:r w:rsidR="0077232C">
              <w:rPr>
                <w:rFonts w:cs="Times New Roman"/>
                <w:color w:val="000000" w:themeColor="text1"/>
                <w:sz w:val="28"/>
                <w:szCs w:val="28"/>
                <w:lang w:val="vi-VN"/>
              </w:rPr>
              <w:t>.</w:t>
            </w:r>
          </w:p>
        </w:tc>
        <w:tc>
          <w:tcPr>
            <w:tcW w:w="2361" w:type="dxa"/>
            <w:tcMar>
              <w:left w:w="115" w:type="dxa"/>
              <w:right w:w="115" w:type="dxa"/>
            </w:tcMar>
          </w:tcPr>
          <w:p w14:paraId="2D11255D"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05D32918" w14:textId="2040E98F"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Theo Chương trình hành động của Chính phủ thực hiện Nghị quyết số 66-NQ/TW ngày 30/4/2025 của Bộ Chính trị</w:t>
            </w:r>
            <w:r w:rsidR="0077232C">
              <w:rPr>
                <w:rFonts w:cs="Times New Roman"/>
                <w:color w:val="000000" w:themeColor="text1"/>
                <w:sz w:val="28"/>
                <w:szCs w:val="28"/>
                <w:lang w:val="vi-VN"/>
              </w:rPr>
              <w:t>.</w:t>
            </w:r>
          </w:p>
        </w:tc>
      </w:tr>
      <w:tr w:rsidR="00B46CA4" w:rsidRPr="0098690D" w14:paraId="5E6D33C6" w14:textId="77777777" w:rsidTr="0077232C">
        <w:trPr>
          <w:jc w:val="center"/>
        </w:trPr>
        <w:tc>
          <w:tcPr>
            <w:tcW w:w="702" w:type="dxa"/>
            <w:tcMar>
              <w:left w:w="115" w:type="dxa"/>
              <w:right w:w="115" w:type="dxa"/>
            </w:tcMar>
          </w:tcPr>
          <w:p w14:paraId="6BF8EA15" w14:textId="230FD1AC" w:rsidR="00B46CA4" w:rsidRPr="007D41B6" w:rsidRDefault="00B46CA4" w:rsidP="00A973EC">
            <w:pPr>
              <w:spacing w:before="120" w:after="120" w:line="264" w:lineRule="auto"/>
              <w:ind w:left="122" w:hanging="122"/>
              <w:jc w:val="center"/>
              <w:rPr>
                <w:rFonts w:cs="Times New Roman"/>
                <w:color w:val="000000" w:themeColor="text1"/>
                <w:sz w:val="28"/>
                <w:szCs w:val="28"/>
              </w:rPr>
            </w:pPr>
            <w:r w:rsidRPr="007D41B6">
              <w:rPr>
                <w:rFonts w:cs="Times New Roman"/>
                <w:color w:val="000000" w:themeColor="text1"/>
                <w:sz w:val="28"/>
                <w:szCs w:val="28"/>
              </w:rPr>
              <w:t>1.3.</w:t>
            </w:r>
          </w:p>
        </w:tc>
        <w:tc>
          <w:tcPr>
            <w:tcW w:w="3613" w:type="dxa"/>
            <w:tcMar>
              <w:left w:w="115" w:type="dxa"/>
              <w:right w:w="115" w:type="dxa"/>
            </w:tcMar>
          </w:tcPr>
          <w:p w14:paraId="47391147" w14:textId="1D9CB7B9"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pacing w:val="-4"/>
                <w:sz w:val="28"/>
                <w:szCs w:val="28"/>
                <w:lang w:val="vi-VN"/>
              </w:rPr>
              <w:t>Định kỳ hằng năm rà soát danh mục các bài toán chuyển đổi bằng AI, các vấn đề thực tiễn cần ứng dụng AI để giải quyết, công bố danh mục khi có nhu cầu, đề nghị các doanh nghiệp tham gia giải quyết</w:t>
            </w:r>
            <w:r w:rsidR="0077232C">
              <w:rPr>
                <w:rFonts w:cs="Times New Roman"/>
                <w:color w:val="000000" w:themeColor="text1"/>
                <w:spacing w:val="-4"/>
                <w:sz w:val="28"/>
                <w:szCs w:val="28"/>
                <w:lang w:val="vi-VN"/>
              </w:rPr>
              <w:t>.</w:t>
            </w:r>
          </w:p>
        </w:tc>
        <w:tc>
          <w:tcPr>
            <w:tcW w:w="1487" w:type="dxa"/>
            <w:tcMar>
              <w:left w:w="115" w:type="dxa"/>
              <w:right w:w="115" w:type="dxa"/>
            </w:tcMar>
          </w:tcPr>
          <w:p w14:paraId="7358AF20"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tập đoàn, tổng công ty, doanh nghiệp nhà nước</w:t>
            </w:r>
          </w:p>
        </w:tc>
        <w:tc>
          <w:tcPr>
            <w:tcW w:w="1671" w:type="dxa"/>
            <w:tcMar>
              <w:left w:w="115" w:type="dxa"/>
              <w:right w:w="115" w:type="dxa"/>
            </w:tcMar>
          </w:tcPr>
          <w:p w14:paraId="2C4352C4"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102" w:type="dxa"/>
            <w:tcMar>
              <w:left w:w="115" w:type="dxa"/>
              <w:right w:w="115" w:type="dxa"/>
            </w:tcMar>
          </w:tcPr>
          <w:p w14:paraId="2DCAF1A9"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Danh mục bài toán chuyển đổi bằng AI và các vấn đề thực tiễn cần AI hỗ trợ giải quyết được rà soát, công bố định kỳ trước ngày 10/10 hằng năm.</w:t>
            </w:r>
          </w:p>
        </w:tc>
        <w:tc>
          <w:tcPr>
            <w:tcW w:w="2361" w:type="dxa"/>
            <w:tcMar>
              <w:left w:w="115" w:type="dxa"/>
              <w:right w:w="115" w:type="dxa"/>
            </w:tcMar>
          </w:tcPr>
          <w:p w14:paraId="5DA5ACAC"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37DE18E1"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Định kỳ trước ngày 10/10 hằng năm</w:t>
            </w:r>
          </w:p>
        </w:tc>
      </w:tr>
      <w:tr w:rsidR="00B46CA4" w:rsidRPr="007D41B6" w14:paraId="55B5B369" w14:textId="77777777" w:rsidTr="0077232C">
        <w:trPr>
          <w:jc w:val="center"/>
        </w:trPr>
        <w:tc>
          <w:tcPr>
            <w:tcW w:w="702" w:type="dxa"/>
            <w:tcMar>
              <w:left w:w="115" w:type="dxa"/>
              <w:right w:w="115" w:type="dxa"/>
            </w:tcMar>
          </w:tcPr>
          <w:p w14:paraId="1E680A13" w14:textId="4721FE42" w:rsidR="00B46CA4" w:rsidRPr="007D41B6" w:rsidRDefault="00B46CA4" w:rsidP="00A973E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1.4.</w:t>
            </w:r>
          </w:p>
        </w:tc>
        <w:tc>
          <w:tcPr>
            <w:tcW w:w="3613" w:type="dxa"/>
            <w:tcMar>
              <w:left w:w="115" w:type="dxa"/>
              <w:right w:w="115" w:type="dxa"/>
            </w:tcMar>
          </w:tcPr>
          <w:p w14:paraId="185737E6" w14:textId="1F47FF8C"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Phát triển các Trung tâm giám sát, điều hành thông minh ứng dụng công nghệ AI, IoT, 5G, vệ tinh, UAV… tiên tiến; ứng </w:t>
            </w:r>
            <w:r w:rsidRPr="007D41B6">
              <w:rPr>
                <w:rFonts w:cs="Times New Roman"/>
                <w:color w:val="000000" w:themeColor="text1"/>
                <w:sz w:val="28"/>
                <w:szCs w:val="28"/>
                <w:lang w:val="vi-VN"/>
              </w:rPr>
              <w:lastRenderedPageBreak/>
              <w:t>dụng AI trong dự báo tình hình kinh tế - xã hội quốc gia, bộ, ngành, địa phương</w:t>
            </w:r>
            <w:r w:rsidR="0077232C">
              <w:rPr>
                <w:rFonts w:cs="Times New Roman"/>
                <w:color w:val="000000" w:themeColor="text1"/>
                <w:sz w:val="28"/>
                <w:szCs w:val="28"/>
                <w:lang w:val="vi-VN"/>
              </w:rPr>
              <w:t>.</w:t>
            </w:r>
          </w:p>
        </w:tc>
        <w:tc>
          <w:tcPr>
            <w:tcW w:w="1487" w:type="dxa"/>
            <w:tcMar>
              <w:left w:w="115" w:type="dxa"/>
              <w:right w:w="115" w:type="dxa"/>
            </w:tcMar>
          </w:tcPr>
          <w:p w14:paraId="6508207C"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Các bộ, ngành, địa phương</w:t>
            </w:r>
          </w:p>
        </w:tc>
        <w:tc>
          <w:tcPr>
            <w:tcW w:w="1671" w:type="dxa"/>
            <w:tcMar>
              <w:left w:w="115" w:type="dxa"/>
              <w:right w:w="115" w:type="dxa"/>
            </w:tcMar>
          </w:tcPr>
          <w:p w14:paraId="03D31C27"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2102" w:type="dxa"/>
            <w:tcMar>
              <w:left w:w="115" w:type="dxa"/>
              <w:right w:w="115" w:type="dxa"/>
            </w:tcMar>
          </w:tcPr>
          <w:p w14:paraId="54EBB53F" w14:textId="754CD303"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Trung tâm giám sát,         điều </w:t>
            </w:r>
            <w:r w:rsidRPr="007D41B6">
              <w:rPr>
                <w:rFonts w:cs="Times New Roman"/>
                <w:color w:val="000000" w:themeColor="text1"/>
                <w:sz w:val="28"/>
                <w:szCs w:val="28"/>
                <w:lang w:val="vi-VN"/>
              </w:rPr>
              <w:lastRenderedPageBreak/>
              <w:t>hành thông minh</w:t>
            </w:r>
            <w:r w:rsidR="0077232C">
              <w:rPr>
                <w:rFonts w:cs="Times New Roman"/>
                <w:color w:val="000000" w:themeColor="text1"/>
                <w:sz w:val="28"/>
                <w:szCs w:val="28"/>
                <w:lang w:val="vi-VN"/>
              </w:rPr>
              <w:t>.</w:t>
            </w:r>
          </w:p>
        </w:tc>
        <w:tc>
          <w:tcPr>
            <w:tcW w:w="2361" w:type="dxa"/>
            <w:tcMar>
              <w:left w:w="115" w:type="dxa"/>
              <w:right w:w="115" w:type="dxa"/>
            </w:tcMar>
          </w:tcPr>
          <w:p w14:paraId="71950AC0"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 xml:space="preserve">100% trung tâm điều hành thông minh cấp tỉnh được nâng cấp </w:t>
            </w:r>
            <w:r w:rsidRPr="007D41B6">
              <w:rPr>
                <w:rFonts w:cs="Times New Roman"/>
                <w:color w:val="000000" w:themeColor="text1"/>
                <w:sz w:val="28"/>
                <w:szCs w:val="28"/>
                <w:lang w:val="vi-VN"/>
              </w:rPr>
              <w:lastRenderedPageBreak/>
              <w:t>theo hướng tích hợp AI phục vụ phân tích, dự báo, cảnh báo, giám sát và hỗ trợ ra quyết định.</w:t>
            </w:r>
          </w:p>
        </w:tc>
        <w:tc>
          <w:tcPr>
            <w:tcW w:w="2036" w:type="dxa"/>
            <w:tcMar>
              <w:left w:w="115" w:type="dxa"/>
              <w:right w:w="115" w:type="dxa"/>
            </w:tcMar>
          </w:tcPr>
          <w:p w14:paraId="7DCA51EC"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Tháng 12/2027</w:t>
            </w:r>
          </w:p>
        </w:tc>
      </w:tr>
      <w:tr w:rsidR="00B46CA4" w:rsidRPr="007D41B6" w14:paraId="7986F217" w14:textId="77777777" w:rsidTr="0077232C">
        <w:trPr>
          <w:jc w:val="center"/>
        </w:trPr>
        <w:tc>
          <w:tcPr>
            <w:tcW w:w="702" w:type="dxa"/>
            <w:tcMar>
              <w:left w:w="115" w:type="dxa"/>
              <w:right w:w="115" w:type="dxa"/>
            </w:tcMar>
          </w:tcPr>
          <w:p w14:paraId="6F28A4D6" w14:textId="60787D29" w:rsidR="00B46CA4" w:rsidRPr="007D41B6" w:rsidRDefault="00B46CA4" w:rsidP="00A973E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lastRenderedPageBreak/>
              <w:t xml:space="preserve">1.5. </w:t>
            </w:r>
          </w:p>
        </w:tc>
        <w:tc>
          <w:tcPr>
            <w:tcW w:w="3613" w:type="dxa"/>
            <w:tcMar>
              <w:left w:w="115" w:type="dxa"/>
              <w:right w:w="115" w:type="dxa"/>
            </w:tcMar>
          </w:tcPr>
          <w:p w14:paraId="0548861B" w14:textId="28234F1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Đẩy mạnh sử dụng AI, đặc biệt là ứng dụng AI hẹp, tác nhân AI nhằm nâng cao hiệu quả hoạt động</w:t>
            </w:r>
            <w:r w:rsidR="0077232C">
              <w:rPr>
                <w:rFonts w:cs="Times New Roman"/>
                <w:color w:val="000000" w:themeColor="text1"/>
                <w:sz w:val="28"/>
                <w:szCs w:val="28"/>
                <w:lang w:val="vi-VN"/>
              </w:rPr>
              <w:t>.</w:t>
            </w:r>
          </w:p>
        </w:tc>
        <w:tc>
          <w:tcPr>
            <w:tcW w:w="1487" w:type="dxa"/>
            <w:tcMar>
              <w:left w:w="115" w:type="dxa"/>
              <w:right w:w="115" w:type="dxa"/>
            </w:tcMar>
          </w:tcPr>
          <w:p w14:paraId="4A4D6B56" w14:textId="581EAA2F"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ngành, địa phương, các doanh nghiệp</w:t>
            </w:r>
          </w:p>
        </w:tc>
        <w:tc>
          <w:tcPr>
            <w:tcW w:w="1671" w:type="dxa"/>
            <w:tcMar>
              <w:left w:w="115" w:type="dxa"/>
              <w:right w:w="115" w:type="dxa"/>
            </w:tcMar>
          </w:tcPr>
          <w:p w14:paraId="171B9E8F" w14:textId="2B73AE1C"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2102" w:type="dxa"/>
            <w:tcMar>
              <w:left w:w="115" w:type="dxa"/>
              <w:right w:w="115" w:type="dxa"/>
            </w:tcMar>
          </w:tcPr>
          <w:p w14:paraId="199E7F09"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361" w:type="dxa"/>
            <w:tcMar>
              <w:left w:w="115" w:type="dxa"/>
              <w:right w:w="115" w:type="dxa"/>
            </w:tcMar>
          </w:tcPr>
          <w:p w14:paraId="707C40C0"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69CD06B3" w14:textId="0FEB2445"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Thường xuyên</w:t>
            </w:r>
          </w:p>
        </w:tc>
      </w:tr>
      <w:tr w:rsidR="00B46CA4" w:rsidRPr="007D41B6" w14:paraId="78DE66ED" w14:textId="77777777" w:rsidTr="0077232C">
        <w:trPr>
          <w:jc w:val="center"/>
        </w:trPr>
        <w:tc>
          <w:tcPr>
            <w:tcW w:w="702" w:type="dxa"/>
            <w:tcMar>
              <w:left w:w="115" w:type="dxa"/>
              <w:right w:w="115" w:type="dxa"/>
            </w:tcMar>
          </w:tcPr>
          <w:p w14:paraId="3E957ED9" w14:textId="379A11CF" w:rsidR="00B46CA4" w:rsidRPr="007D41B6" w:rsidRDefault="00B46CA4" w:rsidP="00A973EC">
            <w:pPr>
              <w:pStyle w:val="ListParagraph"/>
              <w:numPr>
                <w:ilvl w:val="0"/>
                <w:numId w:val="24"/>
              </w:numPr>
              <w:tabs>
                <w:tab w:val="left" w:pos="280"/>
              </w:tabs>
              <w:spacing w:before="120" w:after="120" w:line="264" w:lineRule="auto"/>
              <w:ind w:left="0" w:firstLine="0"/>
              <w:jc w:val="center"/>
              <w:rPr>
                <w:rFonts w:cs="Times New Roman"/>
                <w:b/>
                <w:color w:val="000000" w:themeColor="text1"/>
                <w:sz w:val="28"/>
                <w:szCs w:val="28"/>
              </w:rPr>
            </w:pPr>
          </w:p>
        </w:tc>
        <w:tc>
          <w:tcPr>
            <w:tcW w:w="13270" w:type="dxa"/>
            <w:gridSpan w:val="6"/>
            <w:tcMar>
              <w:left w:w="115" w:type="dxa"/>
              <w:right w:w="115" w:type="dxa"/>
            </w:tcMar>
          </w:tcPr>
          <w:p w14:paraId="7F54F23F" w14:textId="43D26869" w:rsidR="00B46CA4" w:rsidRPr="007D41B6" w:rsidRDefault="00B46CA4" w:rsidP="00A973EC">
            <w:pPr>
              <w:spacing w:before="120" w:after="120" w:line="264" w:lineRule="auto"/>
              <w:jc w:val="both"/>
              <w:rPr>
                <w:rFonts w:cs="Times New Roman"/>
                <w:b/>
                <w:color w:val="000000" w:themeColor="text1"/>
                <w:sz w:val="28"/>
                <w:szCs w:val="28"/>
                <w:lang w:val="vi-VN"/>
              </w:rPr>
            </w:pPr>
            <w:r w:rsidRPr="007D41B6">
              <w:rPr>
                <w:rFonts w:cs="Times New Roman"/>
                <w:b/>
                <w:color w:val="000000" w:themeColor="text1"/>
                <w:sz w:val="28"/>
                <w:szCs w:val="28"/>
              </w:rPr>
              <w:t>Các ngành, lĩnh vực trọng điểm</w:t>
            </w:r>
          </w:p>
        </w:tc>
      </w:tr>
      <w:tr w:rsidR="00327CC3" w:rsidRPr="007D41B6" w14:paraId="0321A82A" w14:textId="77777777" w:rsidTr="0077232C">
        <w:trPr>
          <w:jc w:val="center"/>
        </w:trPr>
        <w:tc>
          <w:tcPr>
            <w:tcW w:w="702" w:type="dxa"/>
            <w:tcMar>
              <w:left w:w="115" w:type="dxa"/>
              <w:right w:w="115" w:type="dxa"/>
            </w:tcMar>
          </w:tcPr>
          <w:p w14:paraId="169FB9FA" w14:textId="77777777" w:rsidR="00327CC3" w:rsidRPr="007D41B6" w:rsidRDefault="00327CC3"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08AE73D5" w14:textId="182C40CB" w:rsidR="00327CC3" w:rsidRPr="007D41B6" w:rsidRDefault="00327CC3"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Thúc đẩy</w:t>
            </w:r>
            <w:r w:rsidRPr="007D41B6">
              <w:rPr>
                <w:rFonts w:cs="Times New Roman"/>
                <w:color w:val="000000" w:themeColor="text1"/>
                <w:sz w:val="28"/>
                <w:szCs w:val="28"/>
              </w:rPr>
              <w:t xml:space="preserve"> </w:t>
            </w:r>
            <w:r w:rsidRPr="007D41B6">
              <w:rPr>
                <w:rFonts w:cs="Times New Roman"/>
                <w:color w:val="000000" w:themeColor="text1"/>
                <w:sz w:val="28"/>
                <w:szCs w:val="28"/>
                <w:lang w:val="vi-VN"/>
              </w:rPr>
              <w:t xml:space="preserve">doanh nghiệp sử dụng </w:t>
            </w:r>
            <w:r w:rsidR="006410DF" w:rsidRPr="007D41B6">
              <w:rPr>
                <w:rFonts w:cs="Times New Roman"/>
                <w:color w:val="000000" w:themeColor="text1"/>
                <w:sz w:val="28"/>
                <w:szCs w:val="28"/>
              </w:rPr>
              <w:t xml:space="preserve">các </w:t>
            </w:r>
            <w:r w:rsidR="00D542A5" w:rsidRPr="007D41B6">
              <w:rPr>
                <w:rFonts w:cs="Times New Roman"/>
                <w:color w:val="000000" w:themeColor="text1"/>
                <w:sz w:val="28"/>
                <w:szCs w:val="28"/>
              </w:rPr>
              <w:t>nền tảng</w:t>
            </w:r>
            <w:r w:rsidRPr="007D41B6">
              <w:rPr>
                <w:rFonts w:cs="Times New Roman"/>
                <w:color w:val="000000" w:themeColor="text1"/>
                <w:sz w:val="28"/>
                <w:szCs w:val="28"/>
                <w:lang w:val="vi-VN"/>
              </w:rPr>
              <w:t xml:space="preserve"> AI để phục vụ sản xuất, kinh doanh</w:t>
            </w:r>
            <w:r w:rsidR="006410DF" w:rsidRPr="007D41B6">
              <w:rPr>
                <w:rFonts w:cs="Times New Roman"/>
                <w:color w:val="000000" w:themeColor="text1"/>
                <w:sz w:val="28"/>
                <w:szCs w:val="28"/>
              </w:rPr>
              <w:t xml:space="preserve"> </w:t>
            </w:r>
            <w:r w:rsidR="006410DF" w:rsidRPr="007D41B6">
              <w:rPr>
                <w:rFonts w:cs="Times New Roman"/>
                <w:color w:val="000000" w:themeColor="text1"/>
                <w:sz w:val="28"/>
                <w:szCs w:val="28"/>
                <w:lang w:val="vi-VN"/>
              </w:rPr>
              <w:t>nhằm tạo ra sự đột phá về năng suất và hiệu quả công việc để sử dụng trong ngành, lĩnh vực trọng điểm</w:t>
            </w:r>
            <w:r w:rsidR="006410DF" w:rsidRPr="007D41B6">
              <w:rPr>
                <w:rFonts w:cs="Times New Roman"/>
                <w:color w:val="000000" w:themeColor="text1"/>
                <w:sz w:val="28"/>
                <w:szCs w:val="28"/>
              </w:rPr>
              <w:t>.</w:t>
            </w:r>
          </w:p>
        </w:tc>
        <w:tc>
          <w:tcPr>
            <w:tcW w:w="1487" w:type="dxa"/>
            <w:tcMar>
              <w:left w:w="115" w:type="dxa"/>
              <w:right w:w="115" w:type="dxa"/>
            </w:tcMar>
          </w:tcPr>
          <w:p w14:paraId="279E54D9" w14:textId="60BAEA24" w:rsidR="00327CC3" w:rsidRPr="007D41B6" w:rsidRDefault="00492F99" w:rsidP="00A973EC">
            <w:pPr>
              <w:spacing w:before="120" w:after="120" w:line="264" w:lineRule="auto"/>
              <w:jc w:val="both"/>
              <w:rPr>
                <w:rFonts w:cs="Times New Roman"/>
                <w:color w:val="000000" w:themeColor="text1"/>
                <w:sz w:val="28"/>
                <w:szCs w:val="28"/>
              </w:rPr>
            </w:pPr>
            <w:r>
              <w:rPr>
                <w:rFonts w:cs="Times New Roman"/>
                <w:color w:val="000000" w:themeColor="text1"/>
                <w:sz w:val="28"/>
                <w:szCs w:val="28"/>
              </w:rPr>
              <w:t xml:space="preserve">Các bộ, </w:t>
            </w:r>
            <w:r w:rsidR="00327CC3" w:rsidRPr="007D41B6">
              <w:rPr>
                <w:rFonts w:cs="Times New Roman"/>
                <w:color w:val="000000" w:themeColor="text1"/>
                <w:sz w:val="28"/>
                <w:szCs w:val="28"/>
              </w:rPr>
              <w:t>ngành, địa phương</w:t>
            </w:r>
          </w:p>
        </w:tc>
        <w:tc>
          <w:tcPr>
            <w:tcW w:w="1671" w:type="dxa"/>
            <w:tcMar>
              <w:left w:w="115" w:type="dxa"/>
              <w:right w:w="115" w:type="dxa"/>
            </w:tcMar>
          </w:tcPr>
          <w:p w14:paraId="0029D197" w14:textId="65903730" w:rsidR="00327CC3" w:rsidRPr="007D41B6" w:rsidRDefault="00327CC3" w:rsidP="00A973EC">
            <w:pPr>
              <w:spacing w:before="120" w:after="120" w:line="264" w:lineRule="auto"/>
              <w:jc w:val="both"/>
              <w:rPr>
                <w:rFonts w:cs="Times New Roman"/>
                <w:color w:val="000000" w:themeColor="text1"/>
                <w:sz w:val="28"/>
                <w:szCs w:val="28"/>
                <w:lang w:val="vi-VN"/>
              </w:rPr>
            </w:pPr>
          </w:p>
        </w:tc>
        <w:tc>
          <w:tcPr>
            <w:tcW w:w="2102" w:type="dxa"/>
            <w:tcMar>
              <w:left w:w="115" w:type="dxa"/>
              <w:right w:w="115" w:type="dxa"/>
            </w:tcMar>
          </w:tcPr>
          <w:p w14:paraId="5F5A4FA4" w14:textId="77777777" w:rsidR="00327CC3" w:rsidRPr="007D41B6" w:rsidRDefault="00327CC3" w:rsidP="00A973EC">
            <w:pPr>
              <w:spacing w:before="120" w:after="120" w:line="264" w:lineRule="auto"/>
              <w:jc w:val="both"/>
              <w:rPr>
                <w:rFonts w:cs="Times New Roman"/>
                <w:color w:val="000000" w:themeColor="text1"/>
                <w:sz w:val="28"/>
                <w:szCs w:val="28"/>
                <w:lang w:val="vi-VN"/>
              </w:rPr>
            </w:pPr>
          </w:p>
        </w:tc>
        <w:tc>
          <w:tcPr>
            <w:tcW w:w="2361" w:type="dxa"/>
            <w:tcMar>
              <w:left w:w="115" w:type="dxa"/>
              <w:right w:w="115" w:type="dxa"/>
            </w:tcMar>
          </w:tcPr>
          <w:p w14:paraId="26AE32DA" w14:textId="6D9DE5CB" w:rsidR="00327CC3" w:rsidRPr="00C3780B" w:rsidRDefault="00327CC3" w:rsidP="00A973E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D</w:t>
            </w:r>
            <w:r w:rsidRPr="007D41B6">
              <w:rPr>
                <w:rFonts w:cs="Times New Roman"/>
                <w:color w:val="000000" w:themeColor="text1"/>
                <w:sz w:val="28"/>
                <w:szCs w:val="28"/>
                <w:lang w:val="vi-VN"/>
              </w:rPr>
              <w:t>oanh nghiệp lựa chọn, sử dụng tối thiểu 01 sản phẩm, dịch vụ AI phục vụ chỉ đạo, điều hành, cải cách hành chính, sản xuất, kinh doanh</w:t>
            </w:r>
            <w:r w:rsidR="0077232C">
              <w:rPr>
                <w:rFonts w:cs="Times New Roman"/>
                <w:color w:val="000000" w:themeColor="text1"/>
                <w:sz w:val="28"/>
                <w:szCs w:val="28"/>
                <w:lang w:val="vi-VN"/>
              </w:rPr>
              <w:t>.</w:t>
            </w:r>
          </w:p>
        </w:tc>
        <w:tc>
          <w:tcPr>
            <w:tcW w:w="2036" w:type="dxa"/>
            <w:tcMar>
              <w:left w:w="115" w:type="dxa"/>
              <w:right w:w="115" w:type="dxa"/>
            </w:tcMar>
          </w:tcPr>
          <w:p w14:paraId="03E1A91E" w14:textId="10B30D42" w:rsidR="00327CC3" w:rsidRPr="007D41B6" w:rsidRDefault="00327CC3"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 xuyên</w:t>
            </w:r>
          </w:p>
        </w:tc>
      </w:tr>
      <w:tr w:rsidR="00B46CA4" w:rsidRPr="007D41B6" w14:paraId="3A9687EA" w14:textId="77777777" w:rsidTr="0077232C">
        <w:trPr>
          <w:jc w:val="center"/>
        </w:trPr>
        <w:tc>
          <w:tcPr>
            <w:tcW w:w="702" w:type="dxa"/>
            <w:tcMar>
              <w:left w:w="115" w:type="dxa"/>
              <w:right w:w="115" w:type="dxa"/>
            </w:tcMar>
          </w:tcPr>
          <w:p w14:paraId="0563FA8D" w14:textId="5B8096B1"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678FAAAB" w14:textId="5D857EAD" w:rsidR="00B46CA4" w:rsidRPr="0077232C" w:rsidRDefault="00D542A5"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Nền tảng</w:t>
            </w:r>
            <w:r w:rsidR="00B46CA4" w:rsidRPr="007D41B6">
              <w:rPr>
                <w:rFonts w:cs="Times New Roman"/>
                <w:color w:val="000000" w:themeColor="text1"/>
                <w:sz w:val="28"/>
                <w:szCs w:val="28"/>
              </w:rPr>
              <w:t xml:space="preserve"> AI để giải quyết bài toán lớn của xã hội, tập trung vào các ngành, lĩnh vực trọng điểm</w:t>
            </w:r>
            <w:r w:rsidR="0077232C">
              <w:rPr>
                <w:rFonts w:cs="Times New Roman"/>
                <w:color w:val="000000" w:themeColor="text1"/>
                <w:sz w:val="28"/>
                <w:szCs w:val="28"/>
                <w:lang w:val="vi-VN"/>
              </w:rPr>
              <w:t>.</w:t>
            </w:r>
          </w:p>
        </w:tc>
        <w:tc>
          <w:tcPr>
            <w:tcW w:w="1487" w:type="dxa"/>
            <w:tcMar>
              <w:left w:w="115" w:type="dxa"/>
              <w:right w:w="115" w:type="dxa"/>
            </w:tcMar>
          </w:tcPr>
          <w:p w14:paraId="0D934BD9" w14:textId="4B11A6DF"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ngành, địa phương, các doanh nghiệp</w:t>
            </w:r>
          </w:p>
        </w:tc>
        <w:tc>
          <w:tcPr>
            <w:tcW w:w="1671" w:type="dxa"/>
            <w:tcMar>
              <w:left w:w="115" w:type="dxa"/>
              <w:right w:w="115" w:type="dxa"/>
            </w:tcMar>
          </w:tcPr>
          <w:p w14:paraId="66D1829F" w14:textId="7F3B862F"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2102" w:type="dxa"/>
            <w:tcMar>
              <w:left w:w="115" w:type="dxa"/>
              <w:right w:w="115" w:type="dxa"/>
            </w:tcMar>
          </w:tcPr>
          <w:p w14:paraId="0E8CEFD9"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361" w:type="dxa"/>
            <w:tcMar>
              <w:left w:w="115" w:type="dxa"/>
              <w:right w:w="115" w:type="dxa"/>
            </w:tcMar>
          </w:tcPr>
          <w:p w14:paraId="4FDA0264" w14:textId="3F5A7FAC"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799A96C2" w14:textId="0DE0CEDE"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 xuyên</w:t>
            </w:r>
          </w:p>
        </w:tc>
      </w:tr>
      <w:tr w:rsidR="00B46CA4" w:rsidRPr="007D41B6" w14:paraId="3406C010" w14:textId="77777777" w:rsidTr="0077232C">
        <w:trPr>
          <w:jc w:val="center"/>
        </w:trPr>
        <w:tc>
          <w:tcPr>
            <w:tcW w:w="702" w:type="dxa"/>
            <w:tcMar>
              <w:left w:w="115" w:type="dxa"/>
              <w:right w:w="115" w:type="dxa"/>
            </w:tcMar>
          </w:tcPr>
          <w:p w14:paraId="36B0938B"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2F191184" w14:textId="65599C45"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Thúc đẩy </w:t>
            </w:r>
            <w:r w:rsidR="00D542A5" w:rsidRPr="007D41B6">
              <w:rPr>
                <w:rFonts w:cs="Times New Roman"/>
                <w:color w:val="000000" w:themeColor="text1"/>
                <w:sz w:val="28"/>
                <w:szCs w:val="28"/>
              </w:rPr>
              <w:t>nền tảng</w:t>
            </w:r>
            <w:r w:rsidRPr="007D41B6">
              <w:rPr>
                <w:rFonts w:cs="Times New Roman"/>
                <w:color w:val="000000" w:themeColor="text1"/>
                <w:sz w:val="28"/>
                <w:szCs w:val="28"/>
                <w:lang w:val="vi-VN"/>
              </w:rPr>
              <w:t xml:space="preserve"> AI trong sản xuất, đặc biệt là phát triển người máy (robot) làm việc tự động tại nhà máy, khu công nghiệp nhằm nâng cao năng suất, hình thành mô hình nhà máy “không đèn - không người - làm việc liên tục”, góp phần hiện đại hóa sản xuất và nâng cao năng lực cạnh tranh quốc gia</w:t>
            </w:r>
            <w:r w:rsidR="0077232C">
              <w:rPr>
                <w:rFonts w:cs="Times New Roman"/>
                <w:color w:val="000000" w:themeColor="text1"/>
                <w:sz w:val="28"/>
                <w:szCs w:val="28"/>
                <w:lang w:val="vi-VN"/>
              </w:rPr>
              <w:t>.</w:t>
            </w:r>
          </w:p>
        </w:tc>
        <w:tc>
          <w:tcPr>
            <w:tcW w:w="1487" w:type="dxa"/>
            <w:tcMar>
              <w:left w:w="115" w:type="dxa"/>
              <w:right w:w="115" w:type="dxa"/>
            </w:tcMar>
          </w:tcPr>
          <w:p w14:paraId="6FC1BC82"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Bộ</w:t>
            </w:r>
            <w:r w:rsidRPr="007D41B6">
              <w:rPr>
                <w:rFonts w:cs="Times New Roman"/>
                <w:color w:val="000000" w:themeColor="text1"/>
                <w:sz w:val="28"/>
                <w:szCs w:val="28"/>
                <w:lang w:val="vi-VN"/>
              </w:rPr>
              <w:t xml:space="preserve"> Công Thương</w:t>
            </w:r>
          </w:p>
        </w:tc>
        <w:tc>
          <w:tcPr>
            <w:tcW w:w="1671" w:type="dxa"/>
            <w:tcMar>
              <w:left w:w="115" w:type="dxa"/>
              <w:right w:w="115" w:type="dxa"/>
            </w:tcMar>
          </w:tcPr>
          <w:p w14:paraId="7669B2F8"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5003DC17"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361" w:type="dxa"/>
            <w:tcMar>
              <w:left w:w="115" w:type="dxa"/>
              <w:right w:w="115" w:type="dxa"/>
            </w:tcMar>
          </w:tcPr>
          <w:p w14:paraId="3F1F2BE8"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29E43D0C"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7D41B6" w14:paraId="54760E9E" w14:textId="77777777" w:rsidTr="0077232C">
        <w:trPr>
          <w:jc w:val="center"/>
        </w:trPr>
        <w:tc>
          <w:tcPr>
            <w:tcW w:w="702" w:type="dxa"/>
            <w:tcMar>
              <w:left w:w="115" w:type="dxa"/>
              <w:right w:w="115" w:type="dxa"/>
            </w:tcMar>
            <w:hideMark/>
          </w:tcPr>
          <w:p w14:paraId="02030354"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hideMark/>
          </w:tcPr>
          <w:p w14:paraId="48A35501" w14:textId="39CCF2B6"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Nền tảng, giải pháp AI phục vụ điều phối logistics thời gian thực, kho vận tự động, truy xuất nguồn gốc và quản trị chuỗi cung ứng</w:t>
            </w:r>
            <w:r w:rsidR="0077232C">
              <w:rPr>
                <w:rFonts w:cs="Times New Roman"/>
                <w:color w:val="000000" w:themeColor="text1"/>
                <w:sz w:val="28"/>
                <w:szCs w:val="28"/>
                <w:lang w:val="vi-VN"/>
              </w:rPr>
              <w:t>.</w:t>
            </w:r>
          </w:p>
        </w:tc>
        <w:tc>
          <w:tcPr>
            <w:tcW w:w="1487" w:type="dxa"/>
            <w:tcMar>
              <w:left w:w="115" w:type="dxa"/>
              <w:right w:w="115" w:type="dxa"/>
            </w:tcMar>
            <w:hideMark/>
          </w:tcPr>
          <w:p w14:paraId="3D00D6A4"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Công Thương</w:t>
            </w:r>
          </w:p>
        </w:tc>
        <w:tc>
          <w:tcPr>
            <w:tcW w:w="1671" w:type="dxa"/>
            <w:tcMar>
              <w:left w:w="115" w:type="dxa"/>
              <w:right w:w="115" w:type="dxa"/>
            </w:tcMar>
            <w:hideMark/>
          </w:tcPr>
          <w:p w14:paraId="643722CC"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Bộ Xây dựng; Bộ Tài chính; địa phương; doanh </w:t>
            </w:r>
            <w:r w:rsidRPr="007D41B6">
              <w:rPr>
                <w:rFonts w:cs="Times New Roman"/>
                <w:color w:val="000000" w:themeColor="text1"/>
                <w:sz w:val="28"/>
                <w:szCs w:val="28"/>
              </w:rPr>
              <w:lastRenderedPageBreak/>
              <w:t>nghiệp logistics</w:t>
            </w:r>
          </w:p>
        </w:tc>
        <w:tc>
          <w:tcPr>
            <w:tcW w:w="2102" w:type="dxa"/>
            <w:tcMar>
              <w:left w:w="115" w:type="dxa"/>
              <w:right w:w="115" w:type="dxa"/>
            </w:tcMar>
            <w:hideMark/>
          </w:tcPr>
          <w:p w14:paraId="323EE86B" w14:textId="0687FC53"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lastRenderedPageBreak/>
              <w:t xml:space="preserve">Nền tảng, giải pháp AI phục vụ điều phối logistics thời gian thực, kho vận tự động, </w:t>
            </w:r>
            <w:r w:rsidRPr="007D41B6">
              <w:rPr>
                <w:rFonts w:cs="Times New Roman"/>
                <w:color w:val="000000" w:themeColor="text1"/>
                <w:sz w:val="28"/>
                <w:szCs w:val="28"/>
              </w:rPr>
              <w:lastRenderedPageBreak/>
              <w:t>truy xuất nguồn gốc và quản trị chuỗi cung ứng</w:t>
            </w:r>
            <w:r w:rsidR="0077232C">
              <w:rPr>
                <w:rFonts w:cs="Times New Roman"/>
                <w:color w:val="000000" w:themeColor="text1"/>
                <w:sz w:val="28"/>
                <w:szCs w:val="28"/>
                <w:lang w:val="vi-VN"/>
              </w:rPr>
              <w:t>.</w:t>
            </w:r>
          </w:p>
        </w:tc>
        <w:tc>
          <w:tcPr>
            <w:tcW w:w="2361" w:type="dxa"/>
            <w:tcMar>
              <w:left w:w="115" w:type="dxa"/>
              <w:right w:w="115" w:type="dxa"/>
            </w:tcMar>
          </w:tcPr>
          <w:p w14:paraId="32671176"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hideMark/>
          </w:tcPr>
          <w:p w14:paraId="3715A55F" w14:textId="2C2CE590"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77232C">
              <w:rPr>
                <w:rFonts w:cs="Times New Roman"/>
                <w:color w:val="000000" w:themeColor="text1"/>
                <w:sz w:val="28"/>
                <w:szCs w:val="28"/>
                <w:lang w:val="vi-VN"/>
              </w:rPr>
              <w:t xml:space="preserve"> </w:t>
            </w:r>
            <w:r w:rsidRPr="007D41B6">
              <w:rPr>
                <w:rFonts w:cs="Times New Roman"/>
                <w:color w:val="000000" w:themeColor="text1"/>
                <w:sz w:val="28"/>
                <w:szCs w:val="28"/>
              </w:rPr>
              <w:t>-</w:t>
            </w:r>
            <w:r w:rsidR="0077232C">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B46CA4" w:rsidRPr="007D41B6" w14:paraId="51F6667D" w14:textId="77777777" w:rsidTr="0077232C">
        <w:trPr>
          <w:jc w:val="center"/>
        </w:trPr>
        <w:tc>
          <w:tcPr>
            <w:tcW w:w="702" w:type="dxa"/>
            <w:tcMar>
              <w:left w:w="115" w:type="dxa"/>
              <w:right w:w="115" w:type="dxa"/>
            </w:tcMar>
            <w:hideMark/>
          </w:tcPr>
          <w:p w14:paraId="501BACD2"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hideMark/>
          </w:tcPr>
          <w:p w14:paraId="50C1E3EE" w14:textId="3EBB7510" w:rsidR="00B46CA4" w:rsidRPr="0077232C" w:rsidRDefault="00661207"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Nền tảng, g</w:t>
            </w:r>
            <w:r w:rsidR="00B46CA4" w:rsidRPr="007D41B6">
              <w:rPr>
                <w:rFonts w:cs="Times New Roman"/>
                <w:color w:val="000000" w:themeColor="text1"/>
                <w:sz w:val="28"/>
                <w:szCs w:val="28"/>
              </w:rPr>
              <w:t>iải pháp AI phục vụ phân tích rủi ro, phát hiện gian lận, giám sát giao dịch, chấm điểm tín dụng, trợ lý tài chính số và tự động hóa nghiệp vụ</w:t>
            </w:r>
            <w:r w:rsidR="0077232C">
              <w:rPr>
                <w:rFonts w:cs="Times New Roman"/>
                <w:color w:val="000000" w:themeColor="text1"/>
                <w:sz w:val="28"/>
                <w:szCs w:val="28"/>
                <w:lang w:val="vi-VN"/>
              </w:rPr>
              <w:t>.</w:t>
            </w:r>
          </w:p>
        </w:tc>
        <w:tc>
          <w:tcPr>
            <w:tcW w:w="1487" w:type="dxa"/>
            <w:tcMar>
              <w:left w:w="115" w:type="dxa"/>
              <w:right w:w="115" w:type="dxa"/>
            </w:tcMar>
            <w:hideMark/>
          </w:tcPr>
          <w:p w14:paraId="39521407" w14:textId="77777777" w:rsidR="00B46CA4" w:rsidRPr="0098690D" w:rsidRDefault="00B46CA4" w:rsidP="00A973EC">
            <w:pPr>
              <w:spacing w:before="120" w:after="120" w:line="264" w:lineRule="auto"/>
              <w:jc w:val="both"/>
              <w:rPr>
                <w:rFonts w:cs="Times New Roman"/>
                <w:color w:val="000000" w:themeColor="text1"/>
                <w:sz w:val="28"/>
                <w:szCs w:val="28"/>
                <w:lang w:val="vi-VN"/>
              </w:rPr>
            </w:pPr>
            <w:r w:rsidRPr="0098690D">
              <w:rPr>
                <w:rFonts w:cs="Times New Roman"/>
                <w:color w:val="000000" w:themeColor="text1"/>
                <w:sz w:val="28"/>
                <w:szCs w:val="28"/>
                <w:lang w:val="vi-VN"/>
              </w:rPr>
              <w:t>Ngân hàng Nhà nước Việt Nam; Bộ Tài chính theo chức năng, nhiệm vụ</w:t>
            </w:r>
          </w:p>
        </w:tc>
        <w:tc>
          <w:tcPr>
            <w:tcW w:w="1671" w:type="dxa"/>
            <w:tcMar>
              <w:left w:w="115" w:type="dxa"/>
              <w:right w:w="115" w:type="dxa"/>
            </w:tcMar>
            <w:hideMark/>
          </w:tcPr>
          <w:p w14:paraId="1CD71FF8" w14:textId="77777777" w:rsidR="00B46CA4" w:rsidRPr="0098690D" w:rsidRDefault="00B46CA4" w:rsidP="00A973EC">
            <w:pPr>
              <w:spacing w:before="120" w:after="120" w:line="264" w:lineRule="auto"/>
              <w:jc w:val="both"/>
              <w:rPr>
                <w:rFonts w:cs="Times New Roman"/>
                <w:color w:val="000000" w:themeColor="text1"/>
                <w:sz w:val="28"/>
                <w:szCs w:val="28"/>
                <w:lang w:val="vi-VN"/>
              </w:rPr>
            </w:pPr>
            <w:r w:rsidRPr="0098690D">
              <w:rPr>
                <w:rFonts w:cs="Times New Roman"/>
                <w:color w:val="000000" w:themeColor="text1"/>
                <w:sz w:val="28"/>
                <w:szCs w:val="28"/>
                <w:lang w:val="vi-VN"/>
              </w:rPr>
              <w:t>Bộ Khoa học và Công nghệ; Bộ Công an; tổ chức tín dụng; doanh nghiệp công nghệ tài chính</w:t>
            </w:r>
          </w:p>
        </w:tc>
        <w:tc>
          <w:tcPr>
            <w:tcW w:w="2102" w:type="dxa"/>
            <w:tcMar>
              <w:left w:w="115" w:type="dxa"/>
              <w:right w:w="115" w:type="dxa"/>
            </w:tcMar>
            <w:hideMark/>
          </w:tcPr>
          <w:p w14:paraId="03F23541" w14:textId="3886A980" w:rsidR="00B46CA4" w:rsidRPr="0077232C" w:rsidRDefault="00B46CA4" w:rsidP="00A973EC">
            <w:pPr>
              <w:spacing w:before="120" w:after="120" w:line="264" w:lineRule="auto"/>
              <w:jc w:val="both"/>
              <w:rPr>
                <w:rFonts w:cs="Times New Roman"/>
                <w:color w:val="000000" w:themeColor="text1"/>
                <w:sz w:val="28"/>
                <w:szCs w:val="28"/>
                <w:lang w:val="vi-VN"/>
              </w:rPr>
            </w:pPr>
            <w:r w:rsidRPr="0098690D">
              <w:rPr>
                <w:rFonts w:cs="Times New Roman"/>
                <w:color w:val="000000" w:themeColor="text1"/>
                <w:sz w:val="28"/>
                <w:szCs w:val="28"/>
                <w:lang w:val="vi-VN"/>
              </w:rPr>
              <w:t>Giải pháp AI phục vụ phân tích rủi ro, phát hiện gian lận, giám sát giao dịch, chấm điểm tín dụng, trợ lý tài chính số và tự động hóa nghiệp vụ</w:t>
            </w:r>
            <w:r w:rsidR="0077232C">
              <w:rPr>
                <w:rFonts w:cs="Times New Roman"/>
                <w:color w:val="000000" w:themeColor="text1"/>
                <w:sz w:val="28"/>
                <w:szCs w:val="28"/>
                <w:lang w:val="vi-VN"/>
              </w:rPr>
              <w:t>.</w:t>
            </w:r>
          </w:p>
        </w:tc>
        <w:tc>
          <w:tcPr>
            <w:tcW w:w="2361" w:type="dxa"/>
            <w:tcMar>
              <w:left w:w="115" w:type="dxa"/>
              <w:right w:w="115" w:type="dxa"/>
            </w:tcMar>
          </w:tcPr>
          <w:p w14:paraId="7DF1AF03" w14:textId="77777777" w:rsidR="00B46CA4" w:rsidRPr="0098690D"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hideMark/>
          </w:tcPr>
          <w:p w14:paraId="3BD41355" w14:textId="36B9F723"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77232C">
              <w:rPr>
                <w:rFonts w:cs="Times New Roman"/>
                <w:color w:val="000000" w:themeColor="text1"/>
                <w:sz w:val="28"/>
                <w:szCs w:val="28"/>
                <w:lang w:val="vi-VN"/>
              </w:rPr>
              <w:t xml:space="preserve"> </w:t>
            </w:r>
            <w:r w:rsidRPr="007D41B6">
              <w:rPr>
                <w:rFonts w:cs="Times New Roman"/>
                <w:color w:val="000000" w:themeColor="text1"/>
                <w:sz w:val="28"/>
                <w:szCs w:val="28"/>
              </w:rPr>
              <w:t>-</w:t>
            </w:r>
            <w:r w:rsidR="0077232C">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B46CA4" w:rsidRPr="007D41B6" w14:paraId="390312B9" w14:textId="77777777" w:rsidTr="0077232C">
        <w:trPr>
          <w:jc w:val="center"/>
        </w:trPr>
        <w:tc>
          <w:tcPr>
            <w:tcW w:w="702" w:type="dxa"/>
            <w:tcMar>
              <w:left w:w="115" w:type="dxa"/>
              <w:right w:w="115" w:type="dxa"/>
            </w:tcMar>
          </w:tcPr>
          <w:p w14:paraId="74C6B59B"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0631E03E" w14:textId="516F87D9"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Phát triển mô hình nông nghiệp hiện đại, ứng dụng công nghệ số và AI nhằm ứng phó hiệu quả với biến đổi khí hậu, bảo đảm an ninh lương thực và thu nhập bền vững cho nông dân</w:t>
            </w:r>
            <w:r w:rsidR="0077232C">
              <w:rPr>
                <w:rFonts w:cs="Times New Roman"/>
                <w:color w:val="000000" w:themeColor="text1"/>
                <w:sz w:val="28"/>
                <w:szCs w:val="28"/>
                <w:lang w:val="vi-VN"/>
              </w:rPr>
              <w:t>.</w:t>
            </w:r>
          </w:p>
        </w:tc>
        <w:tc>
          <w:tcPr>
            <w:tcW w:w="1487" w:type="dxa"/>
            <w:tcMar>
              <w:left w:w="115" w:type="dxa"/>
              <w:right w:w="115" w:type="dxa"/>
            </w:tcMar>
          </w:tcPr>
          <w:p w14:paraId="42745169"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Nông nghiệp và Môi trường</w:t>
            </w:r>
          </w:p>
        </w:tc>
        <w:tc>
          <w:tcPr>
            <w:tcW w:w="1671" w:type="dxa"/>
            <w:tcMar>
              <w:left w:w="115" w:type="dxa"/>
              <w:right w:w="115" w:type="dxa"/>
            </w:tcMar>
          </w:tcPr>
          <w:p w14:paraId="03640D67"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3062DD3E"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361" w:type="dxa"/>
            <w:tcMar>
              <w:left w:w="115" w:type="dxa"/>
              <w:right w:w="115" w:type="dxa"/>
            </w:tcMar>
          </w:tcPr>
          <w:p w14:paraId="5BCE6F89"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1999B6B6"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7D41B6" w14:paraId="25F078AC" w14:textId="77777777" w:rsidTr="0077232C">
        <w:trPr>
          <w:jc w:val="center"/>
        </w:trPr>
        <w:tc>
          <w:tcPr>
            <w:tcW w:w="702" w:type="dxa"/>
            <w:tcMar>
              <w:left w:w="115" w:type="dxa"/>
              <w:right w:w="115" w:type="dxa"/>
            </w:tcMar>
          </w:tcPr>
          <w:p w14:paraId="0F642CFF"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111EE9DD" w14:textId="2121604E"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eastAsia="vi-VN"/>
              </w:rPr>
              <w:t xml:space="preserve">Phát triển </w:t>
            </w:r>
            <w:r w:rsidR="00D542A5" w:rsidRPr="007D41B6">
              <w:rPr>
                <w:rFonts w:cs="Times New Roman"/>
                <w:color w:val="000000" w:themeColor="text1"/>
                <w:sz w:val="28"/>
                <w:szCs w:val="28"/>
                <w:lang w:eastAsia="vi-VN"/>
              </w:rPr>
              <w:t>nền tảng AI</w:t>
            </w:r>
            <w:r w:rsidRPr="007D41B6">
              <w:rPr>
                <w:rFonts w:cs="Times New Roman"/>
                <w:color w:val="000000" w:themeColor="text1"/>
                <w:sz w:val="28"/>
                <w:szCs w:val="28"/>
                <w:lang w:val="vi-VN" w:eastAsia="vi-VN"/>
              </w:rPr>
              <w:t xml:space="preserve"> hỗ trợ người nông dân, </w:t>
            </w:r>
            <w:r w:rsidRPr="007D41B6">
              <w:rPr>
                <w:rFonts w:cs="Times New Roman"/>
                <w:color w:val="000000" w:themeColor="text1"/>
                <w:sz w:val="28"/>
                <w:szCs w:val="28"/>
              </w:rPr>
              <w:t>hộ nông dân</w:t>
            </w:r>
            <w:r w:rsidRPr="007D41B6">
              <w:rPr>
                <w:rFonts w:cs="Times New Roman"/>
                <w:color w:val="000000" w:themeColor="text1"/>
                <w:sz w:val="28"/>
                <w:szCs w:val="28"/>
                <w:lang w:val="vi-VN"/>
              </w:rPr>
              <w:t xml:space="preserve"> </w:t>
            </w:r>
            <w:r w:rsidRPr="007D41B6">
              <w:rPr>
                <w:rFonts w:cs="Times New Roman"/>
                <w:color w:val="000000" w:themeColor="text1"/>
                <w:sz w:val="28"/>
                <w:szCs w:val="28"/>
              </w:rPr>
              <w:t>cung cấp thông tin cảnh báo và khuyến cáo sản xuất</w:t>
            </w:r>
            <w:r w:rsidR="0077232C">
              <w:rPr>
                <w:rFonts w:cs="Times New Roman"/>
                <w:color w:val="000000" w:themeColor="text1"/>
                <w:sz w:val="28"/>
                <w:szCs w:val="28"/>
                <w:lang w:val="vi-VN"/>
              </w:rPr>
              <w:t>.</w:t>
            </w:r>
          </w:p>
        </w:tc>
        <w:tc>
          <w:tcPr>
            <w:tcW w:w="1487" w:type="dxa"/>
            <w:tcMar>
              <w:left w:w="115" w:type="dxa"/>
              <w:right w:w="115" w:type="dxa"/>
            </w:tcMar>
          </w:tcPr>
          <w:p w14:paraId="69FE71BD" w14:textId="0F4EEB34"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Nông nghiệp và Môi trường</w:t>
            </w:r>
          </w:p>
        </w:tc>
        <w:tc>
          <w:tcPr>
            <w:tcW w:w="1671" w:type="dxa"/>
            <w:tcMar>
              <w:left w:w="115" w:type="dxa"/>
              <w:right w:w="115" w:type="dxa"/>
            </w:tcMar>
          </w:tcPr>
          <w:p w14:paraId="615E512D" w14:textId="61A1E8E8"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7A5D0C4D" w14:textId="1B70F3E9"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Báo cáo          thực hiện</w:t>
            </w:r>
          </w:p>
        </w:tc>
        <w:tc>
          <w:tcPr>
            <w:tcW w:w="2361" w:type="dxa"/>
            <w:tcMar>
              <w:left w:w="115" w:type="dxa"/>
              <w:right w:w="115" w:type="dxa"/>
            </w:tcMar>
          </w:tcPr>
          <w:p w14:paraId="5EADE7D2" w14:textId="11909785"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50A35B40" w14:textId="731172E6"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276931EC" w14:textId="77777777" w:rsidTr="0077232C">
        <w:trPr>
          <w:jc w:val="center"/>
        </w:trPr>
        <w:tc>
          <w:tcPr>
            <w:tcW w:w="702" w:type="dxa"/>
            <w:tcMar>
              <w:left w:w="115" w:type="dxa"/>
              <w:right w:w="115" w:type="dxa"/>
            </w:tcMar>
          </w:tcPr>
          <w:p w14:paraId="15C271E7"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5F9866EF" w14:textId="18784AC8"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Phát triển hệ thống y tế thông minh, toàn diện, bảo đảm mọi người dân đều được chăm sóc sức khỏe hiệu quả, kịp thời thông qua ứng dụng các công nghệ số, AI và dữ liệu lớn</w:t>
            </w:r>
            <w:r w:rsidR="0077232C">
              <w:rPr>
                <w:rFonts w:cs="Times New Roman"/>
                <w:color w:val="000000" w:themeColor="text1"/>
                <w:sz w:val="28"/>
                <w:szCs w:val="28"/>
                <w:lang w:val="vi-VN"/>
              </w:rPr>
              <w:t>.</w:t>
            </w:r>
          </w:p>
        </w:tc>
        <w:tc>
          <w:tcPr>
            <w:tcW w:w="1487" w:type="dxa"/>
            <w:tcMar>
              <w:left w:w="115" w:type="dxa"/>
              <w:right w:w="115" w:type="dxa"/>
            </w:tcMar>
          </w:tcPr>
          <w:p w14:paraId="74B1CB9E"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w:t>
            </w:r>
            <w:r w:rsidRPr="007D41B6">
              <w:rPr>
                <w:rFonts w:cs="Times New Roman"/>
                <w:color w:val="000000" w:themeColor="text1"/>
                <w:sz w:val="28"/>
                <w:szCs w:val="28"/>
                <w:lang w:val="vi-VN"/>
              </w:rPr>
              <w:t xml:space="preserve"> Y tế</w:t>
            </w:r>
          </w:p>
        </w:tc>
        <w:tc>
          <w:tcPr>
            <w:tcW w:w="1671" w:type="dxa"/>
            <w:tcMar>
              <w:left w:w="115" w:type="dxa"/>
              <w:right w:w="115" w:type="dxa"/>
            </w:tcMar>
          </w:tcPr>
          <w:p w14:paraId="63DD62B5"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2102" w:type="dxa"/>
            <w:tcMar>
              <w:left w:w="115" w:type="dxa"/>
              <w:right w:w="115" w:type="dxa"/>
            </w:tcMar>
          </w:tcPr>
          <w:p w14:paraId="3F20B2C3"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361" w:type="dxa"/>
            <w:tcMar>
              <w:left w:w="115" w:type="dxa"/>
              <w:right w:w="115" w:type="dxa"/>
            </w:tcMar>
          </w:tcPr>
          <w:p w14:paraId="6476CA17"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3C33B9BC"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7D41B6" w14:paraId="18ACD41F" w14:textId="77777777" w:rsidTr="0077232C">
        <w:trPr>
          <w:jc w:val="center"/>
        </w:trPr>
        <w:tc>
          <w:tcPr>
            <w:tcW w:w="702" w:type="dxa"/>
            <w:tcMar>
              <w:left w:w="115" w:type="dxa"/>
              <w:right w:w="115" w:type="dxa"/>
            </w:tcMar>
          </w:tcPr>
          <w:p w14:paraId="09ACEF4C"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4A64F1CD" w14:textId="59D9A835"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Làm chủ AI trong </w:t>
            </w:r>
            <w:r w:rsidRPr="007D41B6">
              <w:rPr>
                <w:rFonts w:cs="Times New Roman"/>
                <w:color w:val="000000" w:themeColor="text1"/>
                <w:sz w:val="28"/>
                <w:szCs w:val="28"/>
              </w:rPr>
              <w:t xml:space="preserve">công nghệ gen và </w:t>
            </w:r>
            <w:r w:rsidRPr="007D41B6">
              <w:rPr>
                <w:rFonts w:cs="Times New Roman"/>
                <w:color w:val="000000" w:themeColor="text1"/>
                <w:sz w:val="28"/>
                <w:szCs w:val="28"/>
                <w:lang w:val="vi-VN"/>
              </w:rPr>
              <w:t>y học chính xác, nâng cao chất lượng chăm sóc sức khỏe người dân; đẩy mạnh hợp tác quốc tế về nghiên cứu, phát triển công nghệ AI để thiết kế thuốc và phác đồ điều trị một số bệnh phổ biến, bảo đảm tiếp cận các thành tựu y học hiện đại</w:t>
            </w:r>
            <w:r w:rsidR="0077232C">
              <w:rPr>
                <w:rFonts w:cs="Times New Roman"/>
                <w:color w:val="000000" w:themeColor="text1"/>
                <w:sz w:val="28"/>
                <w:szCs w:val="28"/>
                <w:lang w:val="vi-VN"/>
              </w:rPr>
              <w:t>.</w:t>
            </w:r>
          </w:p>
        </w:tc>
        <w:tc>
          <w:tcPr>
            <w:tcW w:w="1487" w:type="dxa"/>
            <w:tcMar>
              <w:left w:w="115" w:type="dxa"/>
              <w:right w:w="115" w:type="dxa"/>
            </w:tcMar>
          </w:tcPr>
          <w:p w14:paraId="1D9D3259"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w:t>
            </w:r>
            <w:r w:rsidRPr="007D41B6">
              <w:rPr>
                <w:rFonts w:cs="Times New Roman"/>
                <w:color w:val="000000" w:themeColor="text1"/>
                <w:sz w:val="28"/>
                <w:szCs w:val="28"/>
                <w:lang w:val="vi-VN"/>
              </w:rPr>
              <w:t xml:space="preserve"> Y tế</w:t>
            </w:r>
          </w:p>
        </w:tc>
        <w:tc>
          <w:tcPr>
            <w:tcW w:w="1671" w:type="dxa"/>
            <w:tcMar>
              <w:left w:w="115" w:type="dxa"/>
              <w:right w:w="115" w:type="dxa"/>
            </w:tcMar>
          </w:tcPr>
          <w:p w14:paraId="32A130E3"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2102" w:type="dxa"/>
            <w:tcMar>
              <w:left w:w="115" w:type="dxa"/>
              <w:right w:w="115" w:type="dxa"/>
            </w:tcMar>
          </w:tcPr>
          <w:p w14:paraId="6CDD42EA"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361" w:type="dxa"/>
            <w:tcMar>
              <w:left w:w="115" w:type="dxa"/>
              <w:right w:w="115" w:type="dxa"/>
            </w:tcMar>
          </w:tcPr>
          <w:p w14:paraId="7F5CEBA9"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2AC9BEE3"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7D41B6" w14:paraId="733B8226" w14:textId="77777777" w:rsidTr="0077232C">
        <w:trPr>
          <w:jc w:val="center"/>
        </w:trPr>
        <w:tc>
          <w:tcPr>
            <w:tcW w:w="702" w:type="dxa"/>
            <w:tcMar>
              <w:left w:w="115" w:type="dxa"/>
              <w:right w:w="115" w:type="dxa"/>
            </w:tcMar>
          </w:tcPr>
          <w:p w14:paraId="0F214F64"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0BEF6C2C" w14:textId="0E16D305" w:rsidR="00B46CA4" w:rsidRPr="0077232C" w:rsidRDefault="00D542A5"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Nền tảng</w:t>
            </w:r>
            <w:r w:rsidR="00B46CA4" w:rsidRPr="007D41B6">
              <w:rPr>
                <w:rFonts w:cs="Times New Roman"/>
                <w:color w:val="000000" w:themeColor="text1"/>
                <w:sz w:val="28"/>
                <w:szCs w:val="28"/>
              </w:rPr>
              <w:t xml:space="preserve"> AI trong theo dõi sức khỏe người dân</w:t>
            </w:r>
            <w:r w:rsidR="0077232C">
              <w:rPr>
                <w:rFonts w:cs="Times New Roman"/>
                <w:color w:val="000000" w:themeColor="text1"/>
                <w:sz w:val="28"/>
                <w:szCs w:val="28"/>
                <w:lang w:val="vi-VN"/>
              </w:rPr>
              <w:t>.</w:t>
            </w:r>
          </w:p>
        </w:tc>
        <w:tc>
          <w:tcPr>
            <w:tcW w:w="1487" w:type="dxa"/>
            <w:tcMar>
              <w:left w:w="115" w:type="dxa"/>
              <w:right w:w="115" w:type="dxa"/>
            </w:tcMar>
          </w:tcPr>
          <w:p w14:paraId="7B159A57"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Y tế</w:t>
            </w:r>
          </w:p>
        </w:tc>
        <w:tc>
          <w:tcPr>
            <w:tcW w:w="1671" w:type="dxa"/>
            <w:tcMar>
              <w:left w:w="115" w:type="dxa"/>
              <w:right w:w="115" w:type="dxa"/>
            </w:tcMar>
          </w:tcPr>
          <w:p w14:paraId="06CEEAF4"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4B18431E"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Báo cáo        thực hiện</w:t>
            </w:r>
          </w:p>
        </w:tc>
        <w:tc>
          <w:tcPr>
            <w:tcW w:w="2361" w:type="dxa"/>
            <w:tcMar>
              <w:left w:w="115" w:type="dxa"/>
              <w:right w:w="115" w:type="dxa"/>
            </w:tcMar>
          </w:tcPr>
          <w:p w14:paraId="7CD3C3BD"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630934CD"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6D6980F1" w14:textId="77777777" w:rsidTr="0077232C">
        <w:trPr>
          <w:jc w:val="center"/>
        </w:trPr>
        <w:tc>
          <w:tcPr>
            <w:tcW w:w="702" w:type="dxa"/>
            <w:tcMar>
              <w:left w:w="115" w:type="dxa"/>
              <w:right w:w="115" w:type="dxa"/>
            </w:tcMar>
          </w:tcPr>
          <w:p w14:paraId="4CFCD84D"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1B02DC6A" w14:textId="1CAA3186" w:rsidR="00B46CA4" w:rsidRPr="007D41B6" w:rsidRDefault="00D542A5"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Nền tảng</w:t>
            </w:r>
            <w:r w:rsidR="00B46CA4" w:rsidRPr="007D41B6">
              <w:rPr>
                <w:rFonts w:cs="Times New Roman"/>
                <w:color w:val="000000" w:themeColor="text1"/>
                <w:sz w:val="28"/>
                <w:szCs w:val="28"/>
                <w:lang w:val="vi-VN"/>
              </w:rPr>
              <w:t xml:space="preserve"> AI trong quá trình khám, chữa bệnh, cá nhân hóa điều trị</w:t>
            </w:r>
            <w:r w:rsidR="0077232C">
              <w:rPr>
                <w:rFonts w:cs="Times New Roman"/>
                <w:color w:val="000000" w:themeColor="text1"/>
                <w:sz w:val="28"/>
                <w:szCs w:val="28"/>
                <w:lang w:val="vi-VN"/>
              </w:rPr>
              <w:t>.</w:t>
            </w:r>
          </w:p>
        </w:tc>
        <w:tc>
          <w:tcPr>
            <w:tcW w:w="1487" w:type="dxa"/>
            <w:tcMar>
              <w:left w:w="115" w:type="dxa"/>
              <w:right w:w="115" w:type="dxa"/>
            </w:tcMar>
          </w:tcPr>
          <w:p w14:paraId="57CE8B33"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Y tế</w:t>
            </w:r>
          </w:p>
        </w:tc>
        <w:tc>
          <w:tcPr>
            <w:tcW w:w="1671" w:type="dxa"/>
            <w:tcMar>
              <w:left w:w="115" w:type="dxa"/>
              <w:right w:w="115" w:type="dxa"/>
            </w:tcMar>
          </w:tcPr>
          <w:p w14:paraId="29BF0250"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1FC88849" w14:textId="25E71966"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77232C">
              <w:rPr>
                <w:rFonts w:cs="Times New Roman"/>
                <w:color w:val="000000" w:themeColor="text1"/>
                <w:sz w:val="28"/>
                <w:szCs w:val="28"/>
                <w:lang w:val="vi-VN"/>
              </w:rPr>
              <w:t>.</w:t>
            </w:r>
          </w:p>
        </w:tc>
        <w:tc>
          <w:tcPr>
            <w:tcW w:w="2361" w:type="dxa"/>
            <w:tcMar>
              <w:left w:w="115" w:type="dxa"/>
              <w:right w:w="115" w:type="dxa"/>
            </w:tcMar>
          </w:tcPr>
          <w:p w14:paraId="6B212E76"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73004BD1"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7B1E6AEC" w14:textId="77777777" w:rsidTr="0077232C">
        <w:trPr>
          <w:jc w:val="center"/>
        </w:trPr>
        <w:tc>
          <w:tcPr>
            <w:tcW w:w="702" w:type="dxa"/>
            <w:tcMar>
              <w:left w:w="115" w:type="dxa"/>
              <w:right w:w="115" w:type="dxa"/>
            </w:tcMar>
          </w:tcPr>
          <w:p w14:paraId="03848CAC"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0F15645A" w14:textId="483A98D4"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pacing w:val="-2"/>
                <w:sz w:val="28"/>
                <w:szCs w:val="28"/>
                <w:lang w:val="vi-VN"/>
              </w:rPr>
              <w:t>Xây dựng kho học liệu mở, đa phương tiện, phát triển hệ thống học tập mọi lúc, mọi nơi, hỗ trợ cá nhân hóa việc học dựa trên công nghệ AI</w:t>
            </w:r>
            <w:r w:rsidR="0077232C">
              <w:rPr>
                <w:rFonts w:cs="Times New Roman"/>
                <w:color w:val="000000" w:themeColor="text1"/>
                <w:spacing w:val="-2"/>
                <w:sz w:val="28"/>
                <w:szCs w:val="28"/>
                <w:lang w:val="vi-VN"/>
              </w:rPr>
              <w:t>.</w:t>
            </w:r>
          </w:p>
        </w:tc>
        <w:tc>
          <w:tcPr>
            <w:tcW w:w="1487" w:type="dxa"/>
            <w:tcMar>
              <w:left w:w="115" w:type="dxa"/>
              <w:right w:w="115" w:type="dxa"/>
            </w:tcMar>
          </w:tcPr>
          <w:p w14:paraId="42B77735"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Giáo dục và Đào tạo</w:t>
            </w:r>
          </w:p>
        </w:tc>
        <w:tc>
          <w:tcPr>
            <w:tcW w:w="1671" w:type="dxa"/>
            <w:tcMar>
              <w:left w:w="115" w:type="dxa"/>
              <w:right w:w="115" w:type="dxa"/>
            </w:tcMar>
          </w:tcPr>
          <w:p w14:paraId="13651408"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27BE4056"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361" w:type="dxa"/>
            <w:tcMar>
              <w:left w:w="115" w:type="dxa"/>
              <w:right w:w="115" w:type="dxa"/>
            </w:tcMar>
          </w:tcPr>
          <w:p w14:paraId="48B6FD61"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2F235FC9"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7D41B6" w14:paraId="46316BA0" w14:textId="77777777" w:rsidTr="0077232C">
        <w:trPr>
          <w:jc w:val="center"/>
        </w:trPr>
        <w:tc>
          <w:tcPr>
            <w:tcW w:w="702" w:type="dxa"/>
            <w:tcMar>
              <w:left w:w="115" w:type="dxa"/>
              <w:right w:w="115" w:type="dxa"/>
            </w:tcMar>
          </w:tcPr>
          <w:p w14:paraId="58F8D5D2"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5D2FBD51" w14:textId="0B05CADF" w:rsidR="00B46CA4" w:rsidRPr="0077232C" w:rsidRDefault="00D542A5" w:rsidP="00A973EC">
            <w:pPr>
              <w:spacing w:before="120" w:after="120" w:line="264" w:lineRule="auto"/>
              <w:jc w:val="both"/>
              <w:rPr>
                <w:rFonts w:cs="Times New Roman"/>
                <w:color w:val="000000" w:themeColor="text1"/>
                <w:spacing w:val="-2"/>
                <w:sz w:val="28"/>
                <w:szCs w:val="28"/>
                <w:lang w:val="vi-VN"/>
              </w:rPr>
            </w:pPr>
            <w:r w:rsidRPr="007D41B6">
              <w:rPr>
                <w:rFonts w:cs="Times New Roman"/>
                <w:color w:val="000000" w:themeColor="text1"/>
                <w:sz w:val="28"/>
                <w:szCs w:val="28"/>
              </w:rPr>
              <w:t>Nền tảng</w:t>
            </w:r>
            <w:r w:rsidR="00B46CA4" w:rsidRPr="007D41B6">
              <w:rPr>
                <w:rFonts w:cs="Times New Roman"/>
                <w:color w:val="000000" w:themeColor="text1"/>
                <w:sz w:val="28"/>
                <w:szCs w:val="28"/>
              </w:rPr>
              <w:t xml:space="preserve"> AI trong quản lý, giảng dạy, cá nhân hóa đào tạo</w:t>
            </w:r>
            <w:r w:rsidR="0077232C">
              <w:rPr>
                <w:rFonts w:cs="Times New Roman"/>
                <w:color w:val="000000" w:themeColor="text1"/>
                <w:sz w:val="28"/>
                <w:szCs w:val="28"/>
                <w:lang w:val="vi-VN"/>
              </w:rPr>
              <w:t>.</w:t>
            </w:r>
          </w:p>
        </w:tc>
        <w:tc>
          <w:tcPr>
            <w:tcW w:w="1487" w:type="dxa"/>
            <w:tcMar>
              <w:left w:w="115" w:type="dxa"/>
              <w:right w:w="115" w:type="dxa"/>
            </w:tcMar>
          </w:tcPr>
          <w:p w14:paraId="0B7EB913"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1671" w:type="dxa"/>
            <w:tcMar>
              <w:left w:w="115" w:type="dxa"/>
              <w:right w:w="115" w:type="dxa"/>
            </w:tcMar>
          </w:tcPr>
          <w:p w14:paraId="178ECFEB"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5CCB1ED2" w14:textId="67F46582"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77232C">
              <w:rPr>
                <w:rFonts w:cs="Times New Roman"/>
                <w:color w:val="000000" w:themeColor="text1"/>
                <w:sz w:val="28"/>
                <w:szCs w:val="28"/>
                <w:lang w:val="vi-VN"/>
              </w:rPr>
              <w:t>.</w:t>
            </w:r>
          </w:p>
        </w:tc>
        <w:tc>
          <w:tcPr>
            <w:tcW w:w="2361" w:type="dxa"/>
            <w:tcMar>
              <w:left w:w="115" w:type="dxa"/>
              <w:right w:w="115" w:type="dxa"/>
            </w:tcMar>
          </w:tcPr>
          <w:p w14:paraId="776A3DD2"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41D291D5"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31721E57" w14:textId="77777777" w:rsidTr="0077232C">
        <w:trPr>
          <w:jc w:val="center"/>
        </w:trPr>
        <w:tc>
          <w:tcPr>
            <w:tcW w:w="702" w:type="dxa"/>
            <w:tcMar>
              <w:left w:w="115" w:type="dxa"/>
              <w:right w:w="115" w:type="dxa"/>
            </w:tcMar>
          </w:tcPr>
          <w:p w14:paraId="70FAAB65"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5B8E2C76" w14:textId="784475EB" w:rsidR="00B46CA4" w:rsidRPr="007D41B6" w:rsidRDefault="00B46CA4" w:rsidP="00A973EC">
            <w:pPr>
              <w:spacing w:before="120" w:after="120" w:line="264" w:lineRule="auto"/>
              <w:jc w:val="both"/>
              <w:rPr>
                <w:rFonts w:cs="Times New Roman"/>
                <w:color w:val="000000" w:themeColor="text1"/>
                <w:spacing w:val="-2"/>
                <w:sz w:val="28"/>
                <w:szCs w:val="28"/>
                <w:lang w:val="vi-VN"/>
              </w:rPr>
            </w:pPr>
            <w:r w:rsidRPr="007D41B6">
              <w:rPr>
                <w:rFonts w:cs="Times New Roman"/>
                <w:color w:val="000000" w:themeColor="text1"/>
                <w:sz w:val="28"/>
                <w:szCs w:val="28"/>
                <w:lang w:val="vi-VN" w:eastAsia="vi-VN"/>
              </w:rPr>
              <w:t xml:space="preserve">Phát triển </w:t>
            </w:r>
            <w:r w:rsidR="00D542A5" w:rsidRPr="007D41B6">
              <w:rPr>
                <w:rFonts w:cs="Times New Roman"/>
                <w:color w:val="000000" w:themeColor="text1"/>
                <w:sz w:val="28"/>
                <w:szCs w:val="28"/>
                <w:lang w:eastAsia="vi-VN"/>
              </w:rPr>
              <w:t>nền tảng</w:t>
            </w:r>
            <w:r w:rsidRPr="007D41B6">
              <w:rPr>
                <w:rFonts w:cs="Times New Roman"/>
                <w:color w:val="000000" w:themeColor="text1"/>
                <w:sz w:val="28"/>
                <w:szCs w:val="28"/>
                <w:lang w:val="vi-VN" w:eastAsia="vi-VN"/>
              </w:rPr>
              <w:t xml:space="preserve"> gia sư ảo dành cho học sinh, trợ lý giảng dạy dành cho giáo viên</w:t>
            </w:r>
            <w:r w:rsidR="0077232C">
              <w:rPr>
                <w:rFonts w:cs="Times New Roman"/>
                <w:color w:val="000000" w:themeColor="text1"/>
                <w:sz w:val="28"/>
                <w:szCs w:val="28"/>
                <w:lang w:val="vi-VN" w:eastAsia="vi-VN"/>
              </w:rPr>
              <w:t>.</w:t>
            </w:r>
          </w:p>
        </w:tc>
        <w:tc>
          <w:tcPr>
            <w:tcW w:w="1487" w:type="dxa"/>
            <w:tcMar>
              <w:left w:w="115" w:type="dxa"/>
              <w:right w:w="115" w:type="dxa"/>
            </w:tcMar>
          </w:tcPr>
          <w:p w14:paraId="784CA4EC"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Giáo dục và Đào tạo</w:t>
            </w:r>
          </w:p>
        </w:tc>
        <w:tc>
          <w:tcPr>
            <w:tcW w:w="1671" w:type="dxa"/>
            <w:tcMar>
              <w:left w:w="115" w:type="dxa"/>
              <w:right w:w="115" w:type="dxa"/>
            </w:tcMar>
          </w:tcPr>
          <w:p w14:paraId="2F5FEDD1"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0E333CFA" w14:textId="756CBF50"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77232C">
              <w:rPr>
                <w:rFonts w:cs="Times New Roman"/>
                <w:color w:val="000000" w:themeColor="text1"/>
                <w:sz w:val="28"/>
                <w:szCs w:val="28"/>
                <w:lang w:val="vi-VN"/>
              </w:rPr>
              <w:t>.</w:t>
            </w:r>
          </w:p>
        </w:tc>
        <w:tc>
          <w:tcPr>
            <w:tcW w:w="2361" w:type="dxa"/>
            <w:tcMar>
              <w:left w:w="115" w:type="dxa"/>
              <w:right w:w="115" w:type="dxa"/>
            </w:tcMar>
          </w:tcPr>
          <w:p w14:paraId="5EB6F253"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2B7B3A23"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47D94CF7" w14:textId="77777777" w:rsidTr="0077232C">
        <w:trPr>
          <w:jc w:val="center"/>
        </w:trPr>
        <w:tc>
          <w:tcPr>
            <w:tcW w:w="702" w:type="dxa"/>
            <w:tcMar>
              <w:left w:w="115" w:type="dxa"/>
              <w:right w:w="115" w:type="dxa"/>
            </w:tcMar>
          </w:tcPr>
          <w:p w14:paraId="0202D058"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40FF6030" w14:textId="2DC62A7C"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 xml:space="preserve">Thúc đẩy doanh nghiệp </w:t>
            </w:r>
            <w:r w:rsidR="002F3EF6">
              <w:rPr>
                <w:rFonts w:cs="Times New Roman"/>
                <w:color w:val="000000" w:themeColor="text1"/>
                <w:sz w:val="28"/>
                <w:szCs w:val="28"/>
              </w:rPr>
              <w:t>tích hợp</w:t>
            </w:r>
            <w:r w:rsidRPr="007D41B6">
              <w:rPr>
                <w:rFonts w:cs="Times New Roman"/>
                <w:color w:val="000000" w:themeColor="text1"/>
                <w:sz w:val="28"/>
                <w:szCs w:val="28"/>
                <w:lang w:val="vi-VN"/>
              </w:rPr>
              <w:t xml:space="preserve"> AI vào hoạt động sản xuất, kinh doanh để nâng cao năng suất lao động</w:t>
            </w:r>
            <w:r w:rsidR="0077232C">
              <w:rPr>
                <w:rFonts w:cs="Times New Roman"/>
                <w:color w:val="000000" w:themeColor="text1"/>
                <w:sz w:val="28"/>
                <w:szCs w:val="28"/>
                <w:lang w:val="vi-VN"/>
              </w:rPr>
              <w:t>.</w:t>
            </w:r>
          </w:p>
        </w:tc>
        <w:tc>
          <w:tcPr>
            <w:tcW w:w="1487" w:type="dxa"/>
            <w:tcMar>
              <w:left w:w="115" w:type="dxa"/>
              <w:right w:w="115" w:type="dxa"/>
            </w:tcMar>
          </w:tcPr>
          <w:p w14:paraId="2019EF54"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pacing w:val="-4"/>
                <w:sz w:val="28"/>
                <w:szCs w:val="28"/>
              </w:rPr>
              <w:t>Bộ Công Thương</w:t>
            </w:r>
          </w:p>
        </w:tc>
        <w:tc>
          <w:tcPr>
            <w:tcW w:w="1671" w:type="dxa"/>
            <w:tcMar>
              <w:left w:w="115" w:type="dxa"/>
              <w:right w:w="115" w:type="dxa"/>
            </w:tcMar>
          </w:tcPr>
          <w:p w14:paraId="1DFF247D"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2102" w:type="dxa"/>
            <w:tcMar>
              <w:left w:w="115" w:type="dxa"/>
              <w:right w:w="115" w:type="dxa"/>
            </w:tcMar>
          </w:tcPr>
          <w:p w14:paraId="60278103" w14:textId="26589504"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77232C">
              <w:rPr>
                <w:rFonts w:cs="Times New Roman"/>
                <w:color w:val="000000" w:themeColor="text1"/>
                <w:sz w:val="28"/>
                <w:szCs w:val="28"/>
                <w:lang w:val="vi-VN"/>
              </w:rPr>
              <w:t>.</w:t>
            </w:r>
          </w:p>
        </w:tc>
        <w:tc>
          <w:tcPr>
            <w:tcW w:w="2361" w:type="dxa"/>
            <w:tcMar>
              <w:left w:w="115" w:type="dxa"/>
              <w:right w:w="115" w:type="dxa"/>
            </w:tcMar>
          </w:tcPr>
          <w:p w14:paraId="668D335E" w14:textId="77777777" w:rsidR="00B46CA4" w:rsidRPr="0098690D" w:rsidRDefault="00B46CA4" w:rsidP="00A973EC">
            <w:pPr>
              <w:spacing w:before="120" w:after="120" w:line="264" w:lineRule="auto"/>
              <w:jc w:val="both"/>
              <w:rPr>
                <w:rFonts w:cs="Times New Roman"/>
                <w:color w:val="000000" w:themeColor="text1"/>
                <w:sz w:val="28"/>
                <w:szCs w:val="28"/>
                <w:lang w:val="vi-VN"/>
              </w:rPr>
            </w:pPr>
            <w:r w:rsidRPr="0098690D">
              <w:rPr>
                <w:rFonts w:cs="Times New Roman"/>
                <w:color w:val="000000" w:themeColor="text1"/>
                <w:sz w:val="28"/>
                <w:szCs w:val="28"/>
                <w:lang w:val="vi-VN"/>
              </w:rPr>
              <w:t>Tối thiểu 70% doanh nghiệp lớn, 50% doanh nghiệp vừa, 40% doanh nghiệp nhỏ và siêu nhỏ có chuyển đổi bằng AI ở mức phù hợp trong quản trị, sản xuất, kinh doanh hoặc cung cấp dịch vụ.</w:t>
            </w:r>
          </w:p>
        </w:tc>
        <w:tc>
          <w:tcPr>
            <w:tcW w:w="2036" w:type="dxa"/>
            <w:tcMar>
              <w:left w:w="115" w:type="dxa"/>
              <w:right w:w="115" w:type="dxa"/>
            </w:tcMar>
          </w:tcPr>
          <w:p w14:paraId="51F890D6" w14:textId="5E61CB28" w:rsidR="00B46CA4" w:rsidRPr="007D41B6" w:rsidRDefault="002F672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 xuyên</w:t>
            </w:r>
          </w:p>
        </w:tc>
      </w:tr>
      <w:tr w:rsidR="00B46CA4" w:rsidRPr="007D41B6" w14:paraId="0CF35082" w14:textId="77777777" w:rsidTr="0077232C">
        <w:trPr>
          <w:jc w:val="center"/>
        </w:trPr>
        <w:tc>
          <w:tcPr>
            <w:tcW w:w="702" w:type="dxa"/>
            <w:tcMar>
              <w:left w:w="115" w:type="dxa"/>
              <w:right w:w="115" w:type="dxa"/>
            </w:tcMar>
          </w:tcPr>
          <w:p w14:paraId="766A76CB"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6D5C4C7E" w14:textId="40806246"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eastAsia="vi-VN"/>
              </w:rPr>
              <w:t>Phát triển, lựa chọn</w:t>
            </w:r>
            <w:r w:rsidR="00492F99">
              <w:rPr>
                <w:rFonts w:cs="Times New Roman"/>
                <w:color w:val="000000" w:themeColor="text1"/>
                <w:sz w:val="28"/>
                <w:szCs w:val="28"/>
                <w:lang w:eastAsia="vi-VN"/>
              </w:rPr>
              <w:t xml:space="preserve"> và triển khai</w:t>
            </w:r>
            <w:r w:rsidRPr="007D41B6">
              <w:rPr>
                <w:rFonts w:cs="Times New Roman"/>
                <w:color w:val="000000" w:themeColor="text1"/>
                <w:sz w:val="28"/>
                <w:szCs w:val="28"/>
                <w:lang w:val="vi-VN" w:eastAsia="vi-VN"/>
              </w:rPr>
              <w:t xml:space="preserve"> </w:t>
            </w:r>
            <w:r w:rsidR="00D542A5" w:rsidRPr="007D41B6">
              <w:rPr>
                <w:rFonts w:cs="Times New Roman"/>
                <w:color w:val="000000" w:themeColor="text1"/>
                <w:sz w:val="28"/>
                <w:szCs w:val="28"/>
                <w:lang w:eastAsia="vi-VN"/>
              </w:rPr>
              <w:t>nền tảng</w:t>
            </w:r>
            <w:r w:rsidRPr="007D41B6">
              <w:rPr>
                <w:rFonts w:cs="Times New Roman"/>
                <w:color w:val="000000" w:themeColor="text1"/>
                <w:sz w:val="28"/>
                <w:szCs w:val="28"/>
                <w:lang w:val="vi-VN" w:eastAsia="vi-VN"/>
              </w:rPr>
              <w:t xml:space="preserve"> AI trong lĩnh vực cạnh tranh và bảo vệ quyền lợi người tiêu dùng, đặc biệt là giám sát thị trường và hành vi vi phạm Luật Cạnh tranh, phân tích dữ liệu phục vụ công tác bảo vệ quyền lợi người tiêu dùng, giải quyết khiếu nại người tiêu dùng, trợ </w:t>
            </w:r>
            <w:r w:rsidRPr="007D41B6">
              <w:rPr>
                <w:rFonts w:cs="Times New Roman"/>
                <w:color w:val="000000" w:themeColor="text1"/>
                <w:sz w:val="28"/>
                <w:szCs w:val="28"/>
                <w:lang w:val="vi-VN" w:eastAsia="vi-VN"/>
              </w:rPr>
              <w:lastRenderedPageBreak/>
              <w:t>lý ảo cung cấp thông tin pháp lý cho người tiêu dùng</w:t>
            </w:r>
          </w:p>
        </w:tc>
        <w:tc>
          <w:tcPr>
            <w:tcW w:w="1487" w:type="dxa"/>
            <w:tcMar>
              <w:left w:w="115" w:type="dxa"/>
              <w:right w:w="115" w:type="dxa"/>
            </w:tcMar>
          </w:tcPr>
          <w:p w14:paraId="08EF7CA1"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pacing w:val="-4"/>
                <w:sz w:val="28"/>
                <w:szCs w:val="28"/>
              </w:rPr>
              <w:lastRenderedPageBreak/>
              <w:t>Bộ Công Thương</w:t>
            </w:r>
          </w:p>
        </w:tc>
        <w:tc>
          <w:tcPr>
            <w:tcW w:w="1671" w:type="dxa"/>
            <w:tcMar>
              <w:left w:w="115" w:type="dxa"/>
              <w:right w:w="115" w:type="dxa"/>
            </w:tcMar>
          </w:tcPr>
          <w:p w14:paraId="668CF3E5"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2102" w:type="dxa"/>
            <w:tcMar>
              <w:left w:w="115" w:type="dxa"/>
              <w:right w:w="115" w:type="dxa"/>
            </w:tcMar>
          </w:tcPr>
          <w:p w14:paraId="48757600" w14:textId="2F59763F" w:rsidR="00B46CA4" w:rsidRPr="0077232C"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77232C">
              <w:rPr>
                <w:rFonts w:cs="Times New Roman"/>
                <w:color w:val="000000" w:themeColor="text1"/>
                <w:sz w:val="28"/>
                <w:szCs w:val="28"/>
                <w:lang w:val="vi-VN"/>
              </w:rPr>
              <w:t>.</w:t>
            </w:r>
          </w:p>
        </w:tc>
        <w:tc>
          <w:tcPr>
            <w:tcW w:w="2361" w:type="dxa"/>
            <w:tcMar>
              <w:left w:w="115" w:type="dxa"/>
              <w:right w:w="115" w:type="dxa"/>
            </w:tcMar>
          </w:tcPr>
          <w:p w14:paraId="5D3CC7B9" w14:textId="77777777" w:rsidR="00B46CA4" w:rsidRPr="0098690D" w:rsidRDefault="00B46CA4" w:rsidP="00A973EC">
            <w:pPr>
              <w:spacing w:before="120" w:after="120" w:line="264" w:lineRule="auto"/>
              <w:jc w:val="both"/>
              <w:rPr>
                <w:rFonts w:cs="Times New Roman"/>
                <w:color w:val="000000" w:themeColor="text1"/>
                <w:sz w:val="28"/>
                <w:szCs w:val="28"/>
                <w:lang w:val="vi-VN"/>
              </w:rPr>
            </w:pPr>
            <w:r w:rsidRPr="0098690D">
              <w:rPr>
                <w:rFonts w:cs="Times New Roman"/>
                <w:color w:val="000000" w:themeColor="text1"/>
                <w:sz w:val="28"/>
                <w:szCs w:val="28"/>
                <w:lang w:val="vi-VN"/>
              </w:rPr>
              <w:t>Tối thiểu 01 giải pháp AI phục vụ cạnh tranh, bảo vệ quyền lợi người tiêu dùng, giám sát thị trường hoặc hỗ trợ pháp lý cho người tiêu dùng được phát triển, triển khai.</w:t>
            </w:r>
          </w:p>
        </w:tc>
        <w:tc>
          <w:tcPr>
            <w:tcW w:w="2036" w:type="dxa"/>
            <w:tcMar>
              <w:left w:w="115" w:type="dxa"/>
              <w:right w:w="115" w:type="dxa"/>
            </w:tcMar>
          </w:tcPr>
          <w:p w14:paraId="7FC6E95B"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5749293F" w14:textId="77777777" w:rsidTr="0077232C">
        <w:trPr>
          <w:jc w:val="center"/>
        </w:trPr>
        <w:tc>
          <w:tcPr>
            <w:tcW w:w="702" w:type="dxa"/>
            <w:tcMar>
              <w:left w:w="115" w:type="dxa"/>
              <w:right w:w="115" w:type="dxa"/>
            </w:tcMar>
          </w:tcPr>
          <w:p w14:paraId="6D6435DC"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38732053" w14:textId="09EAC71B"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eastAsia="vi-VN"/>
              </w:rPr>
              <w:t xml:space="preserve">Phát triển </w:t>
            </w:r>
            <w:r w:rsidR="00D542A5" w:rsidRPr="007D41B6">
              <w:rPr>
                <w:rFonts w:cs="Times New Roman"/>
                <w:color w:val="000000" w:themeColor="text1"/>
                <w:sz w:val="28"/>
                <w:szCs w:val="28"/>
                <w:lang w:eastAsia="vi-VN"/>
              </w:rPr>
              <w:t>nền tảng AI</w:t>
            </w:r>
            <w:r w:rsidRPr="007D41B6">
              <w:rPr>
                <w:rFonts w:cs="Times New Roman"/>
                <w:color w:val="000000" w:themeColor="text1"/>
                <w:sz w:val="28"/>
                <w:szCs w:val="28"/>
                <w:lang w:val="vi-VN" w:eastAsia="vi-VN"/>
              </w:rPr>
              <w:t xml:space="preserve"> hỗ trợ người dân về lĩnh vực </w:t>
            </w:r>
            <w:r w:rsidRPr="007D41B6">
              <w:rPr>
                <w:rFonts w:cs="Times New Roman"/>
                <w:color w:val="000000" w:themeColor="text1"/>
                <w:sz w:val="28"/>
                <w:szCs w:val="28"/>
                <w:lang w:val="vi-VN"/>
              </w:rPr>
              <w:t>văn hóa</w:t>
            </w:r>
            <w:r w:rsidRPr="007D41B6">
              <w:rPr>
                <w:rFonts w:cs="Times New Roman"/>
                <w:color w:val="000000" w:themeColor="text1"/>
                <w:sz w:val="28"/>
                <w:szCs w:val="28"/>
                <w:lang w:val="vi-VN" w:eastAsia="vi-VN"/>
              </w:rPr>
              <w:t>, thể thao, du lịch, báo chí và truyền thông; phát triển nền tảng giao dịch theo ủy quyền về văn hóa, thể thao, du lịch</w:t>
            </w:r>
            <w:r w:rsidR="00E76E34">
              <w:rPr>
                <w:rFonts w:cs="Times New Roman"/>
                <w:color w:val="000000" w:themeColor="text1"/>
                <w:sz w:val="28"/>
                <w:szCs w:val="28"/>
                <w:lang w:val="vi-VN" w:eastAsia="vi-VN"/>
              </w:rPr>
              <w:t>.</w:t>
            </w:r>
          </w:p>
        </w:tc>
        <w:tc>
          <w:tcPr>
            <w:tcW w:w="1487" w:type="dxa"/>
            <w:tcMar>
              <w:left w:w="115" w:type="dxa"/>
              <w:right w:w="115" w:type="dxa"/>
            </w:tcMar>
          </w:tcPr>
          <w:p w14:paraId="33ABDD1B"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Văn hóa, Thể thao và Du lịch</w:t>
            </w:r>
          </w:p>
        </w:tc>
        <w:tc>
          <w:tcPr>
            <w:tcW w:w="1671" w:type="dxa"/>
            <w:tcMar>
              <w:left w:w="115" w:type="dxa"/>
              <w:right w:w="115" w:type="dxa"/>
            </w:tcMar>
          </w:tcPr>
          <w:p w14:paraId="634E1D30"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46C2A61C" w14:textId="0377E7D1" w:rsidR="00B46CA4" w:rsidRPr="00E76E34"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E76E34">
              <w:rPr>
                <w:rFonts w:cs="Times New Roman"/>
                <w:color w:val="000000" w:themeColor="text1"/>
                <w:sz w:val="28"/>
                <w:szCs w:val="28"/>
                <w:lang w:val="vi-VN"/>
              </w:rPr>
              <w:t>.</w:t>
            </w:r>
          </w:p>
        </w:tc>
        <w:tc>
          <w:tcPr>
            <w:tcW w:w="2361" w:type="dxa"/>
            <w:tcMar>
              <w:left w:w="115" w:type="dxa"/>
              <w:right w:w="115" w:type="dxa"/>
            </w:tcMar>
          </w:tcPr>
          <w:p w14:paraId="346B5AB0"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1582D59A"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005C1A92" w14:textId="77777777" w:rsidTr="0077232C">
        <w:trPr>
          <w:jc w:val="center"/>
        </w:trPr>
        <w:tc>
          <w:tcPr>
            <w:tcW w:w="702" w:type="dxa"/>
            <w:tcMar>
              <w:left w:w="115" w:type="dxa"/>
              <w:right w:w="115" w:type="dxa"/>
            </w:tcMar>
          </w:tcPr>
          <w:p w14:paraId="0B0A4962"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24ADDC9E" w14:textId="0EE50831" w:rsidR="00B46CA4" w:rsidRPr="007D41B6" w:rsidRDefault="002F3EF6" w:rsidP="00A973EC">
            <w:pPr>
              <w:spacing w:before="120" w:after="120" w:line="264" w:lineRule="auto"/>
              <w:jc w:val="both"/>
              <w:rPr>
                <w:rFonts w:cs="Times New Roman"/>
                <w:color w:val="000000" w:themeColor="text1"/>
                <w:sz w:val="28"/>
                <w:szCs w:val="28"/>
                <w:lang w:val="vi-VN" w:eastAsia="vi-VN"/>
              </w:rPr>
            </w:pPr>
            <w:r>
              <w:rPr>
                <w:rFonts w:cs="Times New Roman"/>
                <w:color w:val="000000" w:themeColor="text1"/>
                <w:sz w:val="28"/>
                <w:szCs w:val="28"/>
                <w:lang w:eastAsia="vi-VN"/>
              </w:rPr>
              <w:t>Triển khai các nền tảng</w:t>
            </w:r>
            <w:r w:rsidR="00B46CA4" w:rsidRPr="007D41B6">
              <w:rPr>
                <w:rFonts w:cs="Times New Roman"/>
                <w:color w:val="000000" w:themeColor="text1"/>
                <w:sz w:val="28"/>
                <w:szCs w:val="28"/>
                <w:lang w:val="vi-VN" w:eastAsia="vi-VN"/>
              </w:rPr>
              <w:t xml:space="preserve"> AI trong phân tích, báo cáo dữ liệu và tự động chuẩn hóa dữ liệu tại cơ sở dữ liệu di sản văn hóa Việt Nam</w:t>
            </w:r>
            <w:r w:rsidR="00E76E34">
              <w:rPr>
                <w:rFonts w:cs="Times New Roman"/>
                <w:color w:val="000000" w:themeColor="text1"/>
                <w:sz w:val="28"/>
                <w:szCs w:val="28"/>
                <w:lang w:val="vi-VN" w:eastAsia="vi-VN"/>
              </w:rPr>
              <w:t>.</w:t>
            </w:r>
          </w:p>
        </w:tc>
        <w:tc>
          <w:tcPr>
            <w:tcW w:w="1487" w:type="dxa"/>
            <w:tcMar>
              <w:left w:w="115" w:type="dxa"/>
              <w:right w:w="115" w:type="dxa"/>
            </w:tcMar>
          </w:tcPr>
          <w:p w14:paraId="3CF54CBA" w14:textId="71317CC0"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Văn hóa, Thể thao và Du lịch</w:t>
            </w:r>
          </w:p>
        </w:tc>
        <w:tc>
          <w:tcPr>
            <w:tcW w:w="1671" w:type="dxa"/>
            <w:tcMar>
              <w:left w:w="115" w:type="dxa"/>
              <w:right w:w="115" w:type="dxa"/>
            </w:tcMar>
          </w:tcPr>
          <w:p w14:paraId="298D3F4F" w14:textId="128BB87B"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2AC274F8" w14:textId="1530FB5C"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Cơ sở dữ liệu di sản văn hóa Việt Nam được phân tích, chuẩn hóa bằng AI; có báo cáo kết quả thực hiện theo tiến độ được giao.</w:t>
            </w:r>
          </w:p>
        </w:tc>
        <w:tc>
          <w:tcPr>
            <w:tcW w:w="2361" w:type="dxa"/>
            <w:tcMar>
              <w:left w:w="115" w:type="dxa"/>
              <w:right w:w="115" w:type="dxa"/>
            </w:tcMar>
          </w:tcPr>
          <w:p w14:paraId="010E1B93"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154482D6" w14:textId="1327C680"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12/2030</w:t>
            </w:r>
          </w:p>
        </w:tc>
      </w:tr>
      <w:tr w:rsidR="00B46CA4" w:rsidRPr="007D41B6" w14:paraId="28F89A04" w14:textId="77777777" w:rsidTr="0077232C">
        <w:trPr>
          <w:jc w:val="center"/>
        </w:trPr>
        <w:tc>
          <w:tcPr>
            <w:tcW w:w="702" w:type="dxa"/>
            <w:tcMar>
              <w:left w:w="115" w:type="dxa"/>
              <w:right w:w="115" w:type="dxa"/>
            </w:tcMar>
          </w:tcPr>
          <w:p w14:paraId="2CC0277C"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62B79277" w14:textId="2A04F041"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eastAsia="vi-VN"/>
              </w:rPr>
              <w:t>Phát triển, lựa chọn</w:t>
            </w:r>
            <w:r w:rsidR="00492F99">
              <w:rPr>
                <w:rFonts w:cs="Times New Roman"/>
                <w:color w:val="000000" w:themeColor="text1"/>
                <w:sz w:val="28"/>
                <w:szCs w:val="28"/>
                <w:lang w:eastAsia="vi-VN"/>
              </w:rPr>
              <w:t xml:space="preserve"> và triển khai</w:t>
            </w:r>
            <w:r w:rsidRPr="007D41B6">
              <w:rPr>
                <w:rFonts w:cs="Times New Roman"/>
                <w:color w:val="000000" w:themeColor="text1"/>
                <w:sz w:val="28"/>
                <w:szCs w:val="28"/>
                <w:lang w:val="vi-VN" w:eastAsia="vi-VN"/>
              </w:rPr>
              <w:t xml:space="preserve"> </w:t>
            </w:r>
            <w:r w:rsidR="00D542A5" w:rsidRPr="007D41B6">
              <w:rPr>
                <w:rFonts w:cs="Times New Roman"/>
                <w:color w:val="000000" w:themeColor="text1"/>
                <w:sz w:val="28"/>
                <w:szCs w:val="28"/>
                <w:lang w:eastAsia="vi-VN"/>
              </w:rPr>
              <w:t>nền tảng AI</w:t>
            </w:r>
            <w:r w:rsidRPr="007D41B6">
              <w:rPr>
                <w:rFonts w:cs="Times New Roman"/>
                <w:color w:val="000000" w:themeColor="text1"/>
                <w:sz w:val="28"/>
                <w:szCs w:val="28"/>
                <w:lang w:val="vi-VN" w:eastAsia="vi-VN"/>
              </w:rPr>
              <w:t xml:space="preserve"> hỗ trợ người dân về lao động, việc làm, an sinh xã hội</w:t>
            </w:r>
            <w:r w:rsidR="00E76E34">
              <w:rPr>
                <w:rFonts w:cs="Times New Roman"/>
                <w:color w:val="000000" w:themeColor="text1"/>
                <w:sz w:val="28"/>
                <w:szCs w:val="28"/>
                <w:lang w:val="vi-VN" w:eastAsia="vi-VN"/>
              </w:rPr>
              <w:t>.</w:t>
            </w:r>
          </w:p>
        </w:tc>
        <w:tc>
          <w:tcPr>
            <w:tcW w:w="1487" w:type="dxa"/>
            <w:tcMar>
              <w:left w:w="115" w:type="dxa"/>
              <w:right w:w="115" w:type="dxa"/>
            </w:tcMar>
          </w:tcPr>
          <w:p w14:paraId="377AD7F1"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Nội vụ</w:t>
            </w:r>
          </w:p>
        </w:tc>
        <w:tc>
          <w:tcPr>
            <w:tcW w:w="1671" w:type="dxa"/>
            <w:tcMar>
              <w:left w:w="115" w:type="dxa"/>
              <w:right w:w="115" w:type="dxa"/>
            </w:tcMar>
          </w:tcPr>
          <w:p w14:paraId="7EBB03ED"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 địa phương</w:t>
            </w:r>
          </w:p>
        </w:tc>
        <w:tc>
          <w:tcPr>
            <w:tcW w:w="2102" w:type="dxa"/>
            <w:tcMar>
              <w:left w:w="115" w:type="dxa"/>
              <w:right w:w="115" w:type="dxa"/>
            </w:tcMar>
          </w:tcPr>
          <w:p w14:paraId="679290F5" w14:textId="1A81B15A" w:rsidR="00B46CA4" w:rsidRPr="00E76E34"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E76E34">
              <w:rPr>
                <w:rFonts w:cs="Times New Roman"/>
                <w:color w:val="000000" w:themeColor="text1"/>
                <w:sz w:val="28"/>
                <w:szCs w:val="28"/>
                <w:lang w:val="vi-VN"/>
              </w:rPr>
              <w:t>.</w:t>
            </w:r>
          </w:p>
        </w:tc>
        <w:tc>
          <w:tcPr>
            <w:tcW w:w="2361" w:type="dxa"/>
            <w:tcMar>
              <w:left w:w="115" w:type="dxa"/>
              <w:right w:w="115" w:type="dxa"/>
            </w:tcMar>
          </w:tcPr>
          <w:p w14:paraId="7CCFFC90"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5219204A"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12/2026</w:t>
            </w:r>
          </w:p>
        </w:tc>
      </w:tr>
      <w:tr w:rsidR="00B46CA4" w:rsidRPr="007D41B6" w14:paraId="70CA2FB3" w14:textId="77777777" w:rsidTr="0077232C">
        <w:trPr>
          <w:jc w:val="center"/>
        </w:trPr>
        <w:tc>
          <w:tcPr>
            <w:tcW w:w="702" w:type="dxa"/>
            <w:tcMar>
              <w:left w:w="115" w:type="dxa"/>
              <w:right w:w="115" w:type="dxa"/>
            </w:tcMar>
            <w:hideMark/>
          </w:tcPr>
          <w:p w14:paraId="64394AD7"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hideMark/>
          </w:tcPr>
          <w:p w14:paraId="04F90D93" w14:textId="08B5F88E"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Phát triển nền tảng bản sao số và AI chuyên ngành phục vụ dự báo nhu cầu, tối ưu điều độ hệ thống điện, vận hành lưới điện thông minh, phát hiện sự cố, bảo trì dự báo, giảm tổn thất điện năng và hỗ trợ ra quyết định theo thời gian thực.</w:t>
            </w:r>
          </w:p>
        </w:tc>
        <w:tc>
          <w:tcPr>
            <w:tcW w:w="1487" w:type="dxa"/>
            <w:tcMar>
              <w:left w:w="115" w:type="dxa"/>
              <w:right w:w="115" w:type="dxa"/>
            </w:tcMar>
            <w:hideMark/>
          </w:tcPr>
          <w:p w14:paraId="618A705B"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Công Thương</w:t>
            </w:r>
          </w:p>
        </w:tc>
        <w:tc>
          <w:tcPr>
            <w:tcW w:w="1671" w:type="dxa"/>
            <w:tcMar>
              <w:left w:w="115" w:type="dxa"/>
              <w:right w:w="115" w:type="dxa"/>
            </w:tcMar>
            <w:hideMark/>
          </w:tcPr>
          <w:p w14:paraId="1705367E"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 địa phương; doanh nghiệp năng lượng</w:t>
            </w:r>
          </w:p>
        </w:tc>
        <w:tc>
          <w:tcPr>
            <w:tcW w:w="2102" w:type="dxa"/>
            <w:tcMar>
              <w:left w:w="115" w:type="dxa"/>
              <w:right w:w="115" w:type="dxa"/>
            </w:tcMar>
            <w:hideMark/>
          </w:tcPr>
          <w:p w14:paraId="3E0834AC" w14:textId="141F23E1"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Nền tảng bản sao số; AI chuyên ngành</w:t>
            </w:r>
          </w:p>
        </w:tc>
        <w:tc>
          <w:tcPr>
            <w:tcW w:w="2361" w:type="dxa"/>
            <w:tcMar>
              <w:left w:w="115" w:type="dxa"/>
              <w:right w:w="115" w:type="dxa"/>
            </w:tcMar>
            <w:hideMark/>
          </w:tcPr>
          <w:p w14:paraId="5BD98D77" w14:textId="7B967F1F"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hideMark/>
          </w:tcPr>
          <w:p w14:paraId="4414E60C" w14:textId="60AFA29F"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E76E34">
              <w:rPr>
                <w:rFonts w:cs="Times New Roman"/>
                <w:color w:val="000000" w:themeColor="text1"/>
                <w:sz w:val="28"/>
                <w:szCs w:val="28"/>
                <w:lang w:val="vi-VN"/>
              </w:rPr>
              <w:t xml:space="preserve"> </w:t>
            </w:r>
            <w:r w:rsidRPr="007D41B6">
              <w:rPr>
                <w:rFonts w:cs="Times New Roman"/>
                <w:color w:val="000000" w:themeColor="text1"/>
                <w:sz w:val="28"/>
                <w:szCs w:val="28"/>
              </w:rPr>
              <w:t>-</w:t>
            </w:r>
            <w:r w:rsidR="00E76E34">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B46CA4" w:rsidRPr="007D41B6" w14:paraId="0C5F4517" w14:textId="77777777" w:rsidTr="0077232C">
        <w:trPr>
          <w:jc w:val="center"/>
        </w:trPr>
        <w:tc>
          <w:tcPr>
            <w:tcW w:w="702" w:type="dxa"/>
            <w:tcMar>
              <w:left w:w="115" w:type="dxa"/>
              <w:right w:w="115" w:type="dxa"/>
            </w:tcMar>
          </w:tcPr>
          <w:p w14:paraId="1794E1F6"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45AD5EA0" w14:textId="4CFE91DE"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pacing w:val="-2"/>
                <w:sz w:val="28"/>
                <w:szCs w:val="28"/>
                <w:lang w:val="vi-VN"/>
              </w:rPr>
              <w:t>Xây dựng mô hình đô thị xanh, thân thiện môi trường, phát triển hệ thống giám sát, quản lý môi trường thông minh, nâng cao năng lực dự báo và quản lý rủi ro thiên tai và biến đổi khí hậu thông minh bằng ứng dụng khoa học, công nghệ, đặc biệt là công nghệ số và AI</w:t>
            </w:r>
            <w:r w:rsidR="00E76E34">
              <w:rPr>
                <w:rFonts w:cs="Times New Roman"/>
                <w:color w:val="000000" w:themeColor="text1"/>
                <w:spacing w:val="-2"/>
                <w:sz w:val="28"/>
                <w:szCs w:val="28"/>
                <w:lang w:val="vi-VN"/>
              </w:rPr>
              <w:t>.</w:t>
            </w:r>
          </w:p>
        </w:tc>
        <w:tc>
          <w:tcPr>
            <w:tcW w:w="1487" w:type="dxa"/>
            <w:tcMar>
              <w:left w:w="115" w:type="dxa"/>
              <w:right w:w="115" w:type="dxa"/>
            </w:tcMar>
          </w:tcPr>
          <w:p w14:paraId="27140C2C"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Xây dựng, Bộ Nông nghiệp và Môi trường</w:t>
            </w:r>
          </w:p>
        </w:tc>
        <w:tc>
          <w:tcPr>
            <w:tcW w:w="1671" w:type="dxa"/>
            <w:tcMar>
              <w:left w:w="115" w:type="dxa"/>
              <w:right w:w="115" w:type="dxa"/>
            </w:tcMar>
          </w:tcPr>
          <w:p w14:paraId="4723CAFA"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432EAE3D"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361" w:type="dxa"/>
            <w:tcMar>
              <w:left w:w="115" w:type="dxa"/>
              <w:right w:w="115" w:type="dxa"/>
            </w:tcMar>
          </w:tcPr>
          <w:p w14:paraId="70DF36B2"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3E423104"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7D41B6" w14:paraId="770AC26E" w14:textId="77777777" w:rsidTr="0077232C">
        <w:trPr>
          <w:jc w:val="center"/>
        </w:trPr>
        <w:tc>
          <w:tcPr>
            <w:tcW w:w="702" w:type="dxa"/>
            <w:tcMar>
              <w:left w:w="115" w:type="dxa"/>
              <w:right w:w="115" w:type="dxa"/>
            </w:tcMar>
          </w:tcPr>
          <w:p w14:paraId="3DEA46A4"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5FA4DFC3" w14:textId="5D2EBEE6" w:rsidR="00B46CA4" w:rsidRPr="007D41B6" w:rsidRDefault="00B46CA4" w:rsidP="00A973EC">
            <w:pPr>
              <w:spacing w:before="120" w:after="120" w:line="264" w:lineRule="auto"/>
              <w:jc w:val="both"/>
              <w:rPr>
                <w:rFonts w:cs="Times New Roman"/>
                <w:color w:val="000000" w:themeColor="text1"/>
                <w:spacing w:val="-2"/>
                <w:sz w:val="28"/>
                <w:szCs w:val="28"/>
                <w:lang w:val="vi-VN"/>
              </w:rPr>
            </w:pPr>
            <w:r w:rsidRPr="007D41B6">
              <w:rPr>
                <w:rFonts w:cs="Times New Roman"/>
                <w:color w:val="000000" w:themeColor="text1"/>
                <w:sz w:val="28"/>
                <w:szCs w:val="28"/>
                <w:lang w:val="vi-VN"/>
              </w:rPr>
              <w:t xml:space="preserve">Ứng dụng </w:t>
            </w:r>
            <w:r w:rsidRPr="007D41B6">
              <w:rPr>
                <w:rFonts w:cs="Times New Roman"/>
                <w:color w:val="000000" w:themeColor="text1"/>
                <w:sz w:val="28"/>
                <w:szCs w:val="28"/>
                <w:lang w:val="vi-VN" w:eastAsia="vi-VN"/>
              </w:rPr>
              <w:t>bản sao số</w:t>
            </w:r>
            <w:r w:rsidRPr="007D41B6">
              <w:rPr>
                <w:rFonts w:cs="Times New Roman"/>
                <w:color w:val="000000" w:themeColor="text1"/>
                <w:sz w:val="28"/>
                <w:szCs w:val="28"/>
                <w:lang w:val="vi-VN"/>
              </w:rPr>
              <w:t xml:space="preserve"> trong quản lý hạ tầng kỹ thuật, hạ tầng đô thị tại các thành phố</w:t>
            </w:r>
            <w:r w:rsidR="00E76E34">
              <w:rPr>
                <w:rFonts w:cs="Times New Roman"/>
                <w:color w:val="000000" w:themeColor="text1"/>
                <w:sz w:val="28"/>
                <w:szCs w:val="28"/>
                <w:lang w:val="vi-VN"/>
              </w:rPr>
              <w:t>.</w:t>
            </w:r>
          </w:p>
        </w:tc>
        <w:tc>
          <w:tcPr>
            <w:tcW w:w="1487" w:type="dxa"/>
            <w:tcMar>
              <w:left w:w="115" w:type="dxa"/>
              <w:right w:w="115" w:type="dxa"/>
            </w:tcMar>
          </w:tcPr>
          <w:p w14:paraId="5329220B"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Các thành phố trực </w:t>
            </w:r>
            <w:r w:rsidRPr="007D41B6">
              <w:rPr>
                <w:rFonts w:cs="Times New Roman"/>
                <w:color w:val="000000" w:themeColor="text1"/>
                <w:sz w:val="28"/>
                <w:szCs w:val="28"/>
                <w:lang w:val="vi-VN"/>
              </w:rPr>
              <w:lastRenderedPageBreak/>
              <w:t>thuộc trung ương</w:t>
            </w:r>
          </w:p>
        </w:tc>
        <w:tc>
          <w:tcPr>
            <w:tcW w:w="1671" w:type="dxa"/>
            <w:tcMar>
              <w:left w:w="115" w:type="dxa"/>
              <w:right w:w="115" w:type="dxa"/>
            </w:tcMar>
          </w:tcPr>
          <w:p w14:paraId="6C0BD08B"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 xml:space="preserve">Bộ Xây dựng, Bộ </w:t>
            </w:r>
            <w:r w:rsidRPr="007D41B6">
              <w:rPr>
                <w:rFonts w:cs="Times New Roman"/>
                <w:color w:val="000000" w:themeColor="text1"/>
                <w:sz w:val="28"/>
                <w:szCs w:val="28"/>
                <w:lang w:val="vi-VN"/>
              </w:rPr>
              <w:lastRenderedPageBreak/>
              <w:t>Khoa học và Công nghệ</w:t>
            </w:r>
          </w:p>
        </w:tc>
        <w:tc>
          <w:tcPr>
            <w:tcW w:w="2102" w:type="dxa"/>
            <w:tcMar>
              <w:left w:w="115" w:type="dxa"/>
              <w:right w:w="115" w:type="dxa"/>
            </w:tcMar>
          </w:tcPr>
          <w:p w14:paraId="1C4C4874" w14:textId="655E61CF"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 xml:space="preserve">Hoàn thành, đưa vào sử dụng </w:t>
            </w:r>
            <w:r w:rsidRPr="007D41B6">
              <w:rPr>
                <w:rFonts w:cs="Times New Roman"/>
                <w:color w:val="000000" w:themeColor="text1"/>
                <w:sz w:val="28"/>
                <w:szCs w:val="28"/>
                <w:lang w:val="vi-VN" w:eastAsia="vi-VN"/>
              </w:rPr>
              <w:t>bản sao số trong quản lý</w:t>
            </w:r>
            <w:r w:rsidRPr="007D41B6">
              <w:rPr>
                <w:rFonts w:cs="Times New Roman"/>
                <w:color w:val="000000" w:themeColor="text1"/>
                <w:sz w:val="28"/>
                <w:szCs w:val="28"/>
                <w:lang w:val="vi-VN"/>
              </w:rPr>
              <w:t xml:space="preserve"> hạ tầng </w:t>
            </w:r>
            <w:r w:rsidRPr="007D41B6">
              <w:rPr>
                <w:rFonts w:cs="Times New Roman"/>
                <w:color w:val="000000" w:themeColor="text1"/>
                <w:sz w:val="28"/>
                <w:szCs w:val="28"/>
                <w:lang w:val="vi-VN"/>
              </w:rPr>
              <w:lastRenderedPageBreak/>
              <w:t>kỹ thuật,</w:t>
            </w:r>
            <w:r w:rsidRPr="007D41B6">
              <w:rPr>
                <w:rFonts w:cs="Times New Roman"/>
                <w:color w:val="000000" w:themeColor="text1"/>
                <w:sz w:val="28"/>
                <w:szCs w:val="28"/>
                <w:lang w:val="vi-VN" w:eastAsia="vi-VN"/>
              </w:rPr>
              <w:t xml:space="preserve"> hạ tầng đô thị</w:t>
            </w:r>
            <w:r w:rsidR="00E76E34">
              <w:rPr>
                <w:rFonts w:cs="Times New Roman"/>
                <w:color w:val="000000" w:themeColor="text1"/>
                <w:sz w:val="28"/>
                <w:szCs w:val="28"/>
                <w:lang w:val="vi-VN" w:eastAsia="vi-VN"/>
              </w:rPr>
              <w:t>.</w:t>
            </w:r>
          </w:p>
        </w:tc>
        <w:tc>
          <w:tcPr>
            <w:tcW w:w="2361" w:type="dxa"/>
            <w:tcMar>
              <w:left w:w="115" w:type="dxa"/>
              <w:right w:w="115" w:type="dxa"/>
            </w:tcMar>
          </w:tcPr>
          <w:p w14:paraId="3584499B"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2F089361"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12/2030</w:t>
            </w:r>
          </w:p>
        </w:tc>
      </w:tr>
      <w:tr w:rsidR="00B46CA4" w:rsidRPr="007D41B6" w14:paraId="2D4C5CE7" w14:textId="77777777" w:rsidTr="0077232C">
        <w:trPr>
          <w:jc w:val="center"/>
        </w:trPr>
        <w:tc>
          <w:tcPr>
            <w:tcW w:w="702" w:type="dxa"/>
            <w:tcMar>
              <w:left w:w="115" w:type="dxa"/>
              <w:right w:w="115" w:type="dxa"/>
            </w:tcMar>
          </w:tcPr>
          <w:p w14:paraId="72D20020"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7D5BC9BA" w14:textId="590D5D81" w:rsidR="00B46CA4" w:rsidRPr="007D41B6" w:rsidRDefault="00B46CA4" w:rsidP="00A973EC">
            <w:pPr>
              <w:spacing w:before="120" w:after="120" w:line="264" w:lineRule="auto"/>
              <w:jc w:val="both"/>
              <w:rPr>
                <w:rFonts w:cs="Times New Roman"/>
                <w:color w:val="000000" w:themeColor="text1"/>
                <w:spacing w:val="-2"/>
                <w:sz w:val="28"/>
                <w:szCs w:val="28"/>
                <w:lang w:val="vi-VN"/>
              </w:rPr>
            </w:pPr>
            <w:r w:rsidRPr="007D41B6">
              <w:rPr>
                <w:rFonts w:cs="Times New Roman"/>
                <w:color w:val="000000" w:themeColor="text1"/>
                <w:sz w:val="28"/>
                <w:szCs w:val="28"/>
                <w:lang w:val="vi-VN"/>
              </w:rPr>
              <w:t xml:space="preserve">Ứng dụng </w:t>
            </w:r>
            <w:r w:rsidRPr="007D41B6">
              <w:rPr>
                <w:rFonts w:cs="Times New Roman"/>
                <w:color w:val="000000" w:themeColor="text1"/>
                <w:sz w:val="28"/>
                <w:szCs w:val="28"/>
                <w:lang w:val="vi-VN" w:eastAsia="vi-VN"/>
              </w:rPr>
              <w:t>bản sao số</w:t>
            </w:r>
            <w:r w:rsidRPr="007D41B6">
              <w:rPr>
                <w:rFonts w:cs="Times New Roman"/>
                <w:color w:val="000000" w:themeColor="text1"/>
                <w:sz w:val="28"/>
                <w:szCs w:val="28"/>
                <w:lang w:val="vi-VN"/>
              </w:rPr>
              <w:t xml:space="preserve"> trong quản lý hạ tầng kỹ thuật các khu công nghiệp, khu công nghệ cao, khu công nghệ thông tin tập trung có nhu cầu</w:t>
            </w:r>
            <w:r w:rsidR="00E76E34">
              <w:rPr>
                <w:rFonts w:cs="Times New Roman"/>
                <w:color w:val="000000" w:themeColor="text1"/>
                <w:sz w:val="28"/>
                <w:szCs w:val="28"/>
                <w:lang w:val="vi-VN"/>
              </w:rPr>
              <w:t>.</w:t>
            </w:r>
          </w:p>
        </w:tc>
        <w:tc>
          <w:tcPr>
            <w:tcW w:w="1487" w:type="dxa"/>
            <w:tcMar>
              <w:left w:w="115" w:type="dxa"/>
              <w:right w:w="115" w:type="dxa"/>
            </w:tcMar>
          </w:tcPr>
          <w:p w14:paraId="4556D962"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địa phương có khu công nghiệp, khu công nghệ cao, khu công nghệ thông tin tập trung</w:t>
            </w:r>
          </w:p>
        </w:tc>
        <w:tc>
          <w:tcPr>
            <w:tcW w:w="1671" w:type="dxa"/>
            <w:tcMar>
              <w:left w:w="115" w:type="dxa"/>
              <w:right w:w="115" w:type="dxa"/>
            </w:tcMar>
          </w:tcPr>
          <w:p w14:paraId="2FDE6556"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Xây dựng, Bộ Khoa học và Công nghệ</w:t>
            </w:r>
          </w:p>
        </w:tc>
        <w:tc>
          <w:tcPr>
            <w:tcW w:w="2102" w:type="dxa"/>
            <w:tcMar>
              <w:left w:w="115" w:type="dxa"/>
              <w:right w:w="115" w:type="dxa"/>
            </w:tcMar>
          </w:tcPr>
          <w:p w14:paraId="01E25AD4" w14:textId="70C8F693"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Hoàn thành, đưa vào sử dụng </w:t>
            </w:r>
            <w:r w:rsidRPr="007D41B6">
              <w:rPr>
                <w:rFonts w:cs="Times New Roman"/>
                <w:color w:val="000000" w:themeColor="text1"/>
                <w:sz w:val="28"/>
                <w:szCs w:val="28"/>
                <w:lang w:val="vi-VN" w:eastAsia="vi-VN"/>
              </w:rPr>
              <w:t>bản sao số trong quản lý hạ tầng          kỹ thuậ</w:t>
            </w:r>
            <w:r w:rsidR="00E76E34">
              <w:rPr>
                <w:rFonts w:cs="Times New Roman"/>
                <w:color w:val="000000" w:themeColor="text1"/>
                <w:sz w:val="28"/>
                <w:szCs w:val="28"/>
                <w:lang w:val="vi-VN" w:eastAsia="vi-VN"/>
              </w:rPr>
              <w:t>t.</w:t>
            </w:r>
          </w:p>
        </w:tc>
        <w:tc>
          <w:tcPr>
            <w:tcW w:w="2361" w:type="dxa"/>
            <w:tcMar>
              <w:left w:w="115" w:type="dxa"/>
              <w:right w:w="115" w:type="dxa"/>
            </w:tcMar>
          </w:tcPr>
          <w:p w14:paraId="63C32E89"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51DD2E77"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12/2030</w:t>
            </w:r>
          </w:p>
        </w:tc>
      </w:tr>
      <w:tr w:rsidR="00B46CA4" w:rsidRPr="007D41B6" w14:paraId="5211ACC8" w14:textId="77777777" w:rsidTr="0077232C">
        <w:trPr>
          <w:jc w:val="center"/>
        </w:trPr>
        <w:tc>
          <w:tcPr>
            <w:tcW w:w="702" w:type="dxa"/>
            <w:tcMar>
              <w:left w:w="115" w:type="dxa"/>
              <w:right w:w="115" w:type="dxa"/>
            </w:tcMar>
          </w:tcPr>
          <w:p w14:paraId="6594E34E"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1BE11BED" w14:textId="68A86800"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Xây dựng và triển khai </w:t>
            </w:r>
            <w:r w:rsidR="00D542A5" w:rsidRPr="007D41B6">
              <w:rPr>
                <w:rFonts w:cs="Times New Roman"/>
                <w:color w:val="000000" w:themeColor="text1"/>
                <w:sz w:val="28"/>
                <w:szCs w:val="28"/>
              </w:rPr>
              <w:t>nền tảng</w:t>
            </w:r>
            <w:r w:rsidRPr="007D41B6">
              <w:rPr>
                <w:rFonts w:cs="Times New Roman"/>
                <w:color w:val="000000" w:themeColor="text1"/>
                <w:sz w:val="28"/>
                <w:szCs w:val="28"/>
                <w:lang w:val="vi-VN"/>
              </w:rPr>
              <w:t xml:space="preserve"> AI hỗ trợ phân tích, cảnh báo thiên tai, ứng phó với biến đổi khí hậu và bảo vệ môi trường</w:t>
            </w:r>
            <w:r w:rsidR="00E76E34">
              <w:rPr>
                <w:rFonts w:cs="Times New Roman"/>
                <w:color w:val="000000" w:themeColor="text1"/>
                <w:sz w:val="28"/>
                <w:szCs w:val="28"/>
                <w:lang w:val="vi-VN"/>
              </w:rPr>
              <w:t>.</w:t>
            </w:r>
          </w:p>
        </w:tc>
        <w:tc>
          <w:tcPr>
            <w:tcW w:w="1487" w:type="dxa"/>
            <w:tcMar>
              <w:left w:w="115" w:type="dxa"/>
              <w:right w:w="115" w:type="dxa"/>
            </w:tcMar>
          </w:tcPr>
          <w:p w14:paraId="25F91EDA"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Nông nghiệp và Môi trường</w:t>
            </w:r>
          </w:p>
        </w:tc>
        <w:tc>
          <w:tcPr>
            <w:tcW w:w="1671" w:type="dxa"/>
            <w:tcMar>
              <w:left w:w="115" w:type="dxa"/>
              <w:right w:w="115" w:type="dxa"/>
            </w:tcMar>
          </w:tcPr>
          <w:p w14:paraId="61215D2C"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580041DE" w14:textId="1FAAB8EB" w:rsidR="00B46CA4" w:rsidRPr="00E76E34"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Báo cáo          thực hiện</w:t>
            </w:r>
            <w:r w:rsidR="00E76E34">
              <w:rPr>
                <w:rFonts w:cs="Times New Roman"/>
                <w:color w:val="000000" w:themeColor="text1"/>
                <w:sz w:val="28"/>
                <w:szCs w:val="28"/>
                <w:lang w:val="vi-VN"/>
              </w:rPr>
              <w:t>.</w:t>
            </w:r>
          </w:p>
        </w:tc>
        <w:tc>
          <w:tcPr>
            <w:tcW w:w="2361" w:type="dxa"/>
            <w:tcMar>
              <w:left w:w="115" w:type="dxa"/>
              <w:right w:w="115" w:type="dxa"/>
            </w:tcMar>
          </w:tcPr>
          <w:p w14:paraId="1CEBB62C"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19B86544"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Tháng 06/2026</w:t>
            </w:r>
          </w:p>
        </w:tc>
      </w:tr>
      <w:tr w:rsidR="00B46CA4" w:rsidRPr="007D41B6" w14:paraId="4A4528AB" w14:textId="77777777" w:rsidTr="0077232C">
        <w:trPr>
          <w:jc w:val="center"/>
        </w:trPr>
        <w:tc>
          <w:tcPr>
            <w:tcW w:w="702" w:type="dxa"/>
            <w:tcMar>
              <w:left w:w="115" w:type="dxa"/>
              <w:right w:w="115" w:type="dxa"/>
            </w:tcMar>
          </w:tcPr>
          <w:p w14:paraId="0B1E4EA6"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24BBEF8D" w14:textId="7384DEF1"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 xml:space="preserve">Ứng dụng AI nhằm tăng tốc độ giải quyết các bài toán khoa học cơ bản (khoa học tự nhiên và khoa học xã hội), đặc </w:t>
            </w:r>
            <w:r w:rsidRPr="007D41B6">
              <w:rPr>
                <w:rFonts w:cs="Times New Roman"/>
                <w:color w:val="000000" w:themeColor="text1"/>
                <w:sz w:val="28"/>
                <w:szCs w:val="28"/>
                <w:lang w:val="vi-VN"/>
              </w:rPr>
              <w:lastRenderedPageBreak/>
              <w:t>biệt trong các lĩnh vực Việt Nam có lợi thế hoặc nhu cầu cấp thiết như y sinh học (khám phá dược phẩm, giải mã gen, protein, phác đồ điều trị,...), vật liệu mới, năng lượng mới, mô hình hóa môi trường/khí hậu và phân tích các xu hướng, hành vi xã hội phức tạp</w:t>
            </w:r>
            <w:r w:rsidR="00E76E34">
              <w:rPr>
                <w:rFonts w:cs="Times New Roman"/>
                <w:color w:val="000000" w:themeColor="text1"/>
                <w:sz w:val="28"/>
                <w:szCs w:val="28"/>
                <w:lang w:val="vi-VN"/>
              </w:rPr>
              <w:t>.</w:t>
            </w:r>
          </w:p>
        </w:tc>
        <w:tc>
          <w:tcPr>
            <w:tcW w:w="1487" w:type="dxa"/>
            <w:tcMar>
              <w:left w:w="115" w:type="dxa"/>
              <w:right w:w="115" w:type="dxa"/>
            </w:tcMar>
          </w:tcPr>
          <w:p w14:paraId="58E1C55E"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lastRenderedPageBreak/>
              <w:t>Bộ Khoa học và Công nghệ</w:t>
            </w:r>
          </w:p>
        </w:tc>
        <w:tc>
          <w:tcPr>
            <w:tcW w:w="1671" w:type="dxa"/>
            <w:tcMar>
              <w:left w:w="115" w:type="dxa"/>
              <w:right w:w="115" w:type="dxa"/>
            </w:tcMar>
          </w:tcPr>
          <w:p w14:paraId="685D9C7C"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2102" w:type="dxa"/>
            <w:tcMar>
              <w:left w:w="115" w:type="dxa"/>
              <w:right w:w="115" w:type="dxa"/>
            </w:tcMar>
          </w:tcPr>
          <w:p w14:paraId="6A492C1E"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361" w:type="dxa"/>
            <w:tcMar>
              <w:left w:w="115" w:type="dxa"/>
              <w:right w:w="115" w:type="dxa"/>
            </w:tcMar>
          </w:tcPr>
          <w:p w14:paraId="142E6A65" w14:textId="77777777" w:rsidR="00B46CA4" w:rsidRPr="007D41B6" w:rsidRDefault="00B46CA4" w:rsidP="00A973EC">
            <w:pPr>
              <w:spacing w:before="120" w:after="120" w:line="264" w:lineRule="auto"/>
              <w:jc w:val="both"/>
              <w:rPr>
                <w:rFonts w:cs="Times New Roman"/>
                <w:color w:val="000000" w:themeColor="text1"/>
                <w:sz w:val="28"/>
                <w:szCs w:val="28"/>
              </w:rPr>
            </w:pPr>
          </w:p>
        </w:tc>
        <w:tc>
          <w:tcPr>
            <w:tcW w:w="2036" w:type="dxa"/>
            <w:tcMar>
              <w:left w:w="115" w:type="dxa"/>
              <w:right w:w="115" w:type="dxa"/>
            </w:tcMar>
          </w:tcPr>
          <w:p w14:paraId="53B462F5" w14:textId="77777777" w:rsidR="00B46CA4" w:rsidRPr="007D41B6" w:rsidRDefault="00B46CA4" w:rsidP="00A973E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B46CA4" w:rsidRPr="0098690D" w14:paraId="4A42EE21" w14:textId="77777777" w:rsidTr="0077232C">
        <w:trPr>
          <w:jc w:val="center"/>
        </w:trPr>
        <w:tc>
          <w:tcPr>
            <w:tcW w:w="702" w:type="dxa"/>
            <w:tcMar>
              <w:left w:w="115" w:type="dxa"/>
              <w:right w:w="115" w:type="dxa"/>
            </w:tcMar>
          </w:tcPr>
          <w:p w14:paraId="5A3615E4" w14:textId="77777777" w:rsidR="00B46CA4" w:rsidRPr="007D41B6" w:rsidRDefault="00B46CA4" w:rsidP="00A973EC">
            <w:pPr>
              <w:pStyle w:val="ListParagraph"/>
              <w:numPr>
                <w:ilvl w:val="1"/>
                <w:numId w:val="25"/>
              </w:numPr>
              <w:tabs>
                <w:tab w:val="left" w:pos="190"/>
              </w:tabs>
              <w:spacing w:before="120" w:after="120" w:line="264" w:lineRule="auto"/>
              <w:jc w:val="center"/>
              <w:rPr>
                <w:rFonts w:cs="Times New Roman"/>
                <w:color w:val="000000" w:themeColor="text1"/>
                <w:sz w:val="28"/>
                <w:szCs w:val="28"/>
              </w:rPr>
            </w:pPr>
          </w:p>
        </w:tc>
        <w:tc>
          <w:tcPr>
            <w:tcW w:w="3613" w:type="dxa"/>
            <w:tcMar>
              <w:left w:w="115" w:type="dxa"/>
              <w:right w:w="115" w:type="dxa"/>
            </w:tcMar>
          </w:tcPr>
          <w:p w14:paraId="67F2A9A3" w14:textId="4B69C002"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Phát triển nền tảng tích hợp dữ liệu, thông tin, tri thức khoa học, công nghệ quốc gia, Hệ tri thức Việt số hóa, ứng dụng AI hỗ trợ nghiên cứu khoa học, công nghệ và đổi mới sáng tạo</w:t>
            </w:r>
            <w:r w:rsidR="00E76E34">
              <w:rPr>
                <w:rFonts w:cs="Times New Roman"/>
                <w:color w:val="000000" w:themeColor="text1"/>
                <w:sz w:val="28"/>
                <w:szCs w:val="28"/>
                <w:lang w:val="vi-VN"/>
              </w:rPr>
              <w:t>.</w:t>
            </w:r>
          </w:p>
        </w:tc>
        <w:tc>
          <w:tcPr>
            <w:tcW w:w="1487" w:type="dxa"/>
            <w:tcMar>
              <w:left w:w="115" w:type="dxa"/>
              <w:right w:w="115" w:type="dxa"/>
            </w:tcMar>
          </w:tcPr>
          <w:p w14:paraId="6362BBF0"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1671" w:type="dxa"/>
            <w:tcMar>
              <w:left w:w="115" w:type="dxa"/>
              <w:right w:w="115" w:type="dxa"/>
            </w:tcMar>
          </w:tcPr>
          <w:p w14:paraId="5DD0CB57"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102" w:type="dxa"/>
            <w:tcMar>
              <w:left w:w="115" w:type="dxa"/>
              <w:right w:w="115" w:type="dxa"/>
            </w:tcMar>
          </w:tcPr>
          <w:p w14:paraId="2E15AAB0" w14:textId="32F7DB54"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pacing w:val="-16"/>
                <w:sz w:val="28"/>
                <w:szCs w:val="28"/>
                <w:lang w:val="vi-VN"/>
              </w:rPr>
              <w:t xml:space="preserve">Nền tảng tích hợp dữ liệu, thông tin, tri thức khoa học, công nghệ quốc gia, </w:t>
            </w:r>
            <w:r w:rsidRPr="007D41B6">
              <w:rPr>
                <w:rFonts w:cs="Times New Roman"/>
                <w:color w:val="000000" w:themeColor="text1"/>
                <w:sz w:val="28"/>
                <w:szCs w:val="28"/>
                <w:lang w:val="vi-VN"/>
              </w:rPr>
              <w:t xml:space="preserve">Hệ tri thức Việt số hóa, </w:t>
            </w:r>
            <w:r w:rsidRPr="007D41B6">
              <w:rPr>
                <w:rFonts w:cs="Times New Roman"/>
                <w:color w:val="000000" w:themeColor="text1"/>
                <w:spacing w:val="-16"/>
                <w:sz w:val="28"/>
                <w:szCs w:val="28"/>
                <w:lang w:val="vi-VN"/>
              </w:rPr>
              <w:t>ứng dụng AI hỗ trợ nghiên cứu khoa học và sáng tạo</w:t>
            </w:r>
            <w:r w:rsidR="00E76E34">
              <w:rPr>
                <w:rFonts w:cs="Times New Roman"/>
                <w:color w:val="000000" w:themeColor="text1"/>
                <w:spacing w:val="-16"/>
                <w:sz w:val="28"/>
                <w:szCs w:val="28"/>
                <w:lang w:val="vi-VN"/>
              </w:rPr>
              <w:t>.</w:t>
            </w:r>
          </w:p>
        </w:tc>
        <w:tc>
          <w:tcPr>
            <w:tcW w:w="2361" w:type="dxa"/>
            <w:tcMar>
              <w:left w:w="115" w:type="dxa"/>
              <w:right w:w="115" w:type="dxa"/>
            </w:tcMar>
          </w:tcPr>
          <w:p w14:paraId="1041F2DD" w14:textId="77777777" w:rsidR="00B46CA4" w:rsidRPr="007D41B6" w:rsidRDefault="00B46CA4" w:rsidP="00A973EC">
            <w:pPr>
              <w:spacing w:before="120" w:after="120" w:line="264" w:lineRule="auto"/>
              <w:jc w:val="both"/>
              <w:rPr>
                <w:rFonts w:cs="Times New Roman"/>
                <w:color w:val="000000" w:themeColor="text1"/>
                <w:sz w:val="28"/>
                <w:szCs w:val="28"/>
                <w:lang w:val="vi-VN"/>
              </w:rPr>
            </w:pPr>
          </w:p>
        </w:tc>
        <w:tc>
          <w:tcPr>
            <w:tcW w:w="2036" w:type="dxa"/>
            <w:tcMar>
              <w:left w:w="115" w:type="dxa"/>
              <w:right w:w="115" w:type="dxa"/>
            </w:tcMar>
          </w:tcPr>
          <w:p w14:paraId="4D0EC25B" w14:textId="77777777" w:rsidR="00B46CA4" w:rsidRPr="007D41B6" w:rsidRDefault="00B46CA4" w:rsidP="00A973E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Bắt đầu thực hiện </w:t>
            </w:r>
            <w:r w:rsidRPr="007D41B6">
              <w:rPr>
                <w:rFonts w:cs="Times New Roman"/>
                <w:color w:val="000000" w:themeColor="text1"/>
                <w:sz w:val="28"/>
                <w:szCs w:val="28"/>
                <w:lang w:val="vi-VN"/>
              </w:rPr>
              <w:br/>
              <w:t>từ năm 2026</w:t>
            </w:r>
          </w:p>
        </w:tc>
      </w:tr>
    </w:tbl>
    <w:p w14:paraId="0C49E817" w14:textId="77777777" w:rsidR="000861C8" w:rsidRPr="007D41B6" w:rsidRDefault="000861C8" w:rsidP="006D5D4A">
      <w:pPr>
        <w:spacing w:before="120" w:after="120" w:line="264" w:lineRule="auto"/>
        <w:jc w:val="both"/>
        <w:rPr>
          <w:rFonts w:cs="Times New Roman"/>
          <w:color w:val="000000" w:themeColor="text1"/>
          <w:sz w:val="28"/>
          <w:szCs w:val="28"/>
          <w:lang w:val="vi-VN"/>
        </w:rPr>
      </w:pPr>
    </w:p>
    <w:p w14:paraId="60D172DB" w14:textId="2ADF49D3" w:rsidR="00A10839"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7D41B6">
        <w:rPr>
          <w:rFonts w:ascii="Times New Roman" w:hAnsi="Times New Roman" w:cs="Times New Roman"/>
          <w:color w:val="000000" w:themeColor="text1"/>
          <w:sz w:val="28"/>
          <w:szCs w:val="28"/>
          <w:lang w:val="vi-VN"/>
        </w:rPr>
        <w:lastRenderedPageBreak/>
        <w:t xml:space="preserve">Nhóm nhiệm vụ 6. Phát triển hệ sinh thái đổi mới sáng tạo, doanh nghiệp AI </w:t>
      </w:r>
    </w:p>
    <w:tbl>
      <w:tblPr>
        <w:tblStyle w:val="TableGrid"/>
        <w:tblW w:w="5000" w:type="pct"/>
        <w:tblLook w:val="04A0" w:firstRow="1" w:lastRow="0" w:firstColumn="1" w:lastColumn="0" w:noHBand="0" w:noVBand="1"/>
      </w:tblPr>
      <w:tblGrid>
        <w:gridCol w:w="853"/>
        <w:gridCol w:w="2755"/>
        <w:gridCol w:w="1682"/>
        <w:gridCol w:w="2255"/>
        <w:gridCol w:w="1990"/>
        <w:gridCol w:w="2699"/>
        <w:gridCol w:w="1738"/>
      </w:tblGrid>
      <w:tr w:rsidR="00A2041C" w:rsidRPr="007D41B6" w14:paraId="086E01A4" w14:textId="77777777" w:rsidTr="005778D2">
        <w:trPr>
          <w:tblHeader/>
        </w:trPr>
        <w:tc>
          <w:tcPr>
            <w:tcW w:w="305" w:type="pct"/>
          </w:tcPr>
          <w:p w14:paraId="5E3027E7" w14:textId="77777777" w:rsidR="00A2041C" w:rsidRPr="007D41B6" w:rsidRDefault="00A2041C" w:rsidP="005778D2">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986" w:type="pct"/>
          </w:tcPr>
          <w:p w14:paraId="7877BBC8" w14:textId="77777777" w:rsidR="00A2041C" w:rsidRPr="007D41B6" w:rsidRDefault="00A2041C" w:rsidP="005778D2">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602" w:type="pct"/>
          </w:tcPr>
          <w:p w14:paraId="246BD2F5" w14:textId="0F3213CB" w:rsidR="00A2041C" w:rsidRPr="00862791" w:rsidRDefault="00862791" w:rsidP="005778D2">
            <w:pPr>
              <w:spacing w:before="120" w:after="120" w:line="264" w:lineRule="auto"/>
              <w:jc w:val="center"/>
              <w:rPr>
                <w:rFonts w:cs="Times New Roman"/>
                <w:color w:val="000000" w:themeColor="text1"/>
                <w:sz w:val="28"/>
                <w:szCs w:val="28"/>
                <w:lang w:val="vi-VN"/>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2041C" w:rsidRPr="007D41B6">
              <w:rPr>
                <w:rFonts w:cs="Times New Roman"/>
                <w:b/>
                <w:color w:val="000000" w:themeColor="text1"/>
                <w:sz w:val="28"/>
                <w:szCs w:val="28"/>
              </w:rPr>
              <w:t xml:space="preserve"> chủ trì</w:t>
            </w:r>
          </w:p>
        </w:tc>
        <w:tc>
          <w:tcPr>
            <w:tcW w:w="807" w:type="pct"/>
          </w:tcPr>
          <w:p w14:paraId="5788B8AD" w14:textId="4CAEF3D9" w:rsidR="00A2041C" w:rsidRPr="007D41B6" w:rsidRDefault="00862791" w:rsidP="005778D2">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2041C" w:rsidRPr="007D41B6">
              <w:rPr>
                <w:rFonts w:cs="Times New Roman"/>
                <w:b/>
                <w:color w:val="000000" w:themeColor="text1"/>
                <w:sz w:val="28"/>
                <w:szCs w:val="28"/>
              </w:rPr>
              <w:t xml:space="preserve"> phối hợp</w:t>
            </w:r>
          </w:p>
        </w:tc>
        <w:tc>
          <w:tcPr>
            <w:tcW w:w="712" w:type="pct"/>
          </w:tcPr>
          <w:p w14:paraId="2B953A54" w14:textId="77777777" w:rsidR="00A2041C" w:rsidRPr="007D41B6" w:rsidRDefault="00A2041C" w:rsidP="005778D2">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966" w:type="pct"/>
          </w:tcPr>
          <w:p w14:paraId="16EB655C" w14:textId="77777777" w:rsidR="00A2041C" w:rsidRPr="007D41B6" w:rsidRDefault="00A2041C" w:rsidP="005778D2">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622" w:type="pct"/>
          </w:tcPr>
          <w:p w14:paraId="5F9C40C7" w14:textId="4D966711" w:rsidR="00A2041C" w:rsidRPr="005778D2" w:rsidRDefault="00A2041C" w:rsidP="009408BC">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 xml:space="preserve">Thời </w:t>
            </w:r>
            <w:r w:rsidR="005778D2">
              <w:rPr>
                <w:rFonts w:cs="Times New Roman"/>
                <w:b/>
                <w:color w:val="000000" w:themeColor="text1"/>
                <w:sz w:val="28"/>
                <w:szCs w:val="28"/>
              </w:rPr>
              <w:t>gian</w:t>
            </w:r>
            <w:r w:rsidR="005778D2">
              <w:rPr>
                <w:rFonts w:cs="Times New Roman"/>
                <w:b/>
                <w:color w:val="000000" w:themeColor="text1"/>
                <w:sz w:val="28"/>
                <w:szCs w:val="28"/>
                <w:lang w:val="vi-VN"/>
              </w:rPr>
              <w:t xml:space="preserve"> thực hiện</w:t>
            </w:r>
          </w:p>
        </w:tc>
      </w:tr>
      <w:tr w:rsidR="00A2041C" w:rsidRPr="007D41B6" w14:paraId="3860E484" w14:textId="77777777" w:rsidTr="005778D2">
        <w:tc>
          <w:tcPr>
            <w:tcW w:w="305" w:type="pct"/>
          </w:tcPr>
          <w:p w14:paraId="243F0B11" w14:textId="21DD6CD0" w:rsidR="00A2041C" w:rsidRPr="007D41B6" w:rsidRDefault="00A2041C" w:rsidP="005778D2">
            <w:pPr>
              <w:pStyle w:val="ListParagraph"/>
              <w:numPr>
                <w:ilvl w:val="0"/>
                <w:numId w:val="17"/>
              </w:numPr>
              <w:spacing w:before="120" w:after="120" w:line="264" w:lineRule="auto"/>
              <w:jc w:val="both"/>
              <w:rPr>
                <w:rFonts w:cs="Times New Roman"/>
                <w:color w:val="000000" w:themeColor="text1"/>
                <w:sz w:val="28"/>
                <w:szCs w:val="28"/>
                <w:lang w:val="vi-VN"/>
              </w:rPr>
            </w:pPr>
          </w:p>
        </w:tc>
        <w:tc>
          <w:tcPr>
            <w:tcW w:w="986" w:type="pct"/>
          </w:tcPr>
          <w:p w14:paraId="219846F9" w14:textId="231A893B" w:rsidR="00A2041C" w:rsidRPr="007D41B6"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Phát triển các doanh nghiệp phát triển và triển khai AI nhằm đáp ứng nhu cầu trong nước đối với các lĩnh vực đã sẵn sàng về dữ liệu, công nghệ và kinh phí đầu tư</w:t>
            </w:r>
            <w:r w:rsidR="005778D2">
              <w:rPr>
                <w:rFonts w:cs="Times New Roman"/>
                <w:color w:val="000000" w:themeColor="text1"/>
                <w:sz w:val="28"/>
                <w:szCs w:val="28"/>
                <w:lang w:val="vi-VN"/>
              </w:rPr>
              <w:t>.</w:t>
            </w:r>
          </w:p>
        </w:tc>
        <w:tc>
          <w:tcPr>
            <w:tcW w:w="602" w:type="pct"/>
          </w:tcPr>
          <w:p w14:paraId="69E76FFB" w14:textId="77777777" w:rsidR="00A2041C" w:rsidRPr="00C3780B"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07" w:type="pct"/>
          </w:tcPr>
          <w:p w14:paraId="6EBFF2DB" w14:textId="77777777" w:rsidR="00A2041C" w:rsidRPr="00C3780B"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doanh nghiệp, tổ chức, cá nhân có liên quan</w:t>
            </w:r>
          </w:p>
        </w:tc>
        <w:tc>
          <w:tcPr>
            <w:tcW w:w="712" w:type="pct"/>
          </w:tcPr>
          <w:p w14:paraId="7EF20811" w14:textId="77777777" w:rsidR="00A2041C" w:rsidRPr="00C3780B" w:rsidRDefault="00A2041C" w:rsidP="005778D2">
            <w:pPr>
              <w:spacing w:before="120" w:after="120" w:line="264" w:lineRule="auto"/>
              <w:jc w:val="both"/>
              <w:rPr>
                <w:rFonts w:cs="Times New Roman"/>
                <w:color w:val="000000" w:themeColor="text1"/>
                <w:sz w:val="28"/>
                <w:szCs w:val="28"/>
                <w:lang w:val="vi-VN"/>
              </w:rPr>
            </w:pPr>
          </w:p>
        </w:tc>
        <w:tc>
          <w:tcPr>
            <w:tcW w:w="966" w:type="pct"/>
          </w:tcPr>
          <w:p w14:paraId="262C7C19" w14:textId="4C0F6E1B" w:rsidR="00A2041C" w:rsidRPr="00C3780B" w:rsidRDefault="00A2041C" w:rsidP="005778D2">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Có ít nhất 100 doanh nghiệp khởi nghiệp sáng tạo về AI đạt giá trị doanh nghiệp trên 01 triệu USD hoặc có sản phẩm thương mại hóa tiếp cận thị trường khu vực</w:t>
            </w:r>
            <w:r w:rsidR="005778D2">
              <w:rPr>
                <w:rFonts w:cs="Times New Roman"/>
                <w:color w:val="000000" w:themeColor="text1"/>
                <w:sz w:val="28"/>
                <w:szCs w:val="28"/>
                <w:lang w:val="vi-VN"/>
              </w:rPr>
              <w:t>.</w:t>
            </w:r>
          </w:p>
        </w:tc>
        <w:tc>
          <w:tcPr>
            <w:tcW w:w="622" w:type="pct"/>
          </w:tcPr>
          <w:p w14:paraId="13A191BE" w14:textId="77777777"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A2041C" w:rsidRPr="007D41B6" w14:paraId="66541E5A" w14:textId="77777777" w:rsidTr="005778D2">
        <w:tc>
          <w:tcPr>
            <w:tcW w:w="305" w:type="pct"/>
          </w:tcPr>
          <w:p w14:paraId="13E77CD7" w14:textId="77777777" w:rsidR="00A2041C" w:rsidRPr="007D41B6" w:rsidRDefault="00A2041C" w:rsidP="005778D2">
            <w:pPr>
              <w:pStyle w:val="ListParagraph"/>
              <w:numPr>
                <w:ilvl w:val="0"/>
                <w:numId w:val="17"/>
              </w:numPr>
              <w:spacing w:before="120" w:after="120" w:line="264" w:lineRule="auto"/>
              <w:jc w:val="both"/>
              <w:rPr>
                <w:rFonts w:cs="Times New Roman"/>
                <w:color w:val="000000" w:themeColor="text1"/>
                <w:sz w:val="28"/>
                <w:szCs w:val="28"/>
                <w:lang w:val="vi-VN"/>
              </w:rPr>
            </w:pPr>
          </w:p>
        </w:tc>
        <w:tc>
          <w:tcPr>
            <w:tcW w:w="986" w:type="pct"/>
          </w:tcPr>
          <w:p w14:paraId="32AD0F2F" w14:textId="5FD50AB3" w:rsidR="00A2041C" w:rsidRPr="00C3780B" w:rsidRDefault="00A2041C" w:rsidP="005778D2">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Thúc đẩy</w:t>
            </w:r>
            <w:r w:rsidRPr="007D41B6">
              <w:rPr>
                <w:rFonts w:cs="Times New Roman"/>
                <w:color w:val="000000" w:themeColor="text1"/>
                <w:sz w:val="28"/>
                <w:szCs w:val="28"/>
                <w:lang w:val="vi-VN"/>
              </w:rPr>
              <w:t xml:space="preserve"> phát triển các sản phẩm, dịch vụ AI “Make in Viet</w:t>
            </w:r>
            <w:r w:rsidRPr="00C3780B">
              <w:rPr>
                <w:rFonts w:cs="Times New Roman"/>
                <w:color w:val="000000" w:themeColor="text1"/>
                <w:sz w:val="28"/>
                <w:szCs w:val="28"/>
                <w:lang w:val="vi-VN"/>
              </w:rPr>
              <w:t xml:space="preserve"> N</w:t>
            </w:r>
            <w:r w:rsidRPr="007D41B6">
              <w:rPr>
                <w:rFonts w:cs="Times New Roman"/>
                <w:color w:val="000000" w:themeColor="text1"/>
                <w:sz w:val="28"/>
                <w:szCs w:val="28"/>
                <w:lang w:val="vi-VN"/>
              </w:rPr>
              <w:t xml:space="preserve">am” thông qua giải quyết các bài toán lớn, vấn đề thực tiễn của đất nước; hình thành thị trường cho sản phẩm AI nội địa, góp phần phát triển các doanh nghiệp AI Việt Nam, từng bước tham </w:t>
            </w:r>
            <w:r w:rsidRPr="007D41B6">
              <w:rPr>
                <w:rFonts w:cs="Times New Roman"/>
                <w:color w:val="000000" w:themeColor="text1"/>
                <w:sz w:val="28"/>
                <w:szCs w:val="28"/>
                <w:lang w:val="vi-VN"/>
              </w:rPr>
              <w:lastRenderedPageBreak/>
              <w:t>gia sâu vào chuỗi giá trị toàn cầu</w:t>
            </w:r>
            <w:r w:rsidR="005778D2">
              <w:rPr>
                <w:rFonts w:cs="Times New Roman"/>
                <w:color w:val="000000" w:themeColor="text1"/>
                <w:sz w:val="28"/>
                <w:szCs w:val="28"/>
                <w:lang w:val="vi-VN"/>
              </w:rPr>
              <w:t>.</w:t>
            </w:r>
          </w:p>
        </w:tc>
        <w:tc>
          <w:tcPr>
            <w:tcW w:w="602" w:type="pct"/>
          </w:tcPr>
          <w:p w14:paraId="342C5810" w14:textId="26FE38FA" w:rsidR="00A2041C" w:rsidRPr="00C3780B"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Bộ Khoa học và Công nghệ</w:t>
            </w:r>
          </w:p>
        </w:tc>
        <w:tc>
          <w:tcPr>
            <w:tcW w:w="807" w:type="pct"/>
          </w:tcPr>
          <w:p w14:paraId="243B3D6C" w14:textId="01DCA31E" w:rsidR="00A2041C" w:rsidRPr="00C3780B"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doanh nghiệp, tổ chức, cá nhân có liên quan</w:t>
            </w:r>
          </w:p>
        </w:tc>
        <w:tc>
          <w:tcPr>
            <w:tcW w:w="712" w:type="pct"/>
          </w:tcPr>
          <w:p w14:paraId="74306393" w14:textId="018B3EEB" w:rsidR="00A2041C" w:rsidRPr="00C3780B" w:rsidRDefault="00A2041C" w:rsidP="005778D2">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Các nhiệm vụ, </w:t>
            </w:r>
            <w:r w:rsidRPr="007D41B6">
              <w:rPr>
                <w:rFonts w:cs="Times New Roman"/>
                <w:color w:val="000000" w:themeColor="text1"/>
                <w:sz w:val="28"/>
                <w:szCs w:val="28"/>
                <w:lang w:val="vi-VN"/>
              </w:rPr>
              <w:t>phát triển các sản phẩm, dịch vụ AI “Make in</w:t>
            </w:r>
            <w:r w:rsidRPr="00C3780B">
              <w:rPr>
                <w:rFonts w:cs="Times New Roman"/>
                <w:color w:val="000000" w:themeColor="text1"/>
                <w:sz w:val="28"/>
                <w:szCs w:val="28"/>
                <w:lang w:val="vi-VN"/>
              </w:rPr>
              <w:t xml:space="preserve"> Viet Nam</w:t>
            </w:r>
            <w:r w:rsidRPr="007D41B6">
              <w:rPr>
                <w:rFonts w:cs="Times New Roman"/>
                <w:color w:val="000000" w:themeColor="text1"/>
                <w:sz w:val="28"/>
                <w:szCs w:val="28"/>
                <w:lang w:val="vi-VN"/>
              </w:rPr>
              <w:t>”</w:t>
            </w:r>
            <w:r w:rsidR="005778D2">
              <w:rPr>
                <w:rFonts w:cs="Times New Roman"/>
                <w:color w:val="000000" w:themeColor="text1"/>
                <w:sz w:val="28"/>
                <w:szCs w:val="28"/>
                <w:lang w:val="vi-VN"/>
              </w:rPr>
              <w:t>.</w:t>
            </w:r>
          </w:p>
        </w:tc>
        <w:tc>
          <w:tcPr>
            <w:tcW w:w="966" w:type="pct"/>
          </w:tcPr>
          <w:p w14:paraId="7F68E979" w14:textId="55F980F5" w:rsidR="00A2041C" w:rsidRPr="00C3780B" w:rsidRDefault="00A2041C" w:rsidP="005778D2">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Phát triển tối thiểu 10 sản phẩm công nghệ chiến lược AI </w:t>
            </w:r>
            <w:r w:rsidR="005778D2" w:rsidRPr="007D41B6">
              <w:rPr>
                <w:rFonts w:cs="Times New Roman"/>
                <w:color w:val="000000" w:themeColor="text1"/>
                <w:sz w:val="28"/>
                <w:szCs w:val="28"/>
                <w:lang w:val="vi-VN"/>
              </w:rPr>
              <w:t>“Make in</w:t>
            </w:r>
            <w:r w:rsidR="005778D2" w:rsidRPr="00C3780B">
              <w:rPr>
                <w:rFonts w:cs="Times New Roman"/>
                <w:color w:val="000000" w:themeColor="text1"/>
                <w:sz w:val="28"/>
                <w:szCs w:val="28"/>
                <w:lang w:val="vi-VN"/>
              </w:rPr>
              <w:t xml:space="preserve"> Viet Nam</w:t>
            </w:r>
            <w:r w:rsidR="005778D2" w:rsidRPr="007D41B6">
              <w:rPr>
                <w:rFonts w:cs="Times New Roman"/>
                <w:color w:val="000000" w:themeColor="text1"/>
                <w:sz w:val="28"/>
                <w:szCs w:val="28"/>
                <w:lang w:val="vi-VN"/>
              </w:rPr>
              <w:t>”</w:t>
            </w:r>
            <w:r w:rsidRPr="00C3780B">
              <w:rPr>
                <w:rFonts w:cs="Times New Roman"/>
                <w:color w:val="000000" w:themeColor="text1"/>
                <w:sz w:val="28"/>
                <w:szCs w:val="28"/>
                <w:lang w:val="vi-VN"/>
              </w:rPr>
              <w:t xml:space="preserve"> phục vụ các bài toán trọng điểm của Việt Nam.</w:t>
            </w:r>
          </w:p>
        </w:tc>
        <w:tc>
          <w:tcPr>
            <w:tcW w:w="622" w:type="pct"/>
          </w:tcPr>
          <w:p w14:paraId="76D1B686" w14:textId="3E7C76E4"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A2041C" w:rsidRPr="007D41B6" w14:paraId="5211B60E" w14:textId="77777777" w:rsidTr="005778D2">
        <w:tc>
          <w:tcPr>
            <w:tcW w:w="305" w:type="pct"/>
          </w:tcPr>
          <w:p w14:paraId="6C7984BE" w14:textId="25D2A513" w:rsidR="00A2041C" w:rsidRPr="007D41B6" w:rsidRDefault="00A2041C" w:rsidP="005778D2">
            <w:pPr>
              <w:pStyle w:val="ListParagraph"/>
              <w:numPr>
                <w:ilvl w:val="0"/>
                <w:numId w:val="17"/>
              </w:numPr>
              <w:spacing w:before="120" w:after="120" w:line="264" w:lineRule="auto"/>
              <w:jc w:val="both"/>
              <w:rPr>
                <w:rFonts w:cs="Times New Roman"/>
                <w:color w:val="000000" w:themeColor="text1"/>
                <w:sz w:val="28"/>
                <w:szCs w:val="28"/>
                <w:lang w:val="vi-VN"/>
              </w:rPr>
            </w:pPr>
          </w:p>
        </w:tc>
        <w:tc>
          <w:tcPr>
            <w:tcW w:w="986" w:type="pct"/>
          </w:tcPr>
          <w:p w14:paraId="0CE67000" w14:textId="0B085637" w:rsidR="00A2041C" w:rsidRPr="007D41B6"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Phát triển các nền tảng mở về AI, chủ động tham gia đóng góp vào cộng đồng mở về AI</w:t>
            </w:r>
            <w:r w:rsidR="005778D2">
              <w:rPr>
                <w:rFonts w:cs="Times New Roman"/>
                <w:color w:val="000000" w:themeColor="text1"/>
                <w:sz w:val="28"/>
                <w:szCs w:val="28"/>
                <w:lang w:val="vi-VN"/>
              </w:rPr>
              <w:t>.</w:t>
            </w:r>
          </w:p>
        </w:tc>
        <w:tc>
          <w:tcPr>
            <w:tcW w:w="602" w:type="pct"/>
          </w:tcPr>
          <w:p w14:paraId="7F6376F4" w14:textId="77777777" w:rsidR="00A2041C" w:rsidRPr="007D41B6"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ngành, địa phương, các doanh nghiệp</w:t>
            </w:r>
          </w:p>
        </w:tc>
        <w:tc>
          <w:tcPr>
            <w:tcW w:w="807" w:type="pct"/>
          </w:tcPr>
          <w:p w14:paraId="25D76F5F" w14:textId="77777777" w:rsidR="00A2041C" w:rsidRPr="007D41B6"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712" w:type="pct"/>
          </w:tcPr>
          <w:p w14:paraId="07EAB173" w14:textId="77777777" w:rsidR="00A2041C" w:rsidRPr="007D41B6" w:rsidRDefault="00A2041C" w:rsidP="005778D2">
            <w:pPr>
              <w:spacing w:before="120" w:after="120" w:line="264" w:lineRule="auto"/>
              <w:jc w:val="both"/>
              <w:rPr>
                <w:rFonts w:cs="Times New Roman"/>
                <w:color w:val="000000" w:themeColor="text1"/>
                <w:sz w:val="28"/>
                <w:szCs w:val="28"/>
                <w:lang w:val="vi-VN"/>
              </w:rPr>
            </w:pPr>
          </w:p>
        </w:tc>
        <w:tc>
          <w:tcPr>
            <w:tcW w:w="966" w:type="pct"/>
          </w:tcPr>
          <w:p w14:paraId="51A62B05" w14:textId="77777777" w:rsidR="00A2041C" w:rsidRPr="007D41B6" w:rsidRDefault="00A2041C" w:rsidP="005778D2">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Số nền tảng, công cụ, mô hình, bộ dữ liệu hoặc dự án AI mở được phát triển, sử dụng, đóng góp; cộng đồng AI mở Việt Nam được hình thành, duy trì và tham gia vào cộng đồng AI mở quốc tế.</w:t>
            </w:r>
          </w:p>
        </w:tc>
        <w:tc>
          <w:tcPr>
            <w:tcW w:w="622" w:type="pct"/>
          </w:tcPr>
          <w:p w14:paraId="6ECD3907" w14:textId="77777777"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A2041C" w:rsidRPr="007D41B6" w14:paraId="708AEB60" w14:textId="77777777" w:rsidTr="005778D2">
        <w:tc>
          <w:tcPr>
            <w:tcW w:w="305" w:type="pct"/>
          </w:tcPr>
          <w:p w14:paraId="45AA3BBB" w14:textId="77777777" w:rsidR="00A2041C" w:rsidRPr="007D41B6" w:rsidRDefault="00A2041C" w:rsidP="005778D2">
            <w:pPr>
              <w:pStyle w:val="ListParagraph"/>
              <w:numPr>
                <w:ilvl w:val="0"/>
                <w:numId w:val="17"/>
              </w:numPr>
              <w:spacing w:before="120" w:after="120" w:line="264" w:lineRule="auto"/>
              <w:jc w:val="both"/>
              <w:rPr>
                <w:rFonts w:cs="Times New Roman"/>
                <w:color w:val="000000" w:themeColor="text1"/>
                <w:sz w:val="28"/>
                <w:szCs w:val="28"/>
                <w:lang w:val="vi-VN"/>
              </w:rPr>
            </w:pPr>
          </w:p>
        </w:tc>
        <w:tc>
          <w:tcPr>
            <w:tcW w:w="986" w:type="pct"/>
          </w:tcPr>
          <w:p w14:paraId="2EC25A50" w14:textId="1C74B617" w:rsidR="00A2041C" w:rsidRPr="007D41B6" w:rsidRDefault="00A2041C" w:rsidP="005778D2">
            <w:pPr>
              <w:spacing w:before="120" w:after="120" w:line="264" w:lineRule="auto"/>
              <w:jc w:val="both"/>
              <w:rPr>
                <w:rFonts w:cs="Times New Roman"/>
                <w:color w:val="000000" w:themeColor="text1"/>
                <w:sz w:val="28"/>
                <w:szCs w:val="28"/>
                <w:lang w:val="vi-VN"/>
              </w:rPr>
            </w:pPr>
            <w:r w:rsidRPr="00C3780B">
              <w:rPr>
                <w:color w:val="000000" w:themeColor="text1"/>
                <w:sz w:val="28"/>
                <w:szCs w:val="28"/>
                <w:lang w:val="vi-VN"/>
              </w:rPr>
              <w:t>Nghiên cứu cơ chế tín dụng ưu đãi, hỗ trợ lãi suất, ưu đãi thuế và hỗ trợ chi phí sử dụng AI theo kết quả, hiệu quả triển khai; bảo đảm có giám sát, đánh giá và phù hợp với quy định của pháp luật.</w:t>
            </w:r>
          </w:p>
        </w:tc>
        <w:tc>
          <w:tcPr>
            <w:tcW w:w="602" w:type="pct"/>
          </w:tcPr>
          <w:p w14:paraId="710F7FAF" w14:textId="11F9F0EB" w:rsidR="00A2041C" w:rsidRPr="00C3780B" w:rsidRDefault="00A2041C" w:rsidP="005778D2">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Tài chính, Ngân hàng Nhà nước</w:t>
            </w:r>
          </w:p>
        </w:tc>
        <w:tc>
          <w:tcPr>
            <w:tcW w:w="807" w:type="pct"/>
          </w:tcPr>
          <w:p w14:paraId="7AA2477E" w14:textId="77777777" w:rsidR="00A2041C" w:rsidRPr="007D41B6" w:rsidRDefault="00A2041C" w:rsidP="005778D2">
            <w:pPr>
              <w:spacing w:before="120" w:after="120" w:line="264" w:lineRule="auto"/>
              <w:jc w:val="both"/>
              <w:rPr>
                <w:rFonts w:cs="Times New Roman"/>
                <w:color w:val="000000" w:themeColor="text1"/>
                <w:sz w:val="28"/>
                <w:szCs w:val="28"/>
                <w:lang w:val="vi-VN"/>
              </w:rPr>
            </w:pPr>
          </w:p>
        </w:tc>
        <w:tc>
          <w:tcPr>
            <w:tcW w:w="712" w:type="pct"/>
          </w:tcPr>
          <w:p w14:paraId="432CB71E" w14:textId="1E2A761B" w:rsidR="00A2041C" w:rsidRPr="005778D2" w:rsidRDefault="00A2041C" w:rsidP="005778D2">
            <w:pPr>
              <w:spacing w:before="120" w:after="120" w:line="264" w:lineRule="auto"/>
              <w:jc w:val="both"/>
              <w:rPr>
                <w:rFonts w:cs="Times New Roman"/>
                <w:color w:val="000000" w:themeColor="text1"/>
                <w:sz w:val="28"/>
                <w:szCs w:val="28"/>
                <w:lang w:val="vi-VN"/>
              </w:rPr>
            </w:pPr>
          </w:p>
        </w:tc>
        <w:tc>
          <w:tcPr>
            <w:tcW w:w="966" w:type="pct"/>
          </w:tcPr>
          <w:p w14:paraId="2579D3AA" w14:textId="77777777" w:rsidR="00A2041C" w:rsidRPr="007D41B6" w:rsidRDefault="00A2041C" w:rsidP="005778D2">
            <w:pPr>
              <w:spacing w:before="120" w:after="120" w:line="264" w:lineRule="auto"/>
              <w:jc w:val="both"/>
              <w:rPr>
                <w:rFonts w:cs="Times New Roman"/>
                <w:color w:val="000000" w:themeColor="text1"/>
                <w:sz w:val="28"/>
                <w:szCs w:val="28"/>
                <w:lang w:val="vi-VN"/>
              </w:rPr>
            </w:pPr>
          </w:p>
        </w:tc>
        <w:tc>
          <w:tcPr>
            <w:tcW w:w="622" w:type="pct"/>
          </w:tcPr>
          <w:p w14:paraId="4DB9EB76" w14:textId="062AE878"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2026</w:t>
            </w:r>
            <w:r w:rsidR="005778D2">
              <w:rPr>
                <w:rFonts w:cs="Times New Roman"/>
                <w:color w:val="000000" w:themeColor="text1"/>
                <w:sz w:val="28"/>
                <w:szCs w:val="28"/>
                <w:lang w:val="vi-VN"/>
              </w:rPr>
              <w:t xml:space="preserve"> </w:t>
            </w:r>
            <w:r w:rsidRPr="007D41B6">
              <w:rPr>
                <w:rFonts w:cs="Times New Roman"/>
                <w:color w:val="000000" w:themeColor="text1"/>
                <w:sz w:val="28"/>
                <w:szCs w:val="28"/>
              </w:rPr>
              <w:t>-</w:t>
            </w:r>
            <w:r w:rsidR="005778D2">
              <w:rPr>
                <w:rFonts w:cs="Times New Roman"/>
                <w:color w:val="000000" w:themeColor="text1"/>
                <w:sz w:val="28"/>
                <w:szCs w:val="28"/>
                <w:lang w:val="vi-VN"/>
              </w:rPr>
              <w:t xml:space="preserve"> </w:t>
            </w:r>
            <w:r w:rsidRPr="007D41B6">
              <w:rPr>
                <w:rFonts w:cs="Times New Roman"/>
                <w:color w:val="000000" w:themeColor="text1"/>
                <w:sz w:val="28"/>
                <w:szCs w:val="28"/>
              </w:rPr>
              <w:t>2027</w:t>
            </w:r>
          </w:p>
        </w:tc>
      </w:tr>
      <w:tr w:rsidR="00D72A03" w:rsidRPr="007D41B6" w14:paraId="7032881D" w14:textId="77777777" w:rsidTr="005778D2">
        <w:tc>
          <w:tcPr>
            <w:tcW w:w="305" w:type="pct"/>
          </w:tcPr>
          <w:p w14:paraId="5F23CD61" w14:textId="77777777" w:rsidR="00D72A03" w:rsidRPr="007D41B6" w:rsidRDefault="00D72A03" w:rsidP="00D72A03">
            <w:pPr>
              <w:pStyle w:val="ListParagraph"/>
              <w:numPr>
                <w:ilvl w:val="0"/>
                <w:numId w:val="17"/>
              </w:numPr>
              <w:spacing w:before="120" w:after="120" w:line="264" w:lineRule="auto"/>
              <w:jc w:val="both"/>
              <w:rPr>
                <w:rFonts w:cs="Times New Roman"/>
                <w:color w:val="000000" w:themeColor="text1"/>
                <w:sz w:val="28"/>
                <w:szCs w:val="28"/>
                <w:lang w:val="vi-VN"/>
              </w:rPr>
            </w:pPr>
          </w:p>
        </w:tc>
        <w:tc>
          <w:tcPr>
            <w:tcW w:w="986" w:type="pct"/>
          </w:tcPr>
          <w:p w14:paraId="7B8AFA1F" w14:textId="1F44A034" w:rsidR="00D72A03" w:rsidRPr="00C3780B" w:rsidRDefault="00D72A03" w:rsidP="00D72A03">
            <w:pPr>
              <w:spacing w:before="120" w:after="120" w:line="264" w:lineRule="auto"/>
              <w:jc w:val="both"/>
              <w:rPr>
                <w:color w:val="000000" w:themeColor="text1"/>
                <w:sz w:val="28"/>
                <w:szCs w:val="28"/>
                <w:lang w:val="vi-VN"/>
              </w:rPr>
            </w:pPr>
            <w:r w:rsidRPr="00C3780B">
              <w:rPr>
                <w:rFonts w:cs="Times New Roman"/>
                <w:color w:val="000000" w:themeColor="text1"/>
                <w:sz w:val="28"/>
                <w:szCs w:val="28"/>
                <w:lang w:val="vi-VN"/>
              </w:rPr>
              <w:t>Hỗ trợ doanh nghiệp AI đăng ký sáng chế, bảo hộ quyền sở hữu trí tuệ, tư vấn hồ sơ, nâng cao năng lực pháp lý và thương mại hóa sản phẩm, mô hình, nền tảng và tác nhân AI tại thị trường trong nước và quốc tế.</w:t>
            </w:r>
          </w:p>
        </w:tc>
        <w:tc>
          <w:tcPr>
            <w:tcW w:w="602" w:type="pct"/>
          </w:tcPr>
          <w:p w14:paraId="1DAA6915" w14:textId="26C2A2F0" w:rsidR="00D72A03" w:rsidRPr="00C3780B" w:rsidRDefault="00D72A03" w:rsidP="00D72A03">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w:t>
            </w:r>
            <w:r w:rsidRPr="007D41B6">
              <w:rPr>
                <w:rFonts w:cs="Times New Roman"/>
                <w:color w:val="000000" w:themeColor="text1"/>
                <w:sz w:val="28"/>
                <w:szCs w:val="28"/>
                <w:lang w:val="vi-VN"/>
              </w:rPr>
              <w:t xml:space="preserve"> Khoa học và Công nghệ</w:t>
            </w:r>
          </w:p>
        </w:tc>
        <w:tc>
          <w:tcPr>
            <w:tcW w:w="807" w:type="pct"/>
          </w:tcPr>
          <w:p w14:paraId="2D8DFACF" w14:textId="13F1A5EF" w:rsidR="00D72A03" w:rsidRPr="007D41B6" w:rsidRDefault="00D72A03" w:rsidP="00D72A03">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bộ, ngành, tổ chức, cá nhân liên quan</w:t>
            </w:r>
          </w:p>
        </w:tc>
        <w:tc>
          <w:tcPr>
            <w:tcW w:w="712" w:type="pct"/>
          </w:tcPr>
          <w:p w14:paraId="17F5CBE3" w14:textId="5C5CDFCE" w:rsidR="00D72A03" w:rsidRPr="00C3780B" w:rsidRDefault="00D72A03" w:rsidP="00D72A03">
            <w:pPr>
              <w:spacing w:before="120" w:after="120" w:line="264" w:lineRule="auto"/>
              <w:jc w:val="both"/>
              <w:rPr>
                <w:lang w:val="vi-VN"/>
              </w:rPr>
            </w:pPr>
            <w:r w:rsidRPr="00C3780B">
              <w:rPr>
                <w:rFonts w:cs="Times New Roman"/>
                <w:color w:val="000000" w:themeColor="text1"/>
                <w:sz w:val="28"/>
                <w:szCs w:val="28"/>
                <w:lang w:val="vi-VN"/>
              </w:rPr>
              <w:t>Số lượng đơn đăng ký sáng chế, văn bằng bảo hộ sáng chế liên quan đến AI của người Việt Nam tăng 16-18%/năm; tỷ lệ khai thác thương mại đạt 8-10%.</w:t>
            </w:r>
          </w:p>
        </w:tc>
        <w:tc>
          <w:tcPr>
            <w:tcW w:w="966" w:type="pct"/>
          </w:tcPr>
          <w:p w14:paraId="4B9B8135" w14:textId="15E0838E" w:rsidR="00D72A03" w:rsidRPr="007D41B6" w:rsidRDefault="00D72A03" w:rsidP="00D72A03">
            <w:pPr>
              <w:spacing w:before="120" w:after="120" w:line="264" w:lineRule="auto"/>
              <w:jc w:val="both"/>
              <w:rPr>
                <w:rFonts w:cs="Times New Roman"/>
                <w:color w:val="000000" w:themeColor="text1"/>
                <w:sz w:val="28"/>
                <w:szCs w:val="28"/>
                <w:lang w:val="vi-VN"/>
              </w:rPr>
            </w:pPr>
          </w:p>
        </w:tc>
        <w:tc>
          <w:tcPr>
            <w:tcW w:w="622" w:type="pct"/>
          </w:tcPr>
          <w:p w14:paraId="27B89B82" w14:textId="79E599E4" w:rsidR="00D72A03" w:rsidRPr="007D41B6" w:rsidRDefault="00D72A03"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D72A03" w:rsidRPr="007D41B6" w14:paraId="654523D0" w14:textId="77777777" w:rsidTr="005778D2">
        <w:tc>
          <w:tcPr>
            <w:tcW w:w="305" w:type="pct"/>
          </w:tcPr>
          <w:p w14:paraId="2D83D8B7" w14:textId="77777777" w:rsidR="00D72A03" w:rsidRPr="007D41B6" w:rsidRDefault="00D72A03" w:rsidP="00D72A03">
            <w:pPr>
              <w:pStyle w:val="ListParagraph"/>
              <w:numPr>
                <w:ilvl w:val="0"/>
                <w:numId w:val="17"/>
              </w:numPr>
              <w:spacing w:before="120" w:after="120" w:line="264" w:lineRule="auto"/>
              <w:jc w:val="both"/>
              <w:rPr>
                <w:rFonts w:cs="Times New Roman"/>
                <w:color w:val="000000" w:themeColor="text1"/>
                <w:sz w:val="28"/>
                <w:szCs w:val="28"/>
                <w:lang w:val="vi-VN"/>
              </w:rPr>
            </w:pPr>
          </w:p>
        </w:tc>
        <w:tc>
          <w:tcPr>
            <w:tcW w:w="986" w:type="pct"/>
          </w:tcPr>
          <w:p w14:paraId="361DA25F" w14:textId="6E178B52" w:rsidR="00D72A03" w:rsidRPr="00C3780B" w:rsidRDefault="00D72A03" w:rsidP="00D72A03">
            <w:pPr>
              <w:spacing w:before="120" w:after="120" w:line="264" w:lineRule="auto"/>
              <w:jc w:val="both"/>
              <w:rPr>
                <w:color w:val="000000" w:themeColor="text1"/>
                <w:sz w:val="28"/>
                <w:szCs w:val="28"/>
                <w:lang w:val="vi-VN"/>
              </w:rPr>
            </w:pPr>
            <w:r w:rsidRPr="00C3780B">
              <w:rPr>
                <w:rFonts w:cs="Times New Roman"/>
                <w:color w:val="000000" w:themeColor="text1"/>
                <w:sz w:val="28"/>
                <w:szCs w:val="28"/>
                <w:lang w:val="vi-VN"/>
              </w:rPr>
              <w:t>Hình thành mạng lưới chuyên gia pháp lý - kỹ thuật hỗ trợ sáng chế AI, bảo hộ quốc tế, khai thác thương mại</w:t>
            </w:r>
          </w:p>
        </w:tc>
        <w:tc>
          <w:tcPr>
            <w:tcW w:w="602" w:type="pct"/>
          </w:tcPr>
          <w:p w14:paraId="29EAF1B3" w14:textId="1848A8ED" w:rsidR="00D72A03" w:rsidRPr="00C3780B" w:rsidRDefault="00D72A03" w:rsidP="00D72A03">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w:t>
            </w:r>
            <w:r w:rsidRPr="007D41B6">
              <w:rPr>
                <w:rFonts w:cs="Times New Roman"/>
                <w:color w:val="000000" w:themeColor="text1"/>
                <w:sz w:val="28"/>
                <w:szCs w:val="28"/>
                <w:lang w:val="vi-VN"/>
              </w:rPr>
              <w:t xml:space="preserve"> Khoa học và Công nghệ</w:t>
            </w:r>
          </w:p>
        </w:tc>
        <w:tc>
          <w:tcPr>
            <w:tcW w:w="807" w:type="pct"/>
          </w:tcPr>
          <w:p w14:paraId="35473C0A" w14:textId="3685415F" w:rsidR="00D72A03" w:rsidRPr="007D41B6" w:rsidRDefault="00D72A03" w:rsidP="00D72A03">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bộ, ngành, tổ chức, cá nhân liên quan</w:t>
            </w:r>
          </w:p>
        </w:tc>
        <w:tc>
          <w:tcPr>
            <w:tcW w:w="712" w:type="pct"/>
          </w:tcPr>
          <w:p w14:paraId="4115E102" w14:textId="77777777" w:rsidR="00D72A03" w:rsidRPr="00C3780B" w:rsidRDefault="00D72A03" w:rsidP="00D72A03">
            <w:pPr>
              <w:spacing w:before="120" w:after="120" w:line="264" w:lineRule="auto"/>
              <w:jc w:val="both"/>
              <w:rPr>
                <w:lang w:val="vi-VN"/>
              </w:rPr>
            </w:pPr>
          </w:p>
        </w:tc>
        <w:tc>
          <w:tcPr>
            <w:tcW w:w="966" w:type="pct"/>
          </w:tcPr>
          <w:p w14:paraId="7F65E2D0" w14:textId="38CA313E" w:rsidR="00D72A03" w:rsidRPr="007D41B6" w:rsidRDefault="00D72A03" w:rsidP="00D72A03">
            <w:pPr>
              <w:spacing w:before="120" w:after="120" w:line="264" w:lineRule="auto"/>
              <w:jc w:val="both"/>
              <w:rPr>
                <w:rFonts w:cs="Times New Roman"/>
                <w:color w:val="000000" w:themeColor="text1"/>
                <w:sz w:val="28"/>
                <w:szCs w:val="28"/>
                <w:lang w:val="vi-VN"/>
              </w:rPr>
            </w:pPr>
          </w:p>
        </w:tc>
        <w:tc>
          <w:tcPr>
            <w:tcW w:w="622" w:type="pct"/>
          </w:tcPr>
          <w:p w14:paraId="02BB44A5" w14:textId="4E1E49A2" w:rsidR="00D72A03" w:rsidRPr="007D41B6" w:rsidRDefault="00D72A03"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2026</w:t>
            </w:r>
          </w:p>
        </w:tc>
      </w:tr>
    </w:tbl>
    <w:p w14:paraId="0C822250" w14:textId="77777777" w:rsidR="00BC7E0E" w:rsidRPr="007D41B6" w:rsidRDefault="00BC7E0E" w:rsidP="006D5D4A">
      <w:pPr>
        <w:spacing w:before="120" w:after="120" w:line="264" w:lineRule="auto"/>
        <w:jc w:val="both"/>
        <w:rPr>
          <w:rFonts w:cs="Times New Roman"/>
          <w:color w:val="000000" w:themeColor="text1"/>
          <w:sz w:val="28"/>
          <w:szCs w:val="28"/>
          <w:lang w:val="vi-VN"/>
        </w:rPr>
      </w:pPr>
    </w:p>
    <w:p w14:paraId="0C14C4B3" w14:textId="77777777" w:rsidR="000861C8" w:rsidRPr="007D41B6" w:rsidRDefault="000861C8" w:rsidP="006D5D4A">
      <w:pPr>
        <w:spacing w:before="120" w:after="120" w:line="264" w:lineRule="auto"/>
        <w:jc w:val="both"/>
        <w:rPr>
          <w:rFonts w:cs="Times New Roman"/>
          <w:color w:val="000000" w:themeColor="text1"/>
          <w:sz w:val="28"/>
          <w:szCs w:val="28"/>
          <w:lang w:val="vi-VN"/>
        </w:rPr>
      </w:pPr>
    </w:p>
    <w:p w14:paraId="6015C697" w14:textId="5444F179" w:rsidR="00301651"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C3780B">
        <w:rPr>
          <w:rFonts w:ascii="Times New Roman" w:hAnsi="Times New Roman" w:cs="Times New Roman"/>
          <w:color w:val="000000" w:themeColor="text1"/>
          <w:sz w:val="28"/>
          <w:szCs w:val="28"/>
          <w:lang w:val="vi-VN"/>
        </w:rPr>
        <w:lastRenderedPageBreak/>
        <w:t xml:space="preserve">Nhóm nhiệm vụ 7. </w:t>
      </w:r>
      <w:r w:rsidR="002F1AA8" w:rsidRPr="002F1AA8">
        <w:rPr>
          <w:rFonts w:ascii="Times New Roman" w:hAnsi="Times New Roman" w:cs="Times New Roman"/>
          <w:color w:val="000000" w:themeColor="text1"/>
          <w:sz w:val="28"/>
          <w:szCs w:val="28"/>
          <w:lang w:val="vi-VN"/>
        </w:rPr>
        <w:t>Hỗ trợ doanh nghiệp nhỏ và vừa, hộ kinh doanh, hợp tác xã chuyển đổi bằng AI</w:t>
      </w:r>
    </w:p>
    <w:tbl>
      <w:tblPr>
        <w:tblStyle w:val="TableGrid"/>
        <w:tblW w:w="5000" w:type="pct"/>
        <w:tblLook w:val="04A0" w:firstRow="1" w:lastRow="0" w:firstColumn="1" w:lastColumn="0" w:noHBand="0" w:noVBand="1"/>
      </w:tblPr>
      <w:tblGrid>
        <w:gridCol w:w="853"/>
        <w:gridCol w:w="2822"/>
        <w:gridCol w:w="1688"/>
        <w:gridCol w:w="2272"/>
        <w:gridCol w:w="2392"/>
        <w:gridCol w:w="2389"/>
        <w:gridCol w:w="1556"/>
      </w:tblGrid>
      <w:tr w:rsidR="00A2041C" w:rsidRPr="007D41B6" w14:paraId="7F1950CD" w14:textId="77777777" w:rsidTr="001D2830">
        <w:trPr>
          <w:tblHeader/>
        </w:trPr>
        <w:tc>
          <w:tcPr>
            <w:tcW w:w="305" w:type="pct"/>
          </w:tcPr>
          <w:p w14:paraId="3E706759" w14:textId="77777777"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1010" w:type="pct"/>
          </w:tcPr>
          <w:p w14:paraId="793988A9" w14:textId="77777777"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604" w:type="pct"/>
          </w:tcPr>
          <w:p w14:paraId="2F3CB89A" w14:textId="415C0FF0" w:rsidR="00A2041C" w:rsidRPr="007D41B6" w:rsidRDefault="00862791" w:rsidP="009408BC">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2041C" w:rsidRPr="007D41B6">
              <w:rPr>
                <w:rFonts w:cs="Times New Roman"/>
                <w:b/>
                <w:color w:val="000000" w:themeColor="text1"/>
                <w:sz w:val="28"/>
                <w:szCs w:val="28"/>
              </w:rPr>
              <w:t xml:space="preserve"> chủ trì</w:t>
            </w:r>
          </w:p>
        </w:tc>
        <w:tc>
          <w:tcPr>
            <w:tcW w:w="813" w:type="pct"/>
          </w:tcPr>
          <w:p w14:paraId="4782B380" w14:textId="10E5D74B" w:rsidR="00A2041C" w:rsidRPr="007D41B6" w:rsidRDefault="00862791" w:rsidP="009408BC">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2041C" w:rsidRPr="007D41B6">
              <w:rPr>
                <w:rFonts w:cs="Times New Roman"/>
                <w:b/>
                <w:color w:val="000000" w:themeColor="text1"/>
                <w:sz w:val="28"/>
                <w:szCs w:val="28"/>
              </w:rPr>
              <w:t xml:space="preserve"> phối hợp</w:t>
            </w:r>
          </w:p>
        </w:tc>
        <w:tc>
          <w:tcPr>
            <w:tcW w:w="856" w:type="pct"/>
          </w:tcPr>
          <w:p w14:paraId="6A614F5E" w14:textId="77777777"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855" w:type="pct"/>
          </w:tcPr>
          <w:p w14:paraId="322EAF21" w14:textId="77777777" w:rsidR="00A2041C" w:rsidRPr="007D41B6" w:rsidRDefault="00A2041C"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557" w:type="pct"/>
          </w:tcPr>
          <w:p w14:paraId="440140A2" w14:textId="1AB052E8" w:rsidR="00A2041C" w:rsidRPr="00862791" w:rsidRDefault="00A2041C" w:rsidP="009408BC">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 xml:space="preserve">Thời </w:t>
            </w:r>
            <w:r w:rsidR="00862791">
              <w:rPr>
                <w:rFonts w:cs="Times New Roman"/>
                <w:b/>
                <w:color w:val="000000" w:themeColor="text1"/>
                <w:sz w:val="28"/>
                <w:szCs w:val="28"/>
              </w:rPr>
              <w:t>gian</w:t>
            </w:r>
            <w:r w:rsidR="00862791">
              <w:rPr>
                <w:rFonts w:cs="Times New Roman"/>
                <w:b/>
                <w:color w:val="000000" w:themeColor="text1"/>
                <w:sz w:val="28"/>
                <w:szCs w:val="28"/>
                <w:lang w:val="vi-VN"/>
              </w:rPr>
              <w:t xml:space="preserve"> thực hiện</w:t>
            </w:r>
          </w:p>
        </w:tc>
      </w:tr>
      <w:tr w:rsidR="00A2041C" w:rsidRPr="007D41B6" w14:paraId="4860A829" w14:textId="77777777" w:rsidTr="001D2830">
        <w:tc>
          <w:tcPr>
            <w:tcW w:w="305" w:type="pct"/>
          </w:tcPr>
          <w:p w14:paraId="093DD365" w14:textId="589207B7" w:rsidR="00A2041C" w:rsidRPr="007D41B6" w:rsidRDefault="00A2041C" w:rsidP="00862791">
            <w:pPr>
              <w:pStyle w:val="ListParagraph"/>
              <w:numPr>
                <w:ilvl w:val="0"/>
                <w:numId w:val="18"/>
              </w:numPr>
              <w:spacing w:before="120" w:after="120" w:line="264" w:lineRule="auto"/>
              <w:jc w:val="both"/>
              <w:rPr>
                <w:rFonts w:cs="Times New Roman"/>
                <w:color w:val="000000" w:themeColor="text1"/>
                <w:sz w:val="28"/>
                <w:szCs w:val="28"/>
                <w:lang w:val="vi-VN"/>
              </w:rPr>
            </w:pPr>
          </w:p>
        </w:tc>
        <w:tc>
          <w:tcPr>
            <w:tcW w:w="1010" w:type="pct"/>
          </w:tcPr>
          <w:p w14:paraId="23E3742E" w14:textId="77777777" w:rsidR="00A2041C" w:rsidRPr="00C3780B" w:rsidRDefault="00A2041C" w:rsidP="00862791">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Phát triển gói giải pháp AI dùng chung trong quản trị, kế toán, bán hàng, marketing, chăm sóc khách hàng, quản lý kho, nhân sự, sản xuất, logistics.</w:t>
            </w:r>
          </w:p>
        </w:tc>
        <w:tc>
          <w:tcPr>
            <w:tcW w:w="604" w:type="pct"/>
          </w:tcPr>
          <w:p w14:paraId="67ECBBCF" w14:textId="77777777" w:rsidR="00A2041C" w:rsidRPr="00C3780B" w:rsidRDefault="00A2041C" w:rsidP="00862791">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813" w:type="pct"/>
          </w:tcPr>
          <w:p w14:paraId="7FEDEFC1" w14:textId="6489C8DC" w:rsidR="00A2041C" w:rsidRPr="00C3780B" w:rsidRDefault="00A2041C" w:rsidP="00862791">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hiệp hội, doanh nghiệp, tổ chức, cá nhân liên quan</w:t>
            </w:r>
          </w:p>
        </w:tc>
        <w:tc>
          <w:tcPr>
            <w:tcW w:w="856" w:type="pct"/>
          </w:tcPr>
          <w:p w14:paraId="1BE4D787" w14:textId="77777777" w:rsidR="00A2041C" w:rsidRPr="00C3780B" w:rsidRDefault="00A2041C" w:rsidP="00862791">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Gói giải pháp AI dùng chung, dễ tích hợp vào quy trình sản xuất, kinh doanh, có hướng dẫn triển khai và cơ chế bảo vệ dữ liệu doanh nghiệp.</w:t>
            </w:r>
          </w:p>
        </w:tc>
        <w:tc>
          <w:tcPr>
            <w:tcW w:w="855" w:type="pct"/>
          </w:tcPr>
          <w:p w14:paraId="352D0D0B" w14:textId="62848EEB" w:rsidR="00A2041C" w:rsidRPr="00C3780B" w:rsidRDefault="00A2041C" w:rsidP="00862791">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Tối thiểu 40% doanh nghiệp nhỏ và vừa tiếp cận, sử dụng nền tảng AI-as-a-service, tác nhân AI hoặc giải pháp AI dùng chung.</w:t>
            </w:r>
          </w:p>
        </w:tc>
        <w:tc>
          <w:tcPr>
            <w:tcW w:w="557" w:type="pct"/>
          </w:tcPr>
          <w:p w14:paraId="1C5A1EEA" w14:textId="4A2AE9EE" w:rsidR="00A2041C" w:rsidRPr="007D41B6" w:rsidRDefault="00A2041C" w:rsidP="00862791">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sidR="001D2830">
              <w:rPr>
                <w:rFonts w:cs="Times New Roman"/>
                <w:color w:val="000000" w:themeColor="text1"/>
                <w:sz w:val="28"/>
                <w:szCs w:val="28"/>
                <w:lang w:val="vi-VN"/>
              </w:rPr>
              <w:t xml:space="preserve"> </w:t>
            </w:r>
            <w:r w:rsidRPr="007D41B6">
              <w:rPr>
                <w:rFonts w:cs="Times New Roman"/>
                <w:color w:val="000000" w:themeColor="text1"/>
                <w:sz w:val="28"/>
                <w:szCs w:val="28"/>
              </w:rPr>
              <w:t>-</w:t>
            </w:r>
            <w:r w:rsidR="001D2830">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9408BC" w:rsidRPr="007D41B6" w14:paraId="50D42A94" w14:textId="77777777" w:rsidTr="001D2830">
        <w:tc>
          <w:tcPr>
            <w:tcW w:w="305" w:type="pct"/>
          </w:tcPr>
          <w:p w14:paraId="3F200CBA" w14:textId="5A646560" w:rsidR="009408BC" w:rsidRPr="007D41B6" w:rsidRDefault="009408BC" w:rsidP="009408BC">
            <w:pPr>
              <w:pStyle w:val="ListParagraph"/>
              <w:numPr>
                <w:ilvl w:val="0"/>
                <w:numId w:val="18"/>
              </w:numPr>
              <w:spacing w:before="120" w:after="120" w:line="264" w:lineRule="auto"/>
              <w:jc w:val="both"/>
              <w:rPr>
                <w:rFonts w:cs="Times New Roman"/>
                <w:color w:val="000000" w:themeColor="text1"/>
                <w:sz w:val="28"/>
                <w:szCs w:val="28"/>
                <w:lang w:val="vi-VN"/>
              </w:rPr>
            </w:pPr>
          </w:p>
        </w:tc>
        <w:tc>
          <w:tcPr>
            <w:tcW w:w="1010" w:type="pct"/>
          </w:tcPr>
          <w:p w14:paraId="4B95219F" w14:textId="709CAAAC"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Phát triển nền tảng dịch vụ AI/ tác nhân và dịch vụ điện toán đám mây phổ cập cho doanh nghiệp nhỏ và vừa</w:t>
            </w:r>
            <w:r w:rsidR="002F1AA8">
              <w:rPr>
                <w:rFonts w:cs="Times New Roman"/>
                <w:color w:val="000000" w:themeColor="text1"/>
                <w:sz w:val="28"/>
                <w:szCs w:val="28"/>
              </w:rPr>
              <w:t>, hộ kinh doanh, hợp tác xã</w:t>
            </w:r>
            <w:r w:rsidRPr="00C3780B">
              <w:rPr>
                <w:rFonts w:cs="Times New Roman"/>
                <w:color w:val="000000" w:themeColor="text1"/>
                <w:sz w:val="28"/>
                <w:szCs w:val="28"/>
                <w:lang w:val="vi-VN"/>
              </w:rPr>
              <w:t>.</w:t>
            </w:r>
          </w:p>
        </w:tc>
        <w:tc>
          <w:tcPr>
            <w:tcW w:w="604" w:type="pct"/>
          </w:tcPr>
          <w:p w14:paraId="3337B9BD" w14:textId="77777777"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813" w:type="pct"/>
          </w:tcPr>
          <w:p w14:paraId="7BDD4D7D" w14:textId="691B5BCC"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hiệp hội, doanh nghiệp, tổ chức, cá nhân liên quan</w:t>
            </w:r>
          </w:p>
        </w:tc>
        <w:tc>
          <w:tcPr>
            <w:tcW w:w="856" w:type="pct"/>
          </w:tcPr>
          <w:p w14:paraId="42B129A4" w14:textId="77777777"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Nền tảng AI-as-a-service, tác nhân AI dùng chung và dịch vụ điện toán đám mây phổ cập.</w:t>
            </w:r>
          </w:p>
        </w:tc>
        <w:tc>
          <w:tcPr>
            <w:tcW w:w="855" w:type="pct"/>
          </w:tcPr>
          <w:p w14:paraId="21975CE9" w14:textId="19B70A28"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Tối thiểu 40% doanh nghiệp nhỏ và vừa tiếp cận, sử dụng nền tảng AI-as-a-service, tác nhân AI hoặc giải pháp AI dùng chung.</w:t>
            </w:r>
          </w:p>
        </w:tc>
        <w:tc>
          <w:tcPr>
            <w:tcW w:w="557" w:type="pct"/>
          </w:tcPr>
          <w:p w14:paraId="46D41270" w14:textId="3A05D8F5" w:rsidR="009408BC" w:rsidRPr="007D41B6" w:rsidRDefault="009408BC"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2026</w:t>
            </w:r>
            <w:r>
              <w:rPr>
                <w:rFonts w:cs="Times New Roman"/>
                <w:color w:val="000000" w:themeColor="text1"/>
                <w:sz w:val="28"/>
                <w:szCs w:val="28"/>
                <w:lang w:val="vi-VN"/>
              </w:rPr>
              <w:t xml:space="preserve"> </w:t>
            </w:r>
            <w:r w:rsidRPr="007D41B6">
              <w:rPr>
                <w:rFonts w:cs="Times New Roman"/>
                <w:color w:val="000000" w:themeColor="text1"/>
                <w:sz w:val="28"/>
                <w:szCs w:val="28"/>
              </w:rPr>
              <w:t>-</w:t>
            </w:r>
            <w:r>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9408BC" w:rsidRPr="007D41B6" w14:paraId="54F73663" w14:textId="77777777" w:rsidTr="001D2830">
        <w:tc>
          <w:tcPr>
            <w:tcW w:w="305" w:type="pct"/>
          </w:tcPr>
          <w:p w14:paraId="76724C13" w14:textId="635BF8CB" w:rsidR="009408BC" w:rsidRPr="007D41B6" w:rsidRDefault="009408BC" w:rsidP="009408BC">
            <w:pPr>
              <w:pStyle w:val="ListParagraph"/>
              <w:numPr>
                <w:ilvl w:val="0"/>
                <w:numId w:val="18"/>
              </w:numPr>
              <w:spacing w:before="120" w:after="120" w:line="264" w:lineRule="auto"/>
              <w:jc w:val="both"/>
              <w:rPr>
                <w:rFonts w:cs="Times New Roman"/>
                <w:color w:val="000000" w:themeColor="text1"/>
                <w:sz w:val="28"/>
                <w:szCs w:val="28"/>
                <w:lang w:val="vi-VN"/>
              </w:rPr>
            </w:pPr>
          </w:p>
        </w:tc>
        <w:tc>
          <w:tcPr>
            <w:tcW w:w="1010" w:type="pct"/>
          </w:tcPr>
          <w:p w14:paraId="19DD6CB7" w14:textId="2BA5235C"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Hình thành mạng lưới tư vấn, đào tạo, hỗ trợ triển khai AI cho doanh </w:t>
            </w:r>
            <w:r w:rsidRPr="00C3780B">
              <w:rPr>
                <w:rFonts w:cs="Times New Roman"/>
                <w:color w:val="000000" w:themeColor="text1"/>
                <w:sz w:val="28"/>
                <w:szCs w:val="28"/>
                <w:lang w:val="vi-VN"/>
              </w:rPr>
              <w:lastRenderedPageBreak/>
              <w:t>nghiệp nhỏ và vừa</w:t>
            </w:r>
            <w:r w:rsidR="002F1AA8">
              <w:rPr>
                <w:rFonts w:cs="Times New Roman"/>
                <w:color w:val="000000" w:themeColor="text1"/>
                <w:sz w:val="28"/>
                <w:szCs w:val="28"/>
              </w:rPr>
              <w:t>, hộ kinh doanh, hợp tác xã</w:t>
            </w:r>
            <w:r w:rsidRPr="00C3780B">
              <w:rPr>
                <w:rFonts w:cs="Times New Roman"/>
                <w:color w:val="000000" w:themeColor="text1"/>
                <w:sz w:val="28"/>
                <w:szCs w:val="28"/>
                <w:lang w:val="vi-VN"/>
              </w:rPr>
              <w:t>.</w:t>
            </w:r>
          </w:p>
        </w:tc>
        <w:tc>
          <w:tcPr>
            <w:tcW w:w="604" w:type="pct"/>
          </w:tcPr>
          <w:p w14:paraId="5EA06D0A" w14:textId="77777777"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lastRenderedPageBreak/>
              <w:t>Bộ Khoa học và Công nghệ</w:t>
            </w:r>
          </w:p>
        </w:tc>
        <w:tc>
          <w:tcPr>
            <w:tcW w:w="813" w:type="pct"/>
          </w:tcPr>
          <w:p w14:paraId="4B83FA30" w14:textId="77777777"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Hiệp hội doanh nghiệp; trường đại học; doanh nghiệp </w:t>
            </w:r>
            <w:r w:rsidRPr="00C3780B">
              <w:rPr>
                <w:rFonts w:cs="Times New Roman"/>
                <w:color w:val="000000" w:themeColor="text1"/>
                <w:sz w:val="28"/>
                <w:szCs w:val="28"/>
                <w:lang w:val="vi-VN"/>
              </w:rPr>
              <w:lastRenderedPageBreak/>
              <w:t>công nghệ; địa phương</w:t>
            </w:r>
          </w:p>
        </w:tc>
        <w:tc>
          <w:tcPr>
            <w:tcW w:w="856" w:type="pct"/>
          </w:tcPr>
          <w:p w14:paraId="2E0CDD9E" w14:textId="77777777"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lastRenderedPageBreak/>
              <w:t>Mạng lưới nhà cung cấp, tư vấn, đào tạo, hỗ trợ triển khai AI cho SME.</w:t>
            </w:r>
          </w:p>
        </w:tc>
        <w:tc>
          <w:tcPr>
            <w:tcW w:w="855" w:type="pct"/>
          </w:tcPr>
          <w:p w14:paraId="3E9EC4D9" w14:textId="77777777" w:rsidR="009408BC" w:rsidRPr="00C3780B" w:rsidRDefault="009408BC"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Hình thành mạng lưới nhà cung cấp, tư vấn, đào tạo và </w:t>
            </w:r>
            <w:r w:rsidRPr="00C3780B">
              <w:rPr>
                <w:rFonts w:cs="Times New Roman"/>
                <w:color w:val="000000" w:themeColor="text1"/>
                <w:sz w:val="28"/>
                <w:szCs w:val="28"/>
                <w:lang w:val="vi-VN"/>
              </w:rPr>
              <w:lastRenderedPageBreak/>
              <w:t>hỗ trợ triển khai AI cho SME.</w:t>
            </w:r>
          </w:p>
        </w:tc>
        <w:tc>
          <w:tcPr>
            <w:tcW w:w="557" w:type="pct"/>
          </w:tcPr>
          <w:p w14:paraId="6BF2997D" w14:textId="5EC64D45" w:rsidR="009408BC" w:rsidRPr="007D41B6" w:rsidRDefault="009408BC"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lastRenderedPageBreak/>
              <w:t>2026</w:t>
            </w:r>
            <w:r>
              <w:rPr>
                <w:rFonts w:cs="Times New Roman"/>
                <w:color w:val="000000" w:themeColor="text1"/>
                <w:sz w:val="28"/>
                <w:szCs w:val="28"/>
                <w:lang w:val="vi-VN"/>
              </w:rPr>
              <w:t xml:space="preserve"> </w:t>
            </w:r>
            <w:r w:rsidRPr="007D41B6">
              <w:rPr>
                <w:rFonts w:cs="Times New Roman"/>
                <w:color w:val="000000" w:themeColor="text1"/>
                <w:sz w:val="28"/>
                <w:szCs w:val="28"/>
              </w:rPr>
              <w:t>-</w:t>
            </w:r>
            <w:r>
              <w:rPr>
                <w:rFonts w:cs="Times New Roman"/>
                <w:color w:val="000000" w:themeColor="text1"/>
                <w:sz w:val="28"/>
                <w:szCs w:val="28"/>
                <w:lang w:val="vi-VN"/>
              </w:rPr>
              <w:t xml:space="preserve"> </w:t>
            </w:r>
            <w:r w:rsidRPr="007D41B6">
              <w:rPr>
                <w:rFonts w:cs="Times New Roman"/>
                <w:color w:val="000000" w:themeColor="text1"/>
                <w:sz w:val="28"/>
                <w:szCs w:val="28"/>
              </w:rPr>
              <w:t>2030</w:t>
            </w:r>
          </w:p>
        </w:tc>
      </w:tr>
    </w:tbl>
    <w:p w14:paraId="2AEE560C" w14:textId="77777777" w:rsidR="00BC7E0E" w:rsidRPr="007D41B6" w:rsidRDefault="00BC7E0E" w:rsidP="006D5D4A">
      <w:pPr>
        <w:spacing w:before="120" w:after="120" w:line="264" w:lineRule="auto"/>
        <w:jc w:val="both"/>
        <w:rPr>
          <w:rFonts w:cs="Times New Roman"/>
          <w:color w:val="000000" w:themeColor="text1"/>
          <w:sz w:val="28"/>
          <w:szCs w:val="28"/>
          <w:lang w:val="vi-VN"/>
        </w:rPr>
      </w:pPr>
    </w:p>
    <w:p w14:paraId="5BF8F96D" w14:textId="77777777" w:rsidR="000861C8" w:rsidRPr="007D41B6" w:rsidRDefault="000861C8" w:rsidP="006D5D4A">
      <w:pPr>
        <w:spacing w:before="120" w:after="120" w:line="264" w:lineRule="auto"/>
        <w:jc w:val="both"/>
        <w:rPr>
          <w:rFonts w:cs="Times New Roman"/>
          <w:color w:val="000000" w:themeColor="text1"/>
          <w:sz w:val="28"/>
          <w:szCs w:val="28"/>
          <w:lang w:val="vi-VN"/>
        </w:rPr>
      </w:pPr>
    </w:p>
    <w:p w14:paraId="6F543996" w14:textId="7985B1FF" w:rsidR="00301651"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C3780B">
        <w:rPr>
          <w:rFonts w:ascii="Times New Roman" w:hAnsi="Times New Roman" w:cs="Times New Roman"/>
          <w:color w:val="000000" w:themeColor="text1"/>
          <w:sz w:val="28"/>
          <w:szCs w:val="28"/>
          <w:lang w:val="vi-VN"/>
        </w:rPr>
        <w:t>Nhóm nhiệm vụ 8. Quản trị AI an toàn, đáng tin cậy</w:t>
      </w:r>
    </w:p>
    <w:tbl>
      <w:tblPr>
        <w:tblStyle w:val="TableGrid"/>
        <w:tblW w:w="5000" w:type="pct"/>
        <w:tblLook w:val="04A0" w:firstRow="1" w:lastRow="0" w:firstColumn="1" w:lastColumn="0" w:noHBand="0" w:noVBand="1"/>
      </w:tblPr>
      <w:tblGrid>
        <w:gridCol w:w="810"/>
        <w:gridCol w:w="2764"/>
        <w:gridCol w:w="1710"/>
        <w:gridCol w:w="2269"/>
        <w:gridCol w:w="2403"/>
        <w:gridCol w:w="2188"/>
        <w:gridCol w:w="1828"/>
      </w:tblGrid>
      <w:tr w:rsidR="00A95BC0" w:rsidRPr="007D41B6" w14:paraId="296546DF" w14:textId="77777777" w:rsidTr="009408BC">
        <w:trPr>
          <w:tblHeader/>
        </w:trPr>
        <w:tc>
          <w:tcPr>
            <w:tcW w:w="290" w:type="pct"/>
          </w:tcPr>
          <w:p w14:paraId="0D3226EE" w14:textId="77777777" w:rsidR="00A73D88" w:rsidRPr="007D41B6" w:rsidRDefault="00A73D88"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989" w:type="pct"/>
          </w:tcPr>
          <w:p w14:paraId="580C409E" w14:textId="77777777" w:rsidR="00A73D88" w:rsidRPr="007D41B6" w:rsidRDefault="00A73D88"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612" w:type="pct"/>
          </w:tcPr>
          <w:p w14:paraId="6917C42A" w14:textId="01675FE1" w:rsidR="00A73D88" w:rsidRPr="007D41B6" w:rsidRDefault="009408BC" w:rsidP="009408BC">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73D88" w:rsidRPr="007D41B6">
              <w:rPr>
                <w:rFonts w:cs="Times New Roman"/>
                <w:b/>
                <w:color w:val="000000" w:themeColor="text1"/>
                <w:sz w:val="28"/>
                <w:szCs w:val="28"/>
              </w:rPr>
              <w:t xml:space="preserve"> chủ trì</w:t>
            </w:r>
          </w:p>
        </w:tc>
        <w:tc>
          <w:tcPr>
            <w:tcW w:w="812" w:type="pct"/>
          </w:tcPr>
          <w:p w14:paraId="4FCD6622" w14:textId="44CD4733" w:rsidR="00A73D88" w:rsidRPr="007D41B6" w:rsidRDefault="009408BC" w:rsidP="009408BC">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73D88" w:rsidRPr="007D41B6">
              <w:rPr>
                <w:rFonts w:cs="Times New Roman"/>
                <w:b/>
                <w:color w:val="000000" w:themeColor="text1"/>
                <w:sz w:val="28"/>
                <w:szCs w:val="28"/>
              </w:rPr>
              <w:t xml:space="preserve"> phối hợp</w:t>
            </w:r>
          </w:p>
        </w:tc>
        <w:tc>
          <w:tcPr>
            <w:tcW w:w="860" w:type="pct"/>
          </w:tcPr>
          <w:p w14:paraId="0359EF7B" w14:textId="77777777" w:rsidR="00A73D88" w:rsidRPr="007D41B6" w:rsidRDefault="00A73D88"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783" w:type="pct"/>
          </w:tcPr>
          <w:p w14:paraId="2C45045F" w14:textId="77777777" w:rsidR="00A73D88" w:rsidRPr="007D41B6" w:rsidRDefault="00A73D88" w:rsidP="009408BC">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654" w:type="pct"/>
          </w:tcPr>
          <w:p w14:paraId="6EC57D50" w14:textId="628058F3" w:rsidR="00A73D88" w:rsidRPr="009408BC" w:rsidRDefault="00C97E67" w:rsidP="004F7930">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 xml:space="preserve">Thời </w:t>
            </w:r>
            <w:r w:rsidR="009408BC">
              <w:rPr>
                <w:rFonts w:cs="Times New Roman"/>
                <w:b/>
                <w:color w:val="000000" w:themeColor="text1"/>
                <w:sz w:val="28"/>
                <w:szCs w:val="28"/>
              </w:rPr>
              <w:t>gian</w:t>
            </w:r>
            <w:r w:rsidR="009408BC">
              <w:rPr>
                <w:rFonts w:cs="Times New Roman"/>
                <w:b/>
                <w:color w:val="000000" w:themeColor="text1"/>
                <w:sz w:val="28"/>
                <w:szCs w:val="28"/>
                <w:lang w:val="vi-VN"/>
              </w:rPr>
              <w:t xml:space="preserve"> thực hiện</w:t>
            </w:r>
          </w:p>
        </w:tc>
      </w:tr>
      <w:tr w:rsidR="00A95BC0" w:rsidRPr="007D41B6" w14:paraId="0115AC57" w14:textId="77777777" w:rsidTr="009408BC">
        <w:tc>
          <w:tcPr>
            <w:tcW w:w="290" w:type="pct"/>
          </w:tcPr>
          <w:p w14:paraId="2D5CA690" w14:textId="77777777" w:rsidR="00A73D88" w:rsidRPr="007D41B6" w:rsidRDefault="00A73D88" w:rsidP="009408BC">
            <w:pPr>
              <w:pStyle w:val="ListParagraph"/>
              <w:numPr>
                <w:ilvl w:val="0"/>
                <w:numId w:val="16"/>
              </w:numPr>
              <w:spacing w:before="120" w:after="120" w:line="264" w:lineRule="auto"/>
              <w:jc w:val="both"/>
              <w:rPr>
                <w:rFonts w:cs="Times New Roman"/>
                <w:color w:val="000000" w:themeColor="text1"/>
                <w:sz w:val="28"/>
                <w:szCs w:val="28"/>
              </w:rPr>
            </w:pPr>
          </w:p>
        </w:tc>
        <w:tc>
          <w:tcPr>
            <w:tcW w:w="989" w:type="pct"/>
          </w:tcPr>
          <w:p w14:paraId="566EBC13" w14:textId="6F80DFF2"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 xml:space="preserve">Tiếp tục hoàn thiện thể chế, chính sách pháp luật, tạo hành lang pháp lý thông thoáng nhằm phát triển nhanh và </w:t>
            </w:r>
            <w:r w:rsidR="002F3EF6">
              <w:rPr>
                <w:rFonts w:cs="Times New Roman"/>
                <w:color w:val="000000" w:themeColor="text1"/>
                <w:sz w:val="28"/>
                <w:szCs w:val="28"/>
              </w:rPr>
              <w:t>tích hợp sâu, toàn diện,</w:t>
            </w:r>
            <w:r w:rsidRPr="007D41B6">
              <w:rPr>
                <w:rFonts w:cs="Times New Roman"/>
                <w:color w:val="000000" w:themeColor="text1"/>
                <w:sz w:val="28"/>
                <w:szCs w:val="28"/>
                <w:lang w:val="vi-VN"/>
              </w:rPr>
              <w:t xml:space="preserve"> hiệu quả AI vào mọi mặt của đời sống kinh tế - xã hội</w:t>
            </w:r>
            <w:r w:rsidR="009408BC">
              <w:rPr>
                <w:rFonts w:cs="Times New Roman"/>
                <w:color w:val="000000" w:themeColor="text1"/>
                <w:sz w:val="28"/>
                <w:szCs w:val="28"/>
                <w:lang w:val="vi-VN"/>
              </w:rPr>
              <w:t>.</w:t>
            </w:r>
          </w:p>
        </w:tc>
        <w:tc>
          <w:tcPr>
            <w:tcW w:w="612" w:type="pct"/>
          </w:tcPr>
          <w:p w14:paraId="713215F7"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812" w:type="pct"/>
          </w:tcPr>
          <w:p w14:paraId="2981A89B"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w:t>
            </w:r>
          </w:p>
        </w:tc>
        <w:tc>
          <w:tcPr>
            <w:tcW w:w="860" w:type="pct"/>
          </w:tcPr>
          <w:p w14:paraId="782EC42A"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783" w:type="pct"/>
          </w:tcPr>
          <w:p w14:paraId="3528865B"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Thể chế, chính sách pháp luật về AI được rà soát, cập nhật, hoàn thiện, tạo hành lang pháp lý thông thoáng cho nghiên cứu, phát triển, triển khai và chuyển đổi bằng AI.</w:t>
            </w:r>
          </w:p>
        </w:tc>
        <w:tc>
          <w:tcPr>
            <w:tcW w:w="654" w:type="pct"/>
          </w:tcPr>
          <w:p w14:paraId="6EB717B7" w14:textId="77777777" w:rsidR="00A73D88" w:rsidRPr="007D41B6" w:rsidRDefault="00A73D88"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lang w:val="vi-VN"/>
              </w:rPr>
              <w:t>Thường xuyên</w:t>
            </w:r>
          </w:p>
        </w:tc>
      </w:tr>
      <w:tr w:rsidR="00A95BC0" w:rsidRPr="007D41B6" w14:paraId="273CB143" w14:textId="77777777" w:rsidTr="009408BC">
        <w:tc>
          <w:tcPr>
            <w:tcW w:w="290" w:type="pct"/>
          </w:tcPr>
          <w:p w14:paraId="40BF6C33" w14:textId="64197EA2" w:rsidR="00A95BC0" w:rsidRPr="007D41B6" w:rsidRDefault="00A95BC0" w:rsidP="009408BC">
            <w:pPr>
              <w:tabs>
                <w:tab w:val="left" w:pos="360"/>
              </w:tabs>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lastRenderedPageBreak/>
              <w:t>1.1.</w:t>
            </w:r>
          </w:p>
        </w:tc>
        <w:tc>
          <w:tcPr>
            <w:tcW w:w="989" w:type="pct"/>
          </w:tcPr>
          <w:p w14:paraId="0AA6A5EA" w14:textId="772F713D"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Bảo đảm các nguyên tắc cơ bản, nguyên tắc trong phát triển, cung cấp, triển khai, sử dụng và quản lý rủi ro AI theo quy định của pháp luật hiện hành về AI</w:t>
            </w:r>
            <w:r w:rsidR="004F7930">
              <w:rPr>
                <w:rFonts w:cs="Times New Roman"/>
                <w:color w:val="000000" w:themeColor="text1"/>
                <w:sz w:val="28"/>
                <w:szCs w:val="28"/>
                <w:lang w:val="vi-VN"/>
              </w:rPr>
              <w:t>.</w:t>
            </w:r>
          </w:p>
        </w:tc>
        <w:tc>
          <w:tcPr>
            <w:tcW w:w="612" w:type="pct"/>
          </w:tcPr>
          <w:p w14:paraId="3637BD21" w14:textId="0B0506F7"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12" w:type="pct"/>
          </w:tcPr>
          <w:p w14:paraId="135F5A88" w14:textId="5AE8EA3A"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860" w:type="pct"/>
          </w:tcPr>
          <w:p w14:paraId="4C20C815" w14:textId="77777777" w:rsidR="00A95BC0" w:rsidRPr="00C3780B" w:rsidRDefault="00A95BC0" w:rsidP="009408BC">
            <w:pPr>
              <w:spacing w:before="120" w:after="120" w:line="264" w:lineRule="auto"/>
              <w:jc w:val="both"/>
              <w:rPr>
                <w:rFonts w:cs="Times New Roman"/>
                <w:color w:val="000000" w:themeColor="text1"/>
                <w:sz w:val="28"/>
                <w:szCs w:val="28"/>
                <w:lang w:val="vi-VN"/>
              </w:rPr>
            </w:pPr>
          </w:p>
        </w:tc>
        <w:tc>
          <w:tcPr>
            <w:tcW w:w="783" w:type="pct"/>
          </w:tcPr>
          <w:p w14:paraId="20A89BB5" w14:textId="346E8B43" w:rsidR="00A95BC0" w:rsidRPr="00C3780B" w:rsidRDefault="00A95BC0"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nguyên tắc, yêu cầu quản lý rủi ro AI được cụ thể hóa, hướng dẫn và áp dụng trong phát triển, cung cấp, triển khai, sử dụng AI theo quy định của pháp luật.</w:t>
            </w:r>
          </w:p>
        </w:tc>
        <w:tc>
          <w:tcPr>
            <w:tcW w:w="654" w:type="pct"/>
          </w:tcPr>
          <w:p w14:paraId="7F6A2C91" w14:textId="0FE15B2A" w:rsidR="00A95BC0" w:rsidRPr="007D41B6" w:rsidRDefault="00A95BC0" w:rsidP="004F7930">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rPr>
              <w:t>Thường xuyên</w:t>
            </w:r>
          </w:p>
        </w:tc>
      </w:tr>
      <w:tr w:rsidR="00A95BC0" w:rsidRPr="007D41B6" w14:paraId="23A05CB8" w14:textId="77777777" w:rsidTr="009408BC">
        <w:tc>
          <w:tcPr>
            <w:tcW w:w="290" w:type="pct"/>
          </w:tcPr>
          <w:p w14:paraId="3781259A" w14:textId="5C1CE679" w:rsidR="00A95BC0" w:rsidRPr="007D41B6" w:rsidRDefault="00A95BC0" w:rsidP="009408BC">
            <w:pPr>
              <w:tabs>
                <w:tab w:val="left" w:pos="360"/>
              </w:tabs>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1.2.</w:t>
            </w:r>
          </w:p>
        </w:tc>
        <w:tc>
          <w:tcPr>
            <w:tcW w:w="989" w:type="pct"/>
          </w:tcPr>
          <w:p w14:paraId="708C4DED" w14:textId="7218315C" w:rsidR="00A95BC0" w:rsidRPr="007D41B6" w:rsidRDefault="00A95BC0"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 xml:space="preserve">Ban hành khung đạo đức AI quốc gia; Thiết lập cơ chế giám sát đạo đức AI với sự tham gia của các chuyên gia, nhà nghiên cứu và cộng đồng, bảo đảm trách nhiệm đạo đức và đánh giá tác động khi ứng dụng AI trong quản lý nhà nước và cung cấp dịch vụ công, bảo đảm không vi </w:t>
            </w:r>
            <w:r w:rsidRPr="007D41B6">
              <w:rPr>
                <w:rFonts w:cs="Times New Roman"/>
                <w:color w:val="000000" w:themeColor="text1"/>
                <w:sz w:val="28"/>
                <w:szCs w:val="28"/>
                <w:lang w:val="vi-VN"/>
              </w:rPr>
              <w:lastRenderedPageBreak/>
              <w:t>phạm các giá trị đạo đức và nhân quyền</w:t>
            </w:r>
            <w:r w:rsidR="004F7930">
              <w:rPr>
                <w:rFonts w:cs="Times New Roman"/>
                <w:color w:val="000000" w:themeColor="text1"/>
                <w:sz w:val="28"/>
                <w:szCs w:val="28"/>
                <w:lang w:val="vi-VN"/>
              </w:rPr>
              <w:t>.</w:t>
            </w:r>
          </w:p>
        </w:tc>
        <w:tc>
          <w:tcPr>
            <w:tcW w:w="612" w:type="pct"/>
          </w:tcPr>
          <w:p w14:paraId="51965F41" w14:textId="617F27F2" w:rsidR="00A95BC0" w:rsidRPr="007D41B6" w:rsidRDefault="00A95BC0"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lastRenderedPageBreak/>
              <w:t>Bộ Khoa học và Công nghệ</w:t>
            </w:r>
          </w:p>
        </w:tc>
        <w:tc>
          <w:tcPr>
            <w:tcW w:w="812" w:type="pct"/>
          </w:tcPr>
          <w:p w14:paraId="10D118A8" w14:textId="662C4DC5" w:rsidR="00A95BC0" w:rsidRPr="007D41B6" w:rsidRDefault="00A95BC0"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 tổ chức, cá nhân có liên quan</w:t>
            </w:r>
          </w:p>
        </w:tc>
        <w:tc>
          <w:tcPr>
            <w:tcW w:w="860" w:type="pct"/>
          </w:tcPr>
          <w:p w14:paraId="147C0894" w14:textId="77777777" w:rsidR="00A95BC0" w:rsidRPr="007D41B6" w:rsidRDefault="00A95BC0" w:rsidP="009408BC">
            <w:pPr>
              <w:spacing w:before="120" w:after="120" w:line="264" w:lineRule="auto"/>
              <w:jc w:val="both"/>
              <w:rPr>
                <w:rFonts w:cs="Times New Roman"/>
                <w:color w:val="000000" w:themeColor="text1"/>
                <w:sz w:val="28"/>
                <w:szCs w:val="28"/>
              </w:rPr>
            </w:pPr>
          </w:p>
        </w:tc>
        <w:tc>
          <w:tcPr>
            <w:tcW w:w="783" w:type="pct"/>
          </w:tcPr>
          <w:p w14:paraId="7561DAFF" w14:textId="4CB07D1F" w:rsidR="00A95BC0" w:rsidRPr="007D41B6" w:rsidRDefault="00A95BC0"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Khung đạo đức AI quốc gia và cơ chế giám sát đạo đức AI được ban hành, triển khai; các hệ thống AI trong quản lý nhà nước và cung cấp dịch vụ công được đánh giá tác động phù hợp.</w:t>
            </w:r>
          </w:p>
        </w:tc>
        <w:tc>
          <w:tcPr>
            <w:tcW w:w="654" w:type="pct"/>
          </w:tcPr>
          <w:p w14:paraId="461B628C" w14:textId="29BCE016" w:rsidR="00A95BC0" w:rsidRPr="007D41B6" w:rsidRDefault="00A95BC0"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A95BC0" w:rsidRPr="007D41B6" w14:paraId="485661DF" w14:textId="77777777" w:rsidTr="009408BC">
        <w:tc>
          <w:tcPr>
            <w:tcW w:w="290" w:type="pct"/>
          </w:tcPr>
          <w:p w14:paraId="5A11B9BC" w14:textId="070B7E7D" w:rsidR="00A95BC0" w:rsidRPr="007D41B6" w:rsidRDefault="002F6724" w:rsidP="009408BC">
            <w:pPr>
              <w:tabs>
                <w:tab w:val="left" w:pos="360"/>
              </w:tabs>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lastRenderedPageBreak/>
              <w:t>1.3</w:t>
            </w:r>
          </w:p>
        </w:tc>
        <w:tc>
          <w:tcPr>
            <w:tcW w:w="989" w:type="pct"/>
          </w:tcPr>
          <w:p w14:paraId="750F58A8" w14:textId="252A8E89"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pacing w:val="-2"/>
                <w:sz w:val="28"/>
                <w:szCs w:val="28"/>
                <w:lang w:val="vi-VN"/>
              </w:rPr>
              <w:t>Bảo đảm hoạt động của AI phù hợp với mục tiêu của con người, tránh các tình huống AI phát triển theo hướng ngoài mong muốn hoặc gây hại cho xã hội</w:t>
            </w:r>
            <w:r w:rsidR="004F7930">
              <w:rPr>
                <w:rFonts w:cs="Times New Roman"/>
                <w:color w:val="000000" w:themeColor="text1"/>
                <w:spacing w:val="-2"/>
                <w:sz w:val="28"/>
                <w:szCs w:val="28"/>
                <w:lang w:val="vi-VN"/>
              </w:rPr>
              <w:t>.</w:t>
            </w:r>
          </w:p>
        </w:tc>
        <w:tc>
          <w:tcPr>
            <w:tcW w:w="612" w:type="pct"/>
          </w:tcPr>
          <w:p w14:paraId="68C90C6E" w14:textId="42F7A2AA"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12" w:type="pct"/>
          </w:tcPr>
          <w:p w14:paraId="03EECB48" w14:textId="31283DDC"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 tổ chức, cá nhân có liên quan</w:t>
            </w:r>
          </w:p>
        </w:tc>
        <w:tc>
          <w:tcPr>
            <w:tcW w:w="860" w:type="pct"/>
          </w:tcPr>
          <w:p w14:paraId="43FA22A8" w14:textId="77777777" w:rsidR="00A95BC0" w:rsidRPr="007D41B6" w:rsidRDefault="00A95BC0" w:rsidP="009408BC">
            <w:pPr>
              <w:spacing w:before="120" w:after="120" w:line="264" w:lineRule="auto"/>
              <w:jc w:val="both"/>
              <w:rPr>
                <w:rFonts w:cs="Times New Roman"/>
                <w:color w:val="000000" w:themeColor="text1"/>
                <w:sz w:val="28"/>
                <w:szCs w:val="28"/>
                <w:lang w:val="vi-VN"/>
              </w:rPr>
            </w:pPr>
          </w:p>
        </w:tc>
        <w:tc>
          <w:tcPr>
            <w:tcW w:w="783" w:type="pct"/>
          </w:tcPr>
          <w:p w14:paraId="6E10619E" w14:textId="6FD9DC30" w:rsidR="00A95BC0" w:rsidRPr="007D41B6" w:rsidRDefault="00A95BC0"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yêu cầu bảo đảm AI phục vụ con người, hạn chế rủi ro gây hại cho xã hội được lồng ghép trong quy trình phát triển, triển khai, sử dụng và giám sát hệ thống AI.</w:t>
            </w:r>
          </w:p>
        </w:tc>
        <w:tc>
          <w:tcPr>
            <w:tcW w:w="654" w:type="pct"/>
          </w:tcPr>
          <w:p w14:paraId="057DDB65" w14:textId="13E11148" w:rsidR="00A95BC0" w:rsidRPr="007D41B6" w:rsidRDefault="00A95BC0"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A95BC0" w:rsidRPr="007D41B6" w14:paraId="7C739740" w14:textId="77777777" w:rsidTr="009408BC">
        <w:tc>
          <w:tcPr>
            <w:tcW w:w="290" w:type="pct"/>
          </w:tcPr>
          <w:p w14:paraId="1BCF4E35" w14:textId="7B6A041D" w:rsidR="00A73D88" w:rsidRPr="007D41B6" w:rsidRDefault="00A95BC0" w:rsidP="009408BC">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1.3.</w:t>
            </w:r>
          </w:p>
        </w:tc>
        <w:tc>
          <w:tcPr>
            <w:tcW w:w="989" w:type="pct"/>
          </w:tcPr>
          <w:p w14:paraId="7AF8109B" w14:textId="6CAAD7D6"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Rà soát, cập nhật bảo đảm các tiêu chuẩn quốc gia, quy chuẩn kỹ thuật quốc gia theo hướng tương thích, phù hợp với sự phát triển của AI</w:t>
            </w:r>
            <w:r w:rsidR="004F7930">
              <w:rPr>
                <w:rFonts w:cs="Times New Roman"/>
                <w:color w:val="000000" w:themeColor="text1"/>
                <w:sz w:val="28"/>
                <w:szCs w:val="28"/>
                <w:lang w:val="vi-VN"/>
              </w:rPr>
              <w:t>.</w:t>
            </w:r>
          </w:p>
        </w:tc>
        <w:tc>
          <w:tcPr>
            <w:tcW w:w="612" w:type="pct"/>
          </w:tcPr>
          <w:p w14:paraId="19A203D8"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812" w:type="pct"/>
          </w:tcPr>
          <w:p w14:paraId="777A40EB"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Các bộ, ngành, địa phương, tổ chức, cá nhân có liên quan</w:t>
            </w:r>
          </w:p>
        </w:tc>
        <w:tc>
          <w:tcPr>
            <w:tcW w:w="860" w:type="pct"/>
          </w:tcPr>
          <w:p w14:paraId="738BBA0A"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783" w:type="pct"/>
          </w:tcPr>
          <w:p w14:paraId="526D18F4"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Hệ thống tiêu chuẩn quốc gia, quy chuẩn kỹ thuật quốc gia liên quan đến AI được rà soát, cập nhật phù hợp với sự phát triển của công nghệ và yêu cầu quản trị AI an </w:t>
            </w:r>
            <w:r w:rsidRPr="007D41B6">
              <w:rPr>
                <w:rFonts w:cs="Times New Roman"/>
                <w:color w:val="000000" w:themeColor="text1"/>
                <w:sz w:val="28"/>
                <w:szCs w:val="28"/>
              </w:rPr>
              <w:lastRenderedPageBreak/>
              <w:t>toàn, đáng tin cậy.</w:t>
            </w:r>
          </w:p>
        </w:tc>
        <w:tc>
          <w:tcPr>
            <w:tcW w:w="654" w:type="pct"/>
          </w:tcPr>
          <w:p w14:paraId="3E632447" w14:textId="77777777" w:rsidR="00A73D88" w:rsidRPr="007D41B6" w:rsidRDefault="00A73D88"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lastRenderedPageBreak/>
              <w:t>Thường xuyên</w:t>
            </w:r>
          </w:p>
        </w:tc>
      </w:tr>
      <w:tr w:rsidR="00A95BC0" w:rsidRPr="007D41B6" w14:paraId="2E6A4F6C" w14:textId="77777777" w:rsidTr="009408BC">
        <w:tc>
          <w:tcPr>
            <w:tcW w:w="290" w:type="pct"/>
          </w:tcPr>
          <w:p w14:paraId="797E5BD2" w14:textId="2BE7F2B3" w:rsidR="00A73D88" w:rsidRPr="007D41B6" w:rsidRDefault="00A73D88" w:rsidP="009408BC">
            <w:pPr>
              <w:pStyle w:val="ListParagraph"/>
              <w:numPr>
                <w:ilvl w:val="0"/>
                <w:numId w:val="16"/>
              </w:numPr>
              <w:spacing w:before="120" w:after="120" w:line="264" w:lineRule="auto"/>
              <w:jc w:val="both"/>
              <w:rPr>
                <w:rFonts w:cs="Times New Roman"/>
                <w:color w:val="000000" w:themeColor="text1"/>
                <w:sz w:val="28"/>
                <w:szCs w:val="28"/>
              </w:rPr>
            </w:pPr>
          </w:p>
        </w:tc>
        <w:tc>
          <w:tcPr>
            <w:tcW w:w="989" w:type="pct"/>
          </w:tcPr>
          <w:p w14:paraId="7F9584F1" w14:textId="7127242D"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Xây dựng hệ thống tiêu chuẩn, quy chuẩn kỹ thuật quốc gia, tiêu chí kỹ thuật áp dụng cho sản phẩm, dịch vụ ứng dụng AI</w:t>
            </w:r>
            <w:r w:rsidR="004F7930">
              <w:rPr>
                <w:rFonts w:cs="Times New Roman"/>
                <w:color w:val="000000" w:themeColor="text1"/>
                <w:sz w:val="28"/>
                <w:szCs w:val="28"/>
                <w:lang w:val="vi-VN"/>
              </w:rPr>
              <w:t>.</w:t>
            </w:r>
          </w:p>
        </w:tc>
        <w:tc>
          <w:tcPr>
            <w:tcW w:w="612" w:type="pct"/>
          </w:tcPr>
          <w:p w14:paraId="261A02EB"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w:t>
            </w:r>
          </w:p>
        </w:tc>
        <w:tc>
          <w:tcPr>
            <w:tcW w:w="812" w:type="pct"/>
          </w:tcPr>
          <w:p w14:paraId="4EEEC477"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860" w:type="pct"/>
          </w:tcPr>
          <w:p w14:paraId="01E1BE1E"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783" w:type="pct"/>
          </w:tcPr>
          <w:p w14:paraId="4C473168"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Tiêu chuẩn, quy chuẩn kỹ thuật quốc gia và tiêu chí kỹ thuật áp dụng cho sản phẩm, dịch vụ AI được xây dựng, ban hành hoặc đề xuất ban hành theo thẩm quyền.</w:t>
            </w:r>
          </w:p>
        </w:tc>
        <w:tc>
          <w:tcPr>
            <w:tcW w:w="654" w:type="pct"/>
          </w:tcPr>
          <w:p w14:paraId="623F3893" w14:textId="77777777" w:rsidR="00A73D88" w:rsidRPr="007D41B6" w:rsidRDefault="00A73D88"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A95BC0" w:rsidRPr="007D41B6" w14:paraId="50BB60F9" w14:textId="77777777" w:rsidTr="009408BC">
        <w:tc>
          <w:tcPr>
            <w:tcW w:w="290" w:type="pct"/>
          </w:tcPr>
          <w:p w14:paraId="3F75AAEA" w14:textId="77777777" w:rsidR="00A73D88" w:rsidRPr="007D41B6" w:rsidRDefault="00A73D88" w:rsidP="009408BC">
            <w:pPr>
              <w:pStyle w:val="ListParagraph"/>
              <w:numPr>
                <w:ilvl w:val="0"/>
                <w:numId w:val="16"/>
              </w:numPr>
              <w:spacing w:before="120" w:after="120" w:line="264" w:lineRule="auto"/>
              <w:jc w:val="both"/>
              <w:rPr>
                <w:rFonts w:cs="Times New Roman"/>
                <w:color w:val="000000" w:themeColor="text1"/>
                <w:sz w:val="28"/>
                <w:szCs w:val="28"/>
              </w:rPr>
            </w:pPr>
          </w:p>
        </w:tc>
        <w:tc>
          <w:tcPr>
            <w:tcW w:w="989" w:type="pct"/>
          </w:tcPr>
          <w:p w14:paraId="202AB431" w14:textId="05A3C0B9"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Xây dựng tiêu chuẩn, quy chuẩn kỹ thuật ngành, tiêu chí kỹ thuật áp dụng cho sản phẩm, dịch vụ ứng dụng AI trong các ngành, lĩnh vực</w:t>
            </w:r>
            <w:r w:rsidR="004F7930">
              <w:rPr>
                <w:rFonts w:cs="Times New Roman"/>
                <w:color w:val="000000" w:themeColor="text1"/>
                <w:sz w:val="28"/>
                <w:szCs w:val="28"/>
                <w:lang w:val="vi-VN"/>
              </w:rPr>
              <w:t>.</w:t>
            </w:r>
          </w:p>
        </w:tc>
        <w:tc>
          <w:tcPr>
            <w:tcW w:w="612" w:type="pct"/>
          </w:tcPr>
          <w:p w14:paraId="214F85D5"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Các bộ, ngành</w:t>
            </w:r>
          </w:p>
        </w:tc>
        <w:tc>
          <w:tcPr>
            <w:tcW w:w="812" w:type="pct"/>
          </w:tcPr>
          <w:p w14:paraId="02CE018B"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860" w:type="pct"/>
          </w:tcPr>
          <w:p w14:paraId="77E92D05"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783" w:type="pct"/>
          </w:tcPr>
          <w:p w14:paraId="477109BC"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 xml:space="preserve">Các bộ, ngành xây dựng, ban hành hoặc đề xuất tiêu chuẩn, quy chuẩn kỹ thuật ngành, tiêu chí kỹ thuật áp dụng cho sản phẩm, dịch vụ AI </w:t>
            </w:r>
            <w:r w:rsidRPr="007D41B6">
              <w:rPr>
                <w:rFonts w:cs="Times New Roman"/>
                <w:color w:val="000000" w:themeColor="text1"/>
                <w:sz w:val="28"/>
                <w:szCs w:val="28"/>
              </w:rPr>
              <w:lastRenderedPageBreak/>
              <w:t>thuộc phạm vi quản lý.</w:t>
            </w:r>
          </w:p>
        </w:tc>
        <w:tc>
          <w:tcPr>
            <w:tcW w:w="654" w:type="pct"/>
          </w:tcPr>
          <w:p w14:paraId="568F40F2" w14:textId="77777777" w:rsidR="00A73D88" w:rsidRPr="007D41B6" w:rsidRDefault="00A73D88"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lastRenderedPageBreak/>
              <w:t>Thường</w:t>
            </w:r>
            <w:r w:rsidRPr="007D41B6">
              <w:rPr>
                <w:rFonts w:cs="Times New Roman"/>
                <w:color w:val="000000" w:themeColor="text1"/>
                <w:sz w:val="28"/>
                <w:szCs w:val="28"/>
                <w:lang w:val="vi-VN"/>
              </w:rPr>
              <w:t xml:space="preserve"> xuyên</w:t>
            </w:r>
          </w:p>
        </w:tc>
      </w:tr>
      <w:tr w:rsidR="00A95BC0" w:rsidRPr="007D41B6" w14:paraId="303EEC3B" w14:textId="77777777" w:rsidTr="009408BC">
        <w:tc>
          <w:tcPr>
            <w:tcW w:w="290" w:type="pct"/>
          </w:tcPr>
          <w:p w14:paraId="3F842139" w14:textId="77777777" w:rsidR="00A73D88" w:rsidRPr="007D41B6" w:rsidRDefault="00A73D88" w:rsidP="009408BC">
            <w:pPr>
              <w:pStyle w:val="ListParagraph"/>
              <w:numPr>
                <w:ilvl w:val="0"/>
                <w:numId w:val="16"/>
              </w:numPr>
              <w:spacing w:before="120" w:after="120" w:line="264" w:lineRule="auto"/>
              <w:jc w:val="both"/>
              <w:rPr>
                <w:rFonts w:cs="Times New Roman"/>
                <w:color w:val="000000" w:themeColor="text1"/>
                <w:sz w:val="28"/>
                <w:szCs w:val="28"/>
              </w:rPr>
            </w:pPr>
          </w:p>
        </w:tc>
        <w:tc>
          <w:tcPr>
            <w:tcW w:w="989" w:type="pct"/>
          </w:tcPr>
          <w:p w14:paraId="4AFB6FB5" w14:textId="1B86C36C"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Tham gia vào các hoạt động tiêu chuẩn hóa toàn cầu về AI</w:t>
            </w:r>
            <w:r w:rsidR="00BA1DDF">
              <w:rPr>
                <w:rFonts w:cs="Times New Roman"/>
                <w:color w:val="000000" w:themeColor="text1"/>
                <w:sz w:val="28"/>
                <w:szCs w:val="28"/>
                <w:lang w:val="vi-VN"/>
              </w:rPr>
              <w:t>.</w:t>
            </w:r>
          </w:p>
        </w:tc>
        <w:tc>
          <w:tcPr>
            <w:tcW w:w="612" w:type="pct"/>
          </w:tcPr>
          <w:p w14:paraId="2AF95117"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lang w:val="vi-VN"/>
              </w:rPr>
              <w:t>Bộ Khoa học và Công nghệ, các bộ, ngành</w:t>
            </w:r>
          </w:p>
        </w:tc>
        <w:tc>
          <w:tcPr>
            <w:tcW w:w="812" w:type="pct"/>
          </w:tcPr>
          <w:p w14:paraId="39A8AD22"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860" w:type="pct"/>
          </w:tcPr>
          <w:p w14:paraId="780D46BB" w14:textId="77777777" w:rsidR="00A73D88" w:rsidRPr="007D41B6" w:rsidRDefault="00A73D88" w:rsidP="009408BC">
            <w:pPr>
              <w:spacing w:before="120" w:after="120" w:line="264" w:lineRule="auto"/>
              <w:jc w:val="both"/>
              <w:rPr>
                <w:rFonts w:cs="Times New Roman"/>
                <w:color w:val="000000" w:themeColor="text1"/>
                <w:sz w:val="28"/>
                <w:szCs w:val="28"/>
              </w:rPr>
            </w:pPr>
          </w:p>
        </w:tc>
        <w:tc>
          <w:tcPr>
            <w:tcW w:w="783" w:type="pct"/>
          </w:tcPr>
          <w:p w14:paraId="305F78EF" w14:textId="77777777" w:rsidR="00A73D88" w:rsidRPr="007D41B6" w:rsidRDefault="00A73D88" w:rsidP="009408BC">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Việt Nam tham gia các diễn đàn, tổ chức, sáng kiến tiêu chuẩn hóa toàn cầu về AI; có đóng góp, đề xuất hoặc tiếp thu tiêu chuẩn quốc tế phù hợp với điều kiện và lợi ích của Việt Nam.</w:t>
            </w:r>
          </w:p>
        </w:tc>
        <w:tc>
          <w:tcPr>
            <w:tcW w:w="654" w:type="pct"/>
          </w:tcPr>
          <w:p w14:paraId="59AF2C2F" w14:textId="77777777" w:rsidR="00A73D88" w:rsidRPr="007D41B6" w:rsidRDefault="00A73D88" w:rsidP="004F7930">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A95BC0" w:rsidRPr="0098690D" w14:paraId="2C90B2DF" w14:textId="77777777" w:rsidTr="009408BC">
        <w:tc>
          <w:tcPr>
            <w:tcW w:w="290" w:type="pct"/>
          </w:tcPr>
          <w:p w14:paraId="78F94F26" w14:textId="77777777" w:rsidR="00A73D88" w:rsidRPr="007D41B6" w:rsidRDefault="00A73D88" w:rsidP="009408BC">
            <w:pPr>
              <w:pStyle w:val="ListParagraph"/>
              <w:numPr>
                <w:ilvl w:val="0"/>
                <w:numId w:val="16"/>
              </w:numPr>
              <w:spacing w:before="120" w:after="120" w:line="264" w:lineRule="auto"/>
              <w:jc w:val="both"/>
              <w:rPr>
                <w:rFonts w:cs="Times New Roman"/>
                <w:color w:val="000000" w:themeColor="text1"/>
                <w:sz w:val="28"/>
                <w:szCs w:val="28"/>
              </w:rPr>
            </w:pPr>
          </w:p>
        </w:tc>
        <w:tc>
          <w:tcPr>
            <w:tcW w:w="989" w:type="pct"/>
          </w:tcPr>
          <w:p w14:paraId="0F5E5C18" w14:textId="1C03CECE" w:rsidR="00A73D88" w:rsidRPr="007D41B6" w:rsidRDefault="00A73D88"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Xây dựng nền tảng, công cụ phục vụ việc giám sát, kiểm tra, đánh giá các sản phẩm, dịch vụ AI. Ưu tiên sử dụng công nghệ AI để giám sát, kiểm tra, </w:t>
            </w:r>
            <w:r w:rsidRPr="007D41B6">
              <w:rPr>
                <w:rFonts w:cs="Times New Roman"/>
                <w:color w:val="000000" w:themeColor="text1"/>
                <w:sz w:val="28"/>
                <w:szCs w:val="28"/>
                <w:lang w:val="vi-VN"/>
              </w:rPr>
              <w:lastRenderedPageBreak/>
              <w:t>đánh giá các sản phẩm, dịch vụ AI</w:t>
            </w:r>
            <w:r w:rsidR="00BA1DDF">
              <w:rPr>
                <w:rFonts w:cs="Times New Roman"/>
                <w:color w:val="000000" w:themeColor="text1"/>
                <w:sz w:val="28"/>
                <w:szCs w:val="28"/>
                <w:lang w:val="vi-VN"/>
              </w:rPr>
              <w:t>.</w:t>
            </w:r>
          </w:p>
        </w:tc>
        <w:tc>
          <w:tcPr>
            <w:tcW w:w="612" w:type="pct"/>
          </w:tcPr>
          <w:p w14:paraId="31FFBECA" w14:textId="77777777" w:rsidR="00A73D88" w:rsidRPr="007D41B6" w:rsidRDefault="00A73D88"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lastRenderedPageBreak/>
              <w:t>Bộ Khoa học và Công nghệ</w:t>
            </w:r>
          </w:p>
        </w:tc>
        <w:tc>
          <w:tcPr>
            <w:tcW w:w="812" w:type="pct"/>
          </w:tcPr>
          <w:p w14:paraId="3B471C75" w14:textId="77777777" w:rsidR="00A73D88" w:rsidRPr="007D41B6" w:rsidRDefault="00A73D88" w:rsidP="009408BC">
            <w:pPr>
              <w:spacing w:before="120" w:after="120" w:line="264" w:lineRule="auto"/>
              <w:jc w:val="both"/>
              <w:rPr>
                <w:rFonts w:cs="Times New Roman"/>
                <w:color w:val="000000" w:themeColor="text1"/>
                <w:sz w:val="28"/>
                <w:szCs w:val="28"/>
                <w:lang w:val="vi-VN"/>
              </w:rPr>
            </w:pPr>
          </w:p>
        </w:tc>
        <w:tc>
          <w:tcPr>
            <w:tcW w:w="860" w:type="pct"/>
          </w:tcPr>
          <w:p w14:paraId="6384766B" w14:textId="77777777" w:rsidR="00A73D88" w:rsidRPr="007D41B6" w:rsidRDefault="00A73D88" w:rsidP="009408BC">
            <w:pPr>
              <w:spacing w:before="120" w:after="120" w:line="264" w:lineRule="auto"/>
              <w:jc w:val="both"/>
              <w:rPr>
                <w:rFonts w:cs="Times New Roman"/>
                <w:color w:val="000000" w:themeColor="text1"/>
                <w:sz w:val="28"/>
                <w:szCs w:val="28"/>
                <w:lang w:val="vi-VN"/>
              </w:rPr>
            </w:pPr>
          </w:p>
        </w:tc>
        <w:tc>
          <w:tcPr>
            <w:tcW w:w="783" w:type="pct"/>
          </w:tcPr>
          <w:p w14:paraId="6BBFD5FD" w14:textId="77777777" w:rsidR="00A73D88" w:rsidRPr="007D41B6" w:rsidRDefault="00A73D88"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Nền tảng, công cụ giám sát, kiểm tra, đánh giá sản phẩm, dịch vụ AI được triển khai; ưu tiên sử dụng công nghệ AI để </w:t>
            </w:r>
            <w:r w:rsidRPr="007D41B6">
              <w:rPr>
                <w:rFonts w:cs="Times New Roman"/>
                <w:color w:val="000000" w:themeColor="text1"/>
                <w:sz w:val="28"/>
                <w:szCs w:val="28"/>
                <w:lang w:val="vi-VN"/>
              </w:rPr>
              <w:lastRenderedPageBreak/>
              <w:t>giám sát, kiểm tra, đánh giá AI.</w:t>
            </w:r>
          </w:p>
        </w:tc>
        <w:tc>
          <w:tcPr>
            <w:tcW w:w="654" w:type="pct"/>
          </w:tcPr>
          <w:p w14:paraId="39813310" w14:textId="77777777" w:rsidR="00A73D88" w:rsidRPr="007D41B6" w:rsidRDefault="00A73D88" w:rsidP="004F7930">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lang w:val="vi-VN"/>
              </w:rPr>
              <w:lastRenderedPageBreak/>
              <w:t>Bắt đầu triển khai            năm 2026</w:t>
            </w:r>
          </w:p>
        </w:tc>
      </w:tr>
      <w:tr w:rsidR="00A95BC0" w:rsidRPr="0098690D" w14:paraId="6E636133" w14:textId="77777777" w:rsidTr="009408BC">
        <w:tc>
          <w:tcPr>
            <w:tcW w:w="290" w:type="pct"/>
          </w:tcPr>
          <w:p w14:paraId="43A23BEA" w14:textId="77777777" w:rsidR="00A73D88" w:rsidRPr="007D41B6" w:rsidRDefault="00A73D88" w:rsidP="009408BC">
            <w:pPr>
              <w:pStyle w:val="ListParagraph"/>
              <w:numPr>
                <w:ilvl w:val="0"/>
                <w:numId w:val="16"/>
              </w:numPr>
              <w:spacing w:before="120" w:after="120" w:line="264" w:lineRule="auto"/>
              <w:jc w:val="both"/>
              <w:rPr>
                <w:rFonts w:cs="Times New Roman"/>
                <w:color w:val="000000" w:themeColor="text1"/>
                <w:sz w:val="28"/>
                <w:szCs w:val="28"/>
                <w:lang w:val="vi-VN"/>
              </w:rPr>
            </w:pPr>
          </w:p>
        </w:tc>
        <w:tc>
          <w:tcPr>
            <w:tcW w:w="989" w:type="pct"/>
          </w:tcPr>
          <w:p w14:paraId="41E15F51" w14:textId="59217862" w:rsidR="00A73D88" w:rsidRPr="007D41B6" w:rsidRDefault="00A73D88"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Xây dựng danh sách các sản phẩm, dịch vụ AI đã được kiểm chứng và đáng tin cậy, đã được kiểm tra về các mối đe dọa an ninh thông tin và công bố rộng rãi</w:t>
            </w:r>
            <w:r w:rsidR="00BA1DDF">
              <w:rPr>
                <w:rFonts w:cs="Times New Roman"/>
                <w:color w:val="000000" w:themeColor="text1"/>
                <w:sz w:val="28"/>
                <w:szCs w:val="28"/>
                <w:lang w:val="vi-VN"/>
              </w:rPr>
              <w:t>.</w:t>
            </w:r>
          </w:p>
        </w:tc>
        <w:tc>
          <w:tcPr>
            <w:tcW w:w="612" w:type="pct"/>
          </w:tcPr>
          <w:p w14:paraId="7E12820F" w14:textId="77777777" w:rsidR="00A73D88" w:rsidRPr="007D41B6" w:rsidRDefault="00A73D88"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Công an, Bộ Khoa học và Công nghệ</w:t>
            </w:r>
          </w:p>
        </w:tc>
        <w:tc>
          <w:tcPr>
            <w:tcW w:w="812" w:type="pct"/>
          </w:tcPr>
          <w:p w14:paraId="27147F46" w14:textId="77777777" w:rsidR="00A73D88" w:rsidRPr="007D41B6" w:rsidRDefault="00A73D88" w:rsidP="009408BC">
            <w:pPr>
              <w:spacing w:before="120" w:after="120" w:line="264" w:lineRule="auto"/>
              <w:jc w:val="both"/>
              <w:rPr>
                <w:rFonts w:cs="Times New Roman"/>
                <w:color w:val="000000" w:themeColor="text1"/>
                <w:sz w:val="28"/>
                <w:szCs w:val="28"/>
                <w:lang w:val="vi-VN"/>
              </w:rPr>
            </w:pPr>
          </w:p>
        </w:tc>
        <w:tc>
          <w:tcPr>
            <w:tcW w:w="860" w:type="pct"/>
          </w:tcPr>
          <w:p w14:paraId="77F82188" w14:textId="77777777" w:rsidR="00A73D88" w:rsidRPr="007D41B6" w:rsidRDefault="00A73D88" w:rsidP="009408BC">
            <w:pPr>
              <w:spacing w:before="120" w:after="120" w:line="264" w:lineRule="auto"/>
              <w:jc w:val="both"/>
              <w:rPr>
                <w:rFonts w:cs="Times New Roman"/>
                <w:color w:val="000000" w:themeColor="text1"/>
                <w:sz w:val="28"/>
                <w:szCs w:val="28"/>
                <w:lang w:val="vi-VN"/>
              </w:rPr>
            </w:pPr>
          </w:p>
        </w:tc>
        <w:tc>
          <w:tcPr>
            <w:tcW w:w="783" w:type="pct"/>
          </w:tcPr>
          <w:p w14:paraId="052B66DB" w14:textId="77777777" w:rsidR="00A73D88" w:rsidRPr="00E8587B" w:rsidRDefault="00A73D88" w:rsidP="009408BC">
            <w:pPr>
              <w:spacing w:before="120" w:after="120" w:line="264" w:lineRule="auto"/>
              <w:jc w:val="both"/>
              <w:rPr>
                <w:rFonts w:cs="Times New Roman"/>
                <w:color w:val="000000" w:themeColor="text1"/>
                <w:sz w:val="28"/>
                <w:szCs w:val="28"/>
                <w:lang w:val="vi-VN"/>
              </w:rPr>
            </w:pPr>
            <w:r w:rsidRPr="00E8587B">
              <w:rPr>
                <w:rFonts w:cs="Times New Roman"/>
                <w:color w:val="000000" w:themeColor="text1"/>
                <w:sz w:val="28"/>
                <w:szCs w:val="28"/>
                <w:lang w:val="vi-VN"/>
              </w:rPr>
              <w:t>Danh sách sản phẩm, dịch vụ AI đã được kiểm chứng, đáng tin cậy và đã được kiểm tra về an ninh thông tin được định kỳ công bố, cập nhật.</w:t>
            </w:r>
          </w:p>
        </w:tc>
        <w:tc>
          <w:tcPr>
            <w:tcW w:w="654" w:type="pct"/>
          </w:tcPr>
          <w:p w14:paraId="6D158A31" w14:textId="77777777" w:rsidR="00A73D88" w:rsidRPr="00C3780B" w:rsidRDefault="00A73D88" w:rsidP="004F7930">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lang w:val="vi-VN"/>
              </w:rPr>
              <w:t>Định kỳ công bố trước ngày 10/10 hằng năm</w:t>
            </w:r>
          </w:p>
        </w:tc>
      </w:tr>
      <w:tr w:rsidR="00A95BC0" w:rsidRPr="007D41B6" w14:paraId="756DD298" w14:textId="77777777" w:rsidTr="009408BC">
        <w:tc>
          <w:tcPr>
            <w:tcW w:w="290" w:type="pct"/>
          </w:tcPr>
          <w:p w14:paraId="5D8F00C7" w14:textId="3BC64EAC" w:rsidR="009E60BE" w:rsidRPr="00C3780B" w:rsidRDefault="009E60BE" w:rsidP="009408BC">
            <w:pPr>
              <w:pStyle w:val="ListParagraph"/>
              <w:numPr>
                <w:ilvl w:val="0"/>
                <w:numId w:val="16"/>
              </w:numPr>
              <w:spacing w:before="120" w:after="120" w:line="264" w:lineRule="auto"/>
              <w:jc w:val="both"/>
              <w:rPr>
                <w:rFonts w:cs="Times New Roman"/>
                <w:color w:val="000000" w:themeColor="text1"/>
                <w:sz w:val="28"/>
                <w:szCs w:val="28"/>
                <w:lang w:val="vi-VN"/>
              </w:rPr>
            </w:pPr>
          </w:p>
        </w:tc>
        <w:tc>
          <w:tcPr>
            <w:tcW w:w="989" w:type="pct"/>
          </w:tcPr>
          <w:p w14:paraId="521DB93E" w14:textId="74142AFE" w:rsidR="009E60BE" w:rsidRPr="007D41B6" w:rsidRDefault="009E60BE"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Nghiên cứu và phát triển các công nghệ bảo mật cho hệ thống AI, bao gồm các giải pháp phát hiện và ngăn chặn các mối đe dọa từ nước ngoài; giám sát phát hiện và ứng phó với các mối đe dọa từ nước ngoài</w:t>
            </w:r>
            <w:r w:rsidR="00BA1DDF">
              <w:rPr>
                <w:rFonts w:cs="Times New Roman"/>
                <w:color w:val="000000" w:themeColor="text1"/>
                <w:sz w:val="28"/>
                <w:szCs w:val="28"/>
                <w:lang w:val="vi-VN"/>
              </w:rPr>
              <w:t>.</w:t>
            </w:r>
          </w:p>
        </w:tc>
        <w:tc>
          <w:tcPr>
            <w:tcW w:w="612" w:type="pct"/>
          </w:tcPr>
          <w:p w14:paraId="59586F64" w14:textId="16CB205B" w:rsidR="009E60BE" w:rsidRPr="007D41B6" w:rsidRDefault="009E60BE"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Bộ</w:t>
            </w:r>
            <w:r w:rsidRPr="007D41B6">
              <w:rPr>
                <w:rFonts w:cs="Times New Roman"/>
                <w:color w:val="000000" w:themeColor="text1"/>
                <w:sz w:val="28"/>
                <w:szCs w:val="28"/>
                <w:lang w:val="vi-VN"/>
              </w:rPr>
              <w:t xml:space="preserve"> Công an</w:t>
            </w:r>
          </w:p>
        </w:tc>
        <w:tc>
          <w:tcPr>
            <w:tcW w:w="812" w:type="pct"/>
          </w:tcPr>
          <w:p w14:paraId="30B63070" w14:textId="09A50C1E" w:rsidR="009E60BE" w:rsidRPr="007D41B6" w:rsidRDefault="009E60BE" w:rsidP="009408BC">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60" w:type="pct"/>
          </w:tcPr>
          <w:p w14:paraId="586CFBBF" w14:textId="5BF804AB" w:rsidR="009E60BE" w:rsidRPr="007D41B6" w:rsidRDefault="002F6724"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w:t>
            </w:r>
            <w:r w:rsidRPr="007D41B6">
              <w:rPr>
                <w:rFonts w:cs="Times New Roman"/>
                <w:color w:val="000000" w:themeColor="text1"/>
                <w:sz w:val="28"/>
                <w:szCs w:val="28"/>
                <w:lang w:val="vi-VN"/>
              </w:rPr>
              <w:t>ộ giải pháp/công cụ/quy trình bảo mật hệ thống AI</w:t>
            </w:r>
          </w:p>
        </w:tc>
        <w:tc>
          <w:tcPr>
            <w:tcW w:w="783" w:type="pct"/>
          </w:tcPr>
          <w:p w14:paraId="6802BE07" w14:textId="6AB56897" w:rsidR="009E60BE" w:rsidRPr="00C3780B" w:rsidRDefault="002F6724" w:rsidP="009408BC">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S</w:t>
            </w:r>
            <w:r w:rsidRPr="007D41B6">
              <w:rPr>
                <w:rFonts w:cs="Times New Roman"/>
                <w:color w:val="000000" w:themeColor="text1"/>
                <w:sz w:val="28"/>
                <w:szCs w:val="28"/>
                <w:lang w:val="vi-VN"/>
              </w:rPr>
              <w:t>ố giải pháp được thử nghiệm/</w:t>
            </w:r>
            <w:r w:rsidR="00BA1DDF">
              <w:rPr>
                <w:rFonts w:cs="Times New Roman"/>
                <w:color w:val="000000" w:themeColor="text1"/>
                <w:sz w:val="28"/>
                <w:szCs w:val="28"/>
                <w:lang w:val="vi-VN"/>
              </w:rPr>
              <w:t xml:space="preserve"> </w:t>
            </w:r>
            <w:r w:rsidRPr="007D41B6">
              <w:rPr>
                <w:rFonts w:cs="Times New Roman"/>
                <w:color w:val="000000" w:themeColor="text1"/>
                <w:sz w:val="28"/>
                <w:szCs w:val="28"/>
                <w:lang w:val="vi-VN"/>
              </w:rPr>
              <w:t>triển khai, số hệ thống AI được đánh giá an toàn</w:t>
            </w:r>
            <w:r w:rsidR="00B33956" w:rsidRPr="00C3780B">
              <w:rPr>
                <w:rFonts w:cs="Times New Roman"/>
                <w:color w:val="000000" w:themeColor="text1"/>
                <w:sz w:val="28"/>
                <w:szCs w:val="28"/>
                <w:lang w:val="vi-VN"/>
              </w:rPr>
              <w:t xml:space="preserve"> với các mối đe dọa từ nước ngoài</w:t>
            </w:r>
            <w:r w:rsidR="00BA1DDF">
              <w:rPr>
                <w:rFonts w:cs="Times New Roman"/>
                <w:color w:val="000000" w:themeColor="text1"/>
                <w:sz w:val="28"/>
                <w:szCs w:val="28"/>
                <w:lang w:val="vi-VN"/>
              </w:rPr>
              <w:t>.</w:t>
            </w:r>
          </w:p>
        </w:tc>
        <w:tc>
          <w:tcPr>
            <w:tcW w:w="654" w:type="pct"/>
          </w:tcPr>
          <w:p w14:paraId="4C41051C" w14:textId="3012EEC0" w:rsidR="009E60BE" w:rsidRPr="007D41B6" w:rsidRDefault="009E60BE" w:rsidP="004F7930">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bl>
    <w:p w14:paraId="7A942322" w14:textId="190A76F4" w:rsidR="00301651" w:rsidRPr="007D41B6" w:rsidRDefault="00A531B5"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C3780B">
        <w:rPr>
          <w:rFonts w:ascii="Times New Roman" w:hAnsi="Times New Roman" w:cs="Times New Roman"/>
          <w:color w:val="000000" w:themeColor="text1"/>
          <w:sz w:val="28"/>
          <w:szCs w:val="28"/>
          <w:lang w:val="vi-VN"/>
        </w:rPr>
        <w:lastRenderedPageBreak/>
        <w:t>Nhóm nhiệm vụ 9. Hợp tác quốc tế và nâng cao vị thế Việt Nam trong chuỗi giá trị AI toàn cầu</w:t>
      </w:r>
    </w:p>
    <w:tbl>
      <w:tblPr>
        <w:tblStyle w:val="TableGrid"/>
        <w:tblW w:w="5000" w:type="pct"/>
        <w:jc w:val="center"/>
        <w:tblLook w:val="04A0" w:firstRow="1" w:lastRow="0" w:firstColumn="1" w:lastColumn="0" w:noHBand="0" w:noVBand="1"/>
      </w:tblPr>
      <w:tblGrid>
        <w:gridCol w:w="759"/>
        <w:gridCol w:w="2730"/>
        <w:gridCol w:w="1649"/>
        <w:gridCol w:w="2236"/>
        <w:gridCol w:w="2370"/>
        <w:gridCol w:w="2582"/>
        <w:gridCol w:w="1646"/>
      </w:tblGrid>
      <w:tr w:rsidR="00A73D88" w:rsidRPr="007D41B6" w14:paraId="1BEBCC18" w14:textId="77777777" w:rsidTr="00014FF4">
        <w:trPr>
          <w:tblHeader/>
          <w:jc w:val="center"/>
        </w:trPr>
        <w:tc>
          <w:tcPr>
            <w:tcW w:w="272" w:type="pct"/>
          </w:tcPr>
          <w:p w14:paraId="2014DBFF" w14:textId="77777777" w:rsidR="00A73D88" w:rsidRPr="007D41B6" w:rsidRDefault="00A73D88" w:rsidP="00014FF4">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STT</w:t>
            </w:r>
          </w:p>
        </w:tc>
        <w:tc>
          <w:tcPr>
            <w:tcW w:w="977" w:type="pct"/>
          </w:tcPr>
          <w:p w14:paraId="5B4876DD" w14:textId="77777777" w:rsidR="00A73D88" w:rsidRPr="007D41B6" w:rsidRDefault="00A73D88" w:rsidP="00014FF4">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Nhiệm vụ</w:t>
            </w:r>
          </w:p>
        </w:tc>
        <w:tc>
          <w:tcPr>
            <w:tcW w:w="590" w:type="pct"/>
          </w:tcPr>
          <w:p w14:paraId="0604E317" w14:textId="4B9B13CB" w:rsidR="00A73D88" w:rsidRPr="007D41B6" w:rsidRDefault="00823C24" w:rsidP="00014FF4">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A73D88" w:rsidRPr="007D41B6">
              <w:rPr>
                <w:rFonts w:cs="Times New Roman"/>
                <w:b/>
                <w:color w:val="000000" w:themeColor="text1"/>
                <w:sz w:val="28"/>
                <w:szCs w:val="28"/>
              </w:rPr>
              <w:t xml:space="preserve"> chủ trì</w:t>
            </w:r>
          </w:p>
        </w:tc>
        <w:tc>
          <w:tcPr>
            <w:tcW w:w="800" w:type="pct"/>
          </w:tcPr>
          <w:p w14:paraId="0488A4ED" w14:textId="2DB672F8" w:rsidR="00A73D88" w:rsidRPr="007D41B6" w:rsidRDefault="00823C24" w:rsidP="00014FF4">
            <w:pPr>
              <w:spacing w:before="120" w:after="120" w:line="264" w:lineRule="auto"/>
              <w:jc w:val="center"/>
              <w:rPr>
                <w:rFonts w:cs="Times New Roman"/>
                <w:color w:val="000000" w:themeColor="text1"/>
                <w:sz w:val="28"/>
                <w:szCs w:val="28"/>
              </w:rPr>
            </w:pPr>
            <w:r>
              <w:rPr>
                <w:rFonts w:cs="Times New Roman"/>
                <w:b/>
                <w:color w:val="000000" w:themeColor="text1"/>
                <w:sz w:val="28"/>
                <w:szCs w:val="28"/>
              </w:rPr>
              <w:t>C</w:t>
            </w:r>
            <w:r>
              <w:rPr>
                <w:rFonts w:cs="Times New Roman"/>
                <w:b/>
                <w:color w:val="000000" w:themeColor="text1"/>
                <w:sz w:val="28"/>
                <w:szCs w:val="28"/>
                <w:lang w:val="vi-VN"/>
              </w:rPr>
              <w:t>ơ quan</w:t>
            </w:r>
            <w:r w:rsidR="00A73D88" w:rsidRPr="007D41B6">
              <w:rPr>
                <w:rFonts w:cs="Times New Roman"/>
                <w:b/>
                <w:color w:val="000000" w:themeColor="text1"/>
                <w:sz w:val="28"/>
                <w:szCs w:val="28"/>
              </w:rPr>
              <w:t xml:space="preserve"> phối hợp</w:t>
            </w:r>
          </w:p>
        </w:tc>
        <w:tc>
          <w:tcPr>
            <w:tcW w:w="848" w:type="pct"/>
          </w:tcPr>
          <w:p w14:paraId="72809D4D" w14:textId="77777777" w:rsidR="00A73D88" w:rsidRPr="007D41B6" w:rsidRDefault="00A73D88" w:rsidP="00014FF4">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Kết quả đầu ra</w:t>
            </w:r>
          </w:p>
        </w:tc>
        <w:tc>
          <w:tcPr>
            <w:tcW w:w="924" w:type="pct"/>
          </w:tcPr>
          <w:p w14:paraId="4B1F89A9" w14:textId="77777777" w:rsidR="00A73D88" w:rsidRPr="007D41B6" w:rsidRDefault="00A73D88" w:rsidP="00014FF4">
            <w:pPr>
              <w:spacing w:before="120" w:after="120" w:line="264" w:lineRule="auto"/>
              <w:jc w:val="center"/>
              <w:rPr>
                <w:rFonts w:cs="Times New Roman"/>
                <w:color w:val="000000" w:themeColor="text1"/>
                <w:sz w:val="28"/>
                <w:szCs w:val="28"/>
              </w:rPr>
            </w:pPr>
            <w:r w:rsidRPr="007D41B6">
              <w:rPr>
                <w:rFonts w:cs="Times New Roman"/>
                <w:b/>
                <w:color w:val="000000" w:themeColor="text1"/>
                <w:sz w:val="28"/>
                <w:szCs w:val="28"/>
              </w:rPr>
              <w:t>Chỉ tiêu đánh giá</w:t>
            </w:r>
          </w:p>
        </w:tc>
        <w:tc>
          <w:tcPr>
            <w:tcW w:w="589" w:type="pct"/>
          </w:tcPr>
          <w:p w14:paraId="13F0E772" w14:textId="6FB84F44" w:rsidR="00A73D88" w:rsidRPr="00014FF4" w:rsidRDefault="00C97E67" w:rsidP="00014FF4">
            <w:pPr>
              <w:spacing w:before="120" w:after="120" w:line="264" w:lineRule="auto"/>
              <w:jc w:val="center"/>
              <w:rPr>
                <w:rFonts w:cs="Times New Roman"/>
                <w:color w:val="000000" w:themeColor="text1"/>
                <w:sz w:val="28"/>
                <w:szCs w:val="28"/>
                <w:lang w:val="vi-VN"/>
              </w:rPr>
            </w:pPr>
            <w:r w:rsidRPr="007D41B6">
              <w:rPr>
                <w:rFonts w:cs="Times New Roman"/>
                <w:b/>
                <w:color w:val="000000" w:themeColor="text1"/>
                <w:sz w:val="28"/>
                <w:szCs w:val="28"/>
              </w:rPr>
              <w:t xml:space="preserve">Thời </w:t>
            </w:r>
            <w:r w:rsidR="00014FF4">
              <w:rPr>
                <w:rFonts w:cs="Times New Roman"/>
                <w:b/>
                <w:color w:val="000000" w:themeColor="text1"/>
                <w:sz w:val="28"/>
                <w:szCs w:val="28"/>
              </w:rPr>
              <w:t>gian</w:t>
            </w:r>
            <w:r w:rsidR="00014FF4">
              <w:rPr>
                <w:rFonts w:cs="Times New Roman"/>
                <w:b/>
                <w:color w:val="000000" w:themeColor="text1"/>
                <w:sz w:val="28"/>
                <w:szCs w:val="28"/>
                <w:lang w:val="vi-VN"/>
              </w:rPr>
              <w:t xml:space="preserve"> thực hiện</w:t>
            </w:r>
          </w:p>
        </w:tc>
      </w:tr>
      <w:tr w:rsidR="00A73D88" w:rsidRPr="007D41B6" w14:paraId="6E6FD8C3" w14:textId="77777777" w:rsidTr="00014FF4">
        <w:trPr>
          <w:jc w:val="center"/>
        </w:trPr>
        <w:tc>
          <w:tcPr>
            <w:tcW w:w="272" w:type="pct"/>
          </w:tcPr>
          <w:p w14:paraId="400179BA" w14:textId="7F974DD0" w:rsidR="00A73D88" w:rsidRPr="007D41B6" w:rsidRDefault="00A73D88" w:rsidP="00014FF4">
            <w:pPr>
              <w:pStyle w:val="ListParagraph"/>
              <w:numPr>
                <w:ilvl w:val="0"/>
                <w:numId w:val="19"/>
              </w:numPr>
              <w:spacing w:before="120" w:after="120" w:line="264" w:lineRule="auto"/>
              <w:jc w:val="both"/>
              <w:rPr>
                <w:rFonts w:cs="Times New Roman"/>
                <w:color w:val="000000" w:themeColor="text1"/>
                <w:sz w:val="28"/>
                <w:szCs w:val="28"/>
                <w:lang w:val="vi-VN"/>
              </w:rPr>
            </w:pPr>
          </w:p>
        </w:tc>
        <w:tc>
          <w:tcPr>
            <w:tcW w:w="977" w:type="pct"/>
          </w:tcPr>
          <w:p w14:paraId="13A7B994" w14:textId="77777777" w:rsidR="00A73D88" w:rsidRPr="00C3780B" w:rsidRDefault="00A73D88"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Xây dựng chương trình hợp tác song phương, đa phương về AI với các trung tâm AI hàng đầu, quốc gia phát triển và tổ chức quốc tế.</w:t>
            </w:r>
          </w:p>
        </w:tc>
        <w:tc>
          <w:tcPr>
            <w:tcW w:w="590" w:type="pct"/>
          </w:tcPr>
          <w:p w14:paraId="2487108C" w14:textId="77777777" w:rsidR="00A73D88" w:rsidRPr="00C3780B" w:rsidRDefault="00A73D88"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800" w:type="pct"/>
          </w:tcPr>
          <w:p w14:paraId="6C92A406" w14:textId="77777777" w:rsidR="00A73D88" w:rsidRPr="00C3780B" w:rsidRDefault="00A73D88"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Ngoại giao; Bộ Giáo dục và Đào tạo; viện nghiên cứu; trường đại học; doanh nghiệp</w:t>
            </w:r>
          </w:p>
        </w:tc>
        <w:tc>
          <w:tcPr>
            <w:tcW w:w="848" w:type="pct"/>
          </w:tcPr>
          <w:p w14:paraId="58A34B79" w14:textId="77777777" w:rsidR="00A73D88" w:rsidRPr="00C3780B" w:rsidRDefault="00A73D88"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Chương trình, thỏa thuận hợp tác quốc tế về AI.</w:t>
            </w:r>
          </w:p>
        </w:tc>
        <w:tc>
          <w:tcPr>
            <w:tcW w:w="924" w:type="pct"/>
          </w:tcPr>
          <w:p w14:paraId="0B935925" w14:textId="77777777" w:rsidR="00A73D88" w:rsidRPr="00C3780B" w:rsidRDefault="00A73D88"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Các chương trình hợp tác song phương, đa phương trọng điểm về AI được ký kết và triển khai.</w:t>
            </w:r>
          </w:p>
        </w:tc>
        <w:tc>
          <w:tcPr>
            <w:tcW w:w="589" w:type="pct"/>
          </w:tcPr>
          <w:p w14:paraId="2ECFA168" w14:textId="1B9D514C" w:rsidR="00A73D88" w:rsidRPr="007D41B6" w:rsidRDefault="00A73D88"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2026</w:t>
            </w:r>
            <w:r w:rsidR="00014FF4">
              <w:rPr>
                <w:rFonts w:cs="Times New Roman"/>
                <w:color w:val="000000" w:themeColor="text1"/>
                <w:sz w:val="28"/>
                <w:szCs w:val="28"/>
                <w:lang w:val="vi-VN"/>
              </w:rPr>
              <w:t xml:space="preserve"> </w:t>
            </w:r>
            <w:r w:rsidRPr="007D41B6">
              <w:rPr>
                <w:rFonts w:cs="Times New Roman"/>
                <w:color w:val="000000" w:themeColor="text1"/>
                <w:sz w:val="28"/>
                <w:szCs w:val="28"/>
              </w:rPr>
              <w:t>-</w:t>
            </w:r>
            <w:r w:rsidR="00014FF4">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9E60BE" w:rsidRPr="007D41B6" w14:paraId="013520F6" w14:textId="77777777" w:rsidTr="00014FF4">
        <w:trPr>
          <w:jc w:val="center"/>
        </w:trPr>
        <w:tc>
          <w:tcPr>
            <w:tcW w:w="272" w:type="pct"/>
          </w:tcPr>
          <w:p w14:paraId="2AF0B0BC" w14:textId="6A910EF5" w:rsidR="009E60BE" w:rsidRPr="007D41B6" w:rsidRDefault="009E60BE" w:rsidP="00014FF4">
            <w:pPr>
              <w:pStyle w:val="ListParagraph"/>
              <w:numPr>
                <w:ilvl w:val="0"/>
                <w:numId w:val="19"/>
              </w:numPr>
              <w:spacing w:before="120" w:after="120" w:line="264" w:lineRule="auto"/>
              <w:jc w:val="both"/>
              <w:rPr>
                <w:rFonts w:cs="Times New Roman"/>
                <w:color w:val="000000" w:themeColor="text1"/>
                <w:sz w:val="28"/>
                <w:szCs w:val="28"/>
                <w:lang w:val="vi-VN"/>
              </w:rPr>
            </w:pPr>
          </w:p>
        </w:tc>
        <w:tc>
          <w:tcPr>
            <w:tcW w:w="977" w:type="pct"/>
          </w:tcPr>
          <w:p w14:paraId="6EB8EEA4" w14:textId="309114F0"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Thiết lập chương trình trao đổi nghiên cứu sinh, kỹ sư, nhà khoa học trong lĩnh vực AI giữa Việt Nam và các trung tâm nghiên cứu, phát triển AI hàng đầu thế giới</w:t>
            </w:r>
            <w:r w:rsidR="00014FF4">
              <w:rPr>
                <w:rFonts w:cs="Times New Roman"/>
                <w:color w:val="000000" w:themeColor="text1"/>
                <w:sz w:val="28"/>
                <w:szCs w:val="28"/>
                <w:lang w:val="vi-VN"/>
              </w:rPr>
              <w:t>.</w:t>
            </w:r>
          </w:p>
        </w:tc>
        <w:tc>
          <w:tcPr>
            <w:tcW w:w="590" w:type="pct"/>
          </w:tcPr>
          <w:p w14:paraId="47A7FB52" w14:textId="17E7FF96"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Giáo dục và Đào tạo</w:t>
            </w:r>
          </w:p>
        </w:tc>
        <w:tc>
          <w:tcPr>
            <w:tcW w:w="800" w:type="pct"/>
          </w:tcPr>
          <w:p w14:paraId="12614871" w14:textId="3A44E62C"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 Bộ Nội vụ</w:t>
            </w:r>
          </w:p>
        </w:tc>
        <w:tc>
          <w:tcPr>
            <w:tcW w:w="848" w:type="pct"/>
          </w:tcPr>
          <w:p w14:paraId="3924CDC0" w14:textId="48DD0B23"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Chương trình trao đổi được ban hành</w:t>
            </w:r>
            <w:r w:rsidR="00014FF4">
              <w:rPr>
                <w:rFonts w:cs="Times New Roman"/>
                <w:color w:val="000000" w:themeColor="text1"/>
                <w:sz w:val="28"/>
                <w:szCs w:val="28"/>
                <w:lang w:val="vi-VN"/>
              </w:rPr>
              <w:t>.</w:t>
            </w:r>
          </w:p>
        </w:tc>
        <w:tc>
          <w:tcPr>
            <w:tcW w:w="924" w:type="pct"/>
          </w:tcPr>
          <w:p w14:paraId="53F60927" w14:textId="1164D4F9" w:rsidR="009E60BE" w:rsidRPr="00C3780B" w:rsidRDefault="009E60BE" w:rsidP="00014FF4">
            <w:pPr>
              <w:spacing w:before="120" w:after="120" w:line="264" w:lineRule="auto"/>
              <w:jc w:val="both"/>
              <w:rPr>
                <w:rFonts w:cs="Times New Roman"/>
                <w:color w:val="000000" w:themeColor="text1"/>
                <w:sz w:val="28"/>
                <w:szCs w:val="28"/>
                <w:lang w:val="vi-VN"/>
              </w:rPr>
            </w:pPr>
          </w:p>
        </w:tc>
        <w:tc>
          <w:tcPr>
            <w:tcW w:w="589" w:type="pct"/>
          </w:tcPr>
          <w:p w14:paraId="20CA052C" w14:textId="644B0C47" w:rsidR="009E60BE" w:rsidRPr="007D41B6" w:rsidRDefault="009E60BE"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9E60BE" w:rsidRPr="007D41B6" w14:paraId="3E1D702F" w14:textId="77777777" w:rsidTr="00014FF4">
        <w:trPr>
          <w:jc w:val="center"/>
        </w:trPr>
        <w:tc>
          <w:tcPr>
            <w:tcW w:w="272" w:type="pct"/>
          </w:tcPr>
          <w:p w14:paraId="53DBA3B4" w14:textId="59F7CA82" w:rsidR="009E60BE" w:rsidRPr="007D41B6" w:rsidRDefault="009E60BE" w:rsidP="00014FF4">
            <w:pPr>
              <w:pStyle w:val="ListParagraph"/>
              <w:numPr>
                <w:ilvl w:val="0"/>
                <w:numId w:val="19"/>
              </w:numPr>
              <w:spacing w:before="120" w:after="120" w:line="264" w:lineRule="auto"/>
              <w:jc w:val="both"/>
              <w:rPr>
                <w:rFonts w:cs="Times New Roman"/>
                <w:color w:val="000000" w:themeColor="text1"/>
                <w:sz w:val="28"/>
                <w:szCs w:val="28"/>
                <w:lang w:val="vi-VN"/>
              </w:rPr>
            </w:pPr>
          </w:p>
        </w:tc>
        <w:tc>
          <w:tcPr>
            <w:tcW w:w="977" w:type="pct"/>
          </w:tcPr>
          <w:p w14:paraId="2C241BC4" w14:textId="155B683D" w:rsidR="009E60BE" w:rsidRPr="00E8587B" w:rsidRDefault="009E60BE" w:rsidP="00014FF4">
            <w:pPr>
              <w:spacing w:before="120" w:after="120" w:line="264" w:lineRule="auto"/>
              <w:jc w:val="both"/>
              <w:rPr>
                <w:rFonts w:cs="Times New Roman"/>
                <w:color w:val="000000" w:themeColor="text1"/>
                <w:sz w:val="28"/>
                <w:szCs w:val="28"/>
                <w:lang w:val="vi-VN"/>
              </w:rPr>
            </w:pPr>
            <w:r w:rsidRPr="00E8587B">
              <w:rPr>
                <w:rFonts w:cs="Times New Roman"/>
                <w:color w:val="000000" w:themeColor="text1"/>
                <w:sz w:val="28"/>
                <w:szCs w:val="28"/>
                <w:lang w:val="vi-VN"/>
              </w:rPr>
              <w:t xml:space="preserve">Tăng cường hợp tác quốc tế về năng lực tính toán, dữ liệu, nhân lực, tiêu chuẩn, </w:t>
            </w:r>
            <w:r w:rsidRPr="00E8587B">
              <w:rPr>
                <w:rFonts w:cs="Times New Roman"/>
                <w:color w:val="000000" w:themeColor="text1"/>
                <w:sz w:val="28"/>
                <w:szCs w:val="28"/>
                <w:lang w:val="vi-VN"/>
              </w:rPr>
              <w:lastRenderedPageBreak/>
              <w:t>an toàn, kiểm định và quản trị AI.</w:t>
            </w:r>
          </w:p>
        </w:tc>
        <w:tc>
          <w:tcPr>
            <w:tcW w:w="590" w:type="pct"/>
          </w:tcPr>
          <w:p w14:paraId="0049ECD9"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lastRenderedPageBreak/>
              <w:t>Bộ Khoa học và Công nghệ</w:t>
            </w:r>
          </w:p>
        </w:tc>
        <w:tc>
          <w:tcPr>
            <w:tcW w:w="800" w:type="pct"/>
          </w:tcPr>
          <w:p w14:paraId="2F0FEE9D"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Ngoại giao; Bộ Công an; Bộ Tư pháp; Bộ Giáo dục và Đào tạo; doanh nghiệp</w:t>
            </w:r>
          </w:p>
        </w:tc>
        <w:tc>
          <w:tcPr>
            <w:tcW w:w="848" w:type="pct"/>
          </w:tcPr>
          <w:p w14:paraId="25C35099"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Dự án, chương trình hợp tác về hạ tầng, dữ liệu, nhân lực, tiêu chuẩn, quản trị AI.</w:t>
            </w:r>
          </w:p>
        </w:tc>
        <w:tc>
          <w:tcPr>
            <w:tcW w:w="924" w:type="pct"/>
          </w:tcPr>
          <w:p w14:paraId="50F7D0E7"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Số chương trình, dự án, chuyên gia, tiêu chuẩn, sáng kiến hợp tác được triển khai.</w:t>
            </w:r>
          </w:p>
        </w:tc>
        <w:tc>
          <w:tcPr>
            <w:tcW w:w="589" w:type="pct"/>
          </w:tcPr>
          <w:p w14:paraId="4E160728" w14:textId="3ADAA0CE" w:rsidR="009E60BE" w:rsidRPr="007D41B6" w:rsidRDefault="009E60BE"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2026</w:t>
            </w:r>
            <w:r w:rsidR="00014FF4">
              <w:rPr>
                <w:rFonts w:cs="Times New Roman"/>
                <w:color w:val="000000" w:themeColor="text1"/>
                <w:sz w:val="28"/>
                <w:szCs w:val="28"/>
                <w:lang w:val="vi-VN"/>
              </w:rPr>
              <w:t xml:space="preserve"> </w:t>
            </w:r>
            <w:r w:rsidRPr="007D41B6">
              <w:rPr>
                <w:rFonts w:cs="Times New Roman"/>
                <w:color w:val="000000" w:themeColor="text1"/>
                <w:sz w:val="28"/>
                <w:szCs w:val="28"/>
              </w:rPr>
              <w:t>-</w:t>
            </w:r>
            <w:r w:rsidR="00014FF4">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9E60BE" w:rsidRPr="007D41B6" w14:paraId="134B8428" w14:textId="77777777" w:rsidTr="00014FF4">
        <w:trPr>
          <w:jc w:val="center"/>
        </w:trPr>
        <w:tc>
          <w:tcPr>
            <w:tcW w:w="272" w:type="pct"/>
          </w:tcPr>
          <w:p w14:paraId="0A658F13" w14:textId="1220C096" w:rsidR="009E60BE" w:rsidRPr="007D41B6" w:rsidRDefault="009E60BE" w:rsidP="00014FF4">
            <w:pPr>
              <w:pStyle w:val="ListParagraph"/>
              <w:numPr>
                <w:ilvl w:val="0"/>
                <w:numId w:val="19"/>
              </w:numPr>
              <w:spacing w:before="120" w:after="120" w:line="264" w:lineRule="auto"/>
              <w:jc w:val="both"/>
              <w:rPr>
                <w:rFonts w:cs="Times New Roman"/>
                <w:color w:val="000000" w:themeColor="text1"/>
                <w:sz w:val="28"/>
                <w:szCs w:val="28"/>
                <w:lang w:val="vi-VN"/>
              </w:rPr>
            </w:pPr>
          </w:p>
        </w:tc>
        <w:tc>
          <w:tcPr>
            <w:tcW w:w="977" w:type="pct"/>
          </w:tcPr>
          <w:p w14:paraId="752E70C4" w14:textId="7057C1F8"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Thu hút đầu tư trực tiếp nước ngoài (FDI) chất lượng cao và các tập đoàn công nghệ lớn trên thế giới đầu tư, xây dựng trung tâm nghiên cứu và phát triển AI tại Việt Nam, thông qua ưu đãi đầu tư và hạ tầng dữ liệu, điện toán tiên tiến</w:t>
            </w:r>
            <w:r w:rsidR="00014FF4">
              <w:rPr>
                <w:rFonts w:cs="Times New Roman"/>
                <w:color w:val="000000" w:themeColor="text1"/>
                <w:sz w:val="28"/>
                <w:szCs w:val="28"/>
                <w:lang w:val="vi-VN"/>
              </w:rPr>
              <w:t>.</w:t>
            </w:r>
          </w:p>
        </w:tc>
        <w:tc>
          <w:tcPr>
            <w:tcW w:w="590" w:type="pct"/>
          </w:tcPr>
          <w:p w14:paraId="11A8F722"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800" w:type="pct"/>
          </w:tcPr>
          <w:p w14:paraId="1A1D846F"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Tài chính; Bộ Công Thương; Bộ Ngoại giao; địa phương</w:t>
            </w:r>
          </w:p>
        </w:tc>
        <w:tc>
          <w:tcPr>
            <w:tcW w:w="848" w:type="pct"/>
          </w:tcPr>
          <w:p w14:paraId="16ECB0D4" w14:textId="71B93DB4"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Các </w:t>
            </w:r>
            <w:r w:rsidR="006410DF" w:rsidRPr="00C3780B">
              <w:rPr>
                <w:rFonts w:cs="Times New Roman"/>
                <w:color w:val="000000" w:themeColor="text1"/>
                <w:sz w:val="28"/>
                <w:szCs w:val="28"/>
                <w:lang w:val="vi-VN"/>
              </w:rPr>
              <w:t>dự án FDI chát lượng cao</w:t>
            </w:r>
            <w:r w:rsidR="00014FF4">
              <w:rPr>
                <w:rFonts w:cs="Times New Roman"/>
                <w:color w:val="000000" w:themeColor="text1"/>
                <w:sz w:val="28"/>
                <w:szCs w:val="28"/>
                <w:lang w:val="vi-VN"/>
              </w:rPr>
              <w:t>.</w:t>
            </w:r>
          </w:p>
        </w:tc>
        <w:tc>
          <w:tcPr>
            <w:tcW w:w="924" w:type="pct"/>
          </w:tcPr>
          <w:p w14:paraId="11487755" w14:textId="4C1455F5" w:rsidR="009E60BE" w:rsidRPr="00C3780B" w:rsidRDefault="009E60BE" w:rsidP="00014FF4">
            <w:pPr>
              <w:spacing w:before="120" w:after="120" w:line="264" w:lineRule="auto"/>
              <w:jc w:val="both"/>
              <w:rPr>
                <w:rFonts w:cs="Times New Roman"/>
                <w:color w:val="000000" w:themeColor="text1"/>
                <w:sz w:val="28"/>
                <w:szCs w:val="28"/>
                <w:lang w:val="vi-VN"/>
              </w:rPr>
            </w:pPr>
          </w:p>
        </w:tc>
        <w:tc>
          <w:tcPr>
            <w:tcW w:w="589" w:type="pct"/>
          </w:tcPr>
          <w:p w14:paraId="2416A1D7" w14:textId="43327B0F" w:rsidR="009E60BE" w:rsidRPr="007D41B6" w:rsidRDefault="009E60BE"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9E60BE" w:rsidRPr="007D41B6" w14:paraId="0725CC62" w14:textId="77777777" w:rsidTr="00014FF4">
        <w:trPr>
          <w:jc w:val="center"/>
        </w:trPr>
        <w:tc>
          <w:tcPr>
            <w:tcW w:w="272" w:type="pct"/>
          </w:tcPr>
          <w:p w14:paraId="5319BE35" w14:textId="0D88E86D" w:rsidR="009E60BE" w:rsidRPr="007D41B6" w:rsidRDefault="009E60BE" w:rsidP="00014FF4">
            <w:pPr>
              <w:pStyle w:val="ListParagraph"/>
              <w:numPr>
                <w:ilvl w:val="0"/>
                <w:numId w:val="19"/>
              </w:numPr>
              <w:spacing w:before="120" w:after="120" w:line="264" w:lineRule="auto"/>
              <w:jc w:val="both"/>
              <w:rPr>
                <w:rFonts w:cs="Times New Roman"/>
                <w:color w:val="000000" w:themeColor="text1"/>
                <w:sz w:val="28"/>
                <w:szCs w:val="28"/>
                <w:lang w:val="vi-VN"/>
              </w:rPr>
            </w:pPr>
          </w:p>
        </w:tc>
        <w:tc>
          <w:tcPr>
            <w:tcW w:w="977" w:type="pct"/>
          </w:tcPr>
          <w:p w14:paraId="1DA2E2A1"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Hỗ trợ doanh nghiệp AI Việt Nam hợp tác, chuyển giao công nghệ, đồng phát triển sản phẩm và đưa nền tảng, sản phẩm, dịch vụ AI Make in Vietnam ra thị trường khu vực, quốc tế.</w:t>
            </w:r>
          </w:p>
        </w:tc>
        <w:tc>
          <w:tcPr>
            <w:tcW w:w="590" w:type="pct"/>
          </w:tcPr>
          <w:p w14:paraId="0CDCF922"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800" w:type="pct"/>
          </w:tcPr>
          <w:p w14:paraId="144E3B23"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Công Thương; Bộ Ngoại giao; hiệp hội doanh nghiệp; địa phương</w:t>
            </w:r>
          </w:p>
        </w:tc>
        <w:tc>
          <w:tcPr>
            <w:tcW w:w="848" w:type="pct"/>
          </w:tcPr>
          <w:p w14:paraId="526687A3" w14:textId="6A8110E8" w:rsidR="009E60BE" w:rsidRPr="00C3780B" w:rsidRDefault="006410DF"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Số lượng doanh nghiệp AI hợp tác, chuyển giao công nghệ, đồng phát triển</w:t>
            </w:r>
            <w:r w:rsidR="00014FF4">
              <w:rPr>
                <w:rFonts w:cs="Times New Roman"/>
                <w:color w:val="000000" w:themeColor="text1"/>
                <w:sz w:val="28"/>
                <w:szCs w:val="28"/>
                <w:lang w:val="vi-VN"/>
              </w:rPr>
              <w:t>.</w:t>
            </w:r>
          </w:p>
        </w:tc>
        <w:tc>
          <w:tcPr>
            <w:tcW w:w="924" w:type="pct"/>
          </w:tcPr>
          <w:p w14:paraId="426E5055" w14:textId="77777777" w:rsidR="009E60BE" w:rsidRPr="00C3780B" w:rsidRDefault="009E60BE"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Từng bước đưa nền tảng, sản phẩm, dịch vụ AI Make in Vietnam ra thị trường khu vực và quốc tế.</w:t>
            </w:r>
          </w:p>
        </w:tc>
        <w:tc>
          <w:tcPr>
            <w:tcW w:w="589" w:type="pct"/>
          </w:tcPr>
          <w:p w14:paraId="1D0C97BC" w14:textId="4EB279E9" w:rsidR="009E60BE" w:rsidRPr="007D41B6" w:rsidRDefault="009E60BE"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2026</w:t>
            </w:r>
            <w:r w:rsidR="00014FF4">
              <w:rPr>
                <w:rFonts w:cs="Times New Roman"/>
                <w:color w:val="000000" w:themeColor="text1"/>
                <w:sz w:val="28"/>
                <w:szCs w:val="28"/>
                <w:lang w:val="vi-VN"/>
              </w:rPr>
              <w:t xml:space="preserve"> </w:t>
            </w:r>
            <w:r w:rsidRPr="007D41B6">
              <w:rPr>
                <w:rFonts w:cs="Times New Roman"/>
                <w:color w:val="000000" w:themeColor="text1"/>
                <w:sz w:val="28"/>
                <w:szCs w:val="28"/>
              </w:rPr>
              <w:t>-</w:t>
            </w:r>
            <w:r w:rsidR="00014FF4">
              <w:rPr>
                <w:rFonts w:cs="Times New Roman"/>
                <w:color w:val="000000" w:themeColor="text1"/>
                <w:sz w:val="28"/>
                <w:szCs w:val="28"/>
                <w:lang w:val="vi-VN"/>
              </w:rPr>
              <w:t xml:space="preserve"> </w:t>
            </w:r>
            <w:r w:rsidRPr="007D41B6">
              <w:rPr>
                <w:rFonts w:cs="Times New Roman"/>
                <w:color w:val="000000" w:themeColor="text1"/>
                <w:sz w:val="28"/>
                <w:szCs w:val="28"/>
              </w:rPr>
              <w:t>2030</w:t>
            </w:r>
          </w:p>
        </w:tc>
      </w:tr>
      <w:tr w:rsidR="009E60BE" w:rsidRPr="007D41B6" w14:paraId="4D265C7F" w14:textId="43B8B72C" w:rsidTr="00014FF4">
        <w:trPr>
          <w:jc w:val="center"/>
        </w:trPr>
        <w:tc>
          <w:tcPr>
            <w:tcW w:w="272" w:type="pct"/>
          </w:tcPr>
          <w:p w14:paraId="652CE3A3" w14:textId="58495E56" w:rsidR="009E60BE" w:rsidRPr="007D41B6" w:rsidRDefault="009E60BE" w:rsidP="00014FF4">
            <w:pPr>
              <w:pStyle w:val="ListParagraph"/>
              <w:numPr>
                <w:ilvl w:val="0"/>
                <w:numId w:val="19"/>
              </w:numPr>
              <w:spacing w:before="120" w:after="120" w:line="264" w:lineRule="auto"/>
              <w:jc w:val="both"/>
              <w:rPr>
                <w:rFonts w:cs="Times New Roman"/>
                <w:color w:val="000000" w:themeColor="text1"/>
                <w:sz w:val="28"/>
                <w:szCs w:val="28"/>
                <w:lang w:val="vi-VN"/>
              </w:rPr>
            </w:pPr>
          </w:p>
        </w:tc>
        <w:tc>
          <w:tcPr>
            <w:tcW w:w="977" w:type="pct"/>
          </w:tcPr>
          <w:p w14:paraId="0625C03B" w14:textId="2FFBC52C"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Tạo điều kiện thuận lợi cho doanh nghiệp Việt Nam thực hiện mua bán, sáp nhập các công ty khởi nghiệp nước ngoài đã có sản phẩm đạt chất lượng và thị phần quốc tế để giảm thời gian làm chủ công nghệ và cung cấp sản phẩm ra thị trường toàn cầu</w:t>
            </w:r>
            <w:r w:rsidR="00014FF4">
              <w:rPr>
                <w:rFonts w:cs="Times New Roman"/>
                <w:color w:val="000000" w:themeColor="text1"/>
                <w:sz w:val="28"/>
                <w:szCs w:val="28"/>
                <w:lang w:val="vi-VN"/>
              </w:rPr>
              <w:t>.</w:t>
            </w:r>
          </w:p>
        </w:tc>
        <w:tc>
          <w:tcPr>
            <w:tcW w:w="590" w:type="pct"/>
          </w:tcPr>
          <w:p w14:paraId="714C4D01" w14:textId="044080A6"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00" w:type="pct"/>
          </w:tcPr>
          <w:p w14:paraId="39940133" w14:textId="77777777"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Ngoại giao</w:t>
            </w:r>
          </w:p>
          <w:p w14:paraId="17331AB3" w14:textId="77777777" w:rsidR="009E60BE" w:rsidRPr="007D41B6" w:rsidRDefault="009E60BE" w:rsidP="00014FF4">
            <w:pPr>
              <w:spacing w:before="120" w:after="120" w:line="264" w:lineRule="auto"/>
              <w:jc w:val="both"/>
              <w:rPr>
                <w:rFonts w:cs="Times New Roman"/>
                <w:color w:val="000000" w:themeColor="text1"/>
                <w:sz w:val="28"/>
                <w:szCs w:val="28"/>
                <w:lang w:val="vi-VN"/>
              </w:rPr>
            </w:pPr>
          </w:p>
        </w:tc>
        <w:tc>
          <w:tcPr>
            <w:tcW w:w="848" w:type="pct"/>
          </w:tcPr>
          <w:p w14:paraId="1E93F7E8" w14:textId="741DAA4D" w:rsidR="009E60BE" w:rsidRPr="007D41B6" w:rsidRDefault="006410DF" w:rsidP="00014FF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w:t>
            </w:r>
            <w:r w:rsidRPr="007D41B6">
              <w:rPr>
                <w:rFonts w:cs="Times New Roman"/>
                <w:color w:val="000000" w:themeColor="text1"/>
                <w:sz w:val="28"/>
                <w:szCs w:val="28"/>
                <w:lang w:val="vi-VN"/>
              </w:rPr>
              <w:t xml:space="preserve">hương vụ/hoạt động </w:t>
            </w:r>
            <w:r w:rsidRPr="00C3780B">
              <w:rPr>
                <w:rFonts w:cs="Times New Roman"/>
                <w:color w:val="000000" w:themeColor="text1"/>
                <w:sz w:val="28"/>
                <w:szCs w:val="28"/>
                <w:lang w:val="vi-VN"/>
              </w:rPr>
              <w:t>mua bán, sáp nhập</w:t>
            </w:r>
            <w:r w:rsidRPr="007D41B6">
              <w:rPr>
                <w:rFonts w:cs="Times New Roman"/>
                <w:color w:val="000000" w:themeColor="text1"/>
                <w:sz w:val="28"/>
                <w:szCs w:val="28"/>
                <w:lang w:val="vi-VN"/>
              </w:rPr>
              <w:t xml:space="preserve"> được hỗ trợ, công nghệ/sản phẩm AI được tiếp nhận, làm chủ.</w:t>
            </w:r>
          </w:p>
        </w:tc>
        <w:tc>
          <w:tcPr>
            <w:tcW w:w="924" w:type="pct"/>
          </w:tcPr>
          <w:p w14:paraId="2D9A3F92" w14:textId="311B4A74"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Số </w:t>
            </w:r>
            <w:r w:rsidR="006410DF" w:rsidRPr="00C3780B">
              <w:rPr>
                <w:rFonts w:cs="Times New Roman"/>
                <w:color w:val="000000" w:themeColor="text1"/>
                <w:sz w:val="28"/>
                <w:szCs w:val="28"/>
                <w:lang w:val="vi-VN"/>
              </w:rPr>
              <w:t xml:space="preserve">thương vụ/ hoạt động </w:t>
            </w:r>
            <w:r w:rsidRPr="007D41B6">
              <w:rPr>
                <w:rFonts w:cs="Times New Roman"/>
                <w:color w:val="000000" w:themeColor="text1"/>
                <w:sz w:val="28"/>
                <w:szCs w:val="28"/>
                <w:lang w:val="vi-VN"/>
              </w:rPr>
              <w:t>mua bán, sáp nhập doanh nghiệp khởi nghiệp AI ở nước ngoài được hỗ trợ, thẩm định hoặc triển khai theo quy định; số công nghệ, sản phẩm AI được tiếp nhận, làm chủ hoặc đưa ra thị trường.</w:t>
            </w:r>
          </w:p>
        </w:tc>
        <w:tc>
          <w:tcPr>
            <w:tcW w:w="589" w:type="pct"/>
          </w:tcPr>
          <w:p w14:paraId="2057DFDD" w14:textId="1BA70119" w:rsidR="009E60BE" w:rsidRPr="007D41B6" w:rsidRDefault="009E60BE"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9E60BE" w:rsidRPr="007D41B6" w14:paraId="630BF3EE" w14:textId="77777777" w:rsidTr="00014FF4">
        <w:trPr>
          <w:jc w:val="center"/>
        </w:trPr>
        <w:tc>
          <w:tcPr>
            <w:tcW w:w="272" w:type="pct"/>
          </w:tcPr>
          <w:p w14:paraId="4DC1F9A8" w14:textId="77777777" w:rsidR="009E60BE" w:rsidRPr="007D41B6" w:rsidRDefault="009E60BE" w:rsidP="00014FF4">
            <w:pPr>
              <w:pStyle w:val="ListParagraph"/>
              <w:numPr>
                <w:ilvl w:val="0"/>
                <w:numId w:val="19"/>
              </w:numPr>
              <w:spacing w:before="120" w:after="120" w:line="264" w:lineRule="auto"/>
              <w:jc w:val="both"/>
              <w:rPr>
                <w:rFonts w:cs="Times New Roman"/>
                <w:color w:val="000000" w:themeColor="text1"/>
                <w:sz w:val="28"/>
                <w:szCs w:val="28"/>
              </w:rPr>
            </w:pPr>
          </w:p>
        </w:tc>
        <w:tc>
          <w:tcPr>
            <w:tcW w:w="977" w:type="pct"/>
          </w:tcPr>
          <w:p w14:paraId="25938CCE" w14:textId="02C1269F"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Tích cực tham gia các diễn đàn, sáng kiến quốc tế, ký kết các thỏa thuận song phương và đa phương về chính sách quản trị, đạo đức, tiêu chuẩn AI nhằm bảo vệ người dân và phòng chống thao túng xã hội từ AI</w:t>
            </w:r>
            <w:r w:rsidR="00BD0A12">
              <w:rPr>
                <w:rFonts w:cs="Times New Roman"/>
                <w:color w:val="000000" w:themeColor="text1"/>
                <w:sz w:val="28"/>
                <w:szCs w:val="28"/>
                <w:lang w:val="vi-VN"/>
              </w:rPr>
              <w:t>.</w:t>
            </w:r>
          </w:p>
        </w:tc>
        <w:tc>
          <w:tcPr>
            <w:tcW w:w="590" w:type="pct"/>
          </w:tcPr>
          <w:p w14:paraId="288D8E75" w14:textId="37233A06"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800" w:type="pct"/>
          </w:tcPr>
          <w:p w14:paraId="5D75BD1D" w14:textId="77777777"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Ngoại giao</w:t>
            </w:r>
          </w:p>
          <w:p w14:paraId="599EED41" w14:textId="77777777" w:rsidR="009E60BE" w:rsidRPr="007D41B6" w:rsidRDefault="009E60BE" w:rsidP="00014FF4">
            <w:pPr>
              <w:spacing w:before="120" w:after="120" w:line="264" w:lineRule="auto"/>
              <w:jc w:val="both"/>
              <w:rPr>
                <w:rFonts w:cs="Times New Roman"/>
                <w:color w:val="000000" w:themeColor="text1"/>
                <w:sz w:val="28"/>
                <w:szCs w:val="28"/>
                <w:lang w:val="vi-VN"/>
              </w:rPr>
            </w:pPr>
          </w:p>
        </w:tc>
        <w:tc>
          <w:tcPr>
            <w:tcW w:w="848" w:type="pct"/>
          </w:tcPr>
          <w:p w14:paraId="4100ACC8" w14:textId="46F35E9A" w:rsidR="009E60BE" w:rsidRPr="007D41B6" w:rsidRDefault="009E60BE"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Báo cáo           thực hiện</w:t>
            </w:r>
            <w:r w:rsidR="00BD0A12">
              <w:rPr>
                <w:rFonts w:cs="Times New Roman"/>
                <w:color w:val="000000" w:themeColor="text1"/>
                <w:sz w:val="28"/>
                <w:szCs w:val="28"/>
                <w:lang w:val="vi-VN"/>
              </w:rPr>
              <w:t>.</w:t>
            </w:r>
          </w:p>
        </w:tc>
        <w:tc>
          <w:tcPr>
            <w:tcW w:w="924" w:type="pct"/>
          </w:tcPr>
          <w:p w14:paraId="51F14A26" w14:textId="56DA0FD4" w:rsidR="009E60BE" w:rsidRPr="007D41B6" w:rsidRDefault="009E60BE" w:rsidP="00014FF4">
            <w:pPr>
              <w:spacing w:before="120" w:after="120" w:line="264" w:lineRule="auto"/>
              <w:jc w:val="both"/>
              <w:rPr>
                <w:rFonts w:cs="Times New Roman"/>
                <w:color w:val="000000" w:themeColor="text1"/>
                <w:sz w:val="28"/>
                <w:szCs w:val="28"/>
                <w:lang w:val="vi-VN"/>
              </w:rPr>
            </w:pPr>
          </w:p>
        </w:tc>
        <w:tc>
          <w:tcPr>
            <w:tcW w:w="589" w:type="pct"/>
          </w:tcPr>
          <w:p w14:paraId="30B67750" w14:textId="069E24BE" w:rsidR="009E60BE" w:rsidRPr="007D41B6" w:rsidRDefault="009E60BE"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1524E8" w:rsidRPr="007D41B6" w14:paraId="5B7B1C9C" w14:textId="77777777" w:rsidTr="00014FF4">
        <w:trPr>
          <w:jc w:val="center"/>
        </w:trPr>
        <w:tc>
          <w:tcPr>
            <w:tcW w:w="272" w:type="pct"/>
          </w:tcPr>
          <w:p w14:paraId="1A023251" w14:textId="77777777" w:rsidR="001524E8" w:rsidRPr="007D41B6" w:rsidRDefault="001524E8" w:rsidP="00014FF4">
            <w:pPr>
              <w:pStyle w:val="ListParagraph"/>
              <w:numPr>
                <w:ilvl w:val="0"/>
                <w:numId w:val="19"/>
              </w:numPr>
              <w:spacing w:before="120" w:after="120" w:line="264" w:lineRule="auto"/>
              <w:jc w:val="both"/>
              <w:rPr>
                <w:rFonts w:cs="Times New Roman"/>
                <w:color w:val="000000" w:themeColor="text1"/>
                <w:sz w:val="28"/>
                <w:szCs w:val="28"/>
              </w:rPr>
            </w:pPr>
          </w:p>
        </w:tc>
        <w:tc>
          <w:tcPr>
            <w:tcW w:w="977" w:type="pct"/>
          </w:tcPr>
          <w:p w14:paraId="6150FFB3" w14:textId="2BFADE7F" w:rsidR="001524E8" w:rsidRPr="00014FF4" w:rsidRDefault="00AF5A81"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 xml:space="preserve">Hỗ trợ doanh nghiệp Việt Nam mua </w:t>
            </w:r>
            <w:r w:rsidR="001524E8" w:rsidRPr="007D41B6">
              <w:rPr>
                <w:rFonts w:cs="Times New Roman"/>
                <w:color w:val="000000" w:themeColor="text1"/>
                <w:sz w:val="28"/>
                <w:szCs w:val="28"/>
                <w:lang w:val="vi-VN"/>
              </w:rPr>
              <w:t>chip AI, GPU, năng lực tính toán, chuỗi cung ứng hạ tầng AI</w:t>
            </w:r>
            <w:r w:rsidR="00014FF4">
              <w:rPr>
                <w:rFonts w:cs="Times New Roman"/>
                <w:color w:val="000000" w:themeColor="text1"/>
                <w:sz w:val="28"/>
                <w:szCs w:val="28"/>
                <w:lang w:val="vi-VN"/>
              </w:rPr>
              <w:t>.</w:t>
            </w:r>
          </w:p>
        </w:tc>
        <w:tc>
          <w:tcPr>
            <w:tcW w:w="590" w:type="pct"/>
          </w:tcPr>
          <w:p w14:paraId="7B6E71A8" w14:textId="1362C222" w:rsidR="001524E8" w:rsidRPr="007D41B6" w:rsidRDefault="001524E8" w:rsidP="00014FF4">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Ngoại giao</w:t>
            </w:r>
          </w:p>
        </w:tc>
        <w:tc>
          <w:tcPr>
            <w:tcW w:w="800" w:type="pct"/>
          </w:tcPr>
          <w:p w14:paraId="570B2EFE" w14:textId="6202A23B" w:rsidR="001524E8" w:rsidRPr="007D41B6" w:rsidRDefault="001524E8" w:rsidP="00014FF4">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w:t>
            </w:r>
          </w:p>
        </w:tc>
        <w:tc>
          <w:tcPr>
            <w:tcW w:w="848" w:type="pct"/>
          </w:tcPr>
          <w:p w14:paraId="6316B4F1" w14:textId="52368235" w:rsidR="001524E8" w:rsidRPr="00014FF4" w:rsidRDefault="001524E8"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Các hoạt động hợp tác/ thương vụ/ hợp đồng với đối tác nước ngoài</w:t>
            </w:r>
            <w:r w:rsidR="00014FF4">
              <w:rPr>
                <w:rFonts w:cs="Times New Roman"/>
                <w:color w:val="000000" w:themeColor="text1"/>
                <w:sz w:val="28"/>
                <w:szCs w:val="28"/>
                <w:lang w:val="vi-VN"/>
              </w:rPr>
              <w:t>.</w:t>
            </w:r>
          </w:p>
        </w:tc>
        <w:tc>
          <w:tcPr>
            <w:tcW w:w="924" w:type="pct"/>
          </w:tcPr>
          <w:p w14:paraId="79286640" w14:textId="77777777" w:rsidR="001524E8" w:rsidRPr="007D41B6" w:rsidRDefault="001524E8" w:rsidP="00014FF4">
            <w:pPr>
              <w:spacing w:before="120" w:after="120" w:line="264" w:lineRule="auto"/>
              <w:jc w:val="both"/>
              <w:rPr>
                <w:rFonts w:cs="Times New Roman"/>
                <w:color w:val="000000" w:themeColor="text1"/>
                <w:sz w:val="28"/>
                <w:szCs w:val="28"/>
                <w:lang w:val="vi-VN"/>
              </w:rPr>
            </w:pPr>
          </w:p>
        </w:tc>
        <w:tc>
          <w:tcPr>
            <w:tcW w:w="589" w:type="pct"/>
          </w:tcPr>
          <w:p w14:paraId="1DE7AA40" w14:textId="3DFF44CA" w:rsidR="001524E8" w:rsidRPr="007D41B6" w:rsidRDefault="001524E8"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1A3D77" w:rsidRPr="007D41B6" w14:paraId="3E66334F" w14:textId="77777777" w:rsidTr="00014FF4">
        <w:trPr>
          <w:jc w:val="center"/>
        </w:trPr>
        <w:tc>
          <w:tcPr>
            <w:tcW w:w="272" w:type="pct"/>
          </w:tcPr>
          <w:p w14:paraId="3CA6CB70" w14:textId="77777777" w:rsidR="001A3D77" w:rsidRPr="007D41B6" w:rsidRDefault="001A3D77" w:rsidP="00014FF4">
            <w:pPr>
              <w:pStyle w:val="ListParagraph"/>
              <w:numPr>
                <w:ilvl w:val="0"/>
                <w:numId w:val="19"/>
              </w:numPr>
              <w:spacing w:before="120" w:after="120" w:line="264" w:lineRule="auto"/>
              <w:jc w:val="both"/>
              <w:rPr>
                <w:rFonts w:cs="Times New Roman"/>
                <w:color w:val="000000" w:themeColor="text1"/>
                <w:sz w:val="28"/>
                <w:szCs w:val="28"/>
              </w:rPr>
            </w:pPr>
          </w:p>
        </w:tc>
        <w:tc>
          <w:tcPr>
            <w:tcW w:w="977" w:type="pct"/>
          </w:tcPr>
          <w:p w14:paraId="65D75C21" w14:textId="40C1DEEC" w:rsidR="001A3D77" w:rsidRPr="007D41B6" w:rsidRDefault="001A3D77"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H</w:t>
            </w:r>
            <w:r w:rsidRPr="007D41B6">
              <w:rPr>
                <w:rFonts w:cs="Times New Roman"/>
                <w:color w:val="000000" w:themeColor="text1"/>
                <w:sz w:val="28"/>
                <w:szCs w:val="28"/>
                <w:lang w:val="vi-VN"/>
              </w:rPr>
              <w:t xml:space="preserve">ỗ trợ doanh nghiệp, doanh nghiệp AI Việt Nam </w:t>
            </w:r>
            <w:r w:rsidRPr="007D41B6">
              <w:rPr>
                <w:rFonts w:cs="Times New Roman"/>
                <w:color w:val="000000" w:themeColor="text1"/>
                <w:sz w:val="28"/>
                <w:szCs w:val="28"/>
              </w:rPr>
              <w:t xml:space="preserve">thành lập </w:t>
            </w:r>
            <w:r w:rsidRPr="007D41B6">
              <w:rPr>
                <w:rFonts w:cs="Times New Roman"/>
                <w:color w:val="000000" w:themeColor="text1"/>
                <w:sz w:val="28"/>
                <w:szCs w:val="28"/>
                <w:lang w:val="vi-VN"/>
              </w:rPr>
              <w:t>văn phòng đại diện hoặc pháp nhân phù hợp; hỗ trợ kết nối khách hàng, chuyên gia, vốn đầu tư, tiêu chuẩn, pháp lý và sở hữu trí tuệ theo quy định của pháp luật.</w:t>
            </w:r>
          </w:p>
        </w:tc>
        <w:tc>
          <w:tcPr>
            <w:tcW w:w="590" w:type="pct"/>
          </w:tcPr>
          <w:p w14:paraId="11F65308" w14:textId="41B73630" w:rsidR="001A3D77" w:rsidRPr="007D41B6" w:rsidRDefault="001A3D77" w:rsidP="00014FF4">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Ngoại giao</w:t>
            </w:r>
          </w:p>
        </w:tc>
        <w:tc>
          <w:tcPr>
            <w:tcW w:w="800" w:type="pct"/>
          </w:tcPr>
          <w:p w14:paraId="31DC02BE" w14:textId="2CA69619" w:rsidR="001A3D77" w:rsidRPr="007D41B6" w:rsidRDefault="001A3D77" w:rsidP="00014FF4">
            <w:pPr>
              <w:spacing w:before="120" w:after="120" w:line="264" w:lineRule="auto"/>
              <w:jc w:val="both"/>
              <w:rPr>
                <w:rFonts w:cs="Times New Roman"/>
                <w:color w:val="000000" w:themeColor="text1"/>
                <w:sz w:val="28"/>
                <w:szCs w:val="28"/>
              </w:rPr>
            </w:pPr>
            <w:r w:rsidRPr="007D41B6">
              <w:rPr>
                <w:rFonts w:cs="Times New Roman"/>
                <w:color w:val="000000" w:themeColor="text1"/>
                <w:sz w:val="28"/>
                <w:szCs w:val="28"/>
              </w:rPr>
              <w:t>Bộ Khoa học và Công nghệ</w:t>
            </w:r>
          </w:p>
        </w:tc>
        <w:tc>
          <w:tcPr>
            <w:tcW w:w="848" w:type="pct"/>
          </w:tcPr>
          <w:p w14:paraId="60620CA3" w14:textId="102DFD74" w:rsidR="001A3D77" w:rsidRPr="00014FF4" w:rsidRDefault="001A3D77" w:rsidP="00014FF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Các văn phòng đại diện của doanh nghiệp</w:t>
            </w:r>
            <w:r w:rsidR="00014FF4">
              <w:rPr>
                <w:rFonts w:cs="Times New Roman"/>
                <w:color w:val="000000" w:themeColor="text1"/>
                <w:sz w:val="28"/>
                <w:szCs w:val="28"/>
                <w:lang w:val="vi-VN"/>
              </w:rPr>
              <w:t>.</w:t>
            </w:r>
          </w:p>
        </w:tc>
        <w:tc>
          <w:tcPr>
            <w:tcW w:w="924" w:type="pct"/>
          </w:tcPr>
          <w:p w14:paraId="2C8BAC59" w14:textId="77777777" w:rsidR="001A3D77" w:rsidRPr="007D41B6" w:rsidRDefault="001A3D77" w:rsidP="00014FF4">
            <w:pPr>
              <w:spacing w:before="120" w:after="120" w:line="264" w:lineRule="auto"/>
              <w:jc w:val="both"/>
              <w:rPr>
                <w:rFonts w:cs="Times New Roman"/>
                <w:color w:val="000000" w:themeColor="text1"/>
                <w:sz w:val="28"/>
                <w:szCs w:val="28"/>
                <w:lang w:val="vi-VN"/>
              </w:rPr>
            </w:pPr>
          </w:p>
        </w:tc>
        <w:tc>
          <w:tcPr>
            <w:tcW w:w="589" w:type="pct"/>
          </w:tcPr>
          <w:p w14:paraId="055F91BA" w14:textId="5837FC9C" w:rsidR="001A3D77" w:rsidRPr="007D41B6" w:rsidRDefault="001A3D77" w:rsidP="00014FF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bl>
    <w:p w14:paraId="07198C7F" w14:textId="77777777" w:rsidR="00BC7E0E" w:rsidRPr="007D41B6" w:rsidRDefault="00BC7E0E" w:rsidP="006D5D4A">
      <w:pPr>
        <w:spacing w:before="120" w:after="120" w:line="264" w:lineRule="auto"/>
        <w:jc w:val="both"/>
        <w:rPr>
          <w:rFonts w:cs="Times New Roman"/>
          <w:color w:val="000000" w:themeColor="text1"/>
          <w:sz w:val="28"/>
          <w:szCs w:val="28"/>
        </w:rPr>
      </w:pPr>
    </w:p>
    <w:p w14:paraId="7A2F8986" w14:textId="77777777" w:rsidR="00764C5D" w:rsidRPr="007D41B6" w:rsidRDefault="00764C5D" w:rsidP="006D5D4A">
      <w:pPr>
        <w:spacing w:before="120" w:after="120" w:line="264" w:lineRule="auto"/>
        <w:jc w:val="both"/>
        <w:rPr>
          <w:rFonts w:cs="Times New Roman"/>
          <w:color w:val="000000" w:themeColor="text1"/>
          <w:sz w:val="28"/>
          <w:szCs w:val="28"/>
        </w:rPr>
      </w:pPr>
    </w:p>
    <w:p w14:paraId="1B8EBCDA" w14:textId="71E41678" w:rsidR="00764C5D" w:rsidRPr="007D41B6" w:rsidRDefault="00F909A0"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7D41B6">
        <w:rPr>
          <w:rFonts w:ascii="Times New Roman" w:hAnsi="Times New Roman" w:cs="Times New Roman"/>
          <w:color w:val="000000" w:themeColor="text1"/>
          <w:sz w:val="28"/>
          <w:szCs w:val="28"/>
        </w:rPr>
        <w:lastRenderedPageBreak/>
        <w:t>Nhóm nhiệm vụ 10. Đo lường, đánh giá, quản lý, giám sát</w:t>
      </w:r>
    </w:p>
    <w:tbl>
      <w:tblPr>
        <w:tblStyle w:val="TableGrid"/>
        <w:tblW w:w="5000" w:type="pct"/>
        <w:tblLook w:val="04A0" w:firstRow="1" w:lastRow="0" w:firstColumn="1" w:lastColumn="0" w:noHBand="0" w:noVBand="1"/>
      </w:tblPr>
      <w:tblGrid>
        <w:gridCol w:w="747"/>
        <w:gridCol w:w="5010"/>
        <w:gridCol w:w="2339"/>
        <w:gridCol w:w="1889"/>
        <w:gridCol w:w="1981"/>
        <w:gridCol w:w="2006"/>
      </w:tblGrid>
      <w:tr w:rsidR="000861C8" w:rsidRPr="007D41B6" w14:paraId="0894C4E2" w14:textId="77777777" w:rsidTr="00823C24">
        <w:trPr>
          <w:tblHeader/>
        </w:trPr>
        <w:tc>
          <w:tcPr>
            <w:tcW w:w="267" w:type="pct"/>
          </w:tcPr>
          <w:p w14:paraId="4DEFB34A" w14:textId="3DD0BDD8" w:rsidR="000861C8" w:rsidRPr="007D41B6" w:rsidRDefault="000861C8" w:rsidP="00823C24">
            <w:pPr>
              <w:spacing w:before="120" w:after="120" w:line="264" w:lineRule="auto"/>
              <w:jc w:val="center"/>
              <w:rPr>
                <w:rFonts w:cs="Times New Roman"/>
                <w:b/>
                <w:bCs/>
                <w:color w:val="000000" w:themeColor="text1"/>
                <w:sz w:val="28"/>
                <w:szCs w:val="28"/>
              </w:rPr>
            </w:pPr>
            <w:r w:rsidRPr="007D41B6">
              <w:rPr>
                <w:rFonts w:cs="Times New Roman"/>
                <w:b/>
                <w:color w:val="000000" w:themeColor="text1"/>
                <w:sz w:val="28"/>
                <w:szCs w:val="28"/>
              </w:rPr>
              <w:t>STT</w:t>
            </w:r>
          </w:p>
        </w:tc>
        <w:tc>
          <w:tcPr>
            <w:tcW w:w="1793" w:type="pct"/>
          </w:tcPr>
          <w:p w14:paraId="7FBDEB48" w14:textId="57DBEA07" w:rsidR="000861C8" w:rsidRPr="007D41B6" w:rsidRDefault="000861C8" w:rsidP="00823C24">
            <w:pPr>
              <w:spacing w:before="120" w:after="120" w:line="264" w:lineRule="auto"/>
              <w:jc w:val="center"/>
              <w:rPr>
                <w:rFonts w:cs="Times New Roman"/>
                <w:b/>
                <w:bCs/>
                <w:color w:val="000000" w:themeColor="text1"/>
                <w:sz w:val="28"/>
                <w:szCs w:val="28"/>
                <w:lang w:val="vi-VN"/>
              </w:rPr>
            </w:pPr>
            <w:r w:rsidRPr="007D41B6">
              <w:rPr>
                <w:rFonts w:cs="Times New Roman"/>
                <w:b/>
                <w:color w:val="000000" w:themeColor="text1"/>
                <w:sz w:val="28"/>
                <w:szCs w:val="28"/>
              </w:rPr>
              <w:t>Nhiệm vụ</w:t>
            </w:r>
          </w:p>
        </w:tc>
        <w:tc>
          <w:tcPr>
            <w:tcW w:w="837" w:type="pct"/>
          </w:tcPr>
          <w:p w14:paraId="33F81B59" w14:textId="675D974D" w:rsidR="000861C8" w:rsidRPr="007D41B6" w:rsidRDefault="00823C24" w:rsidP="00823C24">
            <w:pPr>
              <w:spacing w:before="120" w:after="120" w:line="264" w:lineRule="auto"/>
              <w:jc w:val="center"/>
              <w:rPr>
                <w:rFonts w:cs="Times New Roman"/>
                <w:b/>
                <w:bCs/>
                <w:color w:val="000000" w:themeColor="text1"/>
                <w:sz w:val="28"/>
                <w:szCs w:val="28"/>
                <w:lang w:val="vi-VN"/>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0861C8" w:rsidRPr="007D41B6">
              <w:rPr>
                <w:rFonts w:cs="Times New Roman"/>
                <w:b/>
                <w:color w:val="000000" w:themeColor="text1"/>
                <w:sz w:val="28"/>
                <w:szCs w:val="28"/>
              </w:rPr>
              <w:t xml:space="preserve"> chủ trì</w:t>
            </w:r>
          </w:p>
        </w:tc>
        <w:tc>
          <w:tcPr>
            <w:tcW w:w="676" w:type="pct"/>
          </w:tcPr>
          <w:p w14:paraId="503DF847" w14:textId="4DF96A24" w:rsidR="000861C8" w:rsidRPr="007D41B6" w:rsidRDefault="004F76E6" w:rsidP="00823C24">
            <w:pPr>
              <w:spacing w:before="120" w:after="120" w:line="264" w:lineRule="auto"/>
              <w:jc w:val="center"/>
              <w:rPr>
                <w:rFonts w:cs="Times New Roman"/>
                <w:b/>
                <w:bCs/>
                <w:color w:val="000000" w:themeColor="text1"/>
                <w:sz w:val="28"/>
                <w:szCs w:val="28"/>
                <w:lang w:val="vi-VN"/>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0861C8" w:rsidRPr="007D41B6">
              <w:rPr>
                <w:rFonts w:cs="Times New Roman"/>
                <w:b/>
                <w:color w:val="000000" w:themeColor="text1"/>
                <w:sz w:val="28"/>
                <w:szCs w:val="28"/>
              </w:rPr>
              <w:t xml:space="preserve"> phối hợp</w:t>
            </w:r>
          </w:p>
        </w:tc>
        <w:tc>
          <w:tcPr>
            <w:tcW w:w="709" w:type="pct"/>
          </w:tcPr>
          <w:p w14:paraId="746A988D" w14:textId="6C57228B" w:rsidR="000861C8" w:rsidRPr="007D41B6" w:rsidRDefault="000861C8" w:rsidP="00823C24">
            <w:pPr>
              <w:spacing w:before="120" w:after="120" w:line="264" w:lineRule="auto"/>
              <w:jc w:val="center"/>
              <w:rPr>
                <w:rFonts w:cs="Times New Roman"/>
                <w:b/>
                <w:bCs/>
                <w:color w:val="000000" w:themeColor="text1"/>
                <w:sz w:val="28"/>
                <w:szCs w:val="28"/>
                <w:lang w:val="vi-VN"/>
              </w:rPr>
            </w:pPr>
            <w:r w:rsidRPr="007D41B6">
              <w:rPr>
                <w:rFonts w:cs="Times New Roman"/>
                <w:b/>
                <w:color w:val="000000" w:themeColor="text1"/>
                <w:sz w:val="28"/>
                <w:szCs w:val="28"/>
              </w:rPr>
              <w:t>Kết quả đầu ra</w:t>
            </w:r>
          </w:p>
        </w:tc>
        <w:tc>
          <w:tcPr>
            <w:tcW w:w="718" w:type="pct"/>
          </w:tcPr>
          <w:p w14:paraId="386B547B" w14:textId="0E37DB53" w:rsidR="000861C8" w:rsidRPr="004F76E6" w:rsidRDefault="006410DF" w:rsidP="00823C24">
            <w:pPr>
              <w:spacing w:before="120" w:after="120" w:line="264" w:lineRule="auto"/>
              <w:jc w:val="center"/>
              <w:rPr>
                <w:rFonts w:cs="Times New Roman"/>
                <w:b/>
                <w:bCs/>
                <w:color w:val="000000" w:themeColor="text1"/>
                <w:sz w:val="28"/>
                <w:szCs w:val="28"/>
                <w:lang w:val="vi-VN"/>
              </w:rPr>
            </w:pPr>
            <w:r w:rsidRPr="007D41B6">
              <w:rPr>
                <w:rFonts w:cs="Times New Roman"/>
                <w:b/>
                <w:color w:val="000000" w:themeColor="text1"/>
                <w:sz w:val="28"/>
                <w:szCs w:val="28"/>
              </w:rPr>
              <w:t xml:space="preserve">Thời </w:t>
            </w:r>
            <w:r w:rsidR="004F76E6">
              <w:rPr>
                <w:rFonts w:cs="Times New Roman"/>
                <w:b/>
                <w:color w:val="000000" w:themeColor="text1"/>
                <w:sz w:val="28"/>
                <w:szCs w:val="28"/>
              </w:rPr>
              <w:t>gian</w:t>
            </w:r>
            <w:r w:rsidR="004F76E6">
              <w:rPr>
                <w:rFonts w:cs="Times New Roman"/>
                <w:b/>
                <w:color w:val="000000" w:themeColor="text1"/>
                <w:sz w:val="28"/>
                <w:szCs w:val="28"/>
                <w:lang w:val="vi-VN"/>
              </w:rPr>
              <w:t xml:space="preserve"> thực hiện</w:t>
            </w:r>
          </w:p>
        </w:tc>
      </w:tr>
      <w:tr w:rsidR="00764C5D" w:rsidRPr="007D41B6" w14:paraId="4A03683E" w14:textId="77777777" w:rsidTr="00823C24">
        <w:tc>
          <w:tcPr>
            <w:tcW w:w="267" w:type="pct"/>
          </w:tcPr>
          <w:p w14:paraId="4E51CF8B" w14:textId="63D28E1C" w:rsidR="00764C5D" w:rsidRPr="007D41B6" w:rsidRDefault="00764C5D" w:rsidP="00823C24">
            <w:pPr>
              <w:pStyle w:val="ListParagraph"/>
              <w:numPr>
                <w:ilvl w:val="0"/>
                <w:numId w:val="20"/>
              </w:numPr>
              <w:spacing w:before="120" w:after="120" w:line="264" w:lineRule="auto"/>
              <w:jc w:val="both"/>
              <w:rPr>
                <w:rFonts w:cs="Times New Roman"/>
                <w:color w:val="000000" w:themeColor="text1"/>
                <w:sz w:val="28"/>
                <w:szCs w:val="28"/>
                <w:lang w:val="vi-VN"/>
              </w:rPr>
            </w:pPr>
          </w:p>
        </w:tc>
        <w:tc>
          <w:tcPr>
            <w:tcW w:w="1793" w:type="pct"/>
          </w:tcPr>
          <w:p w14:paraId="3393DF3D" w14:textId="6223045F" w:rsidR="00764C5D" w:rsidRPr="007D41B6" w:rsidRDefault="00AF5A81" w:rsidP="00823C2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Xây dựng chỉ tiêu đánh giá và xếp hạng mức độ chuyển đổi bằng AI đối với Chính phủ, các bộ, ngành, địa phương, doanh nghiệp.</w:t>
            </w:r>
          </w:p>
        </w:tc>
        <w:tc>
          <w:tcPr>
            <w:tcW w:w="837" w:type="pct"/>
          </w:tcPr>
          <w:p w14:paraId="4AE7F589" w14:textId="77777777" w:rsidR="00764C5D" w:rsidRPr="007D41B6" w:rsidRDefault="00764C5D" w:rsidP="00823C2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w:t>
            </w:r>
          </w:p>
        </w:tc>
        <w:tc>
          <w:tcPr>
            <w:tcW w:w="676" w:type="pct"/>
          </w:tcPr>
          <w:p w14:paraId="3FC36276" w14:textId="77777777" w:rsidR="00764C5D" w:rsidRPr="007D41B6" w:rsidRDefault="00764C5D" w:rsidP="00823C24">
            <w:pPr>
              <w:spacing w:before="120" w:after="120" w:line="264" w:lineRule="auto"/>
              <w:jc w:val="both"/>
              <w:rPr>
                <w:rFonts w:cs="Times New Roman"/>
                <w:color w:val="000000" w:themeColor="text1"/>
                <w:sz w:val="28"/>
                <w:szCs w:val="28"/>
                <w:lang w:val="vi-VN"/>
              </w:rPr>
            </w:pPr>
          </w:p>
        </w:tc>
        <w:tc>
          <w:tcPr>
            <w:tcW w:w="709" w:type="pct"/>
          </w:tcPr>
          <w:p w14:paraId="45A50C9A" w14:textId="6FEAC240" w:rsidR="00764C5D" w:rsidRPr="007D41B6" w:rsidRDefault="00764C5D" w:rsidP="00823C2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Khung đánh giá mức độ sẵn sàng về AI</w:t>
            </w:r>
            <w:r w:rsidR="0098690D">
              <w:rPr>
                <w:rFonts w:cs="Times New Roman"/>
                <w:color w:val="000000" w:themeColor="text1"/>
                <w:sz w:val="28"/>
                <w:szCs w:val="28"/>
                <w:lang w:val="vi-VN"/>
              </w:rPr>
              <w:t>.</w:t>
            </w:r>
          </w:p>
        </w:tc>
        <w:tc>
          <w:tcPr>
            <w:tcW w:w="718" w:type="pct"/>
          </w:tcPr>
          <w:p w14:paraId="67E15193" w14:textId="77777777" w:rsidR="00764C5D" w:rsidRPr="007D41B6" w:rsidRDefault="00764C5D" w:rsidP="00823C24">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Tháng</w:t>
            </w:r>
            <w:r w:rsidRPr="007D41B6">
              <w:rPr>
                <w:rFonts w:cs="Times New Roman"/>
                <w:color w:val="000000" w:themeColor="text1"/>
                <w:sz w:val="28"/>
                <w:szCs w:val="28"/>
                <w:lang w:val="vi-VN"/>
              </w:rPr>
              <w:t xml:space="preserve"> 6/2026</w:t>
            </w:r>
          </w:p>
        </w:tc>
      </w:tr>
      <w:tr w:rsidR="00764C5D" w:rsidRPr="0098690D" w14:paraId="70DE16B1" w14:textId="77777777" w:rsidTr="00823C24">
        <w:tc>
          <w:tcPr>
            <w:tcW w:w="267" w:type="pct"/>
          </w:tcPr>
          <w:p w14:paraId="063D9CA3" w14:textId="79E1BB12" w:rsidR="00764C5D" w:rsidRPr="007D41B6" w:rsidRDefault="00764C5D" w:rsidP="00823C24">
            <w:pPr>
              <w:pStyle w:val="ListParagraph"/>
              <w:numPr>
                <w:ilvl w:val="0"/>
                <w:numId w:val="20"/>
              </w:numPr>
              <w:spacing w:before="120" w:after="120" w:line="264" w:lineRule="auto"/>
              <w:jc w:val="both"/>
              <w:rPr>
                <w:rFonts w:cs="Times New Roman"/>
                <w:color w:val="000000" w:themeColor="text1"/>
                <w:sz w:val="28"/>
                <w:szCs w:val="28"/>
                <w:lang w:val="vi-VN"/>
              </w:rPr>
            </w:pPr>
          </w:p>
        </w:tc>
        <w:tc>
          <w:tcPr>
            <w:tcW w:w="1793" w:type="pct"/>
          </w:tcPr>
          <w:p w14:paraId="04AEC4D4" w14:textId="4A640370" w:rsidR="00764C5D" w:rsidRPr="00C3780B" w:rsidRDefault="00764C5D" w:rsidP="00823C2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 xml:space="preserve">Xây dựng hệ thống </w:t>
            </w:r>
            <w:r w:rsidR="005F639D" w:rsidRPr="007D41B6">
              <w:rPr>
                <w:rFonts w:cs="Times New Roman"/>
                <w:color w:val="000000" w:themeColor="text1"/>
                <w:sz w:val="28"/>
                <w:szCs w:val="28"/>
                <w:lang w:val="vi-VN"/>
              </w:rPr>
              <w:t>đánh giá và xếp hạng mức độ chuyển đổi bằng AI đối với Chính phủ, các bộ, ngành, địa phương, doanh nghiệ</w:t>
            </w:r>
            <w:r w:rsidR="005F639D" w:rsidRPr="00C3780B">
              <w:rPr>
                <w:rFonts w:cs="Times New Roman"/>
                <w:color w:val="000000" w:themeColor="text1"/>
                <w:sz w:val="28"/>
                <w:szCs w:val="28"/>
                <w:lang w:val="vi-VN"/>
              </w:rPr>
              <w:t>p trực tuyến</w:t>
            </w:r>
            <w:r w:rsidR="0098690D">
              <w:rPr>
                <w:rFonts w:cs="Times New Roman"/>
                <w:color w:val="000000" w:themeColor="text1"/>
                <w:sz w:val="28"/>
                <w:szCs w:val="28"/>
                <w:lang w:val="vi-VN"/>
              </w:rPr>
              <w:t>.</w:t>
            </w:r>
          </w:p>
        </w:tc>
        <w:tc>
          <w:tcPr>
            <w:tcW w:w="837" w:type="pct"/>
          </w:tcPr>
          <w:p w14:paraId="3FC1A18D" w14:textId="77777777" w:rsidR="00764C5D" w:rsidRPr="00C3780B" w:rsidRDefault="00764C5D" w:rsidP="00823C2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676" w:type="pct"/>
          </w:tcPr>
          <w:p w14:paraId="025F8255" w14:textId="77777777" w:rsidR="00764C5D" w:rsidRPr="007D41B6" w:rsidRDefault="00764C5D" w:rsidP="00823C24">
            <w:pPr>
              <w:spacing w:before="120" w:after="120" w:line="264" w:lineRule="auto"/>
              <w:jc w:val="both"/>
              <w:rPr>
                <w:rFonts w:cs="Times New Roman"/>
                <w:color w:val="000000" w:themeColor="text1"/>
                <w:sz w:val="28"/>
                <w:szCs w:val="28"/>
                <w:lang w:val="vi-VN"/>
              </w:rPr>
            </w:pPr>
          </w:p>
        </w:tc>
        <w:tc>
          <w:tcPr>
            <w:tcW w:w="709" w:type="pct"/>
          </w:tcPr>
          <w:p w14:paraId="25179DC5" w14:textId="58632E0E" w:rsidR="00764C5D" w:rsidRPr="007D41B6" w:rsidRDefault="00764C5D" w:rsidP="00823C24">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rPr>
              <w:t>Triển</w:t>
            </w:r>
            <w:r w:rsidRPr="007D41B6">
              <w:rPr>
                <w:rFonts w:cs="Times New Roman"/>
                <w:color w:val="000000" w:themeColor="text1"/>
                <w:sz w:val="28"/>
                <w:szCs w:val="28"/>
                <w:lang w:val="vi-VN"/>
              </w:rPr>
              <w:t xml:space="preserve"> khai </w:t>
            </w:r>
            <w:r w:rsidRPr="007D41B6">
              <w:rPr>
                <w:rFonts w:cs="Times New Roman"/>
                <w:color w:val="000000" w:themeColor="text1"/>
                <w:sz w:val="28"/>
                <w:szCs w:val="28"/>
              </w:rPr>
              <w:t xml:space="preserve">            </w:t>
            </w:r>
            <w:r w:rsidRPr="007D41B6">
              <w:rPr>
                <w:rFonts w:cs="Times New Roman"/>
                <w:color w:val="000000" w:themeColor="text1"/>
                <w:sz w:val="28"/>
                <w:szCs w:val="28"/>
                <w:lang w:val="vi-VN"/>
              </w:rPr>
              <w:t>h</w:t>
            </w:r>
            <w:r w:rsidRPr="007D41B6">
              <w:rPr>
                <w:rFonts w:cs="Times New Roman"/>
                <w:color w:val="000000" w:themeColor="text1"/>
                <w:sz w:val="28"/>
                <w:szCs w:val="28"/>
              </w:rPr>
              <w:t>ệ</w:t>
            </w:r>
            <w:r w:rsidRPr="007D41B6">
              <w:rPr>
                <w:rFonts w:cs="Times New Roman"/>
                <w:color w:val="000000" w:themeColor="text1"/>
                <w:sz w:val="28"/>
                <w:szCs w:val="28"/>
                <w:lang w:val="vi-VN"/>
              </w:rPr>
              <w:t xml:space="preserve"> thống</w:t>
            </w:r>
            <w:r w:rsidR="0098690D">
              <w:rPr>
                <w:rFonts w:cs="Times New Roman"/>
                <w:color w:val="000000" w:themeColor="text1"/>
                <w:sz w:val="28"/>
                <w:szCs w:val="28"/>
                <w:lang w:val="vi-VN"/>
              </w:rPr>
              <w:t>.</w:t>
            </w:r>
          </w:p>
        </w:tc>
        <w:tc>
          <w:tcPr>
            <w:tcW w:w="718" w:type="pct"/>
          </w:tcPr>
          <w:p w14:paraId="160C4C76" w14:textId="77777777" w:rsidR="00764C5D" w:rsidRPr="007D41B6" w:rsidRDefault="00764C5D" w:rsidP="00823C24">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lang w:val="vi-VN"/>
              </w:rPr>
              <w:t>Bắt đầu triển khai            năm 2026</w:t>
            </w:r>
          </w:p>
        </w:tc>
      </w:tr>
      <w:tr w:rsidR="00764C5D" w:rsidRPr="0098690D" w14:paraId="018221BF" w14:textId="77777777" w:rsidTr="00823C24">
        <w:tc>
          <w:tcPr>
            <w:tcW w:w="267" w:type="pct"/>
          </w:tcPr>
          <w:p w14:paraId="392AC66C" w14:textId="6DD75B98" w:rsidR="00764C5D" w:rsidRPr="007D41B6" w:rsidRDefault="00764C5D" w:rsidP="00823C24">
            <w:pPr>
              <w:pStyle w:val="ListParagraph"/>
              <w:numPr>
                <w:ilvl w:val="0"/>
                <w:numId w:val="20"/>
              </w:numPr>
              <w:spacing w:before="120" w:after="120" w:line="264" w:lineRule="auto"/>
              <w:jc w:val="both"/>
              <w:rPr>
                <w:rFonts w:cs="Times New Roman"/>
                <w:color w:val="000000" w:themeColor="text1"/>
                <w:sz w:val="28"/>
                <w:szCs w:val="28"/>
                <w:lang w:val="vi-VN"/>
              </w:rPr>
            </w:pPr>
          </w:p>
        </w:tc>
        <w:tc>
          <w:tcPr>
            <w:tcW w:w="1793" w:type="pct"/>
          </w:tcPr>
          <w:p w14:paraId="390AE072" w14:textId="79E4C4EA" w:rsidR="00764C5D" w:rsidRPr="00C3780B" w:rsidRDefault="00764C5D" w:rsidP="00823C2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Đánh giá, lựa chọn một số mô hình </w:t>
            </w:r>
            <w:r w:rsidR="005F639D" w:rsidRPr="00C3780B">
              <w:rPr>
                <w:rFonts w:cs="Times New Roman"/>
                <w:color w:val="000000" w:themeColor="text1"/>
                <w:sz w:val="28"/>
                <w:szCs w:val="28"/>
                <w:lang w:val="vi-VN"/>
              </w:rPr>
              <w:t xml:space="preserve">cơ quan nhà nước, </w:t>
            </w:r>
            <w:r w:rsidRPr="00C3780B">
              <w:rPr>
                <w:rFonts w:cs="Times New Roman"/>
                <w:color w:val="000000" w:themeColor="text1"/>
                <w:sz w:val="28"/>
                <w:szCs w:val="28"/>
                <w:lang w:val="vi-VN"/>
              </w:rPr>
              <w:t xml:space="preserve">doanh nghiệp </w:t>
            </w:r>
            <w:r w:rsidR="009E60BE" w:rsidRPr="00C3780B">
              <w:rPr>
                <w:rFonts w:cs="Times New Roman"/>
                <w:color w:val="000000" w:themeColor="text1"/>
                <w:sz w:val="28"/>
                <w:szCs w:val="28"/>
                <w:lang w:val="vi-VN"/>
              </w:rPr>
              <w:t>chuyển đổi bằng</w:t>
            </w:r>
            <w:r w:rsidRPr="00C3780B">
              <w:rPr>
                <w:rFonts w:cs="Times New Roman"/>
                <w:color w:val="000000" w:themeColor="text1"/>
                <w:sz w:val="28"/>
                <w:szCs w:val="28"/>
                <w:lang w:val="vi-VN"/>
              </w:rPr>
              <w:t xml:space="preserve"> AI thành công để phát triển, phổ biến</w:t>
            </w:r>
            <w:r w:rsidR="0098690D">
              <w:rPr>
                <w:rFonts w:cs="Times New Roman"/>
                <w:color w:val="000000" w:themeColor="text1"/>
                <w:sz w:val="28"/>
                <w:szCs w:val="28"/>
                <w:lang w:val="vi-VN"/>
              </w:rPr>
              <w:t>.</w:t>
            </w:r>
          </w:p>
        </w:tc>
        <w:tc>
          <w:tcPr>
            <w:tcW w:w="837" w:type="pct"/>
          </w:tcPr>
          <w:p w14:paraId="71514CA1" w14:textId="77777777" w:rsidR="00764C5D" w:rsidRPr="00C3780B" w:rsidRDefault="00764C5D" w:rsidP="00823C24">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w:t>
            </w:r>
          </w:p>
        </w:tc>
        <w:tc>
          <w:tcPr>
            <w:tcW w:w="676" w:type="pct"/>
          </w:tcPr>
          <w:p w14:paraId="56F5A6CF" w14:textId="77777777" w:rsidR="00764C5D" w:rsidRPr="007D41B6" w:rsidRDefault="00764C5D" w:rsidP="00823C24">
            <w:pPr>
              <w:spacing w:before="120" w:after="120" w:line="264" w:lineRule="auto"/>
              <w:jc w:val="both"/>
              <w:rPr>
                <w:rFonts w:cs="Times New Roman"/>
                <w:color w:val="000000" w:themeColor="text1"/>
                <w:sz w:val="28"/>
                <w:szCs w:val="28"/>
                <w:lang w:val="vi-VN"/>
              </w:rPr>
            </w:pPr>
          </w:p>
        </w:tc>
        <w:tc>
          <w:tcPr>
            <w:tcW w:w="709" w:type="pct"/>
          </w:tcPr>
          <w:p w14:paraId="290D49D0" w14:textId="77777777" w:rsidR="00764C5D" w:rsidRPr="007D41B6" w:rsidRDefault="00764C5D" w:rsidP="00823C24">
            <w:pPr>
              <w:spacing w:before="120" w:after="120" w:line="264" w:lineRule="auto"/>
              <w:jc w:val="both"/>
              <w:rPr>
                <w:rFonts w:cs="Times New Roman"/>
                <w:color w:val="000000" w:themeColor="text1"/>
                <w:sz w:val="28"/>
                <w:szCs w:val="28"/>
                <w:lang w:val="vi-VN"/>
              </w:rPr>
            </w:pPr>
          </w:p>
        </w:tc>
        <w:tc>
          <w:tcPr>
            <w:tcW w:w="718" w:type="pct"/>
          </w:tcPr>
          <w:p w14:paraId="7DD578A4" w14:textId="605925D1" w:rsidR="00764C5D" w:rsidRPr="007D41B6" w:rsidRDefault="00764C5D" w:rsidP="00823C24">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lang w:val="vi-VN"/>
              </w:rPr>
              <w:t>Định kỳ công bố hằng năm</w:t>
            </w:r>
          </w:p>
        </w:tc>
      </w:tr>
    </w:tbl>
    <w:p w14:paraId="593D01E6" w14:textId="1EE3142A" w:rsidR="00764C5D" w:rsidRPr="00C3780B" w:rsidRDefault="00764C5D" w:rsidP="006D5D4A">
      <w:pPr>
        <w:spacing w:before="120" w:after="120" w:line="264" w:lineRule="auto"/>
        <w:jc w:val="both"/>
        <w:rPr>
          <w:rFonts w:cs="Times New Roman"/>
          <w:color w:val="000000" w:themeColor="text1"/>
          <w:sz w:val="28"/>
          <w:szCs w:val="28"/>
          <w:lang w:val="vi-VN"/>
        </w:rPr>
      </w:pPr>
    </w:p>
    <w:p w14:paraId="08894C7A" w14:textId="77777777" w:rsidR="00572BF1" w:rsidRPr="00C3780B" w:rsidRDefault="00572BF1" w:rsidP="006D5D4A">
      <w:pPr>
        <w:spacing w:before="120" w:after="120" w:line="264" w:lineRule="auto"/>
        <w:jc w:val="both"/>
        <w:rPr>
          <w:rFonts w:cs="Times New Roman"/>
          <w:color w:val="000000" w:themeColor="text1"/>
          <w:sz w:val="28"/>
          <w:szCs w:val="28"/>
          <w:lang w:val="vi-VN"/>
        </w:rPr>
      </w:pPr>
    </w:p>
    <w:p w14:paraId="31666E7D" w14:textId="25529839" w:rsidR="00572BF1" w:rsidRPr="007D41B6" w:rsidRDefault="00572BF1" w:rsidP="006D5D4A">
      <w:pPr>
        <w:pStyle w:val="Heading2"/>
        <w:spacing w:before="120" w:after="120" w:line="264" w:lineRule="auto"/>
        <w:jc w:val="both"/>
        <w:rPr>
          <w:rFonts w:ascii="Times New Roman" w:hAnsi="Times New Roman" w:cs="Times New Roman"/>
          <w:color w:val="000000" w:themeColor="text1"/>
          <w:sz w:val="28"/>
          <w:szCs w:val="28"/>
          <w:lang w:val="vi-VN"/>
        </w:rPr>
      </w:pPr>
      <w:r w:rsidRPr="00C3780B">
        <w:rPr>
          <w:rFonts w:ascii="Times New Roman" w:hAnsi="Times New Roman" w:cs="Times New Roman"/>
          <w:color w:val="000000" w:themeColor="text1"/>
          <w:sz w:val="28"/>
          <w:szCs w:val="28"/>
          <w:lang w:val="vi-VN"/>
        </w:rPr>
        <w:t>Nhóm nhiệm vụ 11. Tuyên truyền, nâng cao nhận thức về AI</w:t>
      </w:r>
    </w:p>
    <w:tbl>
      <w:tblPr>
        <w:tblStyle w:val="TableGrid"/>
        <w:tblW w:w="5000" w:type="pct"/>
        <w:tblLook w:val="04A0" w:firstRow="1" w:lastRow="0" w:firstColumn="1" w:lastColumn="0" w:noHBand="0" w:noVBand="1"/>
      </w:tblPr>
      <w:tblGrid>
        <w:gridCol w:w="1050"/>
        <w:gridCol w:w="3985"/>
        <w:gridCol w:w="3060"/>
        <w:gridCol w:w="2666"/>
        <w:gridCol w:w="1733"/>
        <w:gridCol w:w="1478"/>
      </w:tblGrid>
      <w:tr w:rsidR="00572BF1" w:rsidRPr="007D41B6" w14:paraId="4C0B8F96" w14:textId="77777777" w:rsidTr="0098690D">
        <w:trPr>
          <w:tblHeader/>
        </w:trPr>
        <w:tc>
          <w:tcPr>
            <w:tcW w:w="376" w:type="pct"/>
            <w:vAlign w:val="center"/>
          </w:tcPr>
          <w:p w14:paraId="48BAAB65" w14:textId="77777777" w:rsidR="00572BF1" w:rsidRPr="007D41B6" w:rsidRDefault="00572BF1" w:rsidP="0098690D">
            <w:pPr>
              <w:spacing w:before="120" w:after="120" w:line="264" w:lineRule="auto"/>
              <w:jc w:val="center"/>
              <w:rPr>
                <w:rFonts w:cs="Times New Roman"/>
                <w:b/>
                <w:bCs/>
                <w:color w:val="000000" w:themeColor="text1"/>
                <w:sz w:val="28"/>
                <w:szCs w:val="28"/>
              </w:rPr>
            </w:pPr>
            <w:r w:rsidRPr="007D41B6">
              <w:rPr>
                <w:rFonts w:cs="Times New Roman"/>
                <w:b/>
                <w:color w:val="000000" w:themeColor="text1"/>
                <w:sz w:val="28"/>
                <w:szCs w:val="28"/>
              </w:rPr>
              <w:t>STT</w:t>
            </w:r>
          </w:p>
        </w:tc>
        <w:tc>
          <w:tcPr>
            <w:tcW w:w="1426" w:type="pct"/>
            <w:vAlign w:val="center"/>
          </w:tcPr>
          <w:p w14:paraId="3C4E0AF9" w14:textId="77777777" w:rsidR="00572BF1" w:rsidRPr="007D41B6" w:rsidRDefault="00572BF1" w:rsidP="0098690D">
            <w:pPr>
              <w:spacing w:before="120" w:after="120" w:line="264" w:lineRule="auto"/>
              <w:jc w:val="center"/>
              <w:rPr>
                <w:rFonts w:cs="Times New Roman"/>
                <w:b/>
                <w:bCs/>
                <w:color w:val="000000" w:themeColor="text1"/>
                <w:sz w:val="28"/>
                <w:szCs w:val="28"/>
                <w:lang w:val="vi-VN"/>
              </w:rPr>
            </w:pPr>
            <w:r w:rsidRPr="007D41B6">
              <w:rPr>
                <w:rFonts w:cs="Times New Roman"/>
                <w:b/>
                <w:color w:val="000000" w:themeColor="text1"/>
                <w:sz w:val="28"/>
                <w:szCs w:val="28"/>
              </w:rPr>
              <w:t>Nhiệm vụ</w:t>
            </w:r>
          </w:p>
        </w:tc>
        <w:tc>
          <w:tcPr>
            <w:tcW w:w="1095" w:type="pct"/>
            <w:vAlign w:val="center"/>
          </w:tcPr>
          <w:p w14:paraId="1907BEA9" w14:textId="489884C7" w:rsidR="00572BF1" w:rsidRPr="007D41B6" w:rsidRDefault="004F76E6" w:rsidP="0098690D">
            <w:pPr>
              <w:spacing w:before="120" w:after="120" w:line="264" w:lineRule="auto"/>
              <w:jc w:val="center"/>
              <w:rPr>
                <w:rFonts w:cs="Times New Roman"/>
                <w:b/>
                <w:bCs/>
                <w:color w:val="000000" w:themeColor="text1"/>
                <w:sz w:val="28"/>
                <w:szCs w:val="28"/>
                <w:lang w:val="vi-VN"/>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572BF1" w:rsidRPr="007D41B6">
              <w:rPr>
                <w:rFonts w:cs="Times New Roman"/>
                <w:b/>
                <w:color w:val="000000" w:themeColor="text1"/>
                <w:sz w:val="28"/>
                <w:szCs w:val="28"/>
              </w:rPr>
              <w:t xml:space="preserve"> chủ trì</w:t>
            </w:r>
          </w:p>
        </w:tc>
        <w:tc>
          <w:tcPr>
            <w:tcW w:w="954" w:type="pct"/>
            <w:vAlign w:val="center"/>
          </w:tcPr>
          <w:p w14:paraId="592A28D1" w14:textId="4E13600F" w:rsidR="00572BF1" w:rsidRPr="007D41B6" w:rsidRDefault="004F76E6" w:rsidP="0098690D">
            <w:pPr>
              <w:spacing w:before="120" w:after="120" w:line="264" w:lineRule="auto"/>
              <w:jc w:val="center"/>
              <w:rPr>
                <w:rFonts w:cs="Times New Roman"/>
                <w:b/>
                <w:bCs/>
                <w:color w:val="000000" w:themeColor="text1"/>
                <w:sz w:val="28"/>
                <w:szCs w:val="28"/>
                <w:lang w:val="vi-VN"/>
              </w:rPr>
            </w:pPr>
            <w:r>
              <w:rPr>
                <w:rFonts w:cs="Times New Roman"/>
                <w:b/>
                <w:color w:val="000000" w:themeColor="text1"/>
                <w:sz w:val="28"/>
                <w:szCs w:val="28"/>
              </w:rPr>
              <w:t>Cơ</w:t>
            </w:r>
            <w:r>
              <w:rPr>
                <w:rFonts w:cs="Times New Roman"/>
                <w:b/>
                <w:color w:val="000000" w:themeColor="text1"/>
                <w:sz w:val="28"/>
                <w:szCs w:val="28"/>
                <w:lang w:val="vi-VN"/>
              </w:rPr>
              <w:t xml:space="preserve"> quan</w:t>
            </w:r>
            <w:r w:rsidR="00572BF1" w:rsidRPr="007D41B6">
              <w:rPr>
                <w:rFonts w:cs="Times New Roman"/>
                <w:b/>
                <w:color w:val="000000" w:themeColor="text1"/>
                <w:sz w:val="28"/>
                <w:szCs w:val="28"/>
              </w:rPr>
              <w:t xml:space="preserve"> phối hợp</w:t>
            </w:r>
          </w:p>
        </w:tc>
        <w:tc>
          <w:tcPr>
            <w:tcW w:w="620" w:type="pct"/>
            <w:vAlign w:val="center"/>
          </w:tcPr>
          <w:p w14:paraId="416CC872" w14:textId="77777777" w:rsidR="00572BF1" w:rsidRPr="007D41B6" w:rsidRDefault="00572BF1" w:rsidP="0098690D">
            <w:pPr>
              <w:spacing w:before="120" w:after="120" w:line="264" w:lineRule="auto"/>
              <w:jc w:val="center"/>
              <w:rPr>
                <w:rFonts w:cs="Times New Roman"/>
                <w:b/>
                <w:bCs/>
                <w:color w:val="000000" w:themeColor="text1"/>
                <w:sz w:val="28"/>
                <w:szCs w:val="28"/>
                <w:lang w:val="vi-VN"/>
              </w:rPr>
            </w:pPr>
            <w:r w:rsidRPr="007D41B6">
              <w:rPr>
                <w:rFonts w:cs="Times New Roman"/>
                <w:b/>
                <w:color w:val="000000" w:themeColor="text1"/>
                <w:sz w:val="28"/>
                <w:szCs w:val="28"/>
              </w:rPr>
              <w:t>Kết quả đầu ra</w:t>
            </w:r>
          </w:p>
        </w:tc>
        <w:tc>
          <w:tcPr>
            <w:tcW w:w="529" w:type="pct"/>
            <w:vAlign w:val="center"/>
          </w:tcPr>
          <w:p w14:paraId="0552942F" w14:textId="1CBEFEA2" w:rsidR="00572BF1" w:rsidRPr="004F76E6" w:rsidRDefault="00572BF1" w:rsidP="0098690D">
            <w:pPr>
              <w:spacing w:before="120" w:after="120" w:line="264" w:lineRule="auto"/>
              <w:jc w:val="center"/>
              <w:rPr>
                <w:rFonts w:cs="Times New Roman"/>
                <w:b/>
                <w:bCs/>
                <w:color w:val="000000" w:themeColor="text1"/>
                <w:sz w:val="28"/>
                <w:szCs w:val="28"/>
                <w:lang w:val="vi-VN"/>
              </w:rPr>
            </w:pPr>
            <w:r w:rsidRPr="007D41B6">
              <w:rPr>
                <w:rFonts w:cs="Times New Roman"/>
                <w:b/>
                <w:color w:val="000000" w:themeColor="text1"/>
                <w:sz w:val="28"/>
                <w:szCs w:val="28"/>
              </w:rPr>
              <w:t xml:space="preserve">Thời </w:t>
            </w:r>
            <w:r w:rsidR="004F76E6">
              <w:rPr>
                <w:rFonts w:cs="Times New Roman"/>
                <w:b/>
                <w:color w:val="000000" w:themeColor="text1"/>
                <w:sz w:val="28"/>
                <w:szCs w:val="28"/>
              </w:rPr>
              <w:t>gian</w:t>
            </w:r>
            <w:r w:rsidR="004F76E6">
              <w:rPr>
                <w:rFonts w:cs="Times New Roman"/>
                <w:b/>
                <w:color w:val="000000" w:themeColor="text1"/>
                <w:sz w:val="28"/>
                <w:szCs w:val="28"/>
                <w:lang w:val="vi-VN"/>
              </w:rPr>
              <w:t xml:space="preserve"> thực hiện</w:t>
            </w:r>
          </w:p>
        </w:tc>
      </w:tr>
      <w:tr w:rsidR="00572BF1" w:rsidRPr="007D41B6" w14:paraId="48054BC8" w14:textId="77777777" w:rsidTr="0098690D">
        <w:tc>
          <w:tcPr>
            <w:tcW w:w="376" w:type="pct"/>
          </w:tcPr>
          <w:p w14:paraId="6A6A3E9D" w14:textId="0C3CBDF6" w:rsidR="00572BF1" w:rsidRPr="007D41B6" w:rsidRDefault="00572BF1" w:rsidP="006D5D4A">
            <w:pPr>
              <w:pStyle w:val="ListParagraph"/>
              <w:numPr>
                <w:ilvl w:val="0"/>
                <w:numId w:val="21"/>
              </w:numPr>
              <w:spacing w:before="120" w:after="120" w:line="264" w:lineRule="auto"/>
              <w:jc w:val="both"/>
              <w:rPr>
                <w:rFonts w:cs="Times New Roman"/>
                <w:color w:val="000000" w:themeColor="text1"/>
                <w:sz w:val="28"/>
                <w:szCs w:val="28"/>
                <w:lang w:val="vi-VN"/>
              </w:rPr>
            </w:pPr>
          </w:p>
        </w:tc>
        <w:tc>
          <w:tcPr>
            <w:tcW w:w="1426" w:type="pct"/>
          </w:tcPr>
          <w:p w14:paraId="08F0FCFB" w14:textId="28AC66F3" w:rsidR="00572BF1" w:rsidRPr="007D41B6" w:rsidRDefault="00572BF1" w:rsidP="006D5D4A">
            <w:pPr>
              <w:spacing w:before="120" w:after="120" w:line="264" w:lineRule="auto"/>
              <w:jc w:val="both"/>
              <w:rPr>
                <w:rFonts w:cs="Times New Roman"/>
                <w:color w:val="000000" w:themeColor="text1"/>
                <w:spacing w:val="-8"/>
                <w:sz w:val="28"/>
                <w:szCs w:val="28"/>
                <w:lang w:val="vi-VN"/>
              </w:rPr>
            </w:pPr>
            <w:r w:rsidRPr="007D41B6">
              <w:rPr>
                <w:rFonts w:cs="Times New Roman"/>
                <w:color w:val="000000" w:themeColor="text1"/>
                <w:sz w:val="28"/>
                <w:szCs w:val="28"/>
                <w:lang w:val="vi-VN"/>
              </w:rPr>
              <w:t xml:space="preserve">Xây dựng và triển khai kế hoạch tuyên truyền nhằm nâng cao nhận </w:t>
            </w:r>
            <w:r w:rsidRPr="007D41B6">
              <w:rPr>
                <w:rFonts w:cs="Times New Roman"/>
                <w:color w:val="000000" w:themeColor="text1"/>
                <w:sz w:val="28"/>
                <w:szCs w:val="28"/>
                <w:lang w:val="vi-VN"/>
              </w:rPr>
              <w:lastRenderedPageBreak/>
              <w:t xml:space="preserve">thức, hiểu biết của toàn xã hội và thúc đẩy ứng dụng có </w:t>
            </w:r>
            <w:r w:rsidR="005F639D" w:rsidRPr="00C3780B">
              <w:rPr>
                <w:rFonts w:cs="Times New Roman"/>
                <w:color w:val="000000" w:themeColor="text1"/>
                <w:sz w:val="28"/>
                <w:szCs w:val="28"/>
                <w:lang w:val="vi-VN"/>
              </w:rPr>
              <w:t xml:space="preserve">an toàn, </w:t>
            </w:r>
            <w:r w:rsidRPr="007D41B6">
              <w:rPr>
                <w:rFonts w:cs="Times New Roman"/>
                <w:color w:val="000000" w:themeColor="text1"/>
                <w:sz w:val="28"/>
                <w:szCs w:val="28"/>
                <w:lang w:val="vi-VN"/>
              </w:rPr>
              <w:t>trách nhiệm, tuân thủ đạo đức về AI</w:t>
            </w:r>
            <w:r w:rsidR="0098690D">
              <w:rPr>
                <w:rFonts w:cs="Times New Roman"/>
                <w:color w:val="000000" w:themeColor="text1"/>
                <w:sz w:val="28"/>
                <w:szCs w:val="28"/>
                <w:lang w:val="vi-VN"/>
              </w:rPr>
              <w:t>.</w:t>
            </w:r>
          </w:p>
        </w:tc>
        <w:tc>
          <w:tcPr>
            <w:tcW w:w="1095" w:type="pct"/>
          </w:tcPr>
          <w:p w14:paraId="2025EAE6" w14:textId="34078735" w:rsidR="00572BF1" w:rsidRPr="007D41B6" w:rsidRDefault="007542FF"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lastRenderedPageBreak/>
              <w:t xml:space="preserve">Bộ Khoa học và Công nghệ, </w:t>
            </w:r>
            <w:r w:rsidR="00A2041C" w:rsidRPr="007D41B6">
              <w:rPr>
                <w:rFonts w:cs="Times New Roman"/>
                <w:color w:val="000000" w:themeColor="text1"/>
                <w:sz w:val="28"/>
                <w:szCs w:val="28"/>
                <w:lang w:val="vi-VN"/>
              </w:rPr>
              <w:t xml:space="preserve">Bộ Văn hóa, Thể </w:t>
            </w:r>
            <w:r w:rsidR="00A2041C" w:rsidRPr="007D41B6">
              <w:rPr>
                <w:rFonts w:cs="Times New Roman"/>
                <w:color w:val="000000" w:themeColor="text1"/>
                <w:sz w:val="28"/>
                <w:szCs w:val="28"/>
                <w:lang w:val="vi-VN"/>
              </w:rPr>
              <w:lastRenderedPageBreak/>
              <w:t>thao và            Du lịch</w:t>
            </w:r>
            <w:r w:rsidR="00A2041C" w:rsidRPr="00C3780B">
              <w:rPr>
                <w:rFonts w:cs="Times New Roman"/>
                <w:color w:val="000000" w:themeColor="text1"/>
                <w:sz w:val="28"/>
                <w:szCs w:val="28"/>
                <w:lang w:val="vi-VN"/>
              </w:rPr>
              <w:t xml:space="preserve"> </w:t>
            </w:r>
            <w:r w:rsidRPr="00C3780B">
              <w:rPr>
                <w:rFonts w:cs="Times New Roman"/>
                <w:color w:val="000000" w:themeColor="text1"/>
                <w:sz w:val="28"/>
                <w:szCs w:val="28"/>
                <w:lang w:val="vi-VN"/>
              </w:rPr>
              <w:t>Đài Tiếng nói Việt Nam, Đài Truyền hình Việt Nam, Thông tấn xã Việt Nam, các bộ, ngành, địa phương và cơ quan có liên quan</w:t>
            </w:r>
          </w:p>
        </w:tc>
        <w:tc>
          <w:tcPr>
            <w:tcW w:w="954" w:type="pct"/>
          </w:tcPr>
          <w:p w14:paraId="69B1387E" w14:textId="459303D9" w:rsidR="00572BF1" w:rsidRPr="007D41B6" w:rsidRDefault="00A2041C"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lastRenderedPageBreak/>
              <w:t xml:space="preserve">Các bộ, </w:t>
            </w:r>
            <w:r w:rsidR="0098690D">
              <w:rPr>
                <w:rFonts w:cs="Times New Roman"/>
                <w:color w:val="000000" w:themeColor="text1"/>
                <w:sz w:val="28"/>
                <w:szCs w:val="28"/>
                <w:lang w:val="vi-VN"/>
              </w:rPr>
              <w:t>ngành, địa phương</w:t>
            </w:r>
            <w:r w:rsidRPr="00C3780B">
              <w:rPr>
                <w:rFonts w:cs="Times New Roman"/>
                <w:color w:val="000000" w:themeColor="text1"/>
                <w:sz w:val="28"/>
                <w:szCs w:val="28"/>
                <w:lang w:val="vi-VN"/>
              </w:rPr>
              <w:t xml:space="preserve"> và các cơ </w:t>
            </w:r>
            <w:r w:rsidRPr="00C3780B">
              <w:rPr>
                <w:rFonts w:cs="Times New Roman"/>
                <w:color w:val="000000" w:themeColor="text1"/>
                <w:sz w:val="28"/>
                <w:szCs w:val="28"/>
                <w:lang w:val="vi-VN"/>
              </w:rPr>
              <w:lastRenderedPageBreak/>
              <w:t>quan, tổ chức có liên quan</w:t>
            </w:r>
          </w:p>
        </w:tc>
        <w:tc>
          <w:tcPr>
            <w:tcW w:w="620" w:type="pct"/>
          </w:tcPr>
          <w:p w14:paraId="76F22F91" w14:textId="77777777" w:rsidR="00572BF1" w:rsidRDefault="007542FF" w:rsidP="006D5D4A">
            <w:pPr>
              <w:spacing w:before="120" w:after="120" w:line="264" w:lineRule="auto"/>
              <w:jc w:val="both"/>
              <w:rPr>
                <w:rFonts w:cs="Times New Roman"/>
                <w:color w:val="000000" w:themeColor="text1"/>
                <w:sz w:val="28"/>
                <w:szCs w:val="28"/>
                <w:lang w:val="vi-VN"/>
              </w:rPr>
            </w:pPr>
            <w:r w:rsidRPr="007542FF">
              <w:rPr>
                <w:rFonts w:cs="Times New Roman"/>
                <w:color w:val="000000" w:themeColor="text1"/>
                <w:sz w:val="28"/>
                <w:szCs w:val="28"/>
                <w:lang w:val="vi-VN"/>
              </w:rPr>
              <w:lastRenderedPageBreak/>
              <w:t xml:space="preserve">Kế hoạch truyền thông </w:t>
            </w:r>
            <w:r w:rsidRPr="007542FF">
              <w:rPr>
                <w:rFonts w:cs="Times New Roman"/>
                <w:color w:val="000000" w:themeColor="text1"/>
                <w:sz w:val="28"/>
                <w:szCs w:val="28"/>
                <w:lang w:val="vi-VN"/>
              </w:rPr>
              <w:lastRenderedPageBreak/>
              <w:t>quốc gia về AI được ban hành hằng năm.</w:t>
            </w:r>
          </w:p>
          <w:p w14:paraId="4ED129CA" w14:textId="79DA1429" w:rsidR="00A2041C" w:rsidRPr="007D41B6" w:rsidRDefault="00A2041C" w:rsidP="006D5D4A">
            <w:pPr>
              <w:spacing w:before="120" w:after="120" w:line="264" w:lineRule="auto"/>
              <w:jc w:val="both"/>
              <w:rPr>
                <w:rFonts w:cs="Times New Roman"/>
                <w:color w:val="000000" w:themeColor="text1"/>
                <w:sz w:val="28"/>
                <w:szCs w:val="28"/>
                <w:lang w:val="vi-VN"/>
              </w:rPr>
            </w:pPr>
          </w:p>
        </w:tc>
        <w:tc>
          <w:tcPr>
            <w:tcW w:w="529" w:type="pct"/>
          </w:tcPr>
          <w:p w14:paraId="493D196D" w14:textId="77777777" w:rsidR="00572BF1" w:rsidRPr="007D41B6" w:rsidRDefault="00572BF1" w:rsidP="0098690D">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lastRenderedPageBreak/>
              <w:t>Thường xuyên</w:t>
            </w:r>
          </w:p>
        </w:tc>
      </w:tr>
      <w:tr w:rsidR="0098690D" w:rsidRPr="007D41B6" w14:paraId="7C72EBA3" w14:textId="77777777" w:rsidTr="0098690D">
        <w:tc>
          <w:tcPr>
            <w:tcW w:w="376" w:type="pct"/>
          </w:tcPr>
          <w:p w14:paraId="6BFAA3B7" w14:textId="115032AB" w:rsidR="0098690D" w:rsidRPr="007D41B6" w:rsidRDefault="0098690D" w:rsidP="0098690D">
            <w:pPr>
              <w:pStyle w:val="ListParagraph"/>
              <w:numPr>
                <w:ilvl w:val="0"/>
                <w:numId w:val="21"/>
              </w:numPr>
              <w:spacing w:before="120" w:after="120" w:line="264" w:lineRule="auto"/>
              <w:jc w:val="both"/>
              <w:rPr>
                <w:rFonts w:cs="Times New Roman"/>
                <w:color w:val="000000" w:themeColor="text1"/>
                <w:sz w:val="28"/>
                <w:szCs w:val="28"/>
                <w:lang w:val="vi-VN"/>
              </w:rPr>
            </w:pPr>
          </w:p>
        </w:tc>
        <w:tc>
          <w:tcPr>
            <w:tcW w:w="1426" w:type="pct"/>
          </w:tcPr>
          <w:p w14:paraId="09678D0F" w14:textId="78F6532A" w:rsidR="0098690D" w:rsidRPr="00C3780B" w:rsidRDefault="0098690D" w:rsidP="0098690D">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Tổ chức truyền thông, phổ biến, giáo dục pháp luật, tập huấn về nội dung Luật và các văn bản quy định chi tiết thi hành Luật Trí tuệ nhân tạo</w:t>
            </w:r>
            <w:r>
              <w:rPr>
                <w:rFonts w:cs="Times New Roman"/>
                <w:color w:val="000000" w:themeColor="text1"/>
                <w:sz w:val="28"/>
                <w:szCs w:val="28"/>
                <w:lang w:val="vi-VN"/>
              </w:rPr>
              <w:t>.</w:t>
            </w:r>
          </w:p>
        </w:tc>
        <w:tc>
          <w:tcPr>
            <w:tcW w:w="1095" w:type="pct"/>
          </w:tcPr>
          <w:p w14:paraId="649B2960" w14:textId="1FDABAE5" w:rsidR="0098690D" w:rsidRPr="00C3780B" w:rsidRDefault="0098690D" w:rsidP="0098690D">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Bộ Khoa học và Công nghệ, Đài Tiếng nói Việt Nam, Đài Truyền hình Việt Nam, Thông tấn xã Việt Nam, Bộ Tư pháp, các bộ, ngành, địa phương và cơ quan có liên quan</w:t>
            </w:r>
          </w:p>
        </w:tc>
        <w:tc>
          <w:tcPr>
            <w:tcW w:w="954" w:type="pct"/>
          </w:tcPr>
          <w:p w14:paraId="2F8F392B" w14:textId="2540B756" w:rsidR="0098690D" w:rsidRPr="00C3780B" w:rsidRDefault="0098690D" w:rsidP="0098690D">
            <w:pPr>
              <w:spacing w:before="120" w:after="120" w:line="264" w:lineRule="auto"/>
              <w:ind w:left="32" w:hanging="32"/>
              <w:jc w:val="both"/>
              <w:rPr>
                <w:rFonts w:cs="Times New Roman"/>
                <w:color w:val="000000" w:themeColor="text1"/>
                <w:sz w:val="28"/>
                <w:szCs w:val="28"/>
                <w:lang w:val="vi-VN"/>
              </w:rPr>
            </w:pPr>
            <w:r w:rsidRPr="00C3780B">
              <w:rPr>
                <w:rFonts w:cs="Times New Roman"/>
                <w:color w:val="000000" w:themeColor="text1"/>
                <w:sz w:val="28"/>
                <w:szCs w:val="28"/>
                <w:lang w:val="vi-VN"/>
              </w:rPr>
              <w:t xml:space="preserve">Các bộ, </w:t>
            </w:r>
            <w:r>
              <w:rPr>
                <w:rFonts w:cs="Times New Roman"/>
                <w:color w:val="000000" w:themeColor="text1"/>
                <w:sz w:val="28"/>
                <w:szCs w:val="28"/>
                <w:lang w:val="vi-VN"/>
              </w:rPr>
              <w:t>ngành, địa phương</w:t>
            </w:r>
            <w:r w:rsidRPr="00C3780B">
              <w:rPr>
                <w:rFonts w:cs="Times New Roman"/>
                <w:color w:val="000000" w:themeColor="text1"/>
                <w:sz w:val="28"/>
                <w:szCs w:val="28"/>
                <w:lang w:val="vi-VN"/>
              </w:rPr>
              <w:t xml:space="preserve"> và các cơ quan, tổ chức có liên quan</w:t>
            </w:r>
          </w:p>
        </w:tc>
        <w:tc>
          <w:tcPr>
            <w:tcW w:w="620" w:type="pct"/>
          </w:tcPr>
          <w:p w14:paraId="2490F2AD" w14:textId="4545FA9E" w:rsidR="0098690D" w:rsidRPr="00C3780B" w:rsidRDefault="0098690D" w:rsidP="0098690D">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Hội nghị, tọa đàm, tài liệu phổ biến, tài liệu truyền thông, tài liệu tập huấn</w:t>
            </w:r>
            <w:r>
              <w:rPr>
                <w:rFonts w:cs="Times New Roman"/>
                <w:color w:val="000000" w:themeColor="text1"/>
                <w:sz w:val="28"/>
                <w:szCs w:val="28"/>
                <w:lang w:val="vi-VN"/>
              </w:rPr>
              <w:t>.</w:t>
            </w:r>
          </w:p>
        </w:tc>
        <w:tc>
          <w:tcPr>
            <w:tcW w:w="529" w:type="pct"/>
          </w:tcPr>
          <w:p w14:paraId="67BA9855" w14:textId="4E8A77D4" w:rsidR="0098690D" w:rsidRPr="007D41B6" w:rsidRDefault="0098690D" w:rsidP="0098690D">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 xuyên</w:t>
            </w:r>
          </w:p>
        </w:tc>
      </w:tr>
      <w:tr w:rsidR="00572BF1" w:rsidRPr="007D41B6" w14:paraId="467D8D0F" w14:textId="77777777" w:rsidTr="0098690D">
        <w:tc>
          <w:tcPr>
            <w:tcW w:w="376" w:type="pct"/>
          </w:tcPr>
          <w:p w14:paraId="0E3901B0" w14:textId="4CB49288" w:rsidR="00572BF1" w:rsidRPr="007D41B6" w:rsidRDefault="00572BF1" w:rsidP="006D5D4A">
            <w:pPr>
              <w:pStyle w:val="ListParagraph"/>
              <w:numPr>
                <w:ilvl w:val="0"/>
                <w:numId w:val="21"/>
              </w:numPr>
              <w:spacing w:before="120" w:after="120" w:line="264" w:lineRule="auto"/>
              <w:jc w:val="both"/>
              <w:rPr>
                <w:rFonts w:cs="Times New Roman"/>
                <w:color w:val="000000" w:themeColor="text1"/>
                <w:sz w:val="28"/>
                <w:szCs w:val="28"/>
                <w:lang w:val="vi-VN"/>
              </w:rPr>
            </w:pPr>
          </w:p>
        </w:tc>
        <w:tc>
          <w:tcPr>
            <w:tcW w:w="1426" w:type="pct"/>
          </w:tcPr>
          <w:p w14:paraId="3C028219" w14:textId="1A1A9B26" w:rsidR="00572BF1" w:rsidRPr="007D41B6" w:rsidRDefault="00572BF1" w:rsidP="006D5D4A">
            <w:pPr>
              <w:spacing w:before="120" w:after="120" w:line="264" w:lineRule="auto"/>
              <w:jc w:val="both"/>
              <w:rPr>
                <w:rFonts w:cs="Times New Roman"/>
                <w:color w:val="000000" w:themeColor="text1"/>
                <w:spacing w:val="-12"/>
                <w:sz w:val="28"/>
                <w:szCs w:val="28"/>
                <w:lang w:val="vi-VN"/>
              </w:rPr>
            </w:pPr>
            <w:r w:rsidRPr="007D41B6">
              <w:rPr>
                <w:rFonts w:cs="Times New Roman"/>
                <w:color w:val="000000" w:themeColor="text1"/>
                <w:sz w:val="28"/>
                <w:szCs w:val="28"/>
                <w:lang w:val="vi-VN"/>
              </w:rPr>
              <w:t>Tổ chức các chương trình, hội thảo, hội nghị nhằm tuyên truyền, phổ biến về ý nghĩa, tầm quan trọng, tính tất yếu của việc phát triển, ứng dụng AI</w:t>
            </w:r>
          </w:p>
        </w:tc>
        <w:tc>
          <w:tcPr>
            <w:tcW w:w="1095" w:type="pct"/>
          </w:tcPr>
          <w:p w14:paraId="4745C5A9" w14:textId="77777777" w:rsidR="00572BF1" w:rsidRPr="007D41B6" w:rsidRDefault="00572BF1"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954" w:type="pct"/>
          </w:tcPr>
          <w:p w14:paraId="5ABCB04C" w14:textId="77777777" w:rsidR="00572BF1" w:rsidRPr="007D41B6" w:rsidRDefault="00572BF1"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Bộ Khoa học và Công nghệ, các cơ quan báo chí, truyền thông</w:t>
            </w:r>
          </w:p>
        </w:tc>
        <w:tc>
          <w:tcPr>
            <w:tcW w:w="620" w:type="pct"/>
          </w:tcPr>
          <w:p w14:paraId="13C42D87" w14:textId="1BE9E490" w:rsidR="00A2041C" w:rsidRPr="00C3780B" w:rsidRDefault="00A2041C" w:rsidP="006D5D4A">
            <w:pPr>
              <w:spacing w:before="120" w:after="120" w:line="264" w:lineRule="auto"/>
              <w:jc w:val="both"/>
              <w:rPr>
                <w:rFonts w:cs="Times New Roman"/>
                <w:color w:val="000000" w:themeColor="text1"/>
                <w:sz w:val="28"/>
                <w:szCs w:val="28"/>
                <w:lang w:val="vi-VN"/>
              </w:rPr>
            </w:pPr>
            <w:r w:rsidRPr="00C3780B">
              <w:rPr>
                <w:rFonts w:cs="Times New Roman"/>
                <w:color w:val="000000" w:themeColor="text1"/>
                <w:sz w:val="28"/>
                <w:szCs w:val="28"/>
                <w:lang w:val="vi-VN"/>
              </w:rPr>
              <w:t>Chương trình/Hội thảo/Hội nghị</w:t>
            </w:r>
          </w:p>
          <w:p w14:paraId="2BB36C13" w14:textId="77777777" w:rsidR="00572BF1" w:rsidRPr="00A2041C" w:rsidRDefault="00572BF1" w:rsidP="006D5D4A">
            <w:pPr>
              <w:spacing w:before="120" w:after="120" w:line="264" w:lineRule="auto"/>
              <w:jc w:val="center"/>
              <w:rPr>
                <w:rFonts w:cs="Times New Roman"/>
                <w:sz w:val="28"/>
                <w:szCs w:val="28"/>
                <w:lang w:val="vi-VN"/>
              </w:rPr>
            </w:pPr>
          </w:p>
        </w:tc>
        <w:tc>
          <w:tcPr>
            <w:tcW w:w="529" w:type="pct"/>
          </w:tcPr>
          <w:p w14:paraId="68134651" w14:textId="77777777" w:rsidR="00572BF1" w:rsidRPr="007D41B6" w:rsidRDefault="00572BF1" w:rsidP="0098690D">
            <w:pPr>
              <w:spacing w:before="120" w:after="120" w:line="264" w:lineRule="auto"/>
              <w:jc w:val="center"/>
              <w:rPr>
                <w:rFonts w:cs="Times New Roman"/>
                <w:color w:val="000000" w:themeColor="text1"/>
                <w:sz w:val="28"/>
                <w:szCs w:val="28"/>
                <w:lang w:val="vi-VN"/>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r w:rsidR="00572BF1" w:rsidRPr="00D57350" w14:paraId="2EBBA380" w14:textId="77777777" w:rsidTr="0098690D">
        <w:tc>
          <w:tcPr>
            <w:tcW w:w="376" w:type="pct"/>
          </w:tcPr>
          <w:p w14:paraId="5999470C" w14:textId="46663822" w:rsidR="00572BF1" w:rsidRPr="007D41B6" w:rsidRDefault="00572BF1" w:rsidP="006D5D4A">
            <w:pPr>
              <w:pStyle w:val="ListParagraph"/>
              <w:numPr>
                <w:ilvl w:val="0"/>
                <w:numId w:val="21"/>
              </w:numPr>
              <w:spacing w:before="120" w:after="120" w:line="264" w:lineRule="auto"/>
              <w:jc w:val="both"/>
              <w:rPr>
                <w:rFonts w:cs="Times New Roman"/>
                <w:color w:val="000000" w:themeColor="text1"/>
                <w:sz w:val="28"/>
                <w:szCs w:val="28"/>
                <w:lang w:val="vi-VN"/>
              </w:rPr>
            </w:pPr>
          </w:p>
          <w:p w14:paraId="684785F4" w14:textId="77777777" w:rsidR="00572BF1" w:rsidRPr="007D41B6" w:rsidRDefault="00572BF1" w:rsidP="006D5D4A">
            <w:pPr>
              <w:spacing w:before="120" w:after="120" w:line="264" w:lineRule="auto"/>
              <w:jc w:val="both"/>
              <w:rPr>
                <w:rFonts w:cs="Times New Roman"/>
                <w:color w:val="000000" w:themeColor="text1"/>
                <w:sz w:val="28"/>
                <w:szCs w:val="28"/>
                <w:lang w:val="vi-VN"/>
              </w:rPr>
            </w:pPr>
          </w:p>
          <w:p w14:paraId="1AEABF61" w14:textId="77777777" w:rsidR="00572BF1" w:rsidRPr="007D41B6" w:rsidRDefault="00572BF1" w:rsidP="006D5D4A">
            <w:pPr>
              <w:spacing w:before="120" w:after="120" w:line="264" w:lineRule="auto"/>
              <w:jc w:val="both"/>
              <w:rPr>
                <w:rFonts w:cs="Times New Roman"/>
                <w:color w:val="000000" w:themeColor="text1"/>
                <w:sz w:val="28"/>
                <w:szCs w:val="28"/>
                <w:lang w:val="vi-VN"/>
              </w:rPr>
            </w:pPr>
          </w:p>
          <w:p w14:paraId="3ABCA8A2" w14:textId="77777777" w:rsidR="00572BF1" w:rsidRPr="007D41B6" w:rsidRDefault="00572BF1" w:rsidP="006D5D4A">
            <w:pPr>
              <w:spacing w:before="120" w:after="120" w:line="264" w:lineRule="auto"/>
              <w:jc w:val="both"/>
              <w:rPr>
                <w:rFonts w:cs="Times New Roman"/>
                <w:color w:val="000000" w:themeColor="text1"/>
                <w:sz w:val="28"/>
                <w:szCs w:val="28"/>
                <w:lang w:val="vi-VN"/>
              </w:rPr>
            </w:pPr>
          </w:p>
        </w:tc>
        <w:tc>
          <w:tcPr>
            <w:tcW w:w="1426" w:type="pct"/>
          </w:tcPr>
          <w:p w14:paraId="729E11C3" w14:textId="506AEC88" w:rsidR="00572BF1" w:rsidRPr="007D41B6" w:rsidRDefault="009E60BE" w:rsidP="006D5D4A">
            <w:pPr>
              <w:spacing w:before="120" w:after="120" w:line="264" w:lineRule="auto"/>
              <w:jc w:val="both"/>
              <w:rPr>
                <w:rFonts w:cs="Times New Roman"/>
                <w:color w:val="000000" w:themeColor="text1"/>
                <w:spacing w:val="-8"/>
                <w:sz w:val="28"/>
                <w:szCs w:val="28"/>
                <w:lang w:val="vi-VN"/>
              </w:rPr>
            </w:pPr>
            <w:r w:rsidRPr="007D41B6">
              <w:rPr>
                <w:rFonts w:cs="Times New Roman"/>
                <w:color w:val="000000" w:themeColor="text1"/>
                <w:sz w:val="28"/>
                <w:szCs w:val="28"/>
                <w:lang w:val="vi-VN"/>
              </w:rPr>
              <w:t>L</w:t>
            </w:r>
            <w:r w:rsidR="00572BF1" w:rsidRPr="007D41B6">
              <w:rPr>
                <w:rFonts w:cs="Times New Roman"/>
                <w:color w:val="000000" w:themeColor="text1"/>
                <w:sz w:val="28"/>
                <w:szCs w:val="28"/>
                <w:lang w:val="vi-VN"/>
              </w:rPr>
              <w:t xml:space="preserve">ồng ghép hoạt động tuyên truyền nhằm thúc đẩy nghiên cứu, phát triển và </w:t>
            </w:r>
            <w:r w:rsidRPr="007D41B6">
              <w:rPr>
                <w:rFonts w:cs="Times New Roman"/>
                <w:color w:val="000000" w:themeColor="text1"/>
                <w:sz w:val="28"/>
                <w:szCs w:val="28"/>
                <w:lang w:val="vi-VN"/>
              </w:rPr>
              <w:t xml:space="preserve">chuyển đổi bằng </w:t>
            </w:r>
            <w:r w:rsidR="00572BF1" w:rsidRPr="007D41B6">
              <w:rPr>
                <w:rFonts w:cs="Times New Roman"/>
                <w:color w:val="000000" w:themeColor="text1"/>
                <w:sz w:val="28"/>
                <w:szCs w:val="28"/>
                <w:lang w:val="vi-VN"/>
              </w:rPr>
              <w:t>AI trong các chương trình/kế hoạch có liên quan</w:t>
            </w:r>
          </w:p>
        </w:tc>
        <w:tc>
          <w:tcPr>
            <w:tcW w:w="1095" w:type="pct"/>
          </w:tcPr>
          <w:p w14:paraId="351C478C" w14:textId="77777777" w:rsidR="00572BF1" w:rsidRPr="007D41B6" w:rsidRDefault="00572BF1" w:rsidP="006D5D4A">
            <w:pPr>
              <w:spacing w:before="120" w:after="120" w:line="264" w:lineRule="auto"/>
              <w:jc w:val="both"/>
              <w:rPr>
                <w:rFonts w:cs="Times New Roman"/>
                <w:color w:val="000000" w:themeColor="text1"/>
                <w:sz w:val="28"/>
                <w:szCs w:val="28"/>
                <w:lang w:val="vi-VN"/>
              </w:rPr>
            </w:pPr>
            <w:r w:rsidRPr="007D41B6">
              <w:rPr>
                <w:rFonts w:cs="Times New Roman"/>
                <w:color w:val="000000" w:themeColor="text1"/>
                <w:sz w:val="28"/>
                <w:szCs w:val="28"/>
                <w:lang w:val="vi-VN"/>
              </w:rPr>
              <w:t>Các bộ, ngành, địa phương</w:t>
            </w:r>
          </w:p>
        </w:tc>
        <w:tc>
          <w:tcPr>
            <w:tcW w:w="954" w:type="pct"/>
          </w:tcPr>
          <w:p w14:paraId="18F19A4E" w14:textId="77777777" w:rsidR="00572BF1" w:rsidRPr="007D41B6" w:rsidRDefault="00572BF1" w:rsidP="006D5D4A">
            <w:pPr>
              <w:spacing w:before="120" w:after="120" w:line="264" w:lineRule="auto"/>
              <w:jc w:val="both"/>
              <w:rPr>
                <w:rFonts w:cs="Times New Roman"/>
                <w:color w:val="000000" w:themeColor="text1"/>
                <w:sz w:val="28"/>
                <w:szCs w:val="28"/>
                <w:lang w:val="vi-VN"/>
              </w:rPr>
            </w:pPr>
          </w:p>
        </w:tc>
        <w:tc>
          <w:tcPr>
            <w:tcW w:w="620" w:type="pct"/>
          </w:tcPr>
          <w:p w14:paraId="07B97104" w14:textId="77777777" w:rsidR="00572BF1" w:rsidRPr="007D41B6" w:rsidRDefault="00572BF1" w:rsidP="006D5D4A">
            <w:pPr>
              <w:spacing w:before="120" w:after="120" w:line="264" w:lineRule="auto"/>
              <w:jc w:val="both"/>
              <w:rPr>
                <w:rFonts w:cs="Times New Roman"/>
                <w:color w:val="000000" w:themeColor="text1"/>
                <w:sz w:val="28"/>
                <w:szCs w:val="28"/>
                <w:lang w:val="vi-VN"/>
              </w:rPr>
            </w:pPr>
          </w:p>
        </w:tc>
        <w:tc>
          <w:tcPr>
            <w:tcW w:w="529" w:type="pct"/>
          </w:tcPr>
          <w:p w14:paraId="70314F49" w14:textId="77777777" w:rsidR="00572BF1" w:rsidRPr="00D57350" w:rsidRDefault="00572BF1" w:rsidP="0098690D">
            <w:pPr>
              <w:spacing w:before="120" w:after="120" w:line="264" w:lineRule="auto"/>
              <w:jc w:val="center"/>
              <w:rPr>
                <w:rFonts w:cs="Times New Roman"/>
                <w:color w:val="000000" w:themeColor="text1"/>
                <w:sz w:val="28"/>
                <w:szCs w:val="28"/>
              </w:rPr>
            </w:pPr>
            <w:r w:rsidRPr="007D41B6">
              <w:rPr>
                <w:rFonts w:cs="Times New Roman"/>
                <w:color w:val="000000" w:themeColor="text1"/>
                <w:sz w:val="28"/>
                <w:szCs w:val="28"/>
              </w:rPr>
              <w:t>Thường</w:t>
            </w:r>
            <w:r w:rsidRPr="007D41B6">
              <w:rPr>
                <w:rFonts w:cs="Times New Roman"/>
                <w:color w:val="000000" w:themeColor="text1"/>
                <w:sz w:val="28"/>
                <w:szCs w:val="28"/>
                <w:lang w:val="vi-VN"/>
              </w:rPr>
              <w:t xml:space="preserve"> xuyên</w:t>
            </w:r>
          </w:p>
        </w:tc>
      </w:tr>
    </w:tbl>
    <w:p w14:paraId="1AB5BA59" w14:textId="77777777" w:rsidR="00572BF1" w:rsidRPr="00D57350" w:rsidRDefault="00572BF1" w:rsidP="006D5D4A">
      <w:pPr>
        <w:spacing w:before="120" w:after="120" w:line="264" w:lineRule="auto"/>
        <w:jc w:val="both"/>
        <w:rPr>
          <w:rFonts w:cs="Times New Roman"/>
          <w:color w:val="000000" w:themeColor="text1"/>
          <w:sz w:val="28"/>
          <w:szCs w:val="28"/>
        </w:rPr>
      </w:pPr>
    </w:p>
    <w:sectPr w:rsidR="00572BF1" w:rsidRPr="00D57350" w:rsidSect="006D5D4A">
      <w:headerReference w:type="even" r:id="rId8"/>
      <w:headerReference w:type="default" r:id="rId9"/>
      <w:pgSz w:w="16819" w:h="11894" w:orient="landscape" w:code="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1193E" w14:textId="77777777" w:rsidR="00282228" w:rsidRDefault="00282228" w:rsidP="007448E1">
      <w:pPr>
        <w:spacing w:after="0" w:line="240" w:lineRule="auto"/>
      </w:pPr>
      <w:r>
        <w:separator/>
      </w:r>
    </w:p>
  </w:endnote>
  <w:endnote w:type="continuationSeparator" w:id="0">
    <w:p w14:paraId="489E11E0" w14:textId="77777777" w:rsidR="00282228" w:rsidRDefault="00282228" w:rsidP="0074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A21AA" w14:textId="77777777" w:rsidR="00282228" w:rsidRDefault="00282228" w:rsidP="007448E1">
      <w:pPr>
        <w:spacing w:after="0" w:line="240" w:lineRule="auto"/>
      </w:pPr>
      <w:r>
        <w:separator/>
      </w:r>
    </w:p>
  </w:footnote>
  <w:footnote w:type="continuationSeparator" w:id="0">
    <w:p w14:paraId="7357050D" w14:textId="77777777" w:rsidR="00282228" w:rsidRDefault="00282228" w:rsidP="007448E1">
      <w:pPr>
        <w:spacing w:after="0" w:line="240" w:lineRule="auto"/>
      </w:pPr>
      <w:r>
        <w:continuationSeparator/>
      </w:r>
    </w:p>
  </w:footnote>
  <w:footnote w:id="1">
    <w:p w14:paraId="23AE4D0F" w14:textId="19B03ADF" w:rsidR="00466AA9" w:rsidRDefault="00466AA9">
      <w:pPr>
        <w:pStyle w:val="FootnoteText"/>
      </w:pPr>
      <w:r>
        <w:rPr>
          <w:rStyle w:val="FootnoteReference"/>
        </w:rPr>
        <w:footnoteRef/>
      </w:r>
      <w:r>
        <w:t xml:space="preserve"> NĐ142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08359304"/>
      <w:docPartObj>
        <w:docPartGallery w:val="Page Numbers (Top of Page)"/>
        <w:docPartUnique/>
      </w:docPartObj>
    </w:sdtPr>
    <w:sdtContent>
      <w:p w14:paraId="46C10A9A" w14:textId="555B980D" w:rsidR="00466AA9" w:rsidRDefault="00466AA9" w:rsidP="009A5C5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884B64" w14:textId="77777777" w:rsidR="00466AA9" w:rsidRDefault="00466A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sz w:val="28"/>
        <w:szCs w:val="28"/>
      </w:rPr>
      <w:id w:val="-1662687338"/>
      <w:docPartObj>
        <w:docPartGallery w:val="Page Numbers (Top of Page)"/>
        <w:docPartUnique/>
      </w:docPartObj>
    </w:sdtPr>
    <w:sdtContent>
      <w:p w14:paraId="5E2CF0C6" w14:textId="2749C432" w:rsidR="00466AA9" w:rsidRPr="00BD43F2" w:rsidRDefault="00466AA9" w:rsidP="009A5C5C">
        <w:pPr>
          <w:pStyle w:val="Header"/>
          <w:framePr w:wrap="none" w:vAnchor="text" w:hAnchor="margin" w:xAlign="center" w:y="1"/>
          <w:rPr>
            <w:rStyle w:val="PageNumber"/>
            <w:sz w:val="28"/>
            <w:szCs w:val="28"/>
          </w:rPr>
        </w:pPr>
        <w:r w:rsidRPr="00BD43F2">
          <w:rPr>
            <w:rStyle w:val="PageNumber"/>
            <w:sz w:val="28"/>
            <w:szCs w:val="28"/>
          </w:rPr>
          <w:fldChar w:fldCharType="begin"/>
        </w:r>
        <w:r w:rsidRPr="00BD43F2">
          <w:rPr>
            <w:rStyle w:val="PageNumber"/>
            <w:sz w:val="28"/>
            <w:szCs w:val="28"/>
          </w:rPr>
          <w:instrText xml:space="preserve"> PAGE </w:instrText>
        </w:r>
        <w:r w:rsidRPr="00BD43F2">
          <w:rPr>
            <w:rStyle w:val="PageNumber"/>
            <w:sz w:val="28"/>
            <w:szCs w:val="28"/>
          </w:rPr>
          <w:fldChar w:fldCharType="separate"/>
        </w:r>
        <w:r w:rsidR="00BC37B6">
          <w:rPr>
            <w:rStyle w:val="PageNumber"/>
            <w:noProof/>
            <w:sz w:val="28"/>
            <w:szCs w:val="28"/>
          </w:rPr>
          <w:t>4</w:t>
        </w:r>
        <w:r w:rsidRPr="00BD43F2">
          <w:rPr>
            <w:rStyle w:val="PageNumber"/>
            <w:sz w:val="28"/>
            <w:szCs w:val="28"/>
          </w:rPr>
          <w:fldChar w:fldCharType="end"/>
        </w:r>
      </w:p>
    </w:sdtContent>
  </w:sdt>
  <w:p w14:paraId="6ECA33AA" w14:textId="77777777" w:rsidR="00466AA9" w:rsidRDefault="00466A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1240199"/>
    <w:multiLevelType w:val="multilevel"/>
    <w:tmpl w:val="D2C456CC"/>
    <w:lvl w:ilvl="0">
      <w:start w:val="1"/>
      <w:numFmt w:val="decimal"/>
      <w:lvlText w:val="%1."/>
      <w:lvlJc w:val="right"/>
      <w:pPr>
        <w:ind w:left="720" w:hanging="360"/>
      </w:pPr>
      <w:rPr>
        <w:rFonts w:hint="default"/>
      </w:rPr>
    </w:lvl>
    <w:lvl w:ilvl="1">
      <w:start w:val="1"/>
      <w:numFmt w:val="decimal"/>
      <w:lvlText w:val="%2.1"/>
      <w:lvlJc w:val="center"/>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01F8394F"/>
    <w:multiLevelType w:val="hybridMultilevel"/>
    <w:tmpl w:val="5C827EEE"/>
    <w:lvl w:ilvl="0" w:tplc="443AB9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063AEE"/>
    <w:multiLevelType w:val="hybridMultilevel"/>
    <w:tmpl w:val="72F808C6"/>
    <w:lvl w:ilvl="0" w:tplc="2266032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0532CE"/>
    <w:multiLevelType w:val="hybridMultilevel"/>
    <w:tmpl w:val="B3728D60"/>
    <w:lvl w:ilvl="0" w:tplc="A4585F7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18AF29CE"/>
    <w:multiLevelType w:val="multilevel"/>
    <w:tmpl w:val="A0241B62"/>
    <w:lvl w:ilvl="0">
      <w:start w:val="2"/>
      <w:numFmt w:val="decimal"/>
      <w:lvlText w:val="%1."/>
      <w:lvlJc w:val="left"/>
      <w:pPr>
        <w:ind w:left="450" w:hanging="450"/>
      </w:pPr>
      <w:rPr>
        <w:rFonts w:hint="default"/>
      </w:rPr>
    </w:lvl>
    <w:lvl w:ilvl="1">
      <w:start w:val="1"/>
      <w:numFmt w:val="decimal"/>
      <w:lvlText w:val="%1.%2."/>
      <w:lvlJc w:val="center"/>
      <w:pPr>
        <w:ind w:left="720"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19B6C41"/>
    <w:multiLevelType w:val="multilevel"/>
    <w:tmpl w:val="912E337E"/>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25BD0C1A"/>
    <w:multiLevelType w:val="multilevel"/>
    <w:tmpl w:val="D3FE357A"/>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291D057C"/>
    <w:multiLevelType w:val="multilevel"/>
    <w:tmpl w:val="8EDAC4D2"/>
    <w:lvl w:ilvl="0">
      <w:start w:val="2"/>
      <w:numFmt w:val="decimal"/>
      <w:lvlText w:val="%1."/>
      <w:lvlJc w:val="left"/>
      <w:pPr>
        <w:ind w:left="450" w:hanging="450"/>
      </w:pPr>
      <w:rPr>
        <w:rFonts w:hint="default"/>
      </w:rPr>
    </w:lvl>
    <w:lvl w:ilvl="1">
      <w:start w:val="1"/>
      <w:numFmt w:val="decimal"/>
      <w:lvlText w:val="%1.%2."/>
      <w:lvlJc w:val="center"/>
      <w:pPr>
        <w:ind w:left="720"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99D2D4A"/>
    <w:multiLevelType w:val="hybridMultilevel"/>
    <w:tmpl w:val="396443D4"/>
    <w:lvl w:ilvl="0" w:tplc="64F0A71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51364D"/>
    <w:multiLevelType w:val="hybridMultilevel"/>
    <w:tmpl w:val="3FC031BC"/>
    <w:lvl w:ilvl="0" w:tplc="8B78073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5A2424"/>
    <w:multiLevelType w:val="hybridMultilevel"/>
    <w:tmpl w:val="2EB40234"/>
    <w:lvl w:ilvl="0" w:tplc="A8728F4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D2152"/>
    <w:multiLevelType w:val="hybridMultilevel"/>
    <w:tmpl w:val="DCC40D14"/>
    <w:lvl w:ilvl="0" w:tplc="5DEA773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A71558"/>
    <w:multiLevelType w:val="multilevel"/>
    <w:tmpl w:val="2B8E742C"/>
    <w:lvl w:ilvl="0">
      <w:start w:val="2"/>
      <w:numFmt w:val="decimal"/>
      <w:lvlText w:val="%1."/>
      <w:lvlJc w:val="left"/>
      <w:pPr>
        <w:ind w:left="420" w:hanging="420"/>
      </w:pPr>
      <w:rPr>
        <w:rFonts w:hint="default"/>
      </w:rPr>
    </w:lvl>
    <w:lvl w:ilvl="1">
      <w:start w:val="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2">
    <w:nsid w:val="49AB5958"/>
    <w:multiLevelType w:val="hybridMultilevel"/>
    <w:tmpl w:val="9224E5F6"/>
    <w:lvl w:ilvl="0" w:tplc="C294340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FD07AF"/>
    <w:multiLevelType w:val="hybridMultilevel"/>
    <w:tmpl w:val="45926184"/>
    <w:lvl w:ilvl="0" w:tplc="BE7649F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D41CAC"/>
    <w:multiLevelType w:val="multilevel"/>
    <w:tmpl w:val="46520A08"/>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5D472C74"/>
    <w:multiLevelType w:val="multilevel"/>
    <w:tmpl w:val="2B8E742C"/>
    <w:lvl w:ilvl="0">
      <w:start w:val="2"/>
      <w:numFmt w:val="decimal"/>
      <w:lvlText w:val="%1."/>
      <w:lvlJc w:val="left"/>
      <w:pPr>
        <w:ind w:left="420" w:hanging="420"/>
      </w:pPr>
      <w:rPr>
        <w:rFonts w:hint="default"/>
      </w:rPr>
    </w:lvl>
    <w:lvl w:ilvl="1">
      <w:start w:val="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6">
    <w:nsid w:val="5FB9756F"/>
    <w:multiLevelType w:val="multilevel"/>
    <w:tmpl w:val="2B8E742C"/>
    <w:lvl w:ilvl="0">
      <w:start w:val="2"/>
      <w:numFmt w:val="decimal"/>
      <w:lvlText w:val="%1."/>
      <w:lvlJc w:val="left"/>
      <w:pPr>
        <w:ind w:left="420" w:hanging="420"/>
      </w:pPr>
      <w:rPr>
        <w:rFonts w:hint="default"/>
      </w:rPr>
    </w:lvl>
    <w:lvl w:ilvl="1">
      <w:start w:val="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7">
    <w:nsid w:val="600C70C2"/>
    <w:multiLevelType w:val="multilevel"/>
    <w:tmpl w:val="AA4CD92C"/>
    <w:lvl w:ilvl="0">
      <w:start w:val="1"/>
      <w:numFmt w:val="decimal"/>
      <w:lvlText w:val="%1."/>
      <w:lvlJc w:val="right"/>
      <w:pPr>
        <w:ind w:left="720" w:hanging="360"/>
      </w:pPr>
      <w:rPr>
        <w:rFonts w:hint="default"/>
      </w:rPr>
    </w:lvl>
    <w:lvl w:ilvl="1">
      <w:start w:val="3"/>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abstractNum w:abstractNumId="28">
    <w:nsid w:val="6CF54DB9"/>
    <w:multiLevelType w:val="multilevel"/>
    <w:tmpl w:val="8EDAC4D2"/>
    <w:lvl w:ilvl="0">
      <w:start w:val="2"/>
      <w:numFmt w:val="decimal"/>
      <w:lvlText w:val="%1."/>
      <w:lvlJc w:val="left"/>
      <w:pPr>
        <w:ind w:left="450" w:hanging="450"/>
      </w:pPr>
      <w:rPr>
        <w:rFonts w:hint="default"/>
      </w:rPr>
    </w:lvl>
    <w:lvl w:ilvl="1">
      <w:start w:val="1"/>
      <w:numFmt w:val="decimal"/>
      <w:lvlText w:val="%1.%2."/>
      <w:lvlJc w:val="center"/>
      <w:pPr>
        <w:ind w:left="720"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5C9799E"/>
    <w:multiLevelType w:val="hybridMultilevel"/>
    <w:tmpl w:val="A17ED458"/>
    <w:lvl w:ilvl="0" w:tplc="82FA170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20"/>
  </w:num>
  <w:num w:numId="12">
    <w:abstractNumId w:val="29"/>
  </w:num>
  <w:num w:numId="13">
    <w:abstractNumId w:val="23"/>
  </w:num>
  <w:num w:numId="14">
    <w:abstractNumId w:val="27"/>
  </w:num>
  <w:num w:numId="15">
    <w:abstractNumId w:val="17"/>
  </w:num>
  <w:num w:numId="16">
    <w:abstractNumId w:val="9"/>
  </w:num>
  <w:num w:numId="17">
    <w:abstractNumId w:val="12"/>
  </w:num>
  <w:num w:numId="18">
    <w:abstractNumId w:val="19"/>
  </w:num>
  <w:num w:numId="19">
    <w:abstractNumId w:val="11"/>
  </w:num>
  <w:num w:numId="20">
    <w:abstractNumId w:val="22"/>
  </w:num>
  <w:num w:numId="21">
    <w:abstractNumId w:val="18"/>
  </w:num>
  <w:num w:numId="22">
    <w:abstractNumId w:val="21"/>
  </w:num>
  <w:num w:numId="23">
    <w:abstractNumId w:val="26"/>
  </w:num>
  <w:num w:numId="24">
    <w:abstractNumId w:val="25"/>
  </w:num>
  <w:num w:numId="25">
    <w:abstractNumId w:val="28"/>
  </w:num>
  <w:num w:numId="26">
    <w:abstractNumId w:val="13"/>
  </w:num>
  <w:num w:numId="27">
    <w:abstractNumId w:val="16"/>
  </w:num>
  <w:num w:numId="28">
    <w:abstractNumId w:val="14"/>
  </w:num>
  <w:num w:numId="29">
    <w:abstractNumId w:val="2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4FF4"/>
    <w:rsid w:val="000243FA"/>
    <w:rsid w:val="00034616"/>
    <w:rsid w:val="0006063C"/>
    <w:rsid w:val="00085706"/>
    <w:rsid w:val="000861C8"/>
    <w:rsid w:val="00094E22"/>
    <w:rsid w:val="000D150E"/>
    <w:rsid w:val="000E0697"/>
    <w:rsid w:val="000F0921"/>
    <w:rsid w:val="001140BC"/>
    <w:rsid w:val="0015074B"/>
    <w:rsid w:val="001524E8"/>
    <w:rsid w:val="00164338"/>
    <w:rsid w:val="0017076F"/>
    <w:rsid w:val="00181913"/>
    <w:rsid w:val="00194514"/>
    <w:rsid w:val="001A3D77"/>
    <w:rsid w:val="001D1E6B"/>
    <w:rsid w:val="001D2830"/>
    <w:rsid w:val="001F491D"/>
    <w:rsid w:val="0023261A"/>
    <w:rsid w:val="0023376E"/>
    <w:rsid w:val="00235823"/>
    <w:rsid w:val="00270892"/>
    <w:rsid w:val="00282228"/>
    <w:rsid w:val="00295706"/>
    <w:rsid w:val="0029639D"/>
    <w:rsid w:val="002F1AA8"/>
    <w:rsid w:val="002F3EF6"/>
    <w:rsid w:val="002F6724"/>
    <w:rsid w:val="00301651"/>
    <w:rsid w:val="00326F90"/>
    <w:rsid w:val="00327CC3"/>
    <w:rsid w:val="00356618"/>
    <w:rsid w:val="00377D39"/>
    <w:rsid w:val="003B6044"/>
    <w:rsid w:val="003C0A56"/>
    <w:rsid w:val="003D435B"/>
    <w:rsid w:val="00405175"/>
    <w:rsid w:val="0043159B"/>
    <w:rsid w:val="00466AA9"/>
    <w:rsid w:val="004747CF"/>
    <w:rsid w:val="00475EEA"/>
    <w:rsid w:val="00492F99"/>
    <w:rsid w:val="004A3C6A"/>
    <w:rsid w:val="004D7FE1"/>
    <w:rsid w:val="004F5AEF"/>
    <w:rsid w:val="004F76E6"/>
    <w:rsid w:val="004F7930"/>
    <w:rsid w:val="00523D84"/>
    <w:rsid w:val="00531A69"/>
    <w:rsid w:val="00543E62"/>
    <w:rsid w:val="00570246"/>
    <w:rsid w:val="00572BF1"/>
    <w:rsid w:val="005778D2"/>
    <w:rsid w:val="00577D8A"/>
    <w:rsid w:val="00584657"/>
    <w:rsid w:val="00593FC1"/>
    <w:rsid w:val="005F0B58"/>
    <w:rsid w:val="005F639D"/>
    <w:rsid w:val="006003DA"/>
    <w:rsid w:val="00604B41"/>
    <w:rsid w:val="00605FE0"/>
    <w:rsid w:val="006410DF"/>
    <w:rsid w:val="00661207"/>
    <w:rsid w:val="006B3692"/>
    <w:rsid w:val="006D5D4A"/>
    <w:rsid w:val="006E0EE7"/>
    <w:rsid w:val="00742AFD"/>
    <w:rsid w:val="007448E1"/>
    <w:rsid w:val="007542FF"/>
    <w:rsid w:val="007611A6"/>
    <w:rsid w:val="00762435"/>
    <w:rsid w:val="00764C5D"/>
    <w:rsid w:val="0077232C"/>
    <w:rsid w:val="007D41B6"/>
    <w:rsid w:val="00823C24"/>
    <w:rsid w:val="00862669"/>
    <w:rsid w:val="00862791"/>
    <w:rsid w:val="0087160B"/>
    <w:rsid w:val="008D484F"/>
    <w:rsid w:val="008D7866"/>
    <w:rsid w:val="009304E5"/>
    <w:rsid w:val="009369F0"/>
    <w:rsid w:val="009408BC"/>
    <w:rsid w:val="00965352"/>
    <w:rsid w:val="00974842"/>
    <w:rsid w:val="00974F22"/>
    <w:rsid w:val="0098690D"/>
    <w:rsid w:val="0099552E"/>
    <w:rsid w:val="009A5C5C"/>
    <w:rsid w:val="009C0452"/>
    <w:rsid w:val="009C796B"/>
    <w:rsid w:val="009D47E5"/>
    <w:rsid w:val="009E4448"/>
    <w:rsid w:val="009E60BE"/>
    <w:rsid w:val="009F1EC3"/>
    <w:rsid w:val="00A02EAC"/>
    <w:rsid w:val="00A10839"/>
    <w:rsid w:val="00A2041C"/>
    <w:rsid w:val="00A258E4"/>
    <w:rsid w:val="00A35AD3"/>
    <w:rsid w:val="00A531B5"/>
    <w:rsid w:val="00A7004E"/>
    <w:rsid w:val="00A73D88"/>
    <w:rsid w:val="00A872A3"/>
    <w:rsid w:val="00A95BC0"/>
    <w:rsid w:val="00A973EC"/>
    <w:rsid w:val="00AA1D8D"/>
    <w:rsid w:val="00AA6AFE"/>
    <w:rsid w:val="00AD1B50"/>
    <w:rsid w:val="00AF5A81"/>
    <w:rsid w:val="00B33956"/>
    <w:rsid w:val="00B33CAF"/>
    <w:rsid w:val="00B429B5"/>
    <w:rsid w:val="00B44209"/>
    <w:rsid w:val="00B46CA4"/>
    <w:rsid w:val="00B47730"/>
    <w:rsid w:val="00B6747A"/>
    <w:rsid w:val="00B70783"/>
    <w:rsid w:val="00B74DBF"/>
    <w:rsid w:val="00BA1DDF"/>
    <w:rsid w:val="00BC37B6"/>
    <w:rsid w:val="00BC7E0E"/>
    <w:rsid w:val="00BD0A12"/>
    <w:rsid w:val="00BD43F2"/>
    <w:rsid w:val="00BD4FFA"/>
    <w:rsid w:val="00C029FC"/>
    <w:rsid w:val="00C23DA9"/>
    <w:rsid w:val="00C31478"/>
    <w:rsid w:val="00C3780B"/>
    <w:rsid w:val="00C52B62"/>
    <w:rsid w:val="00C566F7"/>
    <w:rsid w:val="00C614E7"/>
    <w:rsid w:val="00C92936"/>
    <w:rsid w:val="00C97E67"/>
    <w:rsid w:val="00CA07CC"/>
    <w:rsid w:val="00CB0664"/>
    <w:rsid w:val="00CC228B"/>
    <w:rsid w:val="00CC3FAF"/>
    <w:rsid w:val="00CE65A9"/>
    <w:rsid w:val="00D2299C"/>
    <w:rsid w:val="00D404FD"/>
    <w:rsid w:val="00D50A8C"/>
    <w:rsid w:val="00D542A5"/>
    <w:rsid w:val="00D57350"/>
    <w:rsid w:val="00D701DC"/>
    <w:rsid w:val="00D72A03"/>
    <w:rsid w:val="00D94F92"/>
    <w:rsid w:val="00DA799D"/>
    <w:rsid w:val="00DF49B7"/>
    <w:rsid w:val="00E122ED"/>
    <w:rsid w:val="00E5061C"/>
    <w:rsid w:val="00E554F5"/>
    <w:rsid w:val="00E56ADE"/>
    <w:rsid w:val="00E759FF"/>
    <w:rsid w:val="00E76E34"/>
    <w:rsid w:val="00E8587B"/>
    <w:rsid w:val="00ED0352"/>
    <w:rsid w:val="00EE0F40"/>
    <w:rsid w:val="00EE3461"/>
    <w:rsid w:val="00F054AB"/>
    <w:rsid w:val="00F20428"/>
    <w:rsid w:val="00F83D5B"/>
    <w:rsid w:val="00F86A44"/>
    <w:rsid w:val="00F909A0"/>
    <w:rsid w:val="00F9461E"/>
    <w:rsid w:val="00FC693F"/>
    <w:rsid w:val="00FD0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82530"/>
  <w14:defaultImageDpi w14:val="300"/>
  <w15:docId w15:val="{5CD04DBE-FDF0-4248-ADCD-BCD8150B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AFE"/>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7448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8E1"/>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7448E1"/>
    <w:rPr>
      <w:vertAlign w:val="superscript"/>
    </w:rPr>
  </w:style>
  <w:style w:type="paragraph" w:styleId="Revision">
    <w:name w:val="Revision"/>
    <w:hidden/>
    <w:uiPriority w:val="99"/>
    <w:semiHidden/>
    <w:rsid w:val="00BD4FFA"/>
    <w:pPr>
      <w:spacing w:after="0" w:line="240" w:lineRule="auto"/>
    </w:pPr>
    <w:rPr>
      <w:rFonts w:ascii="Times New Roman" w:eastAsia="Times New Roman" w:hAnsi="Times New Roman"/>
    </w:rPr>
  </w:style>
  <w:style w:type="character" w:styleId="PageNumber">
    <w:name w:val="page number"/>
    <w:basedOn w:val="DefaultParagraphFont"/>
    <w:uiPriority w:val="99"/>
    <w:semiHidden/>
    <w:unhideWhenUsed/>
    <w:rsid w:val="00BD4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3375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B1A91-CE10-4D3A-B692-0F133B51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44</Pages>
  <Words>5523</Words>
  <Characters>31483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Chu Hong Trang</cp:lastModifiedBy>
  <cp:revision>42</cp:revision>
  <dcterms:created xsi:type="dcterms:W3CDTF">2026-05-28T10:40:00Z</dcterms:created>
  <dcterms:modified xsi:type="dcterms:W3CDTF">2026-06-09T09:07:00Z</dcterms:modified>
  <cp:category/>
</cp:coreProperties>
</file>