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EAAE94" w14:textId="263262A9" w:rsidR="00CF1A71" w:rsidRDefault="001C5D5F" w:rsidP="003D41BF">
      <w:pPr>
        <w:spacing w:after="0" w:line="240" w:lineRule="auto"/>
        <w:jc w:val="center"/>
        <w:rPr>
          <w:b/>
          <w:sz w:val="28"/>
          <w:szCs w:val="28"/>
        </w:rPr>
      </w:pPr>
      <w:r w:rsidRPr="004543E3">
        <w:rPr>
          <w:b/>
          <w:sz w:val="28"/>
          <w:szCs w:val="28"/>
        </w:rPr>
        <w:t xml:space="preserve">BẢNG </w:t>
      </w:r>
      <w:r w:rsidR="006D55D4" w:rsidRPr="004543E3">
        <w:rPr>
          <w:b/>
          <w:sz w:val="28"/>
          <w:szCs w:val="28"/>
        </w:rPr>
        <w:t xml:space="preserve">TỔNG HỢP XỬ LÝ Ý KIẾN GÓP Ý </w:t>
      </w:r>
      <w:r w:rsidR="009B7729" w:rsidRPr="004543E3">
        <w:rPr>
          <w:b/>
          <w:sz w:val="28"/>
          <w:szCs w:val="28"/>
        </w:rPr>
        <w:t xml:space="preserve">CÁC ĐƠN VỊ THUỘC BỘ KHCN ĐỐI VỚI </w:t>
      </w:r>
      <w:r w:rsidRPr="004543E3">
        <w:rPr>
          <w:b/>
          <w:sz w:val="28"/>
          <w:szCs w:val="28"/>
        </w:rPr>
        <w:t xml:space="preserve">DỰ THẢO THÔNG TƯ </w:t>
      </w:r>
      <w:r w:rsidR="009B7729" w:rsidRPr="004543E3">
        <w:rPr>
          <w:b/>
          <w:sz w:val="28"/>
          <w:szCs w:val="28"/>
        </w:rPr>
        <w:t>QUY ĐỊNH MÃ SỐ, TIÊU CHUẨN CHUYÊN MÔN, NGHIỆP VỤ</w:t>
      </w:r>
      <w:r w:rsidR="00546D25">
        <w:rPr>
          <w:b/>
          <w:sz w:val="28"/>
          <w:szCs w:val="28"/>
        </w:rPr>
        <w:t xml:space="preserve"> </w:t>
      </w:r>
      <w:r w:rsidR="009B7729" w:rsidRPr="004543E3">
        <w:rPr>
          <w:b/>
          <w:sz w:val="28"/>
          <w:szCs w:val="28"/>
        </w:rPr>
        <w:t>ĐỐI VỚI NGẠCH CÔNG CHỨC, CHỨC DANH NGHỀ NGHIỆP VIÊN CHỨC CHUYÊN NGÀNH KIỂM SOÁT CHẤT LƯỢNG SẢN PHẨM, HÀNG HÓA</w:t>
      </w:r>
    </w:p>
    <w:p w14:paraId="3DFA6CB8" w14:textId="77777777" w:rsidR="00481032" w:rsidRDefault="00481032" w:rsidP="003D41BF">
      <w:pPr>
        <w:spacing w:after="0" w:line="240" w:lineRule="auto"/>
        <w:jc w:val="center"/>
        <w:rPr>
          <w:b/>
          <w:sz w:val="28"/>
          <w:szCs w:val="28"/>
        </w:rPr>
      </w:pPr>
    </w:p>
    <w:p w14:paraId="0DD2AFA2" w14:textId="79C6172A" w:rsidR="002C2904" w:rsidRPr="004543E3" w:rsidRDefault="002C2904">
      <w:pPr>
        <w:rPr>
          <w:b/>
          <w:bCs/>
        </w:rPr>
      </w:pPr>
      <w:proofErr w:type="spellStart"/>
      <w:r w:rsidRPr="004543E3">
        <w:rPr>
          <w:b/>
          <w:bCs/>
        </w:rPr>
        <w:t>Tiếp</w:t>
      </w:r>
      <w:proofErr w:type="spellEnd"/>
      <w:r w:rsidRPr="004543E3">
        <w:rPr>
          <w:b/>
          <w:bCs/>
        </w:rPr>
        <w:t xml:space="preserve"> </w:t>
      </w:r>
      <w:proofErr w:type="spellStart"/>
      <w:r w:rsidRPr="004543E3">
        <w:rPr>
          <w:b/>
          <w:bCs/>
        </w:rPr>
        <w:t>nhận</w:t>
      </w:r>
      <w:proofErr w:type="spellEnd"/>
      <w:r w:rsidRPr="004543E3">
        <w:rPr>
          <w:b/>
          <w:bCs/>
        </w:rPr>
        <w:t xml:space="preserve"> </w:t>
      </w:r>
      <w:r w:rsidR="00A600F0" w:rsidRPr="004543E3">
        <w:rPr>
          <w:b/>
          <w:bCs/>
        </w:rPr>
        <w:t xml:space="preserve">Công </w:t>
      </w:r>
      <w:proofErr w:type="spellStart"/>
      <w:r w:rsidR="00A600F0" w:rsidRPr="004543E3">
        <w:rPr>
          <w:b/>
          <w:bCs/>
        </w:rPr>
        <w:t>văn</w:t>
      </w:r>
      <w:proofErr w:type="spellEnd"/>
      <w:r w:rsidRPr="004543E3">
        <w:rPr>
          <w:b/>
          <w:bCs/>
        </w:rPr>
        <w:t xml:space="preserve"> </w:t>
      </w:r>
      <w:proofErr w:type="spellStart"/>
      <w:r w:rsidRPr="004543E3">
        <w:rPr>
          <w:b/>
          <w:bCs/>
        </w:rPr>
        <w:t>góp</w:t>
      </w:r>
      <w:proofErr w:type="spellEnd"/>
      <w:r w:rsidRPr="004543E3">
        <w:rPr>
          <w:b/>
          <w:bCs/>
        </w:rPr>
        <w:t xml:space="preserve"> ý </w:t>
      </w:r>
      <w:proofErr w:type="spellStart"/>
      <w:r w:rsidRPr="004543E3">
        <w:rPr>
          <w:b/>
          <w:bCs/>
        </w:rPr>
        <w:t>của</w:t>
      </w:r>
      <w:proofErr w:type="spellEnd"/>
      <w:r w:rsidRPr="004543E3">
        <w:rPr>
          <w:b/>
          <w:bCs/>
        </w:rPr>
        <w:t xml:space="preserve"> </w:t>
      </w:r>
      <w:r w:rsidR="00546D25">
        <w:rPr>
          <w:b/>
          <w:bCs/>
        </w:rPr>
        <w:t>21/40</w:t>
      </w:r>
      <w:r w:rsidRPr="004543E3">
        <w:rPr>
          <w:b/>
          <w:bCs/>
        </w:rPr>
        <w:t xml:space="preserve"> </w:t>
      </w:r>
      <w:proofErr w:type="spellStart"/>
      <w:r w:rsidRPr="004543E3">
        <w:rPr>
          <w:b/>
          <w:bCs/>
        </w:rPr>
        <w:t>cơ</w:t>
      </w:r>
      <w:proofErr w:type="spellEnd"/>
      <w:r w:rsidRPr="004543E3">
        <w:rPr>
          <w:b/>
          <w:bCs/>
        </w:rPr>
        <w:t xml:space="preserve"> </w:t>
      </w:r>
      <w:proofErr w:type="spellStart"/>
      <w:r w:rsidRPr="004543E3">
        <w:rPr>
          <w:b/>
          <w:bCs/>
        </w:rPr>
        <w:t>quan</w:t>
      </w:r>
      <w:proofErr w:type="spellEnd"/>
      <w:r w:rsidRPr="004543E3">
        <w:rPr>
          <w:b/>
          <w:bCs/>
        </w:rPr>
        <w:t xml:space="preserve">, </w:t>
      </w:r>
      <w:proofErr w:type="spellStart"/>
      <w:r w:rsidRPr="004543E3">
        <w:rPr>
          <w:b/>
          <w:bCs/>
        </w:rPr>
        <w:t>tổ</w:t>
      </w:r>
      <w:proofErr w:type="spellEnd"/>
      <w:r w:rsidRPr="004543E3">
        <w:rPr>
          <w:b/>
          <w:bCs/>
        </w:rPr>
        <w:t xml:space="preserve"> </w:t>
      </w:r>
      <w:proofErr w:type="spellStart"/>
      <w:r w:rsidRPr="004543E3">
        <w:rPr>
          <w:b/>
          <w:bCs/>
        </w:rPr>
        <w:t>chức</w:t>
      </w:r>
      <w:proofErr w:type="spellEnd"/>
      <w:r w:rsidRPr="004543E3">
        <w:rPr>
          <w:b/>
          <w:bCs/>
        </w:rPr>
        <w:t xml:space="preserve">: </w:t>
      </w:r>
    </w:p>
    <w:p w14:paraId="08F72C58" w14:textId="3020DCC6" w:rsidR="007A3D2D" w:rsidRPr="004543E3" w:rsidRDefault="00E87E9B" w:rsidP="006B3043">
      <w:pPr>
        <w:pStyle w:val="ListParagraph"/>
        <w:numPr>
          <w:ilvl w:val="0"/>
          <w:numId w:val="10"/>
        </w:numPr>
        <w:jc w:val="both"/>
      </w:pPr>
      <w:proofErr w:type="spellStart"/>
      <w:r w:rsidRPr="004543E3">
        <w:t>Các</w:t>
      </w:r>
      <w:proofErr w:type="spellEnd"/>
      <w:r w:rsidRPr="004543E3">
        <w:t xml:space="preserve"> </w:t>
      </w:r>
      <w:proofErr w:type="spellStart"/>
      <w:r w:rsidRPr="004543E3">
        <w:t>đơn</w:t>
      </w:r>
      <w:proofErr w:type="spellEnd"/>
      <w:r w:rsidRPr="004543E3">
        <w:t xml:space="preserve"> vị </w:t>
      </w:r>
      <w:proofErr w:type="spellStart"/>
      <w:r w:rsidRPr="004543E3">
        <w:t>thuộc</w:t>
      </w:r>
      <w:proofErr w:type="spellEnd"/>
      <w:r w:rsidRPr="004543E3">
        <w:t xml:space="preserve"> </w:t>
      </w:r>
      <w:proofErr w:type="spellStart"/>
      <w:r w:rsidRPr="004543E3">
        <w:t>Bô</w:t>
      </w:r>
      <w:proofErr w:type="spellEnd"/>
      <w:r w:rsidRPr="004543E3">
        <w:t>̣ KHCN</w:t>
      </w:r>
      <w:r w:rsidR="009E52A7" w:rsidRPr="004543E3">
        <w:t xml:space="preserve"> (21/40)</w:t>
      </w:r>
      <w:r w:rsidRPr="004543E3">
        <w:t>:</w:t>
      </w:r>
      <w:r w:rsidR="00B3420F" w:rsidRPr="004543E3">
        <w:t xml:space="preserve"> Trung </w:t>
      </w:r>
      <w:proofErr w:type="spellStart"/>
      <w:r w:rsidR="00B3420F" w:rsidRPr="004543E3">
        <w:t>tâm</w:t>
      </w:r>
      <w:proofErr w:type="spellEnd"/>
      <w:r w:rsidR="00B3420F" w:rsidRPr="004543E3">
        <w:t xml:space="preserve"> </w:t>
      </w:r>
      <w:proofErr w:type="spellStart"/>
      <w:r w:rsidR="00B3420F" w:rsidRPr="004543E3">
        <w:t>Chứng</w:t>
      </w:r>
      <w:proofErr w:type="spellEnd"/>
      <w:r w:rsidR="00B3420F" w:rsidRPr="004543E3">
        <w:t xml:space="preserve"> </w:t>
      </w:r>
      <w:proofErr w:type="spellStart"/>
      <w:r w:rsidR="00B3420F" w:rsidRPr="004543E3">
        <w:t>thực</w:t>
      </w:r>
      <w:proofErr w:type="spellEnd"/>
      <w:r w:rsidR="00B3420F" w:rsidRPr="004543E3">
        <w:t xml:space="preserve"> </w:t>
      </w:r>
      <w:proofErr w:type="spellStart"/>
      <w:r w:rsidR="00B3420F" w:rsidRPr="004543E3">
        <w:t>điện</w:t>
      </w:r>
      <w:proofErr w:type="spellEnd"/>
      <w:r w:rsidR="00B3420F" w:rsidRPr="004543E3">
        <w:t xml:space="preserve"> </w:t>
      </w:r>
      <w:proofErr w:type="spellStart"/>
      <w:r w:rsidR="00B3420F" w:rsidRPr="004543E3">
        <w:t>tử</w:t>
      </w:r>
      <w:proofErr w:type="spellEnd"/>
      <w:r w:rsidR="00B3420F" w:rsidRPr="004543E3">
        <w:t xml:space="preserve"> </w:t>
      </w:r>
      <w:proofErr w:type="spellStart"/>
      <w:r w:rsidR="00B3420F" w:rsidRPr="004543E3">
        <w:t>quốc</w:t>
      </w:r>
      <w:proofErr w:type="spellEnd"/>
      <w:r w:rsidR="00B3420F" w:rsidRPr="004543E3">
        <w:t xml:space="preserve"> </w:t>
      </w:r>
      <w:proofErr w:type="spellStart"/>
      <w:r w:rsidR="00B3420F" w:rsidRPr="004543E3">
        <w:t>gia</w:t>
      </w:r>
      <w:proofErr w:type="spellEnd"/>
      <w:r w:rsidR="00B61950">
        <w:t>*</w:t>
      </w:r>
      <w:r w:rsidR="00B3420F" w:rsidRPr="004543E3">
        <w:t xml:space="preserve">, </w:t>
      </w:r>
      <w:proofErr w:type="spellStart"/>
      <w:r w:rsidR="00B3420F" w:rsidRPr="004543E3">
        <w:t>Vụ</w:t>
      </w:r>
      <w:proofErr w:type="spellEnd"/>
      <w:r w:rsidR="00B3420F" w:rsidRPr="004543E3">
        <w:t xml:space="preserve"> Khoa </w:t>
      </w:r>
      <w:proofErr w:type="spellStart"/>
      <w:r w:rsidR="00B3420F" w:rsidRPr="004543E3">
        <w:t>học</w:t>
      </w:r>
      <w:proofErr w:type="spellEnd"/>
      <w:r w:rsidR="00B3420F" w:rsidRPr="004543E3">
        <w:t xml:space="preserve"> </w:t>
      </w:r>
      <w:proofErr w:type="spellStart"/>
      <w:r w:rsidR="00B3420F" w:rsidRPr="004543E3">
        <w:t>kỹ</w:t>
      </w:r>
      <w:proofErr w:type="spellEnd"/>
      <w:r w:rsidR="00B3420F" w:rsidRPr="004543E3">
        <w:t xml:space="preserve"> </w:t>
      </w:r>
      <w:proofErr w:type="spellStart"/>
      <w:r w:rsidR="00B3420F" w:rsidRPr="004543E3">
        <w:t>thuật</w:t>
      </w:r>
      <w:proofErr w:type="spellEnd"/>
      <w:r w:rsidR="00B3420F" w:rsidRPr="004543E3">
        <w:t xml:space="preserve"> </w:t>
      </w:r>
      <w:proofErr w:type="spellStart"/>
      <w:r w:rsidR="00B3420F" w:rsidRPr="004543E3">
        <w:t>và</w:t>
      </w:r>
      <w:proofErr w:type="spellEnd"/>
      <w:r w:rsidR="00B3420F" w:rsidRPr="004543E3">
        <w:t xml:space="preserve"> </w:t>
      </w:r>
      <w:proofErr w:type="spellStart"/>
      <w:r w:rsidR="00B3420F" w:rsidRPr="004543E3">
        <w:t>công</w:t>
      </w:r>
      <w:proofErr w:type="spellEnd"/>
      <w:r w:rsidR="00B3420F" w:rsidRPr="004543E3">
        <w:t xml:space="preserve"> </w:t>
      </w:r>
      <w:proofErr w:type="spellStart"/>
      <w:r w:rsidR="00B3420F" w:rsidRPr="004543E3">
        <w:t>nghệ</w:t>
      </w:r>
      <w:proofErr w:type="spellEnd"/>
      <w:r w:rsidR="00957CC7">
        <w:t>*</w:t>
      </w:r>
      <w:r w:rsidR="00B3420F" w:rsidRPr="004543E3">
        <w:t xml:space="preserve">, </w:t>
      </w:r>
      <w:proofErr w:type="spellStart"/>
      <w:r w:rsidR="00B3420F" w:rsidRPr="004543E3">
        <w:t>Cục</w:t>
      </w:r>
      <w:proofErr w:type="spellEnd"/>
      <w:r w:rsidR="00B3420F" w:rsidRPr="004543E3">
        <w:t xml:space="preserve"> Viễn </w:t>
      </w:r>
      <w:proofErr w:type="spellStart"/>
      <w:r w:rsidR="00B3420F" w:rsidRPr="004543E3">
        <w:t>thông</w:t>
      </w:r>
      <w:proofErr w:type="spellEnd"/>
      <w:r w:rsidR="00B3420F" w:rsidRPr="004543E3">
        <w:t xml:space="preserve">, Viện Khoa </w:t>
      </w:r>
      <w:proofErr w:type="spellStart"/>
      <w:r w:rsidR="00B3420F" w:rsidRPr="004543E3">
        <w:t>học</w:t>
      </w:r>
      <w:proofErr w:type="spellEnd"/>
      <w:r w:rsidR="00B3420F" w:rsidRPr="004543E3">
        <w:t xml:space="preserve"> </w:t>
      </w:r>
      <w:proofErr w:type="spellStart"/>
      <w:r w:rsidR="00B3420F" w:rsidRPr="004543E3">
        <w:t>và</w:t>
      </w:r>
      <w:proofErr w:type="spellEnd"/>
      <w:r w:rsidR="00B3420F" w:rsidRPr="004543E3">
        <w:t xml:space="preserve"> Công </w:t>
      </w:r>
      <w:proofErr w:type="spellStart"/>
      <w:r w:rsidR="00B3420F" w:rsidRPr="004543E3">
        <w:t>nghệ</w:t>
      </w:r>
      <w:proofErr w:type="spellEnd"/>
      <w:r w:rsidR="00B3420F" w:rsidRPr="004543E3">
        <w:t xml:space="preserve"> Việt Nam - </w:t>
      </w:r>
      <w:proofErr w:type="spellStart"/>
      <w:r w:rsidR="00B3420F" w:rsidRPr="004543E3">
        <w:t>Hàn</w:t>
      </w:r>
      <w:proofErr w:type="spellEnd"/>
      <w:r w:rsidR="00B3420F" w:rsidRPr="004543E3">
        <w:t xml:space="preserve"> Quốc, </w:t>
      </w:r>
      <w:proofErr w:type="spellStart"/>
      <w:r w:rsidR="00B3420F" w:rsidRPr="004543E3">
        <w:t>Vụ</w:t>
      </w:r>
      <w:proofErr w:type="spellEnd"/>
      <w:r w:rsidR="00B3420F" w:rsidRPr="004543E3">
        <w:t xml:space="preserve"> Pháp </w:t>
      </w:r>
      <w:proofErr w:type="spellStart"/>
      <w:r w:rsidR="00B3420F" w:rsidRPr="004543E3">
        <w:t>chế</w:t>
      </w:r>
      <w:proofErr w:type="spellEnd"/>
      <w:r w:rsidR="00B3420F" w:rsidRPr="004543E3">
        <w:t xml:space="preserve">, Học </w:t>
      </w:r>
      <w:proofErr w:type="spellStart"/>
      <w:r w:rsidR="00B3420F" w:rsidRPr="004543E3">
        <w:t>viện</w:t>
      </w:r>
      <w:proofErr w:type="spellEnd"/>
      <w:r w:rsidR="00B3420F" w:rsidRPr="004543E3">
        <w:t xml:space="preserve"> </w:t>
      </w:r>
      <w:proofErr w:type="spellStart"/>
      <w:r w:rsidR="00B3420F" w:rsidRPr="004543E3">
        <w:t>Chiến</w:t>
      </w:r>
      <w:proofErr w:type="spellEnd"/>
      <w:r w:rsidR="00B3420F" w:rsidRPr="004543E3">
        <w:t xml:space="preserve"> </w:t>
      </w:r>
      <w:proofErr w:type="spellStart"/>
      <w:r w:rsidR="00B3420F" w:rsidRPr="004543E3">
        <w:t>lược</w:t>
      </w:r>
      <w:proofErr w:type="spellEnd"/>
      <w:r w:rsidR="00B3420F" w:rsidRPr="004543E3">
        <w:t xml:space="preserve"> Khoa </w:t>
      </w:r>
      <w:proofErr w:type="spellStart"/>
      <w:r w:rsidR="00B3420F" w:rsidRPr="004543E3">
        <w:t>học</w:t>
      </w:r>
      <w:proofErr w:type="spellEnd"/>
      <w:r w:rsidR="00B3420F" w:rsidRPr="004543E3">
        <w:t xml:space="preserve"> </w:t>
      </w:r>
      <w:proofErr w:type="spellStart"/>
      <w:r w:rsidR="00B3420F" w:rsidRPr="004543E3">
        <w:t>và</w:t>
      </w:r>
      <w:proofErr w:type="spellEnd"/>
      <w:r w:rsidR="00B3420F" w:rsidRPr="004543E3">
        <w:t xml:space="preserve"> Công </w:t>
      </w:r>
      <w:proofErr w:type="spellStart"/>
      <w:r w:rsidR="00B3420F" w:rsidRPr="004543E3">
        <w:t>nghệ</w:t>
      </w:r>
      <w:proofErr w:type="spellEnd"/>
      <w:r w:rsidR="00B3420F" w:rsidRPr="004543E3">
        <w:t xml:space="preserve">, </w:t>
      </w:r>
      <w:proofErr w:type="spellStart"/>
      <w:r w:rsidR="00B3420F" w:rsidRPr="004543E3">
        <w:t>Cục</w:t>
      </w:r>
      <w:proofErr w:type="spellEnd"/>
      <w:r w:rsidR="00B3420F" w:rsidRPr="004543E3">
        <w:t xml:space="preserve"> An </w:t>
      </w:r>
      <w:proofErr w:type="spellStart"/>
      <w:r w:rsidR="00B3420F" w:rsidRPr="004543E3">
        <w:t>toàn</w:t>
      </w:r>
      <w:proofErr w:type="spellEnd"/>
      <w:r w:rsidR="00B3420F" w:rsidRPr="004543E3">
        <w:t xml:space="preserve"> </w:t>
      </w:r>
      <w:proofErr w:type="spellStart"/>
      <w:r w:rsidR="00B3420F" w:rsidRPr="004543E3">
        <w:t>bức</w:t>
      </w:r>
      <w:proofErr w:type="spellEnd"/>
      <w:r w:rsidR="00B3420F" w:rsidRPr="004543E3">
        <w:t xml:space="preserve"> </w:t>
      </w:r>
      <w:proofErr w:type="spellStart"/>
      <w:r w:rsidR="00B3420F" w:rsidRPr="004543E3">
        <w:t>xạ</w:t>
      </w:r>
      <w:proofErr w:type="spellEnd"/>
      <w:r w:rsidR="00B3420F" w:rsidRPr="004543E3">
        <w:t xml:space="preserve"> </w:t>
      </w:r>
      <w:proofErr w:type="spellStart"/>
      <w:r w:rsidR="00B3420F" w:rsidRPr="004543E3">
        <w:t>và</w:t>
      </w:r>
      <w:proofErr w:type="spellEnd"/>
      <w:r w:rsidR="00B3420F" w:rsidRPr="004543E3">
        <w:t xml:space="preserve"> </w:t>
      </w:r>
      <w:proofErr w:type="spellStart"/>
      <w:r w:rsidR="00B3420F" w:rsidRPr="004543E3">
        <w:t>hạt</w:t>
      </w:r>
      <w:proofErr w:type="spellEnd"/>
      <w:r w:rsidR="00B3420F" w:rsidRPr="004543E3">
        <w:t xml:space="preserve"> </w:t>
      </w:r>
      <w:proofErr w:type="spellStart"/>
      <w:r w:rsidR="00B3420F" w:rsidRPr="004543E3">
        <w:t>nhân</w:t>
      </w:r>
      <w:proofErr w:type="spellEnd"/>
      <w:r w:rsidR="00B3420F" w:rsidRPr="004543E3">
        <w:t xml:space="preserve">, </w:t>
      </w:r>
      <w:proofErr w:type="spellStart"/>
      <w:r w:rsidR="00B3420F" w:rsidRPr="004543E3">
        <w:t>Cục</w:t>
      </w:r>
      <w:proofErr w:type="spellEnd"/>
      <w:r w:rsidR="00B3420F" w:rsidRPr="004543E3">
        <w:t xml:space="preserve"> </w:t>
      </w:r>
      <w:proofErr w:type="spellStart"/>
      <w:r w:rsidR="00B3420F" w:rsidRPr="004543E3">
        <w:t>Đổi</w:t>
      </w:r>
      <w:proofErr w:type="spellEnd"/>
      <w:r w:rsidR="00B3420F" w:rsidRPr="004543E3">
        <w:t xml:space="preserve"> </w:t>
      </w:r>
      <w:proofErr w:type="spellStart"/>
      <w:r w:rsidR="00B3420F" w:rsidRPr="004543E3">
        <w:t>mới</w:t>
      </w:r>
      <w:proofErr w:type="spellEnd"/>
      <w:r w:rsidR="00B3420F" w:rsidRPr="004543E3">
        <w:t xml:space="preserve"> </w:t>
      </w:r>
      <w:proofErr w:type="spellStart"/>
      <w:r w:rsidR="00B3420F" w:rsidRPr="004543E3">
        <w:t>sáng</w:t>
      </w:r>
      <w:proofErr w:type="spellEnd"/>
      <w:r w:rsidR="00B3420F" w:rsidRPr="004543E3">
        <w:t xml:space="preserve"> </w:t>
      </w:r>
      <w:proofErr w:type="spellStart"/>
      <w:r w:rsidR="00B3420F" w:rsidRPr="004543E3">
        <w:t>tạo</w:t>
      </w:r>
      <w:proofErr w:type="spellEnd"/>
      <w:r w:rsidR="00B3420F" w:rsidRPr="004543E3">
        <w:t xml:space="preserve">, Trường </w:t>
      </w:r>
      <w:proofErr w:type="spellStart"/>
      <w:r w:rsidR="00B3420F" w:rsidRPr="004543E3">
        <w:t>cao</w:t>
      </w:r>
      <w:proofErr w:type="spellEnd"/>
      <w:r w:rsidR="00B3420F" w:rsidRPr="004543E3">
        <w:t xml:space="preserve"> </w:t>
      </w:r>
      <w:proofErr w:type="spellStart"/>
      <w:r w:rsidR="00B3420F" w:rsidRPr="004543E3">
        <w:t>đẳng</w:t>
      </w:r>
      <w:proofErr w:type="spellEnd"/>
      <w:r w:rsidR="00B3420F" w:rsidRPr="004543E3">
        <w:t xml:space="preserve"> Thông tin </w:t>
      </w:r>
      <w:proofErr w:type="spellStart"/>
      <w:r w:rsidR="00B3420F" w:rsidRPr="004543E3">
        <w:t>và</w:t>
      </w:r>
      <w:proofErr w:type="spellEnd"/>
      <w:r w:rsidR="00B3420F" w:rsidRPr="004543E3">
        <w:t xml:space="preserve"> </w:t>
      </w:r>
      <w:proofErr w:type="spellStart"/>
      <w:r w:rsidR="00B3420F" w:rsidRPr="004543E3">
        <w:t>Truyền</w:t>
      </w:r>
      <w:proofErr w:type="spellEnd"/>
      <w:r w:rsidR="00B3420F" w:rsidRPr="004543E3">
        <w:t xml:space="preserve"> </w:t>
      </w:r>
      <w:proofErr w:type="spellStart"/>
      <w:r w:rsidR="00B3420F" w:rsidRPr="004543E3">
        <w:t>thông</w:t>
      </w:r>
      <w:proofErr w:type="spellEnd"/>
      <w:r w:rsidR="00053D3F">
        <w:t>*</w:t>
      </w:r>
      <w:r w:rsidR="00B3420F" w:rsidRPr="004543E3">
        <w:t xml:space="preserve">, </w:t>
      </w:r>
      <w:proofErr w:type="spellStart"/>
      <w:r w:rsidR="00B3420F" w:rsidRPr="004543E3">
        <w:t>Nhà</w:t>
      </w:r>
      <w:proofErr w:type="spellEnd"/>
      <w:r w:rsidR="00B3420F" w:rsidRPr="004543E3">
        <w:t xml:space="preserve"> </w:t>
      </w:r>
      <w:proofErr w:type="spellStart"/>
      <w:r w:rsidR="00B3420F" w:rsidRPr="004543E3">
        <w:t>xuất</w:t>
      </w:r>
      <w:proofErr w:type="spellEnd"/>
      <w:r w:rsidR="00B3420F" w:rsidRPr="004543E3">
        <w:t xml:space="preserve"> </w:t>
      </w:r>
      <w:proofErr w:type="spellStart"/>
      <w:r w:rsidR="00B3420F" w:rsidRPr="004543E3">
        <w:t>bản</w:t>
      </w:r>
      <w:proofErr w:type="spellEnd"/>
      <w:r w:rsidR="00B3420F" w:rsidRPr="004543E3">
        <w:t xml:space="preserve"> Khoa </w:t>
      </w:r>
      <w:proofErr w:type="spellStart"/>
      <w:r w:rsidR="00B3420F" w:rsidRPr="004543E3">
        <w:t>học</w:t>
      </w:r>
      <w:proofErr w:type="spellEnd"/>
      <w:r w:rsidR="00B3420F" w:rsidRPr="004543E3">
        <w:t xml:space="preserve"> - Công </w:t>
      </w:r>
      <w:proofErr w:type="spellStart"/>
      <w:r w:rsidR="00B3420F" w:rsidRPr="004543E3">
        <w:t>nghệ</w:t>
      </w:r>
      <w:proofErr w:type="spellEnd"/>
      <w:r w:rsidR="00B3420F" w:rsidRPr="004543E3">
        <w:t xml:space="preserve"> - </w:t>
      </w:r>
      <w:proofErr w:type="spellStart"/>
      <w:r w:rsidR="00B3420F" w:rsidRPr="004543E3">
        <w:t>Truyền</w:t>
      </w:r>
      <w:proofErr w:type="spellEnd"/>
      <w:r w:rsidR="00B3420F" w:rsidRPr="004543E3">
        <w:t xml:space="preserve"> </w:t>
      </w:r>
      <w:proofErr w:type="spellStart"/>
      <w:r w:rsidR="00B3420F" w:rsidRPr="004543E3">
        <w:t>thông</w:t>
      </w:r>
      <w:proofErr w:type="spellEnd"/>
      <w:r w:rsidR="00FC6919">
        <w:t>*</w:t>
      </w:r>
      <w:r w:rsidR="00B3420F" w:rsidRPr="004543E3">
        <w:t xml:space="preserve">, </w:t>
      </w:r>
      <w:proofErr w:type="spellStart"/>
      <w:r w:rsidR="00B3420F" w:rsidRPr="004543E3">
        <w:t>Cục</w:t>
      </w:r>
      <w:proofErr w:type="spellEnd"/>
      <w:r w:rsidR="00B3420F" w:rsidRPr="004543E3">
        <w:t xml:space="preserve"> </w:t>
      </w:r>
      <w:proofErr w:type="spellStart"/>
      <w:r w:rsidR="00B3420F" w:rsidRPr="004543E3">
        <w:t>Khởi</w:t>
      </w:r>
      <w:proofErr w:type="spellEnd"/>
      <w:r w:rsidR="00B3420F" w:rsidRPr="004543E3">
        <w:t xml:space="preserve"> </w:t>
      </w:r>
      <w:proofErr w:type="spellStart"/>
      <w:r w:rsidR="00B3420F" w:rsidRPr="004543E3">
        <w:t>nghiệp</w:t>
      </w:r>
      <w:proofErr w:type="spellEnd"/>
      <w:r w:rsidR="00B3420F" w:rsidRPr="004543E3">
        <w:t xml:space="preserve"> </w:t>
      </w:r>
      <w:proofErr w:type="spellStart"/>
      <w:r w:rsidR="00B3420F" w:rsidRPr="004543E3">
        <w:t>và</w:t>
      </w:r>
      <w:proofErr w:type="spellEnd"/>
      <w:r w:rsidR="00B3420F" w:rsidRPr="004543E3">
        <w:t xml:space="preserve"> Doanh </w:t>
      </w:r>
      <w:proofErr w:type="spellStart"/>
      <w:r w:rsidR="00B3420F" w:rsidRPr="004543E3">
        <w:t>nghiệp</w:t>
      </w:r>
      <w:proofErr w:type="spellEnd"/>
      <w:r w:rsidR="00B3420F" w:rsidRPr="004543E3">
        <w:t xml:space="preserve"> </w:t>
      </w:r>
      <w:proofErr w:type="spellStart"/>
      <w:r w:rsidR="00B3420F" w:rsidRPr="004543E3">
        <w:t>công</w:t>
      </w:r>
      <w:proofErr w:type="spellEnd"/>
      <w:r w:rsidR="00B3420F" w:rsidRPr="004543E3">
        <w:t xml:space="preserve"> </w:t>
      </w:r>
      <w:proofErr w:type="spellStart"/>
      <w:r w:rsidR="00B3420F" w:rsidRPr="004543E3">
        <w:t>nghệ</w:t>
      </w:r>
      <w:proofErr w:type="spellEnd"/>
      <w:r w:rsidR="009C48B2">
        <w:t>*</w:t>
      </w:r>
      <w:r w:rsidR="00B3420F" w:rsidRPr="004543E3">
        <w:t xml:space="preserve">, </w:t>
      </w:r>
      <w:proofErr w:type="spellStart"/>
      <w:r w:rsidR="00B3420F" w:rsidRPr="004543E3">
        <w:t>Quỹ</w:t>
      </w:r>
      <w:proofErr w:type="spellEnd"/>
      <w:r w:rsidR="00B3420F" w:rsidRPr="004543E3">
        <w:t xml:space="preserve"> </w:t>
      </w:r>
      <w:proofErr w:type="spellStart"/>
      <w:r w:rsidR="00B3420F" w:rsidRPr="004543E3">
        <w:t>Đổi</w:t>
      </w:r>
      <w:proofErr w:type="spellEnd"/>
      <w:r w:rsidR="00B3420F" w:rsidRPr="004543E3">
        <w:t xml:space="preserve"> </w:t>
      </w:r>
      <w:proofErr w:type="spellStart"/>
      <w:r w:rsidR="00B3420F" w:rsidRPr="004543E3">
        <w:t>mới</w:t>
      </w:r>
      <w:proofErr w:type="spellEnd"/>
      <w:r w:rsidR="00B3420F" w:rsidRPr="004543E3">
        <w:t xml:space="preserve"> </w:t>
      </w:r>
      <w:proofErr w:type="spellStart"/>
      <w:r w:rsidR="00B3420F" w:rsidRPr="004543E3">
        <w:t>công</w:t>
      </w:r>
      <w:proofErr w:type="spellEnd"/>
      <w:r w:rsidR="00B3420F" w:rsidRPr="004543E3">
        <w:t xml:space="preserve"> </w:t>
      </w:r>
      <w:proofErr w:type="spellStart"/>
      <w:r w:rsidR="00B3420F" w:rsidRPr="004543E3">
        <w:t>nghệ</w:t>
      </w:r>
      <w:proofErr w:type="spellEnd"/>
      <w:r w:rsidR="00B3420F" w:rsidRPr="004543E3">
        <w:t xml:space="preserve"> </w:t>
      </w:r>
      <w:proofErr w:type="spellStart"/>
      <w:r w:rsidR="00B3420F" w:rsidRPr="004543E3">
        <w:t>quốc</w:t>
      </w:r>
      <w:proofErr w:type="spellEnd"/>
      <w:r w:rsidR="00B3420F" w:rsidRPr="004543E3">
        <w:t xml:space="preserve"> </w:t>
      </w:r>
      <w:proofErr w:type="spellStart"/>
      <w:r w:rsidR="00B3420F" w:rsidRPr="004543E3">
        <w:t>gia</w:t>
      </w:r>
      <w:proofErr w:type="spellEnd"/>
      <w:r w:rsidR="003F7715">
        <w:t>*</w:t>
      </w:r>
      <w:r w:rsidR="00B3420F" w:rsidRPr="004543E3">
        <w:t xml:space="preserve">, Văn </w:t>
      </w:r>
      <w:proofErr w:type="spellStart"/>
      <w:r w:rsidR="00B3420F" w:rsidRPr="004543E3">
        <w:t>phòng</w:t>
      </w:r>
      <w:proofErr w:type="spellEnd"/>
      <w:r w:rsidR="00B3420F" w:rsidRPr="004543E3">
        <w:t xml:space="preserve"> </w:t>
      </w:r>
      <w:proofErr w:type="spellStart"/>
      <w:r w:rsidR="00B3420F" w:rsidRPr="004543E3">
        <w:t>Bộ</w:t>
      </w:r>
      <w:proofErr w:type="spellEnd"/>
      <w:r w:rsidR="00E37211">
        <w:t>*</w:t>
      </w:r>
      <w:r w:rsidR="00B3420F" w:rsidRPr="004543E3">
        <w:t xml:space="preserve">, </w:t>
      </w:r>
      <w:proofErr w:type="spellStart"/>
      <w:r w:rsidR="00B3420F" w:rsidRPr="004543E3">
        <w:t>Cục</w:t>
      </w:r>
      <w:proofErr w:type="spellEnd"/>
      <w:r w:rsidR="00B3420F" w:rsidRPr="004543E3">
        <w:t xml:space="preserve"> </w:t>
      </w:r>
      <w:proofErr w:type="spellStart"/>
      <w:r w:rsidR="00B3420F" w:rsidRPr="004543E3">
        <w:t>Bưu</w:t>
      </w:r>
      <w:proofErr w:type="spellEnd"/>
      <w:r w:rsidR="00B3420F" w:rsidRPr="004543E3">
        <w:t xml:space="preserve"> </w:t>
      </w:r>
      <w:proofErr w:type="spellStart"/>
      <w:r w:rsidR="00B3420F" w:rsidRPr="004543E3">
        <w:t>điện</w:t>
      </w:r>
      <w:proofErr w:type="spellEnd"/>
      <w:r w:rsidR="00B3420F" w:rsidRPr="004543E3">
        <w:t xml:space="preserve"> </w:t>
      </w:r>
      <w:proofErr w:type="spellStart"/>
      <w:r w:rsidR="00B3420F" w:rsidRPr="004543E3">
        <w:t>trung</w:t>
      </w:r>
      <w:proofErr w:type="spellEnd"/>
      <w:r w:rsidR="00B3420F" w:rsidRPr="004543E3">
        <w:t xml:space="preserve"> </w:t>
      </w:r>
      <w:proofErr w:type="spellStart"/>
      <w:r w:rsidR="00B3420F" w:rsidRPr="004543E3">
        <w:t>ương</w:t>
      </w:r>
      <w:proofErr w:type="spellEnd"/>
      <w:r w:rsidR="00B3420F" w:rsidRPr="004543E3">
        <w:t xml:space="preserve">, Viện </w:t>
      </w:r>
      <w:proofErr w:type="spellStart"/>
      <w:r w:rsidR="00B3420F" w:rsidRPr="004543E3">
        <w:t>Sở</w:t>
      </w:r>
      <w:proofErr w:type="spellEnd"/>
      <w:r w:rsidR="00B3420F" w:rsidRPr="004543E3">
        <w:t xml:space="preserve"> </w:t>
      </w:r>
      <w:proofErr w:type="spellStart"/>
      <w:r w:rsidR="00B3420F" w:rsidRPr="004543E3">
        <w:t>hữu</w:t>
      </w:r>
      <w:proofErr w:type="spellEnd"/>
      <w:r w:rsidR="00B3420F" w:rsidRPr="004543E3">
        <w:t xml:space="preserve"> </w:t>
      </w:r>
      <w:proofErr w:type="spellStart"/>
      <w:r w:rsidR="00B3420F" w:rsidRPr="004543E3">
        <w:t>trí</w:t>
      </w:r>
      <w:proofErr w:type="spellEnd"/>
      <w:r w:rsidR="00B3420F" w:rsidRPr="004543E3">
        <w:t xml:space="preserve"> </w:t>
      </w:r>
      <w:proofErr w:type="spellStart"/>
      <w:r w:rsidR="00B3420F" w:rsidRPr="004543E3">
        <w:t>tuệ</w:t>
      </w:r>
      <w:proofErr w:type="spellEnd"/>
      <w:r w:rsidR="00B3420F" w:rsidRPr="004543E3">
        <w:t xml:space="preserve"> </w:t>
      </w:r>
      <w:proofErr w:type="spellStart"/>
      <w:r w:rsidR="00B3420F" w:rsidRPr="004543E3">
        <w:t>quốc</w:t>
      </w:r>
      <w:proofErr w:type="spellEnd"/>
      <w:r w:rsidR="00B3420F" w:rsidRPr="004543E3">
        <w:t xml:space="preserve"> </w:t>
      </w:r>
      <w:proofErr w:type="spellStart"/>
      <w:r w:rsidR="00B3420F" w:rsidRPr="004543E3">
        <w:t>gia</w:t>
      </w:r>
      <w:proofErr w:type="spellEnd"/>
      <w:r w:rsidR="00B3420F" w:rsidRPr="004543E3">
        <w:t xml:space="preserve">, Viện Công </w:t>
      </w:r>
      <w:proofErr w:type="spellStart"/>
      <w:r w:rsidR="00B3420F" w:rsidRPr="004543E3">
        <w:t>nghệ</w:t>
      </w:r>
      <w:proofErr w:type="spellEnd"/>
      <w:r w:rsidR="00B3420F" w:rsidRPr="004543E3">
        <w:t xml:space="preserve"> </w:t>
      </w:r>
      <w:proofErr w:type="spellStart"/>
      <w:r w:rsidR="00B3420F" w:rsidRPr="004543E3">
        <w:t>số</w:t>
      </w:r>
      <w:proofErr w:type="spellEnd"/>
      <w:r w:rsidR="00B3420F" w:rsidRPr="004543E3">
        <w:t xml:space="preserve"> </w:t>
      </w:r>
      <w:proofErr w:type="spellStart"/>
      <w:r w:rsidR="00B3420F" w:rsidRPr="004543E3">
        <w:t>và</w:t>
      </w:r>
      <w:proofErr w:type="spellEnd"/>
      <w:r w:rsidR="00B3420F" w:rsidRPr="004543E3">
        <w:t xml:space="preserve"> </w:t>
      </w:r>
      <w:proofErr w:type="spellStart"/>
      <w:r w:rsidR="00B3420F" w:rsidRPr="004543E3">
        <w:t>Chuyển</w:t>
      </w:r>
      <w:proofErr w:type="spellEnd"/>
      <w:r w:rsidR="00B3420F" w:rsidRPr="004543E3">
        <w:t xml:space="preserve"> </w:t>
      </w:r>
      <w:proofErr w:type="spellStart"/>
      <w:r w:rsidR="00B3420F" w:rsidRPr="004543E3">
        <w:t>đổi</w:t>
      </w:r>
      <w:proofErr w:type="spellEnd"/>
      <w:r w:rsidR="00B3420F" w:rsidRPr="004543E3">
        <w:t xml:space="preserve"> </w:t>
      </w:r>
      <w:proofErr w:type="spellStart"/>
      <w:r w:rsidR="00B3420F" w:rsidRPr="004543E3">
        <w:t>số</w:t>
      </w:r>
      <w:proofErr w:type="spellEnd"/>
      <w:r w:rsidR="00B3420F" w:rsidRPr="004543E3">
        <w:t xml:space="preserve"> </w:t>
      </w:r>
      <w:proofErr w:type="spellStart"/>
      <w:r w:rsidR="00B3420F" w:rsidRPr="004543E3">
        <w:t>quốc</w:t>
      </w:r>
      <w:proofErr w:type="spellEnd"/>
      <w:r w:rsidR="00B3420F" w:rsidRPr="004543E3">
        <w:t xml:space="preserve"> </w:t>
      </w:r>
      <w:proofErr w:type="spellStart"/>
      <w:r w:rsidR="00B3420F" w:rsidRPr="004543E3">
        <w:t>gia</w:t>
      </w:r>
      <w:proofErr w:type="spellEnd"/>
      <w:r w:rsidR="00877034">
        <w:t>*</w:t>
      </w:r>
      <w:r w:rsidR="00B3420F" w:rsidRPr="004543E3">
        <w:t xml:space="preserve">, </w:t>
      </w:r>
      <w:proofErr w:type="spellStart"/>
      <w:r w:rsidR="00B3420F" w:rsidRPr="004543E3">
        <w:t>Vụ</w:t>
      </w:r>
      <w:proofErr w:type="spellEnd"/>
      <w:r w:rsidR="00B3420F" w:rsidRPr="004543E3">
        <w:t xml:space="preserve"> </w:t>
      </w:r>
      <w:proofErr w:type="spellStart"/>
      <w:r w:rsidR="00B3420F" w:rsidRPr="004543E3">
        <w:t>Tổ</w:t>
      </w:r>
      <w:proofErr w:type="spellEnd"/>
      <w:r w:rsidR="00B3420F" w:rsidRPr="004543E3">
        <w:t xml:space="preserve"> </w:t>
      </w:r>
      <w:proofErr w:type="spellStart"/>
      <w:r w:rsidR="00B3420F" w:rsidRPr="004543E3">
        <w:t>chức</w:t>
      </w:r>
      <w:proofErr w:type="spellEnd"/>
      <w:r w:rsidR="00B3420F" w:rsidRPr="004543E3">
        <w:t xml:space="preserve"> </w:t>
      </w:r>
      <w:proofErr w:type="spellStart"/>
      <w:r w:rsidR="00B3420F" w:rsidRPr="004543E3">
        <w:t>cán</w:t>
      </w:r>
      <w:proofErr w:type="spellEnd"/>
      <w:r w:rsidR="00B3420F" w:rsidRPr="004543E3">
        <w:t xml:space="preserve"> </w:t>
      </w:r>
      <w:proofErr w:type="spellStart"/>
      <w:r w:rsidR="00B3420F" w:rsidRPr="004543E3">
        <w:t>bộ</w:t>
      </w:r>
      <w:proofErr w:type="spellEnd"/>
      <w:r w:rsidR="00B3420F" w:rsidRPr="004543E3">
        <w:t xml:space="preserve">, </w:t>
      </w:r>
      <w:proofErr w:type="spellStart"/>
      <w:r w:rsidR="00B3420F" w:rsidRPr="004543E3">
        <w:t>Vụ</w:t>
      </w:r>
      <w:proofErr w:type="spellEnd"/>
      <w:r w:rsidR="00B3420F" w:rsidRPr="004543E3">
        <w:t xml:space="preserve"> </w:t>
      </w:r>
      <w:proofErr w:type="spellStart"/>
      <w:r w:rsidR="00B3420F" w:rsidRPr="004543E3">
        <w:t>Đánh</w:t>
      </w:r>
      <w:proofErr w:type="spellEnd"/>
      <w:r w:rsidR="00B3420F" w:rsidRPr="004543E3">
        <w:t xml:space="preserve"> </w:t>
      </w:r>
      <w:proofErr w:type="spellStart"/>
      <w:r w:rsidR="00B3420F" w:rsidRPr="004543E3">
        <w:t>giá</w:t>
      </w:r>
      <w:proofErr w:type="spellEnd"/>
      <w:r w:rsidR="00B3420F" w:rsidRPr="004543E3">
        <w:t xml:space="preserve"> </w:t>
      </w:r>
      <w:proofErr w:type="spellStart"/>
      <w:r w:rsidR="00B3420F" w:rsidRPr="004543E3">
        <w:t>và</w:t>
      </w:r>
      <w:proofErr w:type="spellEnd"/>
      <w:r w:rsidR="00B3420F" w:rsidRPr="004543E3">
        <w:t xml:space="preserve"> </w:t>
      </w:r>
      <w:proofErr w:type="spellStart"/>
      <w:r w:rsidR="00B3420F" w:rsidRPr="004543E3">
        <w:t>Thẩm</w:t>
      </w:r>
      <w:proofErr w:type="spellEnd"/>
      <w:r w:rsidR="00B3420F" w:rsidRPr="004543E3">
        <w:t xml:space="preserve"> </w:t>
      </w:r>
      <w:proofErr w:type="spellStart"/>
      <w:r w:rsidR="00B3420F" w:rsidRPr="004543E3">
        <w:t>định</w:t>
      </w:r>
      <w:proofErr w:type="spellEnd"/>
      <w:r w:rsidR="00B3420F" w:rsidRPr="004543E3">
        <w:t xml:space="preserve"> </w:t>
      </w:r>
      <w:proofErr w:type="spellStart"/>
      <w:r w:rsidR="00B3420F" w:rsidRPr="004543E3">
        <w:t>công</w:t>
      </w:r>
      <w:proofErr w:type="spellEnd"/>
      <w:r w:rsidR="00B3420F" w:rsidRPr="004543E3">
        <w:t xml:space="preserve"> </w:t>
      </w:r>
      <w:proofErr w:type="spellStart"/>
      <w:r w:rsidR="00B3420F" w:rsidRPr="004543E3">
        <w:t>nghệ</w:t>
      </w:r>
      <w:proofErr w:type="spellEnd"/>
      <w:r w:rsidR="00B3420F" w:rsidRPr="004543E3">
        <w:t xml:space="preserve">, </w:t>
      </w:r>
      <w:proofErr w:type="spellStart"/>
      <w:r w:rsidR="00B3420F" w:rsidRPr="004543E3">
        <w:t>Vụ</w:t>
      </w:r>
      <w:proofErr w:type="spellEnd"/>
      <w:r w:rsidR="00B3420F" w:rsidRPr="004543E3">
        <w:t xml:space="preserve"> Khoa </w:t>
      </w:r>
      <w:proofErr w:type="spellStart"/>
      <w:r w:rsidR="00B3420F" w:rsidRPr="004543E3">
        <w:t>học</w:t>
      </w:r>
      <w:proofErr w:type="spellEnd"/>
      <w:r w:rsidR="00B3420F" w:rsidRPr="004543E3">
        <w:t xml:space="preserve"> </w:t>
      </w:r>
      <w:proofErr w:type="spellStart"/>
      <w:r w:rsidR="00B3420F" w:rsidRPr="004543E3">
        <w:t>Xã</w:t>
      </w:r>
      <w:proofErr w:type="spellEnd"/>
      <w:r w:rsidR="00B3420F" w:rsidRPr="004543E3">
        <w:t xml:space="preserve"> </w:t>
      </w:r>
      <w:proofErr w:type="spellStart"/>
      <w:r w:rsidR="00B3420F" w:rsidRPr="004543E3">
        <w:t>hội</w:t>
      </w:r>
      <w:proofErr w:type="spellEnd"/>
      <w:r w:rsidR="00B3420F" w:rsidRPr="004543E3">
        <w:t xml:space="preserve"> </w:t>
      </w:r>
      <w:proofErr w:type="spellStart"/>
      <w:r w:rsidR="00B3420F" w:rsidRPr="004543E3">
        <w:t>Nhân</w:t>
      </w:r>
      <w:proofErr w:type="spellEnd"/>
      <w:r w:rsidR="00B3420F" w:rsidRPr="004543E3">
        <w:t xml:space="preserve"> </w:t>
      </w:r>
      <w:proofErr w:type="spellStart"/>
      <w:r w:rsidR="00B3420F" w:rsidRPr="004543E3">
        <w:t>văn</w:t>
      </w:r>
      <w:proofErr w:type="spellEnd"/>
      <w:r w:rsidR="00B3420F" w:rsidRPr="004543E3">
        <w:t xml:space="preserve"> </w:t>
      </w:r>
      <w:proofErr w:type="spellStart"/>
      <w:r w:rsidR="00B3420F" w:rsidRPr="004543E3">
        <w:t>và</w:t>
      </w:r>
      <w:proofErr w:type="spellEnd"/>
      <w:r w:rsidR="00B3420F" w:rsidRPr="004543E3">
        <w:t xml:space="preserve"> </w:t>
      </w:r>
      <w:proofErr w:type="spellStart"/>
      <w:r w:rsidR="00B3420F" w:rsidRPr="004543E3">
        <w:t>Tự</w:t>
      </w:r>
      <w:proofErr w:type="spellEnd"/>
      <w:r w:rsidR="00B3420F" w:rsidRPr="004543E3">
        <w:t xml:space="preserve"> </w:t>
      </w:r>
      <w:proofErr w:type="spellStart"/>
      <w:r w:rsidR="00B3420F" w:rsidRPr="004543E3">
        <w:t>nhiên</w:t>
      </w:r>
      <w:proofErr w:type="spellEnd"/>
      <w:r w:rsidR="00B3420F" w:rsidRPr="004543E3">
        <w:t xml:space="preserve">, </w:t>
      </w:r>
      <w:proofErr w:type="spellStart"/>
      <w:r w:rsidR="00B3420F" w:rsidRPr="004543E3">
        <w:t>Cục</w:t>
      </w:r>
      <w:proofErr w:type="spellEnd"/>
      <w:r w:rsidR="00B3420F" w:rsidRPr="004543E3">
        <w:t xml:space="preserve"> </w:t>
      </w:r>
      <w:proofErr w:type="spellStart"/>
      <w:r w:rsidR="00B3420F" w:rsidRPr="004543E3">
        <w:t>Sở</w:t>
      </w:r>
      <w:proofErr w:type="spellEnd"/>
      <w:r w:rsidR="00B3420F" w:rsidRPr="004543E3">
        <w:t xml:space="preserve"> </w:t>
      </w:r>
      <w:proofErr w:type="spellStart"/>
      <w:r w:rsidR="00B3420F" w:rsidRPr="004543E3">
        <w:t>hữu</w:t>
      </w:r>
      <w:proofErr w:type="spellEnd"/>
      <w:r w:rsidR="00B3420F" w:rsidRPr="004543E3">
        <w:t xml:space="preserve"> </w:t>
      </w:r>
      <w:proofErr w:type="spellStart"/>
      <w:r w:rsidR="00B3420F" w:rsidRPr="004543E3">
        <w:t>trí</w:t>
      </w:r>
      <w:proofErr w:type="spellEnd"/>
      <w:r w:rsidR="00B3420F" w:rsidRPr="004543E3">
        <w:t xml:space="preserve"> </w:t>
      </w:r>
      <w:proofErr w:type="spellStart"/>
      <w:r w:rsidR="00B3420F" w:rsidRPr="004543E3">
        <w:t>tuệ</w:t>
      </w:r>
      <w:proofErr w:type="spellEnd"/>
      <w:r w:rsidR="00BC4542">
        <w:t>*</w:t>
      </w:r>
      <w:r w:rsidR="00B3420F" w:rsidRPr="004543E3">
        <w:t xml:space="preserve">, </w:t>
      </w:r>
      <w:proofErr w:type="spellStart"/>
      <w:r w:rsidR="00B3420F" w:rsidRPr="004543E3">
        <w:t>Quỹ</w:t>
      </w:r>
      <w:proofErr w:type="spellEnd"/>
      <w:r w:rsidR="00B3420F" w:rsidRPr="004543E3">
        <w:t xml:space="preserve"> </w:t>
      </w:r>
      <w:proofErr w:type="spellStart"/>
      <w:r w:rsidR="00B3420F" w:rsidRPr="004543E3">
        <w:t>Phát</w:t>
      </w:r>
      <w:proofErr w:type="spellEnd"/>
      <w:r w:rsidR="00B3420F" w:rsidRPr="004543E3">
        <w:t xml:space="preserve"> </w:t>
      </w:r>
      <w:proofErr w:type="spellStart"/>
      <w:r w:rsidR="00B3420F" w:rsidRPr="004543E3">
        <w:t>triển</w:t>
      </w:r>
      <w:proofErr w:type="spellEnd"/>
      <w:r w:rsidR="00B3420F" w:rsidRPr="004543E3">
        <w:t xml:space="preserve"> khoa </w:t>
      </w:r>
      <w:proofErr w:type="spellStart"/>
      <w:r w:rsidR="00B3420F" w:rsidRPr="004543E3">
        <w:t>học</w:t>
      </w:r>
      <w:proofErr w:type="spellEnd"/>
      <w:r w:rsidR="00B3420F" w:rsidRPr="004543E3">
        <w:t xml:space="preserve"> </w:t>
      </w:r>
      <w:proofErr w:type="spellStart"/>
      <w:r w:rsidR="00B3420F" w:rsidRPr="004543E3">
        <w:t>và</w:t>
      </w:r>
      <w:proofErr w:type="spellEnd"/>
      <w:r w:rsidR="00B3420F" w:rsidRPr="004543E3">
        <w:t xml:space="preserve"> </w:t>
      </w:r>
      <w:proofErr w:type="spellStart"/>
      <w:r w:rsidR="00B3420F" w:rsidRPr="004543E3">
        <w:t>công</w:t>
      </w:r>
      <w:proofErr w:type="spellEnd"/>
      <w:r w:rsidR="00B3420F" w:rsidRPr="004543E3">
        <w:t xml:space="preserve"> </w:t>
      </w:r>
      <w:proofErr w:type="spellStart"/>
      <w:r w:rsidR="00B3420F" w:rsidRPr="004543E3">
        <w:t>nghệ</w:t>
      </w:r>
      <w:proofErr w:type="spellEnd"/>
      <w:r w:rsidR="00B3420F" w:rsidRPr="004543E3">
        <w:t xml:space="preserve"> </w:t>
      </w:r>
      <w:proofErr w:type="spellStart"/>
      <w:r w:rsidR="00B3420F" w:rsidRPr="004543E3">
        <w:t>quốc</w:t>
      </w:r>
      <w:proofErr w:type="spellEnd"/>
      <w:r w:rsidR="00B3420F" w:rsidRPr="004543E3">
        <w:t xml:space="preserve"> </w:t>
      </w:r>
      <w:proofErr w:type="spellStart"/>
      <w:r w:rsidR="00B3420F" w:rsidRPr="004543E3">
        <w:t>gia</w:t>
      </w:r>
      <w:proofErr w:type="spellEnd"/>
      <w:r w:rsidR="00B3420F" w:rsidRPr="004543E3">
        <w:t>.</w:t>
      </w:r>
    </w:p>
    <w:p w14:paraId="026FAB8F" w14:textId="2F663FBB" w:rsidR="002C2904" w:rsidRDefault="003F2189" w:rsidP="003F2189">
      <w:pPr>
        <w:pStyle w:val="ListParagraph"/>
        <w:rPr>
          <w:i/>
          <w:iCs/>
        </w:rPr>
      </w:pPr>
      <w:r w:rsidRPr="004543E3">
        <w:rPr>
          <w:i/>
          <w:iCs/>
        </w:rPr>
        <w:t xml:space="preserve">(*) </w:t>
      </w:r>
      <w:proofErr w:type="spellStart"/>
      <w:r w:rsidRPr="004543E3">
        <w:rPr>
          <w:i/>
          <w:iCs/>
        </w:rPr>
        <w:t>là</w:t>
      </w:r>
      <w:proofErr w:type="spellEnd"/>
      <w:r w:rsidRPr="004543E3">
        <w:rPr>
          <w:i/>
          <w:iCs/>
        </w:rPr>
        <w:t xml:space="preserve"> </w:t>
      </w:r>
      <w:proofErr w:type="spellStart"/>
      <w:r w:rsidRPr="004543E3">
        <w:rPr>
          <w:i/>
          <w:iCs/>
        </w:rPr>
        <w:t>các</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tổ</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đồng</w:t>
      </w:r>
      <w:proofErr w:type="spellEnd"/>
      <w:r w:rsidRPr="004543E3">
        <w:rPr>
          <w:i/>
          <w:iCs/>
        </w:rPr>
        <w:t xml:space="preserve"> ý </w:t>
      </w:r>
      <w:proofErr w:type="spellStart"/>
      <w:r w:rsidRPr="004543E3">
        <w:rPr>
          <w:i/>
          <w:iCs/>
        </w:rPr>
        <w:t>với</w:t>
      </w:r>
      <w:proofErr w:type="spellEnd"/>
      <w:r w:rsidRPr="004543E3">
        <w:rPr>
          <w:i/>
          <w:iCs/>
        </w:rPr>
        <w:t xml:space="preserve"> </w:t>
      </w:r>
      <w:proofErr w:type="spellStart"/>
      <w:r w:rsidRPr="004543E3">
        <w:rPr>
          <w:i/>
          <w:iCs/>
        </w:rPr>
        <w:t>dự</w:t>
      </w:r>
      <w:proofErr w:type="spellEnd"/>
      <w:r w:rsidRPr="004543E3">
        <w:rPr>
          <w:i/>
          <w:iCs/>
        </w:rPr>
        <w:t xml:space="preserve"> </w:t>
      </w:r>
      <w:proofErr w:type="spellStart"/>
      <w:r w:rsidRPr="004543E3">
        <w:rPr>
          <w:i/>
          <w:iCs/>
        </w:rPr>
        <w:t>thảo</w:t>
      </w:r>
      <w:proofErr w:type="spellEnd"/>
      <w:r w:rsidRPr="004543E3">
        <w:rPr>
          <w:i/>
          <w:iCs/>
        </w:rPr>
        <w:t xml:space="preserve"> Thông </w:t>
      </w:r>
      <w:proofErr w:type="spellStart"/>
      <w:r w:rsidRPr="004543E3">
        <w:rPr>
          <w:i/>
          <w:iCs/>
        </w:rPr>
        <w:t>tư</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không</w:t>
      </w:r>
      <w:proofErr w:type="spellEnd"/>
      <w:r w:rsidRPr="004543E3">
        <w:rPr>
          <w:i/>
          <w:iCs/>
        </w:rPr>
        <w:t xml:space="preserve"> </w:t>
      </w:r>
      <w:proofErr w:type="spellStart"/>
      <w:r w:rsidRPr="004543E3">
        <w:rPr>
          <w:i/>
          <w:iCs/>
        </w:rPr>
        <w:t>có</w:t>
      </w:r>
      <w:proofErr w:type="spellEnd"/>
      <w:r w:rsidRPr="004543E3">
        <w:rPr>
          <w:i/>
          <w:iCs/>
        </w:rPr>
        <w:t xml:space="preserve"> ý </w:t>
      </w:r>
      <w:proofErr w:type="spellStart"/>
      <w:r w:rsidRPr="004543E3">
        <w:rPr>
          <w:i/>
          <w:iCs/>
        </w:rPr>
        <w:t>kiến</w:t>
      </w:r>
      <w:proofErr w:type="spellEnd"/>
      <w:r w:rsidRPr="004543E3">
        <w:rPr>
          <w:i/>
          <w:iCs/>
        </w:rPr>
        <w:t xml:space="preserve"> </w:t>
      </w:r>
      <w:proofErr w:type="spellStart"/>
      <w:r w:rsidRPr="004543E3">
        <w:rPr>
          <w:i/>
          <w:iCs/>
        </w:rPr>
        <w:t>góp</w:t>
      </w:r>
      <w:proofErr w:type="spellEnd"/>
      <w:r w:rsidRPr="004543E3">
        <w:rPr>
          <w:i/>
          <w:iCs/>
        </w:rPr>
        <w:t xml:space="preserve"> ý </w:t>
      </w:r>
      <w:proofErr w:type="spellStart"/>
      <w:r w:rsidRPr="004543E3">
        <w:rPr>
          <w:i/>
          <w:iCs/>
        </w:rPr>
        <w:t>khác</w:t>
      </w:r>
      <w:proofErr w:type="spellEnd"/>
      <w:r w:rsidR="00F94C7B">
        <w:rPr>
          <w:i/>
          <w:iCs/>
        </w:rPr>
        <w:t xml:space="preserve"> (</w:t>
      </w:r>
      <w:r w:rsidR="00546D25">
        <w:rPr>
          <w:i/>
          <w:iCs/>
        </w:rPr>
        <w:t>9/21</w:t>
      </w:r>
      <w:r w:rsidR="00E510A1">
        <w:rPr>
          <w:i/>
          <w:iCs/>
        </w:rPr>
        <w:t xml:space="preserve"> đơn vị)</w:t>
      </w:r>
    </w:p>
    <w:p w14:paraId="519DF434" w14:textId="233DB432" w:rsidR="0099723B" w:rsidRPr="0099723B" w:rsidRDefault="0099723B" w:rsidP="003F2189">
      <w:pPr>
        <w:pStyle w:val="ListParagraph"/>
        <w:rPr>
          <w:b/>
          <w:bCs/>
        </w:rPr>
      </w:pPr>
      <w:r w:rsidRPr="0099723B">
        <w:rPr>
          <w:b/>
          <w:bCs/>
        </w:rPr>
        <w:t>I. GÓP Ý CHUNG:</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6127"/>
        <w:gridCol w:w="7371"/>
      </w:tblGrid>
      <w:tr w:rsidR="004C2B3E" w:rsidRPr="004543E3" w14:paraId="3BB834E7" w14:textId="77777777" w:rsidTr="004C2B3E">
        <w:tc>
          <w:tcPr>
            <w:tcW w:w="1098" w:type="dxa"/>
          </w:tcPr>
          <w:p w14:paraId="33898D09" w14:textId="7D982F33" w:rsidR="004C2B3E" w:rsidRPr="004543E3" w:rsidRDefault="004C2B3E" w:rsidP="006D55D4">
            <w:pPr>
              <w:spacing w:before="120" w:after="120"/>
              <w:jc w:val="center"/>
              <w:rPr>
                <w:b/>
              </w:rPr>
            </w:pPr>
            <w:r w:rsidRPr="004543E3">
              <w:rPr>
                <w:b/>
              </w:rPr>
              <w:t>STT</w:t>
            </w:r>
          </w:p>
        </w:tc>
        <w:tc>
          <w:tcPr>
            <w:tcW w:w="6127" w:type="dxa"/>
          </w:tcPr>
          <w:p w14:paraId="41B641EA" w14:textId="17423702" w:rsidR="004C2B3E" w:rsidRPr="004543E3" w:rsidRDefault="004C2B3E" w:rsidP="006D55D4">
            <w:pPr>
              <w:spacing w:before="120" w:after="120"/>
              <w:jc w:val="center"/>
              <w:rPr>
                <w:b/>
              </w:rPr>
            </w:pPr>
            <w:r w:rsidRPr="004543E3">
              <w:rPr>
                <w:b/>
              </w:rPr>
              <w:t xml:space="preserve">Ý </w:t>
            </w:r>
            <w:proofErr w:type="spellStart"/>
            <w:r w:rsidRPr="004543E3">
              <w:rPr>
                <w:b/>
              </w:rPr>
              <w:t>kiến</w:t>
            </w:r>
            <w:proofErr w:type="spellEnd"/>
            <w:r w:rsidRPr="004543E3">
              <w:rPr>
                <w:b/>
              </w:rPr>
              <w:t xml:space="preserve"> </w:t>
            </w:r>
            <w:proofErr w:type="spellStart"/>
            <w:r w:rsidRPr="004543E3">
              <w:rPr>
                <w:b/>
              </w:rPr>
              <w:t>góp</w:t>
            </w:r>
            <w:proofErr w:type="spellEnd"/>
            <w:r w:rsidRPr="004543E3">
              <w:rPr>
                <w:b/>
              </w:rPr>
              <w:t xml:space="preserve"> ý </w:t>
            </w:r>
            <w:proofErr w:type="spellStart"/>
            <w:r w:rsidRPr="004543E3">
              <w:rPr>
                <w:b/>
              </w:rPr>
              <w:t>bộ</w:t>
            </w:r>
            <w:proofErr w:type="spellEnd"/>
            <w:r w:rsidRPr="004543E3">
              <w:rPr>
                <w:b/>
              </w:rPr>
              <w:t xml:space="preserve"> </w:t>
            </w:r>
            <w:proofErr w:type="spellStart"/>
            <w:r w:rsidRPr="004543E3">
              <w:rPr>
                <w:b/>
              </w:rPr>
              <w:t>ngành</w:t>
            </w:r>
            <w:proofErr w:type="spellEnd"/>
            <w:r w:rsidRPr="004543E3">
              <w:rPr>
                <w:b/>
              </w:rPr>
              <w:t xml:space="preserve">, </w:t>
            </w:r>
            <w:proofErr w:type="spellStart"/>
            <w:r w:rsidRPr="004543E3">
              <w:rPr>
                <w:b/>
              </w:rPr>
              <w:t>địa</w:t>
            </w:r>
            <w:proofErr w:type="spellEnd"/>
            <w:r w:rsidRPr="004543E3">
              <w:rPr>
                <w:b/>
              </w:rPr>
              <w:t xml:space="preserve"> </w:t>
            </w:r>
            <w:proofErr w:type="spellStart"/>
            <w:r w:rsidRPr="004543E3">
              <w:rPr>
                <w:b/>
              </w:rPr>
              <w:t>phương</w:t>
            </w:r>
            <w:proofErr w:type="spellEnd"/>
            <w:r w:rsidRPr="004543E3">
              <w:rPr>
                <w:b/>
              </w:rPr>
              <w:t xml:space="preserve">, </w:t>
            </w:r>
            <w:proofErr w:type="spellStart"/>
            <w:r w:rsidRPr="004543E3">
              <w:rPr>
                <w:b/>
              </w:rPr>
              <w:t>tổ</w:t>
            </w:r>
            <w:proofErr w:type="spellEnd"/>
            <w:r w:rsidRPr="004543E3">
              <w:rPr>
                <w:b/>
              </w:rPr>
              <w:t xml:space="preserve"> </w:t>
            </w:r>
            <w:proofErr w:type="spellStart"/>
            <w:r w:rsidRPr="004543E3">
              <w:rPr>
                <w:b/>
              </w:rPr>
              <w:t>chức</w:t>
            </w:r>
            <w:proofErr w:type="spellEnd"/>
          </w:p>
        </w:tc>
        <w:tc>
          <w:tcPr>
            <w:tcW w:w="7371" w:type="dxa"/>
          </w:tcPr>
          <w:p w14:paraId="080B7C9D" w14:textId="46665CF6" w:rsidR="004C2B3E" w:rsidRPr="004543E3" w:rsidRDefault="004C2B3E" w:rsidP="006D55D4">
            <w:pPr>
              <w:spacing w:before="120" w:after="120"/>
              <w:jc w:val="center"/>
              <w:rPr>
                <w:b/>
              </w:rPr>
            </w:pPr>
            <w:proofErr w:type="spellStart"/>
            <w:r w:rsidRPr="004543E3">
              <w:rPr>
                <w:b/>
              </w:rPr>
              <w:t>Giải</w:t>
            </w:r>
            <w:proofErr w:type="spellEnd"/>
            <w:r w:rsidRPr="004543E3">
              <w:rPr>
                <w:b/>
              </w:rPr>
              <w:t xml:space="preserve"> </w:t>
            </w:r>
            <w:proofErr w:type="spellStart"/>
            <w:r w:rsidRPr="004543E3">
              <w:rPr>
                <w:b/>
              </w:rPr>
              <w:t>trình</w:t>
            </w:r>
            <w:proofErr w:type="spellEnd"/>
            <w:r w:rsidRPr="004543E3">
              <w:rPr>
                <w:b/>
              </w:rPr>
              <w:t xml:space="preserve">, </w:t>
            </w:r>
            <w:proofErr w:type="spellStart"/>
            <w:r w:rsidRPr="004543E3">
              <w:rPr>
                <w:b/>
              </w:rPr>
              <w:t>tiếp</w:t>
            </w:r>
            <w:proofErr w:type="spellEnd"/>
            <w:r w:rsidRPr="004543E3">
              <w:rPr>
                <w:b/>
              </w:rPr>
              <w:t xml:space="preserve"> </w:t>
            </w:r>
            <w:proofErr w:type="spellStart"/>
            <w:r w:rsidRPr="004543E3">
              <w:rPr>
                <w:b/>
              </w:rPr>
              <w:t>thu</w:t>
            </w:r>
            <w:proofErr w:type="spellEnd"/>
            <w:r w:rsidRPr="004543E3">
              <w:rPr>
                <w:b/>
              </w:rPr>
              <w:t xml:space="preserve"> </w:t>
            </w:r>
          </w:p>
        </w:tc>
      </w:tr>
      <w:tr w:rsidR="004C2B3E" w:rsidRPr="004543E3" w14:paraId="2CD8D360" w14:textId="77777777" w:rsidTr="004C2B3E">
        <w:tc>
          <w:tcPr>
            <w:tcW w:w="1098" w:type="dxa"/>
          </w:tcPr>
          <w:p w14:paraId="51268BF9" w14:textId="731B883F" w:rsidR="004C2B3E" w:rsidRPr="00D74673" w:rsidRDefault="002A7D4F" w:rsidP="002A7D4F">
            <w:pPr>
              <w:spacing w:before="120" w:after="120" w:line="240" w:lineRule="auto"/>
              <w:jc w:val="center"/>
              <w:rPr>
                <w:b/>
                <w:bCs/>
              </w:rPr>
            </w:pPr>
            <w:r>
              <w:rPr>
                <w:b/>
                <w:bCs/>
              </w:rPr>
              <w:t>1</w:t>
            </w:r>
          </w:p>
        </w:tc>
        <w:tc>
          <w:tcPr>
            <w:tcW w:w="6127" w:type="dxa"/>
          </w:tcPr>
          <w:p w14:paraId="6E54758B" w14:textId="77777777" w:rsidR="004C2B3E" w:rsidRPr="004543E3" w:rsidRDefault="004C2B3E" w:rsidP="00511E98">
            <w:pPr>
              <w:spacing w:after="0" w:line="240" w:lineRule="auto"/>
              <w:jc w:val="both"/>
              <w:rPr>
                <w:rFonts w:cs="Times New Roman"/>
                <w:b/>
                <w:bCs/>
              </w:rPr>
            </w:pPr>
            <w:r w:rsidRPr="004543E3">
              <w:rPr>
                <w:rFonts w:cs="Times New Roman"/>
                <w:b/>
                <w:bCs/>
              </w:rPr>
              <w:t xml:space="preserve">Cục An </w:t>
            </w:r>
            <w:proofErr w:type="spellStart"/>
            <w:r w:rsidRPr="004543E3">
              <w:rPr>
                <w:rFonts w:cs="Times New Roman"/>
                <w:b/>
                <w:bCs/>
              </w:rPr>
              <w:t>toàn</w:t>
            </w:r>
            <w:proofErr w:type="spellEnd"/>
            <w:r w:rsidRPr="004543E3">
              <w:rPr>
                <w:rFonts w:cs="Times New Roman"/>
                <w:b/>
                <w:bCs/>
              </w:rPr>
              <w:t xml:space="preserve"> </w:t>
            </w:r>
            <w:proofErr w:type="spellStart"/>
            <w:r w:rsidRPr="004543E3">
              <w:rPr>
                <w:rFonts w:cs="Times New Roman"/>
                <w:b/>
                <w:bCs/>
              </w:rPr>
              <w:t>bức</w:t>
            </w:r>
            <w:proofErr w:type="spellEnd"/>
            <w:r w:rsidRPr="004543E3">
              <w:rPr>
                <w:rFonts w:cs="Times New Roman"/>
                <w:b/>
                <w:bCs/>
              </w:rPr>
              <w:t xml:space="preserve"> xạ </w:t>
            </w:r>
            <w:proofErr w:type="spellStart"/>
            <w:r w:rsidRPr="004543E3">
              <w:rPr>
                <w:rFonts w:cs="Times New Roman"/>
                <w:b/>
                <w:bCs/>
              </w:rPr>
              <w:t>va</w:t>
            </w:r>
            <w:proofErr w:type="spellEnd"/>
            <w:r w:rsidRPr="004543E3">
              <w:rPr>
                <w:rFonts w:cs="Times New Roman"/>
                <w:b/>
                <w:bCs/>
              </w:rPr>
              <w:t xml:space="preserve">̀ </w:t>
            </w:r>
            <w:proofErr w:type="spellStart"/>
            <w:r w:rsidRPr="004543E3">
              <w:rPr>
                <w:rFonts w:cs="Times New Roman"/>
                <w:b/>
                <w:bCs/>
              </w:rPr>
              <w:t>hạt</w:t>
            </w:r>
            <w:proofErr w:type="spellEnd"/>
            <w:r w:rsidRPr="004543E3">
              <w:rPr>
                <w:rFonts w:cs="Times New Roman"/>
                <w:b/>
                <w:bCs/>
              </w:rPr>
              <w:t xml:space="preserve"> </w:t>
            </w:r>
            <w:proofErr w:type="spellStart"/>
            <w:r w:rsidRPr="004543E3">
              <w:rPr>
                <w:rFonts w:cs="Times New Roman"/>
                <w:b/>
                <w:bCs/>
              </w:rPr>
              <w:t>nhân</w:t>
            </w:r>
            <w:proofErr w:type="spellEnd"/>
            <w:r w:rsidRPr="004543E3">
              <w:rPr>
                <w:rFonts w:cs="Times New Roman"/>
                <w:b/>
                <w:bCs/>
              </w:rPr>
              <w:t>:</w:t>
            </w:r>
          </w:p>
          <w:p w14:paraId="11067908" w14:textId="77777777" w:rsidR="007A1A21" w:rsidRDefault="004C2B3E" w:rsidP="00511E98">
            <w:pPr>
              <w:spacing w:after="0" w:line="240" w:lineRule="auto"/>
              <w:jc w:val="both"/>
              <w:rPr>
                <w:rFonts w:cs="Times New Roman"/>
              </w:rPr>
            </w:pPr>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ngôn</w:t>
            </w:r>
            <w:proofErr w:type="spellEnd"/>
            <w:r w:rsidRPr="004543E3">
              <w:rPr>
                <w:rFonts w:cs="Times New Roman"/>
              </w:rPr>
              <w:t xml:space="preserve"> </w:t>
            </w:r>
            <w:proofErr w:type="spellStart"/>
            <w:r w:rsidRPr="004543E3">
              <w:rPr>
                <w:rFonts w:cs="Times New Roman"/>
              </w:rPr>
              <w:t>ngữ</w:t>
            </w:r>
            <w:proofErr w:type="spellEnd"/>
            <w:r w:rsidRPr="004543E3">
              <w:rPr>
                <w:rFonts w:cs="Times New Roman"/>
              </w:rPr>
              <w:t xml:space="preserve">, </w:t>
            </w:r>
            <w:proofErr w:type="spellStart"/>
            <w:r w:rsidRPr="004543E3">
              <w:rPr>
                <w:rFonts w:cs="Times New Roman"/>
              </w:rPr>
              <w:t>kỹ</w:t>
            </w:r>
            <w:proofErr w:type="spellEnd"/>
            <w:r w:rsidRPr="004543E3">
              <w:rPr>
                <w:rFonts w:cs="Times New Roman"/>
              </w:rPr>
              <w:t xml:space="preserve"> </w:t>
            </w:r>
            <w:proofErr w:type="spellStart"/>
            <w:r w:rsidRPr="004543E3">
              <w:rPr>
                <w:rFonts w:cs="Times New Roman"/>
              </w:rPr>
              <w:t>thuật</w:t>
            </w:r>
            <w:proofErr w:type="spellEnd"/>
            <w:r w:rsidRPr="004543E3">
              <w:rPr>
                <w:rFonts w:cs="Times New Roman"/>
              </w:rPr>
              <w:t xml:space="preserve"> </w:t>
            </w:r>
            <w:proofErr w:type="spellStart"/>
            <w:r w:rsidRPr="004543E3">
              <w:rPr>
                <w:rFonts w:cs="Times New Roman"/>
              </w:rPr>
              <w:t>soạn</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tự</w:t>
            </w:r>
            <w:proofErr w:type="spellEnd"/>
            <w:r w:rsidRPr="004543E3">
              <w:rPr>
                <w:rFonts w:cs="Times New Roman"/>
              </w:rPr>
              <w:t xml:space="preserve">, </w:t>
            </w:r>
            <w:proofErr w:type="spellStart"/>
            <w:r w:rsidRPr="004543E3">
              <w:rPr>
                <w:rFonts w:cs="Times New Roman"/>
              </w:rPr>
              <w:t>thủ</w:t>
            </w:r>
            <w:proofErr w:type="spellEnd"/>
            <w:r w:rsidRPr="004543E3">
              <w:rPr>
                <w:rFonts w:cs="Times New Roman"/>
              </w:rPr>
              <w:t xml:space="preserve"> </w:t>
            </w:r>
            <w:proofErr w:type="spellStart"/>
            <w:r w:rsidRPr="004543E3">
              <w:rPr>
                <w:rFonts w:cs="Times New Roman"/>
              </w:rPr>
              <w:t>tục</w:t>
            </w:r>
            <w:proofErr w:type="spellEnd"/>
            <w:r w:rsidRPr="004543E3">
              <w:rPr>
                <w:rFonts w:cs="Times New Roman"/>
              </w:rPr>
              <w:t xml:space="preserve"> </w:t>
            </w:r>
            <w:proofErr w:type="spellStart"/>
            <w:r w:rsidRPr="004543E3">
              <w:rPr>
                <w:rFonts w:cs="Times New Roman"/>
              </w:rPr>
              <w:t>xây</w:t>
            </w:r>
            <w:proofErr w:type="spellEnd"/>
            <w:r w:rsidRPr="004543E3">
              <w:rPr>
                <w:rFonts w:cs="Times New Roman"/>
              </w:rPr>
              <w:t xml:space="preserve"> </w:t>
            </w:r>
            <w:proofErr w:type="spellStart"/>
            <w:r w:rsidRPr="004543E3">
              <w:rPr>
                <w:rFonts w:cs="Times New Roman"/>
              </w:rPr>
              <w:t>dựng</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đơn</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chủ</w:t>
            </w:r>
            <w:proofErr w:type="spellEnd"/>
            <w:r w:rsidRPr="004543E3">
              <w:rPr>
                <w:rFonts w:cs="Times New Roman"/>
              </w:rPr>
              <w:t xml:space="preserve"> </w:t>
            </w:r>
            <w:proofErr w:type="spellStart"/>
            <w:r w:rsidRPr="004543E3">
              <w:rPr>
                <w:rFonts w:cs="Times New Roman"/>
              </w:rPr>
              <w:t>trì</w:t>
            </w:r>
            <w:proofErr w:type="spellEnd"/>
            <w:r w:rsidRPr="004543E3">
              <w:rPr>
                <w:rFonts w:cs="Times New Roman"/>
              </w:rPr>
              <w:t xml:space="preserve"> </w:t>
            </w:r>
            <w:proofErr w:type="spellStart"/>
            <w:r w:rsidRPr="004543E3">
              <w:rPr>
                <w:rFonts w:cs="Times New Roman"/>
              </w:rPr>
              <w:t>rà</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hoàn</w:t>
            </w:r>
            <w:proofErr w:type="spellEnd"/>
            <w:r w:rsidRPr="004543E3">
              <w:rPr>
                <w:rFonts w:cs="Times New Roman"/>
              </w:rPr>
              <w:t xml:space="preserve"> </w:t>
            </w:r>
            <w:proofErr w:type="spellStart"/>
            <w:r w:rsidRPr="004543E3">
              <w:rPr>
                <w:rFonts w:cs="Times New Roman"/>
              </w:rPr>
              <w:t>thiện</w:t>
            </w:r>
            <w:proofErr w:type="spellEnd"/>
            <w:r w:rsidRPr="004543E3">
              <w:rPr>
                <w:rFonts w:cs="Times New Roman"/>
              </w:rPr>
              <w:t xml:space="preserve"> </w:t>
            </w:r>
            <w:proofErr w:type="spellStart"/>
            <w:r w:rsidRPr="004543E3">
              <w:rPr>
                <w:rFonts w:cs="Times New Roman"/>
              </w:rPr>
              <w:t>thể</w:t>
            </w:r>
            <w:proofErr w:type="spellEnd"/>
            <w:r w:rsidRPr="004543E3">
              <w:rPr>
                <w:rFonts w:cs="Times New Roman"/>
              </w:rPr>
              <w:t xml:space="preserve"> </w:t>
            </w:r>
            <w:proofErr w:type="spellStart"/>
            <w:r w:rsidRPr="004543E3">
              <w:rPr>
                <w:rFonts w:cs="Times New Roman"/>
              </w:rPr>
              <w:t>thức</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xây</w:t>
            </w:r>
            <w:proofErr w:type="spellEnd"/>
            <w:r w:rsidRPr="004543E3">
              <w:rPr>
                <w:rFonts w:cs="Times New Roman"/>
              </w:rPr>
              <w:t xml:space="preserve"> </w:t>
            </w:r>
            <w:proofErr w:type="spellStart"/>
            <w:r w:rsidRPr="004543E3">
              <w:rPr>
                <w:rFonts w:cs="Times New Roman"/>
              </w:rPr>
              <w:t>dựng</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tuân</w:t>
            </w:r>
            <w:proofErr w:type="spellEnd"/>
            <w:r w:rsidRPr="004543E3">
              <w:rPr>
                <w:rFonts w:cs="Times New Roman"/>
              </w:rPr>
              <w:t xml:space="preserve"> </w:t>
            </w:r>
            <w:proofErr w:type="spellStart"/>
            <w:r w:rsidRPr="004543E3">
              <w:rPr>
                <w:rFonts w:cs="Times New Roman"/>
              </w:rPr>
              <w:t>thủ</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tự</w:t>
            </w:r>
            <w:proofErr w:type="spellEnd"/>
            <w:r w:rsidRPr="004543E3">
              <w:rPr>
                <w:rFonts w:cs="Times New Roman"/>
              </w:rPr>
              <w:t xml:space="preserve">, </w:t>
            </w:r>
            <w:proofErr w:type="spellStart"/>
            <w:r w:rsidRPr="004543E3">
              <w:rPr>
                <w:rFonts w:cs="Times New Roman"/>
              </w:rPr>
              <w:t>thủ</w:t>
            </w:r>
            <w:proofErr w:type="spellEnd"/>
            <w:r w:rsidRPr="004543E3">
              <w:rPr>
                <w:rFonts w:cs="Times New Roman"/>
              </w:rPr>
              <w:t xml:space="preserve"> </w:t>
            </w:r>
            <w:proofErr w:type="spellStart"/>
            <w:r w:rsidRPr="004543E3">
              <w:rPr>
                <w:rFonts w:cs="Times New Roman"/>
              </w:rPr>
              <w:t>tục</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 xml:space="preserve"> Ban </w:t>
            </w:r>
            <w:proofErr w:type="spellStart"/>
            <w:r w:rsidRPr="004543E3">
              <w:rPr>
                <w:rFonts w:cs="Times New Roman"/>
              </w:rPr>
              <w:t>hành</w:t>
            </w:r>
            <w:proofErr w:type="spellEnd"/>
            <w:r w:rsidRPr="004543E3">
              <w:rPr>
                <w:rFonts w:cs="Times New Roman"/>
              </w:rPr>
              <w:t xml:space="preserve"> </w:t>
            </w:r>
            <w:proofErr w:type="spellStart"/>
            <w:r w:rsidRPr="004543E3">
              <w:rPr>
                <w:rFonts w:cs="Times New Roman"/>
              </w:rPr>
              <w:t>văn</w:t>
            </w:r>
            <w:proofErr w:type="spellEnd"/>
            <w:r w:rsidRPr="004543E3">
              <w:rPr>
                <w:rFonts w:cs="Times New Roman"/>
              </w:rPr>
              <w:t xml:space="preserve"> </w:t>
            </w:r>
            <w:proofErr w:type="spellStart"/>
            <w:r w:rsidRPr="004543E3">
              <w:rPr>
                <w:rFonts w:cs="Times New Roman"/>
              </w:rPr>
              <w:t>bản</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phạm</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Quy </w:t>
            </w:r>
            <w:proofErr w:type="spellStart"/>
            <w:r w:rsidRPr="004543E3">
              <w:rPr>
                <w:rFonts w:cs="Times New Roman"/>
              </w:rPr>
              <w:t>chế</w:t>
            </w:r>
            <w:proofErr w:type="spellEnd"/>
            <w:r w:rsidRPr="004543E3">
              <w:rPr>
                <w:rFonts w:cs="Times New Roman"/>
              </w:rPr>
              <w:t xml:space="preserve"> </w:t>
            </w:r>
            <w:proofErr w:type="spellStart"/>
            <w:r w:rsidRPr="004543E3">
              <w:rPr>
                <w:rFonts w:cs="Times New Roman"/>
              </w:rPr>
              <w:t>soạn</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ban </w:t>
            </w:r>
            <w:proofErr w:type="spellStart"/>
            <w:r w:rsidRPr="004543E3">
              <w:rPr>
                <w:rFonts w:cs="Times New Roman"/>
              </w:rPr>
              <w:t>hành</w:t>
            </w:r>
            <w:proofErr w:type="spellEnd"/>
            <w:r w:rsidRPr="004543E3">
              <w:rPr>
                <w:rFonts w:cs="Times New Roman"/>
              </w:rPr>
              <w:t xml:space="preserve"> </w:t>
            </w:r>
            <w:proofErr w:type="spellStart"/>
            <w:r w:rsidRPr="004543E3">
              <w:rPr>
                <w:rFonts w:cs="Times New Roman"/>
              </w:rPr>
              <w:t>văn</w:t>
            </w:r>
            <w:proofErr w:type="spellEnd"/>
            <w:r w:rsidRPr="004543E3">
              <w:rPr>
                <w:rFonts w:cs="Times New Roman"/>
              </w:rPr>
              <w:t xml:space="preserve"> </w:t>
            </w:r>
            <w:proofErr w:type="spellStart"/>
            <w:r w:rsidRPr="004543E3">
              <w:rPr>
                <w:rFonts w:cs="Times New Roman"/>
              </w:rPr>
              <w:t>bản</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phạm</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Bộ</w:t>
            </w:r>
            <w:proofErr w:type="spellEnd"/>
            <w:r w:rsidRPr="004543E3">
              <w:rPr>
                <w:rFonts w:cs="Times New Roman"/>
              </w:rPr>
              <w:t xml:space="preserve"> KH&amp;CN.</w:t>
            </w:r>
          </w:p>
          <w:p w14:paraId="4E2DA8C4" w14:textId="6FF47A58" w:rsidR="004C2B3E" w:rsidRPr="004543E3" w:rsidRDefault="004C2B3E" w:rsidP="00511E98">
            <w:pPr>
              <w:spacing w:after="0" w:line="240" w:lineRule="auto"/>
              <w:jc w:val="both"/>
              <w:rPr>
                <w:rFonts w:cs="Times New Roman"/>
              </w:rPr>
            </w:pPr>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3 </w:t>
            </w:r>
            <w:proofErr w:type="spellStart"/>
            <w:r w:rsidRPr="004543E3">
              <w:rPr>
                <w:rFonts w:cs="Times New Roman"/>
              </w:rPr>
              <w:t>Điều</w:t>
            </w:r>
            <w:proofErr w:type="spellEnd"/>
            <w:r w:rsidRPr="004543E3">
              <w:rPr>
                <w:rFonts w:cs="Times New Roman"/>
              </w:rPr>
              <w:t xml:space="preserve"> 3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3 </w:t>
            </w:r>
            <w:proofErr w:type="spellStart"/>
            <w:r w:rsidRPr="004543E3">
              <w:rPr>
                <w:rFonts w:cs="Times New Roman"/>
              </w:rPr>
              <w:t>Điều</w:t>
            </w:r>
            <w:proofErr w:type="spellEnd"/>
            <w:r w:rsidRPr="004543E3">
              <w:rPr>
                <w:rFonts w:cs="Times New Roman"/>
              </w:rPr>
              <w:t xml:space="preserve"> 4: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đơn</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chủ</w:t>
            </w:r>
            <w:proofErr w:type="spellEnd"/>
            <w:r w:rsidRPr="004543E3">
              <w:rPr>
                <w:rFonts w:cs="Times New Roman"/>
              </w:rPr>
              <w:t xml:space="preserve"> </w:t>
            </w:r>
            <w:proofErr w:type="spellStart"/>
            <w:r w:rsidRPr="004543E3">
              <w:rPr>
                <w:rFonts w:cs="Times New Roman"/>
              </w:rPr>
              <w:t>trì</w:t>
            </w:r>
            <w:proofErr w:type="spellEnd"/>
            <w:r w:rsidRPr="004543E3">
              <w:rPr>
                <w:rFonts w:cs="Times New Roman"/>
              </w:rPr>
              <w:t xml:space="preserve"> </w:t>
            </w:r>
            <w:proofErr w:type="spellStart"/>
            <w:r w:rsidRPr="004543E3">
              <w:rPr>
                <w:rFonts w:cs="Times New Roman"/>
              </w:rPr>
              <w:t>soạn</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nghiên</w:t>
            </w:r>
            <w:proofErr w:type="spellEnd"/>
            <w:r w:rsidRPr="004543E3">
              <w:rPr>
                <w:rFonts w:cs="Times New Roman"/>
              </w:rPr>
              <w:t xml:space="preserve"> </w:t>
            </w:r>
            <w:proofErr w:type="spellStart"/>
            <w:r w:rsidRPr="004543E3">
              <w:rPr>
                <w:rFonts w:cs="Times New Roman"/>
              </w:rPr>
              <w:t>cứu</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theo</w:t>
            </w:r>
            <w:proofErr w:type="spellEnd"/>
            <w:r w:rsidRPr="004543E3">
              <w:rPr>
                <w:rFonts w:cs="Times New Roman"/>
              </w:rPr>
              <w:t xml:space="preserve"> </w:t>
            </w:r>
            <w:proofErr w:type="spellStart"/>
            <w:r w:rsidRPr="004543E3">
              <w:rPr>
                <w:rFonts w:cs="Times New Roman"/>
              </w:rPr>
              <w:t>hướng</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rõ</w:t>
            </w:r>
            <w:proofErr w:type="spellEnd"/>
            <w:r w:rsidRPr="004543E3">
              <w:rPr>
                <w:rFonts w:cs="Times New Roman"/>
              </w:rPr>
              <w:t xml:space="preserve"> </w:t>
            </w:r>
            <w:proofErr w:type="spellStart"/>
            <w:r w:rsidRPr="004543E3">
              <w:rPr>
                <w:rFonts w:cs="Times New Roman"/>
              </w:rPr>
              <w:t>sự</w:t>
            </w:r>
            <w:proofErr w:type="spellEnd"/>
            <w:r w:rsidRPr="004543E3">
              <w:rPr>
                <w:rFonts w:cs="Times New Roman"/>
              </w:rPr>
              <w:t xml:space="preserve"> </w:t>
            </w:r>
            <w:proofErr w:type="spellStart"/>
            <w:r w:rsidRPr="004543E3">
              <w:rPr>
                <w:rFonts w:cs="Times New Roman"/>
              </w:rPr>
              <w:t>khác</w:t>
            </w:r>
            <w:proofErr w:type="spellEnd"/>
            <w:r w:rsidRPr="004543E3">
              <w:rPr>
                <w:rFonts w:cs="Times New Roman"/>
              </w:rPr>
              <w:t xml:space="preserve"> </w:t>
            </w:r>
            <w:proofErr w:type="spellStart"/>
            <w:r w:rsidRPr="004543E3">
              <w:rPr>
                <w:rFonts w:cs="Times New Roman"/>
              </w:rPr>
              <w:t>biệt</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chuẩn</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độ</w:t>
            </w:r>
            <w:proofErr w:type="spellEnd"/>
            <w:r w:rsidRPr="004543E3">
              <w:rPr>
                <w:rFonts w:cs="Times New Roman"/>
              </w:rPr>
              <w:t xml:space="preserve"> </w:t>
            </w:r>
            <w:proofErr w:type="spellStart"/>
            <w:r w:rsidRPr="004543E3">
              <w:rPr>
                <w:rFonts w:cs="Times New Roman"/>
              </w:rPr>
              <w:t>đào</w:t>
            </w:r>
            <w:proofErr w:type="spellEnd"/>
            <w:r w:rsidRPr="004543E3">
              <w:rPr>
                <w:rFonts w:cs="Times New Roman"/>
              </w:rPr>
              <w:t xml:space="preserve"> </w:t>
            </w:r>
            <w:proofErr w:type="spellStart"/>
            <w:r w:rsidRPr="004543E3">
              <w:rPr>
                <w:rFonts w:cs="Times New Roman"/>
              </w:rPr>
              <w:t>tạo</w:t>
            </w:r>
            <w:proofErr w:type="spellEnd"/>
            <w:r w:rsidRPr="004543E3">
              <w:rPr>
                <w:rFonts w:cs="Times New Roman"/>
              </w:rPr>
              <w:t xml:space="preserve">, </w:t>
            </w:r>
            <w:proofErr w:type="spellStart"/>
            <w:r w:rsidRPr="004543E3">
              <w:rPr>
                <w:rFonts w:cs="Times New Roman"/>
              </w:rPr>
              <w:t>bồi</w:t>
            </w:r>
            <w:proofErr w:type="spellEnd"/>
            <w:r w:rsidRPr="004543E3">
              <w:rPr>
                <w:rFonts w:cs="Times New Roman"/>
              </w:rPr>
              <w:t xml:space="preserve"> </w:t>
            </w:r>
            <w:proofErr w:type="spellStart"/>
            <w:r w:rsidRPr="004543E3">
              <w:rPr>
                <w:rFonts w:cs="Times New Roman"/>
              </w:rPr>
              <w:t>dưỡng</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chính</w:t>
            </w:r>
            <w:proofErr w:type="spellEnd"/>
            <w:r w:rsidRPr="004543E3">
              <w:rPr>
                <w:rFonts w:cs="Times New Roman"/>
              </w:rPr>
              <w:t xml:space="preserve"> </w:t>
            </w:r>
            <w:proofErr w:type="spellStart"/>
            <w:r w:rsidRPr="004543E3">
              <w:rPr>
                <w:rFonts w:cs="Times New Roman"/>
              </w:rPr>
              <w:t>chất</w:t>
            </w:r>
            <w:proofErr w:type="spellEnd"/>
            <w:r w:rsidRPr="004543E3">
              <w:rPr>
                <w:rFonts w:cs="Times New Roman"/>
              </w:rPr>
              <w:t xml:space="preserve"> </w:t>
            </w:r>
            <w:proofErr w:type="spellStart"/>
            <w:r w:rsidRPr="004543E3">
              <w:rPr>
                <w:rFonts w:cs="Times New Roman"/>
              </w:rPr>
              <w:t>lượng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hạng</w:t>
            </w:r>
            <w:proofErr w:type="spellEnd"/>
            <w:r w:rsidRPr="004543E3">
              <w:rPr>
                <w:rFonts w:cs="Times New Roman"/>
              </w:rPr>
              <w:t xml:space="preserve"> II)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hạng</w:t>
            </w:r>
            <w:proofErr w:type="spellEnd"/>
            <w:r w:rsidRPr="004543E3">
              <w:rPr>
                <w:rFonts w:cs="Times New Roman"/>
              </w:rPr>
              <w:t xml:space="preserve"> III).</w:t>
            </w:r>
          </w:p>
        </w:tc>
        <w:tc>
          <w:tcPr>
            <w:tcW w:w="7371" w:type="dxa"/>
          </w:tcPr>
          <w:p w14:paraId="2E678BB6" w14:textId="60CE532D" w:rsidR="004C2B3E" w:rsidRPr="004543E3" w:rsidRDefault="004C2B3E" w:rsidP="002A7D4F">
            <w:pPr>
              <w:spacing w:before="120" w:after="120" w:line="240" w:lineRule="auto"/>
              <w:jc w:val="both"/>
              <w:rPr>
                <w:szCs w:val="26"/>
              </w:rPr>
            </w:pPr>
            <w:proofErr w:type="spellStart"/>
            <w:r w:rsidRPr="004543E3">
              <w:rPr>
                <w:szCs w:val="26"/>
              </w:rPr>
              <w:t>Tiếp</w:t>
            </w:r>
            <w:proofErr w:type="spellEnd"/>
            <w:r w:rsidRPr="004543E3">
              <w:rPr>
                <w:szCs w:val="26"/>
              </w:rPr>
              <w:t xml:space="preserve"> thu ý </w:t>
            </w:r>
            <w:proofErr w:type="spellStart"/>
            <w:r w:rsidRPr="004543E3">
              <w:rPr>
                <w:szCs w:val="26"/>
              </w:rPr>
              <w:t>kiến</w:t>
            </w:r>
            <w:proofErr w:type="spellEnd"/>
          </w:p>
          <w:p w14:paraId="02051D4B" w14:textId="77777777" w:rsidR="004C2B3E" w:rsidRPr="004543E3" w:rsidRDefault="004C2B3E" w:rsidP="002A7D4F">
            <w:pPr>
              <w:spacing w:before="120" w:after="120" w:line="240" w:lineRule="auto"/>
              <w:jc w:val="both"/>
              <w:rPr>
                <w:szCs w:val="26"/>
              </w:rPr>
            </w:pPr>
          </w:p>
          <w:p w14:paraId="00A2577B" w14:textId="77777777" w:rsidR="004C2B3E" w:rsidRPr="004543E3" w:rsidRDefault="004C2B3E" w:rsidP="002A7D4F">
            <w:pPr>
              <w:spacing w:before="120" w:after="120" w:line="240" w:lineRule="auto"/>
              <w:jc w:val="both"/>
              <w:rPr>
                <w:szCs w:val="26"/>
              </w:rPr>
            </w:pPr>
          </w:p>
          <w:p w14:paraId="54DAF9B1" w14:textId="77777777" w:rsidR="004C2B3E" w:rsidRPr="004543E3" w:rsidRDefault="004C2B3E" w:rsidP="002A7D4F">
            <w:pPr>
              <w:spacing w:before="120" w:after="120" w:line="240" w:lineRule="auto"/>
              <w:jc w:val="both"/>
              <w:rPr>
                <w:szCs w:val="26"/>
              </w:rPr>
            </w:pPr>
          </w:p>
          <w:p w14:paraId="61515886" w14:textId="77777777" w:rsidR="004C2B3E" w:rsidRPr="004543E3" w:rsidRDefault="004C2B3E" w:rsidP="002A7D4F">
            <w:pPr>
              <w:spacing w:before="120" w:after="120" w:line="240" w:lineRule="auto"/>
              <w:jc w:val="both"/>
              <w:rPr>
                <w:szCs w:val="26"/>
              </w:rPr>
            </w:pPr>
          </w:p>
          <w:p w14:paraId="7BE4A415" w14:textId="77777777" w:rsidR="004C2B3E" w:rsidRPr="004543E3" w:rsidRDefault="004C2B3E" w:rsidP="002A7D4F">
            <w:pPr>
              <w:spacing w:before="120" w:after="120" w:line="240" w:lineRule="auto"/>
              <w:jc w:val="both"/>
              <w:rPr>
                <w:szCs w:val="26"/>
              </w:rPr>
            </w:pPr>
          </w:p>
          <w:p w14:paraId="462F25F8" w14:textId="77777777" w:rsidR="004C2B3E" w:rsidRPr="004543E3" w:rsidRDefault="004C2B3E" w:rsidP="002A7D4F">
            <w:pPr>
              <w:spacing w:before="120" w:after="120" w:line="240" w:lineRule="auto"/>
              <w:jc w:val="both"/>
              <w:rPr>
                <w:szCs w:val="26"/>
              </w:rPr>
            </w:pPr>
          </w:p>
          <w:p w14:paraId="48B041CB" w14:textId="0EF6C5C2" w:rsidR="004C2B3E" w:rsidRPr="004543E3" w:rsidRDefault="004C2B3E" w:rsidP="002A7D4F">
            <w:pPr>
              <w:spacing w:before="120" w:after="120" w:line="240" w:lineRule="auto"/>
              <w:jc w:val="both"/>
              <w:rPr>
                <w:szCs w:val="26"/>
              </w:rPr>
            </w:pPr>
          </w:p>
        </w:tc>
      </w:tr>
      <w:tr w:rsidR="004C2B3E" w:rsidRPr="004543E3" w14:paraId="0186F35C" w14:textId="77777777" w:rsidTr="004C2B3E">
        <w:tc>
          <w:tcPr>
            <w:tcW w:w="1098" w:type="dxa"/>
          </w:tcPr>
          <w:p w14:paraId="5768D3DD" w14:textId="73A6F1A7" w:rsidR="004C2B3E" w:rsidRPr="0007078F" w:rsidRDefault="002A7D4F" w:rsidP="002A7D4F">
            <w:pPr>
              <w:spacing w:before="120" w:after="120" w:line="240" w:lineRule="auto"/>
              <w:jc w:val="center"/>
              <w:rPr>
                <w:b/>
                <w:bCs/>
              </w:rPr>
            </w:pPr>
            <w:r>
              <w:rPr>
                <w:b/>
                <w:bCs/>
              </w:rPr>
              <w:lastRenderedPageBreak/>
              <w:t>2</w:t>
            </w:r>
          </w:p>
        </w:tc>
        <w:tc>
          <w:tcPr>
            <w:tcW w:w="6127" w:type="dxa"/>
          </w:tcPr>
          <w:p w14:paraId="6DF493F3" w14:textId="6DB01FB7" w:rsidR="004C2B3E" w:rsidRPr="004543E3" w:rsidRDefault="004C2B3E" w:rsidP="002A7D4F">
            <w:pPr>
              <w:spacing w:before="120" w:after="120" w:line="240" w:lineRule="auto"/>
              <w:jc w:val="both"/>
              <w:rPr>
                <w:rFonts w:cs="Times New Roman"/>
                <w:b/>
                <w:bCs/>
              </w:rPr>
            </w:pPr>
            <w:r w:rsidRPr="004543E3">
              <w:rPr>
                <w:rFonts w:cs="Times New Roman"/>
                <w:b/>
                <w:bCs/>
              </w:rPr>
              <w:t xml:space="preserve">Cục </w:t>
            </w:r>
            <w:proofErr w:type="spellStart"/>
            <w:r w:rsidRPr="004543E3">
              <w:rPr>
                <w:rFonts w:cs="Times New Roman"/>
                <w:b/>
                <w:bCs/>
              </w:rPr>
              <w:t>Bưu</w:t>
            </w:r>
            <w:proofErr w:type="spellEnd"/>
            <w:r w:rsidRPr="004543E3">
              <w:rPr>
                <w:rFonts w:cs="Times New Roman"/>
                <w:b/>
                <w:bCs/>
              </w:rPr>
              <w:t xml:space="preserve"> </w:t>
            </w:r>
            <w:proofErr w:type="spellStart"/>
            <w:r w:rsidRPr="004543E3">
              <w:rPr>
                <w:rFonts w:cs="Times New Roman"/>
                <w:b/>
                <w:bCs/>
              </w:rPr>
              <w:t>điện</w:t>
            </w:r>
            <w:proofErr w:type="spellEnd"/>
            <w:r w:rsidRPr="004543E3">
              <w:rPr>
                <w:rFonts w:cs="Times New Roman"/>
                <w:b/>
                <w:bCs/>
              </w:rPr>
              <w:t xml:space="preserve"> Trung </w:t>
            </w:r>
            <w:proofErr w:type="spellStart"/>
            <w:r w:rsidRPr="004543E3">
              <w:rPr>
                <w:rFonts w:cs="Times New Roman"/>
                <w:b/>
                <w:bCs/>
              </w:rPr>
              <w:t>ương</w:t>
            </w:r>
            <w:proofErr w:type="spellEnd"/>
            <w:r w:rsidRPr="004543E3">
              <w:rPr>
                <w:rFonts w:cs="Times New Roman"/>
                <w:b/>
                <w:bCs/>
              </w:rPr>
              <w:t>:</w:t>
            </w:r>
          </w:p>
          <w:p w14:paraId="1F7D9E70" w14:textId="3FD5E0A6" w:rsidR="004C2B3E" w:rsidRPr="004543E3" w:rsidRDefault="004C2B3E" w:rsidP="002A7D4F">
            <w:pPr>
              <w:spacing w:before="120" w:after="120" w:line="240" w:lineRule="auto"/>
              <w:jc w:val="both"/>
              <w:rPr>
                <w:rFonts w:cs="Times New Roman"/>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xem</w:t>
            </w:r>
            <w:proofErr w:type="spellEnd"/>
            <w:r w:rsidRPr="004543E3">
              <w:rPr>
                <w:rFonts w:cs="Times New Roman"/>
              </w:rPr>
              <w:t xml:space="preserve"> </w:t>
            </w:r>
            <w:proofErr w:type="spellStart"/>
            <w:r w:rsidRPr="004543E3">
              <w:rPr>
                <w:rFonts w:cs="Times New Roman"/>
              </w:rPr>
              <w:t>xét</w:t>
            </w:r>
            <w:proofErr w:type="spellEnd"/>
            <w:r w:rsidRPr="004543E3">
              <w:rPr>
                <w:rFonts w:cs="Times New Roman"/>
              </w:rPr>
              <w:t xml:space="preserve">, </w:t>
            </w:r>
            <w:proofErr w:type="spellStart"/>
            <w:r w:rsidRPr="004543E3">
              <w:rPr>
                <w:rFonts w:cs="Times New Roman"/>
              </w:rPr>
              <w:t>cân</w:t>
            </w:r>
            <w:proofErr w:type="spellEnd"/>
            <w:r w:rsidRPr="004543E3">
              <w:rPr>
                <w:rFonts w:cs="Times New Roman"/>
              </w:rPr>
              <w:t xml:space="preserve"> </w:t>
            </w:r>
            <w:proofErr w:type="spellStart"/>
            <w:r w:rsidRPr="004543E3">
              <w:rPr>
                <w:rFonts w:cs="Times New Roman"/>
              </w:rPr>
              <w:t>nhắc</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nội</w:t>
            </w:r>
            <w:proofErr w:type="spellEnd"/>
            <w:r w:rsidRPr="004543E3">
              <w:rPr>
                <w:rFonts w:cs="Times New Roman"/>
              </w:rPr>
              <w:t xml:space="preserve"> dung: “</w:t>
            </w:r>
            <w:proofErr w:type="spellStart"/>
            <w:r w:rsidRPr="004543E3">
              <w:rPr>
                <w:rFonts w:cs="Times New Roman"/>
                <w:i/>
                <w:iCs/>
              </w:rPr>
              <w:t>Có</w:t>
            </w:r>
            <w:proofErr w:type="spellEnd"/>
            <w:r w:rsidRPr="004543E3">
              <w:rPr>
                <w:rFonts w:cs="Times New Roman"/>
                <w:i/>
                <w:iCs/>
              </w:rPr>
              <w:t xml:space="preserve"> </w:t>
            </w:r>
            <w:proofErr w:type="spellStart"/>
            <w:r w:rsidRPr="004543E3">
              <w:rPr>
                <w:rFonts w:cs="Times New Roman"/>
                <w:i/>
                <w:iCs/>
              </w:rPr>
              <w:t>năng</w:t>
            </w:r>
            <w:proofErr w:type="spellEnd"/>
            <w:r w:rsidRPr="004543E3">
              <w:rPr>
                <w:rFonts w:cs="Times New Roman"/>
                <w:i/>
                <w:iCs/>
              </w:rPr>
              <w:t xml:space="preserve"> </w:t>
            </w:r>
            <w:proofErr w:type="spellStart"/>
            <w:r w:rsidRPr="004543E3">
              <w:rPr>
                <w:rFonts w:cs="Times New Roman"/>
                <w:i/>
                <w:iCs/>
              </w:rPr>
              <w:t>lực</w:t>
            </w:r>
            <w:proofErr w:type="spellEnd"/>
            <w:r w:rsidRPr="004543E3">
              <w:rPr>
                <w:rFonts w:cs="Times New Roman"/>
                <w:i/>
                <w:iCs/>
              </w:rPr>
              <w:t xml:space="preserve"> </w:t>
            </w:r>
            <w:proofErr w:type="spellStart"/>
            <w:r w:rsidRPr="004543E3">
              <w:rPr>
                <w:rFonts w:cs="Times New Roman"/>
                <w:i/>
                <w:iCs/>
              </w:rPr>
              <w:t>ứng</w:t>
            </w:r>
            <w:proofErr w:type="spellEnd"/>
            <w:r w:rsidRPr="004543E3">
              <w:rPr>
                <w:rFonts w:cs="Times New Roman"/>
                <w:i/>
                <w:iCs/>
              </w:rPr>
              <w:t xml:space="preserve"> </w:t>
            </w:r>
            <w:proofErr w:type="spellStart"/>
            <w:r w:rsidRPr="004543E3">
              <w:rPr>
                <w:rFonts w:cs="Times New Roman"/>
                <w:i/>
                <w:iCs/>
              </w:rPr>
              <w:t>dụng</w:t>
            </w:r>
            <w:proofErr w:type="spellEnd"/>
            <w:r w:rsidRPr="004543E3">
              <w:rPr>
                <w:rFonts w:cs="Times New Roman"/>
                <w:i/>
                <w:iCs/>
              </w:rPr>
              <w:t xml:space="preserve"> </w:t>
            </w:r>
            <w:proofErr w:type="spellStart"/>
            <w:r w:rsidRPr="004543E3">
              <w:rPr>
                <w:rFonts w:cs="Times New Roman"/>
                <w:i/>
                <w:iCs/>
              </w:rPr>
              <w:t>công</w:t>
            </w:r>
            <w:proofErr w:type="spellEnd"/>
            <w:r w:rsidRPr="004543E3">
              <w:rPr>
                <w:rFonts w:cs="Times New Roman"/>
                <w:i/>
                <w:iCs/>
              </w:rPr>
              <w:t xml:space="preserve"> </w:t>
            </w:r>
            <w:proofErr w:type="spellStart"/>
            <w:r w:rsidRPr="004543E3">
              <w:rPr>
                <w:rFonts w:cs="Times New Roman"/>
                <w:i/>
                <w:iCs/>
              </w:rPr>
              <w:t>nghệ</w:t>
            </w:r>
            <w:proofErr w:type="spellEnd"/>
            <w:r w:rsidRPr="004543E3">
              <w:rPr>
                <w:rFonts w:cs="Times New Roman"/>
                <w:i/>
                <w:iCs/>
              </w:rPr>
              <w:t xml:space="preserve"> </w:t>
            </w:r>
            <w:proofErr w:type="spellStart"/>
            <w:r w:rsidRPr="004543E3">
              <w:rPr>
                <w:rFonts w:cs="Times New Roman"/>
                <w:i/>
                <w:iCs/>
              </w:rPr>
              <w:t>số</w:t>
            </w:r>
            <w:proofErr w:type="spellEnd"/>
            <w:r w:rsidRPr="004543E3">
              <w:rPr>
                <w:rFonts w:cs="Times New Roman"/>
                <w:i/>
                <w:iCs/>
              </w:rPr>
              <w:t xml:space="preserve">, </w:t>
            </w:r>
            <w:proofErr w:type="spellStart"/>
            <w:r w:rsidRPr="004543E3">
              <w:rPr>
                <w:rFonts w:cs="Times New Roman"/>
                <w:i/>
                <w:iCs/>
              </w:rPr>
              <w:t>khai</w:t>
            </w:r>
            <w:proofErr w:type="spellEnd"/>
            <w:r w:rsidRPr="004543E3">
              <w:rPr>
                <w:rFonts w:cs="Times New Roman"/>
                <w:i/>
                <w:iCs/>
              </w:rPr>
              <w:t xml:space="preserve"> </w:t>
            </w:r>
            <w:proofErr w:type="spellStart"/>
            <w:r w:rsidRPr="004543E3">
              <w:rPr>
                <w:rFonts w:cs="Times New Roman"/>
                <w:i/>
                <w:iCs/>
              </w:rPr>
              <w:t>thác</w:t>
            </w:r>
            <w:proofErr w:type="spellEnd"/>
            <w:r w:rsidRPr="004543E3">
              <w:rPr>
                <w:rFonts w:cs="Times New Roman"/>
                <w:i/>
                <w:iCs/>
              </w:rPr>
              <w:t xml:space="preserve"> </w:t>
            </w:r>
            <w:proofErr w:type="spellStart"/>
            <w:r w:rsidRPr="004543E3">
              <w:rPr>
                <w:rFonts w:cs="Times New Roman"/>
                <w:i/>
                <w:iCs/>
              </w:rPr>
              <w:t>cơ</w:t>
            </w:r>
            <w:proofErr w:type="spellEnd"/>
            <w:r w:rsidRPr="004543E3">
              <w:rPr>
                <w:rFonts w:cs="Times New Roman"/>
                <w:i/>
                <w:iCs/>
              </w:rPr>
              <w:t xml:space="preserve"> </w:t>
            </w:r>
            <w:proofErr w:type="spellStart"/>
            <w:r w:rsidRPr="004543E3">
              <w:rPr>
                <w:rFonts w:cs="Times New Roman"/>
                <w:i/>
                <w:iCs/>
              </w:rPr>
              <w:t>sở</w:t>
            </w:r>
            <w:proofErr w:type="spellEnd"/>
            <w:r w:rsidRPr="004543E3">
              <w:rPr>
                <w:rFonts w:cs="Times New Roman"/>
                <w:i/>
                <w:iCs/>
              </w:rPr>
              <w:t xml:space="preserve"> </w:t>
            </w:r>
            <w:proofErr w:type="spellStart"/>
            <w:r w:rsidRPr="004543E3">
              <w:rPr>
                <w:rFonts w:cs="Times New Roman"/>
                <w:i/>
                <w:iCs/>
              </w:rPr>
              <w:t>dữ</w:t>
            </w:r>
            <w:proofErr w:type="spellEnd"/>
            <w:r w:rsidRPr="004543E3">
              <w:rPr>
                <w:rFonts w:cs="Times New Roman"/>
                <w:i/>
                <w:iCs/>
              </w:rPr>
              <w:t xml:space="preserve"> </w:t>
            </w:r>
            <w:proofErr w:type="spellStart"/>
            <w:r w:rsidRPr="004543E3">
              <w:rPr>
                <w:rFonts w:cs="Times New Roman"/>
                <w:i/>
                <w:iCs/>
              </w:rPr>
              <w:t>liệu</w:t>
            </w:r>
            <w:proofErr w:type="spellEnd"/>
            <w:r w:rsidRPr="004543E3">
              <w:rPr>
                <w:rFonts w:cs="Times New Roman"/>
                <w:i/>
                <w:iCs/>
              </w:rPr>
              <w:t xml:space="preserve"> </w:t>
            </w:r>
            <w:proofErr w:type="spellStart"/>
            <w:r w:rsidRPr="004543E3">
              <w:rPr>
                <w:rFonts w:cs="Times New Roman"/>
                <w:i/>
                <w:iCs/>
              </w:rPr>
              <w:t>chuyên</w:t>
            </w:r>
            <w:proofErr w:type="spellEnd"/>
            <w:r w:rsidRPr="004543E3">
              <w:rPr>
                <w:rFonts w:cs="Times New Roman"/>
                <w:i/>
                <w:iCs/>
              </w:rPr>
              <w:t xml:space="preserve"> </w:t>
            </w:r>
            <w:proofErr w:type="spellStart"/>
            <w:r w:rsidRPr="004543E3">
              <w:rPr>
                <w:rFonts w:cs="Times New Roman"/>
                <w:i/>
                <w:iCs/>
              </w:rPr>
              <w:t>ngành</w:t>
            </w:r>
            <w:proofErr w:type="spellEnd"/>
            <w:r w:rsidRPr="004543E3">
              <w:rPr>
                <w:rFonts w:cs="Times New Roman"/>
                <w:i/>
                <w:iCs/>
              </w:rPr>
              <w:t xml:space="preserve">; </w:t>
            </w:r>
            <w:proofErr w:type="spellStart"/>
            <w:r w:rsidRPr="004543E3">
              <w:rPr>
                <w:rFonts w:cs="Times New Roman"/>
                <w:i/>
                <w:iCs/>
              </w:rPr>
              <w:t>thực</w:t>
            </w:r>
            <w:proofErr w:type="spellEnd"/>
            <w:r w:rsidRPr="004543E3">
              <w:rPr>
                <w:rFonts w:cs="Times New Roman"/>
                <w:i/>
                <w:iCs/>
              </w:rPr>
              <w:t xml:space="preserve"> </w:t>
            </w:r>
            <w:proofErr w:type="spellStart"/>
            <w:r w:rsidRPr="004543E3">
              <w:rPr>
                <w:rFonts w:cs="Times New Roman"/>
                <w:i/>
                <w:iCs/>
              </w:rPr>
              <w:t>hiện</w:t>
            </w:r>
            <w:proofErr w:type="spellEnd"/>
            <w:r w:rsidRPr="004543E3">
              <w:rPr>
                <w:rFonts w:cs="Times New Roman"/>
                <w:i/>
                <w:iCs/>
              </w:rPr>
              <w:t xml:space="preserve"> </w:t>
            </w:r>
            <w:proofErr w:type="spellStart"/>
            <w:r w:rsidRPr="004543E3">
              <w:rPr>
                <w:rFonts w:cs="Times New Roman"/>
                <w:i/>
                <w:iCs/>
              </w:rPr>
              <w:t>kiểm</w:t>
            </w:r>
            <w:proofErr w:type="spellEnd"/>
            <w:r w:rsidRPr="004543E3">
              <w:rPr>
                <w:rFonts w:cs="Times New Roman"/>
                <w:i/>
                <w:iCs/>
              </w:rPr>
              <w:t xml:space="preserve"> </w:t>
            </w:r>
            <w:proofErr w:type="spellStart"/>
            <w:r w:rsidRPr="004543E3">
              <w:rPr>
                <w:rFonts w:cs="Times New Roman"/>
                <w:i/>
                <w:iCs/>
              </w:rPr>
              <w:t>tra</w:t>
            </w:r>
            <w:proofErr w:type="spellEnd"/>
            <w:r w:rsidRPr="004543E3">
              <w:rPr>
                <w:rFonts w:cs="Times New Roman"/>
                <w:i/>
                <w:iCs/>
              </w:rPr>
              <w:t xml:space="preserve">, </w:t>
            </w:r>
            <w:proofErr w:type="spellStart"/>
            <w:r w:rsidRPr="004543E3">
              <w:rPr>
                <w:rFonts w:cs="Times New Roman"/>
                <w:i/>
                <w:iCs/>
              </w:rPr>
              <w:t>giám</w:t>
            </w:r>
            <w:proofErr w:type="spellEnd"/>
            <w:r w:rsidRPr="004543E3">
              <w:rPr>
                <w:rFonts w:cs="Times New Roman"/>
                <w:i/>
                <w:iCs/>
              </w:rPr>
              <w:t xml:space="preserve"> </w:t>
            </w:r>
            <w:proofErr w:type="spellStart"/>
            <w:r w:rsidRPr="004543E3">
              <w:rPr>
                <w:rFonts w:cs="Times New Roman"/>
                <w:i/>
                <w:iCs/>
              </w:rPr>
              <w:t>sát</w:t>
            </w:r>
            <w:proofErr w:type="spellEnd"/>
            <w:r w:rsidRPr="004543E3">
              <w:rPr>
                <w:rFonts w:cs="Times New Roman"/>
                <w:i/>
                <w:iCs/>
              </w:rPr>
              <w:t xml:space="preserve"> </w:t>
            </w:r>
            <w:proofErr w:type="spellStart"/>
            <w:r w:rsidRPr="004543E3">
              <w:rPr>
                <w:rFonts w:cs="Times New Roman"/>
                <w:i/>
                <w:iCs/>
              </w:rPr>
              <w:t>thông</w:t>
            </w:r>
            <w:proofErr w:type="spellEnd"/>
            <w:r w:rsidRPr="004543E3">
              <w:rPr>
                <w:rFonts w:cs="Times New Roman"/>
                <w:i/>
                <w:iCs/>
              </w:rPr>
              <w:t xml:space="preserve"> qua </w:t>
            </w:r>
            <w:proofErr w:type="spellStart"/>
            <w:r w:rsidRPr="004543E3">
              <w:rPr>
                <w:rFonts w:cs="Times New Roman"/>
                <w:i/>
                <w:iCs/>
              </w:rPr>
              <w:t>hệ</w:t>
            </w:r>
            <w:proofErr w:type="spellEnd"/>
            <w:r w:rsidRPr="004543E3">
              <w:rPr>
                <w:rFonts w:cs="Times New Roman"/>
                <w:i/>
                <w:iCs/>
              </w:rPr>
              <w:t xml:space="preserve"> </w:t>
            </w:r>
            <w:proofErr w:type="spellStart"/>
            <w:r w:rsidRPr="004543E3">
              <w:rPr>
                <w:rFonts w:cs="Times New Roman"/>
                <w:i/>
                <w:iCs/>
              </w:rPr>
              <w:t>thống</w:t>
            </w:r>
            <w:proofErr w:type="spellEnd"/>
            <w:r w:rsidRPr="004543E3">
              <w:rPr>
                <w:rFonts w:cs="Times New Roman"/>
                <w:i/>
                <w:iCs/>
              </w:rPr>
              <w:t xml:space="preserve"> </w:t>
            </w:r>
            <w:proofErr w:type="spellStart"/>
            <w:r w:rsidRPr="004543E3">
              <w:rPr>
                <w:rFonts w:cs="Times New Roman"/>
                <w:i/>
                <w:iCs/>
              </w:rPr>
              <w:t>dữ</w:t>
            </w:r>
            <w:proofErr w:type="spellEnd"/>
            <w:r w:rsidRPr="004543E3">
              <w:rPr>
                <w:rFonts w:cs="Times New Roman"/>
                <w:i/>
                <w:iCs/>
              </w:rPr>
              <w:t xml:space="preserve"> </w:t>
            </w:r>
            <w:proofErr w:type="spellStart"/>
            <w:r w:rsidRPr="004543E3">
              <w:rPr>
                <w:rFonts w:cs="Times New Roman"/>
                <w:i/>
                <w:iCs/>
              </w:rPr>
              <w:t>liệu</w:t>
            </w:r>
            <w:proofErr w:type="spellEnd"/>
            <w:r w:rsidRPr="004543E3">
              <w:rPr>
                <w:rFonts w:cs="Times New Roman"/>
                <w:i/>
                <w:iCs/>
              </w:rPr>
              <w:t xml:space="preserve"> </w:t>
            </w:r>
            <w:proofErr w:type="spellStart"/>
            <w:r w:rsidRPr="004543E3">
              <w:rPr>
                <w:rFonts w:cs="Times New Roman"/>
                <w:i/>
                <w:iCs/>
              </w:rPr>
              <w:t>điện</w:t>
            </w:r>
            <w:proofErr w:type="spellEnd"/>
            <w:r w:rsidRPr="004543E3">
              <w:rPr>
                <w:rFonts w:cs="Times New Roman"/>
                <w:i/>
                <w:iCs/>
              </w:rPr>
              <w:t xml:space="preserve"> </w:t>
            </w:r>
            <w:proofErr w:type="spellStart"/>
            <w:r w:rsidRPr="004543E3">
              <w:rPr>
                <w:rFonts w:cs="Times New Roman"/>
                <w:i/>
                <w:iCs/>
              </w:rPr>
              <w:t>tử</w:t>
            </w:r>
            <w:proofErr w:type="spellEnd"/>
            <w:r w:rsidRPr="004543E3">
              <w:rPr>
                <w:rFonts w:cs="Times New Roman"/>
                <w:i/>
                <w:iCs/>
              </w:rPr>
              <w:t xml:space="preserve"> </w:t>
            </w:r>
            <w:proofErr w:type="spellStart"/>
            <w:r w:rsidRPr="004543E3">
              <w:rPr>
                <w:rFonts w:cs="Times New Roman"/>
                <w:i/>
                <w:iCs/>
              </w:rPr>
              <w:t>và</w:t>
            </w:r>
            <w:proofErr w:type="spellEnd"/>
            <w:r w:rsidRPr="004543E3">
              <w:rPr>
                <w:rFonts w:cs="Times New Roman"/>
                <w:i/>
                <w:iCs/>
              </w:rPr>
              <w:t xml:space="preserve"> </w:t>
            </w:r>
            <w:proofErr w:type="spellStart"/>
            <w:r w:rsidRPr="004543E3">
              <w:rPr>
                <w:rFonts w:cs="Times New Roman"/>
                <w:i/>
                <w:iCs/>
              </w:rPr>
              <w:t>nền</w:t>
            </w:r>
            <w:proofErr w:type="spellEnd"/>
            <w:r w:rsidRPr="004543E3">
              <w:rPr>
                <w:rFonts w:cs="Times New Roman"/>
                <w:i/>
                <w:iCs/>
              </w:rPr>
              <w:t xml:space="preserve"> </w:t>
            </w:r>
            <w:proofErr w:type="spellStart"/>
            <w:r w:rsidRPr="004543E3">
              <w:rPr>
                <w:rFonts w:cs="Times New Roman"/>
                <w:i/>
                <w:iCs/>
              </w:rPr>
              <w:t>tảng</w:t>
            </w:r>
            <w:proofErr w:type="spellEnd"/>
            <w:r w:rsidRPr="004543E3">
              <w:rPr>
                <w:rFonts w:cs="Times New Roman"/>
                <w:i/>
                <w:iCs/>
              </w:rPr>
              <w:t xml:space="preserve"> </w:t>
            </w:r>
            <w:proofErr w:type="spellStart"/>
            <w:r w:rsidRPr="004543E3">
              <w:rPr>
                <w:rFonts w:cs="Times New Roman"/>
                <w:i/>
                <w:iCs/>
              </w:rPr>
              <w:t>số</w:t>
            </w:r>
            <w:proofErr w:type="spellEnd"/>
            <w:r w:rsidRPr="004543E3">
              <w:rPr>
                <w:rFonts w:cs="Times New Roman"/>
                <w:i/>
                <w:iCs/>
              </w:rPr>
              <w:t xml:space="preserve"> </w:t>
            </w:r>
            <w:proofErr w:type="spellStart"/>
            <w:r w:rsidRPr="004543E3">
              <w:rPr>
                <w:rFonts w:cs="Times New Roman"/>
                <w:i/>
                <w:iCs/>
              </w:rPr>
              <w:t>theo</w:t>
            </w:r>
            <w:proofErr w:type="spellEnd"/>
            <w:r w:rsidRPr="004543E3">
              <w:rPr>
                <w:rFonts w:cs="Times New Roman"/>
                <w:i/>
                <w:iCs/>
              </w:rPr>
              <w:t xml:space="preserve"> </w:t>
            </w:r>
            <w:proofErr w:type="spellStart"/>
            <w:r w:rsidRPr="004543E3">
              <w:rPr>
                <w:rFonts w:cs="Times New Roman"/>
                <w:i/>
                <w:iCs/>
              </w:rPr>
              <w:t>yêu</w:t>
            </w:r>
            <w:proofErr w:type="spellEnd"/>
            <w:r w:rsidRPr="004543E3">
              <w:rPr>
                <w:rFonts w:cs="Times New Roman"/>
                <w:i/>
                <w:iCs/>
              </w:rPr>
              <w:t xml:space="preserve"> </w:t>
            </w:r>
            <w:proofErr w:type="spellStart"/>
            <w:r w:rsidRPr="004543E3">
              <w:rPr>
                <w:rFonts w:cs="Times New Roman"/>
                <w:i/>
                <w:iCs/>
              </w:rPr>
              <w:t>cầu</w:t>
            </w:r>
            <w:proofErr w:type="spellEnd"/>
            <w:r w:rsidRPr="004543E3">
              <w:rPr>
                <w:rFonts w:cs="Times New Roman"/>
                <w:i/>
                <w:iCs/>
              </w:rPr>
              <w:t xml:space="preserve"> </w:t>
            </w:r>
            <w:proofErr w:type="spellStart"/>
            <w:r w:rsidRPr="004543E3">
              <w:rPr>
                <w:rFonts w:cs="Times New Roman"/>
                <w:i/>
                <w:iCs/>
              </w:rPr>
              <w:t>vị</w:t>
            </w:r>
            <w:proofErr w:type="spellEnd"/>
            <w:r w:rsidRPr="004543E3">
              <w:rPr>
                <w:rFonts w:cs="Times New Roman"/>
                <w:i/>
                <w:iCs/>
              </w:rPr>
              <w:t xml:space="preserve"> </w:t>
            </w:r>
            <w:proofErr w:type="spellStart"/>
            <w:r w:rsidRPr="004543E3">
              <w:rPr>
                <w:rFonts w:cs="Times New Roman"/>
                <w:i/>
                <w:iCs/>
              </w:rPr>
              <w:t>trí</w:t>
            </w:r>
            <w:proofErr w:type="spellEnd"/>
            <w:r w:rsidRPr="004543E3">
              <w:rPr>
                <w:rFonts w:cs="Times New Roman"/>
                <w:i/>
                <w:iCs/>
              </w:rPr>
              <w:t xml:space="preserve"> </w:t>
            </w:r>
            <w:proofErr w:type="spellStart"/>
            <w:r w:rsidRPr="004543E3">
              <w:rPr>
                <w:rFonts w:cs="Times New Roman"/>
                <w:i/>
                <w:iCs/>
              </w:rPr>
              <w:t>việc</w:t>
            </w:r>
            <w:proofErr w:type="spellEnd"/>
            <w:r w:rsidRPr="004543E3">
              <w:rPr>
                <w:rFonts w:cs="Times New Roman"/>
                <w:i/>
                <w:iCs/>
              </w:rPr>
              <w:t xml:space="preserve"> </w:t>
            </w:r>
            <w:proofErr w:type="spellStart"/>
            <w:r w:rsidRPr="004543E3">
              <w:rPr>
                <w:rFonts w:cs="Times New Roman"/>
                <w:i/>
                <w:iCs/>
              </w:rPr>
              <w:t>làm</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5, </w:t>
            </w:r>
            <w:proofErr w:type="spellStart"/>
            <w:r w:rsidRPr="004543E3">
              <w:rPr>
                <w:rFonts w:cs="Times New Roman"/>
              </w:rPr>
              <w:t>Điều</w:t>
            </w:r>
            <w:proofErr w:type="spellEnd"/>
            <w:r w:rsidRPr="004543E3">
              <w:rPr>
                <w:rFonts w:cs="Times New Roman"/>
              </w:rPr>
              <w:t xml:space="preserve"> 6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7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
          <w:p w14:paraId="1E6C20FF" w14:textId="77777777" w:rsidR="004C2B3E" w:rsidRPr="004543E3" w:rsidRDefault="004C2B3E" w:rsidP="002A7D4F">
            <w:pPr>
              <w:spacing w:before="120" w:after="120" w:line="240" w:lineRule="auto"/>
              <w:jc w:val="both"/>
              <w:rPr>
                <w:rFonts w:cs="Times New Roman"/>
              </w:rPr>
            </w:pPr>
            <w:r w:rsidRPr="004543E3">
              <w:rPr>
                <w:rFonts w:cs="Times New Roman"/>
              </w:rPr>
              <w:t xml:space="preserve">Lý </w:t>
            </w:r>
            <w:proofErr w:type="gramStart"/>
            <w:r w:rsidRPr="004543E3">
              <w:rPr>
                <w:rFonts w:cs="Times New Roman"/>
              </w:rPr>
              <w:t>do</w:t>
            </w:r>
            <w:proofErr w:type="gramEnd"/>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3 </w:t>
            </w:r>
            <w:proofErr w:type="spellStart"/>
            <w:r w:rsidRPr="004543E3">
              <w:rPr>
                <w:rFonts w:cs="Times New Roman"/>
              </w:rPr>
              <w:t>Điều</w:t>
            </w:r>
            <w:proofErr w:type="spellEnd"/>
            <w:r w:rsidRPr="004543E3">
              <w:rPr>
                <w:rFonts w:cs="Times New Roman"/>
              </w:rPr>
              <w:t xml:space="preserve"> 8 </w:t>
            </w:r>
            <w:proofErr w:type="spellStart"/>
            <w:r w:rsidRPr="004543E3">
              <w:rPr>
                <w:rFonts w:cs="Times New Roman"/>
              </w:rPr>
              <w:t>va</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29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Cán</w:t>
            </w:r>
            <w:proofErr w:type="spellEnd"/>
            <w:r w:rsidRPr="004543E3">
              <w:rPr>
                <w:rFonts w:cs="Times New Roman"/>
              </w:rPr>
              <w:t xml:space="preserve">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ngạch</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w:t>
            </w:r>
            <w:proofErr w:type="spellStart"/>
            <w:r w:rsidRPr="004543E3">
              <w:rPr>
                <w:rFonts w:cs="Times New Roman"/>
              </w:rPr>
              <w:t>va</w:t>
            </w:r>
            <w:proofErr w:type="spellEnd"/>
            <w:r w:rsidRPr="004543E3">
              <w:rPr>
                <w:rFonts w:cs="Times New Roman"/>
              </w:rPr>
              <w:t xml:space="preserve">̀ </w:t>
            </w:r>
            <w:proofErr w:type="spellStart"/>
            <w:r w:rsidRPr="004543E3">
              <w:rPr>
                <w:rFonts w:cs="Times New Roman"/>
              </w:rPr>
              <w:t>việc</w:t>
            </w:r>
            <w:proofErr w:type="spellEnd"/>
            <w:r w:rsidRPr="004543E3">
              <w:rPr>
                <w:rFonts w:cs="Times New Roman"/>
              </w:rPr>
              <w:t xml:space="preserve"> </w:t>
            </w:r>
            <w:proofErr w:type="spellStart"/>
            <w:r w:rsidRPr="004543E3">
              <w:rPr>
                <w:rFonts w:cs="Times New Roman"/>
              </w:rPr>
              <w:t>bố</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sử</w:t>
            </w:r>
            <w:proofErr w:type="spellEnd"/>
            <w:r w:rsidRPr="004543E3">
              <w:rPr>
                <w:rFonts w:cs="Times New Roman"/>
              </w:rPr>
              <w:t xml:space="preserve"> </w:t>
            </w:r>
            <w:proofErr w:type="spellStart"/>
            <w:r w:rsidRPr="004543E3">
              <w:rPr>
                <w:rFonts w:cs="Times New Roman"/>
              </w:rPr>
              <w:t>dụng</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w:t>
            </w:r>
            <w:proofErr w:type="spellStart"/>
            <w:r w:rsidRPr="004543E3">
              <w:rPr>
                <w:rFonts w:cs="Times New Roman"/>
              </w:rPr>
              <w:t>phải</w:t>
            </w:r>
            <w:proofErr w:type="spellEnd"/>
            <w:r w:rsidRPr="004543E3">
              <w:rPr>
                <w:rFonts w:cs="Times New Roman"/>
              </w:rPr>
              <w:t xml:space="preserve"> </w:t>
            </w:r>
            <w:proofErr w:type="spellStart"/>
            <w:r w:rsidRPr="004543E3">
              <w:rPr>
                <w:rFonts w:cs="Times New Roman"/>
              </w:rPr>
              <w:t>căn</w:t>
            </w:r>
            <w:proofErr w:type="spellEnd"/>
            <w:r w:rsidRPr="004543E3">
              <w:rPr>
                <w:rFonts w:cs="Times New Roman"/>
              </w:rPr>
              <w:t xml:space="preserve"> </w:t>
            </w:r>
            <w:proofErr w:type="spellStart"/>
            <w:r w:rsidRPr="004543E3">
              <w:rPr>
                <w:rFonts w:cs="Times New Roman"/>
              </w:rPr>
              <w:t>cư</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việc</w:t>
            </w:r>
            <w:proofErr w:type="spellEnd"/>
            <w:r w:rsidRPr="004543E3">
              <w:rPr>
                <w:rFonts w:cs="Times New Roman"/>
              </w:rPr>
              <w:t xml:space="preserve"> </w:t>
            </w:r>
            <w:proofErr w:type="spellStart"/>
            <w:r w:rsidRPr="004543E3">
              <w:rPr>
                <w:rFonts w:cs="Times New Roman"/>
              </w:rPr>
              <w:t>làm</w:t>
            </w:r>
            <w:proofErr w:type="spellEnd"/>
            <w:r w:rsidRPr="004543E3">
              <w:rPr>
                <w:rFonts w:cs="Times New Roman"/>
              </w:rPr>
              <w:t xml:space="preserve">. Do </w:t>
            </w:r>
            <w:proofErr w:type="spellStart"/>
            <w:r w:rsidRPr="004543E3">
              <w:rPr>
                <w:rFonts w:cs="Times New Roman"/>
              </w:rPr>
              <w:t>đó</w:t>
            </w:r>
            <w:proofErr w:type="spellEnd"/>
            <w:r w:rsidRPr="004543E3">
              <w:rPr>
                <w:rFonts w:cs="Times New Roman"/>
              </w:rPr>
              <w:t xml:space="preserve">, </w:t>
            </w:r>
            <w:proofErr w:type="spellStart"/>
            <w:r w:rsidRPr="004543E3">
              <w:rPr>
                <w:rFonts w:cs="Times New Roman"/>
              </w:rPr>
              <w:t>việc</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nội</w:t>
            </w:r>
            <w:proofErr w:type="spellEnd"/>
            <w:r w:rsidRPr="004543E3">
              <w:rPr>
                <w:rFonts w:cs="Times New Roman"/>
              </w:rPr>
              <w:t xml:space="preserve"> dung </w:t>
            </w:r>
            <w:proofErr w:type="spellStart"/>
            <w:r w:rsidRPr="004543E3">
              <w:rPr>
                <w:rFonts w:cs="Times New Roman"/>
              </w:rPr>
              <w:t>trên</w:t>
            </w:r>
            <w:proofErr w:type="spellEnd"/>
            <w:r w:rsidRPr="004543E3">
              <w:rPr>
                <w:rFonts w:cs="Times New Roman"/>
              </w:rPr>
              <w:t xml:space="preserve"> </w:t>
            </w:r>
            <w:proofErr w:type="spellStart"/>
            <w:r w:rsidRPr="004543E3">
              <w:rPr>
                <w:rFonts w:cs="Times New Roman"/>
              </w:rPr>
              <w:t>nhằm</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chuẩn</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yêu</w:t>
            </w:r>
            <w:proofErr w:type="spellEnd"/>
            <w:r w:rsidRPr="004543E3">
              <w:rPr>
                <w:rFonts w:cs="Times New Roman"/>
              </w:rPr>
              <w:t xml:space="preserve"> </w:t>
            </w:r>
            <w:proofErr w:type="spellStart"/>
            <w:r w:rsidRPr="004543E3">
              <w:rPr>
                <w:rFonts w:cs="Times New Roman"/>
              </w:rPr>
              <w:t>cầu</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bối</w:t>
            </w:r>
            <w:proofErr w:type="spellEnd"/>
            <w:r w:rsidRPr="004543E3">
              <w:rPr>
                <w:rFonts w:cs="Times New Roman"/>
              </w:rPr>
              <w:t xml:space="preserve"> </w:t>
            </w:r>
            <w:proofErr w:type="spellStart"/>
            <w:r w:rsidRPr="004543E3">
              <w:rPr>
                <w:rFonts w:cs="Times New Roman"/>
              </w:rPr>
              <w:t>cảnh</w:t>
            </w:r>
            <w:proofErr w:type="spellEnd"/>
            <w:r w:rsidRPr="004543E3">
              <w:rPr>
                <w:rFonts w:cs="Times New Roman"/>
              </w:rPr>
              <w:t xml:space="preserve"> </w:t>
            </w:r>
            <w:proofErr w:type="spellStart"/>
            <w:r w:rsidRPr="004543E3">
              <w:rPr>
                <w:rFonts w:cs="Times New Roman"/>
              </w:rPr>
              <w:t>chuyển</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đồng</w:t>
            </w:r>
            <w:proofErr w:type="spellEnd"/>
            <w:r w:rsidRPr="004543E3">
              <w:rPr>
                <w:rFonts w:cs="Times New Roman"/>
              </w:rPr>
              <w:t xml:space="preserve">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với</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thúc</w:t>
            </w:r>
            <w:proofErr w:type="spellEnd"/>
            <w:r w:rsidRPr="004543E3">
              <w:rPr>
                <w:rFonts w:cs="Times New Roman"/>
              </w:rPr>
              <w:t xml:space="preserve"> </w:t>
            </w:r>
            <w:proofErr w:type="spellStart"/>
            <w:r w:rsidRPr="004543E3">
              <w:rPr>
                <w:rFonts w:cs="Times New Roman"/>
              </w:rPr>
              <w:t>đẩy</w:t>
            </w:r>
            <w:proofErr w:type="spellEnd"/>
            <w:r w:rsidRPr="004543E3">
              <w:rPr>
                <w:rFonts w:cs="Times New Roman"/>
              </w:rPr>
              <w:t xml:space="preserve"> </w:t>
            </w:r>
            <w:proofErr w:type="spellStart"/>
            <w:r w:rsidRPr="004543E3">
              <w:rPr>
                <w:rFonts w:cs="Times New Roman"/>
              </w:rPr>
              <w:t>ứng</w:t>
            </w:r>
            <w:proofErr w:type="spellEnd"/>
            <w:r w:rsidRPr="004543E3">
              <w:rPr>
                <w:rFonts w:cs="Times New Roman"/>
              </w:rPr>
              <w:t xml:space="preserve"> </w:t>
            </w:r>
            <w:proofErr w:type="spellStart"/>
            <w:r w:rsidRPr="004543E3">
              <w:rPr>
                <w:rFonts w:cs="Times New Roman"/>
              </w:rPr>
              <w:t>dụng</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nghê</w:t>
            </w:r>
            <w:proofErr w:type="spellEnd"/>
            <w:r w:rsidRPr="004543E3">
              <w:rPr>
                <w:rFonts w:cs="Times New Roman"/>
              </w:rPr>
              <w:t xml:space="preserve">̣ </w:t>
            </w:r>
            <w:proofErr w:type="spellStart"/>
            <w:r w:rsidRPr="004543E3">
              <w:rPr>
                <w:rFonts w:cs="Times New Roman"/>
              </w:rPr>
              <w:t>va</w:t>
            </w:r>
            <w:proofErr w:type="spellEnd"/>
            <w:r w:rsidRPr="004543E3">
              <w:rPr>
                <w:rFonts w:cs="Times New Roman"/>
              </w:rPr>
              <w:t xml:space="preserve">̀ </w:t>
            </w:r>
            <w:proofErr w:type="spellStart"/>
            <w:r w:rsidRPr="004543E3">
              <w:rPr>
                <w:rFonts w:cs="Times New Roman"/>
              </w:rPr>
              <w:t>chuyển</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hàng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3 </w:t>
            </w:r>
            <w:proofErr w:type="spellStart"/>
            <w:r w:rsidRPr="004543E3">
              <w:rPr>
                <w:rFonts w:cs="Times New Roman"/>
              </w:rPr>
              <w:t>Điều</w:t>
            </w:r>
            <w:proofErr w:type="spellEnd"/>
            <w:r w:rsidRPr="004543E3">
              <w:rPr>
                <w:rFonts w:cs="Times New Roman"/>
              </w:rPr>
              <w:t xml:space="preserve"> 6đ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78/2025/QH15.</w:t>
            </w:r>
          </w:p>
          <w:p w14:paraId="52FD0A80" w14:textId="779ABB6E" w:rsidR="004C2B3E" w:rsidRPr="004543E3" w:rsidRDefault="004C2B3E" w:rsidP="002A7D4F">
            <w:pPr>
              <w:spacing w:before="120" w:after="120" w:line="240" w:lineRule="auto"/>
              <w:jc w:val="both"/>
              <w:rPr>
                <w:rFonts w:cs="Times New Roman"/>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xem</w:t>
            </w:r>
            <w:proofErr w:type="spellEnd"/>
            <w:r w:rsidRPr="004543E3">
              <w:rPr>
                <w:rFonts w:cs="Times New Roman"/>
              </w:rPr>
              <w:t xml:space="preserve"> </w:t>
            </w:r>
            <w:proofErr w:type="spellStart"/>
            <w:r w:rsidRPr="004543E3">
              <w:rPr>
                <w:rFonts w:cs="Times New Roman"/>
              </w:rPr>
              <w:t>xét</w:t>
            </w:r>
            <w:proofErr w:type="spellEnd"/>
            <w:r w:rsidRPr="004543E3">
              <w:rPr>
                <w:rFonts w:cs="Times New Roman"/>
              </w:rPr>
              <w:t xml:space="preserve">, </w:t>
            </w:r>
            <w:proofErr w:type="spellStart"/>
            <w:r w:rsidRPr="004543E3">
              <w:rPr>
                <w:rFonts w:cs="Times New Roman"/>
              </w:rPr>
              <w:t>cân</w:t>
            </w:r>
            <w:proofErr w:type="spellEnd"/>
            <w:r w:rsidRPr="004543E3">
              <w:rPr>
                <w:rFonts w:cs="Times New Roman"/>
              </w:rPr>
              <w:t xml:space="preserve"> </w:t>
            </w:r>
            <w:proofErr w:type="spellStart"/>
            <w:r w:rsidRPr="004543E3">
              <w:rPr>
                <w:rFonts w:cs="Times New Roman"/>
              </w:rPr>
              <w:t>nhắc</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nội</w:t>
            </w:r>
            <w:proofErr w:type="spellEnd"/>
            <w:r w:rsidRPr="004543E3">
              <w:rPr>
                <w:rFonts w:cs="Times New Roman"/>
              </w:rPr>
              <w:t xml:space="preserve"> dung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tra</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hàng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theo</w:t>
            </w:r>
            <w:proofErr w:type="spellEnd"/>
            <w:r w:rsidRPr="004543E3">
              <w:rPr>
                <w:rFonts w:cs="Times New Roman"/>
              </w:rPr>
              <w:t xml:space="preserve"> </w:t>
            </w:r>
            <w:proofErr w:type="spellStart"/>
            <w:r w:rsidRPr="004543E3">
              <w:rPr>
                <w:rFonts w:cs="Times New Roman"/>
              </w:rPr>
              <w:t>hướng</w:t>
            </w:r>
            <w:proofErr w:type="spellEnd"/>
            <w:r w:rsidRPr="004543E3">
              <w:rPr>
                <w:rFonts w:cs="Times New Roman"/>
              </w:rPr>
              <w:t xml:space="preserve"> </w:t>
            </w:r>
            <w:proofErr w:type="spellStart"/>
            <w:r w:rsidRPr="004543E3">
              <w:rPr>
                <w:rFonts w:cs="Times New Roman"/>
              </w:rPr>
              <w:t>thực</w:t>
            </w:r>
            <w:proofErr w:type="spellEnd"/>
            <w:r w:rsidRPr="004543E3">
              <w:rPr>
                <w:rFonts w:cs="Times New Roman"/>
              </w:rPr>
              <w:t xml:space="preserve"> </w:t>
            </w:r>
            <w:proofErr w:type="spellStart"/>
            <w:r w:rsidRPr="004543E3">
              <w:rPr>
                <w:rFonts w:cs="Times New Roman"/>
              </w:rPr>
              <w:t>hiện</w:t>
            </w:r>
            <w:proofErr w:type="spellEnd"/>
            <w:r w:rsidRPr="004543E3">
              <w:rPr>
                <w:rFonts w:cs="Times New Roman"/>
              </w:rPr>
              <w:t xml:space="preserve"> </w:t>
            </w:r>
            <w:proofErr w:type="spellStart"/>
            <w:r w:rsidRPr="004543E3">
              <w:rPr>
                <w:rFonts w:cs="Times New Roman"/>
              </w:rPr>
              <w:t>trên</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sở</w:t>
            </w:r>
            <w:proofErr w:type="spellEnd"/>
            <w:r w:rsidRPr="004543E3">
              <w:rPr>
                <w:rFonts w:cs="Times New Roman"/>
              </w:rPr>
              <w:t xml:space="preserve">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loại</w:t>
            </w:r>
            <w:proofErr w:type="spellEnd"/>
            <w:r w:rsidRPr="004543E3">
              <w:rPr>
                <w:rFonts w:cs="Times New Roman"/>
              </w:rPr>
              <w:t xml:space="preserve"> 03 </w:t>
            </w:r>
            <w:proofErr w:type="spellStart"/>
            <w:r w:rsidRPr="004543E3">
              <w:rPr>
                <w:rFonts w:cs="Times New Roman"/>
              </w:rPr>
              <w:t>mức</w:t>
            </w:r>
            <w:proofErr w:type="spellEnd"/>
            <w:r w:rsidRPr="004543E3">
              <w:rPr>
                <w:rFonts w:cs="Times New Roman"/>
              </w:rPr>
              <w:t xml:space="preserve"> </w:t>
            </w:r>
            <w:proofErr w:type="spellStart"/>
            <w:r w:rsidRPr="004543E3">
              <w:rPr>
                <w:rFonts w:cs="Times New Roman"/>
              </w:rPr>
              <w:t>độ</w:t>
            </w:r>
            <w:proofErr w:type="spellEnd"/>
            <w:r w:rsidRPr="004543E3">
              <w:rPr>
                <w:rFonts w:cs="Times New Roman"/>
              </w:rPr>
              <w:t xml:space="preserve"> </w:t>
            </w:r>
            <w:proofErr w:type="spellStart"/>
            <w:r w:rsidRPr="004543E3">
              <w:rPr>
                <w:rFonts w:cs="Times New Roman"/>
              </w:rPr>
              <w:t>rủi</w:t>
            </w:r>
            <w:proofErr w:type="spellEnd"/>
            <w:r w:rsidRPr="004543E3">
              <w:rPr>
                <w:rFonts w:cs="Times New Roman"/>
              </w:rPr>
              <w:t xml:space="preserve"> </w:t>
            </w:r>
            <w:proofErr w:type="spellStart"/>
            <w:r w:rsidRPr="004543E3">
              <w:rPr>
                <w:rFonts w:cs="Times New Roman"/>
              </w:rPr>
              <w:t>ro</w:t>
            </w:r>
            <w:proofErr w:type="spellEnd"/>
            <w:r w:rsidRPr="004543E3">
              <w:rPr>
                <w:rFonts w:cs="Times New Roman"/>
              </w:rPr>
              <w:t xml:space="preserve">: </w:t>
            </w:r>
            <w:proofErr w:type="spellStart"/>
            <w:r w:rsidRPr="004543E3">
              <w:rPr>
                <w:rFonts w:cs="Times New Roman"/>
              </w:rPr>
              <w:t>thấp</w:t>
            </w:r>
            <w:proofErr w:type="spellEnd"/>
            <w:r w:rsidRPr="004543E3">
              <w:rPr>
                <w:rFonts w:cs="Times New Roman"/>
              </w:rPr>
              <w:t xml:space="preserve">, </w:t>
            </w:r>
            <w:proofErr w:type="spellStart"/>
            <w:r w:rsidRPr="004543E3">
              <w:rPr>
                <w:rFonts w:cs="Times New Roman"/>
              </w:rPr>
              <w:t>trung</w:t>
            </w:r>
            <w:proofErr w:type="spellEnd"/>
            <w:r w:rsidRPr="004543E3">
              <w:rPr>
                <w:rFonts w:cs="Times New Roman"/>
              </w:rPr>
              <w:t xml:space="preserve"> </w:t>
            </w:r>
            <w:proofErr w:type="spellStart"/>
            <w:r w:rsidRPr="004543E3">
              <w:rPr>
                <w:rFonts w:cs="Times New Roman"/>
              </w:rPr>
              <w:t>bình</w:t>
            </w:r>
            <w:proofErr w:type="spellEnd"/>
            <w:r w:rsidRPr="004543E3">
              <w:rPr>
                <w:rFonts w:cs="Times New Roman"/>
              </w:rPr>
              <w:t xml:space="preserve"> </w:t>
            </w:r>
            <w:proofErr w:type="spellStart"/>
            <w:r w:rsidRPr="004543E3">
              <w:rPr>
                <w:rFonts w:cs="Times New Roman"/>
              </w:rPr>
              <w:t>va</w:t>
            </w:r>
            <w:proofErr w:type="spellEnd"/>
            <w:r w:rsidRPr="004543E3">
              <w:rPr>
                <w:rFonts w:cs="Times New Roman"/>
              </w:rPr>
              <w:t xml:space="preserve">̀ </w:t>
            </w:r>
            <w:proofErr w:type="spellStart"/>
            <w:r w:rsidRPr="004543E3">
              <w:rPr>
                <w:rFonts w:cs="Times New Roman"/>
              </w:rPr>
              <w:t>cao</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2 </w:t>
            </w:r>
            <w:proofErr w:type="spellStart"/>
            <w:r w:rsidRPr="004543E3">
              <w:rPr>
                <w:rFonts w:cs="Times New Roman"/>
              </w:rPr>
              <w:t>Điều</w:t>
            </w:r>
            <w:proofErr w:type="spellEnd"/>
            <w:r w:rsidRPr="004543E3">
              <w:rPr>
                <w:rFonts w:cs="Times New Roman"/>
              </w:rPr>
              <w:t xml:space="preserve"> 5, </w:t>
            </w:r>
            <w:proofErr w:type="spellStart"/>
            <w:r w:rsidRPr="004543E3">
              <w:rPr>
                <w:rFonts w:cs="Times New Roman"/>
              </w:rPr>
              <w:t>khoản</w:t>
            </w:r>
            <w:proofErr w:type="spellEnd"/>
            <w:r w:rsidRPr="004543E3">
              <w:rPr>
                <w:rFonts w:cs="Times New Roman"/>
              </w:rPr>
              <w:t xml:space="preserve"> 2 </w:t>
            </w:r>
            <w:proofErr w:type="spellStart"/>
            <w:r w:rsidRPr="004543E3">
              <w:rPr>
                <w:rFonts w:cs="Times New Roman"/>
              </w:rPr>
              <w:t>Điều</w:t>
            </w:r>
            <w:proofErr w:type="spellEnd"/>
            <w:r w:rsidRPr="004543E3">
              <w:rPr>
                <w:rFonts w:cs="Times New Roman"/>
              </w:rPr>
              <w:t xml:space="preserve"> 6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2 </w:t>
            </w:r>
            <w:proofErr w:type="spellStart"/>
            <w:r w:rsidRPr="004543E3">
              <w:rPr>
                <w:rFonts w:cs="Times New Roman"/>
              </w:rPr>
              <w:t>Điều</w:t>
            </w:r>
            <w:proofErr w:type="spellEnd"/>
            <w:r w:rsidRPr="004543E3">
              <w:rPr>
                <w:rFonts w:cs="Times New Roman"/>
              </w:rPr>
              <w:t xml:space="preserve"> 7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
          <w:p w14:paraId="413BCE31" w14:textId="5088AF0F" w:rsidR="004C2B3E" w:rsidRPr="004543E3" w:rsidRDefault="004C2B3E" w:rsidP="002A7D4F">
            <w:pPr>
              <w:spacing w:before="120" w:after="120" w:line="240" w:lineRule="auto"/>
              <w:jc w:val="both"/>
              <w:rPr>
                <w:rFonts w:cs="Times New Roman"/>
              </w:rPr>
            </w:pPr>
            <w:r w:rsidRPr="004543E3">
              <w:rPr>
                <w:rFonts w:cs="Times New Roman"/>
              </w:rPr>
              <w:t xml:space="preserve">Lý </w:t>
            </w:r>
            <w:proofErr w:type="gramStart"/>
            <w:r w:rsidRPr="004543E3">
              <w:rPr>
                <w:rFonts w:cs="Times New Roman"/>
              </w:rPr>
              <w:t>do</w:t>
            </w:r>
            <w:proofErr w:type="gramEnd"/>
            <w:r w:rsidRPr="004543E3">
              <w:rPr>
                <w:rFonts w:cs="Times New Roman"/>
              </w:rPr>
              <w:t xml:space="preserve">: </w:t>
            </w:r>
            <w:proofErr w:type="spellStart"/>
            <w:r w:rsidRPr="004543E3">
              <w:rPr>
                <w:rFonts w:cs="Times New Roman"/>
              </w:rPr>
              <w:t>Để</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với</w:t>
            </w:r>
            <w:proofErr w:type="spellEnd"/>
            <w:r w:rsidRPr="004543E3">
              <w:rPr>
                <w:rFonts w:cs="Times New Roman"/>
              </w:rPr>
              <w:t xml:space="preserve"> </w:t>
            </w:r>
            <w:proofErr w:type="spellStart"/>
            <w:r w:rsidRPr="004543E3">
              <w:rPr>
                <w:rFonts w:cs="Times New Roman"/>
              </w:rPr>
              <w:t>nguyên</w:t>
            </w:r>
            <w:proofErr w:type="spellEnd"/>
            <w:r w:rsidRPr="004543E3">
              <w:rPr>
                <w:rFonts w:cs="Times New Roman"/>
              </w:rPr>
              <w:t xml:space="preserve"> </w:t>
            </w:r>
            <w:proofErr w:type="spellStart"/>
            <w:r w:rsidRPr="004543E3">
              <w:rPr>
                <w:rFonts w:cs="Times New Roman"/>
              </w:rPr>
              <w:t>tắc</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5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một</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hàng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78/2025/QH15), </w:t>
            </w:r>
            <w:proofErr w:type="spellStart"/>
            <w:r w:rsidRPr="004543E3">
              <w:rPr>
                <w:rFonts w:cs="Times New Roman"/>
              </w:rPr>
              <w:t>theo</w:t>
            </w:r>
            <w:proofErr w:type="spellEnd"/>
            <w:r w:rsidRPr="004543E3">
              <w:rPr>
                <w:rFonts w:cs="Times New Roman"/>
              </w:rPr>
              <w:t xml:space="preserve"> </w:t>
            </w:r>
            <w:proofErr w:type="spellStart"/>
            <w:r w:rsidRPr="004543E3">
              <w:rPr>
                <w:rFonts w:cs="Times New Roman"/>
              </w:rPr>
              <w:t>đó</w:t>
            </w:r>
            <w:proofErr w:type="spellEnd"/>
            <w:r w:rsidRPr="004543E3">
              <w:rPr>
                <w:rFonts w:cs="Times New Roman"/>
              </w:rPr>
              <w:t xml:space="preserve"> </w:t>
            </w:r>
            <w:proofErr w:type="spellStart"/>
            <w:r w:rsidRPr="004543E3">
              <w:rPr>
                <w:rFonts w:cs="Times New Roman"/>
              </w:rPr>
              <w:t>đa</w:t>
            </w:r>
            <w:proofErr w:type="spellEnd"/>
            <w:r w:rsidRPr="004543E3">
              <w:rPr>
                <w:rFonts w:cs="Times New Roman"/>
              </w:rPr>
              <w:t xml:space="preserve">̃ </w:t>
            </w:r>
            <w:proofErr w:type="spellStart"/>
            <w:r w:rsidRPr="004543E3">
              <w:rPr>
                <w:rFonts w:cs="Times New Roman"/>
              </w:rPr>
              <w:t>thay</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phương</w:t>
            </w:r>
            <w:proofErr w:type="spellEnd"/>
            <w:r w:rsidRPr="004543E3">
              <w:rPr>
                <w:rFonts w:cs="Times New Roman"/>
              </w:rPr>
              <w:t xml:space="preserve"> </w:t>
            </w:r>
            <w:proofErr w:type="spellStart"/>
            <w:r w:rsidRPr="004543E3">
              <w:rPr>
                <w:rFonts w:cs="Times New Roman"/>
              </w:rPr>
              <w:t>thức</w:t>
            </w:r>
            <w:proofErr w:type="spellEnd"/>
            <w:r w:rsidRPr="004543E3">
              <w:rPr>
                <w:rFonts w:cs="Times New Roman"/>
              </w:rPr>
              <w:t xml:space="preserve">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loại</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w:t>
            </w:r>
            <w:proofErr w:type="spellStart"/>
            <w:r w:rsidRPr="004543E3">
              <w:rPr>
                <w:rFonts w:cs="Times New Roman"/>
              </w:rPr>
              <w:t>Nhóm</w:t>
            </w:r>
            <w:proofErr w:type="spellEnd"/>
            <w:r w:rsidRPr="004543E3">
              <w:rPr>
                <w:rFonts w:cs="Times New Roman"/>
              </w:rPr>
              <w:t xml:space="preserve"> 1, </w:t>
            </w:r>
            <w:proofErr w:type="spellStart"/>
            <w:r w:rsidRPr="004543E3">
              <w:rPr>
                <w:rFonts w:cs="Times New Roman"/>
              </w:rPr>
              <w:t>Nhóm</w:t>
            </w:r>
            <w:proofErr w:type="spellEnd"/>
            <w:r w:rsidRPr="004543E3">
              <w:rPr>
                <w:rFonts w:cs="Times New Roman"/>
              </w:rPr>
              <w:t xml:space="preserve"> 2" sang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loại</w:t>
            </w:r>
            <w:proofErr w:type="spellEnd"/>
            <w:r w:rsidRPr="004543E3">
              <w:rPr>
                <w:rFonts w:cs="Times New Roman"/>
              </w:rPr>
              <w:t xml:space="preserve"> </w:t>
            </w:r>
            <w:proofErr w:type="spellStart"/>
            <w:r w:rsidRPr="004543E3">
              <w:rPr>
                <w:rFonts w:cs="Times New Roman"/>
              </w:rPr>
              <w:t>theo</w:t>
            </w:r>
            <w:proofErr w:type="spellEnd"/>
            <w:r w:rsidRPr="004543E3">
              <w:rPr>
                <w:rFonts w:cs="Times New Roman"/>
              </w:rPr>
              <w:t xml:space="preserve"> 03 </w:t>
            </w:r>
            <w:proofErr w:type="spellStart"/>
            <w:r w:rsidRPr="004543E3">
              <w:rPr>
                <w:rFonts w:cs="Times New Roman"/>
              </w:rPr>
              <w:t>mức</w:t>
            </w:r>
            <w:proofErr w:type="spellEnd"/>
            <w:r w:rsidRPr="004543E3">
              <w:rPr>
                <w:rFonts w:cs="Times New Roman"/>
              </w:rPr>
              <w:t xml:space="preserve"> </w:t>
            </w:r>
            <w:proofErr w:type="spellStart"/>
            <w:r w:rsidRPr="004543E3">
              <w:rPr>
                <w:rFonts w:cs="Times New Roman"/>
              </w:rPr>
              <w:t>độ</w:t>
            </w:r>
            <w:proofErr w:type="spellEnd"/>
            <w:r w:rsidRPr="004543E3">
              <w:rPr>
                <w:rFonts w:cs="Times New Roman"/>
              </w:rPr>
              <w:t xml:space="preserve"> </w:t>
            </w:r>
            <w:proofErr w:type="spellStart"/>
            <w:r w:rsidRPr="004543E3">
              <w:rPr>
                <w:rFonts w:cs="Times New Roman"/>
              </w:rPr>
              <w:t>rủi</w:t>
            </w:r>
            <w:proofErr w:type="spellEnd"/>
            <w:r w:rsidRPr="004543E3">
              <w:rPr>
                <w:rFonts w:cs="Times New Roman"/>
              </w:rPr>
              <w:t xml:space="preserve"> ro.</w:t>
            </w:r>
          </w:p>
        </w:tc>
        <w:tc>
          <w:tcPr>
            <w:tcW w:w="7371" w:type="dxa"/>
          </w:tcPr>
          <w:p w14:paraId="0AC51193" w14:textId="77777777" w:rsidR="004C2B3E" w:rsidRPr="004543E3" w:rsidRDefault="004C2B3E" w:rsidP="002A7D4F">
            <w:pPr>
              <w:spacing w:before="120" w:after="120" w:line="240" w:lineRule="auto"/>
              <w:jc w:val="both"/>
              <w:rPr>
                <w:szCs w:val="26"/>
              </w:rPr>
            </w:pPr>
          </w:p>
          <w:p w14:paraId="7AFCD809" w14:textId="77777777" w:rsidR="004C2B3E" w:rsidRPr="004543E3" w:rsidRDefault="004C2B3E" w:rsidP="002A7D4F">
            <w:pPr>
              <w:spacing w:before="120" w:after="120" w:line="240" w:lineRule="auto"/>
              <w:jc w:val="both"/>
              <w:rPr>
                <w:szCs w:val="26"/>
              </w:rPr>
            </w:pPr>
            <w:r w:rsidRPr="004543E3">
              <w:rPr>
                <w:szCs w:val="26"/>
              </w:rPr>
              <w:t xml:space="preserve">- Ban </w:t>
            </w:r>
            <w:proofErr w:type="spellStart"/>
            <w:r w:rsidRPr="004543E3">
              <w:rPr>
                <w:szCs w:val="26"/>
              </w:rPr>
              <w:t>soạn</w:t>
            </w:r>
            <w:proofErr w:type="spellEnd"/>
            <w:r w:rsidRPr="004543E3">
              <w:rPr>
                <w:szCs w:val="26"/>
              </w:rPr>
              <w:t xml:space="preserve"> </w:t>
            </w:r>
            <w:proofErr w:type="spellStart"/>
            <w:r w:rsidRPr="004543E3">
              <w:rPr>
                <w:szCs w:val="26"/>
              </w:rPr>
              <w:t>thảo</w:t>
            </w:r>
            <w:proofErr w:type="spellEnd"/>
            <w:r w:rsidRPr="004543E3">
              <w:rPr>
                <w:szCs w:val="26"/>
              </w:rPr>
              <w:t xml:space="preserve"> </w:t>
            </w:r>
            <w:proofErr w:type="spellStart"/>
            <w:r w:rsidRPr="004543E3">
              <w:rPr>
                <w:szCs w:val="26"/>
              </w:rPr>
              <w:t>tiếp</w:t>
            </w:r>
            <w:proofErr w:type="spellEnd"/>
            <w:r w:rsidRPr="004543E3">
              <w:rPr>
                <w:szCs w:val="26"/>
              </w:rPr>
              <w:t xml:space="preserve"> </w:t>
            </w:r>
            <w:proofErr w:type="spellStart"/>
            <w:r w:rsidRPr="004543E3">
              <w:rPr>
                <w:szCs w:val="26"/>
              </w:rPr>
              <w:t>thu</w:t>
            </w:r>
            <w:proofErr w:type="spellEnd"/>
            <w:r w:rsidRPr="004543E3">
              <w:rPr>
                <w:szCs w:val="26"/>
              </w:rPr>
              <w:t xml:space="preserve"> ý </w:t>
            </w:r>
            <w:proofErr w:type="spellStart"/>
            <w:r w:rsidRPr="004543E3">
              <w:rPr>
                <w:szCs w:val="26"/>
              </w:rPr>
              <w:t>kiến</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bổ</w:t>
            </w:r>
            <w:proofErr w:type="spellEnd"/>
            <w:r w:rsidRPr="004543E3">
              <w:rPr>
                <w:szCs w:val="26"/>
              </w:rPr>
              <w:t xml:space="preserve"> sung </w:t>
            </w:r>
            <w:proofErr w:type="spellStart"/>
            <w:r w:rsidRPr="004543E3">
              <w:rPr>
                <w:szCs w:val="26"/>
              </w:rPr>
              <w:t>nội</w:t>
            </w:r>
            <w:proofErr w:type="spellEnd"/>
            <w:r w:rsidRPr="004543E3">
              <w:rPr>
                <w:szCs w:val="26"/>
              </w:rPr>
              <w:t xml:space="preserve"> dung </w:t>
            </w:r>
            <w:proofErr w:type="spellStart"/>
            <w:r w:rsidRPr="004543E3">
              <w:rPr>
                <w:szCs w:val="26"/>
              </w:rPr>
              <w:t>thành</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khai</w:t>
            </w:r>
            <w:proofErr w:type="spellEnd"/>
            <w:r w:rsidRPr="004543E3">
              <w:rPr>
                <w:szCs w:val="26"/>
              </w:rPr>
              <w:t xml:space="preserve"> </w:t>
            </w:r>
            <w:proofErr w:type="spellStart"/>
            <w:r w:rsidRPr="004543E3">
              <w:rPr>
                <w:szCs w:val="26"/>
              </w:rPr>
              <w:t>thác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dữ</w:t>
            </w:r>
            <w:proofErr w:type="spellEnd"/>
            <w:r w:rsidRPr="004543E3">
              <w:rPr>
                <w:szCs w:val="26"/>
              </w:rPr>
              <w:t xml:space="preserve"> </w:t>
            </w:r>
            <w:proofErr w:type="spellStart"/>
            <w:r w:rsidRPr="004543E3">
              <w:rPr>
                <w:szCs w:val="26"/>
              </w:rPr>
              <w:t>liệu</w:t>
            </w:r>
            <w:proofErr w:type="spellEnd"/>
            <w:r w:rsidRPr="004543E3">
              <w:rPr>
                <w:szCs w:val="26"/>
              </w:rPr>
              <w:t xml:space="preserve"> </w:t>
            </w:r>
            <w:proofErr w:type="spellStart"/>
            <w:r w:rsidRPr="004543E3">
              <w:rPr>
                <w:szCs w:val="26"/>
              </w:rPr>
              <w:t>phục</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hoạt</w:t>
            </w:r>
            <w:proofErr w:type="spellEnd"/>
            <w:r w:rsidRPr="004543E3">
              <w:rPr>
                <w:szCs w:val="26"/>
              </w:rPr>
              <w:t xml:space="preserve"> </w:t>
            </w:r>
            <w:proofErr w:type="spellStart"/>
            <w:r w:rsidRPr="004543E3">
              <w:rPr>
                <w:szCs w:val="26"/>
              </w:rPr>
              <w:t>động</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cầu</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w:t>
            </w:r>
          </w:p>
          <w:p w14:paraId="73A00B40" w14:textId="77777777" w:rsidR="004C2B3E" w:rsidRPr="004543E3" w:rsidRDefault="004C2B3E" w:rsidP="002A7D4F">
            <w:pPr>
              <w:spacing w:before="120" w:after="120" w:line="240" w:lineRule="auto"/>
              <w:jc w:val="both"/>
              <w:rPr>
                <w:szCs w:val="26"/>
              </w:rPr>
            </w:pPr>
          </w:p>
          <w:p w14:paraId="72D24E78" w14:textId="77777777" w:rsidR="004C2B3E" w:rsidRPr="004543E3" w:rsidRDefault="004C2B3E" w:rsidP="002A7D4F">
            <w:pPr>
              <w:spacing w:before="120" w:after="120" w:line="240" w:lineRule="auto"/>
              <w:jc w:val="both"/>
              <w:rPr>
                <w:szCs w:val="26"/>
              </w:rPr>
            </w:pPr>
          </w:p>
          <w:p w14:paraId="283C1546" w14:textId="77777777" w:rsidR="004C2B3E" w:rsidRPr="004543E3" w:rsidRDefault="004C2B3E" w:rsidP="002A7D4F">
            <w:pPr>
              <w:spacing w:before="120" w:after="120" w:line="240" w:lineRule="auto"/>
              <w:jc w:val="both"/>
              <w:rPr>
                <w:szCs w:val="26"/>
              </w:rPr>
            </w:pPr>
          </w:p>
          <w:p w14:paraId="047FFF64" w14:textId="77777777" w:rsidR="004C2B3E" w:rsidRPr="004543E3" w:rsidRDefault="004C2B3E" w:rsidP="002A7D4F">
            <w:pPr>
              <w:spacing w:before="120" w:after="120" w:line="240" w:lineRule="auto"/>
              <w:jc w:val="both"/>
              <w:rPr>
                <w:szCs w:val="26"/>
              </w:rPr>
            </w:pPr>
          </w:p>
          <w:p w14:paraId="5B88BCE4" w14:textId="77777777" w:rsidR="004C2B3E" w:rsidRPr="004543E3" w:rsidRDefault="004C2B3E" w:rsidP="002A7D4F">
            <w:pPr>
              <w:spacing w:before="120" w:after="120" w:line="240" w:lineRule="auto"/>
              <w:jc w:val="both"/>
              <w:rPr>
                <w:szCs w:val="26"/>
              </w:rPr>
            </w:pPr>
          </w:p>
          <w:p w14:paraId="4546BF4A" w14:textId="77777777" w:rsidR="004C2B3E" w:rsidRPr="004543E3" w:rsidRDefault="004C2B3E" w:rsidP="002A7D4F">
            <w:pPr>
              <w:spacing w:before="120" w:after="120" w:line="240" w:lineRule="auto"/>
              <w:jc w:val="both"/>
              <w:rPr>
                <w:szCs w:val="26"/>
              </w:rPr>
            </w:pPr>
          </w:p>
          <w:p w14:paraId="23234755" w14:textId="77777777" w:rsidR="004C2B3E" w:rsidRPr="004543E3" w:rsidRDefault="004C2B3E" w:rsidP="002A7D4F">
            <w:pPr>
              <w:spacing w:before="120" w:after="120" w:line="240" w:lineRule="auto"/>
              <w:jc w:val="both"/>
              <w:rPr>
                <w:szCs w:val="26"/>
              </w:rPr>
            </w:pPr>
          </w:p>
          <w:p w14:paraId="2E6205D8" w14:textId="15A5B248" w:rsidR="004B1C69" w:rsidRPr="004543E3" w:rsidRDefault="004C2B3E" w:rsidP="002A7D4F">
            <w:pPr>
              <w:spacing w:before="120" w:after="120" w:line="240" w:lineRule="auto"/>
              <w:jc w:val="both"/>
              <w:rPr>
                <w:szCs w:val="26"/>
              </w:rPr>
            </w:pPr>
            <w:r w:rsidRPr="001A4478">
              <w:rPr>
                <w:spacing w:val="-6"/>
                <w:szCs w:val="26"/>
              </w:rPr>
              <w:t xml:space="preserve">- Theo </w:t>
            </w:r>
            <w:proofErr w:type="spellStart"/>
            <w:r w:rsidRPr="001A4478">
              <w:rPr>
                <w:spacing w:val="-6"/>
                <w:szCs w:val="26"/>
              </w:rPr>
              <w:t>quy</w:t>
            </w:r>
            <w:proofErr w:type="spellEnd"/>
            <w:r w:rsidRPr="001A4478">
              <w:rPr>
                <w:spacing w:val="-6"/>
                <w:szCs w:val="26"/>
              </w:rPr>
              <w:t xml:space="preserve"> </w:t>
            </w:r>
            <w:proofErr w:type="spellStart"/>
            <w:r w:rsidRPr="001A4478">
              <w:rPr>
                <w:spacing w:val="-6"/>
                <w:szCs w:val="26"/>
              </w:rPr>
              <w:t>định</w:t>
            </w:r>
            <w:proofErr w:type="spellEnd"/>
            <w:r w:rsidRPr="001A4478">
              <w:rPr>
                <w:spacing w:val="-6"/>
                <w:szCs w:val="26"/>
              </w:rPr>
              <w:t xml:space="preserve"> </w:t>
            </w:r>
            <w:proofErr w:type="spellStart"/>
            <w:r w:rsidRPr="001A4478">
              <w:rPr>
                <w:spacing w:val="-6"/>
                <w:szCs w:val="26"/>
              </w:rPr>
              <w:t>tại</w:t>
            </w:r>
            <w:proofErr w:type="spellEnd"/>
            <w:r w:rsidRPr="001A4478">
              <w:rPr>
                <w:spacing w:val="-6"/>
                <w:szCs w:val="26"/>
              </w:rPr>
              <w:t xml:space="preserve"> </w:t>
            </w:r>
            <w:proofErr w:type="spellStart"/>
            <w:r w:rsidRPr="001A4478">
              <w:rPr>
                <w:spacing w:val="-6"/>
                <w:szCs w:val="26"/>
              </w:rPr>
              <w:t>Điều</w:t>
            </w:r>
            <w:proofErr w:type="spellEnd"/>
            <w:r w:rsidRPr="001A4478">
              <w:rPr>
                <w:spacing w:val="-6"/>
                <w:szCs w:val="26"/>
              </w:rPr>
              <w:t xml:space="preserve"> 5 </w:t>
            </w:r>
            <w:proofErr w:type="spellStart"/>
            <w:r w:rsidRPr="001A4478">
              <w:rPr>
                <w:spacing w:val="-6"/>
                <w:szCs w:val="26"/>
              </w:rPr>
              <w:t>Luật</w:t>
            </w:r>
            <w:proofErr w:type="spellEnd"/>
            <w:r w:rsidRPr="001A4478">
              <w:rPr>
                <w:spacing w:val="-6"/>
                <w:szCs w:val="26"/>
              </w:rPr>
              <w:t xml:space="preserve"> </w:t>
            </w:r>
            <w:proofErr w:type="spellStart"/>
            <w:r w:rsidRPr="001A4478">
              <w:rPr>
                <w:spacing w:val="-6"/>
                <w:szCs w:val="26"/>
              </w:rPr>
              <w:t>sửa</w:t>
            </w:r>
            <w:proofErr w:type="spellEnd"/>
            <w:r w:rsidRPr="001A4478">
              <w:rPr>
                <w:spacing w:val="-6"/>
                <w:szCs w:val="26"/>
              </w:rPr>
              <w:t xml:space="preserve"> </w:t>
            </w:r>
            <w:proofErr w:type="spellStart"/>
            <w:r w:rsidRPr="001A4478">
              <w:rPr>
                <w:spacing w:val="-6"/>
                <w:szCs w:val="26"/>
              </w:rPr>
              <w:t>đổi</w:t>
            </w:r>
            <w:proofErr w:type="spellEnd"/>
            <w:r w:rsidRPr="001A4478">
              <w:rPr>
                <w:spacing w:val="-6"/>
                <w:szCs w:val="26"/>
              </w:rPr>
              <w:t xml:space="preserve">, </w:t>
            </w:r>
            <w:proofErr w:type="spellStart"/>
            <w:r w:rsidRPr="001A4478">
              <w:rPr>
                <w:spacing w:val="-6"/>
                <w:szCs w:val="26"/>
              </w:rPr>
              <w:t>bổ</w:t>
            </w:r>
            <w:proofErr w:type="spellEnd"/>
            <w:r w:rsidRPr="001A4478">
              <w:rPr>
                <w:spacing w:val="-6"/>
                <w:szCs w:val="26"/>
              </w:rPr>
              <w:t xml:space="preserve"> sung </w:t>
            </w:r>
            <w:proofErr w:type="spellStart"/>
            <w:r w:rsidRPr="001A4478">
              <w:rPr>
                <w:spacing w:val="-6"/>
                <w:szCs w:val="26"/>
              </w:rPr>
              <w:t>một</w:t>
            </w:r>
            <w:proofErr w:type="spellEnd"/>
            <w:r w:rsidRPr="001A4478">
              <w:rPr>
                <w:spacing w:val="-6"/>
                <w:szCs w:val="26"/>
              </w:rPr>
              <w:t xml:space="preserve"> </w:t>
            </w:r>
            <w:proofErr w:type="spellStart"/>
            <w:r w:rsidRPr="001A4478">
              <w:rPr>
                <w:spacing w:val="-6"/>
                <w:szCs w:val="26"/>
              </w:rPr>
              <w:t>số</w:t>
            </w:r>
            <w:proofErr w:type="spellEnd"/>
            <w:r w:rsidRPr="001A4478">
              <w:rPr>
                <w:spacing w:val="-6"/>
                <w:szCs w:val="26"/>
              </w:rPr>
              <w:t xml:space="preserve"> </w:t>
            </w:r>
            <w:proofErr w:type="spellStart"/>
            <w:r w:rsidRPr="001A4478">
              <w:rPr>
                <w:spacing w:val="-6"/>
                <w:szCs w:val="26"/>
              </w:rPr>
              <w:t>điều</w:t>
            </w:r>
            <w:proofErr w:type="spellEnd"/>
            <w:r w:rsidRPr="001A4478">
              <w:rPr>
                <w:spacing w:val="-6"/>
                <w:szCs w:val="26"/>
              </w:rPr>
              <w:t xml:space="preserve"> </w:t>
            </w:r>
            <w:proofErr w:type="spellStart"/>
            <w:r w:rsidRPr="001A4478">
              <w:rPr>
                <w:spacing w:val="-6"/>
                <w:szCs w:val="26"/>
              </w:rPr>
              <w:t>của</w:t>
            </w:r>
            <w:proofErr w:type="spellEnd"/>
            <w:r w:rsidRPr="001A4478">
              <w:rPr>
                <w:spacing w:val="-6"/>
                <w:szCs w:val="26"/>
              </w:rPr>
              <w:t xml:space="preserve"> </w:t>
            </w:r>
            <w:proofErr w:type="spellStart"/>
            <w:r w:rsidRPr="001A4478">
              <w:rPr>
                <w:spacing w:val="-6"/>
                <w:szCs w:val="26"/>
              </w:rPr>
              <w:t>Luật</w:t>
            </w:r>
            <w:proofErr w:type="spellEnd"/>
            <w:r w:rsidRPr="001A4478">
              <w:rPr>
                <w:spacing w:val="-6"/>
                <w:szCs w:val="26"/>
              </w:rPr>
              <w:t xml:space="preserve"> </w:t>
            </w:r>
            <w:proofErr w:type="spellStart"/>
            <w:r w:rsidRPr="001A4478">
              <w:rPr>
                <w:spacing w:val="-6"/>
                <w:szCs w:val="26"/>
              </w:rPr>
              <w:t>Chất</w:t>
            </w:r>
            <w:proofErr w:type="spellEnd"/>
            <w:r w:rsidRPr="001A4478">
              <w:rPr>
                <w:spacing w:val="-6"/>
                <w:szCs w:val="26"/>
              </w:rPr>
              <w:t xml:space="preserve"> </w:t>
            </w:r>
            <w:proofErr w:type="spellStart"/>
            <w:r w:rsidRPr="001A4478">
              <w:rPr>
                <w:spacing w:val="-6"/>
                <w:szCs w:val="26"/>
              </w:rPr>
              <w:t>lượng</w:t>
            </w:r>
            <w:proofErr w:type="spellEnd"/>
            <w:r w:rsidRPr="001A4478">
              <w:rPr>
                <w:spacing w:val="-6"/>
                <w:szCs w:val="26"/>
              </w:rPr>
              <w:t xml:space="preserve"> </w:t>
            </w:r>
            <w:proofErr w:type="spellStart"/>
            <w:r w:rsidRPr="001A4478">
              <w:rPr>
                <w:spacing w:val="-6"/>
                <w:szCs w:val="26"/>
              </w:rPr>
              <w:t>sản</w:t>
            </w:r>
            <w:proofErr w:type="spellEnd"/>
            <w:r w:rsidRPr="001A4478">
              <w:rPr>
                <w:spacing w:val="-6"/>
                <w:szCs w:val="26"/>
              </w:rPr>
              <w:t xml:space="preserve"> </w:t>
            </w:r>
            <w:proofErr w:type="spellStart"/>
            <w:r w:rsidRPr="001A4478">
              <w:rPr>
                <w:spacing w:val="-6"/>
                <w:szCs w:val="26"/>
              </w:rPr>
              <w:t>phẩm</w:t>
            </w:r>
            <w:proofErr w:type="spellEnd"/>
            <w:r w:rsidRPr="001A4478">
              <w:rPr>
                <w:spacing w:val="-6"/>
                <w:szCs w:val="26"/>
              </w:rPr>
              <w:t xml:space="preserve">, </w:t>
            </w:r>
            <w:proofErr w:type="spellStart"/>
            <w:r w:rsidRPr="001A4478">
              <w:rPr>
                <w:spacing w:val="-6"/>
                <w:szCs w:val="26"/>
              </w:rPr>
              <w:t>hàng</w:t>
            </w:r>
            <w:proofErr w:type="spellEnd"/>
            <w:r w:rsidRPr="001A4478">
              <w:rPr>
                <w:spacing w:val="-6"/>
                <w:szCs w:val="26"/>
              </w:rPr>
              <w:t xml:space="preserve"> </w:t>
            </w:r>
            <w:proofErr w:type="spellStart"/>
            <w:r w:rsidRPr="001A4478">
              <w:rPr>
                <w:spacing w:val="-6"/>
                <w:szCs w:val="26"/>
              </w:rPr>
              <w:t>hóa</w:t>
            </w:r>
            <w:proofErr w:type="spellEnd"/>
            <w:r w:rsidRPr="001A4478">
              <w:rPr>
                <w:spacing w:val="-6"/>
                <w:szCs w:val="26"/>
              </w:rPr>
              <w:t xml:space="preserve"> </w:t>
            </w:r>
            <w:proofErr w:type="spellStart"/>
            <w:r w:rsidRPr="001A4478">
              <w:rPr>
                <w:spacing w:val="-6"/>
                <w:szCs w:val="26"/>
              </w:rPr>
              <w:t>số</w:t>
            </w:r>
            <w:proofErr w:type="spellEnd"/>
            <w:r w:rsidRPr="001A4478">
              <w:rPr>
                <w:spacing w:val="-6"/>
                <w:szCs w:val="26"/>
              </w:rPr>
              <w:t xml:space="preserve"> 78/2025/QH15, </w:t>
            </w:r>
            <w:proofErr w:type="spellStart"/>
            <w:r w:rsidRPr="001A4478">
              <w:rPr>
                <w:spacing w:val="-6"/>
                <w:szCs w:val="26"/>
              </w:rPr>
              <w:t>việc</w:t>
            </w:r>
            <w:proofErr w:type="spellEnd"/>
            <w:r w:rsidRPr="001A4478">
              <w:rPr>
                <w:spacing w:val="-6"/>
                <w:szCs w:val="26"/>
              </w:rPr>
              <w:t xml:space="preserve"> </w:t>
            </w:r>
            <w:proofErr w:type="spellStart"/>
            <w:r w:rsidRPr="001A4478">
              <w:rPr>
                <w:spacing w:val="-6"/>
                <w:szCs w:val="26"/>
              </w:rPr>
              <w:t>phân</w:t>
            </w:r>
            <w:proofErr w:type="spellEnd"/>
            <w:r w:rsidRPr="001A4478">
              <w:rPr>
                <w:spacing w:val="-6"/>
                <w:szCs w:val="26"/>
              </w:rPr>
              <w:t xml:space="preserve"> </w:t>
            </w:r>
            <w:proofErr w:type="spellStart"/>
            <w:r w:rsidRPr="001A4478">
              <w:rPr>
                <w:spacing w:val="-6"/>
                <w:szCs w:val="26"/>
              </w:rPr>
              <w:t>loại</w:t>
            </w:r>
            <w:proofErr w:type="spellEnd"/>
            <w:r w:rsidRPr="001A4478">
              <w:rPr>
                <w:spacing w:val="-6"/>
                <w:szCs w:val="26"/>
              </w:rPr>
              <w:t xml:space="preserve"> </w:t>
            </w:r>
            <w:proofErr w:type="spellStart"/>
            <w:r w:rsidRPr="001A4478">
              <w:rPr>
                <w:spacing w:val="-6"/>
                <w:szCs w:val="26"/>
              </w:rPr>
              <w:t>mức</w:t>
            </w:r>
            <w:proofErr w:type="spellEnd"/>
            <w:r w:rsidRPr="001A4478">
              <w:rPr>
                <w:spacing w:val="-6"/>
                <w:szCs w:val="26"/>
              </w:rPr>
              <w:t xml:space="preserve"> </w:t>
            </w:r>
            <w:proofErr w:type="spellStart"/>
            <w:r w:rsidRPr="001A4478">
              <w:rPr>
                <w:spacing w:val="-6"/>
                <w:szCs w:val="26"/>
              </w:rPr>
              <w:t>độ</w:t>
            </w:r>
            <w:proofErr w:type="spellEnd"/>
            <w:r w:rsidRPr="001A4478">
              <w:rPr>
                <w:spacing w:val="-6"/>
                <w:szCs w:val="26"/>
              </w:rPr>
              <w:t xml:space="preserve"> </w:t>
            </w:r>
            <w:proofErr w:type="spellStart"/>
            <w:r w:rsidRPr="001A4478">
              <w:rPr>
                <w:spacing w:val="-6"/>
                <w:szCs w:val="26"/>
              </w:rPr>
              <w:t>rủi</w:t>
            </w:r>
            <w:proofErr w:type="spellEnd"/>
            <w:r w:rsidRPr="001A4478">
              <w:rPr>
                <w:spacing w:val="-6"/>
                <w:szCs w:val="26"/>
              </w:rPr>
              <w:t xml:space="preserve"> </w:t>
            </w:r>
            <w:proofErr w:type="spellStart"/>
            <w:r w:rsidRPr="001A4478">
              <w:rPr>
                <w:spacing w:val="-6"/>
                <w:szCs w:val="26"/>
              </w:rPr>
              <w:t>ro</w:t>
            </w:r>
            <w:proofErr w:type="spellEnd"/>
            <w:r w:rsidRPr="001A4478">
              <w:rPr>
                <w:spacing w:val="-6"/>
                <w:szCs w:val="26"/>
              </w:rPr>
              <w:t xml:space="preserve"> (</w:t>
            </w:r>
            <w:proofErr w:type="spellStart"/>
            <w:r w:rsidRPr="001A4478">
              <w:rPr>
                <w:spacing w:val="-6"/>
                <w:szCs w:val="26"/>
              </w:rPr>
              <w:t>thấp</w:t>
            </w:r>
            <w:proofErr w:type="spellEnd"/>
            <w:r w:rsidRPr="001A4478">
              <w:rPr>
                <w:spacing w:val="-6"/>
                <w:szCs w:val="26"/>
              </w:rPr>
              <w:t xml:space="preserve">, </w:t>
            </w:r>
            <w:proofErr w:type="spellStart"/>
            <w:r w:rsidRPr="001A4478">
              <w:rPr>
                <w:spacing w:val="-6"/>
                <w:szCs w:val="26"/>
              </w:rPr>
              <w:t>trung</w:t>
            </w:r>
            <w:proofErr w:type="spellEnd"/>
            <w:r w:rsidRPr="001A4478">
              <w:rPr>
                <w:spacing w:val="-6"/>
                <w:szCs w:val="26"/>
              </w:rPr>
              <w:t xml:space="preserve"> </w:t>
            </w:r>
            <w:proofErr w:type="spellStart"/>
            <w:r w:rsidRPr="001A4478">
              <w:rPr>
                <w:spacing w:val="-6"/>
                <w:szCs w:val="26"/>
              </w:rPr>
              <w:t>bình</w:t>
            </w:r>
            <w:proofErr w:type="spellEnd"/>
            <w:r w:rsidRPr="001A4478">
              <w:rPr>
                <w:spacing w:val="-6"/>
                <w:szCs w:val="26"/>
              </w:rPr>
              <w:t xml:space="preserve">, </w:t>
            </w:r>
            <w:proofErr w:type="spellStart"/>
            <w:r w:rsidRPr="001A4478">
              <w:rPr>
                <w:spacing w:val="-6"/>
                <w:szCs w:val="26"/>
              </w:rPr>
              <w:t>cao</w:t>
            </w:r>
            <w:proofErr w:type="spellEnd"/>
            <w:r w:rsidRPr="001A4478">
              <w:rPr>
                <w:spacing w:val="-6"/>
                <w:szCs w:val="26"/>
              </w:rPr>
              <w:t xml:space="preserve">) </w:t>
            </w:r>
            <w:proofErr w:type="spellStart"/>
            <w:r w:rsidRPr="001A4478">
              <w:rPr>
                <w:spacing w:val="-6"/>
                <w:szCs w:val="26"/>
              </w:rPr>
              <w:t>là</w:t>
            </w:r>
            <w:proofErr w:type="spellEnd"/>
            <w:r w:rsidRPr="001A4478">
              <w:rPr>
                <w:spacing w:val="-6"/>
                <w:szCs w:val="26"/>
              </w:rPr>
              <w:t xml:space="preserve"> </w:t>
            </w:r>
            <w:proofErr w:type="spellStart"/>
            <w:r w:rsidRPr="001A4478">
              <w:rPr>
                <w:spacing w:val="-6"/>
                <w:szCs w:val="26"/>
              </w:rPr>
              <w:t>nguyên</w:t>
            </w:r>
            <w:proofErr w:type="spellEnd"/>
            <w:r w:rsidRPr="001A4478">
              <w:rPr>
                <w:spacing w:val="-6"/>
                <w:szCs w:val="26"/>
              </w:rPr>
              <w:t xml:space="preserve"> </w:t>
            </w:r>
            <w:proofErr w:type="spellStart"/>
            <w:r w:rsidRPr="001A4478">
              <w:rPr>
                <w:spacing w:val="-6"/>
                <w:szCs w:val="26"/>
              </w:rPr>
              <w:t>tắc</w:t>
            </w:r>
            <w:proofErr w:type="spellEnd"/>
            <w:r w:rsidRPr="001A4478">
              <w:rPr>
                <w:spacing w:val="-6"/>
                <w:szCs w:val="26"/>
              </w:rPr>
              <w:t xml:space="preserve"> </w:t>
            </w:r>
            <w:proofErr w:type="spellStart"/>
            <w:r w:rsidRPr="001A4478">
              <w:rPr>
                <w:spacing w:val="-6"/>
                <w:szCs w:val="26"/>
              </w:rPr>
              <w:t>quản</w:t>
            </w:r>
            <w:proofErr w:type="spellEnd"/>
            <w:r w:rsidRPr="001A4478">
              <w:rPr>
                <w:spacing w:val="-6"/>
                <w:szCs w:val="26"/>
              </w:rPr>
              <w:t xml:space="preserve"> </w:t>
            </w:r>
            <w:proofErr w:type="spellStart"/>
            <w:r w:rsidRPr="001A4478">
              <w:rPr>
                <w:spacing w:val="-6"/>
                <w:szCs w:val="26"/>
              </w:rPr>
              <w:t>lý</w:t>
            </w:r>
            <w:proofErr w:type="spellEnd"/>
            <w:r w:rsidRPr="001A4478">
              <w:rPr>
                <w:spacing w:val="-6"/>
                <w:szCs w:val="26"/>
              </w:rPr>
              <w:t xml:space="preserve"> </w:t>
            </w:r>
            <w:proofErr w:type="spellStart"/>
            <w:r w:rsidRPr="001A4478">
              <w:rPr>
                <w:spacing w:val="-6"/>
                <w:szCs w:val="26"/>
              </w:rPr>
              <w:t>trong</w:t>
            </w:r>
            <w:proofErr w:type="spellEnd"/>
            <w:r w:rsidRPr="001A4478">
              <w:rPr>
                <w:spacing w:val="-6"/>
                <w:szCs w:val="26"/>
              </w:rPr>
              <w:t xml:space="preserve"> </w:t>
            </w:r>
            <w:proofErr w:type="spellStart"/>
            <w:r w:rsidRPr="001A4478">
              <w:rPr>
                <w:spacing w:val="-6"/>
                <w:szCs w:val="26"/>
              </w:rPr>
              <w:t>hoạt</w:t>
            </w:r>
            <w:proofErr w:type="spellEnd"/>
            <w:r w:rsidRPr="001A4478">
              <w:rPr>
                <w:spacing w:val="-6"/>
                <w:szCs w:val="26"/>
              </w:rPr>
              <w:t xml:space="preserve"> </w:t>
            </w:r>
            <w:proofErr w:type="spellStart"/>
            <w:r w:rsidRPr="001A4478">
              <w:rPr>
                <w:spacing w:val="-6"/>
                <w:szCs w:val="26"/>
              </w:rPr>
              <w:t>động</w:t>
            </w:r>
            <w:proofErr w:type="spellEnd"/>
            <w:r w:rsidRPr="001A4478">
              <w:rPr>
                <w:spacing w:val="-6"/>
                <w:szCs w:val="26"/>
              </w:rPr>
              <w:t xml:space="preserve"> </w:t>
            </w:r>
            <w:proofErr w:type="spellStart"/>
            <w:r w:rsidRPr="001A4478">
              <w:rPr>
                <w:spacing w:val="-6"/>
                <w:szCs w:val="26"/>
              </w:rPr>
              <w:t>kiểm</w:t>
            </w:r>
            <w:proofErr w:type="spellEnd"/>
            <w:r w:rsidRPr="001A4478">
              <w:rPr>
                <w:spacing w:val="-6"/>
                <w:szCs w:val="26"/>
              </w:rPr>
              <w:t xml:space="preserve"> </w:t>
            </w:r>
            <w:proofErr w:type="spellStart"/>
            <w:r w:rsidRPr="001A4478">
              <w:rPr>
                <w:spacing w:val="-6"/>
                <w:szCs w:val="26"/>
              </w:rPr>
              <w:t>tra</w:t>
            </w:r>
            <w:proofErr w:type="spellEnd"/>
            <w:r w:rsidRPr="001A4478">
              <w:rPr>
                <w:spacing w:val="-6"/>
                <w:szCs w:val="26"/>
              </w:rPr>
              <w:t xml:space="preserve">, </w:t>
            </w:r>
            <w:proofErr w:type="spellStart"/>
            <w:r w:rsidRPr="001A4478">
              <w:rPr>
                <w:spacing w:val="-6"/>
                <w:szCs w:val="26"/>
              </w:rPr>
              <w:t>kiểm</w:t>
            </w:r>
            <w:proofErr w:type="spellEnd"/>
            <w:r w:rsidRPr="001A4478">
              <w:rPr>
                <w:spacing w:val="-6"/>
                <w:szCs w:val="26"/>
              </w:rPr>
              <w:t xml:space="preserve"> </w:t>
            </w:r>
            <w:proofErr w:type="spellStart"/>
            <w:r w:rsidRPr="001A4478">
              <w:rPr>
                <w:spacing w:val="-6"/>
                <w:szCs w:val="26"/>
              </w:rPr>
              <w:t>soát</w:t>
            </w:r>
            <w:proofErr w:type="spellEnd"/>
            <w:r w:rsidRPr="001A4478">
              <w:rPr>
                <w:spacing w:val="-6"/>
                <w:szCs w:val="26"/>
              </w:rPr>
              <w:t xml:space="preserve"> </w:t>
            </w:r>
            <w:proofErr w:type="spellStart"/>
            <w:r w:rsidRPr="001A4478">
              <w:rPr>
                <w:spacing w:val="-6"/>
                <w:szCs w:val="26"/>
              </w:rPr>
              <w:t>chất</w:t>
            </w:r>
            <w:proofErr w:type="spellEnd"/>
            <w:r w:rsidRPr="001A4478">
              <w:rPr>
                <w:spacing w:val="-6"/>
                <w:szCs w:val="26"/>
              </w:rPr>
              <w:t xml:space="preserve"> </w:t>
            </w:r>
            <w:proofErr w:type="spellStart"/>
            <w:r w:rsidRPr="001A4478">
              <w:rPr>
                <w:spacing w:val="-6"/>
                <w:szCs w:val="26"/>
              </w:rPr>
              <w:t>lượng</w:t>
            </w:r>
            <w:proofErr w:type="spellEnd"/>
            <w:r w:rsidRPr="001A4478">
              <w:rPr>
                <w:spacing w:val="-6"/>
                <w:szCs w:val="26"/>
              </w:rPr>
              <w:t xml:space="preserve"> </w:t>
            </w:r>
            <w:proofErr w:type="spellStart"/>
            <w:r w:rsidRPr="001A4478">
              <w:rPr>
                <w:spacing w:val="-6"/>
                <w:szCs w:val="26"/>
              </w:rPr>
              <w:t>sản</w:t>
            </w:r>
            <w:proofErr w:type="spellEnd"/>
            <w:r w:rsidRPr="001A4478">
              <w:rPr>
                <w:spacing w:val="-6"/>
                <w:szCs w:val="26"/>
              </w:rPr>
              <w:t xml:space="preserve"> </w:t>
            </w:r>
            <w:proofErr w:type="spellStart"/>
            <w:r w:rsidRPr="001A4478">
              <w:rPr>
                <w:spacing w:val="-6"/>
                <w:szCs w:val="26"/>
              </w:rPr>
              <w:t>phẩm</w:t>
            </w:r>
            <w:proofErr w:type="spellEnd"/>
            <w:r w:rsidRPr="001A4478">
              <w:rPr>
                <w:spacing w:val="-6"/>
                <w:szCs w:val="26"/>
              </w:rPr>
              <w:t xml:space="preserve">, </w:t>
            </w:r>
            <w:proofErr w:type="spellStart"/>
            <w:r w:rsidRPr="001A4478">
              <w:rPr>
                <w:spacing w:val="-6"/>
                <w:szCs w:val="26"/>
              </w:rPr>
              <w:t>hàng</w:t>
            </w:r>
            <w:proofErr w:type="spellEnd"/>
            <w:r w:rsidRPr="001A4478">
              <w:rPr>
                <w:spacing w:val="-6"/>
                <w:szCs w:val="26"/>
              </w:rPr>
              <w:t xml:space="preserve"> </w:t>
            </w:r>
            <w:proofErr w:type="spellStart"/>
            <w:r w:rsidRPr="001A4478">
              <w:rPr>
                <w:spacing w:val="-6"/>
                <w:szCs w:val="26"/>
              </w:rPr>
              <w:t>hóa</w:t>
            </w:r>
            <w:proofErr w:type="spellEnd"/>
            <w:r w:rsidRPr="001A4478">
              <w:rPr>
                <w:spacing w:val="-6"/>
                <w:szCs w:val="26"/>
              </w:rPr>
              <w:t xml:space="preserve">, </w:t>
            </w:r>
            <w:proofErr w:type="spellStart"/>
            <w:r w:rsidRPr="001A4478">
              <w:rPr>
                <w:spacing w:val="-6"/>
                <w:szCs w:val="26"/>
              </w:rPr>
              <w:t>thuộc</w:t>
            </w:r>
            <w:proofErr w:type="spellEnd"/>
            <w:r w:rsidRPr="001A4478">
              <w:rPr>
                <w:spacing w:val="-6"/>
                <w:szCs w:val="26"/>
              </w:rPr>
              <w:t xml:space="preserve"> </w:t>
            </w:r>
            <w:proofErr w:type="spellStart"/>
            <w:r w:rsidRPr="001A4478">
              <w:rPr>
                <w:spacing w:val="-6"/>
                <w:szCs w:val="26"/>
              </w:rPr>
              <w:t>phạm</w:t>
            </w:r>
            <w:proofErr w:type="spellEnd"/>
            <w:r w:rsidRPr="001A4478">
              <w:rPr>
                <w:spacing w:val="-6"/>
                <w:szCs w:val="26"/>
              </w:rPr>
              <w:t xml:space="preserve"> vi </w:t>
            </w:r>
            <w:proofErr w:type="spellStart"/>
            <w:r w:rsidRPr="001A4478">
              <w:rPr>
                <w:spacing w:val="-6"/>
                <w:szCs w:val="26"/>
              </w:rPr>
              <w:t>điều</w:t>
            </w:r>
            <w:proofErr w:type="spellEnd"/>
            <w:r w:rsidRPr="001A4478">
              <w:rPr>
                <w:spacing w:val="-6"/>
                <w:szCs w:val="26"/>
              </w:rPr>
              <w:t xml:space="preserve"> </w:t>
            </w:r>
            <w:proofErr w:type="spellStart"/>
            <w:r w:rsidRPr="001A4478">
              <w:rPr>
                <w:spacing w:val="-6"/>
                <w:szCs w:val="26"/>
              </w:rPr>
              <w:t>chỉnh</w:t>
            </w:r>
            <w:proofErr w:type="spellEnd"/>
            <w:r w:rsidRPr="001A4478">
              <w:rPr>
                <w:spacing w:val="-6"/>
                <w:szCs w:val="26"/>
              </w:rPr>
              <w:t xml:space="preserve"> </w:t>
            </w:r>
            <w:proofErr w:type="spellStart"/>
            <w:r w:rsidRPr="001A4478">
              <w:rPr>
                <w:spacing w:val="-6"/>
                <w:szCs w:val="26"/>
              </w:rPr>
              <w:t>của</w:t>
            </w:r>
            <w:proofErr w:type="spellEnd"/>
            <w:r w:rsidRPr="001A4478">
              <w:rPr>
                <w:spacing w:val="-6"/>
                <w:szCs w:val="26"/>
              </w:rPr>
              <w:t xml:space="preserve"> </w:t>
            </w:r>
            <w:proofErr w:type="spellStart"/>
            <w:r w:rsidRPr="001A4478">
              <w:rPr>
                <w:spacing w:val="-6"/>
                <w:szCs w:val="26"/>
              </w:rPr>
              <w:t>các</w:t>
            </w:r>
            <w:proofErr w:type="spellEnd"/>
            <w:r w:rsidRPr="001A4478">
              <w:rPr>
                <w:spacing w:val="-6"/>
                <w:szCs w:val="26"/>
              </w:rPr>
              <w:t xml:space="preserve"> </w:t>
            </w:r>
            <w:proofErr w:type="spellStart"/>
            <w:r w:rsidRPr="001A4478">
              <w:rPr>
                <w:spacing w:val="-6"/>
                <w:szCs w:val="26"/>
              </w:rPr>
              <w:t>văn</w:t>
            </w:r>
            <w:proofErr w:type="spellEnd"/>
            <w:r w:rsidRPr="001A4478">
              <w:rPr>
                <w:spacing w:val="-6"/>
                <w:szCs w:val="26"/>
              </w:rPr>
              <w:t xml:space="preserve"> </w:t>
            </w:r>
            <w:proofErr w:type="spellStart"/>
            <w:r w:rsidRPr="001A4478">
              <w:rPr>
                <w:spacing w:val="-6"/>
                <w:szCs w:val="26"/>
              </w:rPr>
              <w:t>bản</w:t>
            </w:r>
            <w:proofErr w:type="spellEnd"/>
            <w:r w:rsidRPr="001A4478">
              <w:rPr>
                <w:spacing w:val="-6"/>
                <w:szCs w:val="26"/>
              </w:rPr>
              <w:t xml:space="preserve"> </w:t>
            </w:r>
            <w:proofErr w:type="spellStart"/>
            <w:r w:rsidRPr="001A4478">
              <w:rPr>
                <w:spacing w:val="-6"/>
                <w:szCs w:val="26"/>
              </w:rPr>
              <w:t>quy</w:t>
            </w:r>
            <w:proofErr w:type="spellEnd"/>
            <w:r w:rsidRPr="001A4478">
              <w:rPr>
                <w:spacing w:val="-6"/>
                <w:szCs w:val="26"/>
              </w:rPr>
              <w:t xml:space="preserve"> </w:t>
            </w:r>
            <w:proofErr w:type="spellStart"/>
            <w:r w:rsidRPr="001A4478">
              <w:rPr>
                <w:spacing w:val="-6"/>
                <w:szCs w:val="26"/>
              </w:rPr>
              <w:t>phạm</w:t>
            </w:r>
            <w:proofErr w:type="spellEnd"/>
            <w:r w:rsidRPr="001A4478">
              <w:rPr>
                <w:spacing w:val="-6"/>
                <w:szCs w:val="26"/>
              </w:rPr>
              <w:t xml:space="preserve"> </w:t>
            </w:r>
            <w:proofErr w:type="spellStart"/>
            <w:r w:rsidRPr="001A4478">
              <w:rPr>
                <w:spacing w:val="-6"/>
                <w:szCs w:val="26"/>
              </w:rPr>
              <w:t>pháp</w:t>
            </w:r>
            <w:proofErr w:type="spellEnd"/>
            <w:r w:rsidRPr="001A4478">
              <w:rPr>
                <w:spacing w:val="-6"/>
                <w:szCs w:val="26"/>
              </w:rPr>
              <w:t xml:space="preserve"> </w:t>
            </w:r>
            <w:proofErr w:type="spellStart"/>
            <w:r w:rsidRPr="001A4478">
              <w:rPr>
                <w:spacing w:val="-6"/>
                <w:szCs w:val="26"/>
              </w:rPr>
              <w:t>luật</w:t>
            </w:r>
            <w:proofErr w:type="spellEnd"/>
            <w:r w:rsidRPr="001A4478">
              <w:rPr>
                <w:spacing w:val="-6"/>
                <w:szCs w:val="26"/>
              </w:rPr>
              <w:t xml:space="preserve"> </w:t>
            </w:r>
            <w:proofErr w:type="spellStart"/>
            <w:r w:rsidRPr="001A4478">
              <w:rPr>
                <w:spacing w:val="-6"/>
                <w:szCs w:val="26"/>
              </w:rPr>
              <w:t>quy</w:t>
            </w:r>
            <w:proofErr w:type="spellEnd"/>
            <w:r w:rsidRPr="001A4478">
              <w:rPr>
                <w:spacing w:val="-6"/>
                <w:szCs w:val="26"/>
              </w:rPr>
              <w:t xml:space="preserve"> </w:t>
            </w:r>
            <w:proofErr w:type="spellStart"/>
            <w:r w:rsidRPr="001A4478">
              <w:rPr>
                <w:spacing w:val="-6"/>
                <w:szCs w:val="26"/>
              </w:rPr>
              <w:t>định</w:t>
            </w:r>
            <w:proofErr w:type="spellEnd"/>
            <w:r w:rsidRPr="001A4478">
              <w:rPr>
                <w:spacing w:val="-6"/>
                <w:szCs w:val="26"/>
              </w:rPr>
              <w:t xml:space="preserve"> </w:t>
            </w:r>
            <w:proofErr w:type="spellStart"/>
            <w:r w:rsidRPr="001A4478">
              <w:rPr>
                <w:spacing w:val="-6"/>
                <w:szCs w:val="26"/>
              </w:rPr>
              <w:t>về</w:t>
            </w:r>
            <w:proofErr w:type="spellEnd"/>
            <w:r w:rsidRPr="001A4478">
              <w:rPr>
                <w:spacing w:val="-6"/>
                <w:szCs w:val="26"/>
              </w:rPr>
              <w:t xml:space="preserve"> </w:t>
            </w:r>
            <w:proofErr w:type="spellStart"/>
            <w:r w:rsidRPr="001A4478">
              <w:rPr>
                <w:spacing w:val="-6"/>
                <w:szCs w:val="26"/>
              </w:rPr>
              <w:t>nghiệp</w:t>
            </w:r>
            <w:proofErr w:type="spellEnd"/>
            <w:r w:rsidRPr="001A4478">
              <w:rPr>
                <w:spacing w:val="-6"/>
                <w:szCs w:val="26"/>
              </w:rPr>
              <w:t xml:space="preserve"> </w:t>
            </w:r>
            <w:proofErr w:type="spellStart"/>
            <w:r w:rsidRPr="001A4478">
              <w:rPr>
                <w:spacing w:val="-6"/>
                <w:szCs w:val="26"/>
              </w:rPr>
              <w:t>vụ</w:t>
            </w:r>
            <w:proofErr w:type="spellEnd"/>
            <w:r w:rsidRPr="001A4478">
              <w:rPr>
                <w:spacing w:val="-6"/>
                <w:szCs w:val="26"/>
              </w:rPr>
              <w:t xml:space="preserve"> </w:t>
            </w:r>
            <w:proofErr w:type="spellStart"/>
            <w:r w:rsidRPr="001A4478">
              <w:rPr>
                <w:spacing w:val="-6"/>
                <w:szCs w:val="26"/>
              </w:rPr>
              <w:t>quản</w:t>
            </w:r>
            <w:proofErr w:type="spellEnd"/>
            <w:r w:rsidRPr="001A4478">
              <w:rPr>
                <w:spacing w:val="-6"/>
                <w:szCs w:val="26"/>
              </w:rPr>
              <w:t xml:space="preserve"> </w:t>
            </w:r>
            <w:proofErr w:type="spellStart"/>
            <w:r w:rsidRPr="001A4478">
              <w:rPr>
                <w:spacing w:val="-6"/>
                <w:szCs w:val="26"/>
              </w:rPr>
              <w:t>lý</w:t>
            </w:r>
            <w:proofErr w:type="spellEnd"/>
            <w:r w:rsidRPr="001A4478">
              <w:rPr>
                <w:spacing w:val="-6"/>
                <w:szCs w:val="26"/>
              </w:rPr>
              <w:t xml:space="preserve"> </w:t>
            </w:r>
            <w:proofErr w:type="spellStart"/>
            <w:r w:rsidRPr="001A4478">
              <w:rPr>
                <w:spacing w:val="-6"/>
                <w:szCs w:val="26"/>
              </w:rPr>
              <w:t>chuyên</w:t>
            </w:r>
            <w:proofErr w:type="spellEnd"/>
            <w:r w:rsidRPr="001A4478">
              <w:rPr>
                <w:spacing w:val="-6"/>
                <w:szCs w:val="26"/>
              </w:rPr>
              <w:t xml:space="preserve"> </w:t>
            </w:r>
            <w:proofErr w:type="spellStart"/>
            <w:r w:rsidRPr="001A4478">
              <w:rPr>
                <w:spacing w:val="-6"/>
                <w:szCs w:val="26"/>
              </w:rPr>
              <w:t>ngành</w:t>
            </w:r>
            <w:proofErr w:type="spellEnd"/>
            <w:r w:rsidRPr="001A4478">
              <w:rPr>
                <w:spacing w:val="-6"/>
                <w:szCs w:val="26"/>
              </w:rPr>
              <w:t>.</w:t>
            </w:r>
            <w:r w:rsidR="00B9316E" w:rsidRPr="001A4478">
              <w:rPr>
                <w:spacing w:val="-6"/>
                <w:szCs w:val="26"/>
              </w:rPr>
              <w:t xml:space="preserve"> </w:t>
            </w:r>
            <w:proofErr w:type="spellStart"/>
            <w:r w:rsidRPr="001A4478">
              <w:rPr>
                <w:spacing w:val="-6"/>
                <w:szCs w:val="26"/>
              </w:rPr>
              <w:t>Dự</w:t>
            </w:r>
            <w:proofErr w:type="spellEnd"/>
            <w:r w:rsidRPr="001A4478">
              <w:rPr>
                <w:spacing w:val="-6"/>
                <w:szCs w:val="26"/>
              </w:rPr>
              <w:t xml:space="preserve"> </w:t>
            </w:r>
            <w:proofErr w:type="spellStart"/>
            <w:r w:rsidRPr="001A4478">
              <w:rPr>
                <w:spacing w:val="-6"/>
                <w:szCs w:val="26"/>
              </w:rPr>
              <w:t>thảo</w:t>
            </w:r>
            <w:proofErr w:type="spellEnd"/>
            <w:r w:rsidRPr="001A4478">
              <w:rPr>
                <w:spacing w:val="-6"/>
                <w:szCs w:val="26"/>
              </w:rPr>
              <w:t xml:space="preserve"> Thông </w:t>
            </w:r>
            <w:proofErr w:type="spellStart"/>
            <w:r w:rsidRPr="001A4478">
              <w:rPr>
                <w:spacing w:val="-6"/>
                <w:szCs w:val="26"/>
              </w:rPr>
              <w:t>tư</w:t>
            </w:r>
            <w:proofErr w:type="spellEnd"/>
            <w:r w:rsidRPr="001A4478">
              <w:rPr>
                <w:spacing w:val="-6"/>
                <w:szCs w:val="26"/>
              </w:rPr>
              <w:t xml:space="preserve"> </w:t>
            </w:r>
            <w:proofErr w:type="spellStart"/>
            <w:r w:rsidRPr="001A4478">
              <w:rPr>
                <w:spacing w:val="-6"/>
                <w:szCs w:val="26"/>
              </w:rPr>
              <w:t>này</w:t>
            </w:r>
            <w:proofErr w:type="spellEnd"/>
            <w:r w:rsidR="004B1C69" w:rsidRPr="001A4478">
              <w:rPr>
                <w:spacing w:val="-6"/>
                <w:szCs w:val="26"/>
              </w:rPr>
              <w:t xml:space="preserve"> </w:t>
            </w:r>
            <w:proofErr w:type="spellStart"/>
            <w:r w:rsidR="004B1C69" w:rsidRPr="001A4478">
              <w:rPr>
                <w:spacing w:val="-6"/>
                <w:szCs w:val="26"/>
              </w:rPr>
              <w:t>tập</w:t>
            </w:r>
            <w:proofErr w:type="spellEnd"/>
            <w:r w:rsidR="004B1C69" w:rsidRPr="001A4478">
              <w:rPr>
                <w:spacing w:val="-6"/>
                <w:szCs w:val="26"/>
              </w:rPr>
              <w:t xml:space="preserve"> </w:t>
            </w:r>
            <w:proofErr w:type="spellStart"/>
            <w:r w:rsidR="004B1C69" w:rsidRPr="001A4478">
              <w:rPr>
                <w:spacing w:val="-6"/>
                <w:szCs w:val="26"/>
              </w:rPr>
              <w:t>trung</w:t>
            </w:r>
            <w:proofErr w:type="spellEnd"/>
            <w:r w:rsidR="004B1C69" w:rsidRPr="001A4478">
              <w:rPr>
                <w:spacing w:val="-6"/>
                <w:szCs w:val="26"/>
              </w:rPr>
              <w:t xml:space="preserve"> </w:t>
            </w:r>
            <w:proofErr w:type="spellStart"/>
            <w:r w:rsidR="004B1C69" w:rsidRPr="001A4478">
              <w:rPr>
                <w:spacing w:val="-6"/>
                <w:szCs w:val="26"/>
              </w:rPr>
              <w:t>vào</w:t>
            </w:r>
            <w:proofErr w:type="spellEnd"/>
            <w:r w:rsidR="004B1C69" w:rsidRPr="001A4478">
              <w:rPr>
                <w:spacing w:val="-6"/>
                <w:szCs w:val="26"/>
              </w:rPr>
              <w:t xml:space="preserve"> </w:t>
            </w:r>
            <w:proofErr w:type="spellStart"/>
            <w:r w:rsidR="004B1C69" w:rsidRPr="001A4478">
              <w:rPr>
                <w:spacing w:val="-6"/>
                <w:szCs w:val="26"/>
              </w:rPr>
              <w:t>việc</w:t>
            </w:r>
            <w:proofErr w:type="spellEnd"/>
            <w:r w:rsidR="004B1C69" w:rsidRPr="001A4478">
              <w:rPr>
                <w:spacing w:val="-6"/>
                <w:szCs w:val="26"/>
              </w:rPr>
              <w:t xml:space="preserve"> </w:t>
            </w:r>
            <w:proofErr w:type="spellStart"/>
            <w:r w:rsidR="004B1C69" w:rsidRPr="001A4478">
              <w:rPr>
                <w:spacing w:val="-6"/>
                <w:szCs w:val="26"/>
              </w:rPr>
              <w:t>xây</w:t>
            </w:r>
            <w:proofErr w:type="spellEnd"/>
            <w:r w:rsidR="004B1C69" w:rsidRPr="001A4478">
              <w:rPr>
                <w:spacing w:val="-6"/>
                <w:szCs w:val="26"/>
              </w:rPr>
              <w:t xml:space="preserve"> </w:t>
            </w:r>
            <w:proofErr w:type="spellStart"/>
            <w:r w:rsidR="004B1C69" w:rsidRPr="001A4478">
              <w:rPr>
                <w:spacing w:val="-6"/>
                <w:szCs w:val="26"/>
              </w:rPr>
              <w:t>dựng</w:t>
            </w:r>
            <w:proofErr w:type="spellEnd"/>
            <w:r w:rsidR="004B1C69" w:rsidRPr="001A4478">
              <w:rPr>
                <w:spacing w:val="-6"/>
                <w:szCs w:val="26"/>
              </w:rPr>
              <w:t xml:space="preserve"> </w:t>
            </w:r>
            <w:proofErr w:type="spellStart"/>
            <w:r w:rsidR="004B1C69" w:rsidRPr="001A4478">
              <w:rPr>
                <w:spacing w:val="-6"/>
                <w:szCs w:val="26"/>
              </w:rPr>
              <w:t>các</w:t>
            </w:r>
            <w:proofErr w:type="spellEnd"/>
            <w:r w:rsidR="004B1C69" w:rsidRPr="001A4478">
              <w:rPr>
                <w:spacing w:val="-6"/>
                <w:szCs w:val="26"/>
              </w:rPr>
              <w:t xml:space="preserve"> </w:t>
            </w:r>
            <w:proofErr w:type="spellStart"/>
            <w:r w:rsidR="004B1C69" w:rsidRPr="001A4478">
              <w:rPr>
                <w:spacing w:val="-6"/>
                <w:szCs w:val="26"/>
              </w:rPr>
              <w:t>tiêu</w:t>
            </w:r>
            <w:proofErr w:type="spellEnd"/>
            <w:r w:rsidR="004B1C69" w:rsidRPr="001A4478">
              <w:rPr>
                <w:spacing w:val="-6"/>
                <w:szCs w:val="26"/>
              </w:rPr>
              <w:t xml:space="preserve"> </w:t>
            </w:r>
            <w:proofErr w:type="spellStart"/>
            <w:r w:rsidR="004B1C69" w:rsidRPr="001A4478">
              <w:rPr>
                <w:spacing w:val="-6"/>
                <w:szCs w:val="26"/>
              </w:rPr>
              <w:t>chuẩn</w:t>
            </w:r>
            <w:proofErr w:type="spellEnd"/>
            <w:r w:rsidR="004B1C69" w:rsidRPr="001A4478">
              <w:rPr>
                <w:spacing w:val="-6"/>
                <w:szCs w:val="26"/>
              </w:rPr>
              <w:t xml:space="preserve"> </w:t>
            </w:r>
            <w:proofErr w:type="spellStart"/>
            <w:r w:rsidR="004B1C69" w:rsidRPr="001A4478">
              <w:rPr>
                <w:spacing w:val="-6"/>
                <w:szCs w:val="26"/>
              </w:rPr>
              <w:t>chuyên</w:t>
            </w:r>
            <w:proofErr w:type="spellEnd"/>
            <w:r w:rsidR="004B1C69" w:rsidRPr="001A4478">
              <w:rPr>
                <w:spacing w:val="-6"/>
                <w:szCs w:val="26"/>
              </w:rPr>
              <w:t xml:space="preserve"> </w:t>
            </w:r>
            <w:proofErr w:type="spellStart"/>
            <w:r w:rsidR="004B1C69" w:rsidRPr="001A4478">
              <w:rPr>
                <w:spacing w:val="-6"/>
                <w:szCs w:val="26"/>
              </w:rPr>
              <w:t>môn</w:t>
            </w:r>
            <w:proofErr w:type="spellEnd"/>
            <w:r w:rsidR="004B1C69" w:rsidRPr="001A4478">
              <w:rPr>
                <w:spacing w:val="-6"/>
                <w:szCs w:val="26"/>
              </w:rPr>
              <w:t xml:space="preserve">, </w:t>
            </w:r>
            <w:proofErr w:type="spellStart"/>
            <w:r w:rsidR="004B1C69" w:rsidRPr="001A4478">
              <w:rPr>
                <w:spacing w:val="-6"/>
                <w:szCs w:val="26"/>
              </w:rPr>
              <w:t>nghiệp</w:t>
            </w:r>
            <w:proofErr w:type="spellEnd"/>
            <w:r w:rsidR="004B1C69" w:rsidRPr="001A4478">
              <w:rPr>
                <w:spacing w:val="-6"/>
                <w:szCs w:val="26"/>
              </w:rPr>
              <w:t xml:space="preserve"> vụ </w:t>
            </w:r>
            <w:proofErr w:type="spellStart"/>
            <w:r w:rsidR="004B1C69" w:rsidRPr="001A4478">
              <w:rPr>
                <w:spacing w:val="-6"/>
                <w:szCs w:val="26"/>
              </w:rPr>
              <w:t>của</w:t>
            </w:r>
            <w:proofErr w:type="spellEnd"/>
            <w:r w:rsidR="004B1C69" w:rsidRPr="001A4478">
              <w:rPr>
                <w:spacing w:val="-6"/>
                <w:szCs w:val="26"/>
              </w:rPr>
              <w:t xml:space="preserve"> </w:t>
            </w:r>
            <w:proofErr w:type="spellStart"/>
            <w:r w:rsidR="004B1C69" w:rsidRPr="001A4478">
              <w:rPr>
                <w:spacing w:val="-6"/>
                <w:szCs w:val="26"/>
              </w:rPr>
              <w:t>công</w:t>
            </w:r>
            <w:proofErr w:type="spellEnd"/>
            <w:r w:rsidR="004B1C69" w:rsidRPr="001A4478">
              <w:rPr>
                <w:spacing w:val="-6"/>
                <w:szCs w:val="26"/>
              </w:rPr>
              <w:t xml:space="preserve"> </w:t>
            </w:r>
            <w:proofErr w:type="spellStart"/>
            <w:r w:rsidR="004B1C69" w:rsidRPr="001A4478">
              <w:rPr>
                <w:spacing w:val="-6"/>
                <w:szCs w:val="26"/>
              </w:rPr>
              <w:t>chức</w:t>
            </w:r>
            <w:proofErr w:type="spellEnd"/>
            <w:r w:rsidR="004B1C69" w:rsidRPr="001A4478">
              <w:rPr>
                <w:spacing w:val="-6"/>
                <w:szCs w:val="26"/>
              </w:rPr>
              <w:t xml:space="preserve">, </w:t>
            </w:r>
            <w:proofErr w:type="spellStart"/>
            <w:r w:rsidR="004B1C69" w:rsidRPr="001A4478">
              <w:rPr>
                <w:spacing w:val="-6"/>
                <w:szCs w:val="26"/>
              </w:rPr>
              <w:t>viên</w:t>
            </w:r>
            <w:proofErr w:type="spellEnd"/>
            <w:r w:rsidR="004B1C69" w:rsidRPr="001A4478">
              <w:rPr>
                <w:spacing w:val="-6"/>
                <w:szCs w:val="26"/>
              </w:rPr>
              <w:t xml:space="preserve"> </w:t>
            </w:r>
            <w:proofErr w:type="spellStart"/>
            <w:r w:rsidR="004B1C69" w:rsidRPr="001A4478">
              <w:rPr>
                <w:spacing w:val="-6"/>
                <w:szCs w:val="26"/>
              </w:rPr>
              <w:t>chức</w:t>
            </w:r>
            <w:proofErr w:type="spellEnd"/>
            <w:r w:rsidR="004B1C69" w:rsidRPr="001A4478">
              <w:rPr>
                <w:spacing w:val="-6"/>
                <w:szCs w:val="26"/>
              </w:rPr>
              <w:t xml:space="preserve"> </w:t>
            </w:r>
            <w:proofErr w:type="spellStart"/>
            <w:r w:rsidR="004B1C69" w:rsidRPr="001A4478">
              <w:rPr>
                <w:spacing w:val="-6"/>
                <w:szCs w:val="26"/>
              </w:rPr>
              <w:t>chuyên</w:t>
            </w:r>
            <w:proofErr w:type="spellEnd"/>
            <w:r w:rsidR="004B1C69" w:rsidRPr="001A4478">
              <w:rPr>
                <w:spacing w:val="-6"/>
                <w:szCs w:val="26"/>
              </w:rPr>
              <w:t xml:space="preserve"> </w:t>
            </w:r>
            <w:proofErr w:type="spellStart"/>
            <w:r w:rsidR="004B1C69" w:rsidRPr="001A4478">
              <w:rPr>
                <w:spacing w:val="-6"/>
                <w:szCs w:val="26"/>
              </w:rPr>
              <w:t>ngành</w:t>
            </w:r>
            <w:proofErr w:type="spellEnd"/>
            <w:r w:rsidR="004B1C69" w:rsidRPr="001A4478">
              <w:rPr>
                <w:spacing w:val="-6"/>
                <w:szCs w:val="26"/>
              </w:rPr>
              <w:t xml:space="preserve"> </w:t>
            </w:r>
            <w:proofErr w:type="spellStart"/>
            <w:r w:rsidR="004B1C69" w:rsidRPr="001A4478">
              <w:rPr>
                <w:spacing w:val="-6"/>
                <w:szCs w:val="26"/>
              </w:rPr>
              <w:t>kiểm</w:t>
            </w:r>
            <w:proofErr w:type="spellEnd"/>
            <w:r w:rsidR="004B1C69" w:rsidRPr="001A4478">
              <w:rPr>
                <w:spacing w:val="-6"/>
                <w:szCs w:val="26"/>
              </w:rPr>
              <w:t xml:space="preserve"> </w:t>
            </w:r>
            <w:proofErr w:type="spellStart"/>
            <w:r w:rsidR="004B1C69" w:rsidRPr="001A4478">
              <w:rPr>
                <w:spacing w:val="-6"/>
                <w:szCs w:val="26"/>
              </w:rPr>
              <w:t>soát</w:t>
            </w:r>
            <w:proofErr w:type="spellEnd"/>
            <w:r w:rsidR="004B1C69" w:rsidRPr="001A4478">
              <w:rPr>
                <w:spacing w:val="-6"/>
                <w:szCs w:val="26"/>
              </w:rPr>
              <w:t xml:space="preserve"> </w:t>
            </w:r>
            <w:proofErr w:type="spellStart"/>
            <w:r w:rsidR="004B1C69" w:rsidRPr="001A4478">
              <w:rPr>
                <w:spacing w:val="-6"/>
                <w:szCs w:val="26"/>
              </w:rPr>
              <w:t>viên</w:t>
            </w:r>
            <w:proofErr w:type="spellEnd"/>
            <w:r w:rsidR="004B1C69" w:rsidRPr="001A4478">
              <w:rPr>
                <w:spacing w:val="-6"/>
                <w:szCs w:val="26"/>
              </w:rPr>
              <w:t xml:space="preserve"> </w:t>
            </w:r>
            <w:proofErr w:type="spellStart"/>
            <w:r w:rsidR="004B1C69" w:rsidRPr="001A4478">
              <w:rPr>
                <w:spacing w:val="-6"/>
                <w:szCs w:val="26"/>
              </w:rPr>
              <w:t>chất</w:t>
            </w:r>
            <w:proofErr w:type="spellEnd"/>
            <w:r w:rsidR="004B1C69" w:rsidRPr="001A4478">
              <w:rPr>
                <w:spacing w:val="-6"/>
                <w:szCs w:val="26"/>
              </w:rPr>
              <w:t xml:space="preserve"> </w:t>
            </w:r>
            <w:proofErr w:type="spellStart"/>
            <w:r w:rsidR="004B1C69" w:rsidRPr="001A4478">
              <w:rPr>
                <w:spacing w:val="-6"/>
                <w:szCs w:val="26"/>
              </w:rPr>
              <w:t>lượng</w:t>
            </w:r>
            <w:proofErr w:type="spellEnd"/>
            <w:r w:rsidR="004B1C69" w:rsidRPr="001A4478">
              <w:rPr>
                <w:spacing w:val="-6"/>
                <w:szCs w:val="26"/>
              </w:rPr>
              <w:t xml:space="preserve"> </w:t>
            </w:r>
            <w:proofErr w:type="spellStart"/>
            <w:r w:rsidR="004B1C69" w:rsidRPr="001A4478">
              <w:rPr>
                <w:spacing w:val="-6"/>
                <w:szCs w:val="26"/>
              </w:rPr>
              <w:t>sản</w:t>
            </w:r>
            <w:proofErr w:type="spellEnd"/>
            <w:r w:rsidR="004B1C69" w:rsidRPr="001A4478">
              <w:rPr>
                <w:spacing w:val="-6"/>
                <w:szCs w:val="26"/>
              </w:rPr>
              <w:t xml:space="preserve"> </w:t>
            </w:r>
            <w:proofErr w:type="spellStart"/>
            <w:r w:rsidR="004B1C69" w:rsidRPr="001A4478">
              <w:rPr>
                <w:spacing w:val="-6"/>
                <w:szCs w:val="26"/>
              </w:rPr>
              <w:t>phẩm</w:t>
            </w:r>
            <w:proofErr w:type="spellEnd"/>
            <w:r w:rsidR="004B1C69" w:rsidRPr="001A4478">
              <w:rPr>
                <w:spacing w:val="-6"/>
                <w:szCs w:val="26"/>
              </w:rPr>
              <w:t xml:space="preserve">, </w:t>
            </w:r>
            <w:proofErr w:type="spellStart"/>
            <w:r w:rsidR="004B1C69" w:rsidRPr="001A4478">
              <w:rPr>
                <w:spacing w:val="-6"/>
                <w:szCs w:val="26"/>
              </w:rPr>
              <w:t>hàng</w:t>
            </w:r>
            <w:proofErr w:type="spellEnd"/>
            <w:r w:rsidR="004B1C69" w:rsidRPr="001A4478">
              <w:rPr>
                <w:spacing w:val="-6"/>
                <w:szCs w:val="26"/>
              </w:rPr>
              <w:t xml:space="preserve"> </w:t>
            </w:r>
            <w:proofErr w:type="spellStart"/>
            <w:r w:rsidR="004B1C69" w:rsidRPr="001A4478">
              <w:rPr>
                <w:spacing w:val="-6"/>
                <w:szCs w:val="26"/>
              </w:rPr>
              <w:t>hóa</w:t>
            </w:r>
            <w:proofErr w:type="spellEnd"/>
            <w:r w:rsidR="004B1C69" w:rsidRPr="001A4478">
              <w:rPr>
                <w:spacing w:val="-6"/>
                <w:szCs w:val="26"/>
              </w:rPr>
              <w:t xml:space="preserve"> </w:t>
            </w:r>
            <w:proofErr w:type="spellStart"/>
            <w:r w:rsidR="004B1C69" w:rsidRPr="001A4478">
              <w:rPr>
                <w:spacing w:val="-6"/>
                <w:szCs w:val="26"/>
              </w:rPr>
              <w:t>theo</w:t>
            </w:r>
            <w:proofErr w:type="spellEnd"/>
            <w:r w:rsidR="004B1C69" w:rsidRPr="001A4478">
              <w:rPr>
                <w:spacing w:val="-6"/>
                <w:szCs w:val="26"/>
              </w:rPr>
              <w:t xml:space="preserve"> </w:t>
            </w:r>
            <w:proofErr w:type="spellStart"/>
            <w:r w:rsidR="004B1C69" w:rsidRPr="001A4478">
              <w:rPr>
                <w:spacing w:val="-6"/>
                <w:szCs w:val="26"/>
              </w:rPr>
              <w:t>quy</w:t>
            </w:r>
            <w:proofErr w:type="spellEnd"/>
            <w:r w:rsidR="004B1C69" w:rsidRPr="001A4478">
              <w:rPr>
                <w:spacing w:val="-6"/>
                <w:szCs w:val="26"/>
              </w:rPr>
              <w:t xml:space="preserve"> </w:t>
            </w:r>
            <w:proofErr w:type="spellStart"/>
            <w:r w:rsidR="004B1C69" w:rsidRPr="001A4478">
              <w:rPr>
                <w:spacing w:val="-6"/>
                <w:szCs w:val="26"/>
              </w:rPr>
              <w:t>định</w:t>
            </w:r>
            <w:proofErr w:type="spellEnd"/>
            <w:r w:rsidR="004B1C69" w:rsidRPr="001A4478">
              <w:rPr>
                <w:spacing w:val="-6"/>
                <w:szCs w:val="26"/>
              </w:rPr>
              <w:t xml:space="preserve"> </w:t>
            </w:r>
            <w:proofErr w:type="spellStart"/>
            <w:r w:rsidR="004B1C69" w:rsidRPr="001A4478">
              <w:rPr>
                <w:spacing w:val="-6"/>
                <w:szCs w:val="26"/>
              </w:rPr>
              <w:t>tại</w:t>
            </w:r>
            <w:proofErr w:type="spellEnd"/>
            <w:r w:rsidR="004B1C69" w:rsidRPr="001A4478">
              <w:rPr>
                <w:spacing w:val="-6"/>
                <w:szCs w:val="26"/>
              </w:rPr>
              <w:t xml:space="preserve"> </w:t>
            </w:r>
            <w:proofErr w:type="spellStart"/>
            <w:r w:rsidR="004B1C69" w:rsidRPr="001A4478">
              <w:rPr>
                <w:spacing w:val="-6"/>
                <w:szCs w:val="26"/>
              </w:rPr>
              <w:t>khoản</w:t>
            </w:r>
            <w:proofErr w:type="spellEnd"/>
            <w:r w:rsidR="004B1C69" w:rsidRPr="001A4478">
              <w:rPr>
                <w:spacing w:val="-6"/>
                <w:szCs w:val="26"/>
              </w:rPr>
              <w:t xml:space="preserve"> 4 </w:t>
            </w:r>
            <w:proofErr w:type="spellStart"/>
            <w:r w:rsidR="004B1C69" w:rsidRPr="001A4478">
              <w:rPr>
                <w:spacing w:val="-6"/>
                <w:szCs w:val="26"/>
              </w:rPr>
              <w:t>Điều</w:t>
            </w:r>
            <w:proofErr w:type="spellEnd"/>
            <w:r w:rsidR="004B1C69" w:rsidRPr="001A4478">
              <w:rPr>
                <w:spacing w:val="-6"/>
                <w:szCs w:val="26"/>
              </w:rPr>
              <w:t xml:space="preserve"> 16 </w:t>
            </w:r>
            <w:proofErr w:type="spellStart"/>
            <w:r w:rsidR="004B1C69" w:rsidRPr="001A4478">
              <w:rPr>
                <w:spacing w:val="-6"/>
                <w:szCs w:val="26"/>
              </w:rPr>
              <w:t>Nghị</w:t>
            </w:r>
            <w:proofErr w:type="spellEnd"/>
            <w:r w:rsidR="004B1C69" w:rsidRPr="001A4478">
              <w:rPr>
                <w:spacing w:val="-6"/>
                <w:szCs w:val="26"/>
              </w:rPr>
              <w:t xml:space="preserve"> </w:t>
            </w:r>
            <w:proofErr w:type="spellStart"/>
            <w:r w:rsidR="004B1C69" w:rsidRPr="001A4478">
              <w:rPr>
                <w:spacing w:val="-6"/>
                <w:szCs w:val="26"/>
              </w:rPr>
              <w:t>định</w:t>
            </w:r>
            <w:proofErr w:type="spellEnd"/>
            <w:r w:rsidR="004B1C69" w:rsidRPr="001A4478">
              <w:rPr>
                <w:spacing w:val="-6"/>
                <w:szCs w:val="26"/>
              </w:rPr>
              <w:t xml:space="preserve"> </w:t>
            </w:r>
            <w:proofErr w:type="spellStart"/>
            <w:r w:rsidR="004B1C69" w:rsidRPr="001A4478">
              <w:rPr>
                <w:spacing w:val="-6"/>
                <w:szCs w:val="26"/>
              </w:rPr>
              <w:t>số</w:t>
            </w:r>
            <w:proofErr w:type="spellEnd"/>
            <w:r w:rsidR="004B1C69" w:rsidRPr="001A4478">
              <w:rPr>
                <w:spacing w:val="-6"/>
                <w:szCs w:val="26"/>
              </w:rPr>
              <w:t xml:space="preserve"> 37/2026/NĐ-CP; </w:t>
            </w:r>
            <w:proofErr w:type="spellStart"/>
            <w:r w:rsidRPr="001A4478">
              <w:rPr>
                <w:spacing w:val="-6"/>
                <w:szCs w:val="26"/>
              </w:rPr>
              <w:t>không</w:t>
            </w:r>
            <w:proofErr w:type="spellEnd"/>
            <w:r w:rsidRPr="001A4478">
              <w:rPr>
                <w:spacing w:val="-6"/>
                <w:szCs w:val="26"/>
              </w:rPr>
              <w:t xml:space="preserve"> </w:t>
            </w:r>
            <w:proofErr w:type="spellStart"/>
            <w:r w:rsidRPr="001A4478">
              <w:rPr>
                <w:spacing w:val="-6"/>
                <w:szCs w:val="26"/>
              </w:rPr>
              <w:t>điều</w:t>
            </w:r>
            <w:proofErr w:type="spellEnd"/>
            <w:r w:rsidRPr="001A4478">
              <w:rPr>
                <w:spacing w:val="-6"/>
                <w:szCs w:val="26"/>
              </w:rPr>
              <w:t xml:space="preserve"> </w:t>
            </w:r>
            <w:proofErr w:type="spellStart"/>
            <w:r w:rsidRPr="001A4478">
              <w:rPr>
                <w:spacing w:val="-6"/>
                <w:szCs w:val="26"/>
              </w:rPr>
              <w:t>chỉnh</w:t>
            </w:r>
            <w:proofErr w:type="spellEnd"/>
            <w:r w:rsidRPr="001A4478">
              <w:rPr>
                <w:spacing w:val="-6"/>
                <w:szCs w:val="26"/>
              </w:rPr>
              <w:t xml:space="preserve"> </w:t>
            </w:r>
            <w:proofErr w:type="spellStart"/>
            <w:r w:rsidRPr="001A4478">
              <w:rPr>
                <w:spacing w:val="-6"/>
                <w:szCs w:val="26"/>
              </w:rPr>
              <w:t>quy</w:t>
            </w:r>
            <w:proofErr w:type="spellEnd"/>
            <w:r w:rsidRPr="001A4478">
              <w:rPr>
                <w:spacing w:val="-6"/>
                <w:szCs w:val="26"/>
              </w:rPr>
              <w:t xml:space="preserve"> </w:t>
            </w:r>
            <w:proofErr w:type="spellStart"/>
            <w:r w:rsidRPr="001A4478">
              <w:rPr>
                <w:spacing w:val="-6"/>
                <w:szCs w:val="26"/>
              </w:rPr>
              <w:t>trình</w:t>
            </w:r>
            <w:proofErr w:type="spellEnd"/>
            <w:r w:rsidRPr="001A4478">
              <w:rPr>
                <w:spacing w:val="-6"/>
                <w:szCs w:val="26"/>
              </w:rPr>
              <w:t xml:space="preserve">, </w:t>
            </w:r>
            <w:proofErr w:type="spellStart"/>
            <w:r w:rsidRPr="001A4478">
              <w:rPr>
                <w:spacing w:val="-6"/>
                <w:szCs w:val="26"/>
              </w:rPr>
              <w:t>phương</w:t>
            </w:r>
            <w:proofErr w:type="spellEnd"/>
            <w:r w:rsidRPr="001A4478">
              <w:rPr>
                <w:spacing w:val="-6"/>
                <w:szCs w:val="26"/>
              </w:rPr>
              <w:t xml:space="preserve"> </w:t>
            </w:r>
            <w:proofErr w:type="spellStart"/>
            <w:r w:rsidRPr="001A4478">
              <w:rPr>
                <w:spacing w:val="-6"/>
                <w:szCs w:val="26"/>
              </w:rPr>
              <w:t>thức</w:t>
            </w:r>
            <w:proofErr w:type="spellEnd"/>
            <w:r w:rsidRPr="001A4478">
              <w:rPr>
                <w:spacing w:val="-6"/>
                <w:szCs w:val="26"/>
              </w:rPr>
              <w:t xml:space="preserve"> </w:t>
            </w:r>
            <w:proofErr w:type="spellStart"/>
            <w:r w:rsidRPr="001A4478">
              <w:rPr>
                <w:spacing w:val="-6"/>
                <w:szCs w:val="26"/>
              </w:rPr>
              <w:t>quản</w:t>
            </w:r>
            <w:proofErr w:type="spellEnd"/>
            <w:r w:rsidRPr="001A4478">
              <w:rPr>
                <w:spacing w:val="-6"/>
                <w:szCs w:val="26"/>
              </w:rPr>
              <w:t xml:space="preserve"> </w:t>
            </w:r>
            <w:proofErr w:type="spellStart"/>
            <w:r w:rsidRPr="001A4478">
              <w:rPr>
                <w:spacing w:val="-6"/>
                <w:szCs w:val="26"/>
              </w:rPr>
              <w:t>lý</w:t>
            </w:r>
            <w:proofErr w:type="spellEnd"/>
            <w:r w:rsidRPr="001A4478">
              <w:rPr>
                <w:spacing w:val="-6"/>
                <w:szCs w:val="26"/>
              </w:rPr>
              <w:t xml:space="preserve">, </w:t>
            </w:r>
            <w:proofErr w:type="spellStart"/>
            <w:r w:rsidRPr="001A4478">
              <w:rPr>
                <w:spacing w:val="-6"/>
                <w:szCs w:val="26"/>
              </w:rPr>
              <w:t>kiểm</w:t>
            </w:r>
            <w:proofErr w:type="spellEnd"/>
            <w:r w:rsidRPr="001A4478">
              <w:rPr>
                <w:spacing w:val="-6"/>
                <w:szCs w:val="26"/>
              </w:rPr>
              <w:t xml:space="preserve"> </w:t>
            </w:r>
            <w:proofErr w:type="spellStart"/>
            <w:r w:rsidRPr="001A4478">
              <w:rPr>
                <w:spacing w:val="-6"/>
                <w:szCs w:val="26"/>
              </w:rPr>
              <w:t>tra</w:t>
            </w:r>
            <w:proofErr w:type="spellEnd"/>
            <w:r w:rsidRPr="001A4478">
              <w:rPr>
                <w:spacing w:val="-6"/>
                <w:szCs w:val="26"/>
              </w:rPr>
              <w:t xml:space="preserve">, </w:t>
            </w:r>
            <w:proofErr w:type="spellStart"/>
            <w:r w:rsidRPr="001A4478">
              <w:rPr>
                <w:spacing w:val="-6"/>
                <w:szCs w:val="26"/>
              </w:rPr>
              <w:t>kiểm</w:t>
            </w:r>
            <w:proofErr w:type="spellEnd"/>
            <w:r w:rsidRPr="001A4478">
              <w:rPr>
                <w:spacing w:val="-6"/>
                <w:szCs w:val="26"/>
              </w:rPr>
              <w:t xml:space="preserve"> </w:t>
            </w:r>
            <w:proofErr w:type="spellStart"/>
            <w:r w:rsidRPr="001A4478">
              <w:rPr>
                <w:spacing w:val="-6"/>
                <w:szCs w:val="26"/>
              </w:rPr>
              <w:t>soát</w:t>
            </w:r>
            <w:proofErr w:type="spellEnd"/>
            <w:r w:rsidRPr="001A4478">
              <w:rPr>
                <w:spacing w:val="-6"/>
                <w:szCs w:val="26"/>
              </w:rPr>
              <w:t xml:space="preserve"> </w:t>
            </w:r>
            <w:proofErr w:type="spellStart"/>
            <w:r w:rsidRPr="001A4478">
              <w:rPr>
                <w:spacing w:val="-6"/>
                <w:szCs w:val="26"/>
              </w:rPr>
              <w:t>chất</w:t>
            </w:r>
            <w:proofErr w:type="spellEnd"/>
            <w:r w:rsidRPr="001A4478">
              <w:rPr>
                <w:spacing w:val="-6"/>
                <w:szCs w:val="26"/>
              </w:rPr>
              <w:t xml:space="preserve"> </w:t>
            </w:r>
            <w:proofErr w:type="spellStart"/>
            <w:r w:rsidRPr="001A4478">
              <w:rPr>
                <w:spacing w:val="-6"/>
                <w:szCs w:val="26"/>
              </w:rPr>
              <w:t>lượng</w:t>
            </w:r>
            <w:proofErr w:type="spellEnd"/>
            <w:r w:rsidRPr="001A4478">
              <w:rPr>
                <w:spacing w:val="-6"/>
                <w:szCs w:val="26"/>
              </w:rPr>
              <w:t xml:space="preserve"> </w:t>
            </w:r>
            <w:proofErr w:type="spellStart"/>
            <w:r w:rsidRPr="001A4478">
              <w:rPr>
                <w:spacing w:val="-6"/>
                <w:szCs w:val="26"/>
              </w:rPr>
              <w:t>sản</w:t>
            </w:r>
            <w:proofErr w:type="spellEnd"/>
            <w:r w:rsidRPr="001A4478">
              <w:rPr>
                <w:spacing w:val="-6"/>
                <w:szCs w:val="26"/>
              </w:rPr>
              <w:t xml:space="preserve"> </w:t>
            </w:r>
            <w:proofErr w:type="spellStart"/>
            <w:r w:rsidRPr="001A4478">
              <w:rPr>
                <w:spacing w:val="-6"/>
                <w:szCs w:val="26"/>
              </w:rPr>
              <w:t>phẩm</w:t>
            </w:r>
            <w:proofErr w:type="spellEnd"/>
            <w:r w:rsidRPr="001A4478">
              <w:rPr>
                <w:spacing w:val="-6"/>
                <w:szCs w:val="26"/>
              </w:rPr>
              <w:t xml:space="preserve">, </w:t>
            </w:r>
            <w:proofErr w:type="spellStart"/>
            <w:r w:rsidRPr="001A4478">
              <w:rPr>
                <w:spacing w:val="-6"/>
                <w:szCs w:val="26"/>
              </w:rPr>
              <w:t>hàng</w:t>
            </w:r>
            <w:proofErr w:type="spellEnd"/>
            <w:r w:rsidRPr="001A4478">
              <w:rPr>
                <w:spacing w:val="-6"/>
                <w:szCs w:val="26"/>
              </w:rPr>
              <w:t xml:space="preserve"> </w:t>
            </w:r>
            <w:proofErr w:type="spellStart"/>
            <w:r w:rsidRPr="001A4478">
              <w:rPr>
                <w:spacing w:val="-6"/>
                <w:szCs w:val="26"/>
              </w:rPr>
              <w:t>hóa</w:t>
            </w:r>
            <w:proofErr w:type="spellEnd"/>
            <w:r w:rsidRPr="001A4478">
              <w:rPr>
                <w:spacing w:val="-6"/>
                <w:szCs w:val="26"/>
              </w:rPr>
              <w:t xml:space="preserve">. Do </w:t>
            </w:r>
            <w:proofErr w:type="spellStart"/>
            <w:r w:rsidRPr="001A4478">
              <w:rPr>
                <w:spacing w:val="-6"/>
                <w:szCs w:val="26"/>
              </w:rPr>
              <w:t>đó</w:t>
            </w:r>
            <w:proofErr w:type="spellEnd"/>
            <w:r w:rsidRPr="001A4478">
              <w:rPr>
                <w:spacing w:val="-6"/>
                <w:szCs w:val="26"/>
              </w:rPr>
              <w:t xml:space="preserve">, </w:t>
            </w:r>
            <w:proofErr w:type="spellStart"/>
            <w:r w:rsidRPr="001A4478">
              <w:rPr>
                <w:spacing w:val="-6"/>
                <w:szCs w:val="26"/>
              </w:rPr>
              <w:t>việc</w:t>
            </w:r>
            <w:proofErr w:type="spellEnd"/>
            <w:r w:rsidRPr="001A4478">
              <w:rPr>
                <w:spacing w:val="-6"/>
                <w:szCs w:val="26"/>
              </w:rPr>
              <w:t xml:space="preserve"> </w:t>
            </w:r>
            <w:proofErr w:type="spellStart"/>
            <w:r w:rsidRPr="001A4478">
              <w:rPr>
                <w:spacing w:val="-6"/>
                <w:szCs w:val="26"/>
              </w:rPr>
              <w:t>bổ</w:t>
            </w:r>
            <w:proofErr w:type="spellEnd"/>
            <w:r w:rsidRPr="001A4478">
              <w:rPr>
                <w:spacing w:val="-6"/>
                <w:szCs w:val="26"/>
              </w:rPr>
              <w:t xml:space="preserve"> sung </w:t>
            </w:r>
            <w:proofErr w:type="spellStart"/>
            <w:r w:rsidRPr="001A4478">
              <w:rPr>
                <w:spacing w:val="-6"/>
                <w:szCs w:val="26"/>
              </w:rPr>
              <w:t>nội</w:t>
            </w:r>
            <w:proofErr w:type="spellEnd"/>
            <w:r w:rsidRPr="001A4478">
              <w:rPr>
                <w:spacing w:val="-6"/>
                <w:szCs w:val="26"/>
              </w:rPr>
              <w:t xml:space="preserve"> dung </w:t>
            </w:r>
            <w:proofErr w:type="spellStart"/>
            <w:r w:rsidRPr="001A4478">
              <w:rPr>
                <w:spacing w:val="-6"/>
                <w:szCs w:val="26"/>
              </w:rPr>
              <w:t>nêu</w:t>
            </w:r>
            <w:proofErr w:type="spellEnd"/>
            <w:r w:rsidRPr="001A4478">
              <w:rPr>
                <w:spacing w:val="-6"/>
                <w:szCs w:val="26"/>
              </w:rPr>
              <w:t xml:space="preserve"> </w:t>
            </w:r>
            <w:proofErr w:type="spellStart"/>
            <w:r w:rsidRPr="001A4478">
              <w:rPr>
                <w:spacing w:val="-6"/>
                <w:szCs w:val="26"/>
              </w:rPr>
              <w:t>trên</w:t>
            </w:r>
            <w:proofErr w:type="spellEnd"/>
            <w:r w:rsidRPr="001A4478">
              <w:rPr>
                <w:spacing w:val="-6"/>
                <w:szCs w:val="26"/>
              </w:rPr>
              <w:t xml:space="preserve"> </w:t>
            </w:r>
            <w:proofErr w:type="spellStart"/>
            <w:r w:rsidRPr="001A4478">
              <w:rPr>
                <w:spacing w:val="-6"/>
                <w:szCs w:val="26"/>
              </w:rPr>
              <w:t>vào</w:t>
            </w:r>
            <w:proofErr w:type="spellEnd"/>
            <w:r w:rsidRPr="001A4478">
              <w:rPr>
                <w:spacing w:val="-6"/>
                <w:szCs w:val="26"/>
              </w:rPr>
              <w:t xml:space="preserve"> </w:t>
            </w:r>
            <w:proofErr w:type="spellStart"/>
            <w:r w:rsidRPr="001A4478">
              <w:rPr>
                <w:spacing w:val="-6"/>
                <w:szCs w:val="26"/>
              </w:rPr>
              <w:t>các</w:t>
            </w:r>
            <w:proofErr w:type="spellEnd"/>
            <w:r w:rsidRPr="001A4478">
              <w:rPr>
                <w:spacing w:val="-6"/>
                <w:szCs w:val="26"/>
              </w:rPr>
              <w:t xml:space="preserve"> </w:t>
            </w:r>
            <w:proofErr w:type="spellStart"/>
            <w:r w:rsidRPr="001A4478">
              <w:rPr>
                <w:spacing w:val="-6"/>
                <w:szCs w:val="26"/>
              </w:rPr>
              <w:t>điều</w:t>
            </w:r>
            <w:proofErr w:type="spellEnd"/>
            <w:r w:rsidRPr="001A4478">
              <w:rPr>
                <w:spacing w:val="-6"/>
                <w:szCs w:val="26"/>
              </w:rPr>
              <w:t xml:space="preserve"> </w:t>
            </w:r>
            <w:proofErr w:type="spellStart"/>
            <w:r w:rsidRPr="001A4478">
              <w:rPr>
                <w:spacing w:val="-6"/>
                <w:szCs w:val="26"/>
              </w:rPr>
              <w:t>khoản</w:t>
            </w:r>
            <w:proofErr w:type="spellEnd"/>
            <w:r w:rsidRPr="001A4478">
              <w:rPr>
                <w:spacing w:val="-6"/>
                <w:szCs w:val="26"/>
              </w:rPr>
              <w:t xml:space="preserve"> </w:t>
            </w:r>
            <w:proofErr w:type="spellStart"/>
            <w:r w:rsidRPr="001A4478">
              <w:rPr>
                <w:spacing w:val="-6"/>
                <w:szCs w:val="26"/>
              </w:rPr>
              <w:t>quy</w:t>
            </w:r>
            <w:proofErr w:type="spellEnd"/>
            <w:r w:rsidRPr="001A4478">
              <w:rPr>
                <w:spacing w:val="-6"/>
                <w:szCs w:val="26"/>
              </w:rPr>
              <w:t xml:space="preserve"> </w:t>
            </w:r>
            <w:proofErr w:type="spellStart"/>
            <w:r w:rsidRPr="001A4478">
              <w:rPr>
                <w:spacing w:val="-6"/>
                <w:szCs w:val="26"/>
              </w:rPr>
              <w:t>định</w:t>
            </w:r>
            <w:proofErr w:type="spellEnd"/>
            <w:r w:rsidRPr="001A4478">
              <w:rPr>
                <w:spacing w:val="-6"/>
                <w:szCs w:val="26"/>
              </w:rPr>
              <w:t xml:space="preserve"> </w:t>
            </w:r>
            <w:proofErr w:type="spellStart"/>
            <w:r w:rsidRPr="001A4478">
              <w:rPr>
                <w:spacing w:val="-6"/>
                <w:szCs w:val="26"/>
              </w:rPr>
              <w:t>nhiệm</w:t>
            </w:r>
            <w:proofErr w:type="spellEnd"/>
            <w:r w:rsidRPr="001A4478">
              <w:rPr>
                <w:spacing w:val="-6"/>
                <w:szCs w:val="26"/>
              </w:rPr>
              <w:t xml:space="preserve"> vụ </w:t>
            </w:r>
            <w:proofErr w:type="spellStart"/>
            <w:r w:rsidRPr="001A4478">
              <w:rPr>
                <w:spacing w:val="-6"/>
                <w:szCs w:val="26"/>
              </w:rPr>
              <w:t>các</w:t>
            </w:r>
            <w:proofErr w:type="spellEnd"/>
            <w:r w:rsidRPr="001A4478">
              <w:rPr>
                <w:spacing w:val="-6"/>
                <w:szCs w:val="26"/>
              </w:rPr>
              <w:t xml:space="preserve"> </w:t>
            </w:r>
            <w:proofErr w:type="spellStart"/>
            <w:r w:rsidRPr="001A4478">
              <w:rPr>
                <w:spacing w:val="-6"/>
                <w:szCs w:val="26"/>
              </w:rPr>
              <w:t>ngạch</w:t>
            </w:r>
            <w:proofErr w:type="spellEnd"/>
            <w:r w:rsidRPr="001A4478">
              <w:rPr>
                <w:spacing w:val="-6"/>
                <w:szCs w:val="26"/>
              </w:rPr>
              <w:t xml:space="preserve"> </w:t>
            </w:r>
            <w:proofErr w:type="spellStart"/>
            <w:r w:rsidRPr="001A4478">
              <w:rPr>
                <w:spacing w:val="-6"/>
                <w:szCs w:val="26"/>
              </w:rPr>
              <w:t>kiểm</w:t>
            </w:r>
            <w:proofErr w:type="spellEnd"/>
            <w:r w:rsidRPr="001A4478">
              <w:rPr>
                <w:spacing w:val="-6"/>
                <w:szCs w:val="26"/>
              </w:rPr>
              <w:t xml:space="preserve"> </w:t>
            </w:r>
            <w:proofErr w:type="spellStart"/>
            <w:r w:rsidRPr="001A4478">
              <w:rPr>
                <w:spacing w:val="-6"/>
                <w:szCs w:val="26"/>
              </w:rPr>
              <w:t>soát</w:t>
            </w:r>
            <w:proofErr w:type="spellEnd"/>
            <w:r w:rsidRPr="001A4478">
              <w:rPr>
                <w:spacing w:val="-6"/>
                <w:szCs w:val="26"/>
              </w:rPr>
              <w:t xml:space="preserve"> </w:t>
            </w:r>
            <w:proofErr w:type="spellStart"/>
            <w:r w:rsidRPr="001A4478">
              <w:rPr>
                <w:spacing w:val="-6"/>
                <w:szCs w:val="26"/>
              </w:rPr>
              <w:t>viên</w:t>
            </w:r>
            <w:proofErr w:type="spellEnd"/>
            <w:r w:rsidRPr="001A4478">
              <w:rPr>
                <w:spacing w:val="-6"/>
                <w:szCs w:val="26"/>
              </w:rPr>
              <w:t xml:space="preserve"> </w:t>
            </w:r>
            <w:proofErr w:type="spellStart"/>
            <w:r w:rsidRPr="001A4478">
              <w:rPr>
                <w:spacing w:val="-6"/>
                <w:szCs w:val="26"/>
              </w:rPr>
              <w:t>chất</w:t>
            </w:r>
            <w:proofErr w:type="spellEnd"/>
            <w:r w:rsidRPr="001A4478">
              <w:rPr>
                <w:spacing w:val="-6"/>
                <w:szCs w:val="26"/>
              </w:rPr>
              <w:t xml:space="preserve"> </w:t>
            </w:r>
            <w:proofErr w:type="spellStart"/>
            <w:r w:rsidRPr="001A4478">
              <w:rPr>
                <w:spacing w:val="-6"/>
                <w:szCs w:val="26"/>
              </w:rPr>
              <w:t>lượng</w:t>
            </w:r>
            <w:proofErr w:type="spellEnd"/>
            <w:r w:rsidRPr="001A4478">
              <w:rPr>
                <w:spacing w:val="-6"/>
                <w:szCs w:val="26"/>
              </w:rPr>
              <w:t xml:space="preserve"> </w:t>
            </w:r>
            <w:proofErr w:type="spellStart"/>
            <w:r w:rsidRPr="001A4478">
              <w:rPr>
                <w:spacing w:val="-6"/>
                <w:szCs w:val="26"/>
              </w:rPr>
              <w:t>là</w:t>
            </w:r>
            <w:proofErr w:type="spellEnd"/>
            <w:r w:rsidRPr="001A4478">
              <w:rPr>
                <w:spacing w:val="-6"/>
                <w:szCs w:val="26"/>
              </w:rPr>
              <w:t xml:space="preserve"> </w:t>
            </w:r>
            <w:proofErr w:type="spellStart"/>
            <w:r w:rsidRPr="001A4478">
              <w:rPr>
                <w:spacing w:val="-6"/>
                <w:szCs w:val="26"/>
              </w:rPr>
              <w:t>không</w:t>
            </w:r>
            <w:proofErr w:type="spellEnd"/>
            <w:r w:rsidRPr="001A4478">
              <w:rPr>
                <w:spacing w:val="-6"/>
                <w:szCs w:val="26"/>
              </w:rPr>
              <w:t xml:space="preserve"> </w:t>
            </w:r>
            <w:proofErr w:type="spellStart"/>
            <w:r w:rsidRPr="001A4478">
              <w:rPr>
                <w:spacing w:val="-6"/>
                <w:szCs w:val="26"/>
              </w:rPr>
              <w:t>phù</w:t>
            </w:r>
            <w:proofErr w:type="spellEnd"/>
            <w:r w:rsidRPr="001A4478">
              <w:rPr>
                <w:spacing w:val="-6"/>
                <w:szCs w:val="26"/>
              </w:rPr>
              <w:t xml:space="preserve"> </w:t>
            </w:r>
            <w:proofErr w:type="spellStart"/>
            <w:r w:rsidRPr="001A4478">
              <w:rPr>
                <w:spacing w:val="-6"/>
                <w:szCs w:val="26"/>
              </w:rPr>
              <w:t>hợp</w:t>
            </w:r>
            <w:proofErr w:type="spellEnd"/>
            <w:r w:rsidRPr="001A4478">
              <w:rPr>
                <w:spacing w:val="-6"/>
                <w:szCs w:val="26"/>
              </w:rPr>
              <w:t xml:space="preserve"> </w:t>
            </w:r>
            <w:proofErr w:type="spellStart"/>
            <w:r w:rsidRPr="001A4478">
              <w:rPr>
                <w:spacing w:val="-6"/>
                <w:szCs w:val="26"/>
              </w:rPr>
              <w:t>với</w:t>
            </w:r>
            <w:proofErr w:type="spellEnd"/>
            <w:r w:rsidRPr="001A4478">
              <w:rPr>
                <w:spacing w:val="-6"/>
                <w:szCs w:val="26"/>
              </w:rPr>
              <w:t xml:space="preserve"> </w:t>
            </w:r>
            <w:proofErr w:type="spellStart"/>
            <w:r w:rsidRPr="001A4478">
              <w:rPr>
                <w:spacing w:val="-6"/>
                <w:szCs w:val="26"/>
              </w:rPr>
              <w:t>phạm</w:t>
            </w:r>
            <w:proofErr w:type="spellEnd"/>
            <w:r w:rsidRPr="001A4478">
              <w:rPr>
                <w:spacing w:val="-6"/>
                <w:szCs w:val="26"/>
              </w:rPr>
              <w:t xml:space="preserve"> vi </w:t>
            </w:r>
            <w:proofErr w:type="spellStart"/>
            <w:r w:rsidRPr="001A4478">
              <w:rPr>
                <w:spacing w:val="-6"/>
                <w:szCs w:val="26"/>
              </w:rPr>
              <w:t>điều</w:t>
            </w:r>
            <w:proofErr w:type="spellEnd"/>
            <w:r w:rsidRPr="001A4478">
              <w:rPr>
                <w:spacing w:val="-6"/>
                <w:szCs w:val="26"/>
              </w:rPr>
              <w:t xml:space="preserve"> </w:t>
            </w:r>
            <w:proofErr w:type="spellStart"/>
            <w:r w:rsidRPr="001A4478">
              <w:rPr>
                <w:spacing w:val="-6"/>
                <w:szCs w:val="26"/>
              </w:rPr>
              <w:t>chỉnh</w:t>
            </w:r>
            <w:proofErr w:type="spellEnd"/>
            <w:r w:rsidRPr="001A4478">
              <w:rPr>
                <w:spacing w:val="-6"/>
                <w:szCs w:val="26"/>
              </w:rPr>
              <w:t xml:space="preserve"> </w:t>
            </w:r>
            <w:proofErr w:type="spellStart"/>
            <w:r w:rsidRPr="001A4478">
              <w:rPr>
                <w:spacing w:val="-6"/>
                <w:szCs w:val="26"/>
              </w:rPr>
              <w:t>của</w:t>
            </w:r>
            <w:proofErr w:type="spellEnd"/>
            <w:r w:rsidRPr="001A4478">
              <w:rPr>
                <w:spacing w:val="-6"/>
                <w:szCs w:val="26"/>
              </w:rPr>
              <w:t xml:space="preserve"> Thông </w:t>
            </w:r>
            <w:proofErr w:type="spellStart"/>
            <w:r w:rsidRPr="001A4478">
              <w:rPr>
                <w:spacing w:val="-6"/>
                <w:szCs w:val="26"/>
              </w:rPr>
              <w:t>tư</w:t>
            </w:r>
            <w:proofErr w:type="spellEnd"/>
            <w:r w:rsidRPr="001A4478">
              <w:rPr>
                <w:spacing w:val="-6"/>
                <w:szCs w:val="26"/>
              </w:rPr>
              <w:t xml:space="preserve">. </w:t>
            </w:r>
            <w:proofErr w:type="spellStart"/>
            <w:r w:rsidRPr="001A4478">
              <w:rPr>
                <w:spacing w:val="-6"/>
                <w:szCs w:val="26"/>
              </w:rPr>
              <w:t>Nội</w:t>
            </w:r>
            <w:proofErr w:type="spellEnd"/>
            <w:r w:rsidRPr="001A4478">
              <w:rPr>
                <w:spacing w:val="-6"/>
                <w:szCs w:val="26"/>
              </w:rPr>
              <w:t xml:space="preserve"> dung </w:t>
            </w:r>
            <w:proofErr w:type="spellStart"/>
            <w:r w:rsidRPr="001A4478">
              <w:rPr>
                <w:spacing w:val="-6"/>
                <w:szCs w:val="26"/>
              </w:rPr>
              <w:t>về</w:t>
            </w:r>
            <w:proofErr w:type="spellEnd"/>
            <w:r w:rsidRPr="001A4478">
              <w:rPr>
                <w:spacing w:val="-6"/>
                <w:szCs w:val="26"/>
              </w:rPr>
              <w:t xml:space="preserve"> </w:t>
            </w:r>
            <w:proofErr w:type="spellStart"/>
            <w:r w:rsidRPr="001A4478">
              <w:rPr>
                <w:spacing w:val="-6"/>
                <w:szCs w:val="26"/>
              </w:rPr>
              <w:t>phân</w:t>
            </w:r>
            <w:proofErr w:type="spellEnd"/>
            <w:r w:rsidRPr="001A4478">
              <w:rPr>
                <w:spacing w:val="-6"/>
                <w:szCs w:val="26"/>
              </w:rPr>
              <w:t xml:space="preserve"> </w:t>
            </w:r>
            <w:proofErr w:type="spellStart"/>
            <w:r w:rsidRPr="001A4478">
              <w:rPr>
                <w:spacing w:val="-6"/>
                <w:szCs w:val="26"/>
              </w:rPr>
              <w:t>loại</w:t>
            </w:r>
            <w:proofErr w:type="spellEnd"/>
            <w:r w:rsidRPr="001A4478">
              <w:rPr>
                <w:spacing w:val="-6"/>
                <w:szCs w:val="26"/>
              </w:rPr>
              <w:t xml:space="preserve"> </w:t>
            </w:r>
            <w:proofErr w:type="spellStart"/>
            <w:r w:rsidRPr="001A4478">
              <w:rPr>
                <w:spacing w:val="-6"/>
                <w:szCs w:val="26"/>
              </w:rPr>
              <w:t>theo</w:t>
            </w:r>
            <w:proofErr w:type="spellEnd"/>
            <w:r w:rsidRPr="001A4478">
              <w:rPr>
                <w:spacing w:val="-6"/>
                <w:szCs w:val="26"/>
              </w:rPr>
              <w:t xml:space="preserve"> </w:t>
            </w:r>
            <w:proofErr w:type="spellStart"/>
            <w:r w:rsidRPr="001A4478">
              <w:rPr>
                <w:spacing w:val="-6"/>
                <w:szCs w:val="26"/>
              </w:rPr>
              <w:t>mức</w:t>
            </w:r>
            <w:proofErr w:type="spellEnd"/>
            <w:r w:rsidRPr="001A4478">
              <w:rPr>
                <w:spacing w:val="-6"/>
                <w:szCs w:val="26"/>
              </w:rPr>
              <w:t xml:space="preserve"> </w:t>
            </w:r>
            <w:proofErr w:type="spellStart"/>
            <w:r w:rsidRPr="001A4478">
              <w:rPr>
                <w:spacing w:val="-6"/>
                <w:szCs w:val="26"/>
              </w:rPr>
              <w:t>độ</w:t>
            </w:r>
            <w:proofErr w:type="spellEnd"/>
            <w:r w:rsidRPr="001A4478">
              <w:rPr>
                <w:spacing w:val="-6"/>
                <w:szCs w:val="26"/>
              </w:rPr>
              <w:t xml:space="preserve"> </w:t>
            </w:r>
            <w:proofErr w:type="spellStart"/>
            <w:r w:rsidRPr="001A4478">
              <w:rPr>
                <w:spacing w:val="-6"/>
                <w:szCs w:val="26"/>
              </w:rPr>
              <w:t>rủi</w:t>
            </w:r>
            <w:proofErr w:type="spellEnd"/>
            <w:r w:rsidRPr="001A4478">
              <w:rPr>
                <w:spacing w:val="-6"/>
                <w:szCs w:val="26"/>
              </w:rPr>
              <w:t xml:space="preserve"> </w:t>
            </w:r>
            <w:proofErr w:type="spellStart"/>
            <w:r w:rsidRPr="001A4478">
              <w:rPr>
                <w:spacing w:val="-6"/>
                <w:szCs w:val="26"/>
              </w:rPr>
              <w:t>ro</w:t>
            </w:r>
            <w:proofErr w:type="spellEnd"/>
            <w:r w:rsidRPr="001A4478">
              <w:rPr>
                <w:spacing w:val="-6"/>
                <w:szCs w:val="26"/>
              </w:rPr>
              <w:t xml:space="preserve"> </w:t>
            </w:r>
            <w:proofErr w:type="spellStart"/>
            <w:r w:rsidRPr="001A4478">
              <w:rPr>
                <w:spacing w:val="-6"/>
                <w:szCs w:val="26"/>
              </w:rPr>
              <w:t>sẽ</w:t>
            </w:r>
            <w:proofErr w:type="spellEnd"/>
            <w:r w:rsidRPr="001A4478">
              <w:rPr>
                <w:spacing w:val="-6"/>
                <w:szCs w:val="26"/>
              </w:rPr>
              <w:t xml:space="preserve"> </w:t>
            </w:r>
            <w:proofErr w:type="spellStart"/>
            <w:r w:rsidRPr="001A4478">
              <w:rPr>
                <w:spacing w:val="-6"/>
                <w:szCs w:val="26"/>
              </w:rPr>
              <w:t>được</w:t>
            </w:r>
            <w:proofErr w:type="spellEnd"/>
            <w:r w:rsidRPr="001A4478">
              <w:rPr>
                <w:spacing w:val="-6"/>
                <w:szCs w:val="26"/>
              </w:rPr>
              <w:t xml:space="preserve"> </w:t>
            </w:r>
            <w:proofErr w:type="spellStart"/>
            <w:r w:rsidRPr="001A4478">
              <w:rPr>
                <w:spacing w:val="-6"/>
                <w:szCs w:val="26"/>
              </w:rPr>
              <w:t>nghiên</w:t>
            </w:r>
            <w:proofErr w:type="spellEnd"/>
            <w:r w:rsidRPr="001A4478">
              <w:rPr>
                <w:spacing w:val="-6"/>
                <w:szCs w:val="26"/>
              </w:rPr>
              <w:t xml:space="preserve"> </w:t>
            </w:r>
            <w:proofErr w:type="spellStart"/>
            <w:r w:rsidRPr="001A4478">
              <w:rPr>
                <w:spacing w:val="-6"/>
                <w:szCs w:val="26"/>
              </w:rPr>
              <w:t>cứu</w:t>
            </w:r>
            <w:proofErr w:type="spellEnd"/>
            <w:r w:rsidRPr="001A4478">
              <w:rPr>
                <w:spacing w:val="-6"/>
                <w:szCs w:val="26"/>
              </w:rPr>
              <w:t xml:space="preserve">, </w:t>
            </w:r>
            <w:proofErr w:type="spellStart"/>
            <w:r w:rsidRPr="001A4478">
              <w:rPr>
                <w:spacing w:val="-6"/>
                <w:szCs w:val="26"/>
              </w:rPr>
              <w:t>quy</w:t>
            </w:r>
            <w:proofErr w:type="spellEnd"/>
            <w:r w:rsidRPr="001A4478">
              <w:rPr>
                <w:spacing w:val="-6"/>
                <w:szCs w:val="26"/>
              </w:rPr>
              <w:t xml:space="preserve"> </w:t>
            </w:r>
            <w:proofErr w:type="spellStart"/>
            <w:r w:rsidRPr="001A4478">
              <w:rPr>
                <w:spacing w:val="-6"/>
                <w:szCs w:val="26"/>
              </w:rPr>
              <w:t>định</w:t>
            </w:r>
            <w:proofErr w:type="spellEnd"/>
            <w:r w:rsidRPr="001A4478">
              <w:rPr>
                <w:spacing w:val="-6"/>
                <w:szCs w:val="26"/>
              </w:rPr>
              <w:t xml:space="preserve"> </w:t>
            </w:r>
            <w:proofErr w:type="spellStart"/>
            <w:r w:rsidRPr="001A4478">
              <w:rPr>
                <w:spacing w:val="-6"/>
                <w:szCs w:val="26"/>
              </w:rPr>
              <w:t>cụ</w:t>
            </w:r>
            <w:proofErr w:type="spellEnd"/>
            <w:r w:rsidRPr="001A4478">
              <w:rPr>
                <w:spacing w:val="-6"/>
                <w:szCs w:val="26"/>
              </w:rPr>
              <w:t xml:space="preserve"> </w:t>
            </w:r>
            <w:proofErr w:type="spellStart"/>
            <w:r w:rsidRPr="001A4478">
              <w:rPr>
                <w:spacing w:val="-6"/>
                <w:szCs w:val="26"/>
              </w:rPr>
              <w:t>thể</w:t>
            </w:r>
            <w:proofErr w:type="spellEnd"/>
            <w:r w:rsidRPr="001A4478">
              <w:rPr>
                <w:spacing w:val="-6"/>
                <w:szCs w:val="26"/>
              </w:rPr>
              <w:t xml:space="preserve"> </w:t>
            </w:r>
            <w:proofErr w:type="spellStart"/>
            <w:r w:rsidRPr="001A4478">
              <w:rPr>
                <w:spacing w:val="-6"/>
                <w:szCs w:val="26"/>
              </w:rPr>
              <w:t>tại</w:t>
            </w:r>
            <w:proofErr w:type="spellEnd"/>
            <w:r w:rsidRPr="001A4478">
              <w:rPr>
                <w:spacing w:val="-6"/>
                <w:szCs w:val="26"/>
              </w:rPr>
              <w:t xml:space="preserve"> </w:t>
            </w:r>
            <w:proofErr w:type="spellStart"/>
            <w:r w:rsidRPr="001A4478">
              <w:rPr>
                <w:spacing w:val="-6"/>
                <w:szCs w:val="26"/>
              </w:rPr>
              <w:t>các</w:t>
            </w:r>
            <w:proofErr w:type="spellEnd"/>
            <w:r w:rsidRPr="001A4478">
              <w:rPr>
                <w:spacing w:val="-6"/>
                <w:szCs w:val="26"/>
              </w:rPr>
              <w:t xml:space="preserve"> </w:t>
            </w:r>
            <w:proofErr w:type="spellStart"/>
            <w:r w:rsidRPr="001A4478">
              <w:rPr>
                <w:spacing w:val="-6"/>
                <w:szCs w:val="26"/>
              </w:rPr>
              <w:t>văn</w:t>
            </w:r>
            <w:proofErr w:type="spellEnd"/>
            <w:r w:rsidRPr="001A4478">
              <w:rPr>
                <w:spacing w:val="-6"/>
                <w:szCs w:val="26"/>
              </w:rPr>
              <w:t xml:space="preserve"> </w:t>
            </w:r>
            <w:proofErr w:type="spellStart"/>
            <w:r w:rsidRPr="001A4478">
              <w:rPr>
                <w:spacing w:val="-6"/>
                <w:szCs w:val="26"/>
              </w:rPr>
              <w:t>bản</w:t>
            </w:r>
            <w:proofErr w:type="spellEnd"/>
            <w:r w:rsidRPr="001A4478">
              <w:rPr>
                <w:spacing w:val="-6"/>
                <w:szCs w:val="26"/>
              </w:rPr>
              <w:t xml:space="preserve"> </w:t>
            </w:r>
            <w:proofErr w:type="spellStart"/>
            <w:r w:rsidRPr="001A4478">
              <w:rPr>
                <w:spacing w:val="-6"/>
                <w:szCs w:val="26"/>
              </w:rPr>
              <w:t>hướng</w:t>
            </w:r>
            <w:proofErr w:type="spellEnd"/>
            <w:r w:rsidRPr="001A4478">
              <w:rPr>
                <w:spacing w:val="-6"/>
                <w:szCs w:val="26"/>
              </w:rPr>
              <w:t xml:space="preserve"> </w:t>
            </w:r>
            <w:proofErr w:type="spellStart"/>
            <w:r w:rsidRPr="001A4478">
              <w:rPr>
                <w:spacing w:val="-6"/>
                <w:szCs w:val="26"/>
              </w:rPr>
              <w:t>dẫn</w:t>
            </w:r>
            <w:proofErr w:type="spellEnd"/>
            <w:r w:rsidRPr="001A4478">
              <w:rPr>
                <w:spacing w:val="-6"/>
                <w:szCs w:val="26"/>
              </w:rPr>
              <w:t xml:space="preserve"> </w:t>
            </w:r>
            <w:proofErr w:type="spellStart"/>
            <w:r w:rsidRPr="001A4478">
              <w:rPr>
                <w:spacing w:val="-6"/>
                <w:szCs w:val="26"/>
              </w:rPr>
              <w:t>nghiệp</w:t>
            </w:r>
            <w:proofErr w:type="spellEnd"/>
            <w:r w:rsidRPr="001A4478">
              <w:rPr>
                <w:spacing w:val="-6"/>
                <w:szCs w:val="26"/>
              </w:rPr>
              <w:t xml:space="preserve"> </w:t>
            </w:r>
            <w:proofErr w:type="spellStart"/>
            <w:r w:rsidRPr="001A4478">
              <w:rPr>
                <w:spacing w:val="-6"/>
                <w:szCs w:val="26"/>
              </w:rPr>
              <w:t>vụ</w:t>
            </w:r>
            <w:proofErr w:type="spellEnd"/>
            <w:r w:rsidRPr="001A4478">
              <w:rPr>
                <w:spacing w:val="-6"/>
                <w:szCs w:val="26"/>
              </w:rPr>
              <w:t xml:space="preserve"> </w:t>
            </w:r>
            <w:proofErr w:type="spellStart"/>
            <w:r w:rsidRPr="001A4478">
              <w:rPr>
                <w:spacing w:val="-6"/>
                <w:szCs w:val="26"/>
              </w:rPr>
              <w:t>quản</w:t>
            </w:r>
            <w:proofErr w:type="spellEnd"/>
            <w:r w:rsidRPr="001A4478">
              <w:rPr>
                <w:spacing w:val="-6"/>
                <w:szCs w:val="26"/>
              </w:rPr>
              <w:t xml:space="preserve"> </w:t>
            </w:r>
            <w:proofErr w:type="spellStart"/>
            <w:r w:rsidRPr="001A4478">
              <w:rPr>
                <w:spacing w:val="-6"/>
                <w:szCs w:val="26"/>
              </w:rPr>
              <w:t>lý</w:t>
            </w:r>
            <w:proofErr w:type="spellEnd"/>
            <w:r w:rsidRPr="001A4478">
              <w:rPr>
                <w:spacing w:val="-6"/>
                <w:szCs w:val="26"/>
              </w:rPr>
              <w:t xml:space="preserve"> </w:t>
            </w:r>
            <w:proofErr w:type="spellStart"/>
            <w:r w:rsidRPr="001A4478">
              <w:rPr>
                <w:spacing w:val="-6"/>
                <w:szCs w:val="26"/>
              </w:rPr>
              <w:t>chất</w:t>
            </w:r>
            <w:proofErr w:type="spellEnd"/>
            <w:r w:rsidRPr="001A4478">
              <w:rPr>
                <w:spacing w:val="-6"/>
                <w:szCs w:val="26"/>
              </w:rPr>
              <w:t xml:space="preserve"> </w:t>
            </w:r>
            <w:proofErr w:type="spellStart"/>
            <w:r w:rsidRPr="001A4478">
              <w:rPr>
                <w:spacing w:val="-6"/>
                <w:szCs w:val="26"/>
              </w:rPr>
              <w:t>lượng</w:t>
            </w:r>
            <w:proofErr w:type="spellEnd"/>
            <w:r w:rsidRPr="001A4478">
              <w:rPr>
                <w:spacing w:val="-6"/>
                <w:szCs w:val="26"/>
              </w:rPr>
              <w:t xml:space="preserve"> </w:t>
            </w:r>
            <w:proofErr w:type="spellStart"/>
            <w:r w:rsidRPr="001A4478">
              <w:rPr>
                <w:spacing w:val="-6"/>
                <w:szCs w:val="26"/>
              </w:rPr>
              <w:t>sản</w:t>
            </w:r>
            <w:proofErr w:type="spellEnd"/>
            <w:r w:rsidRPr="001A4478">
              <w:rPr>
                <w:spacing w:val="-6"/>
                <w:szCs w:val="26"/>
              </w:rPr>
              <w:t xml:space="preserve"> </w:t>
            </w:r>
            <w:proofErr w:type="spellStart"/>
            <w:r w:rsidRPr="001A4478">
              <w:rPr>
                <w:spacing w:val="-6"/>
                <w:szCs w:val="26"/>
              </w:rPr>
              <w:t>phẩm</w:t>
            </w:r>
            <w:proofErr w:type="spellEnd"/>
            <w:r w:rsidRPr="001A4478">
              <w:rPr>
                <w:spacing w:val="-6"/>
                <w:szCs w:val="26"/>
              </w:rPr>
              <w:t xml:space="preserve">, </w:t>
            </w:r>
            <w:proofErr w:type="spellStart"/>
            <w:r w:rsidRPr="001A4478">
              <w:rPr>
                <w:spacing w:val="-6"/>
                <w:szCs w:val="26"/>
              </w:rPr>
              <w:t>hàng</w:t>
            </w:r>
            <w:proofErr w:type="spellEnd"/>
            <w:r w:rsidRPr="001A4478">
              <w:rPr>
                <w:spacing w:val="-6"/>
                <w:szCs w:val="26"/>
              </w:rPr>
              <w:t xml:space="preserve"> </w:t>
            </w:r>
            <w:proofErr w:type="spellStart"/>
            <w:r w:rsidRPr="001A4478">
              <w:rPr>
                <w:spacing w:val="-6"/>
                <w:szCs w:val="26"/>
              </w:rPr>
              <w:t>hóa</w:t>
            </w:r>
            <w:proofErr w:type="spellEnd"/>
            <w:r w:rsidRPr="001A4478">
              <w:rPr>
                <w:spacing w:val="-6"/>
                <w:szCs w:val="26"/>
              </w:rPr>
              <w:t xml:space="preserve"> </w:t>
            </w:r>
            <w:proofErr w:type="spellStart"/>
            <w:r w:rsidRPr="001A4478">
              <w:rPr>
                <w:spacing w:val="-6"/>
                <w:szCs w:val="26"/>
              </w:rPr>
              <w:t>riêng</w:t>
            </w:r>
            <w:proofErr w:type="spellEnd"/>
            <w:r w:rsidRPr="004543E3">
              <w:rPr>
                <w:szCs w:val="26"/>
              </w:rPr>
              <w:t>.</w:t>
            </w:r>
          </w:p>
        </w:tc>
      </w:tr>
      <w:tr w:rsidR="004C2B3E" w:rsidRPr="004543E3" w14:paraId="55ABF32C" w14:textId="77777777" w:rsidTr="004C2B3E">
        <w:tc>
          <w:tcPr>
            <w:tcW w:w="1098" w:type="dxa"/>
          </w:tcPr>
          <w:p w14:paraId="17158D5A" w14:textId="791C63AF" w:rsidR="004C2B3E" w:rsidRPr="0007078F" w:rsidRDefault="002A7D4F" w:rsidP="002A7D4F">
            <w:pPr>
              <w:spacing w:before="120" w:after="120" w:line="240" w:lineRule="auto"/>
              <w:jc w:val="center"/>
              <w:rPr>
                <w:b/>
                <w:bCs/>
              </w:rPr>
            </w:pPr>
            <w:r>
              <w:rPr>
                <w:b/>
                <w:bCs/>
              </w:rPr>
              <w:lastRenderedPageBreak/>
              <w:t>3</w:t>
            </w:r>
          </w:p>
        </w:tc>
        <w:tc>
          <w:tcPr>
            <w:tcW w:w="6127" w:type="dxa"/>
          </w:tcPr>
          <w:p w14:paraId="3ACB33E3" w14:textId="38892782" w:rsidR="004C2B3E" w:rsidRPr="004543E3" w:rsidRDefault="004C2B3E" w:rsidP="002A7D4F">
            <w:pPr>
              <w:spacing w:before="120" w:after="120" w:line="240" w:lineRule="auto"/>
              <w:jc w:val="both"/>
              <w:rPr>
                <w:rFonts w:cs="Times New Roman"/>
                <w:b/>
                <w:bCs/>
              </w:rPr>
            </w:pPr>
            <w:r w:rsidRPr="004543E3">
              <w:rPr>
                <w:rFonts w:cs="Times New Roman"/>
                <w:b/>
                <w:bCs/>
              </w:rPr>
              <w:t xml:space="preserve">Cục </w:t>
            </w:r>
            <w:proofErr w:type="spellStart"/>
            <w:r w:rsidRPr="004543E3">
              <w:rPr>
                <w:rFonts w:cs="Times New Roman"/>
                <w:b/>
                <w:bCs/>
              </w:rPr>
              <w:t>Đổi</w:t>
            </w:r>
            <w:proofErr w:type="spellEnd"/>
            <w:r w:rsidRPr="004543E3">
              <w:rPr>
                <w:rFonts w:cs="Times New Roman"/>
                <w:b/>
                <w:bCs/>
              </w:rPr>
              <w:t xml:space="preserve"> </w:t>
            </w:r>
            <w:proofErr w:type="spellStart"/>
            <w:r w:rsidRPr="004543E3">
              <w:rPr>
                <w:rFonts w:cs="Times New Roman"/>
                <w:b/>
                <w:bCs/>
              </w:rPr>
              <w:t>mới</w:t>
            </w:r>
            <w:proofErr w:type="spellEnd"/>
            <w:r w:rsidRPr="004543E3">
              <w:rPr>
                <w:rFonts w:cs="Times New Roman"/>
                <w:b/>
                <w:bCs/>
              </w:rPr>
              <w:t xml:space="preserve"> </w:t>
            </w:r>
            <w:proofErr w:type="spellStart"/>
            <w:r w:rsidRPr="004543E3">
              <w:rPr>
                <w:rFonts w:cs="Times New Roman"/>
                <w:b/>
                <w:bCs/>
              </w:rPr>
              <w:t>sáng</w:t>
            </w:r>
            <w:proofErr w:type="spellEnd"/>
            <w:r w:rsidRPr="004543E3">
              <w:rPr>
                <w:rFonts w:cs="Times New Roman"/>
                <w:b/>
                <w:bCs/>
              </w:rPr>
              <w:t xml:space="preserve"> </w:t>
            </w:r>
            <w:proofErr w:type="spellStart"/>
            <w:r w:rsidRPr="004543E3">
              <w:rPr>
                <w:rFonts w:cs="Times New Roman"/>
                <w:b/>
                <w:bCs/>
              </w:rPr>
              <w:t>tạo</w:t>
            </w:r>
            <w:proofErr w:type="spellEnd"/>
            <w:r w:rsidRPr="004543E3">
              <w:rPr>
                <w:rFonts w:cs="Times New Roman"/>
                <w:b/>
                <w:bCs/>
              </w:rPr>
              <w:t>:</w:t>
            </w:r>
          </w:p>
          <w:p w14:paraId="126272AB" w14:textId="00BD6E9D" w:rsidR="004C2B3E" w:rsidRPr="004543E3" w:rsidRDefault="004C2B3E" w:rsidP="002A7D4F">
            <w:pPr>
              <w:spacing w:before="120" w:after="120" w:line="240" w:lineRule="auto"/>
              <w:jc w:val="both"/>
              <w:rPr>
                <w:rFonts w:cs="Times New Roman"/>
              </w:rPr>
            </w:pP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xem</w:t>
            </w:r>
            <w:proofErr w:type="spellEnd"/>
            <w:r w:rsidRPr="004543E3">
              <w:rPr>
                <w:rFonts w:cs="Times New Roman"/>
              </w:rPr>
              <w:t xml:space="preserve"> </w:t>
            </w:r>
            <w:proofErr w:type="spellStart"/>
            <w:r w:rsidRPr="004543E3">
              <w:rPr>
                <w:rFonts w:cs="Times New Roman"/>
              </w:rPr>
              <w:t>xét</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kiện</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tiếp</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với</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w:t>
            </w:r>
            <w:proofErr w:type="spellStart"/>
            <w:r w:rsidRPr="004543E3">
              <w:rPr>
                <w:rFonts w:cs="Times New Roman"/>
              </w:rPr>
              <w:t>đang</w:t>
            </w:r>
            <w:proofErr w:type="spellEnd"/>
            <w:r w:rsidRPr="004543E3">
              <w:rPr>
                <w:rFonts w:cs="Times New Roman"/>
              </w:rPr>
              <w:t xml:space="preserve"> </w:t>
            </w:r>
            <w:proofErr w:type="spellStart"/>
            <w:r w:rsidRPr="004543E3">
              <w:rPr>
                <w:rFonts w:cs="Times New Roman"/>
              </w:rPr>
              <w:t>giữ</w:t>
            </w:r>
            <w:proofErr w:type="spellEnd"/>
            <w:r w:rsidRPr="004543E3">
              <w:rPr>
                <w:rFonts w:cs="Times New Roman"/>
              </w:rPr>
              <w:t xml:space="preserve"> </w:t>
            </w:r>
            <w:proofErr w:type="spellStart"/>
            <w:r w:rsidRPr="004543E3">
              <w:rPr>
                <w:rFonts w:cs="Times New Roman"/>
              </w:rPr>
              <w:t>ngạch</w:t>
            </w:r>
            <w:proofErr w:type="spellEnd"/>
            <w:r w:rsidRPr="004543E3">
              <w:rPr>
                <w:rFonts w:cs="Times New Roman"/>
              </w:rPr>
              <w:t xml:space="preserve"> </w:t>
            </w:r>
            <w:proofErr w:type="spellStart"/>
            <w:r w:rsidRPr="004543E3">
              <w:rPr>
                <w:rFonts w:cs="Times New Roman"/>
              </w:rPr>
              <w:t>Kiểm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trung</w:t>
            </w:r>
            <w:proofErr w:type="spellEnd"/>
            <w:r w:rsidRPr="004543E3">
              <w:rPr>
                <w:rFonts w:cs="Times New Roman"/>
              </w:rPr>
              <w:t xml:space="preserve"> </w:t>
            </w:r>
            <w:proofErr w:type="spellStart"/>
            <w:r w:rsidRPr="004543E3">
              <w:rPr>
                <w:rFonts w:cs="Times New Roman"/>
              </w:rPr>
              <w:t>cấp</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 </w:t>
            </w:r>
            <w:proofErr w:type="spellStart"/>
            <w:r w:rsidRPr="004543E3">
              <w:rPr>
                <w:rFonts w:cs="Times New Roman"/>
              </w:rPr>
              <w:t>Mã</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ngạch</w:t>
            </w:r>
            <w:proofErr w:type="spellEnd"/>
            <w:r w:rsidRPr="004543E3">
              <w:rPr>
                <w:rFonts w:cs="Times New Roman"/>
              </w:rPr>
              <w:t xml:space="preserve"> 13.283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10/2009/TT-BNV.</w:t>
            </w:r>
          </w:p>
        </w:tc>
        <w:tc>
          <w:tcPr>
            <w:tcW w:w="7371" w:type="dxa"/>
          </w:tcPr>
          <w:p w14:paraId="65D5C9CF" w14:textId="2F2A08A7" w:rsidR="004C2B3E" w:rsidRPr="004543E3" w:rsidRDefault="004C2B3E" w:rsidP="002A7D4F">
            <w:pPr>
              <w:spacing w:before="120" w:after="120" w:line="240" w:lineRule="auto"/>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4C2B3E" w:rsidRPr="004543E3" w14:paraId="6BCFF597" w14:textId="77777777" w:rsidTr="004C2B3E">
        <w:tc>
          <w:tcPr>
            <w:tcW w:w="1098" w:type="dxa"/>
          </w:tcPr>
          <w:p w14:paraId="1272355E" w14:textId="307E1F4A" w:rsidR="004C2B3E" w:rsidRPr="0007078F" w:rsidRDefault="002A7D4F" w:rsidP="002A7D4F">
            <w:pPr>
              <w:spacing w:before="120" w:after="120" w:line="240" w:lineRule="auto"/>
              <w:jc w:val="center"/>
              <w:rPr>
                <w:b/>
                <w:bCs/>
              </w:rPr>
            </w:pPr>
            <w:r>
              <w:rPr>
                <w:b/>
                <w:bCs/>
              </w:rPr>
              <w:t>4</w:t>
            </w:r>
          </w:p>
        </w:tc>
        <w:tc>
          <w:tcPr>
            <w:tcW w:w="6127" w:type="dxa"/>
          </w:tcPr>
          <w:p w14:paraId="0C5C4FF4" w14:textId="2AB0BE88" w:rsidR="004C2B3E" w:rsidRPr="004543E3" w:rsidRDefault="004C2B3E" w:rsidP="00511E98">
            <w:pPr>
              <w:spacing w:after="0" w:line="240" w:lineRule="auto"/>
              <w:jc w:val="both"/>
              <w:rPr>
                <w:rFonts w:cs="Times New Roman"/>
                <w:b/>
                <w:bCs/>
              </w:rPr>
            </w:pPr>
            <w:r w:rsidRPr="004543E3">
              <w:rPr>
                <w:rFonts w:cs="Times New Roman"/>
                <w:b/>
                <w:bCs/>
              </w:rPr>
              <w:t xml:space="preserve">Cục </w:t>
            </w:r>
            <w:proofErr w:type="spellStart"/>
            <w:r w:rsidRPr="004543E3">
              <w:rPr>
                <w:rFonts w:cs="Times New Roman"/>
                <w:b/>
                <w:bCs/>
              </w:rPr>
              <w:t>Viễn</w:t>
            </w:r>
            <w:proofErr w:type="spellEnd"/>
            <w:r w:rsidRPr="004543E3">
              <w:rPr>
                <w:rFonts w:cs="Times New Roman"/>
                <w:b/>
                <w:bCs/>
              </w:rPr>
              <w:t xml:space="preserve"> </w:t>
            </w:r>
            <w:proofErr w:type="spellStart"/>
            <w:r w:rsidRPr="004543E3">
              <w:rPr>
                <w:rFonts w:cs="Times New Roman"/>
                <w:b/>
                <w:bCs/>
              </w:rPr>
              <w:t>thông</w:t>
            </w:r>
            <w:proofErr w:type="spellEnd"/>
            <w:r w:rsidRPr="004543E3">
              <w:rPr>
                <w:rFonts w:cs="Times New Roman"/>
                <w:b/>
                <w:bCs/>
              </w:rPr>
              <w:t>:</w:t>
            </w:r>
          </w:p>
          <w:p w14:paraId="3BF09941" w14:textId="77777777" w:rsidR="004C2B3E" w:rsidRPr="004543E3" w:rsidRDefault="004C2B3E" w:rsidP="00511E98">
            <w:pPr>
              <w:spacing w:after="0" w:line="240" w:lineRule="auto"/>
              <w:jc w:val="both"/>
              <w:rPr>
                <w:rFonts w:cs="Times New Roman"/>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Ban </w:t>
            </w:r>
            <w:proofErr w:type="spellStart"/>
            <w:r w:rsidRPr="004543E3">
              <w:rPr>
                <w:rFonts w:cs="Times New Roman"/>
              </w:rPr>
              <w:t>soạn</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w:t>
            </w:r>
            <w:proofErr w:type="spellStart"/>
            <w:r w:rsidRPr="004543E3">
              <w:rPr>
                <w:rFonts w:cs="Times New Roman"/>
              </w:rPr>
              <w:t>rà</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lại</w:t>
            </w:r>
            <w:proofErr w:type="spellEnd"/>
            <w:r w:rsidRPr="004543E3">
              <w:rPr>
                <w:rFonts w:cs="Times New Roman"/>
              </w:rPr>
              <w:t xml:space="preserve"> </w:t>
            </w:r>
            <w:proofErr w:type="spellStart"/>
            <w:r w:rsidRPr="004543E3">
              <w:rPr>
                <w:rFonts w:cs="Times New Roman"/>
              </w:rPr>
              <w:t>hệ</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căn</w:t>
            </w:r>
            <w:proofErr w:type="spellEnd"/>
            <w:r w:rsidRPr="004543E3">
              <w:rPr>
                <w:rFonts w:cs="Times New Roman"/>
              </w:rPr>
              <w:t xml:space="preserve"> </w:t>
            </w:r>
            <w:proofErr w:type="spellStart"/>
            <w:r w:rsidRPr="004543E3">
              <w:rPr>
                <w:rFonts w:cs="Times New Roman"/>
              </w:rPr>
              <w:t>cư</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nội</w:t>
            </w:r>
            <w:proofErr w:type="spellEnd"/>
            <w:r w:rsidRPr="004543E3">
              <w:rPr>
                <w:rFonts w:cs="Times New Roman"/>
              </w:rPr>
              <w:t xml:space="preserve"> dung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nhằm</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sự</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nhất</w:t>
            </w:r>
            <w:proofErr w:type="spellEnd"/>
            <w:r w:rsidRPr="004543E3">
              <w:rPr>
                <w:rFonts w:cs="Times New Roman"/>
              </w:rPr>
              <w:t xml:space="preserve"> </w:t>
            </w:r>
            <w:proofErr w:type="spellStart"/>
            <w:r w:rsidRPr="004543E3">
              <w:rPr>
                <w:rFonts w:cs="Times New Roman"/>
              </w:rPr>
              <w:t>giữa</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với</w:t>
            </w:r>
            <w:proofErr w:type="spellEnd"/>
            <w:r w:rsidRPr="004543E3">
              <w:rPr>
                <w:rFonts w:cs="Times New Roman"/>
              </w:rPr>
              <w:t xml:space="preserve"> </w:t>
            </w:r>
            <w:proofErr w:type="spellStart"/>
            <w:r w:rsidRPr="004543E3">
              <w:rPr>
                <w:rFonts w:cs="Times New Roman"/>
              </w:rPr>
              <w:t>ngạch</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nghề</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chức</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cùng</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ngành</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chất</w:t>
            </w:r>
            <w:proofErr w:type="spellEnd"/>
            <w:r w:rsidRPr="004543E3">
              <w:rPr>
                <w:rFonts w:cs="Times New Roman"/>
              </w:rPr>
              <w:t xml:space="preserve"> </w:t>
            </w:r>
            <w:proofErr w:type="spellStart"/>
            <w:r w:rsidRPr="004543E3">
              <w:rPr>
                <w:rFonts w:cs="Times New Roman"/>
              </w:rPr>
              <w:t>lượng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w:t>
            </w:r>
          </w:p>
          <w:p w14:paraId="5D708B3C" w14:textId="77777777" w:rsidR="004C2B3E" w:rsidRPr="004543E3" w:rsidRDefault="004C2B3E" w:rsidP="00511E98">
            <w:pPr>
              <w:spacing w:after="0" w:line="240" w:lineRule="auto"/>
              <w:jc w:val="both"/>
              <w:rPr>
                <w:rFonts w:cs="Times New Roman"/>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chuẩn</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đặc</w:t>
            </w:r>
            <w:proofErr w:type="spellEnd"/>
            <w:r w:rsidRPr="004543E3">
              <w:rPr>
                <w:rFonts w:cs="Times New Roman"/>
              </w:rPr>
              <w:t xml:space="preserve"> </w:t>
            </w:r>
            <w:proofErr w:type="spellStart"/>
            <w:r w:rsidRPr="004543E3">
              <w:rPr>
                <w:rFonts w:cs="Times New Roman"/>
              </w:rPr>
              <w:t>thù</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lĩnh</w:t>
            </w:r>
            <w:proofErr w:type="spellEnd"/>
            <w:r w:rsidRPr="004543E3">
              <w:rPr>
                <w:rFonts w:cs="Times New Roman"/>
              </w:rPr>
              <w:t xml:space="preserve"> </w:t>
            </w:r>
            <w:proofErr w:type="spellStart"/>
            <w:r w:rsidRPr="004543E3">
              <w:rPr>
                <w:rFonts w:cs="Times New Roman"/>
              </w:rPr>
              <w:t>vực</w:t>
            </w:r>
            <w:proofErr w:type="spellEnd"/>
            <w:r w:rsidRPr="004543E3">
              <w:rPr>
                <w:rFonts w:cs="Times New Roman"/>
              </w:rPr>
              <w:t xml:space="preserve">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soát</w:t>
            </w:r>
            <w:proofErr w:type="spellEnd"/>
            <w:r w:rsidRPr="004543E3">
              <w:rPr>
                <w:rFonts w:cs="Times New Roman"/>
              </w:rPr>
              <w:t xml:space="preserve"> </w:t>
            </w:r>
            <w:proofErr w:type="spellStart"/>
            <w:r w:rsidRPr="004543E3">
              <w:rPr>
                <w:rFonts w:cs="Times New Roman"/>
              </w:rPr>
              <w:t>chất</w:t>
            </w:r>
            <w:proofErr w:type="spellEnd"/>
            <w:r w:rsidRPr="004543E3">
              <w:rPr>
                <w:rFonts w:cs="Times New Roman"/>
              </w:rPr>
              <w:t xml:space="preserve"> </w:t>
            </w:r>
            <w:proofErr w:type="spellStart"/>
            <w:r w:rsidRPr="004543E3">
              <w:rPr>
                <w:rFonts w:cs="Times New Roman"/>
              </w:rPr>
              <w:t>lượng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như</w:t>
            </w:r>
            <w:proofErr w:type="spellEnd"/>
            <w:r w:rsidRPr="004543E3">
              <w:rPr>
                <w:rFonts w:cs="Times New Roman"/>
              </w:rPr>
              <w:t xml:space="preserve">: </w:t>
            </w:r>
            <w:proofErr w:type="spellStart"/>
            <w:r w:rsidRPr="004543E3">
              <w:rPr>
                <w:rFonts w:cs="Times New Roman"/>
              </w:rPr>
              <w:t>kiến</w:t>
            </w:r>
            <w:proofErr w:type="spellEnd"/>
            <w:r w:rsidRPr="004543E3">
              <w:rPr>
                <w:rFonts w:cs="Times New Roman"/>
              </w:rPr>
              <w:t xml:space="preserve"> </w:t>
            </w:r>
            <w:proofErr w:type="spellStart"/>
            <w:r w:rsidRPr="004543E3">
              <w:rPr>
                <w:rFonts w:cs="Times New Roman"/>
              </w:rPr>
              <w:t>thức</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chuẩn</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chuẩn</w:t>
            </w:r>
            <w:proofErr w:type="spellEnd"/>
            <w:r w:rsidRPr="004543E3">
              <w:rPr>
                <w:rFonts w:cs="Times New Roman"/>
              </w:rPr>
              <w:t xml:space="preserve"> </w:t>
            </w:r>
            <w:proofErr w:type="spellStart"/>
            <w:r w:rsidRPr="004543E3">
              <w:rPr>
                <w:rFonts w:cs="Times New Roman"/>
              </w:rPr>
              <w:t>kỹ</w:t>
            </w:r>
            <w:proofErr w:type="spellEnd"/>
            <w:r w:rsidRPr="004543E3">
              <w:rPr>
                <w:rFonts w:cs="Times New Roman"/>
              </w:rPr>
              <w:t xml:space="preserve"> </w:t>
            </w:r>
            <w:proofErr w:type="spellStart"/>
            <w:r w:rsidRPr="004543E3">
              <w:rPr>
                <w:rFonts w:cs="Times New Roman"/>
              </w:rPr>
              <w:t>thuật</w:t>
            </w:r>
            <w:proofErr w:type="spellEnd"/>
            <w:r w:rsidRPr="004543E3">
              <w:rPr>
                <w:rFonts w:cs="Times New Roman"/>
              </w:rPr>
              <w:t xml:space="preserve">; </w:t>
            </w:r>
            <w:proofErr w:type="spellStart"/>
            <w:r w:rsidRPr="004543E3">
              <w:rPr>
                <w:rFonts w:cs="Times New Roman"/>
              </w:rPr>
              <w:t>phương</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đánh</w:t>
            </w:r>
            <w:proofErr w:type="spellEnd"/>
            <w:r w:rsidRPr="004543E3">
              <w:rPr>
                <w:rFonts w:cs="Times New Roman"/>
              </w:rPr>
              <w:t xml:space="preserve"> </w:t>
            </w:r>
            <w:proofErr w:type="spellStart"/>
            <w:r w:rsidRPr="004543E3">
              <w:rPr>
                <w:rFonts w:cs="Times New Roman"/>
              </w:rPr>
              <w:t>giá</w:t>
            </w:r>
            <w:proofErr w:type="spellEnd"/>
            <w:r w:rsidRPr="004543E3">
              <w:rPr>
                <w:rFonts w:cs="Times New Roman"/>
              </w:rPr>
              <w:t xml:space="preserve"> </w:t>
            </w:r>
            <w:proofErr w:type="spellStart"/>
            <w:r w:rsidRPr="004543E3">
              <w:rPr>
                <w:rFonts w:cs="Times New Roman"/>
              </w:rPr>
              <w:t>sự</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hợp</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vụ </w:t>
            </w:r>
            <w:proofErr w:type="spellStart"/>
            <w:r w:rsidRPr="004543E3">
              <w:rPr>
                <w:rFonts w:cs="Times New Roman"/>
              </w:rPr>
              <w:t>kiểm</w:t>
            </w:r>
            <w:proofErr w:type="spellEnd"/>
            <w:r w:rsidRPr="004543E3">
              <w:rPr>
                <w:rFonts w:cs="Times New Roman"/>
              </w:rPr>
              <w:t xml:space="preserve"> </w:t>
            </w:r>
            <w:proofErr w:type="spellStart"/>
            <w:r w:rsidRPr="004543E3">
              <w:rPr>
                <w:rFonts w:cs="Times New Roman"/>
              </w:rPr>
              <w:t>tra</w:t>
            </w:r>
            <w:proofErr w:type="spellEnd"/>
            <w:r w:rsidRPr="004543E3">
              <w:rPr>
                <w:rFonts w:cs="Times New Roman"/>
              </w:rPr>
              <w:t xml:space="preserve"> </w:t>
            </w:r>
            <w:proofErr w:type="spellStart"/>
            <w:r w:rsidRPr="004543E3">
              <w:rPr>
                <w:rFonts w:cs="Times New Roman"/>
              </w:rPr>
              <w:t>nhà</w:t>
            </w:r>
            <w:proofErr w:type="spellEnd"/>
            <w:r w:rsidRPr="004543E3">
              <w:rPr>
                <w:rFonts w:cs="Times New Roman"/>
              </w:rPr>
              <w:t xml:space="preserve"> </w:t>
            </w:r>
            <w:proofErr w:type="spellStart"/>
            <w:r w:rsidRPr="004543E3">
              <w:rPr>
                <w:rFonts w:cs="Times New Roman"/>
              </w:rPr>
              <w:t>nước</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chất</w:t>
            </w:r>
            <w:proofErr w:type="spellEnd"/>
            <w:r w:rsidRPr="004543E3">
              <w:rPr>
                <w:rFonts w:cs="Times New Roman"/>
              </w:rPr>
              <w:t xml:space="preserve"> </w:t>
            </w:r>
            <w:proofErr w:type="spellStart"/>
            <w:r w:rsidRPr="004543E3">
              <w:rPr>
                <w:rFonts w:cs="Times New Roman"/>
              </w:rPr>
              <w:t>lượng</w:t>
            </w:r>
            <w:proofErr w:type="spellEnd"/>
            <w:r w:rsidRPr="004543E3">
              <w:rPr>
                <w:rFonts w:cs="Times New Roman"/>
              </w:rPr>
              <w:t xml:space="preserve"> </w:t>
            </w:r>
            <w:proofErr w:type="spellStart"/>
            <w:r w:rsidRPr="004543E3">
              <w:rPr>
                <w:rFonts w:cs="Times New Roman"/>
              </w:rPr>
              <w:t>sản</w:t>
            </w:r>
            <w:proofErr w:type="spellEnd"/>
            <w:r w:rsidRPr="004543E3">
              <w:rPr>
                <w:rFonts w:cs="Times New Roman"/>
              </w:rPr>
              <w:t xml:space="preserve"> </w:t>
            </w:r>
            <w:proofErr w:type="spellStart"/>
            <w:r w:rsidRPr="004543E3">
              <w:rPr>
                <w:rFonts w:cs="Times New Roman"/>
              </w:rPr>
              <w:t>phẩm</w:t>
            </w:r>
            <w:proofErr w:type="spellEnd"/>
            <w:r w:rsidRPr="004543E3">
              <w:rPr>
                <w:rFonts w:cs="Times New Roman"/>
              </w:rPr>
              <w:t xml:space="preserve">, </w:t>
            </w:r>
            <w:proofErr w:type="spellStart"/>
            <w:r w:rsidRPr="004543E3">
              <w:rPr>
                <w:rFonts w:cs="Times New Roman"/>
              </w:rPr>
              <w:t>hàng</w:t>
            </w:r>
            <w:proofErr w:type="spellEnd"/>
            <w:r w:rsidRPr="004543E3">
              <w:rPr>
                <w:rFonts w:cs="Times New Roman"/>
              </w:rPr>
              <w:t xml:space="preserve"> </w:t>
            </w:r>
            <w:proofErr w:type="spellStart"/>
            <w:r w:rsidRPr="004543E3">
              <w:rPr>
                <w:rFonts w:cs="Times New Roman"/>
              </w:rPr>
              <w:t>hóa</w:t>
            </w:r>
            <w:proofErr w:type="spellEnd"/>
            <w:r w:rsidRPr="004543E3">
              <w:rPr>
                <w:rFonts w:cs="Times New Roman"/>
              </w:rPr>
              <w:t xml:space="preserve">; </w:t>
            </w:r>
            <w:proofErr w:type="spellStart"/>
            <w:r w:rsidRPr="004543E3">
              <w:rPr>
                <w:rFonts w:cs="Times New Roman"/>
              </w:rPr>
              <w:t>kỹ</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tích</w:t>
            </w:r>
            <w:proofErr w:type="spellEnd"/>
            <w:r w:rsidRPr="004543E3">
              <w:rPr>
                <w:rFonts w:cs="Times New Roman"/>
              </w:rPr>
              <w:t xml:space="preserve">, </w:t>
            </w:r>
            <w:proofErr w:type="spellStart"/>
            <w:r w:rsidRPr="004543E3">
              <w:rPr>
                <w:rFonts w:cs="Times New Roman"/>
              </w:rPr>
              <w:t>xử</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vi </w:t>
            </w:r>
            <w:proofErr w:type="spellStart"/>
            <w:r w:rsidRPr="004543E3">
              <w:rPr>
                <w:rFonts w:cs="Times New Roman"/>
              </w:rPr>
              <w:t>phạm</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hoạt</w:t>
            </w:r>
            <w:proofErr w:type="spellEnd"/>
            <w:r w:rsidRPr="004543E3">
              <w:rPr>
                <w:rFonts w:cs="Times New Roman"/>
              </w:rPr>
              <w:t xml:space="preserve"> </w:t>
            </w:r>
            <w:proofErr w:type="spellStart"/>
            <w:r w:rsidRPr="004543E3">
              <w:rPr>
                <w:rFonts w:cs="Times New Roman"/>
              </w:rPr>
              <w:t>động</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chất</w:t>
            </w:r>
            <w:proofErr w:type="spellEnd"/>
            <w:r w:rsidRPr="004543E3">
              <w:rPr>
                <w:rFonts w:cs="Times New Roman"/>
              </w:rPr>
              <w:t xml:space="preserve"> </w:t>
            </w:r>
            <w:proofErr w:type="spellStart"/>
            <w:r w:rsidRPr="004543E3">
              <w:rPr>
                <w:rFonts w:cs="Times New Roman"/>
              </w:rPr>
              <w:t>lượng</w:t>
            </w:r>
            <w:proofErr w:type="spellEnd"/>
            <w:r w:rsidRPr="004543E3">
              <w:rPr>
                <w:rFonts w:cs="Times New Roman"/>
              </w:rPr>
              <w:t>.</w:t>
            </w:r>
          </w:p>
          <w:p w14:paraId="45C76AB1" w14:textId="42319A38" w:rsidR="004C2B3E" w:rsidRPr="004543E3" w:rsidRDefault="004C2B3E" w:rsidP="00511E98">
            <w:pPr>
              <w:spacing w:after="0" w:line="240" w:lineRule="auto"/>
              <w:jc w:val="both"/>
              <w:rPr>
                <w:rFonts w:cs="Times New Roman"/>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nhất</w:t>
            </w:r>
            <w:proofErr w:type="spellEnd"/>
            <w:r w:rsidRPr="004543E3">
              <w:rPr>
                <w:rFonts w:cs="Times New Roman"/>
              </w:rPr>
              <w:t xml:space="preserve"> </w:t>
            </w:r>
            <w:proofErr w:type="spellStart"/>
            <w:r w:rsidRPr="004543E3">
              <w:rPr>
                <w:rFonts w:cs="Times New Roman"/>
              </w:rPr>
              <w:t>cách</w:t>
            </w:r>
            <w:proofErr w:type="spellEnd"/>
            <w:r w:rsidRPr="004543E3">
              <w:rPr>
                <w:rFonts w:cs="Times New Roman"/>
              </w:rPr>
              <w:t xml:space="preserve"> </w:t>
            </w:r>
            <w:proofErr w:type="spellStart"/>
            <w:r w:rsidRPr="004543E3">
              <w:rPr>
                <w:rFonts w:cs="Times New Roman"/>
              </w:rPr>
              <w:t>viết</w:t>
            </w:r>
            <w:proofErr w:type="spellEnd"/>
            <w:r w:rsidRPr="004543E3">
              <w:rPr>
                <w:rFonts w:cs="Times New Roman"/>
              </w:rPr>
              <w:t xml:space="preserve"> 3 </w:t>
            </w:r>
            <w:proofErr w:type="spellStart"/>
            <w:r w:rsidRPr="004543E3">
              <w:rPr>
                <w:rFonts w:cs="Times New Roman"/>
              </w:rPr>
              <w:t>cụm</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w:t>
            </w:r>
            <w:proofErr w:type="spellStart"/>
            <w:r w:rsidRPr="004543E3">
              <w:rPr>
                <w:rFonts w:cs="Times New Roman"/>
              </w:rPr>
              <w:t>Chương</w:t>
            </w:r>
            <w:proofErr w:type="spellEnd"/>
            <w:r w:rsidRPr="004543E3">
              <w:rPr>
                <w:rFonts w:cs="Times New Roman"/>
              </w:rPr>
              <w:t xml:space="preserve"> I”, “CHƯƠNG II”, “CHƯƠNG III”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văn</w:t>
            </w:r>
            <w:proofErr w:type="spellEnd"/>
            <w:r w:rsidRPr="004543E3">
              <w:rPr>
                <w:rFonts w:cs="Times New Roman"/>
              </w:rPr>
              <w:t xml:space="preserve"> </w:t>
            </w:r>
            <w:proofErr w:type="spellStart"/>
            <w:r w:rsidRPr="004543E3">
              <w:rPr>
                <w:rFonts w:cs="Times New Roman"/>
              </w:rPr>
              <w:t>bản</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tại</w:t>
            </w:r>
            <w:proofErr w:type="spellEnd"/>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1 </w:t>
            </w:r>
            <w:proofErr w:type="spellStart"/>
            <w:r w:rsidRPr="004543E3">
              <w:rPr>
                <w:rFonts w:cs="Times New Roman"/>
              </w:rPr>
              <w:t>Điều</w:t>
            </w:r>
            <w:proofErr w:type="spellEnd"/>
            <w:r w:rsidRPr="004543E3">
              <w:rPr>
                <w:rFonts w:cs="Times New Roman"/>
              </w:rPr>
              <w:t xml:space="preserve"> 5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cụm</w:t>
            </w:r>
            <w:proofErr w:type="spellEnd"/>
            <w:r w:rsidRPr="004543E3">
              <w:rPr>
                <w:rFonts w:cs="Times New Roman"/>
              </w:rPr>
              <w:t xml:space="preserve"> </w:t>
            </w:r>
            <w:proofErr w:type="spellStart"/>
            <w:r w:rsidRPr="004543E3">
              <w:rPr>
                <w:rFonts w:cs="Times New Roman"/>
              </w:rPr>
              <w:t>từ</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 xml:space="preserve"> </w:t>
            </w:r>
            <w:proofErr w:type="spellStart"/>
            <w:r w:rsidRPr="004543E3">
              <w:rPr>
                <w:rFonts w:cs="Times New Roman"/>
              </w:rPr>
              <w:t>ngang</w:t>
            </w:r>
            <w:proofErr w:type="spellEnd"/>
            <w:r w:rsidRPr="004543E3">
              <w:rPr>
                <w:rFonts w:cs="Times New Roman"/>
              </w:rPr>
              <w:t xml:space="preserve">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thành</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 xml:space="preserve"> </w:t>
            </w:r>
            <w:proofErr w:type="spellStart"/>
            <w:r w:rsidRPr="004543E3">
              <w:rPr>
                <w:rFonts w:cs="Times New Roman"/>
              </w:rPr>
              <w:t>ngang</w:t>
            </w:r>
            <w:proofErr w:type="spellEnd"/>
            <w:r w:rsidRPr="004543E3">
              <w:rPr>
                <w:rFonts w:cs="Times New Roman"/>
              </w:rPr>
              <w:t xml:space="preserve"> </w:t>
            </w:r>
            <w:proofErr w:type="spellStart"/>
            <w:r w:rsidRPr="004543E3">
              <w:rPr>
                <w:rFonts w:cs="Times New Roman"/>
              </w:rPr>
              <w:t>Bộ</w:t>
            </w:r>
            <w:proofErr w:type="spellEnd"/>
            <w:r w:rsidRPr="004543E3">
              <w:rPr>
                <w:rFonts w:cs="Times New Roman"/>
              </w:rPr>
              <w:t>”.</w:t>
            </w:r>
          </w:p>
        </w:tc>
        <w:tc>
          <w:tcPr>
            <w:tcW w:w="7371" w:type="dxa"/>
          </w:tcPr>
          <w:p w14:paraId="63F9C1AB" w14:textId="77777777" w:rsidR="00E30E1E" w:rsidRDefault="00E30E1E" w:rsidP="002A7D4F">
            <w:pPr>
              <w:spacing w:before="120" w:after="120" w:line="240" w:lineRule="auto"/>
              <w:jc w:val="both"/>
              <w:rPr>
                <w:szCs w:val="26"/>
              </w:rPr>
            </w:pPr>
          </w:p>
          <w:p w14:paraId="411B3DDF" w14:textId="4637C127" w:rsidR="004C2B3E" w:rsidRPr="004543E3" w:rsidRDefault="004C2B3E" w:rsidP="002A7D4F">
            <w:pPr>
              <w:spacing w:before="120" w:after="120" w:line="240" w:lineRule="auto"/>
              <w:jc w:val="both"/>
              <w:rPr>
                <w:szCs w:val="26"/>
              </w:rPr>
            </w:pPr>
            <w:proofErr w:type="spellStart"/>
            <w:r w:rsidRPr="004543E3">
              <w:rPr>
                <w:szCs w:val="26"/>
              </w:rPr>
              <w:t>Tiếp</w:t>
            </w:r>
            <w:proofErr w:type="spellEnd"/>
            <w:r w:rsidRPr="004543E3">
              <w:rPr>
                <w:szCs w:val="26"/>
              </w:rPr>
              <w:t xml:space="preserve"> thu ý </w:t>
            </w:r>
            <w:proofErr w:type="spellStart"/>
            <w:r w:rsidRPr="004543E3">
              <w:rPr>
                <w:szCs w:val="26"/>
              </w:rPr>
              <w:t>kiến</w:t>
            </w:r>
            <w:proofErr w:type="spellEnd"/>
          </w:p>
          <w:p w14:paraId="18350236" w14:textId="77777777" w:rsidR="004C2B3E" w:rsidRPr="004543E3" w:rsidRDefault="004C2B3E" w:rsidP="002A7D4F">
            <w:pPr>
              <w:spacing w:before="120" w:after="120" w:line="240" w:lineRule="auto"/>
              <w:jc w:val="both"/>
              <w:rPr>
                <w:szCs w:val="26"/>
              </w:rPr>
            </w:pPr>
          </w:p>
          <w:p w14:paraId="2DA44FAE" w14:textId="77777777" w:rsidR="004C2B3E" w:rsidRPr="004543E3" w:rsidRDefault="004C2B3E" w:rsidP="002A7D4F">
            <w:pPr>
              <w:spacing w:before="120" w:after="120" w:line="240" w:lineRule="auto"/>
              <w:jc w:val="both"/>
              <w:rPr>
                <w:szCs w:val="26"/>
              </w:rPr>
            </w:pPr>
          </w:p>
          <w:p w14:paraId="52DE799A" w14:textId="77777777" w:rsidR="004C2B3E" w:rsidRPr="004543E3" w:rsidRDefault="004C2B3E" w:rsidP="002A7D4F">
            <w:pPr>
              <w:spacing w:before="120" w:after="120" w:line="240" w:lineRule="auto"/>
              <w:jc w:val="both"/>
              <w:rPr>
                <w:szCs w:val="26"/>
              </w:rPr>
            </w:pPr>
          </w:p>
          <w:p w14:paraId="66E32299" w14:textId="77777777" w:rsidR="004C2B3E" w:rsidRPr="004543E3" w:rsidRDefault="004C2B3E" w:rsidP="002A7D4F">
            <w:pPr>
              <w:spacing w:before="120" w:after="120" w:line="240" w:lineRule="auto"/>
              <w:jc w:val="both"/>
              <w:rPr>
                <w:szCs w:val="26"/>
              </w:rPr>
            </w:pPr>
          </w:p>
          <w:p w14:paraId="2109D063" w14:textId="77777777" w:rsidR="004C2B3E" w:rsidRPr="004543E3" w:rsidRDefault="004C2B3E" w:rsidP="002A7D4F">
            <w:pPr>
              <w:spacing w:before="120" w:after="120" w:line="240" w:lineRule="auto"/>
              <w:jc w:val="both"/>
              <w:rPr>
                <w:szCs w:val="26"/>
              </w:rPr>
            </w:pPr>
          </w:p>
          <w:p w14:paraId="541D4229" w14:textId="77777777" w:rsidR="004C2B3E" w:rsidRPr="004543E3" w:rsidRDefault="004C2B3E" w:rsidP="002A7D4F">
            <w:pPr>
              <w:spacing w:before="120" w:after="120" w:line="240" w:lineRule="auto"/>
              <w:jc w:val="both"/>
              <w:rPr>
                <w:szCs w:val="26"/>
              </w:rPr>
            </w:pPr>
          </w:p>
          <w:p w14:paraId="272DE22F" w14:textId="77777777" w:rsidR="004C2B3E" w:rsidRPr="004543E3" w:rsidRDefault="004C2B3E" w:rsidP="002A7D4F">
            <w:pPr>
              <w:spacing w:before="120" w:after="120" w:line="240" w:lineRule="auto"/>
              <w:jc w:val="both"/>
              <w:rPr>
                <w:szCs w:val="26"/>
              </w:rPr>
            </w:pPr>
          </w:p>
          <w:p w14:paraId="238FF1CD" w14:textId="77777777" w:rsidR="004C2B3E" w:rsidRPr="004543E3" w:rsidRDefault="004C2B3E" w:rsidP="002A7D4F">
            <w:pPr>
              <w:spacing w:before="120" w:after="120" w:line="240" w:lineRule="auto"/>
              <w:jc w:val="both"/>
              <w:rPr>
                <w:szCs w:val="26"/>
              </w:rPr>
            </w:pPr>
          </w:p>
          <w:p w14:paraId="6B9DC5F4" w14:textId="77777777" w:rsidR="004C2B3E" w:rsidRPr="004543E3" w:rsidRDefault="004C2B3E" w:rsidP="002A7D4F">
            <w:pPr>
              <w:spacing w:before="120" w:after="120" w:line="240" w:lineRule="auto"/>
              <w:jc w:val="both"/>
              <w:rPr>
                <w:szCs w:val="26"/>
              </w:rPr>
            </w:pPr>
          </w:p>
          <w:p w14:paraId="0E54F1E1" w14:textId="48D90DDE" w:rsidR="004C2B3E" w:rsidRPr="004543E3" w:rsidRDefault="004C2B3E" w:rsidP="002A7D4F">
            <w:pPr>
              <w:spacing w:before="120" w:after="120" w:line="240" w:lineRule="auto"/>
              <w:jc w:val="both"/>
              <w:rPr>
                <w:szCs w:val="26"/>
              </w:rPr>
            </w:pPr>
          </w:p>
        </w:tc>
      </w:tr>
      <w:tr w:rsidR="004C2B3E" w:rsidRPr="004543E3" w14:paraId="44AAE7D1" w14:textId="77777777" w:rsidTr="004C2B3E">
        <w:tc>
          <w:tcPr>
            <w:tcW w:w="1098" w:type="dxa"/>
          </w:tcPr>
          <w:p w14:paraId="30E04E67" w14:textId="513EB38F" w:rsidR="004C2B3E" w:rsidRPr="00957A2C" w:rsidRDefault="002A7D4F" w:rsidP="002A7D4F">
            <w:pPr>
              <w:spacing w:before="120" w:after="120" w:line="240" w:lineRule="auto"/>
              <w:jc w:val="center"/>
              <w:rPr>
                <w:b/>
                <w:bCs/>
              </w:rPr>
            </w:pPr>
            <w:r>
              <w:rPr>
                <w:b/>
                <w:bCs/>
              </w:rPr>
              <w:t>5</w:t>
            </w:r>
          </w:p>
        </w:tc>
        <w:tc>
          <w:tcPr>
            <w:tcW w:w="6127" w:type="dxa"/>
          </w:tcPr>
          <w:p w14:paraId="6250F87E" w14:textId="3C9C7843" w:rsidR="004C2B3E" w:rsidRPr="004543E3" w:rsidRDefault="004C2B3E" w:rsidP="002A7D4F">
            <w:pPr>
              <w:spacing w:before="120" w:after="120" w:line="240" w:lineRule="auto"/>
              <w:jc w:val="both"/>
              <w:rPr>
                <w:rFonts w:cs="Times New Roman"/>
                <w:b/>
                <w:bCs/>
              </w:rPr>
            </w:pPr>
            <w:r w:rsidRPr="004543E3">
              <w:rPr>
                <w:rFonts w:cs="Times New Roman"/>
                <w:b/>
                <w:bCs/>
              </w:rPr>
              <w:t xml:space="preserve">Học </w:t>
            </w:r>
            <w:proofErr w:type="spellStart"/>
            <w:r w:rsidRPr="004543E3">
              <w:rPr>
                <w:rFonts w:cs="Times New Roman"/>
                <w:b/>
                <w:bCs/>
              </w:rPr>
              <w:t>viện</w:t>
            </w:r>
            <w:proofErr w:type="spellEnd"/>
            <w:r w:rsidRPr="004543E3">
              <w:rPr>
                <w:rFonts w:cs="Times New Roman"/>
                <w:b/>
                <w:bCs/>
              </w:rPr>
              <w:t xml:space="preserve"> </w:t>
            </w:r>
            <w:proofErr w:type="spellStart"/>
            <w:r w:rsidRPr="004543E3">
              <w:rPr>
                <w:rFonts w:cs="Times New Roman"/>
                <w:b/>
                <w:bCs/>
              </w:rPr>
              <w:t>Chiến</w:t>
            </w:r>
            <w:proofErr w:type="spellEnd"/>
            <w:r w:rsidRPr="004543E3">
              <w:rPr>
                <w:rFonts w:cs="Times New Roman"/>
                <w:b/>
                <w:bCs/>
              </w:rPr>
              <w:t xml:space="preserve"> </w:t>
            </w:r>
            <w:proofErr w:type="spellStart"/>
            <w:r w:rsidRPr="004543E3">
              <w:rPr>
                <w:rFonts w:cs="Times New Roman"/>
                <w:b/>
                <w:bCs/>
              </w:rPr>
              <w:t>lược</w:t>
            </w:r>
            <w:proofErr w:type="spellEnd"/>
            <w:r w:rsidRPr="004543E3">
              <w:rPr>
                <w:rFonts w:cs="Times New Roman"/>
                <w:b/>
                <w:bCs/>
              </w:rPr>
              <w:t xml:space="preserve"> Khoa </w:t>
            </w:r>
            <w:proofErr w:type="spellStart"/>
            <w:r w:rsidRPr="004543E3">
              <w:rPr>
                <w:rFonts w:cs="Times New Roman"/>
                <w:b/>
                <w:bCs/>
              </w:rPr>
              <w:t>học</w:t>
            </w:r>
            <w:proofErr w:type="spellEnd"/>
            <w:r w:rsidRPr="004543E3">
              <w:rPr>
                <w:rFonts w:cs="Times New Roman"/>
                <w:b/>
                <w:bCs/>
              </w:rPr>
              <w:t xml:space="preserve"> </w:t>
            </w:r>
            <w:proofErr w:type="spellStart"/>
            <w:r w:rsidRPr="004543E3">
              <w:rPr>
                <w:rFonts w:cs="Times New Roman"/>
                <w:b/>
                <w:bCs/>
              </w:rPr>
              <w:t>và</w:t>
            </w:r>
            <w:proofErr w:type="spellEnd"/>
            <w:r w:rsidRPr="004543E3">
              <w:rPr>
                <w:rFonts w:cs="Times New Roman"/>
                <w:b/>
                <w:bCs/>
              </w:rPr>
              <w:t xml:space="preserve"> Công </w:t>
            </w:r>
            <w:proofErr w:type="spellStart"/>
            <w:r w:rsidRPr="004543E3">
              <w:rPr>
                <w:rFonts w:cs="Times New Roman"/>
                <w:b/>
                <w:bCs/>
              </w:rPr>
              <w:t>nghệ</w:t>
            </w:r>
            <w:proofErr w:type="spellEnd"/>
            <w:r w:rsidRPr="004543E3">
              <w:rPr>
                <w:rFonts w:cs="Times New Roman"/>
                <w:b/>
                <w:bCs/>
              </w:rPr>
              <w:t>:</w:t>
            </w:r>
          </w:p>
          <w:p w14:paraId="696D50FB" w14:textId="6B3BBFC1" w:rsidR="004C2B3E" w:rsidRPr="004543E3" w:rsidRDefault="004C2B3E" w:rsidP="002A7D4F">
            <w:pPr>
              <w:spacing w:before="120" w:after="120" w:line="240" w:lineRule="auto"/>
              <w:jc w:val="both"/>
              <w:rPr>
                <w:rFonts w:cs="Times New Roman"/>
              </w:rPr>
            </w:pPr>
            <w:r w:rsidRPr="004543E3">
              <w:rPr>
                <w:rFonts w:cs="Times New Roman"/>
              </w:rPr>
              <w:t xml:space="preserve">- </w:t>
            </w:r>
            <w:proofErr w:type="spellStart"/>
            <w:r w:rsidRPr="004543E3">
              <w:rPr>
                <w:rFonts w:cs="Times New Roman"/>
              </w:rPr>
              <w:t>Bản</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mã</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môn</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vụ</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ngạch</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nghề</w:t>
            </w:r>
            <w:proofErr w:type="spellEnd"/>
            <w:r w:rsidRPr="004543E3">
              <w:rPr>
                <w:rFonts w:cs="Times New Roman"/>
              </w:rPr>
              <w:t xml:space="preserve"> </w:t>
            </w:r>
            <w:proofErr w:type="spellStart"/>
            <w:r w:rsidRPr="004543E3">
              <w:rPr>
                <w:rFonts w:cs="Times New Roman"/>
              </w:rPr>
              <w:t>nghiệp</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chuyên</w:t>
            </w:r>
            <w:proofErr w:type="spellEnd"/>
            <w:r w:rsidRPr="004543E3">
              <w:rPr>
                <w:rFonts w:cs="Times New Roman"/>
              </w:rPr>
              <w:t xml:space="preserve"> </w:t>
            </w:r>
            <w:proofErr w:type="spellStart"/>
            <w:r w:rsidRPr="004543E3">
              <w:rPr>
                <w:rFonts w:cs="Times New Roman"/>
              </w:rPr>
              <w:t>ngành</w:t>
            </w:r>
            <w:proofErr w:type="spellEnd"/>
            <w:r w:rsidRPr="004543E3">
              <w:rPr>
                <w:rFonts w:cs="Times New Roman"/>
              </w:rPr>
              <w:t xml:space="preserve"> KSVCLSPHH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trang</w:t>
            </w:r>
            <w:proofErr w:type="spellEnd"/>
            <w:r w:rsidRPr="004543E3">
              <w:rPr>
                <w:rFonts w:cs="Times New Roman"/>
              </w:rPr>
              <w:t xml:space="preserve"> </w:t>
            </w:r>
            <w:proofErr w:type="spellStart"/>
            <w:r w:rsidRPr="004543E3">
              <w:rPr>
                <w:rFonts w:cs="Times New Roman"/>
              </w:rPr>
              <w:t>phục</w:t>
            </w:r>
            <w:proofErr w:type="spellEnd"/>
            <w:r w:rsidRPr="004543E3">
              <w:rPr>
                <w:rFonts w:cs="Times New Roman"/>
              </w:rPr>
              <w:t xml:space="preserve"> </w:t>
            </w:r>
            <w:proofErr w:type="spellStart"/>
            <w:r w:rsidRPr="004543E3">
              <w:rPr>
                <w:rFonts w:cs="Times New Roman"/>
              </w:rPr>
              <w:t>riêng</w:t>
            </w:r>
            <w:proofErr w:type="spellEnd"/>
            <w:r w:rsidRPr="004543E3">
              <w:rPr>
                <w:rFonts w:cs="Times New Roman"/>
              </w:rPr>
              <w:t xml:space="preserve">, </w:t>
            </w:r>
            <w:proofErr w:type="spellStart"/>
            <w:r w:rsidRPr="004543E3">
              <w:rPr>
                <w:rFonts w:cs="Times New Roman"/>
              </w:rPr>
              <w:t>thẻ</w:t>
            </w:r>
            <w:proofErr w:type="spellEnd"/>
            <w:r w:rsidRPr="004543E3">
              <w:rPr>
                <w:rFonts w:cs="Times New Roman"/>
              </w:rPr>
              <w:t xml:space="preserve"> KSVCLSPHH </w:t>
            </w:r>
            <w:proofErr w:type="spellStart"/>
            <w:r w:rsidRPr="004543E3">
              <w:rPr>
                <w:rFonts w:cs="Times New Roman"/>
              </w:rPr>
              <w:t>đã</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bày</w:t>
            </w:r>
            <w:proofErr w:type="spellEnd"/>
            <w:r w:rsidRPr="004543E3">
              <w:rPr>
                <w:rFonts w:cs="Times New Roman"/>
              </w:rPr>
              <w:t xml:space="preserve"> </w:t>
            </w:r>
            <w:proofErr w:type="spellStart"/>
            <w:r w:rsidRPr="004543E3">
              <w:rPr>
                <w:rFonts w:cs="Times New Roman"/>
              </w:rPr>
              <w:t>rõ</w:t>
            </w:r>
            <w:proofErr w:type="spellEnd"/>
            <w:r w:rsidRPr="004543E3">
              <w:rPr>
                <w:rFonts w:cs="Times New Roman"/>
              </w:rPr>
              <w:t xml:space="preserve"> </w:t>
            </w:r>
            <w:proofErr w:type="spellStart"/>
            <w:r w:rsidRPr="004543E3">
              <w:rPr>
                <w:rFonts w:cs="Times New Roman"/>
              </w:rPr>
              <w:t>ràng</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tính</w:t>
            </w:r>
            <w:proofErr w:type="spellEnd"/>
            <w:r w:rsidRPr="004543E3">
              <w:rPr>
                <w:rFonts w:cs="Times New Roman"/>
              </w:rPr>
              <w:t xml:space="preserve"> </w:t>
            </w:r>
            <w:proofErr w:type="spellStart"/>
            <w:r w:rsidRPr="004543E3">
              <w:rPr>
                <w:rFonts w:cs="Times New Roman"/>
              </w:rPr>
              <w:t>kế</w:t>
            </w:r>
            <w:proofErr w:type="spellEnd"/>
            <w:r w:rsidRPr="004543E3">
              <w:rPr>
                <w:rFonts w:cs="Times New Roman"/>
              </w:rPr>
              <w:t xml:space="preserve"> </w:t>
            </w:r>
            <w:proofErr w:type="spellStart"/>
            <w:r w:rsidRPr="004543E3">
              <w:rPr>
                <w:rFonts w:cs="Times New Roman"/>
              </w:rPr>
              <w:t>thừa</w:t>
            </w:r>
            <w:proofErr w:type="spellEnd"/>
            <w:r w:rsidRPr="004543E3">
              <w:rPr>
                <w:rFonts w:cs="Times New Roman"/>
              </w:rPr>
              <w:t>.</w:t>
            </w:r>
          </w:p>
          <w:p w14:paraId="22EFB98E" w14:textId="269E27A4" w:rsidR="004C2B3E" w:rsidRPr="004543E3" w:rsidRDefault="004C2B3E" w:rsidP="002A7D4F">
            <w:pPr>
              <w:spacing w:before="120" w:after="120" w:line="240" w:lineRule="auto"/>
              <w:jc w:val="both"/>
              <w:rPr>
                <w:rFonts w:cs="Times New Roman"/>
              </w:rPr>
            </w:pPr>
            <w:r w:rsidRPr="004543E3">
              <w:rPr>
                <w:rFonts w:cs="Times New Roman"/>
              </w:rPr>
              <w:lastRenderedPageBreak/>
              <w:t xml:space="preserve">- </w:t>
            </w:r>
            <w:proofErr w:type="spellStart"/>
            <w:r w:rsidRPr="004543E3">
              <w:rPr>
                <w:rFonts w:cs="Times New Roman"/>
              </w:rPr>
              <w:t>Dự</w:t>
            </w:r>
            <w:proofErr w:type="spellEnd"/>
            <w:r w:rsidRPr="004543E3">
              <w:rPr>
                <w:rFonts w:cs="Times New Roman"/>
              </w:rPr>
              <w:t xml:space="preserve"> </w:t>
            </w:r>
            <w:proofErr w:type="spellStart"/>
            <w:r w:rsidRPr="004543E3">
              <w:rPr>
                <w:rFonts w:cs="Times New Roman"/>
              </w:rPr>
              <w:t>thảo</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căn</w:t>
            </w:r>
            <w:proofErr w:type="spellEnd"/>
            <w:r w:rsidRPr="004543E3">
              <w:rPr>
                <w:rFonts w:cs="Times New Roman"/>
              </w:rPr>
              <w:t xml:space="preserve"> </w:t>
            </w:r>
            <w:proofErr w:type="spellStart"/>
            <w:r w:rsidRPr="004543E3">
              <w:rPr>
                <w:rFonts w:cs="Times New Roman"/>
              </w:rPr>
              <w:t>cứ</w:t>
            </w:r>
            <w:proofErr w:type="spellEnd"/>
            <w:r w:rsidRPr="004543E3">
              <w:rPr>
                <w:rFonts w:cs="Times New Roman"/>
              </w:rPr>
              <w:t xml:space="preserve"> </w:t>
            </w:r>
            <w:proofErr w:type="spellStart"/>
            <w:r w:rsidRPr="004543E3">
              <w:rPr>
                <w:rFonts w:cs="Times New Roman"/>
              </w:rPr>
              <w:t>theo</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106/2020/NĐ-CP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tuy</w:t>
            </w:r>
            <w:proofErr w:type="spellEnd"/>
            <w:r w:rsidRPr="004543E3">
              <w:rPr>
                <w:rFonts w:cs="Times New Roman"/>
              </w:rPr>
              <w:t xml:space="preserve"> </w:t>
            </w:r>
            <w:proofErr w:type="spellStart"/>
            <w:r w:rsidRPr="004543E3">
              <w:rPr>
                <w:rFonts w:cs="Times New Roman"/>
              </w:rPr>
              <w:t>nhiên</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 xml:space="preserve"> Viên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đã</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mới</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danh</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đang</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sửa</w:t>
            </w:r>
            <w:proofErr w:type="spellEnd"/>
            <w:r w:rsidRPr="004543E3">
              <w:rPr>
                <w:rFonts w:cs="Times New Roman"/>
              </w:rPr>
              <w:t xml:space="preserve"> </w:t>
            </w:r>
            <w:proofErr w:type="spellStart"/>
            <w:r w:rsidRPr="004543E3">
              <w:rPr>
                <w:rFonts w:cs="Times New Roman"/>
              </w:rPr>
              <w:t>đổi</w:t>
            </w:r>
            <w:proofErr w:type="spellEnd"/>
            <w:r w:rsidRPr="004543E3">
              <w:rPr>
                <w:rFonts w:cs="Times New Roman"/>
              </w:rPr>
              <w:t xml:space="preserve">, </w:t>
            </w:r>
            <w:proofErr w:type="spellStart"/>
            <w:r w:rsidRPr="004543E3">
              <w:rPr>
                <w:rFonts w:cs="Times New Roman"/>
              </w:rPr>
              <w:t>hoàn</w:t>
            </w:r>
            <w:proofErr w:type="spellEnd"/>
            <w:r w:rsidRPr="004543E3">
              <w:rPr>
                <w:rFonts w:cs="Times New Roman"/>
              </w:rPr>
              <w:t xml:space="preserve"> </w:t>
            </w:r>
            <w:proofErr w:type="spellStart"/>
            <w:r w:rsidRPr="004543E3">
              <w:rPr>
                <w:rFonts w:cs="Times New Roman"/>
              </w:rPr>
              <w:t>thiện</w:t>
            </w:r>
            <w:proofErr w:type="spellEnd"/>
            <w:r w:rsidRPr="004543E3">
              <w:rPr>
                <w:rFonts w:cs="Times New Roman"/>
              </w:rPr>
              <w:t xml:space="preserve">. Do </w:t>
            </w:r>
            <w:proofErr w:type="spellStart"/>
            <w:r w:rsidRPr="004543E3">
              <w:rPr>
                <w:rFonts w:cs="Times New Roman"/>
              </w:rPr>
              <w:t>đó</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tiếp</w:t>
            </w:r>
            <w:proofErr w:type="spellEnd"/>
            <w:r w:rsidRPr="004543E3">
              <w:rPr>
                <w:rFonts w:cs="Times New Roman"/>
              </w:rPr>
              <w:t xml:space="preserve"> </w:t>
            </w:r>
            <w:proofErr w:type="spellStart"/>
            <w:r w:rsidRPr="004543E3">
              <w:rPr>
                <w:rFonts w:cs="Times New Roman"/>
              </w:rPr>
              <w:t>tục</w:t>
            </w:r>
            <w:proofErr w:type="spellEnd"/>
            <w:r w:rsidRPr="004543E3">
              <w:rPr>
                <w:rFonts w:cs="Times New Roman"/>
              </w:rPr>
              <w:t xml:space="preserve"> </w:t>
            </w:r>
            <w:proofErr w:type="spellStart"/>
            <w:r w:rsidRPr="004543E3">
              <w:rPr>
                <w:rFonts w:cs="Times New Roman"/>
              </w:rPr>
              <w:t>sử</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106/2020/NĐ-CP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căn</w:t>
            </w:r>
            <w:proofErr w:type="spellEnd"/>
            <w:r w:rsidRPr="004543E3">
              <w:rPr>
                <w:rFonts w:cs="Times New Roman"/>
              </w:rPr>
              <w:t xml:space="preserve"> </w:t>
            </w:r>
            <w:proofErr w:type="spellStart"/>
            <w:r w:rsidRPr="004543E3">
              <w:rPr>
                <w:rFonts w:cs="Times New Roman"/>
              </w:rPr>
              <w:t>cứ</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là</w:t>
            </w:r>
            <w:proofErr w:type="spellEnd"/>
            <w:r w:rsidRPr="004543E3">
              <w:rPr>
                <w:rFonts w:cs="Times New Roman"/>
              </w:rPr>
              <w:t xml:space="preserve"> </w:t>
            </w:r>
            <w:proofErr w:type="spellStart"/>
            <w:r w:rsidRPr="004543E3">
              <w:rPr>
                <w:rFonts w:cs="Times New Roman"/>
              </w:rPr>
              <w:t>chưa</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tính</w:t>
            </w:r>
            <w:proofErr w:type="spellEnd"/>
            <w:r w:rsidRPr="004543E3">
              <w:rPr>
                <w:rFonts w:cs="Times New Roman"/>
              </w:rPr>
              <w:t xml:space="preserve"> </w:t>
            </w:r>
            <w:proofErr w:type="spellStart"/>
            <w:r w:rsidRPr="004543E3">
              <w:rPr>
                <w:rFonts w:cs="Times New Roman"/>
              </w:rPr>
              <w:t>cập</w:t>
            </w:r>
            <w:proofErr w:type="spellEnd"/>
            <w:r w:rsidRPr="004543E3">
              <w:rPr>
                <w:rFonts w:cs="Times New Roman"/>
              </w:rPr>
              <w:t xml:space="preserve"> </w:t>
            </w:r>
            <w:proofErr w:type="spellStart"/>
            <w:r w:rsidRPr="004543E3">
              <w:rPr>
                <w:rFonts w:cs="Times New Roman"/>
              </w:rPr>
              <w:t>nhật</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đồng</w:t>
            </w:r>
            <w:proofErr w:type="spellEnd"/>
            <w:r w:rsidRPr="004543E3">
              <w:rPr>
                <w:rFonts w:cs="Times New Roman"/>
              </w:rPr>
              <w:t xml:space="preserve"> </w:t>
            </w:r>
            <w:proofErr w:type="spellStart"/>
            <w:r w:rsidRPr="004543E3">
              <w:rPr>
                <w:rFonts w:cs="Times New Roman"/>
              </w:rPr>
              <w:t>bộ</w:t>
            </w:r>
            <w:proofErr w:type="spellEnd"/>
            <w:r w:rsidRPr="004543E3">
              <w:rPr>
                <w:rFonts w:cs="Times New Roman"/>
              </w:rPr>
              <w:t xml:space="preserve">. </w:t>
            </w:r>
            <w:proofErr w:type="spellStart"/>
            <w:r w:rsidRPr="004543E3">
              <w:rPr>
                <w:rFonts w:cs="Times New Roman"/>
              </w:rPr>
              <w:t>Bên</w:t>
            </w:r>
            <w:proofErr w:type="spellEnd"/>
            <w:r w:rsidRPr="004543E3">
              <w:rPr>
                <w:rFonts w:cs="Times New Roman"/>
              </w:rPr>
              <w:t xml:space="preserve"> </w:t>
            </w:r>
            <w:proofErr w:type="spellStart"/>
            <w:r w:rsidRPr="004543E3">
              <w:rPr>
                <w:rFonts w:cs="Times New Roman"/>
              </w:rPr>
              <w:t>cạnh</w:t>
            </w:r>
            <w:proofErr w:type="spellEnd"/>
            <w:r w:rsidRPr="004543E3">
              <w:rPr>
                <w:rFonts w:cs="Times New Roman"/>
              </w:rPr>
              <w:t xml:space="preserve"> </w:t>
            </w:r>
            <w:proofErr w:type="spellStart"/>
            <w:r w:rsidRPr="004543E3">
              <w:rPr>
                <w:rFonts w:cs="Times New Roman"/>
              </w:rPr>
              <w:t>đó</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được</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chỉnh</w:t>
            </w:r>
            <w:proofErr w:type="spellEnd"/>
            <w:r w:rsidRPr="004543E3">
              <w:rPr>
                <w:rFonts w:cs="Times New Roman"/>
              </w:rPr>
              <w:t xml:space="preserve"> </w:t>
            </w:r>
            <w:proofErr w:type="spellStart"/>
            <w:r w:rsidRPr="004543E3">
              <w:rPr>
                <w:rFonts w:cs="Times New Roman"/>
              </w:rPr>
              <w:t>bởi</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hệ</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 xml:space="preserve"> </w:t>
            </w:r>
            <w:proofErr w:type="spellStart"/>
            <w:r w:rsidRPr="004543E3">
              <w:rPr>
                <w:rFonts w:cs="Times New Roman"/>
              </w:rPr>
              <w:t>khác</w:t>
            </w:r>
            <w:proofErr w:type="spellEnd"/>
            <w:r w:rsidRPr="004543E3">
              <w:rPr>
                <w:rFonts w:cs="Times New Roman"/>
              </w:rPr>
              <w:t xml:space="preserve"> </w:t>
            </w:r>
            <w:proofErr w:type="spellStart"/>
            <w:r w:rsidRPr="004543E3">
              <w:rPr>
                <w:rFonts w:cs="Times New Roman"/>
              </w:rPr>
              <w:t>nhau</w:t>
            </w:r>
            <w:proofErr w:type="spellEnd"/>
            <w:r w:rsidRPr="004543E3">
              <w:rPr>
                <w:rFonts w:cs="Times New Roman"/>
              </w:rPr>
              <w:t xml:space="preserve">, </w:t>
            </w:r>
            <w:proofErr w:type="spellStart"/>
            <w:r w:rsidRPr="004543E3">
              <w:rPr>
                <w:rFonts w:cs="Times New Roman"/>
              </w:rPr>
              <w:t>có</w:t>
            </w:r>
            <w:proofErr w:type="spellEnd"/>
            <w:r w:rsidRPr="004543E3">
              <w:rPr>
                <w:rFonts w:cs="Times New Roman"/>
              </w:rPr>
              <w:t xml:space="preserve"> </w:t>
            </w:r>
            <w:proofErr w:type="spellStart"/>
            <w:r w:rsidRPr="004543E3">
              <w:rPr>
                <w:rFonts w:cs="Times New Roman"/>
              </w:rPr>
              <w:t>nguyên</w:t>
            </w:r>
            <w:proofErr w:type="spellEnd"/>
            <w:r w:rsidRPr="004543E3">
              <w:rPr>
                <w:rFonts w:cs="Times New Roman"/>
              </w:rPr>
              <w:t xml:space="preserve"> </w:t>
            </w:r>
            <w:proofErr w:type="spellStart"/>
            <w:r w:rsidRPr="004543E3">
              <w:rPr>
                <w:rFonts w:cs="Times New Roman"/>
              </w:rPr>
              <w:t>tắc</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cơ</w:t>
            </w:r>
            <w:proofErr w:type="spellEnd"/>
            <w:r w:rsidRPr="004543E3">
              <w:rPr>
                <w:rFonts w:cs="Times New Roman"/>
              </w:rPr>
              <w:t xml:space="preserve"> </w:t>
            </w:r>
            <w:proofErr w:type="spellStart"/>
            <w:r w:rsidRPr="004543E3">
              <w:rPr>
                <w:rFonts w:cs="Times New Roman"/>
              </w:rPr>
              <w:t>chế</w:t>
            </w:r>
            <w:proofErr w:type="spellEnd"/>
            <w:r w:rsidRPr="004543E3">
              <w:rPr>
                <w:rFonts w:cs="Times New Roman"/>
              </w:rPr>
              <w:t xml:space="preserve"> </w:t>
            </w:r>
            <w:proofErr w:type="spellStart"/>
            <w:r w:rsidRPr="004543E3">
              <w:rPr>
                <w:rFonts w:cs="Times New Roman"/>
              </w:rPr>
              <w:t>áp</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không</w:t>
            </w:r>
            <w:proofErr w:type="spellEnd"/>
            <w:r w:rsidRPr="004543E3">
              <w:rPr>
                <w:rFonts w:cs="Times New Roman"/>
              </w:rPr>
              <w:t xml:space="preserve"> </w:t>
            </w:r>
            <w:proofErr w:type="spellStart"/>
            <w:r w:rsidRPr="004543E3">
              <w:rPr>
                <w:rFonts w:cs="Times New Roman"/>
              </w:rPr>
              <w:t>giống</w:t>
            </w:r>
            <w:proofErr w:type="spellEnd"/>
            <w:r w:rsidRPr="004543E3">
              <w:rPr>
                <w:rFonts w:cs="Times New Roman"/>
              </w:rPr>
              <w:t xml:space="preserve"> </w:t>
            </w:r>
            <w:proofErr w:type="spellStart"/>
            <w:r w:rsidRPr="004543E3">
              <w:rPr>
                <w:rFonts w:cs="Times New Roman"/>
              </w:rPr>
              <w:t>nhau</w:t>
            </w:r>
            <w:proofErr w:type="spellEnd"/>
            <w:r w:rsidRPr="004543E3">
              <w:rPr>
                <w:rFonts w:cs="Times New Roman"/>
              </w:rPr>
              <w:t xml:space="preserve">. </w:t>
            </w:r>
            <w:proofErr w:type="spellStart"/>
            <w:r w:rsidRPr="004543E3">
              <w:rPr>
                <w:rFonts w:cs="Times New Roman"/>
              </w:rPr>
              <w:t>Nếu</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chung</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một</w:t>
            </w:r>
            <w:proofErr w:type="spellEnd"/>
            <w:r w:rsidRPr="004543E3">
              <w:rPr>
                <w:rFonts w:cs="Times New Roman"/>
              </w:rPr>
              <w:t xml:space="preserve"> Thông </w:t>
            </w:r>
            <w:proofErr w:type="spellStart"/>
            <w:r w:rsidRPr="004543E3">
              <w:rPr>
                <w:rFonts w:cs="Times New Roman"/>
              </w:rPr>
              <w:t>tư</w:t>
            </w:r>
            <w:proofErr w:type="spellEnd"/>
            <w:r w:rsidRPr="004543E3">
              <w:rPr>
                <w:rFonts w:cs="Times New Roman"/>
              </w:rPr>
              <w:t xml:space="preserve"> </w:t>
            </w:r>
            <w:proofErr w:type="spellStart"/>
            <w:r w:rsidRPr="004543E3">
              <w:rPr>
                <w:rFonts w:cs="Times New Roman"/>
              </w:rPr>
              <w:t>thì</w:t>
            </w:r>
            <w:proofErr w:type="spellEnd"/>
            <w:r w:rsidRPr="004543E3">
              <w:rPr>
                <w:rFonts w:cs="Times New Roman"/>
              </w:rPr>
              <w:t xml:space="preserve"> </w:t>
            </w:r>
            <w:proofErr w:type="spellStart"/>
            <w:r w:rsidRPr="004543E3">
              <w:rPr>
                <w:rFonts w:cs="Times New Roman"/>
              </w:rPr>
              <w:t>cần</w:t>
            </w:r>
            <w:proofErr w:type="spellEnd"/>
            <w:r w:rsidRPr="004543E3">
              <w:rPr>
                <w:rFonts w:cs="Times New Roman"/>
              </w:rPr>
              <w:t xml:space="preserve"> </w:t>
            </w:r>
            <w:proofErr w:type="spellStart"/>
            <w:r w:rsidRPr="004543E3">
              <w:rPr>
                <w:rFonts w:cs="Times New Roman"/>
              </w:rPr>
              <w:t>tách</w:t>
            </w:r>
            <w:proofErr w:type="spellEnd"/>
            <w:r w:rsidRPr="004543E3">
              <w:rPr>
                <w:rFonts w:cs="Times New Roman"/>
              </w:rPr>
              <w:t xml:space="preserve"> </w:t>
            </w:r>
            <w:proofErr w:type="spellStart"/>
            <w:r w:rsidRPr="004543E3">
              <w:rPr>
                <w:rFonts w:cs="Times New Roman"/>
              </w:rPr>
              <w:t>bạch</w:t>
            </w:r>
            <w:proofErr w:type="spellEnd"/>
            <w:r w:rsidRPr="004543E3">
              <w:rPr>
                <w:rFonts w:cs="Times New Roman"/>
              </w:rPr>
              <w:t xml:space="preserve"> </w:t>
            </w:r>
            <w:proofErr w:type="spellStart"/>
            <w:r w:rsidRPr="004543E3">
              <w:rPr>
                <w:rFonts w:cs="Times New Roman"/>
              </w:rPr>
              <w:t>rõ</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w:t>
            </w:r>
            <w:proofErr w:type="spellStart"/>
            <w:r w:rsidRPr="004543E3">
              <w:rPr>
                <w:rFonts w:cs="Times New Roman"/>
              </w:rPr>
              <w:t>khoản</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từng</w:t>
            </w:r>
            <w:proofErr w:type="spellEnd"/>
            <w:r w:rsidRPr="004543E3">
              <w:rPr>
                <w:rFonts w:cs="Times New Roman"/>
              </w:rPr>
              <w:t xml:space="preserve"> </w:t>
            </w:r>
            <w:proofErr w:type="spellStart"/>
            <w:r w:rsidRPr="004543E3">
              <w:rPr>
                <w:rFonts w:cs="Times New Roman"/>
              </w:rPr>
              <w:t>đối</w:t>
            </w:r>
            <w:proofErr w:type="spellEnd"/>
            <w:r w:rsidRPr="004543E3">
              <w:rPr>
                <w:rFonts w:cs="Times New Roman"/>
              </w:rPr>
              <w:t xml:space="preserve"> </w:t>
            </w:r>
            <w:proofErr w:type="spellStart"/>
            <w:r w:rsidRPr="004543E3">
              <w:rPr>
                <w:rFonts w:cs="Times New Roman"/>
              </w:rPr>
              <w:t>tượng</w:t>
            </w:r>
            <w:proofErr w:type="spellEnd"/>
            <w:r w:rsidRPr="004543E3">
              <w:rPr>
                <w:rFonts w:cs="Times New Roman"/>
              </w:rPr>
              <w:t>.</w:t>
            </w:r>
          </w:p>
          <w:p w14:paraId="4F5A2184" w14:textId="2DB1DD65" w:rsidR="004C2B3E" w:rsidRPr="004543E3" w:rsidRDefault="004C2B3E" w:rsidP="002A7D4F">
            <w:pPr>
              <w:spacing w:before="120" w:after="120" w:line="240" w:lineRule="auto"/>
              <w:jc w:val="both"/>
              <w:rPr>
                <w:rFonts w:cs="Times New Roman"/>
              </w:rPr>
            </w:pPr>
            <w:r w:rsidRPr="004543E3">
              <w:rPr>
                <w:rFonts w:cs="Times New Roman"/>
                <w:b/>
                <w:bCs/>
              </w:rPr>
              <w:t xml:space="preserve">- </w:t>
            </w:r>
            <w:r w:rsidRPr="004543E3">
              <w:rPr>
                <w:rFonts w:cs="Times New Roman"/>
              </w:rPr>
              <w:t xml:space="preserve">Cân </w:t>
            </w:r>
            <w:proofErr w:type="spellStart"/>
            <w:r w:rsidRPr="004543E3">
              <w:rPr>
                <w:rFonts w:cs="Times New Roman"/>
              </w:rPr>
              <w:t>nhắc</w:t>
            </w:r>
            <w:proofErr w:type="spellEnd"/>
            <w:r w:rsidRPr="004543E3">
              <w:rPr>
                <w:rFonts w:cs="Times New Roman"/>
              </w:rPr>
              <w:t xml:space="preserve"> </w:t>
            </w:r>
            <w:proofErr w:type="spellStart"/>
            <w:r w:rsidRPr="004543E3">
              <w:rPr>
                <w:rFonts w:cs="Times New Roman"/>
              </w:rPr>
              <w:t>chưa</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nội</w:t>
            </w:r>
            <w:proofErr w:type="spellEnd"/>
            <w:r w:rsidRPr="004543E3">
              <w:rPr>
                <w:rFonts w:cs="Times New Roman"/>
              </w:rPr>
              <w:t xml:space="preserve"> dung </w:t>
            </w:r>
            <w:proofErr w:type="spellStart"/>
            <w:r w:rsidRPr="004543E3">
              <w:rPr>
                <w:rFonts w:cs="Times New Roman"/>
              </w:rPr>
              <w:t>liên</w:t>
            </w:r>
            <w:proofErr w:type="spellEnd"/>
            <w:r w:rsidRPr="004543E3">
              <w:rPr>
                <w:rFonts w:cs="Times New Roman"/>
              </w:rPr>
              <w:t xml:space="preserve"> </w:t>
            </w:r>
            <w:proofErr w:type="spellStart"/>
            <w:r w:rsidRPr="004543E3">
              <w:rPr>
                <w:rFonts w:cs="Times New Roman"/>
              </w:rPr>
              <w:t>quan</w:t>
            </w:r>
            <w:proofErr w:type="spellEnd"/>
            <w:r w:rsidRPr="004543E3">
              <w:rPr>
                <w:rFonts w:cs="Times New Roman"/>
              </w:rPr>
              <w:t xml:space="preserve"> </w:t>
            </w:r>
            <w:proofErr w:type="spellStart"/>
            <w:r w:rsidRPr="004543E3">
              <w:rPr>
                <w:rFonts w:cs="Times New Roman"/>
              </w:rPr>
              <w:t>đến</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chờ</w:t>
            </w:r>
            <w:proofErr w:type="spellEnd"/>
            <w:r w:rsidRPr="004543E3">
              <w:rPr>
                <w:rFonts w:cs="Times New Roman"/>
              </w:rPr>
              <w:t xml:space="preserve"> </w:t>
            </w:r>
            <w:proofErr w:type="spellStart"/>
            <w:r w:rsidRPr="004543E3">
              <w:rPr>
                <w:rFonts w:cs="Times New Roman"/>
              </w:rPr>
              <w:t>Chính</w:t>
            </w:r>
            <w:proofErr w:type="spellEnd"/>
            <w:r w:rsidRPr="004543E3">
              <w:rPr>
                <w:rFonts w:cs="Times New Roman"/>
              </w:rPr>
              <w:t xml:space="preserve"> </w:t>
            </w:r>
            <w:proofErr w:type="spellStart"/>
            <w:r w:rsidRPr="004543E3">
              <w:rPr>
                <w:rFonts w:cs="Times New Roman"/>
              </w:rPr>
              <w:t>phủ</w:t>
            </w:r>
            <w:proofErr w:type="spellEnd"/>
            <w:r w:rsidRPr="004543E3">
              <w:rPr>
                <w:rFonts w:cs="Times New Roman"/>
              </w:rPr>
              <w:t xml:space="preserve"> ban </w:t>
            </w:r>
            <w:proofErr w:type="spellStart"/>
            <w:r w:rsidRPr="004543E3">
              <w:rPr>
                <w:rFonts w:cs="Times New Roman"/>
              </w:rPr>
              <w:t>hành</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mới</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Trường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vẫn</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chung</w:t>
            </w:r>
            <w:proofErr w:type="spellEnd"/>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tách</w:t>
            </w:r>
            <w:proofErr w:type="spellEnd"/>
            <w:r w:rsidRPr="004543E3">
              <w:rPr>
                <w:rFonts w:cs="Times New Roman"/>
              </w:rPr>
              <w:t xml:space="preserve"> </w:t>
            </w:r>
            <w:proofErr w:type="spellStart"/>
            <w:r w:rsidRPr="004543E3">
              <w:rPr>
                <w:rFonts w:cs="Times New Roman"/>
              </w:rPr>
              <w:t>riêng</w:t>
            </w:r>
            <w:proofErr w:type="spellEnd"/>
            <w:r w:rsidRPr="004543E3">
              <w:rPr>
                <w:rFonts w:cs="Times New Roman"/>
              </w:rPr>
              <w:t xml:space="preserve"> </w:t>
            </w:r>
            <w:proofErr w:type="spellStart"/>
            <w:r w:rsidRPr="004543E3">
              <w:rPr>
                <w:rFonts w:cs="Times New Roman"/>
              </w:rPr>
              <w:t>phần</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viên</w:t>
            </w:r>
            <w:proofErr w:type="spellEnd"/>
            <w:r w:rsidRPr="004543E3">
              <w:rPr>
                <w:rFonts w:cs="Times New Roman"/>
              </w:rPr>
              <w:t xml:space="preserve"> </w:t>
            </w:r>
            <w:proofErr w:type="spellStart"/>
            <w:r w:rsidRPr="004543E3">
              <w:rPr>
                <w:rFonts w:cs="Times New Roman"/>
              </w:rPr>
              <w:t>chức</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phù</w:t>
            </w:r>
            <w:proofErr w:type="spellEnd"/>
            <w:r w:rsidRPr="004543E3">
              <w:rPr>
                <w:rFonts w:cs="Times New Roman"/>
              </w:rPr>
              <w:t xml:space="preserve"> </w:t>
            </w:r>
            <w:proofErr w:type="spellStart"/>
            <w:r w:rsidRPr="004543E3">
              <w:rPr>
                <w:rFonts w:cs="Times New Roman"/>
              </w:rPr>
              <w:t>hợp</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từng</w:t>
            </w:r>
            <w:proofErr w:type="spellEnd"/>
            <w:r w:rsidRPr="004543E3">
              <w:rPr>
                <w:rFonts w:cs="Times New Roman"/>
              </w:rPr>
              <w:t xml:space="preserve"> </w:t>
            </w:r>
            <w:proofErr w:type="spellStart"/>
            <w:r w:rsidRPr="004543E3">
              <w:rPr>
                <w:rFonts w:cs="Times New Roman"/>
              </w:rPr>
              <w:t>hệ</w:t>
            </w:r>
            <w:proofErr w:type="spellEnd"/>
            <w:r w:rsidRPr="004543E3">
              <w:rPr>
                <w:rFonts w:cs="Times New Roman"/>
              </w:rPr>
              <w:t xml:space="preserve"> </w:t>
            </w:r>
            <w:proofErr w:type="spellStart"/>
            <w:r w:rsidRPr="004543E3">
              <w:rPr>
                <w:rFonts w:cs="Times New Roman"/>
              </w:rPr>
              <w:t>thống</w:t>
            </w:r>
            <w:proofErr w:type="spellEnd"/>
            <w:r w:rsidRPr="004543E3">
              <w:rPr>
                <w:rFonts w:cs="Times New Roman"/>
              </w:rPr>
              <w:t xml:space="preserve"> </w:t>
            </w:r>
            <w:proofErr w:type="spellStart"/>
            <w:r w:rsidRPr="004543E3">
              <w:rPr>
                <w:rFonts w:cs="Times New Roman"/>
              </w:rPr>
              <w:t>pháp</w:t>
            </w:r>
            <w:proofErr w:type="spellEnd"/>
            <w:r w:rsidRPr="004543E3">
              <w:rPr>
                <w:rFonts w:cs="Times New Roman"/>
              </w:rPr>
              <w:t xml:space="preserve"> </w:t>
            </w:r>
            <w:proofErr w:type="spellStart"/>
            <w:r w:rsidRPr="004543E3">
              <w:rPr>
                <w:rFonts w:cs="Times New Roman"/>
              </w:rPr>
              <w:t>luật</w:t>
            </w:r>
            <w:proofErr w:type="spellEnd"/>
            <w:r w:rsidRPr="004543E3">
              <w:rPr>
                <w:rFonts w:cs="Times New Roman"/>
              </w:rPr>
              <w:t>.</w:t>
            </w:r>
          </w:p>
        </w:tc>
        <w:tc>
          <w:tcPr>
            <w:tcW w:w="7371" w:type="dxa"/>
          </w:tcPr>
          <w:p w14:paraId="600631F1" w14:textId="68B6D5FF" w:rsidR="00E63805" w:rsidRPr="004543E3" w:rsidRDefault="009A318C" w:rsidP="002A7D4F">
            <w:pPr>
              <w:spacing w:before="120" w:after="120" w:line="240" w:lineRule="auto"/>
              <w:jc w:val="both"/>
              <w:rPr>
                <w:rFonts w:cs="Times New Roman"/>
                <w:szCs w:val="26"/>
              </w:rPr>
            </w:pPr>
            <w:r>
              <w:rPr>
                <w:szCs w:val="26"/>
              </w:rPr>
              <w:lastRenderedPageBreak/>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sẽ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căn</w:t>
            </w:r>
            <w:proofErr w:type="spellEnd"/>
            <w:r w:rsidRPr="004543E3">
              <w:rPr>
                <w:szCs w:val="26"/>
              </w:rPr>
              <w:t xml:space="preserve"> </w:t>
            </w:r>
            <w:proofErr w:type="spellStart"/>
            <w:r w:rsidRPr="004543E3">
              <w:rPr>
                <w:szCs w:val="26"/>
              </w:rPr>
              <w:t>cư</w:t>
            </w:r>
            <w:proofErr w:type="spellEnd"/>
            <w:r w:rsidRPr="004543E3">
              <w:rPr>
                <w:szCs w:val="26"/>
              </w:rPr>
              <w:t xml:space="preserve">́ </w:t>
            </w:r>
            <w:proofErr w:type="spellStart"/>
            <w:r w:rsidRPr="004543E3">
              <w:rPr>
                <w:szCs w:val="26"/>
              </w:rPr>
              <w:t>pháp</w:t>
            </w:r>
            <w:proofErr w:type="spellEnd"/>
            <w:r w:rsidRPr="004543E3">
              <w:rPr>
                <w:szCs w:val="26"/>
              </w:rPr>
              <w:t xml:space="preserve"> </w:t>
            </w:r>
            <w:proofErr w:type="spellStart"/>
            <w:r w:rsidRPr="004543E3">
              <w:rPr>
                <w:szCs w:val="26"/>
              </w:rPr>
              <w:t>ly</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Pr>
                <w:szCs w:val="26"/>
              </w:rPr>
              <w:t xml:space="preserve">, </w:t>
            </w:r>
            <w:proofErr w:type="spellStart"/>
            <w:r>
              <w:rPr>
                <w:szCs w:val="26"/>
              </w:rPr>
              <w:t>đồng</w:t>
            </w:r>
            <w:proofErr w:type="spellEnd"/>
            <w:r>
              <w:rPr>
                <w:szCs w:val="26"/>
              </w:rPr>
              <w:t xml:space="preserve"> </w:t>
            </w:r>
            <w:proofErr w:type="spellStart"/>
            <w:r>
              <w:rPr>
                <w:szCs w:val="26"/>
              </w:rPr>
              <w:t>thời</w:t>
            </w:r>
            <w:proofErr w:type="spellEnd"/>
            <w:r>
              <w:rPr>
                <w:szCs w:val="26"/>
              </w:rPr>
              <w:t xml:space="preserve"> </w:t>
            </w:r>
            <w:proofErr w:type="spellStart"/>
            <w:r>
              <w:rPr>
                <w:szCs w:val="26"/>
              </w:rPr>
              <w:t>xây</w:t>
            </w:r>
            <w:proofErr w:type="spellEnd"/>
            <w:r>
              <w:rPr>
                <w:szCs w:val="26"/>
              </w:rPr>
              <w:t xml:space="preserve"> </w:t>
            </w:r>
            <w:proofErr w:type="spellStart"/>
            <w:r>
              <w:rPr>
                <w:szCs w:val="26"/>
              </w:rPr>
              <w:t>dựng</w:t>
            </w:r>
            <w:proofErr w:type="spellEnd"/>
            <w:r>
              <w:rPr>
                <w:szCs w:val="26"/>
              </w:rPr>
              <w:t xml:space="preserve"> </w:t>
            </w:r>
            <w:proofErr w:type="spellStart"/>
            <w:r>
              <w:rPr>
                <w:szCs w:val="26"/>
              </w:rPr>
              <w:t>dư</w:t>
            </w:r>
            <w:proofErr w:type="spellEnd"/>
            <w:r>
              <w:rPr>
                <w:szCs w:val="26"/>
              </w:rPr>
              <w:t xml:space="preserve">̣ </w:t>
            </w:r>
            <w:proofErr w:type="spellStart"/>
            <w:r>
              <w:rPr>
                <w:szCs w:val="26"/>
              </w:rPr>
              <w:t>thảo</w:t>
            </w:r>
            <w:proofErr w:type="spellEnd"/>
            <w:r>
              <w:rPr>
                <w:szCs w:val="26"/>
              </w:rPr>
              <w:t xml:space="preserve"> Thông </w:t>
            </w:r>
            <w:proofErr w:type="spellStart"/>
            <w:r>
              <w:rPr>
                <w:szCs w:val="26"/>
              </w:rPr>
              <w:t>tư</w:t>
            </w:r>
            <w:proofErr w:type="spellEnd"/>
            <w:r>
              <w:rPr>
                <w:szCs w:val="26"/>
              </w:rPr>
              <w:t xml:space="preserve"> </w:t>
            </w:r>
            <w:proofErr w:type="spellStart"/>
            <w:r w:rsidRPr="00924DED">
              <w:rPr>
                <w:szCs w:val="26"/>
              </w:rPr>
              <w:t>theo</w:t>
            </w:r>
            <w:proofErr w:type="spellEnd"/>
            <w:r w:rsidRPr="00924DED">
              <w:rPr>
                <w:szCs w:val="26"/>
              </w:rPr>
              <w:t xml:space="preserve"> </w:t>
            </w:r>
            <w:proofErr w:type="spellStart"/>
            <w:r w:rsidRPr="00924DED">
              <w:rPr>
                <w:szCs w:val="26"/>
              </w:rPr>
              <w:t>hướng</w:t>
            </w:r>
            <w:proofErr w:type="spellEnd"/>
            <w:r w:rsidRPr="00924DED">
              <w:rPr>
                <w:szCs w:val="26"/>
              </w:rPr>
              <w:t xml:space="preserve"> </w:t>
            </w:r>
            <w:proofErr w:type="spellStart"/>
            <w:r w:rsidRPr="00924DED">
              <w:rPr>
                <w:szCs w:val="26"/>
              </w:rPr>
              <w:t>tách</w:t>
            </w:r>
            <w:proofErr w:type="spellEnd"/>
            <w:r w:rsidRPr="00924DED">
              <w:rPr>
                <w:szCs w:val="26"/>
              </w:rPr>
              <w:t xml:space="preserve"> </w:t>
            </w:r>
            <w:proofErr w:type="spellStart"/>
            <w:r w:rsidRPr="00924DED">
              <w:rPr>
                <w:szCs w:val="26"/>
              </w:rPr>
              <w:t>bạch</w:t>
            </w:r>
            <w:proofErr w:type="spellEnd"/>
            <w:r w:rsidRPr="00924DED">
              <w:rPr>
                <w:szCs w:val="26"/>
              </w:rPr>
              <w:t xml:space="preserve"> </w:t>
            </w:r>
            <w:proofErr w:type="spellStart"/>
            <w:r w:rsidRPr="00924DED">
              <w:rPr>
                <w:szCs w:val="26"/>
              </w:rPr>
              <w:t>quy</w:t>
            </w:r>
            <w:proofErr w:type="spellEnd"/>
            <w:r w:rsidRPr="00924DED">
              <w:rPr>
                <w:szCs w:val="26"/>
              </w:rPr>
              <w:t xml:space="preserve"> </w:t>
            </w:r>
            <w:proofErr w:type="spellStart"/>
            <w:r w:rsidRPr="00924DED">
              <w:rPr>
                <w:szCs w:val="26"/>
              </w:rPr>
              <w:t>định</w:t>
            </w:r>
            <w:proofErr w:type="spellEnd"/>
            <w:r w:rsidRPr="00924DED">
              <w:rPr>
                <w:szCs w:val="26"/>
              </w:rPr>
              <w:t xml:space="preserve"> </w:t>
            </w:r>
            <w:proofErr w:type="spellStart"/>
            <w:r w:rsidRPr="00924DED">
              <w:rPr>
                <w:szCs w:val="26"/>
              </w:rPr>
              <w:t>đối</w:t>
            </w:r>
            <w:proofErr w:type="spellEnd"/>
            <w:r w:rsidRPr="00924DED">
              <w:rPr>
                <w:szCs w:val="26"/>
              </w:rPr>
              <w:t xml:space="preserve"> </w:t>
            </w:r>
            <w:proofErr w:type="spellStart"/>
            <w:r w:rsidRPr="00924DED">
              <w:rPr>
                <w:szCs w:val="26"/>
              </w:rPr>
              <w:t>với</w:t>
            </w:r>
            <w:proofErr w:type="spellEnd"/>
            <w:r w:rsidRPr="00924DED">
              <w:rPr>
                <w:szCs w:val="26"/>
              </w:rPr>
              <w:t xml:space="preserve"> </w:t>
            </w:r>
            <w:proofErr w:type="spellStart"/>
            <w:r w:rsidRPr="00924DED">
              <w:rPr>
                <w:szCs w:val="26"/>
              </w:rPr>
              <w:t>công</w:t>
            </w:r>
            <w:proofErr w:type="spellEnd"/>
            <w:r w:rsidRPr="00924DED">
              <w:rPr>
                <w:szCs w:val="26"/>
              </w:rPr>
              <w:t xml:space="preserve"> </w:t>
            </w:r>
            <w:proofErr w:type="spellStart"/>
            <w:r w:rsidRPr="00924DED">
              <w:rPr>
                <w:szCs w:val="26"/>
              </w:rPr>
              <w:t>chức</w:t>
            </w:r>
            <w:proofErr w:type="spellEnd"/>
            <w:r w:rsidRPr="00924DED">
              <w:rPr>
                <w:szCs w:val="26"/>
              </w:rPr>
              <w:t xml:space="preserve"> </w:t>
            </w:r>
            <w:proofErr w:type="spellStart"/>
            <w:r w:rsidRPr="00924DED">
              <w:rPr>
                <w:szCs w:val="26"/>
              </w:rPr>
              <w:t>và</w:t>
            </w:r>
            <w:proofErr w:type="spellEnd"/>
            <w:r w:rsidRPr="00924DED">
              <w:rPr>
                <w:szCs w:val="26"/>
              </w:rPr>
              <w:t xml:space="preserve"> </w:t>
            </w:r>
            <w:proofErr w:type="spellStart"/>
            <w:r w:rsidRPr="00924DED">
              <w:rPr>
                <w:szCs w:val="26"/>
              </w:rPr>
              <w:t>viên</w:t>
            </w:r>
            <w:proofErr w:type="spellEnd"/>
            <w:r w:rsidRPr="00924DED">
              <w:rPr>
                <w:szCs w:val="26"/>
              </w:rPr>
              <w:t xml:space="preserve"> </w:t>
            </w:r>
            <w:proofErr w:type="spellStart"/>
            <w:r w:rsidRPr="00924DED">
              <w:rPr>
                <w:szCs w:val="26"/>
              </w:rPr>
              <w:t>chức</w:t>
            </w:r>
            <w:proofErr w:type="spellEnd"/>
            <w:r w:rsidRPr="00924DED">
              <w:rPr>
                <w:szCs w:val="26"/>
              </w:rPr>
              <w:t xml:space="preserve"> </w:t>
            </w:r>
            <w:proofErr w:type="spellStart"/>
            <w:r w:rsidRPr="00924DED">
              <w:rPr>
                <w:szCs w:val="26"/>
              </w:rPr>
              <w:t>trong</w:t>
            </w:r>
            <w:proofErr w:type="spellEnd"/>
            <w:r w:rsidRPr="00924DED">
              <w:rPr>
                <w:szCs w:val="26"/>
              </w:rPr>
              <w:t xml:space="preserve"> </w:t>
            </w:r>
            <w:proofErr w:type="spellStart"/>
            <w:r w:rsidRPr="00924DED">
              <w:rPr>
                <w:szCs w:val="26"/>
              </w:rPr>
              <w:t>các</w:t>
            </w:r>
            <w:proofErr w:type="spellEnd"/>
            <w:r w:rsidRPr="00924DED">
              <w:rPr>
                <w:szCs w:val="26"/>
              </w:rPr>
              <w:t xml:space="preserve"> </w:t>
            </w:r>
            <w:proofErr w:type="spellStart"/>
            <w:r w:rsidRPr="00924DED">
              <w:rPr>
                <w:szCs w:val="26"/>
              </w:rPr>
              <w:t>điều</w:t>
            </w:r>
            <w:proofErr w:type="spellEnd"/>
            <w:r w:rsidRPr="00924DED">
              <w:rPr>
                <w:szCs w:val="26"/>
              </w:rPr>
              <w:t xml:space="preserve"> </w:t>
            </w:r>
            <w:proofErr w:type="spellStart"/>
            <w:r w:rsidRPr="00924DED">
              <w:rPr>
                <w:szCs w:val="26"/>
              </w:rPr>
              <w:t>khoản</w:t>
            </w:r>
            <w:proofErr w:type="spellEnd"/>
            <w:r w:rsidRPr="00924DED">
              <w:rPr>
                <w:szCs w:val="26"/>
              </w:rPr>
              <w:t xml:space="preserve"> </w:t>
            </w:r>
            <w:proofErr w:type="spellStart"/>
            <w:r w:rsidRPr="00924DED">
              <w:rPr>
                <w:szCs w:val="26"/>
              </w:rPr>
              <w:t>về</w:t>
            </w:r>
            <w:proofErr w:type="spellEnd"/>
            <w:r w:rsidRPr="00924DED">
              <w:rPr>
                <w:szCs w:val="26"/>
              </w:rPr>
              <w:t xml:space="preserve"> </w:t>
            </w:r>
            <w:proofErr w:type="spellStart"/>
            <w:r w:rsidRPr="00924DED">
              <w:rPr>
                <w:szCs w:val="26"/>
              </w:rPr>
              <w:t>chức</w:t>
            </w:r>
            <w:proofErr w:type="spellEnd"/>
            <w:r w:rsidRPr="00924DED">
              <w:rPr>
                <w:szCs w:val="26"/>
              </w:rPr>
              <w:t xml:space="preserve"> </w:t>
            </w:r>
            <w:proofErr w:type="spellStart"/>
            <w:r w:rsidRPr="00924DED">
              <w:rPr>
                <w:szCs w:val="26"/>
              </w:rPr>
              <w:t>trách</w:t>
            </w:r>
            <w:proofErr w:type="spellEnd"/>
            <w:r w:rsidRPr="00924DED">
              <w:rPr>
                <w:szCs w:val="26"/>
              </w:rPr>
              <w:t xml:space="preserve">, </w:t>
            </w:r>
            <w:proofErr w:type="spellStart"/>
            <w:r w:rsidRPr="00924DED">
              <w:rPr>
                <w:szCs w:val="26"/>
              </w:rPr>
              <w:t>nhiệm</w:t>
            </w:r>
            <w:proofErr w:type="spellEnd"/>
            <w:r w:rsidRPr="00924DED">
              <w:rPr>
                <w:szCs w:val="26"/>
              </w:rPr>
              <w:t xml:space="preserve"> </w:t>
            </w:r>
            <w:proofErr w:type="spellStart"/>
            <w:r w:rsidRPr="00924DED">
              <w:rPr>
                <w:szCs w:val="26"/>
              </w:rPr>
              <w:t>vụ</w:t>
            </w:r>
            <w:proofErr w:type="spellEnd"/>
            <w:r w:rsidRPr="00924DED">
              <w:rPr>
                <w:szCs w:val="26"/>
              </w:rPr>
              <w:t xml:space="preserve"> </w:t>
            </w:r>
            <w:proofErr w:type="spellStart"/>
            <w:r w:rsidRPr="00924DED">
              <w:rPr>
                <w:szCs w:val="26"/>
              </w:rPr>
              <w:t>và</w:t>
            </w:r>
            <w:proofErr w:type="spellEnd"/>
            <w:r w:rsidRPr="00924DED">
              <w:rPr>
                <w:szCs w:val="26"/>
              </w:rPr>
              <w:t xml:space="preserve"> </w:t>
            </w:r>
            <w:proofErr w:type="spellStart"/>
            <w:r w:rsidRPr="00924DED">
              <w:rPr>
                <w:szCs w:val="26"/>
              </w:rPr>
              <w:t>tiêu</w:t>
            </w:r>
            <w:proofErr w:type="spellEnd"/>
            <w:r w:rsidRPr="00924DED">
              <w:rPr>
                <w:szCs w:val="26"/>
              </w:rPr>
              <w:t xml:space="preserve"> </w:t>
            </w:r>
            <w:proofErr w:type="spellStart"/>
            <w:r w:rsidRPr="00924DED">
              <w:rPr>
                <w:szCs w:val="26"/>
              </w:rPr>
              <w:t>chuẩn</w:t>
            </w:r>
            <w:proofErr w:type="spellEnd"/>
            <w:r w:rsidRPr="00924DED">
              <w:rPr>
                <w:szCs w:val="26"/>
              </w:rPr>
              <w:t xml:space="preserve"> </w:t>
            </w:r>
            <w:proofErr w:type="spellStart"/>
            <w:r w:rsidRPr="00924DED">
              <w:rPr>
                <w:szCs w:val="26"/>
              </w:rPr>
              <w:t>nhằm</w:t>
            </w:r>
            <w:proofErr w:type="spellEnd"/>
            <w:r w:rsidRPr="00924DED">
              <w:rPr>
                <w:szCs w:val="26"/>
              </w:rPr>
              <w:t xml:space="preserve"> </w:t>
            </w:r>
            <w:proofErr w:type="spellStart"/>
            <w:r w:rsidRPr="00924DED">
              <w:rPr>
                <w:szCs w:val="26"/>
              </w:rPr>
              <w:t>phù</w:t>
            </w:r>
            <w:proofErr w:type="spellEnd"/>
            <w:r w:rsidRPr="00924DED">
              <w:rPr>
                <w:szCs w:val="26"/>
              </w:rPr>
              <w:t xml:space="preserve"> </w:t>
            </w:r>
            <w:proofErr w:type="spellStart"/>
            <w:r w:rsidRPr="00924DED">
              <w:rPr>
                <w:szCs w:val="26"/>
              </w:rPr>
              <w:t>hợp</w:t>
            </w:r>
            <w:proofErr w:type="spellEnd"/>
            <w:r w:rsidRPr="00924DED">
              <w:rPr>
                <w:szCs w:val="26"/>
              </w:rPr>
              <w:t xml:space="preserve"> </w:t>
            </w:r>
            <w:proofErr w:type="spellStart"/>
            <w:r w:rsidRPr="00924DED">
              <w:rPr>
                <w:szCs w:val="26"/>
              </w:rPr>
              <w:t>với</w:t>
            </w:r>
            <w:proofErr w:type="spellEnd"/>
            <w:r w:rsidRPr="00924DED">
              <w:rPr>
                <w:szCs w:val="26"/>
              </w:rPr>
              <w:t xml:space="preserve"> </w:t>
            </w:r>
            <w:proofErr w:type="spellStart"/>
            <w:r w:rsidRPr="00924DED">
              <w:rPr>
                <w:szCs w:val="26"/>
              </w:rPr>
              <w:t>tính</w:t>
            </w:r>
            <w:proofErr w:type="spellEnd"/>
            <w:r w:rsidRPr="00924DED">
              <w:rPr>
                <w:szCs w:val="26"/>
              </w:rPr>
              <w:t xml:space="preserve"> </w:t>
            </w:r>
            <w:proofErr w:type="spellStart"/>
            <w:r w:rsidRPr="00924DED">
              <w:rPr>
                <w:szCs w:val="26"/>
              </w:rPr>
              <w:t>chất</w:t>
            </w:r>
            <w:proofErr w:type="spellEnd"/>
            <w:r w:rsidRPr="00924DED">
              <w:rPr>
                <w:szCs w:val="26"/>
              </w:rPr>
              <w:t xml:space="preserve"> </w:t>
            </w:r>
            <w:proofErr w:type="spellStart"/>
            <w:r w:rsidRPr="00924DED">
              <w:rPr>
                <w:szCs w:val="26"/>
              </w:rPr>
              <w:t>hoạt</w:t>
            </w:r>
            <w:proofErr w:type="spellEnd"/>
            <w:r w:rsidRPr="00924DED">
              <w:rPr>
                <w:szCs w:val="26"/>
              </w:rPr>
              <w:t xml:space="preserve"> </w:t>
            </w:r>
            <w:proofErr w:type="spellStart"/>
            <w:r w:rsidRPr="00924DED">
              <w:rPr>
                <w:szCs w:val="26"/>
              </w:rPr>
              <w:t>động</w:t>
            </w:r>
            <w:proofErr w:type="spellEnd"/>
            <w:r>
              <w:rPr>
                <w:szCs w:val="26"/>
              </w:rPr>
              <w:t>.</w:t>
            </w:r>
          </w:p>
          <w:p w14:paraId="4FC49C3E" w14:textId="1DC4F387" w:rsidR="004C2B3E" w:rsidRPr="004543E3" w:rsidRDefault="004C2B3E" w:rsidP="002A7D4F">
            <w:pPr>
              <w:spacing w:before="120" w:after="120" w:line="240" w:lineRule="auto"/>
              <w:jc w:val="both"/>
              <w:rPr>
                <w:rFonts w:cs="Times New Roman"/>
                <w:szCs w:val="26"/>
              </w:rPr>
            </w:pPr>
            <w:r w:rsidRPr="004543E3">
              <w:rPr>
                <w:rFonts w:cs="Times New Roman"/>
                <w:szCs w:val="26"/>
              </w:rPr>
              <w:t xml:space="preserve">- </w:t>
            </w:r>
            <w:proofErr w:type="spellStart"/>
            <w:r w:rsidRPr="004543E3">
              <w:rPr>
                <w:rFonts w:cs="Times New Roman"/>
                <w:szCs w:val="26"/>
              </w:rPr>
              <w:t>T</w:t>
            </w:r>
            <w:r w:rsidRPr="004543E3">
              <w:rPr>
                <w:rFonts w:cs="Times New Roman"/>
                <w:szCs w:val="28"/>
              </w:rPr>
              <w:t>ại</w:t>
            </w:r>
            <w:proofErr w:type="spellEnd"/>
            <w:r w:rsidRPr="004543E3">
              <w:rPr>
                <w:rFonts w:cs="Times New Roman"/>
                <w:szCs w:val="28"/>
              </w:rPr>
              <w:t xml:space="preserve"> </w:t>
            </w:r>
            <w:proofErr w:type="spellStart"/>
            <w:r w:rsidRPr="004543E3">
              <w:rPr>
                <w:rFonts w:cs="Times New Roman"/>
                <w:szCs w:val="28"/>
              </w:rPr>
              <w:t>khoản</w:t>
            </w:r>
            <w:proofErr w:type="spellEnd"/>
            <w:r w:rsidRPr="004543E3">
              <w:rPr>
                <w:rFonts w:cs="Times New Roman"/>
                <w:szCs w:val="28"/>
              </w:rPr>
              <w:t xml:space="preserve"> 4 </w:t>
            </w:r>
            <w:proofErr w:type="spellStart"/>
            <w:r w:rsidRPr="004543E3">
              <w:rPr>
                <w:rFonts w:cs="Times New Roman"/>
                <w:szCs w:val="28"/>
              </w:rPr>
              <w:t>Điều</w:t>
            </w:r>
            <w:proofErr w:type="spellEnd"/>
            <w:r w:rsidRPr="004543E3">
              <w:rPr>
                <w:rFonts w:cs="Times New Roman"/>
                <w:szCs w:val="28"/>
              </w:rPr>
              <w:t xml:space="preserve"> 16 </w:t>
            </w:r>
            <w:proofErr w:type="spellStart"/>
            <w:r w:rsidRPr="004543E3">
              <w:rPr>
                <w:rFonts w:cs="Times New Roman"/>
                <w:szCs w:val="28"/>
              </w:rPr>
              <w:t>Nghị</w:t>
            </w:r>
            <w:proofErr w:type="spellEnd"/>
            <w:r w:rsidRPr="004543E3">
              <w:rPr>
                <w:rFonts w:cs="Times New Roman"/>
                <w:szCs w:val="28"/>
              </w:rPr>
              <w:t xml:space="preserve"> </w:t>
            </w:r>
            <w:proofErr w:type="spellStart"/>
            <w:r w:rsidRPr="004543E3">
              <w:rPr>
                <w:rFonts w:cs="Times New Roman"/>
                <w:szCs w:val="28"/>
              </w:rPr>
              <w:t>định</w:t>
            </w:r>
            <w:proofErr w:type="spellEnd"/>
            <w:r w:rsidRPr="004543E3">
              <w:rPr>
                <w:rFonts w:cs="Times New Roman"/>
                <w:szCs w:val="28"/>
              </w:rPr>
              <w:t xml:space="preserve"> </w:t>
            </w:r>
            <w:proofErr w:type="spellStart"/>
            <w:r w:rsidRPr="004543E3">
              <w:rPr>
                <w:rFonts w:cs="Times New Roman"/>
                <w:szCs w:val="28"/>
              </w:rPr>
              <w:t>số</w:t>
            </w:r>
            <w:proofErr w:type="spellEnd"/>
            <w:r w:rsidRPr="004543E3">
              <w:rPr>
                <w:rFonts w:cs="Times New Roman"/>
                <w:szCs w:val="28"/>
              </w:rPr>
              <w:t xml:space="preserve"> 37/2026/NĐ-CP </w:t>
            </w:r>
            <w:proofErr w:type="spellStart"/>
            <w:r w:rsidRPr="004543E3">
              <w:rPr>
                <w:rFonts w:cs="Times New Roman"/>
                <w:szCs w:val="28"/>
              </w:rPr>
              <w:t>giao</w:t>
            </w:r>
            <w:proofErr w:type="spellEnd"/>
            <w:r w:rsidRPr="004543E3">
              <w:rPr>
                <w:rFonts w:cs="Times New Roman"/>
                <w:szCs w:val="28"/>
              </w:rPr>
              <w:t xml:space="preserve"> </w:t>
            </w:r>
            <w:proofErr w:type="spellStart"/>
            <w:r w:rsidRPr="004543E3">
              <w:rPr>
                <w:rFonts w:cs="Times New Roman"/>
                <w:szCs w:val="28"/>
              </w:rPr>
              <w:t>Bộ</w:t>
            </w:r>
            <w:proofErr w:type="spellEnd"/>
            <w:r w:rsidRPr="004543E3">
              <w:rPr>
                <w:rFonts w:cs="Times New Roman"/>
                <w:szCs w:val="28"/>
              </w:rPr>
              <w:t xml:space="preserve"> Khoa </w:t>
            </w:r>
            <w:proofErr w:type="spellStart"/>
            <w:r w:rsidRPr="004543E3">
              <w:rPr>
                <w:rFonts w:cs="Times New Roman"/>
                <w:szCs w:val="28"/>
              </w:rPr>
              <w:t>học</w:t>
            </w:r>
            <w:proofErr w:type="spellEnd"/>
            <w:r w:rsidRPr="004543E3">
              <w:rPr>
                <w:rFonts w:cs="Times New Roman"/>
                <w:szCs w:val="28"/>
              </w:rPr>
              <w:t xml:space="preserve"> </w:t>
            </w:r>
            <w:proofErr w:type="spellStart"/>
            <w:r w:rsidRPr="004543E3">
              <w:rPr>
                <w:rFonts w:cs="Times New Roman"/>
                <w:szCs w:val="28"/>
              </w:rPr>
              <w:t>và</w:t>
            </w:r>
            <w:proofErr w:type="spellEnd"/>
            <w:r w:rsidRPr="004543E3">
              <w:rPr>
                <w:rFonts w:cs="Times New Roman"/>
                <w:szCs w:val="28"/>
              </w:rPr>
              <w:t xml:space="preserve"> Công </w:t>
            </w:r>
            <w:proofErr w:type="spellStart"/>
            <w:r w:rsidRPr="004543E3">
              <w:rPr>
                <w:rFonts w:cs="Times New Roman"/>
                <w:szCs w:val="28"/>
              </w:rPr>
              <w:t>nghệ</w:t>
            </w:r>
            <w:proofErr w:type="spellEnd"/>
            <w:r w:rsidRPr="004543E3">
              <w:rPr>
                <w:rFonts w:cs="Times New Roman"/>
                <w:szCs w:val="28"/>
              </w:rPr>
              <w:t xml:space="preserve"> </w:t>
            </w:r>
            <w:proofErr w:type="spellStart"/>
            <w:r w:rsidRPr="004543E3">
              <w:rPr>
                <w:rFonts w:cs="Times New Roman"/>
                <w:szCs w:val="28"/>
              </w:rPr>
              <w:t>quy</w:t>
            </w:r>
            <w:proofErr w:type="spellEnd"/>
            <w:r w:rsidRPr="004543E3">
              <w:rPr>
                <w:rFonts w:cs="Times New Roman"/>
                <w:szCs w:val="28"/>
              </w:rPr>
              <w:t xml:space="preserve"> </w:t>
            </w:r>
            <w:proofErr w:type="spellStart"/>
            <w:r w:rsidRPr="004543E3">
              <w:rPr>
                <w:rFonts w:cs="Times New Roman"/>
                <w:szCs w:val="28"/>
              </w:rPr>
              <w:t>định</w:t>
            </w:r>
            <w:proofErr w:type="spellEnd"/>
            <w:r w:rsidRPr="004543E3">
              <w:rPr>
                <w:rFonts w:cs="Times New Roman"/>
                <w:szCs w:val="28"/>
              </w:rPr>
              <w:t xml:space="preserve"> </w:t>
            </w:r>
            <w:proofErr w:type="spellStart"/>
            <w:r w:rsidRPr="004543E3">
              <w:rPr>
                <w:rFonts w:cs="Times New Roman"/>
                <w:szCs w:val="28"/>
              </w:rPr>
              <w:t>mã</w:t>
            </w:r>
            <w:proofErr w:type="spellEnd"/>
            <w:r w:rsidRPr="004543E3">
              <w:rPr>
                <w:rFonts w:cs="Times New Roman"/>
                <w:szCs w:val="28"/>
              </w:rPr>
              <w:t xml:space="preserve"> </w:t>
            </w:r>
            <w:proofErr w:type="spellStart"/>
            <w:r w:rsidRPr="004543E3">
              <w:rPr>
                <w:rFonts w:cs="Times New Roman"/>
                <w:szCs w:val="28"/>
              </w:rPr>
              <w:t>số</w:t>
            </w:r>
            <w:proofErr w:type="spellEnd"/>
            <w:r w:rsidRPr="004543E3">
              <w:rPr>
                <w:rFonts w:cs="Times New Roman"/>
                <w:szCs w:val="28"/>
              </w:rPr>
              <w:t xml:space="preserve">, </w:t>
            </w:r>
            <w:proofErr w:type="spellStart"/>
            <w:r w:rsidRPr="004543E3">
              <w:rPr>
                <w:rFonts w:cs="Times New Roman"/>
                <w:szCs w:val="28"/>
              </w:rPr>
              <w:t>tiêu</w:t>
            </w:r>
            <w:proofErr w:type="spellEnd"/>
            <w:r w:rsidRPr="004543E3">
              <w:rPr>
                <w:rFonts w:cs="Times New Roman"/>
                <w:szCs w:val="28"/>
              </w:rPr>
              <w:t xml:space="preserve"> </w:t>
            </w:r>
            <w:proofErr w:type="spellStart"/>
            <w:r w:rsidRPr="004543E3">
              <w:rPr>
                <w:rFonts w:cs="Times New Roman"/>
                <w:szCs w:val="28"/>
              </w:rPr>
              <w:t>chuẩn</w:t>
            </w:r>
            <w:proofErr w:type="spellEnd"/>
            <w:r w:rsidRPr="004543E3">
              <w:rPr>
                <w:rFonts w:cs="Times New Roman"/>
                <w:szCs w:val="28"/>
              </w:rPr>
              <w:t xml:space="preserve"> </w:t>
            </w:r>
            <w:proofErr w:type="spellStart"/>
            <w:r w:rsidRPr="004543E3">
              <w:rPr>
                <w:rFonts w:cs="Times New Roman"/>
                <w:szCs w:val="28"/>
              </w:rPr>
              <w:t>chuyên</w:t>
            </w:r>
            <w:proofErr w:type="spellEnd"/>
            <w:r w:rsidRPr="004543E3">
              <w:rPr>
                <w:rFonts w:cs="Times New Roman"/>
                <w:szCs w:val="28"/>
              </w:rPr>
              <w:t xml:space="preserve"> </w:t>
            </w:r>
            <w:proofErr w:type="spellStart"/>
            <w:r w:rsidRPr="004543E3">
              <w:rPr>
                <w:rFonts w:cs="Times New Roman"/>
                <w:szCs w:val="28"/>
              </w:rPr>
              <w:t>môn</w:t>
            </w:r>
            <w:proofErr w:type="spellEnd"/>
            <w:r w:rsidRPr="004543E3">
              <w:rPr>
                <w:rFonts w:cs="Times New Roman"/>
                <w:szCs w:val="28"/>
              </w:rPr>
              <w:t xml:space="preserve">, </w:t>
            </w:r>
            <w:proofErr w:type="spellStart"/>
            <w:r w:rsidRPr="004543E3">
              <w:rPr>
                <w:rFonts w:cs="Times New Roman"/>
                <w:szCs w:val="28"/>
              </w:rPr>
              <w:t>nghiệp</w:t>
            </w:r>
            <w:proofErr w:type="spellEnd"/>
            <w:r w:rsidRPr="004543E3">
              <w:rPr>
                <w:rFonts w:cs="Times New Roman"/>
                <w:szCs w:val="28"/>
              </w:rPr>
              <w:t xml:space="preserve"> </w:t>
            </w:r>
            <w:proofErr w:type="spellStart"/>
            <w:r w:rsidRPr="004543E3">
              <w:rPr>
                <w:rFonts w:cs="Times New Roman"/>
                <w:szCs w:val="28"/>
              </w:rPr>
              <w:t>vụ</w:t>
            </w:r>
            <w:proofErr w:type="spellEnd"/>
            <w:r w:rsidRPr="004543E3">
              <w:rPr>
                <w:rFonts w:cs="Times New Roman"/>
                <w:szCs w:val="28"/>
              </w:rPr>
              <w:t xml:space="preserve"> </w:t>
            </w:r>
            <w:proofErr w:type="spellStart"/>
            <w:r w:rsidRPr="004543E3">
              <w:rPr>
                <w:rFonts w:cs="Times New Roman"/>
                <w:szCs w:val="28"/>
              </w:rPr>
              <w:lastRenderedPageBreak/>
              <w:t>đối</w:t>
            </w:r>
            <w:proofErr w:type="spellEnd"/>
            <w:r w:rsidRPr="004543E3">
              <w:rPr>
                <w:rFonts w:cs="Times New Roman"/>
                <w:szCs w:val="28"/>
              </w:rPr>
              <w:t xml:space="preserve"> </w:t>
            </w:r>
            <w:proofErr w:type="spellStart"/>
            <w:r w:rsidRPr="004543E3">
              <w:rPr>
                <w:rFonts w:cs="Times New Roman"/>
                <w:szCs w:val="28"/>
              </w:rPr>
              <w:t>với</w:t>
            </w:r>
            <w:proofErr w:type="spellEnd"/>
            <w:r w:rsidRPr="004543E3">
              <w:rPr>
                <w:rFonts w:cs="Times New Roman"/>
                <w:szCs w:val="28"/>
              </w:rPr>
              <w:t xml:space="preserve"> </w:t>
            </w:r>
            <w:proofErr w:type="spellStart"/>
            <w:r w:rsidRPr="004543E3">
              <w:rPr>
                <w:rFonts w:cs="Times New Roman"/>
                <w:szCs w:val="28"/>
              </w:rPr>
              <w:t>các</w:t>
            </w:r>
            <w:proofErr w:type="spellEnd"/>
            <w:r w:rsidRPr="004543E3">
              <w:rPr>
                <w:rFonts w:cs="Times New Roman"/>
                <w:szCs w:val="28"/>
              </w:rPr>
              <w:t xml:space="preserve"> </w:t>
            </w:r>
            <w:proofErr w:type="spellStart"/>
            <w:r w:rsidRPr="004543E3">
              <w:rPr>
                <w:rFonts w:cs="Times New Roman"/>
                <w:szCs w:val="28"/>
              </w:rPr>
              <w:t>ngạch</w:t>
            </w:r>
            <w:proofErr w:type="spellEnd"/>
            <w:r w:rsidRPr="004543E3">
              <w:rPr>
                <w:rFonts w:cs="Times New Roman"/>
                <w:szCs w:val="28"/>
              </w:rPr>
              <w:t xml:space="preserve"> </w:t>
            </w:r>
            <w:proofErr w:type="spellStart"/>
            <w:r w:rsidRPr="004543E3">
              <w:rPr>
                <w:rFonts w:cs="Times New Roman"/>
                <w:szCs w:val="28"/>
              </w:rPr>
              <w:t>công</w:t>
            </w:r>
            <w:proofErr w:type="spellEnd"/>
            <w:r w:rsidRPr="004543E3">
              <w:rPr>
                <w:rFonts w:cs="Times New Roman"/>
                <w:szCs w:val="28"/>
              </w:rPr>
              <w:t xml:space="preserve"> </w:t>
            </w:r>
            <w:proofErr w:type="spellStart"/>
            <w:r w:rsidRPr="004543E3">
              <w:rPr>
                <w:rFonts w:cs="Times New Roman"/>
                <w:szCs w:val="28"/>
              </w:rPr>
              <w:t>chức</w:t>
            </w:r>
            <w:proofErr w:type="spellEnd"/>
            <w:r w:rsidRPr="004543E3">
              <w:rPr>
                <w:rFonts w:cs="Times New Roman"/>
                <w:szCs w:val="28"/>
              </w:rPr>
              <w:t xml:space="preserve">, </w:t>
            </w:r>
            <w:proofErr w:type="spellStart"/>
            <w:r w:rsidRPr="004543E3">
              <w:rPr>
                <w:rFonts w:cs="Times New Roman"/>
                <w:szCs w:val="28"/>
              </w:rPr>
              <w:t>viên</w:t>
            </w:r>
            <w:proofErr w:type="spellEnd"/>
            <w:r w:rsidRPr="004543E3">
              <w:rPr>
                <w:rFonts w:cs="Times New Roman"/>
                <w:szCs w:val="28"/>
              </w:rPr>
              <w:t xml:space="preserve"> </w:t>
            </w:r>
            <w:proofErr w:type="spellStart"/>
            <w:r w:rsidRPr="004543E3">
              <w:rPr>
                <w:rFonts w:cs="Times New Roman"/>
                <w:szCs w:val="28"/>
              </w:rPr>
              <w:t>chức</w:t>
            </w:r>
            <w:proofErr w:type="spellEnd"/>
            <w:r w:rsidRPr="004543E3">
              <w:rPr>
                <w:rFonts w:cs="Times New Roman"/>
                <w:szCs w:val="28"/>
              </w:rPr>
              <w:t xml:space="preserve"> </w:t>
            </w:r>
            <w:proofErr w:type="spellStart"/>
            <w:r w:rsidRPr="004543E3">
              <w:rPr>
                <w:rFonts w:cs="Times New Roman"/>
                <w:szCs w:val="28"/>
              </w:rPr>
              <w:t>chuyên</w:t>
            </w:r>
            <w:proofErr w:type="spellEnd"/>
            <w:r w:rsidRPr="004543E3">
              <w:rPr>
                <w:rFonts w:cs="Times New Roman"/>
                <w:szCs w:val="28"/>
              </w:rPr>
              <w:t xml:space="preserve"> </w:t>
            </w:r>
            <w:proofErr w:type="spellStart"/>
            <w:r w:rsidRPr="004543E3">
              <w:rPr>
                <w:rFonts w:cs="Times New Roman"/>
                <w:szCs w:val="28"/>
              </w:rPr>
              <w:t>ngành</w:t>
            </w:r>
            <w:proofErr w:type="spellEnd"/>
            <w:r w:rsidRPr="004543E3">
              <w:rPr>
                <w:rFonts w:cs="Times New Roman"/>
                <w:szCs w:val="28"/>
              </w:rPr>
              <w:t xml:space="preserve"> </w:t>
            </w:r>
            <w:proofErr w:type="spellStart"/>
            <w:r w:rsidRPr="004543E3">
              <w:rPr>
                <w:rFonts w:cs="Times New Roman"/>
                <w:szCs w:val="28"/>
              </w:rPr>
              <w:t>kiểm</w:t>
            </w:r>
            <w:proofErr w:type="spellEnd"/>
            <w:r w:rsidRPr="004543E3">
              <w:rPr>
                <w:rFonts w:cs="Times New Roman"/>
                <w:szCs w:val="28"/>
              </w:rPr>
              <w:t xml:space="preserve"> </w:t>
            </w:r>
            <w:proofErr w:type="spellStart"/>
            <w:r w:rsidRPr="004543E3">
              <w:rPr>
                <w:rFonts w:cs="Times New Roman"/>
                <w:szCs w:val="28"/>
              </w:rPr>
              <w:t>soát</w:t>
            </w:r>
            <w:proofErr w:type="spellEnd"/>
            <w:r w:rsidRPr="004543E3">
              <w:rPr>
                <w:rFonts w:cs="Times New Roman"/>
                <w:szCs w:val="28"/>
              </w:rPr>
              <w:t xml:space="preserve"> </w:t>
            </w:r>
            <w:proofErr w:type="spellStart"/>
            <w:r w:rsidRPr="004543E3">
              <w:rPr>
                <w:rFonts w:cs="Times New Roman"/>
                <w:szCs w:val="28"/>
              </w:rPr>
              <w:t>chất</w:t>
            </w:r>
            <w:proofErr w:type="spellEnd"/>
            <w:r w:rsidRPr="004543E3">
              <w:rPr>
                <w:rFonts w:cs="Times New Roman"/>
                <w:szCs w:val="28"/>
              </w:rPr>
              <w:t xml:space="preserve"> </w:t>
            </w:r>
            <w:proofErr w:type="spellStart"/>
            <w:r w:rsidRPr="004543E3">
              <w:rPr>
                <w:rFonts w:cs="Times New Roman"/>
                <w:szCs w:val="28"/>
              </w:rPr>
              <w:t>lượng</w:t>
            </w:r>
            <w:proofErr w:type="spellEnd"/>
            <w:r w:rsidRPr="004543E3">
              <w:rPr>
                <w:rFonts w:cs="Times New Roman"/>
                <w:szCs w:val="28"/>
              </w:rPr>
              <w:t xml:space="preserve"> </w:t>
            </w:r>
            <w:proofErr w:type="spellStart"/>
            <w:r w:rsidRPr="004543E3">
              <w:rPr>
                <w:rFonts w:cs="Times New Roman"/>
                <w:szCs w:val="28"/>
              </w:rPr>
              <w:t>sản</w:t>
            </w:r>
            <w:proofErr w:type="spellEnd"/>
            <w:r w:rsidRPr="004543E3">
              <w:rPr>
                <w:rFonts w:cs="Times New Roman"/>
                <w:szCs w:val="28"/>
              </w:rPr>
              <w:t xml:space="preserve"> </w:t>
            </w:r>
            <w:proofErr w:type="spellStart"/>
            <w:r w:rsidRPr="004543E3">
              <w:rPr>
                <w:rFonts w:cs="Times New Roman"/>
                <w:szCs w:val="28"/>
              </w:rPr>
              <w:t>phẩm</w:t>
            </w:r>
            <w:proofErr w:type="spellEnd"/>
            <w:r w:rsidRPr="004543E3">
              <w:rPr>
                <w:rFonts w:cs="Times New Roman"/>
                <w:szCs w:val="28"/>
              </w:rPr>
              <w:t xml:space="preserve">, </w:t>
            </w:r>
            <w:proofErr w:type="spellStart"/>
            <w:r w:rsidRPr="004543E3">
              <w:rPr>
                <w:rFonts w:cs="Times New Roman"/>
                <w:szCs w:val="28"/>
              </w:rPr>
              <w:t>hàng</w:t>
            </w:r>
            <w:proofErr w:type="spellEnd"/>
            <w:r w:rsidRPr="004543E3">
              <w:rPr>
                <w:rFonts w:cs="Times New Roman"/>
                <w:szCs w:val="28"/>
              </w:rPr>
              <w:t xml:space="preserve"> </w:t>
            </w:r>
            <w:proofErr w:type="spellStart"/>
            <w:r w:rsidRPr="004543E3">
              <w:rPr>
                <w:rFonts w:cs="Times New Roman"/>
                <w:szCs w:val="28"/>
              </w:rPr>
              <w:t>hóa</w:t>
            </w:r>
            <w:proofErr w:type="spellEnd"/>
            <w:r w:rsidRPr="004543E3">
              <w:rPr>
                <w:rFonts w:cs="Times New Roman"/>
                <w:szCs w:val="28"/>
              </w:rPr>
              <w:t xml:space="preserve">, vì </w:t>
            </w:r>
            <w:proofErr w:type="spellStart"/>
            <w:r w:rsidRPr="004543E3">
              <w:rPr>
                <w:rFonts w:cs="Times New Roman"/>
                <w:szCs w:val="28"/>
              </w:rPr>
              <w:t>vậy</w:t>
            </w:r>
            <w:proofErr w:type="spellEnd"/>
            <w:r w:rsidRPr="004543E3">
              <w:rPr>
                <w:rFonts w:cs="Times New Roman"/>
                <w:szCs w:val="28"/>
              </w:rPr>
              <w:t xml:space="preserve">, </w:t>
            </w:r>
            <w:r>
              <w:rPr>
                <w:szCs w:val="26"/>
              </w:rPr>
              <w:t xml:space="preserve">Ban </w:t>
            </w:r>
            <w:proofErr w:type="spellStart"/>
            <w:r>
              <w:rPr>
                <w:szCs w:val="26"/>
              </w:rPr>
              <w:t>soạn</w:t>
            </w:r>
            <w:proofErr w:type="spellEnd"/>
            <w:r>
              <w:rPr>
                <w:szCs w:val="26"/>
              </w:rPr>
              <w:t xml:space="preserve"> </w:t>
            </w:r>
            <w:proofErr w:type="spellStart"/>
            <w:r>
              <w:rPr>
                <w:szCs w:val="26"/>
              </w:rPr>
              <w:t>thảo</w:t>
            </w:r>
            <w:proofErr w:type="spellEnd"/>
            <w:r>
              <w:rPr>
                <w:szCs w:val="26"/>
              </w:rPr>
              <w:t xml:space="preserve"> </w:t>
            </w:r>
            <w:proofErr w:type="spellStart"/>
            <w:r w:rsidRPr="00924DED">
              <w:rPr>
                <w:szCs w:val="26"/>
              </w:rPr>
              <w:t>đã</w:t>
            </w:r>
            <w:proofErr w:type="spellEnd"/>
            <w:r w:rsidRPr="00924DED">
              <w:rPr>
                <w:szCs w:val="26"/>
              </w:rPr>
              <w:t xml:space="preserve"> </w:t>
            </w:r>
            <w:proofErr w:type="spellStart"/>
            <w:r>
              <w:rPr>
                <w:szCs w:val="26"/>
              </w:rPr>
              <w:t>điều</w:t>
            </w:r>
            <w:proofErr w:type="spellEnd"/>
            <w:r>
              <w:rPr>
                <w:szCs w:val="26"/>
              </w:rPr>
              <w:t xml:space="preserve"> </w:t>
            </w:r>
            <w:proofErr w:type="spellStart"/>
            <w:r>
              <w:rPr>
                <w:szCs w:val="26"/>
              </w:rPr>
              <w:t>chỉnh</w:t>
            </w:r>
            <w:proofErr w:type="spellEnd"/>
            <w:r w:rsidRPr="00924DED">
              <w:rPr>
                <w:szCs w:val="26"/>
              </w:rPr>
              <w:t xml:space="preserve"> </w:t>
            </w:r>
            <w:proofErr w:type="spellStart"/>
            <w:r w:rsidRPr="00924DED">
              <w:rPr>
                <w:szCs w:val="26"/>
              </w:rPr>
              <w:t>dự</w:t>
            </w:r>
            <w:proofErr w:type="spellEnd"/>
            <w:r w:rsidRPr="00924DED">
              <w:rPr>
                <w:szCs w:val="26"/>
              </w:rPr>
              <w:t xml:space="preserve"> </w:t>
            </w:r>
            <w:proofErr w:type="spellStart"/>
            <w:r w:rsidRPr="00924DED">
              <w:rPr>
                <w:szCs w:val="26"/>
              </w:rPr>
              <w:t>thảo</w:t>
            </w:r>
            <w:proofErr w:type="spellEnd"/>
            <w:r w:rsidRPr="00924DED">
              <w:rPr>
                <w:szCs w:val="26"/>
              </w:rPr>
              <w:t xml:space="preserve"> </w:t>
            </w:r>
            <w:r>
              <w:rPr>
                <w:szCs w:val="26"/>
              </w:rPr>
              <w:t xml:space="preserve">Thông </w:t>
            </w:r>
            <w:proofErr w:type="spellStart"/>
            <w:r>
              <w:rPr>
                <w:szCs w:val="26"/>
              </w:rPr>
              <w:t>tư</w:t>
            </w:r>
            <w:proofErr w:type="spellEnd"/>
            <w:r>
              <w:rPr>
                <w:szCs w:val="26"/>
              </w:rPr>
              <w:t xml:space="preserve"> </w:t>
            </w:r>
            <w:proofErr w:type="spellStart"/>
            <w:r w:rsidRPr="00924DED">
              <w:rPr>
                <w:szCs w:val="26"/>
              </w:rPr>
              <w:t>theo</w:t>
            </w:r>
            <w:proofErr w:type="spellEnd"/>
            <w:r w:rsidRPr="00924DED">
              <w:rPr>
                <w:szCs w:val="26"/>
              </w:rPr>
              <w:t xml:space="preserve"> </w:t>
            </w:r>
            <w:proofErr w:type="spellStart"/>
            <w:r w:rsidRPr="00924DED">
              <w:rPr>
                <w:szCs w:val="26"/>
              </w:rPr>
              <w:t>hướng</w:t>
            </w:r>
            <w:proofErr w:type="spellEnd"/>
            <w:r w:rsidRPr="00924DED">
              <w:rPr>
                <w:szCs w:val="26"/>
              </w:rPr>
              <w:t xml:space="preserve"> </w:t>
            </w:r>
            <w:proofErr w:type="spellStart"/>
            <w:r w:rsidRPr="00924DED">
              <w:rPr>
                <w:szCs w:val="26"/>
              </w:rPr>
              <w:t>tách</w:t>
            </w:r>
            <w:proofErr w:type="spellEnd"/>
            <w:r w:rsidRPr="00924DED">
              <w:rPr>
                <w:szCs w:val="26"/>
              </w:rPr>
              <w:t xml:space="preserve"> </w:t>
            </w:r>
            <w:proofErr w:type="spellStart"/>
            <w:r w:rsidRPr="00924DED">
              <w:rPr>
                <w:szCs w:val="26"/>
              </w:rPr>
              <w:t>bạch</w:t>
            </w:r>
            <w:proofErr w:type="spellEnd"/>
            <w:r w:rsidRPr="00924DED">
              <w:rPr>
                <w:szCs w:val="26"/>
              </w:rPr>
              <w:t xml:space="preserve"> </w:t>
            </w:r>
            <w:proofErr w:type="spellStart"/>
            <w:r w:rsidRPr="00924DED">
              <w:rPr>
                <w:szCs w:val="26"/>
              </w:rPr>
              <w:t>quy</w:t>
            </w:r>
            <w:proofErr w:type="spellEnd"/>
            <w:r w:rsidRPr="00924DED">
              <w:rPr>
                <w:szCs w:val="26"/>
              </w:rPr>
              <w:t xml:space="preserve"> </w:t>
            </w:r>
            <w:proofErr w:type="spellStart"/>
            <w:r w:rsidRPr="00924DED">
              <w:rPr>
                <w:szCs w:val="26"/>
              </w:rPr>
              <w:t>định</w:t>
            </w:r>
            <w:proofErr w:type="spellEnd"/>
            <w:r w:rsidRPr="00924DED">
              <w:rPr>
                <w:szCs w:val="26"/>
              </w:rPr>
              <w:t xml:space="preserve"> </w:t>
            </w:r>
            <w:proofErr w:type="spellStart"/>
            <w:r w:rsidRPr="00924DED">
              <w:rPr>
                <w:szCs w:val="26"/>
              </w:rPr>
              <w:t>đối</w:t>
            </w:r>
            <w:proofErr w:type="spellEnd"/>
            <w:r w:rsidRPr="00924DED">
              <w:rPr>
                <w:szCs w:val="26"/>
              </w:rPr>
              <w:t xml:space="preserve"> </w:t>
            </w:r>
            <w:proofErr w:type="spellStart"/>
            <w:r w:rsidRPr="00924DED">
              <w:rPr>
                <w:szCs w:val="26"/>
              </w:rPr>
              <w:t>với</w:t>
            </w:r>
            <w:proofErr w:type="spellEnd"/>
            <w:r w:rsidRPr="00924DED">
              <w:rPr>
                <w:szCs w:val="26"/>
              </w:rPr>
              <w:t xml:space="preserve"> </w:t>
            </w:r>
            <w:proofErr w:type="spellStart"/>
            <w:r w:rsidRPr="00924DED">
              <w:rPr>
                <w:szCs w:val="26"/>
              </w:rPr>
              <w:t>công</w:t>
            </w:r>
            <w:proofErr w:type="spellEnd"/>
            <w:r w:rsidRPr="00924DED">
              <w:rPr>
                <w:szCs w:val="26"/>
              </w:rPr>
              <w:t xml:space="preserve"> </w:t>
            </w:r>
            <w:proofErr w:type="spellStart"/>
            <w:r w:rsidRPr="00924DED">
              <w:rPr>
                <w:szCs w:val="26"/>
              </w:rPr>
              <w:t>chức</w:t>
            </w:r>
            <w:proofErr w:type="spellEnd"/>
            <w:r w:rsidRPr="00924DED">
              <w:rPr>
                <w:szCs w:val="26"/>
              </w:rPr>
              <w:t xml:space="preserve"> </w:t>
            </w:r>
            <w:proofErr w:type="spellStart"/>
            <w:r w:rsidRPr="00924DED">
              <w:rPr>
                <w:szCs w:val="26"/>
              </w:rPr>
              <w:t>và</w:t>
            </w:r>
            <w:proofErr w:type="spellEnd"/>
            <w:r w:rsidRPr="00924DED">
              <w:rPr>
                <w:szCs w:val="26"/>
              </w:rPr>
              <w:t xml:space="preserve"> </w:t>
            </w:r>
            <w:proofErr w:type="spellStart"/>
            <w:r w:rsidRPr="00924DED">
              <w:rPr>
                <w:szCs w:val="26"/>
              </w:rPr>
              <w:t>viên</w:t>
            </w:r>
            <w:proofErr w:type="spellEnd"/>
            <w:r w:rsidRPr="00924DED">
              <w:rPr>
                <w:szCs w:val="26"/>
              </w:rPr>
              <w:t xml:space="preserve"> </w:t>
            </w:r>
            <w:proofErr w:type="spellStart"/>
            <w:r w:rsidRPr="00924DED">
              <w:rPr>
                <w:szCs w:val="26"/>
              </w:rPr>
              <w:t>chức</w:t>
            </w:r>
            <w:proofErr w:type="spellEnd"/>
            <w:r w:rsidRPr="00924DED">
              <w:rPr>
                <w:szCs w:val="26"/>
              </w:rPr>
              <w:t xml:space="preserve"> </w:t>
            </w:r>
            <w:proofErr w:type="spellStart"/>
            <w:r w:rsidRPr="00924DED">
              <w:rPr>
                <w:szCs w:val="26"/>
              </w:rPr>
              <w:t>trong</w:t>
            </w:r>
            <w:proofErr w:type="spellEnd"/>
            <w:r w:rsidRPr="00924DED">
              <w:rPr>
                <w:szCs w:val="26"/>
              </w:rPr>
              <w:t xml:space="preserve"> </w:t>
            </w:r>
            <w:proofErr w:type="spellStart"/>
            <w:r w:rsidRPr="00924DED">
              <w:rPr>
                <w:szCs w:val="26"/>
              </w:rPr>
              <w:t>các</w:t>
            </w:r>
            <w:proofErr w:type="spellEnd"/>
            <w:r w:rsidRPr="00924DED">
              <w:rPr>
                <w:szCs w:val="26"/>
              </w:rPr>
              <w:t xml:space="preserve"> </w:t>
            </w:r>
            <w:proofErr w:type="spellStart"/>
            <w:r w:rsidRPr="00924DED">
              <w:rPr>
                <w:szCs w:val="26"/>
              </w:rPr>
              <w:t>điều</w:t>
            </w:r>
            <w:proofErr w:type="spellEnd"/>
            <w:r w:rsidRPr="00924DED">
              <w:rPr>
                <w:szCs w:val="26"/>
              </w:rPr>
              <w:t xml:space="preserve"> </w:t>
            </w:r>
            <w:proofErr w:type="spellStart"/>
            <w:r w:rsidRPr="00924DED">
              <w:rPr>
                <w:szCs w:val="26"/>
              </w:rPr>
              <w:t>khoản</w:t>
            </w:r>
            <w:proofErr w:type="spellEnd"/>
            <w:r w:rsidRPr="00924DED">
              <w:rPr>
                <w:szCs w:val="26"/>
              </w:rPr>
              <w:t xml:space="preserve"> </w:t>
            </w:r>
            <w:proofErr w:type="spellStart"/>
            <w:r w:rsidRPr="00924DED">
              <w:rPr>
                <w:szCs w:val="26"/>
              </w:rPr>
              <w:t>về</w:t>
            </w:r>
            <w:proofErr w:type="spellEnd"/>
            <w:r w:rsidRPr="00924DED">
              <w:rPr>
                <w:szCs w:val="26"/>
              </w:rPr>
              <w:t xml:space="preserve"> </w:t>
            </w:r>
            <w:proofErr w:type="spellStart"/>
            <w:r w:rsidRPr="00924DED">
              <w:rPr>
                <w:szCs w:val="26"/>
              </w:rPr>
              <w:t>chức</w:t>
            </w:r>
            <w:proofErr w:type="spellEnd"/>
            <w:r w:rsidRPr="00924DED">
              <w:rPr>
                <w:szCs w:val="26"/>
              </w:rPr>
              <w:t xml:space="preserve"> </w:t>
            </w:r>
            <w:proofErr w:type="spellStart"/>
            <w:r w:rsidRPr="00924DED">
              <w:rPr>
                <w:szCs w:val="26"/>
              </w:rPr>
              <w:t>trách</w:t>
            </w:r>
            <w:proofErr w:type="spellEnd"/>
            <w:r w:rsidRPr="00924DED">
              <w:rPr>
                <w:szCs w:val="26"/>
              </w:rPr>
              <w:t xml:space="preserve">, </w:t>
            </w:r>
            <w:proofErr w:type="spellStart"/>
            <w:r w:rsidRPr="00924DED">
              <w:rPr>
                <w:szCs w:val="26"/>
              </w:rPr>
              <w:t>nhiệm</w:t>
            </w:r>
            <w:proofErr w:type="spellEnd"/>
            <w:r w:rsidRPr="00924DED">
              <w:rPr>
                <w:szCs w:val="26"/>
              </w:rPr>
              <w:t xml:space="preserve"> </w:t>
            </w:r>
            <w:proofErr w:type="spellStart"/>
            <w:r w:rsidRPr="00924DED">
              <w:rPr>
                <w:szCs w:val="26"/>
              </w:rPr>
              <w:t>vụ</w:t>
            </w:r>
            <w:proofErr w:type="spellEnd"/>
            <w:r w:rsidRPr="00924DED">
              <w:rPr>
                <w:szCs w:val="26"/>
              </w:rPr>
              <w:t xml:space="preserve"> </w:t>
            </w:r>
            <w:proofErr w:type="spellStart"/>
            <w:r w:rsidRPr="00924DED">
              <w:rPr>
                <w:szCs w:val="26"/>
              </w:rPr>
              <w:t>và</w:t>
            </w:r>
            <w:proofErr w:type="spellEnd"/>
            <w:r w:rsidRPr="00924DED">
              <w:rPr>
                <w:szCs w:val="26"/>
              </w:rPr>
              <w:t xml:space="preserve"> </w:t>
            </w:r>
            <w:proofErr w:type="spellStart"/>
            <w:r w:rsidRPr="00924DED">
              <w:rPr>
                <w:szCs w:val="26"/>
              </w:rPr>
              <w:t>tiêu</w:t>
            </w:r>
            <w:proofErr w:type="spellEnd"/>
            <w:r w:rsidRPr="00924DED">
              <w:rPr>
                <w:szCs w:val="26"/>
              </w:rPr>
              <w:t xml:space="preserve"> </w:t>
            </w:r>
            <w:proofErr w:type="spellStart"/>
            <w:r w:rsidRPr="00924DED">
              <w:rPr>
                <w:szCs w:val="26"/>
              </w:rPr>
              <w:t>chuẩn</w:t>
            </w:r>
            <w:proofErr w:type="spellEnd"/>
            <w:r w:rsidRPr="00924DED">
              <w:rPr>
                <w:szCs w:val="26"/>
              </w:rPr>
              <w:t xml:space="preserve"> </w:t>
            </w:r>
            <w:proofErr w:type="spellStart"/>
            <w:r w:rsidRPr="00924DED">
              <w:rPr>
                <w:szCs w:val="26"/>
              </w:rPr>
              <w:t>nhằm</w:t>
            </w:r>
            <w:proofErr w:type="spellEnd"/>
            <w:r w:rsidRPr="00924DED">
              <w:rPr>
                <w:szCs w:val="26"/>
              </w:rPr>
              <w:t xml:space="preserve"> </w:t>
            </w:r>
            <w:proofErr w:type="spellStart"/>
            <w:r w:rsidRPr="00924DED">
              <w:rPr>
                <w:szCs w:val="26"/>
              </w:rPr>
              <w:t>phù</w:t>
            </w:r>
            <w:proofErr w:type="spellEnd"/>
            <w:r w:rsidRPr="00924DED">
              <w:rPr>
                <w:szCs w:val="26"/>
              </w:rPr>
              <w:t xml:space="preserve"> </w:t>
            </w:r>
            <w:proofErr w:type="spellStart"/>
            <w:r w:rsidRPr="00924DED">
              <w:rPr>
                <w:szCs w:val="26"/>
              </w:rPr>
              <w:t>hợp</w:t>
            </w:r>
            <w:proofErr w:type="spellEnd"/>
            <w:r w:rsidRPr="00924DED">
              <w:rPr>
                <w:szCs w:val="26"/>
              </w:rPr>
              <w:t xml:space="preserve"> </w:t>
            </w:r>
            <w:proofErr w:type="spellStart"/>
            <w:r w:rsidRPr="00924DED">
              <w:rPr>
                <w:szCs w:val="26"/>
              </w:rPr>
              <w:t>với</w:t>
            </w:r>
            <w:proofErr w:type="spellEnd"/>
            <w:r w:rsidRPr="00924DED">
              <w:rPr>
                <w:szCs w:val="26"/>
              </w:rPr>
              <w:t xml:space="preserve"> </w:t>
            </w:r>
            <w:proofErr w:type="spellStart"/>
            <w:r w:rsidRPr="00924DED">
              <w:rPr>
                <w:szCs w:val="26"/>
              </w:rPr>
              <w:t>tính</w:t>
            </w:r>
            <w:proofErr w:type="spellEnd"/>
            <w:r w:rsidRPr="00924DED">
              <w:rPr>
                <w:szCs w:val="26"/>
              </w:rPr>
              <w:t xml:space="preserve"> </w:t>
            </w:r>
            <w:proofErr w:type="spellStart"/>
            <w:r w:rsidRPr="00924DED">
              <w:rPr>
                <w:szCs w:val="26"/>
              </w:rPr>
              <w:t>chất</w:t>
            </w:r>
            <w:proofErr w:type="spellEnd"/>
            <w:r w:rsidRPr="00924DED">
              <w:rPr>
                <w:szCs w:val="26"/>
              </w:rPr>
              <w:t xml:space="preserve"> </w:t>
            </w:r>
            <w:proofErr w:type="spellStart"/>
            <w:r w:rsidRPr="00924DED">
              <w:rPr>
                <w:szCs w:val="26"/>
              </w:rPr>
              <w:t>hoạt</w:t>
            </w:r>
            <w:proofErr w:type="spellEnd"/>
            <w:r w:rsidRPr="00924DED">
              <w:rPr>
                <w:szCs w:val="26"/>
              </w:rPr>
              <w:t xml:space="preserve"> </w:t>
            </w:r>
            <w:proofErr w:type="spellStart"/>
            <w:r w:rsidRPr="00924DED">
              <w:rPr>
                <w:szCs w:val="26"/>
              </w:rPr>
              <w:t>động</w:t>
            </w:r>
            <w:proofErr w:type="spellEnd"/>
            <w:r w:rsidRPr="00924DED">
              <w:rPr>
                <w:szCs w:val="26"/>
              </w:rPr>
              <w:t xml:space="preserve"> (</w:t>
            </w:r>
            <w:proofErr w:type="spellStart"/>
            <w:r w:rsidRPr="00924DED">
              <w:rPr>
                <w:szCs w:val="26"/>
              </w:rPr>
              <w:t>quản</w:t>
            </w:r>
            <w:proofErr w:type="spellEnd"/>
            <w:r w:rsidRPr="00924DED">
              <w:rPr>
                <w:szCs w:val="26"/>
              </w:rPr>
              <w:t xml:space="preserve"> </w:t>
            </w:r>
            <w:proofErr w:type="spellStart"/>
            <w:r w:rsidRPr="00924DED">
              <w:rPr>
                <w:szCs w:val="26"/>
              </w:rPr>
              <w:t>lý</w:t>
            </w:r>
            <w:proofErr w:type="spellEnd"/>
            <w:r w:rsidRPr="00924DED">
              <w:rPr>
                <w:szCs w:val="26"/>
              </w:rPr>
              <w:t xml:space="preserve"> </w:t>
            </w:r>
            <w:proofErr w:type="spellStart"/>
            <w:r w:rsidRPr="00924DED">
              <w:rPr>
                <w:szCs w:val="26"/>
              </w:rPr>
              <w:t>nhà</w:t>
            </w:r>
            <w:proofErr w:type="spellEnd"/>
            <w:r w:rsidRPr="00924DED">
              <w:rPr>
                <w:szCs w:val="26"/>
              </w:rPr>
              <w:t xml:space="preserve"> </w:t>
            </w:r>
            <w:proofErr w:type="spellStart"/>
            <w:r w:rsidRPr="00924DED">
              <w:rPr>
                <w:szCs w:val="26"/>
              </w:rPr>
              <w:t>nước</w:t>
            </w:r>
            <w:proofErr w:type="spellEnd"/>
            <w:r w:rsidRPr="00924DED">
              <w:rPr>
                <w:szCs w:val="26"/>
              </w:rPr>
              <w:t xml:space="preserve"> </w:t>
            </w:r>
            <w:proofErr w:type="spellStart"/>
            <w:r w:rsidRPr="00924DED">
              <w:rPr>
                <w:szCs w:val="26"/>
              </w:rPr>
              <w:t>và</w:t>
            </w:r>
            <w:proofErr w:type="spellEnd"/>
            <w:r w:rsidRPr="00924DED">
              <w:rPr>
                <w:szCs w:val="26"/>
              </w:rPr>
              <w:t xml:space="preserve"> </w:t>
            </w:r>
            <w:proofErr w:type="spellStart"/>
            <w:r>
              <w:rPr>
                <w:szCs w:val="26"/>
              </w:rPr>
              <w:t>hô</w:t>
            </w:r>
            <w:proofErr w:type="spellEnd"/>
            <w:r>
              <w:rPr>
                <w:szCs w:val="26"/>
              </w:rPr>
              <w:t xml:space="preserve">̃ </w:t>
            </w:r>
            <w:proofErr w:type="spellStart"/>
            <w:r>
              <w:rPr>
                <w:szCs w:val="26"/>
              </w:rPr>
              <w:t>trơ</w:t>
            </w:r>
            <w:proofErr w:type="spellEnd"/>
            <w:r>
              <w:rPr>
                <w:szCs w:val="26"/>
              </w:rPr>
              <w:t xml:space="preserve">̣ </w:t>
            </w:r>
            <w:proofErr w:type="spellStart"/>
            <w:r>
              <w:rPr>
                <w:szCs w:val="26"/>
              </w:rPr>
              <w:t>phục</w:t>
            </w:r>
            <w:proofErr w:type="spellEnd"/>
            <w:r>
              <w:rPr>
                <w:szCs w:val="26"/>
              </w:rPr>
              <w:t xml:space="preserve"> vụ </w:t>
            </w:r>
            <w:proofErr w:type="spellStart"/>
            <w:r>
              <w:rPr>
                <w:szCs w:val="26"/>
              </w:rPr>
              <w:t>quản</w:t>
            </w:r>
            <w:proofErr w:type="spellEnd"/>
            <w:r>
              <w:rPr>
                <w:szCs w:val="26"/>
              </w:rPr>
              <w:t xml:space="preserve"> </w:t>
            </w:r>
            <w:proofErr w:type="spellStart"/>
            <w:r>
              <w:rPr>
                <w:szCs w:val="26"/>
              </w:rPr>
              <w:t>ly</w:t>
            </w:r>
            <w:proofErr w:type="spellEnd"/>
            <w:r>
              <w:rPr>
                <w:szCs w:val="26"/>
              </w:rPr>
              <w:t xml:space="preserve">́ </w:t>
            </w:r>
            <w:proofErr w:type="spellStart"/>
            <w:r>
              <w:rPr>
                <w:szCs w:val="26"/>
              </w:rPr>
              <w:t>nha</w:t>
            </w:r>
            <w:proofErr w:type="spellEnd"/>
            <w:r>
              <w:rPr>
                <w:szCs w:val="26"/>
              </w:rPr>
              <w:t xml:space="preserve">̀ </w:t>
            </w:r>
            <w:proofErr w:type="spellStart"/>
            <w:r>
              <w:rPr>
                <w:szCs w:val="26"/>
              </w:rPr>
              <w:t>nước</w:t>
            </w:r>
            <w:proofErr w:type="spellEnd"/>
            <w:r w:rsidRPr="00924DED">
              <w:rPr>
                <w:szCs w:val="26"/>
              </w:rPr>
              <w:t xml:space="preserve">), </w:t>
            </w:r>
            <w:proofErr w:type="spellStart"/>
            <w:r w:rsidRPr="00924DED">
              <w:rPr>
                <w:szCs w:val="26"/>
              </w:rPr>
              <w:t>đồng</w:t>
            </w:r>
            <w:proofErr w:type="spellEnd"/>
            <w:r w:rsidRPr="00924DED">
              <w:rPr>
                <w:szCs w:val="26"/>
              </w:rPr>
              <w:t xml:space="preserve"> </w:t>
            </w:r>
            <w:proofErr w:type="spellStart"/>
            <w:r w:rsidRPr="00924DED">
              <w:rPr>
                <w:szCs w:val="26"/>
              </w:rPr>
              <w:t>thời</w:t>
            </w:r>
            <w:proofErr w:type="spellEnd"/>
            <w:r w:rsidRPr="00924DED">
              <w:rPr>
                <w:szCs w:val="26"/>
              </w:rPr>
              <w:t xml:space="preserve"> </w:t>
            </w:r>
            <w:proofErr w:type="spellStart"/>
            <w:r w:rsidRPr="00924DED">
              <w:rPr>
                <w:szCs w:val="26"/>
              </w:rPr>
              <w:t>vẫn</w:t>
            </w:r>
            <w:proofErr w:type="spellEnd"/>
            <w:r w:rsidRPr="00924DED">
              <w:rPr>
                <w:szCs w:val="26"/>
              </w:rPr>
              <w:t xml:space="preserve"> </w:t>
            </w:r>
            <w:proofErr w:type="spellStart"/>
            <w:r w:rsidRPr="00924DED">
              <w:rPr>
                <w:szCs w:val="26"/>
              </w:rPr>
              <w:t>bảo</w:t>
            </w:r>
            <w:proofErr w:type="spellEnd"/>
            <w:r w:rsidRPr="00924DED">
              <w:rPr>
                <w:szCs w:val="26"/>
              </w:rPr>
              <w:t xml:space="preserve"> </w:t>
            </w:r>
            <w:proofErr w:type="spellStart"/>
            <w:r w:rsidRPr="00924DED">
              <w:rPr>
                <w:szCs w:val="26"/>
              </w:rPr>
              <w:t>đảm</w:t>
            </w:r>
            <w:proofErr w:type="spellEnd"/>
            <w:r w:rsidRPr="00924DED">
              <w:rPr>
                <w:szCs w:val="26"/>
              </w:rPr>
              <w:t xml:space="preserve"> </w:t>
            </w:r>
            <w:proofErr w:type="spellStart"/>
            <w:r w:rsidRPr="00924DED">
              <w:rPr>
                <w:szCs w:val="26"/>
              </w:rPr>
              <w:t>tính</w:t>
            </w:r>
            <w:proofErr w:type="spellEnd"/>
            <w:r w:rsidRPr="00924DED">
              <w:rPr>
                <w:szCs w:val="26"/>
              </w:rPr>
              <w:t xml:space="preserve"> </w:t>
            </w:r>
            <w:proofErr w:type="spellStart"/>
            <w:r w:rsidRPr="00924DED">
              <w:rPr>
                <w:szCs w:val="26"/>
              </w:rPr>
              <w:t>thống</w:t>
            </w:r>
            <w:proofErr w:type="spellEnd"/>
            <w:r w:rsidRPr="00924DED">
              <w:rPr>
                <w:szCs w:val="26"/>
              </w:rPr>
              <w:t xml:space="preserve"> </w:t>
            </w:r>
            <w:proofErr w:type="spellStart"/>
            <w:r w:rsidRPr="00924DED">
              <w:rPr>
                <w:szCs w:val="26"/>
              </w:rPr>
              <w:t>nhất</w:t>
            </w:r>
            <w:proofErr w:type="spellEnd"/>
            <w:r w:rsidRPr="00924DED">
              <w:rPr>
                <w:szCs w:val="26"/>
              </w:rPr>
              <w:t xml:space="preserve"> </w:t>
            </w:r>
            <w:proofErr w:type="spellStart"/>
            <w:r w:rsidRPr="00924DED">
              <w:rPr>
                <w:szCs w:val="26"/>
              </w:rPr>
              <w:t>trong</w:t>
            </w:r>
            <w:proofErr w:type="spellEnd"/>
            <w:r w:rsidRPr="00924DED">
              <w:rPr>
                <w:szCs w:val="26"/>
              </w:rPr>
              <w:t xml:space="preserve"> </w:t>
            </w:r>
            <w:proofErr w:type="spellStart"/>
            <w:r w:rsidRPr="00924DED">
              <w:rPr>
                <w:szCs w:val="26"/>
              </w:rPr>
              <w:t>hệ</w:t>
            </w:r>
            <w:proofErr w:type="spellEnd"/>
            <w:r w:rsidRPr="00924DED">
              <w:rPr>
                <w:szCs w:val="26"/>
              </w:rPr>
              <w:t xml:space="preserve"> </w:t>
            </w:r>
            <w:proofErr w:type="spellStart"/>
            <w:r w:rsidRPr="00924DED">
              <w:rPr>
                <w:szCs w:val="26"/>
              </w:rPr>
              <w:t>thống</w:t>
            </w:r>
            <w:proofErr w:type="spellEnd"/>
            <w:r w:rsidRPr="00924DED">
              <w:rPr>
                <w:szCs w:val="26"/>
              </w:rPr>
              <w:t xml:space="preserve"> </w:t>
            </w:r>
            <w:proofErr w:type="spellStart"/>
            <w:r w:rsidRPr="00924DED">
              <w:rPr>
                <w:szCs w:val="26"/>
              </w:rPr>
              <w:t>tiêu</w:t>
            </w:r>
            <w:proofErr w:type="spellEnd"/>
            <w:r w:rsidRPr="00924DED">
              <w:rPr>
                <w:szCs w:val="26"/>
              </w:rPr>
              <w:t xml:space="preserve"> </w:t>
            </w:r>
            <w:proofErr w:type="spellStart"/>
            <w:r w:rsidRPr="00924DED">
              <w:rPr>
                <w:szCs w:val="26"/>
              </w:rPr>
              <w:t>chuẩn</w:t>
            </w:r>
            <w:proofErr w:type="spellEnd"/>
            <w:r w:rsidRPr="00924DED">
              <w:rPr>
                <w:szCs w:val="26"/>
              </w:rPr>
              <w:t xml:space="preserve"> </w:t>
            </w:r>
            <w:proofErr w:type="spellStart"/>
            <w:r w:rsidRPr="00924DED">
              <w:rPr>
                <w:szCs w:val="26"/>
              </w:rPr>
              <w:t>chuyên</w:t>
            </w:r>
            <w:proofErr w:type="spellEnd"/>
            <w:r w:rsidRPr="00924DED">
              <w:rPr>
                <w:szCs w:val="26"/>
              </w:rPr>
              <w:t xml:space="preserve"> </w:t>
            </w:r>
            <w:proofErr w:type="spellStart"/>
            <w:r w:rsidRPr="00924DED">
              <w:rPr>
                <w:szCs w:val="26"/>
              </w:rPr>
              <w:t>môn</w:t>
            </w:r>
            <w:proofErr w:type="spellEnd"/>
            <w:r w:rsidRPr="00924DED">
              <w:rPr>
                <w:szCs w:val="26"/>
              </w:rPr>
              <w:t xml:space="preserve">, </w:t>
            </w:r>
            <w:proofErr w:type="spellStart"/>
            <w:r w:rsidRPr="00924DED">
              <w:rPr>
                <w:szCs w:val="26"/>
              </w:rPr>
              <w:t>nghiệp</w:t>
            </w:r>
            <w:proofErr w:type="spellEnd"/>
            <w:r w:rsidRPr="00924DED">
              <w:rPr>
                <w:szCs w:val="26"/>
              </w:rPr>
              <w:t xml:space="preserve"> </w:t>
            </w:r>
            <w:proofErr w:type="spellStart"/>
            <w:r w:rsidRPr="00924DED">
              <w:rPr>
                <w:szCs w:val="26"/>
              </w:rPr>
              <w:t>vụ</w:t>
            </w:r>
            <w:proofErr w:type="spellEnd"/>
            <w:r>
              <w:rPr>
                <w:szCs w:val="26"/>
              </w:rPr>
              <w:t>.</w:t>
            </w:r>
          </w:p>
        </w:tc>
      </w:tr>
      <w:tr w:rsidR="004C2B3E" w:rsidRPr="004543E3" w14:paraId="1B2AF846" w14:textId="77777777" w:rsidTr="004C2B3E">
        <w:tc>
          <w:tcPr>
            <w:tcW w:w="1098" w:type="dxa"/>
          </w:tcPr>
          <w:p w14:paraId="7E50A877" w14:textId="30C39373" w:rsidR="004C2B3E" w:rsidRPr="0038359E" w:rsidRDefault="002A7D4F" w:rsidP="002A7D4F">
            <w:pPr>
              <w:spacing w:before="120" w:after="120" w:line="240" w:lineRule="auto"/>
              <w:jc w:val="center"/>
              <w:rPr>
                <w:b/>
                <w:bCs/>
              </w:rPr>
            </w:pPr>
            <w:r>
              <w:rPr>
                <w:b/>
                <w:bCs/>
              </w:rPr>
              <w:lastRenderedPageBreak/>
              <w:t>6</w:t>
            </w:r>
          </w:p>
        </w:tc>
        <w:tc>
          <w:tcPr>
            <w:tcW w:w="6127" w:type="dxa"/>
          </w:tcPr>
          <w:p w14:paraId="7A393D70" w14:textId="77777777" w:rsidR="004C2B3E" w:rsidRPr="004543E3" w:rsidRDefault="004C2B3E" w:rsidP="002A7D4F">
            <w:pPr>
              <w:spacing w:before="120" w:after="120" w:line="240" w:lineRule="auto"/>
              <w:jc w:val="both"/>
              <w:rPr>
                <w:b/>
                <w:bCs/>
              </w:rPr>
            </w:pPr>
            <w:proofErr w:type="spellStart"/>
            <w:r w:rsidRPr="004543E3">
              <w:rPr>
                <w:b/>
                <w:bCs/>
              </w:rPr>
              <w:t>Quỹ</w:t>
            </w:r>
            <w:proofErr w:type="spellEnd"/>
            <w:r w:rsidRPr="004543E3">
              <w:rPr>
                <w:b/>
                <w:bCs/>
              </w:rPr>
              <w:t xml:space="preserve"> </w:t>
            </w:r>
            <w:proofErr w:type="spellStart"/>
            <w:r w:rsidRPr="004543E3">
              <w:rPr>
                <w:b/>
                <w:bCs/>
              </w:rPr>
              <w:t>Phát</w:t>
            </w:r>
            <w:proofErr w:type="spellEnd"/>
            <w:r w:rsidRPr="004543E3">
              <w:rPr>
                <w:b/>
                <w:bCs/>
              </w:rPr>
              <w:t xml:space="preserve"> </w:t>
            </w:r>
            <w:proofErr w:type="spellStart"/>
            <w:r w:rsidRPr="004543E3">
              <w:rPr>
                <w:b/>
                <w:bCs/>
              </w:rPr>
              <w:t>triển</w:t>
            </w:r>
            <w:proofErr w:type="spellEnd"/>
            <w:r w:rsidRPr="004543E3">
              <w:rPr>
                <w:b/>
                <w:bCs/>
              </w:rPr>
              <w:t xml:space="preserve"> khoa </w:t>
            </w:r>
            <w:proofErr w:type="spellStart"/>
            <w:r w:rsidRPr="004543E3">
              <w:rPr>
                <w:b/>
                <w:bCs/>
              </w:rPr>
              <w:t>học</w:t>
            </w:r>
            <w:proofErr w:type="spellEnd"/>
            <w:r w:rsidRPr="004543E3">
              <w:rPr>
                <w:b/>
                <w:bCs/>
              </w:rPr>
              <w:t xml:space="preserve"> </w:t>
            </w:r>
            <w:proofErr w:type="spellStart"/>
            <w:r w:rsidRPr="004543E3">
              <w:rPr>
                <w:b/>
                <w:bCs/>
              </w:rPr>
              <w:t>và</w:t>
            </w:r>
            <w:proofErr w:type="spellEnd"/>
            <w:r w:rsidRPr="004543E3">
              <w:rPr>
                <w:b/>
                <w:bCs/>
              </w:rPr>
              <w:t xml:space="preserve"> </w:t>
            </w:r>
            <w:proofErr w:type="spellStart"/>
            <w:r w:rsidRPr="004543E3">
              <w:rPr>
                <w:b/>
                <w:bCs/>
              </w:rPr>
              <w:t>công</w:t>
            </w:r>
            <w:proofErr w:type="spellEnd"/>
            <w:r w:rsidRPr="004543E3">
              <w:rPr>
                <w:b/>
                <w:bCs/>
              </w:rPr>
              <w:t xml:space="preserve"> </w:t>
            </w:r>
            <w:proofErr w:type="spellStart"/>
            <w:r w:rsidRPr="004543E3">
              <w:rPr>
                <w:b/>
                <w:bCs/>
              </w:rPr>
              <w:t>nghệ</w:t>
            </w:r>
            <w:proofErr w:type="spellEnd"/>
            <w:r w:rsidRPr="004543E3">
              <w:rPr>
                <w:b/>
                <w:bCs/>
              </w:rPr>
              <w:t xml:space="preserve"> Quốc </w:t>
            </w:r>
            <w:proofErr w:type="spellStart"/>
            <w:r w:rsidRPr="004543E3">
              <w:rPr>
                <w:b/>
                <w:bCs/>
              </w:rPr>
              <w:t>gia</w:t>
            </w:r>
            <w:proofErr w:type="spellEnd"/>
            <w:r w:rsidRPr="004543E3">
              <w:rPr>
                <w:b/>
                <w:bCs/>
              </w:rPr>
              <w:t>:</w:t>
            </w:r>
          </w:p>
          <w:p w14:paraId="6C55B032" w14:textId="6174768C" w:rsidR="004C2B3E" w:rsidRPr="004543E3" w:rsidRDefault="004C2B3E" w:rsidP="002A7D4F">
            <w:pPr>
              <w:spacing w:before="120" w:after="120" w:line="240" w:lineRule="auto"/>
              <w:jc w:val="both"/>
              <w:rPr>
                <w:rFonts w:cs="Times New Roman"/>
              </w:rPr>
            </w:pPr>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từng</w:t>
            </w:r>
            <w:proofErr w:type="spellEnd"/>
            <w:r w:rsidRPr="004543E3">
              <w:rPr>
                <w:rFonts w:cs="Times New Roman"/>
              </w:rPr>
              <w:t xml:space="preserve"> </w:t>
            </w:r>
            <w:proofErr w:type="spellStart"/>
            <w:r w:rsidRPr="004543E3">
              <w:rPr>
                <w:rFonts w:cs="Times New Roman"/>
              </w:rPr>
              <w:t>hạng</w:t>
            </w:r>
            <w:proofErr w:type="spellEnd"/>
            <w:r w:rsidRPr="004543E3">
              <w:rPr>
                <w:rFonts w:cs="Times New Roman"/>
              </w:rPr>
              <w:t xml:space="preserve"> (</w:t>
            </w:r>
            <w:proofErr w:type="spellStart"/>
            <w:r w:rsidRPr="004543E3">
              <w:rPr>
                <w:rFonts w:cs="Times New Roman"/>
              </w:rPr>
              <w:t>các</w:t>
            </w:r>
            <w:proofErr w:type="spellEnd"/>
            <w:r w:rsidRPr="004543E3">
              <w:rPr>
                <w:rFonts w:cs="Times New Roman"/>
              </w:rPr>
              <w:t xml:space="preserve"> </w:t>
            </w:r>
            <w:proofErr w:type="spellStart"/>
            <w:r w:rsidRPr="004543E3">
              <w:rPr>
                <w:rFonts w:cs="Times New Roman"/>
              </w:rPr>
              <w:t>Điều</w:t>
            </w:r>
            <w:proofErr w:type="spellEnd"/>
            <w:r w:rsidRPr="004543E3">
              <w:rPr>
                <w:rFonts w:cs="Times New Roman"/>
              </w:rPr>
              <w:t xml:space="preserve"> 5, 6, 7…): </w:t>
            </w:r>
          </w:p>
          <w:p w14:paraId="2E555C9C" w14:textId="0998AF37" w:rsidR="004C2B3E" w:rsidRPr="004543E3" w:rsidRDefault="004C2B3E" w:rsidP="002A7D4F">
            <w:pPr>
              <w:spacing w:before="120" w:after="120" w:line="240" w:lineRule="auto"/>
              <w:jc w:val="both"/>
              <w:rPr>
                <w:rFonts w:cs="Times New Roman"/>
              </w:rPr>
            </w:pPr>
            <w:r w:rsidRPr="004543E3">
              <w:rPr>
                <w:rFonts w:cs="Times New Roman"/>
              </w:rPr>
              <w:t xml:space="preserve">+ </w:t>
            </w: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yêu</w:t>
            </w:r>
            <w:proofErr w:type="spellEnd"/>
            <w:r w:rsidRPr="004543E3">
              <w:rPr>
                <w:rFonts w:cs="Times New Roman"/>
              </w:rPr>
              <w:t xml:space="preserve"> </w:t>
            </w:r>
            <w:proofErr w:type="spellStart"/>
            <w:r w:rsidRPr="004543E3">
              <w:rPr>
                <w:rFonts w:cs="Times New Roman"/>
              </w:rPr>
              <w:t>cầu</w:t>
            </w:r>
            <w:proofErr w:type="spellEnd"/>
            <w:r w:rsidRPr="004543E3">
              <w:rPr>
                <w:rFonts w:cs="Times New Roman"/>
              </w:rPr>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số</w:t>
            </w:r>
            <w:proofErr w:type="spellEnd"/>
            <w:r w:rsidRPr="004543E3">
              <w:rPr>
                <w:rFonts w:cs="Times New Roman"/>
              </w:rPr>
              <w:t xml:space="preserve">, </w:t>
            </w:r>
            <w:proofErr w:type="spellStart"/>
            <w:r w:rsidRPr="004543E3">
              <w:rPr>
                <w:rFonts w:cs="Times New Roman"/>
              </w:rPr>
              <w:t>phân</w:t>
            </w:r>
            <w:proofErr w:type="spellEnd"/>
            <w:r w:rsidRPr="004543E3">
              <w:rPr>
                <w:rFonts w:cs="Times New Roman"/>
              </w:rPr>
              <w:t xml:space="preserve"> </w:t>
            </w:r>
            <w:proofErr w:type="spellStart"/>
            <w:r w:rsidRPr="004543E3">
              <w:rPr>
                <w:rFonts w:cs="Times New Roman"/>
              </w:rPr>
              <w:t>tích</w:t>
            </w:r>
            <w:proofErr w:type="spellEnd"/>
            <w:r w:rsidRPr="004543E3">
              <w:rPr>
                <w:rFonts w:cs="Times New Roman"/>
              </w:rPr>
              <w:t xml:space="preserve"> </w:t>
            </w:r>
            <w:proofErr w:type="spellStart"/>
            <w:r w:rsidRPr="004543E3">
              <w:rPr>
                <w:rFonts w:cs="Times New Roman"/>
              </w:rPr>
              <w:t>dữ</w:t>
            </w:r>
            <w:proofErr w:type="spellEnd"/>
            <w:r w:rsidRPr="004543E3">
              <w:rPr>
                <w:rFonts w:cs="Times New Roman"/>
              </w:rPr>
              <w:t xml:space="preserve"> </w:t>
            </w:r>
            <w:proofErr w:type="spellStart"/>
            <w:r w:rsidRPr="004543E3">
              <w:rPr>
                <w:rFonts w:cs="Times New Roman"/>
              </w:rPr>
              <w:t>liệu</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năng</w:t>
            </w:r>
            <w:proofErr w:type="spellEnd"/>
            <w:r w:rsidRPr="004543E3">
              <w:rPr>
                <w:rFonts w:cs="Times New Roman"/>
              </w:rPr>
              <w:t xml:space="preserve"> </w:t>
            </w:r>
            <w:proofErr w:type="spellStart"/>
            <w:r w:rsidRPr="004543E3">
              <w:rPr>
                <w:rFonts w:cs="Times New Roman"/>
              </w:rPr>
              <w:t>lực</w:t>
            </w:r>
            <w:proofErr w:type="spellEnd"/>
            <w:r w:rsidRPr="004543E3">
              <w:rPr>
                <w:rFonts w:cs="Times New Roman"/>
              </w:rPr>
              <w:t xml:space="preserve"> </w:t>
            </w:r>
            <w:proofErr w:type="spellStart"/>
            <w:r w:rsidRPr="004543E3">
              <w:rPr>
                <w:rFonts w:cs="Times New Roman"/>
              </w:rPr>
              <w:t>hội</w:t>
            </w:r>
            <w:proofErr w:type="spellEnd"/>
            <w:r w:rsidRPr="004543E3">
              <w:rPr>
                <w:rFonts w:cs="Times New Roman"/>
              </w:rPr>
              <w:t xml:space="preserve"> </w:t>
            </w:r>
            <w:proofErr w:type="spellStart"/>
            <w:r w:rsidRPr="004543E3">
              <w:rPr>
                <w:rFonts w:cs="Times New Roman"/>
              </w:rPr>
              <w:t>nhập</w:t>
            </w:r>
            <w:proofErr w:type="spellEnd"/>
            <w:r w:rsidRPr="004543E3">
              <w:rPr>
                <w:rFonts w:cs="Times New Roman"/>
              </w:rPr>
              <w:t xml:space="preserve"> </w:t>
            </w:r>
            <w:proofErr w:type="spellStart"/>
            <w:r w:rsidRPr="004543E3">
              <w:rPr>
                <w:rFonts w:cs="Times New Roman"/>
              </w:rPr>
              <w:t>quốc</w:t>
            </w:r>
            <w:proofErr w:type="spellEnd"/>
            <w:r w:rsidRPr="004543E3">
              <w:rPr>
                <w:rFonts w:cs="Times New Roman"/>
              </w:rPr>
              <w:t xml:space="preserve"> </w:t>
            </w:r>
            <w:proofErr w:type="spellStart"/>
            <w:r w:rsidRPr="004543E3">
              <w:rPr>
                <w:rFonts w:cs="Times New Roman"/>
              </w:rPr>
              <w:t>tế</w:t>
            </w:r>
            <w:proofErr w:type="spellEnd"/>
            <w:r w:rsidRPr="004543E3">
              <w:rPr>
                <w:rFonts w:cs="Times New Roman"/>
              </w:rPr>
              <w:t xml:space="preserve"> </w:t>
            </w:r>
            <w:proofErr w:type="spellStart"/>
            <w:r w:rsidRPr="004543E3">
              <w:rPr>
                <w:rFonts w:cs="Times New Roman"/>
              </w:rPr>
              <w:t>trong</w:t>
            </w:r>
            <w:proofErr w:type="spellEnd"/>
            <w:r w:rsidRPr="004543E3">
              <w:rPr>
                <w:rFonts w:cs="Times New Roman"/>
              </w:rPr>
              <w:t xml:space="preserve"> </w:t>
            </w:r>
            <w:proofErr w:type="spellStart"/>
            <w:r w:rsidRPr="004543E3">
              <w:rPr>
                <w:rFonts w:cs="Times New Roman"/>
              </w:rPr>
              <w:t>lĩnh</w:t>
            </w:r>
            <w:proofErr w:type="spellEnd"/>
            <w:r w:rsidRPr="004543E3">
              <w:rPr>
                <w:rFonts w:cs="Times New Roman"/>
              </w:rPr>
              <w:t xml:space="preserve"> </w:t>
            </w:r>
            <w:proofErr w:type="spellStart"/>
            <w:r w:rsidRPr="004543E3">
              <w:rPr>
                <w:rFonts w:cs="Times New Roman"/>
              </w:rPr>
              <w:t>vực</w:t>
            </w:r>
            <w:proofErr w:type="spellEnd"/>
            <w:r w:rsidRPr="004543E3">
              <w:rPr>
                <w:rFonts w:cs="Times New Roman"/>
              </w:rPr>
              <w:t xml:space="preserve"> </w:t>
            </w:r>
            <w:proofErr w:type="spellStart"/>
            <w:r w:rsidRPr="004543E3">
              <w:rPr>
                <w:rFonts w:cs="Times New Roman"/>
              </w:rPr>
              <w:t>quản</w:t>
            </w:r>
            <w:proofErr w:type="spellEnd"/>
            <w:r w:rsidRPr="004543E3">
              <w:rPr>
                <w:rFonts w:cs="Times New Roman"/>
              </w:rPr>
              <w:t xml:space="preserve"> </w:t>
            </w:r>
            <w:proofErr w:type="spellStart"/>
            <w:r w:rsidRPr="004543E3">
              <w:rPr>
                <w:rFonts w:cs="Times New Roman"/>
              </w:rPr>
              <w:t>lý</w:t>
            </w:r>
            <w:proofErr w:type="spellEnd"/>
            <w:r w:rsidRPr="004543E3">
              <w:rPr>
                <w:rFonts w:cs="Times New Roman"/>
              </w:rPr>
              <w:t xml:space="preserve"> </w:t>
            </w:r>
            <w:proofErr w:type="spellStart"/>
            <w:r w:rsidRPr="004543E3">
              <w:rPr>
                <w:rFonts w:cs="Times New Roman"/>
              </w:rPr>
              <w:t>chất</w:t>
            </w:r>
            <w:proofErr w:type="spellEnd"/>
            <w:r w:rsidRPr="004543E3">
              <w:rPr>
                <w:rFonts w:cs="Times New Roman"/>
              </w:rPr>
              <w:t xml:space="preserve"> </w:t>
            </w:r>
            <w:proofErr w:type="spellStart"/>
            <w:r w:rsidRPr="004543E3">
              <w:rPr>
                <w:rFonts w:cs="Times New Roman"/>
              </w:rPr>
              <w:t>lượng</w:t>
            </w:r>
            <w:proofErr w:type="spellEnd"/>
            <w:r w:rsidRPr="004543E3">
              <w:rPr>
                <w:rFonts w:cs="Times New Roman"/>
              </w:rPr>
              <w:t xml:space="preserve">. </w:t>
            </w:r>
          </w:p>
          <w:p w14:paraId="1BCE9C9F" w14:textId="5E49E88F" w:rsidR="004C2B3E" w:rsidRDefault="004C2B3E" w:rsidP="002A7D4F">
            <w:pPr>
              <w:spacing w:before="120" w:after="120" w:line="240" w:lineRule="auto"/>
              <w:jc w:val="both"/>
              <w:rPr>
                <w:rFonts w:cs="Times New Roman"/>
              </w:rPr>
            </w:pPr>
            <w:r w:rsidRPr="004543E3">
              <w:rPr>
                <w:rFonts w:cs="Times New Roman"/>
              </w:rPr>
              <w:t xml:space="preserve">+ Cân </w:t>
            </w:r>
            <w:proofErr w:type="spellStart"/>
            <w:r w:rsidRPr="004543E3">
              <w:rPr>
                <w:rFonts w:cs="Times New Roman"/>
              </w:rPr>
              <w:t>nhắc</w:t>
            </w:r>
            <w:proofErr w:type="spellEnd"/>
            <w:r w:rsidRPr="004543E3">
              <w:rPr>
                <w:rFonts w:cs="Times New Roman"/>
              </w:rPr>
              <w:t xml:space="preserve"> </w:t>
            </w:r>
            <w:proofErr w:type="spellStart"/>
            <w:r w:rsidRPr="004543E3">
              <w:rPr>
                <w:rFonts w:cs="Times New Roman"/>
              </w:rPr>
              <w:t>gắn</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yêu</w:t>
            </w:r>
            <w:proofErr w:type="spellEnd"/>
            <w:r w:rsidRPr="004543E3">
              <w:rPr>
                <w:rFonts w:cs="Times New Roman"/>
              </w:rPr>
              <w:t xml:space="preserve"> </w:t>
            </w:r>
            <w:proofErr w:type="spellStart"/>
            <w:r w:rsidRPr="004543E3">
              <w:rPr>
                <w:rFonts w:cs="Times New Roman"/>
              </w:rPr>
              <w:t>cầu</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vị</w:t>
            </w:r>
            <w:proofErr w:type="spellEnd"/>
            <w:r w:rsidRPr="004543E3">
              <w:rPr>
                <w:rFonts w:cs="Times New Roman"/>
              </w:rPr>
              <w:t xml:space="preserve"> </w:t>
            </w:r>
            <w:proofErr w:type="spellStart"/>
            <w:r w:rsidRPr="004543E3">
              <w:rPr>
                <w:rFonts w:cs="Times New Roman"/>
              </w:rPr>
              <w:t>trí</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roofErr w:type="spellStart"/>
            <w:r w:rsidRPr="004543E3">
              <w:rPr>
                <w:rFonts w:cs="Times New Roman"/>
              </w:rPr>
              <w:t>làm</w:t>
            </w:r>
            <w:proofErr w:type="spellEnd"/>
            <w:r w:rsidRPr="004543E3">
              <w:rPr>
                <w:rFonts w:cs="Times New Roman"/>
              </w:rPr>
              <w:t xml:space="preserve"> </w:t>
            </w:r>
            <w:proofErr w:type="spellStart"/>
            <w:r w:rsidRPr="004543E3">
              <w:rPr>
                <w:rFonts w:cs="Times New Roman"/>
              </w:rPr>
              <w:t>và</w:t>
            </w:r>
            <w:proofErr w:type="spellEnd"/>
            <w:r w:rsidRPr="004543E3">
              <w:rPr>
                <w:rFonts w:cs="Times New Roman"/>
              </w:rPr>
              <w:t xml:space="preserve"> </w:t>
            </w:r>
            <w:proofErr w:type="spellStart"/>
            <w:r w:rsidRPr="004543E3">
              <w:rPr>
                <w:rFonts w:cs="Times New Roman"/>
              </w:rPr>
              <w:t>kết</w:t>
            </w:r>
            <w:proofErr w:type="spellEnd"/>
            <w:r w:rsidRPr="004543E3">
              <w:rPr>
                <w:rFonts w:cs="Times New Roman"/>
              </w:rPr>
              <w:t xml:space="preserve"> </w:t>
            </w:r>
            <w:proofErr w:type="spellStart"/>
            <w:r w:rsidRPr="004543E3">
              <w:rPr>
                <w:rFonts w:cs="Times New Roman"/>
              </w:rPr>
              <w:t>quả</w:t>
            </w:r>
            <w:proofErr w:type="spellEnd"/>
            <w:r w:rsidRPr="004543E3">
              <w:rPr>
                <w:rFonts w:cs="Times New Roman"/>
              </w:rPr>
              <w:t xml:space="preserve"> </w:t>
            </w:r>
            <w:proofErr w:type="spellStart"/>
            <w:r w:rsidRPr="004543E3">
              <w:rPr>
                <w:rFonts w:cs="Times New Roman"/>
              </w:rPr>
              <w:t>đầu</w:t>
            </w:r>
            <w:proofErr w:type="spellEnd"/>
            <w:r w:rsidRPr="004543E3">
              <w:rPr>
                <w:rFonts w:cs="Times New Roman"/>
              </w:rPr>
              <w:t xml:space="preserve"> </w:t>
            </w:r>
            <w:proofErr w:type="spellStart"/>
            <w:r w:rsidRPr="004543E3">
              <w:rPr>
                <w:rFonts w:cs="Times New Roman"/>
              </w:rPr>
              <w:t>ra</w:t>
            </w:r>
            <w:proofErr w:type="spellEnd"/>
            <w:r w:rsidRPr="004543E3">
              <w:rPr>
                <w:rFonts w:cs="Times New Roman"/>
              </w:rPr>
              <w:t xml:space="preserve"> </w:t>
            </w:r>
            <w:proofErr w:type="spellStart"/>
            <w:r w:rsidRPr="004543E3">
              <w:rPr>
                <w:rFonts w:cs="Times New Roman"/>
              </w:rPr>
              <w:t>của</w:t>
            </w:r>
            <w:proofErr w:type="spellEnd"/>
            <w:r w:rsidRPr="004543E3">
              <w:rPr>
                <w:rFonts w:cs="Times New Roman"/>
              </w:rPr>
              <w:t xml:space="preserve"> </w:t>
            </w:r>
            <w:proofErr w:type="spellStart"/>
            <w:r w:rsidRPr="004543E3">
              <w:rPr>
                <w:rFonts w:cs="Times New Roman"/>
              </w:rPr>
              <w:t>công</w:t>
            </w:r>
            <w:proofErr w:type="spellEnd"/>
            <w:r w:rsidRPr="004543E3">
              <w:rPr>
                <w:rFonts w:cs="Times New Roman"/>
              </w:rPr>
              <w:t xml:space="preserve"> </w:t>
            </w:r>
            <w:proofErr w:type="spellStart"/>
            <w:r w:rsidRPr="004543E3">
              <w:rPr>
                <w:rFonts w:cs="Times New Roman"/>
              </w:rPr>
              <w:t>việc</w:t>
            </w:r>
            <w:proofErr w:type="spellEnd"/>
            <w:r w:rsidRPr="004543E3">
              <w:rPr>
                <w:rFonts w:cs="Times New Roman"/>
              </w:rPr>
              <w:t xml:space="preserve">. </w:t>
            </w:r>
          </w:p>
          <w:p w14:paraId="38087CEF" w14:textId="77777777" w:rsidR="002A7D4F" w:rsidRDefault="002A7D4F" w:rsidP="002A7D4F">
            <w:pPr>
              <w:spacing w:before="120" w:after="120" w:line="240" w:lineRule="auto"/>
              <w:jc w:val="both"/>
              <w:rPr>
                <w:rFonts w:cs="Times New Roman"/>
              </w:rPr>
            </w:pPr>
          </w:p>
          <w:p w14:paraId="7BF7A168" w14:textId="77777777" w:rsidR="002A7D4F" w:rsidRDefault="002A7D4F" w:rsidP="002A7D4F">
            <w:pPr>
              <w:spacing w:before="120" w:after="120" w:line="240" w:lineRule="auto"/>
              <w:jc w:val="both"/>
              <w:rPr>
                <w:rFonts w:cs="Times New Roman"/>
              </w:rPr>
            </w:pPr>
          </w:p>
          <w:p w14:paraId="3191C7B2" w14:textId="77777777" w:rsidR="00E63805" w:rsidRPr="004543E3" w:rsidRDefault="00E63805" w:rsidP="002A7D4F">
            <w:pPr>
              <w:spacing w:before="120" w:after="120" w:line="240" w:lineRule="auto"/>
              <w:jc w:val="both"/>
              <w:rPr>
                <w:rFonts w:cs="Times New Roman"/>
              </w:rPr>
            </w:pPr>
          </w:p>
          <w:p w14:paraId="605B5255" w14:textId="6C0C0727" w:rsidR="004C2B3E" w:rsidRPr="004543E3" w:rsidRDefault="004C2B3E" w:rsidP="002A7D4F">
            <w:pPr>
              <w:spacing w:before="120" w:after="120" w:line="240" w:lineRule="auto"/>
              <w:jc w:val="both"/>
              <w:rPr>
                <w:rFonts w:cs="Times New Roman"/>
              </w:rPr>
            </w:pPr>
            <w:r w:rsidRPr="004543E3">
              <w:rPr>
                <w:rFonts w:cs="Times New Roman"/>
              </w:rPr>
              <w:lastRenderedPageBreak/>
              <w:t xml:space="preserve">- </w:t>
            </w:r>
            <w:proofErr w:type="spellStart"/>
            <w:r w:rsidRPr="004543E3">
              <w:rPr>
                <w:rFonts w:cs="Times New Roman"/>
              </w:rPr>
              <w:t>Về</w:t>
            </w:r>
            <w:proofErr w:type="spellEnd"/>
            <w:r w:rsidRPr="004543E3">
              <w:rPr>
                <w:rFonts w:cs="Times New Roman"/>
              </w:rPr>
              <w:t xml:space="preserve"> </w:t>
            </w:r>
            <w:proofErr w:type="spellStart"/>
            <w:r w:rsidRPr="004543E3">
              <w:rPr>
                <w:rFonts w:cs="Times New Roman"/>
              </w:rPr>
              <w:t>quy</w:t>
            </w:r>
            <w:proofErr w:type="spellEnd"/>
            <w:r w:rsidRPr="004543E3">
              <w:rPr>
                <w:rFonts w:cs="Times New Roman"/>
              </w:rPr>
              <w:t xml:space="preserve"> </w:t>
            </w:r>
            <w:proofErr w:type="spellStart"/>
            <w:r w:rsidRPr="004543E3">
              <w:rPr>
                <w:rFonts w:cs="Times New Roman"/>
              </w:rPr>
              <w:t>định</w:t>
            </w:r>
            <w:proofErr w:type="spellEnd"/>
            <w:r w:rsidRPr="004543E3">
              <w:rPr>
                <w:rFonts w:cs="Times New Roman"/>
              </w:rPr>
              <w:t xml:space="preserve"> </w:t>
            </w:r>
            <w:proofErr w:type="spellStart"/>
            <w:r w:rsidRPr="004543E3">
              <w:rPr>
                <w:rFonts w:cs="Times New Roman"/>
              </w:rPr>
              <w:t>chuyển</w:t>
            </w:r>
            <w:proofErr w:type="spellEnd"/>
            <w:r w:rsidRPr="004543E3">
              <w:rPr>
                <w:rFonts w:cs="Times New Roman"/>
              </w:rPr>
              <w:t xml:space="preserve"> </w:t>
            </w:r>
            <w:proofErr w:type="spellStart"/>
            <w:r w:rsidRPr="004543E3">
              <w:rPr>
                <w:rFonts w:cs="Times New Roman"/>
              </w:rPr>
              <w:t>tiếp</w:t>
            </w:r>
            <w:proofErr w:type="spellEnd"/>
            <w:r w:rsidRPr="004543E3">
              <w:rPr>
                <w:rFonts w:cs="Times New Roman"/>
              </w:rPr>
              <w:t xml:space="preserve"> </w:t>
            </w:r>
          </w:p>
          <w:p w14:paraId="1C7E23BA" w14:textId="0E1288D3" w:rsidR="004C2B3E" w:rsidRPr="004543E3" w:rsidRDefault="004C2B3E" w:rsidP="002A7D4F">
            <w:pPr>
              <w:spacing w:before="120" w:after="120" w:line="240" w:lineRule="auto"/>
              <w:jc w:val="both"/>
              <w:rPr>
                <w:rFonts w:cs="Times New Roman"/>
                <w:b/>
                <w:bCs/>
              </w:rPr>
            </w:pPr>
            <w:proofErr w:type="spellStart"/>
            <w:r w:rsidRPr="004543E3">
              <w:rPr>
                <w:rFonts w:cs="Times New Roman"/>
              </w:rPr>
              <w:t>Đề</w:t>
            </w:r>
            <w:proofErr w:type="spellEnd"/>
            <w:r w:rsidRPr="004543E3">
              <w:rPr>
                <w:rFonts w:cs="Times New Roman"/>
              </w:rPr>
              <w:t xml:space="preserve"> </w:t>
            </w:r>
            <w:proofErr w:type="spellStart"/>
            <w:r w:rsidRPr="004543E3">
              <w:rPr>
                <w:rFonts w:cs="Times New Roman"/>
              </w:rPr>
              <w:t>nghị</w:t>
            </w:r>
            <w:proofErr w:type="spellEnd"/>
            <w:r w:rsidRPr="004543E3">
              <w:rPr>
                <w:rFonts w:cs="Times New Roman"/>
              </w:rPr>
              <w:t xml:space="preserve"> </w:t>
            </w:r>
            <w:proofErr w:type="spellStart"/>
            <w:r w:rsidRPr="004543E3">
              <w:rPr>
                <w:rFonts w:cs="Times New Roman"/>
              </w:rPr>
              <w:t>bổ</w:t>
            </w:r>
            <w:proofErr w:type="spellEnd"/>
            <w:r w:rsidRPr="004543E3">
              <w:rPr>
                <w:rFonts w:cs="Times New Roman"/>
              </w:rPr>
              <w:t xml:space="preserve"> sung </w:t>
            </w:r>
            <w:proofErr w:type="spellStart"/>
            <w:r w:rsidRPr="004543E3">
              <w:rPr>
                <w:rFonts w:cs="Times New Roman"/>
              </w:rPr>
              <w:t>lộ</w:t>
            </w:r>
            <w:proofErr w:type="spellEnd"/>
            <w:r w:rsidRPr="004543E3">
              <w:rPr>
                <w:rFonts w:cs="Times New Roman"/>
              </w:rPr>
              <w:t xml:space="preserve"> </w:t>
            </w:r>
            <w:proofErr w:type="spellStart"/>
            <w:r w:rsidRPr="004543E3">
              <w:rPr>
                <w:rFonts w:cs="Times New Roman"/>
              </w:rPr>
              <w:t>trình</w:t>
            </w:r>
            <w:proofErr w:type="spellEnd"/>
            <w:r w:rsidRPr="004543E3">
              <w:rPr>
                <w:rFonts w:cs="Times New Roman"/>
              </w:rPr>
              <w:t xml:space="preserve"> </w:t>
            </w:r>
            <w:proofErr w:type="spellStart"/>
            <w:r w:rsidRPr="004543E3">
              <w:rPr>
                <w:rFonts w:cs="Times New Roman"/>
              </w:rPr>
              <w:t>áp</w:t>
            </w:r>
            <w:proofErr w:type="spellEnd"/>
            <w:r w:rsidRPr="004543E3">
              <w:rPr>
                <w:rFonts w:cs="Times New Roman"/>
              </w:rPr>
              <w:t xml:space="preserve"> </w:t>
            </w:r>
            <w:proofErr w:type="spellStart"/>
            <w:r w:rsidRPr="004543E3">
              <w:rPr>
                <w:rFonts w:cs="Times New Roman"/>
              </w:rPr>
              <w:t>dụng</w:t>
            </w:r>
            <w:proofErr w:type="spellEnd"/>
            <w:r w:rsidRPr="004543E3">
              <w:rPr>
                <w:rFonts w:cs="Times New Roman"/>
              </w:rPr>
              <w:t xml:space="preserve"> </w:t>
            </w:r>
            <w:proofErr w:type="spellStart"/>
            <w:r w:rsidRPr="004543E3">
              <w:rPr>
                <w:rFonts w:cs="Times New Roman"/>
              </w:rPr>
              <w:t>tiêu</w:t>
            </w:r>
            <w:proofErr w:type="spellEnd"/>
            <w:r w:rsidRPr="004543E3">
              <w:rPr>
                <w:rFonts w:cs="Times New Roman"/>
              </w:rPr>
              <w:t xml:space="preserve"> </w:t>
            </w:r>
            <w:proofErr w:type="spellStart"/>
            <w:r w:rsidRPr="004543E3">
              <w:rPr>
                <w:rFonts w:cs="Times New Roman"/>
              </w:rPr>
              <w:t>chuẩn</w:t>
            </w:r>
            <w:proofErr w:type="spellEnd"/>
            <w:r w:rsidRPr="004543E3">
              <w:rPr>
                <w:rFonts w:cs="Times New Roman"/>
              </w:rPr>
              <w:t xml:space="preserve"> </w:t>
            </w:r>
            <w:proofErr w:type="spellStart"/>
            <w:r w:rsidRPr="004543E3">
              <w:rPr>
                <w:rFonts w:cs="Times New Roman"/>
              </w:rPr>
              <w:t>mới</w:t>
            </w:r>
            <w:proofErr w:type="spellEnd"/>
            <w:r w:rsidRPr="004543E3">
              <w:rPr>
                <w:rFonts w:cs="Times New Roman"/>
              </w:rPr>
              <w:t xml:space="preserve"> (3-5 </w:t>
            </w:r>
            <w:proofErr w:type="spellStart"/>
            <w:r w:rsidRPr="004543E3">
              <w:rPr>
                <w:rFonts w:cs="Times New Roman"/>
              </w:rPr>
              <w:t>năm</w:t>
            </w:r>
            <w:proofErr w:type="spellEnd"/>
            <w:r w:rsidRPr="004543E3">
              <w:rPr>
                <w:rFonts w:cs="Times New Roman"/>
              </w:rPr>
              <w:t xml:space="preserve">), </w:t>
            </w:r>
            <w:proofErr w:type="spellStart"/>
            <w:r w:rsidRPr="004543E3">
              <w:rPr>
                <w:rFonts w:cs="Times New Roman"/>
              </w:rPr>
              <w:t>gắn</w:t>
            </w:r>
            <w:proofErr w:type="spellEnd"/>
            <w:r w:rsidRPr="004543E3">
              <w:rPr>
                <w:rFonts w:cs="Times New Roman"/>
              </w:rPr>
              <w:t xml:space="preserve"> </w:t>
            </w:r>
            <w:proofErr w:type="spellStart"/>
            <w:r w:rsidRPr="004543E3">
              <w:rPr>
                <w:rFonts w:cs="Times New Roman"/>
              </w:rPr>
              <w:t>với</w:t>
            </w:r>
            <w:proofErr w:type="spellEnd"/>
            <w:r w:rsidRPr="004543E3">
              <w:rPr>
                <w:rFonts w:cs="Times New Roman"/>
              </w:rPr>
              <w:t xml:space="preserve"> </w:t>
            </w:r>
            <w:proofErr w:type="spellStart"/>
            <w:r w:rsidRPr="004543E3">
              <w:rPr>
                <w:rFonts w:cs="Times New Roman"/>
              </w:rPr>
              <w:t>kế</w:t>
            </w:r>
            <w:proofErr w:type="spellEnd"/>
            <w:r w:rsidRPr="004543E3">
              <w:rPr>
                <w:rFonts w:cs="Times New Roman"/>
              </w:rPr>
              <w:t xml:space="preserve"> </w:t>
            </w:r>
            <w:proofErr w:type="spellStart"/>
            <w:r w:rsidRPr="004543E3">
              <w:rPr>
                <w:rFonts w:cs="Times New Roman"/>
              </w:rPr>
              <w:t>hoạch</w:t>
            </w:r>
            <w:proofErr w:type="spellEnd"/>
            <w:r w:rsidRPr="004543E3">
              <w:rPr>
                <w:rFonts w:cs="Times New Roman"/>
              </w:rPr>
              <w:t xml:space="preserve"> </w:t>
            </w:r>
            <w:proofErr w:type="spellStart"/>
            <w:r w:rsidRPr="004543E3">
              <w:rPr>
                <w:rFonts w:cs="Times New Roman"/>
              </w:rPr>
              <w:t>đào</w:t>
            </w:r>
            <w:proofErr w:type="spellEnd"/>
            <w:r w:rsidRPr="004543E3">
              <w:rPr>
                <w:rFonts w:cs="Times New Roman"/>
              </w:rPr>
              <w:t xml:space="preserve"> </w:t>
            </w:r>
            <w:proofErr w:type="spellStart"/>
            <w:r w:rsidRPr="004543E3">
              <w:rPr>
                <w:rFonts w:cs="Times New Roman"/>
              </w:rPr>
              <w:t>tạo</w:t>
            </w:r>
            <w:proofErr w:type="spellEnd"/>
            <w:r w:rsidRPr="004543E3">
              <w:rPr>
                <w:rFonts w:cs="Times New Roman"/>
              </w:rPr>
              <w:t xml:space="preserve">, </w:t>
            </w:r>
            <w:proofErr w:type="spellStart"/>
            <w:r w:rsidRPr="004543E3">
              <w:rPr>
                <w:rFonts w:cs="Times New Roman"/>
              </w:rPr>
              <w:t>bồi</w:t>
            </w:r>
            <w:proofErr w:type="spellEnd"/>
            <w:r w:rsidRPr="004543E3">
              <w:rPr>
                <w:rFonts w:cs="Times New Roman"/>
              </w:rPr>
              <w:t xml:space="preserve"> </w:t>
            </w:r>
            <w:proofErr w:type="spellStart"/>
            <w:r w:rsidRPr="004543E3">
              <w:rPr>
                <w:rFonts w:cs="Times New Roman"/>
              </w:rPr>
              <w:t>dưỡng</w:t>
            </w:r>
            <w:proofErr w:type="spellEnd"/>
            <w:r w:rsidRPr="004543E3">
              <w:rPr>
                <w:rFonts w:cs="Times New Roman"/>
              </w:rPr>
              <w:t xml:space="preserve"> </w:t>
            </w:r>
            <w:proofErr w:type="spellStart"/>
            <w:r w:rsidRPr="004543E3">
              <w:rPr>
                <w:rFonts w:cs="Times New Roman"/>
              </w:rPr>
              <w:t>để</w:t>
            </w:r>
            <w:proofErr w:type="spellEnd"/>
            <w:r w:rsidRPr="004543E3">
              <w:rPr>
                <w:rFonts w:cs="Times New Roman"/>
              </w:rPr>
              <w:t xml:space="preserve"> </w:t>
            </w:r>
            <w:proofErr w:type="spellStart"/>
            <w:r w:rsidRPr="004543E3">
              <w:rPr>
                <w:rFonts w:cs="Times New Roman"/>
              </w:rPr>
              <w:t>bảo</w:t>
            </w:r>
            <w:proofErr w:type="spellEnd"/>
            <w:r w:rsidRPr="004543E3">
              <w:rPr>
                <w:rFonts w:cs="Times New Roman"/>
              </w:rPr>
              <w:t xml:space="preserve"> </w:t>
            </w:r>
            <w:proofErr w:type="spellStart"/>
            <w:r w:rsidRPr="004543E3">
              <w:rPr>
                <w:rFonts w:cs="Times New Roman"/>
              </w:rPr>
              <w:t>đảm</w:t>
            </w:r>
            <w:proofErr w:type="spellEnd"/>
            <w:r w:rsidRPr="004543E3">
              <w:rPr>
                <w:rFonts w:cs="Times New Roman"/>
              </w:rPr>
              <w:t xml:space="preserve"> </w:t>
            </w:r>
            <w:proofErr w:type="spellStart"/>
            <w:r w:rsidRPr="004543E3">
              <w:rPr>
                <w:rFonts w:cs="Times New Roman"/>
              </w:rPr>
              <w:t>tính</w:t>
            </w:r>
            <w:proofErr w:type="spellEnd"/>
            <w:r w:rsidRPr="004543E3">
              <w:rPr>
                <w:rFonts w:cs="Times New Roman"/>
              </w:rPr>
              <w:t xml:space="preserve"> </w:t>
            </w:r>
            <w:proofErr w:type="spellStart"/>
            <w:r w:rsidRPr="004543E3">
              <w:rPr>
                <w:rFonts w:cs="Times New Roman"/>
              </w:rPr>
              <w:t>khả</w:t>
            </w:r>
            <w:proofErr w:type="spellEnd"/>
            <w:r w:rsidRPr="004543E3">
              <w:rPr>
                <w:rFonts w:cs="Times New Roman"/>
              </w:rPr>
              <w:t xml:space="preserve"> </w:t>
            </w:r>
            <w:proofErr w:type="spellStart"/>
            <w:r w:rsidRPr="004543E3">
              <w:rPr>
                <w:rFonts w:cs="Times New Roman"/>
              </w:rPr>
              <w:t>thi</w:t>
            </w:r>
            <w:proofErr w:type="spellEnd"/>
            <w:r w:rsidRPr="004543E3">
              <w:rPr>
                <w:rFonts w:cs="Times New Roman"/>
              </w:rPr>
              <w:t>.</w:t>
            </w:r>
          </w:p>
        </w:tc>
        <w:tc>
          <w:tcPr>
            <w:tcW w:w="7371" w:type="dxa"/>
          </w:tcPr>
          <w:p w14:paraId="7B4E3379" w14:textId="36B5CCA5" w:rsidR="004C2B3E" w:rsidRPr="004543E3" w:rsidRDefault="004C2B3E" w:rsidP="002A7D4F">
            <w:pPr>
              <w:spacing w:after="0" w:line="240" w:lineRule="auto"/>
              <w:jc w:val="both"/>
              <w:rPr>
                <w:rFonts w:cs="Times New Roman"/>
                <w:i/>
                <w:iCs/>
                <w:szCs w:val="26"/>
              </w:rPr>
            </w:pPr>
            <w:r w:rsidRPr="004543E3">
              <w:rPr>
                <w:rFonts w:cs="Times New Roman"/>
                <w:szCs w:val="26"/>
              </w:rPr>
              <w:lastRenderedPageBreak/>
              <w:t xml:space="preserve">- </w:t>
            </w:r>
            <w:proofErr w:type="spellStart"/>
            <w:r w:rsidRPr="004543E3">
              <w:rPr>
                <w:rFonts w:cs="Times New Roman"/>
                <w:szCs w:val="26"/>
              </w:rPr>
              <w:t>Tiếp</w:t>
            </w:r>
            <w:proofErr w:type="spellEnd"/>
            <w:r w:rsidRPr="004543E3">
              <w:rPr>
                <w:rFonts w:cs="Times New Roman"/>
                <w:szCs w:val="26"/>
              </w:rPr>
              <w:t xml:space="preserve"> </w:t>
            </w:r>
            <w:proofErr w:type="spellStart"/>
            <w:r w:rsidRPr="004543E3">
              <w:rPr>
                <w:rFonts w:cs="Times New Roman"/>
                <w:szCs w:val="26"/>
              </w:rPr>
              <w:t>thu</w:t>
            </w:r>
            <w:proofErr w:type="spellEnd"/>
            <w:r w:rsidRPr="004543E3">
              <w:rPr>
                <w:rFonts w:cs="Times New Roman"/>
                <w:szCs w:val="26"/>
              </w:rPr>
              <w:t xml:space="preserve"> ý </w:t>
            </w:r>
            <w:proofErr w:type="spellStart"/>
            <w:r w:rsidRPr="004543E3">
              <w:rPr>
                <w:rFonts w:cs="Times New Roman"/>
                <w:szCs w:val="26"/>
              </w:rPr>
              <w:t>kiến</w:t>
            </w:r>
            <w:proofErr w:type="spellEnd"/>
            <w:r w:rsidRPr="004543E3">
              <w:rPr>
                <w:rFonts w:cs="Times New Roman"/>
                <w:szCs w:val="26"/>
              </w:rPr>
              <w:t xml:space="preserve"> </w:t>
            </w:r>
            <w:proofErr w:type="spellStart"/>
            <w:r w:rsidRPr="004543E3">
              <w:rPr>
                <w:rFonts w:cs="Times New Roman"/>
                <w:szCs w:val="26"/>
              </w:rPr>
              <w:t>va</w:t>
            </w:r>
            <w:proofErr w:type="spellEnd"/>
            <w:r w:rsidRPr="004543E3">
              <w:rPr>
                <w:rFonts w:cs="Times New Roman"/>
                <w:szCs w:val="26"/>
              </w:rPr>
              <w:t xml:space="preserve">̀ Ban </w:t>
            </w:r>
            <w:proofErr w:type="spellStart"/>
            <w:r w:rsidRPr="004543E3">
              <w:rPr>
                <w:rFonts w:cs="Times New Roman"/>
                <w:szCs w:val="26"/>
              </w:rPr>
              <w:t>soạn</w:t>
            </w:r>
            <w:proofErr w:type="spellEnd"/>
            <w:r w:rsidRPr="004543E3">
              <w:rPr>
                <w:rFonts w:cs="Times New Roman"/>
                <w:szCs w:val="26"/>
              </w:rPr>
              <w:t xml:space="preserve"> </w:t>
            </w:r>
            <w:proofErr w:type="spellStart"/>
            <w:r w:rsidRPr="004543E3">
              <w:rPr>
                <w:rFonts w:cs="Times New Roman"/>
                <w:szCs w:val="26"/>
              </w:rPr>
              <w:t>thảo</w:t>
            </w:r>
            <w:proofErr w:type="spellEnd"/>
            <w:r w:rsidRPr="004543E3">
              <w:rPr>
                <w:rFonts w:cs="Times New Roman"/>
                <w:szCs w:val="26"/>
              </w:rPr>
              <w:t xml:space="preserve"> sẽ </w:t>
            </w:r>
            <w:proofErr w:type="spellStart"/>
            <w:r w:rsidRPr="004543E3">
              <w:rPr>
                <w:rFonts w:cs="Times New Roman"/>
                <w:szCs w:val="26"/>
              </w:rPr>
              <w:t>nghiên</w:t>
            </w:r>
            <w:proofErr w:type="spellEnd"/>
            <w:r w:rsidRPr="004543E3">
              <w:rPr>
                <w:rFonts w:cs="Times New Roman"/>
                <w:szCs w:val="26"/>
              </w:rPr>
              <w:t xml:space="preserve"> </w:t>
            </w:r>
            <w:proofErr w:type="spellStart"/>
            <w:r w:rsidRPr="004543E3">
              <w:rPr>
                <w:rFonts w:cs="Times New Roman"/>
                <w:szCs w:val="26"/>
              </w:rPr>
              <w:t>cứu</w:t>
            </w:r>
            <w:proofErr w:type="spellEnd"/>
            <w:r w:rsidRPr="004543E3">
              <w:rPr>
                <w:rFonts w:cs="Times New Roman"/>
                <w:szCs w:val="26"/>
              </w:rPr>
              <w:t xml:space="preserve"> </w:t>
            </w:r>
            <w:proofErr w:type="spellStart"/>
            <w:r w:rsidRPr="004543E3">
              <w:rPr>
                <w:rFonts w:cs="Times New Roman"/>
                <w:szCs w:val="26"/>
              </w:rPr>
              <w:t>chỉnh</w:t>
            </w:r>
            <w:proofErr w:type="spellEnd"/>
            <w:r w:rsidRPr="004543E3">
              <w:rPr>
                <w:rFonts w:cs="Times New Roman"/>
                <w:szCs w:val="26"/>
              </w:rPr>
              <w:t xml:space="preserve"> </w:t>
            </w:r>
            <w:proofErr w:type="spellStart"/>
            <w:r w:rsidRPr="004543E3">
              <w:rPr>
                <w:rFonts w:cs="Times New Roman"/>
                <w:szCs w:val="26"/>
              </w:rPr>
              <w:t>sửa</w:t>
            </w:r>
            <w:proofErr w:type="spellEnd"/>
            <w:r w:rsidRPr="004543E3">
              <w:rPr>
                <w:rFonts w:cs="Times New Roman"/>
                <w:szCs w:val="26"/>
              </w:rPr>
              <w:t xml:space="preserve">, </w:t>
            </w:r>
            <w:proofErr w:type="spellStart"/>
            <w:r w:rsidRPr="004543E3">
              <w:rPr>
                <w:rFonts w:cs="Times New Roman"/>
                <w:szCs w:val="26"/>
              </w:rPr>
              <w:t>bổ</w:t>
            </w:r>
            <w:proofErr w:type="spellEnd"/>
            <w:r w:rsidRPr="004543E3">
              <w:rPr>
                <w:rFonts w:cs="Times New Roman"/>
                <w:szCs w:val="26"/>
              </w:rPr>
              <w:t xml:space="preserve"> sung </w:t>
            </w:r>
            <w:proofErr w:type="spellStart"/>
            <w:r w:rsidRPr="004543E3">
              <w:rPr>
                <w:rFonts w:cs="Times New Roman"/>
                <w:szCs w:val="26"/>
              </w:rPr>
              <w:t>vào</w:t>
            </w:r>
            <w:proofErr w:type="spellEnd"/>
            <w:r w:rsidRPr="004543E3">
              <w:rPr>
                <w:rFonts w:cs="Times New Roman"/>
                <w:szCs w:val="26"/>
              </w:rPr>
              <w:t xml:space="preserve"> </w:t>
            </w:r>
            <w:proofErr w:type="spellStart"/>
            <w:r w:rsidRPr="004543E3">
              <w:rPr>
                <w:rFonts w:cs="Times New Roman"/>
                <w:szCs w:val="26"/>
              </w:rPr>
              <w:t>năng</w:t>
            </w:r>
            <w:proofErr w:type="spellEnd"/>
            <w:r w:rsidRPr="004543E3">
              <w:rPr>
                <w:rFonts w:cs="Times New Roman"/>
                <w:szCs w:val="26"/>
              </w:rPr>
              <w:t xml:space="preserve"> </w:t>
            </w:r>
            <w:proofErr w:type="spellStart"/>
            <w:r w:rsidRPr="004543E3">
              <w:rPr>
                <w:rFonts w:cs="Times New Roman"/>
                <w:szCs w:val="26"/>
              </w:rPr>
              <w:t>lực</w:t>
            </w:r>
            <w:proofErr w:type="spellEnd"/>
            <w:r w:rsidRPr="004543E3">
              <w:rPr>
                <w:rFonts w:cs="Times New Roman"/>
                <w:szCs w:val="26"/>
              </w:rPr>
              <w:t xml:space="preserve"> </w:t>
            </w:r>
            <w:proofErr w:type="spellStart"/>
            <w:r w:rsidRPr="004543E3">
              <w:rPr>
                <w:rFonts w:cs="Times New Roman"/>
                <w:szCs w:val="26"/>
              </w:rPr>
              <w:t>chuyên</w:t>
            </w:r>
            <w:proofErr w:type="spellEnd"/>
            <w:r w:rsidRPr="004543E3">
              <w:rPr>
                <w:rFonts w:cs="Times New Roman"/>
                <w:szCs w:val="26"/>
              </w:rPr>
              <w:t xml:space="preserve"> </w:t>
            </w:r>
            <w:proofErr w:type="spellStart"/>
            <w:r w:rsidRPr="004543E3">
              <w:rPr>
                <w:rFonts w:cs="Times New Roman"/>
                <w:szCs w:val="26"/>
              </w:rPr>
              <w:t>môn</w:t>
            </w:r>
            <w:proofErr w:type="spellEnd"/>
            <w:r w:rsidRPr="004543E3">
              <w:rPr>
                <w:rFonts w:cs="Times New Roman"/>
                <w:szCs w:val="26"/>
              </w:rPr>
              <w:t xml:space="preserve">, </w:t>
            </w:r>
            <w:proofErr w:type="spellStart"/>
            <w:r w:rsidRPr="004543E3">
              <w:rPr>
                <w:rFonts w:cs="Times New Roman"/>
                <w:szCs w:val="26"/>
              </w:rPr>
              <w:t>nghiệp</w:t>
            </w:r>
            <w:proofErr w:type="spellEnd"/>
            <w:r w:rsidRPr="004543E3">
              <w:rPr>
                <w:rFonts w:cs="Times New Roman"/>
                <w:szCs w:val="26"/>
              </w:rPr>
              <w:t xml:space="preserve"> vụ </w:t>
            </w:r>
            <w:proofErr w:type="spellStart"/>
            <w:r w:rsidRPr="004543E3">
              <w:rPr>
                <w:rFonts w:cs="Times New Roman"/>
                <w:szCs w:val="26"/>
              </w:rPr>
              <w:t>của</w:t>
            </w:r>
            <w:proofErr w:type="spellEnd"/>
            <w:r w:rsidRPr="004543E3">
              <w:rPr>
                <w:rFonts w:cs="Times New Roman"/>
                <w:szCs w:val="26"/>
              </w:rPr>
              <w:t xml:space="preserve"> </w:t>
            </w:r>
            <w:proofErr w:type="spellStart"/>
            <w:r w:rsidRPr="004543E3">
              <w:rPr>
                <w:rFonts w:cs="Times New Roman"/>
                <w:szCs w:val="26"/>
              </w:rPr>
              <w:t>các</w:t>
            </w:r>
            <w:proofErr w:type="spellEnd"/>
            <w:r w:rsidRPr="004543E3">
              <w:rPr>
                <w:rFonts w:cs="Times New Roman"/>
                <w:szCs w:val="26"/>
              </w:rPr>
              <w:t xml:space="preserve"> vị trí </w:t>
            </w:r>
            <w:proofErr w:type="spellStart"/>
            <w:r w:rsidRPr="004543E3">
              <w:rPr>
                <w:rFonts w:cs="Times New Roman"/>
                <w:szCs w:val="26"/>
              </w:rPr>
              <w:t>việc</w:t>
            </w:r>
            <w:proofErr w:type="spellEnd"/>
            <w:r w:rsidRPr="004543E3">
              <w:rPr>
                <w:rFonts w:cs="Times New Roman"/>
                <w:szCs w:val="26"/>
              </w:rPr>
              <w:t xml:space="preserve"> </w:t>
            </w:r>
            <w:proofErr w:type="spellStart"/>
            <w:r w:rsidRPr="004543E3">
              <w:rPr>
                <w:rFonts w:cs="Times New Roman"/>
                <w:szCs w:val="26"/>
              </w:rPr>
              <w:t>làm</w:t>
            </w:r>
            <w:proofErr w:type="spellEnd"/>
            <w:r w:rsidRPr="004543E3">
              <w:rPr>
                <w:rFonts w:cs="Times New Roman"/>
                <w:szCs w:val="26"/>
              </w:rPr>
              <w:t xml:space="preserve"> </w:t>
            </w:r>
            <w:proofErr w:type="spellStart"/>
            <w:r w:rsidRPr="004543E3">
              <w:rPr>
                <w:rFonts w:cs="Times New Roman"/>
                <w:szCs w:val="26"/>
              </w:rPr>
              <w:t>chuyên</w:t>
            </w:r>
            <w:proofErr w:type="spellEnd"/>
            <w:r w:rsidRPr="004543E3">
              <w:rPr>
                <w:rFonts w:cs="Times New Roman"/>
                <w:szCs w:val="26"/>
              </w:rPr>
              <w:t xml:space="preserve"> </w:t>
            </w:r>
            <w:proofErr w:type="spellStart"/>
            <w:r w:rsidRPr="004543E3">
              <w:rPr>
                <w:rFonts w:cs="Times New Roman"/>
                <w:szCs w:val="26"/>
              </w:rPr>
              <w:t>ngành</w:t>
            </w:r>
            <w:proofErr w:type="spellEnd"/>
            <w:r w:rsidRPr="004543E3">
              <w:rPr>
                <w:rFonts w:cs="Times New Roman"/>
                <w:szCs w:val="26"/>
              </w:rPr>
              <w:t xml:space="preserve"> </w:t>
            </w:r>
            <w:proofErr w:type="spellStart"/>
            <w:r w:rsidRPr="004543E3">
              <w:rPr>
                <w:rFonts w:cs="Times New Roman"/>
                <w:szCs w:val="26"/>
              </w:rPr>
              <w:t>kiểm</w:t>
            </w:r>
            <w:proofErr w:type="spellEnd"/>
            <w:r w:rsidRPr="004543E3">
              <w:rPr>
                <w:rFonts w:cs="Times New Roman"/>
                <w:szCs w:val="26"/>
              </w:rPr>
              <w:t xml:space="preserve"> </w:t>
            </w:r>
            <w:proofErr w:type="spellStart"/>
            <w:r w:rsidRPr="004543E3">
              <w:rPr>
                <w:rFonts w:cs="Times New Roman"/>
                <w:szCs w:val="26"/>
              </w:rPr>
              <w:t>soát</w:t>
            </w:r>
            <w:proofErr w:type="spellEnd"/>
            <w:r w:rsidRPr="004543E3">
              <w:rPr>
                <w:rFonts w:cs="Times New Roman"/>
                <w:szCs w:val="26"/>
              </w:rPr>
              <w:t xml:space="preserve"> </w:t>
            </w:r>
            <w:proofErr w:type="spellStart"/>
            <w:r w:rsidRPr="004543E3">
              <w:rPr>
                <w:rFonts w:cs="Times New Roman"/>
                <w:szCs w:val="26"/>
              </w:rPr>
              <w:t>viên</w:t>
            </w:r>
            <w:proofErr w:type="spellEnd"/>
            <w:r w:rsidRPr="004543E3">
              <w:rPr>
                <w:rFonts w:cs="Times New Roman"/>
                <w:szCs w:val="26"/>
              </w:rPr>
              <w:t xml:space="preserve"> </w:t>
            </w:r>
            <w:proofErr w:type="spellStart"/>
            <w:r w:rsidRPr="004543E3">
              <w:rPr>
                <w:rFonts w:cs="Times New Roman"/>
                <w:szCs w:val="26"/>
              </w:rPr>
              <w:t>chất</w:t>
            </w:r>
            <w:proofErr w:type="spellEnd"/>
            <w:r w:rsidRPr="004543E3">
              <w:rPr>
                <w:rFonts w:cs="Times New Roman"/>
                <w:szCs w:val="26"/>
              </w:rPr>
              <w:t xml:space="preserve"> </w:t>
            </w:r>
            <w:proofErr w:type="spellStart"/>
            <w:r w:rsidRPr="004543E3">
              <w:rPr>
                <w:rFonts w:cs="Times New Roman"/>
                <w:szCs w:val="26"/>
              </w:rPr>
              <w:t>lượng</w:t>
            </w:r>
            <w:proofErr w:type="spellEnd"/>
            <w:r w:rsidRPr="004543E3">
              <w:rPr>
                <w:rFonts w:cs="Times New Roman"/>
                <w:szCs w:val="26"/>
              </w:rPr>
              <w:t xml:space="preserve"> </w:t>
            </w:r>
            <w:proofErr w:type="spellStart"/>
            <w:r w:rsidRPr="004543E3">
              <w:rPr>
                <w:rFonts w:cs="Times New Roman"/>
                <w:szCs w:val="26"/>
              </w:rPr>
              <w:t>sản</w:t>
            </w:r>
            <w:proofErr w:type="spellEnd"/>
            <w:r w:rsidRPr="004543E3">
              <w:rPr>
                <w:rFonts w:cs="Times New Roman"/>
                <w:szCs w:val="26"/>
              </w:rPr>
              <w:t xml:space="preserve"> </w:t>
            </w:r>
            <w:proofErr w:type="spellStart"/>
            <w:r w:rsidRPr="004543E3">
              <w:rPr>
                <w:rFonts w:cs="Times New Roman"/>
                <w:szCs w:val="26"/>
              </w:rPr>
              <w:t>phẩm</w:t>
            </w:r>
            <w:proofErr w:type="spellEnd"/>
            <w:r w:rsidRPr="004543E3">
              <w:rPr>
                <w:rFonts w:cs="Times New Roman"/>
                <w:szCs w:val="26"/>
              </w:rPr>
              <w:t xml:space="preserve">, </w:t>
            </w:r>
            <w:proofErr w:type="spellStart"/>
            <w:r w:rsidRPr="004543E3">
              <w:rPr>
                <w:rFonts w:cs="Times New Roman"/>
                <w:szCs w:val="26"/>
              </w:rPr>
              <w:t>hàng</w:t>
            </w:r>
            <w:proofErr w:type="spellEnd"/>
            <w:r w:rsidRPr="004543E3">
              <w:rPr>
                <w:rFonts w:cs="Times New Roman"/>
                <w:szCs w:val="26"/>
              </w:rPr>
              <w:t xml:space="preserve"> </w:t>
            </w:r>
            <w:proofErr w:type="spellStart"/>
            <w:r w:rsidRPr="004543E3">
              <w:rPr>
                <w:rFonts w:cs="Times New Roman"/>
                <w:szCs w:val="26"/>
              </w:rPr>
              <w:t>hóa</w:t>
            </w:r>
            <w:proofErr w:type="spellEnd"/>
            <w:r w:rsidRPr="004543E3">
              <w:rPr>
                <w:rFonts w:cs="Times New Roman"/>
                <w:szCs w:val="26"/>
              </w:rPr>
              <w:t xml:space="preserve"> </w:t>
            </w:r>
            <w:proofErr w:type="spellStart"/>
            <w:r w:rsidRPr="004543E3">
              <w:rPr>
                <w:rFonts w:cs="Times New Roman"/>
                <w:szCs w:val="26"/>
              </w:rPr>
              <w:t>với</w:t>
            </w:r>
            <w:proofErr w:type="spellEnd"/>
            <w:r w:rsidRPr="004543E3">
              <w:rPr>
                <w:rFonts w:cs="Times New Roman"/>
                <w:szCs w:val="26"/>
              </w:rPr>
              <w:t xml:space="preserve"> </w:t>
            </w:r>
            <w:proofErr w:type="spellStart"/>
            <w:r w:rsidRPr="004543E3">
              <w:rPr>
                <w:rFonts w:cs="Times New Roman"/>
                <w:szCs w:val="26"/>
              </w:rPr>
              <w:t>nội</w:t>
            </w:r>
            <w:proofErr w:type="spellEnd"/>
            <w:r w:rsidRPr="004543E3">
              <w:rPr>
                <w:rFonts w:cs="Times New Roman"/>
                <w:szCs w:val="26"/>
              </w:rPr>
              <w:t xml:space="preserve"> dung “</w:t>
            </w:r>
            <w:proofErr w:type="spellStart"/>
            <w:r w:rsidRPr="004543E3">
              <w:rPr>
                <w:rFonts w:cs="Times New Roman"/>
                <w:i/>
                <w:iCs/>
                <w:szCs w:val="26"/>
              </w:rPr>
              <w:t>có</w:t>
            </w:r>
            <w:proofErr w:type="spellEnd"/>
            <w:r w:rsidRPr="004543E3">
              <w:rPr>
                <w:rFonts w:cs="Times New Roman"/>
                <w:i/>
                <w:iCs/>
                <w:szCs w:val="26"/>
              </w:rPr>
              <w:t xml:space="preserve"> </w:t>
            </w:r>
            <w:proofErr w:type="spellStart"/>
            <w:r w:rsidRPr="004543E3">
              <w:rPr>
                <w:rFonts w:cs="Times New Roman"/>
                <w:i/>
                <w:iCs/>
                <w:szCs w:val="26"/>
              </w:rPr>
              <w:t>năng</w:t>
            </w:r>
            <w:proofErr w:type="spellEnd"/>
            <w:r w:rsidRPr="004543E3">
              <w:rPr>
                <w:rFonts w:cs="Times New Roman"/>
                <w:i/>
                <w:iCs/>
                <w:szCs w:val="26"/>
              </w:rPr>
              <w:t xml:space="preserve"> </w:t>
            </w:r>
            <w:proofErr w:type="spellStart"/>
            <w:r w:rsidRPr="004543E3">
              <w:rPr>
                <w:rFonts w:cs="Times New Roman"/>
                <w:i/>
                <w:iCs/>
                <w:szCs w:val="26"/>
              </w:rPr>
              <w:t>lực</w:t>
            </w:r>
            <w:proofErr w:type="spellEnd"/>
            <w:r w:rsidRPr="004543E3">
              <w:rPr>
                <w:rFonts w:cs="Times New Roman"/>
                <w:i/>
                <w:iCs/>
                <w:szCs w:val="26"/>
              </w:rPr>
              <w:t xml:space="preserve"> </w:t>
            </w:r>
            <w:proofErr w:type="spellStart"/>
            <w:r w:rsidRPr="004543E3">
              <w:rPr>
                <w:rFonts w:cs="Times New Roman"/>
                <w:i/>
                <w:iCs/>
                <w:szCs w:val="26"/>
              </w:rPr>
              <w:t>ứng</w:t>
            </w:r>
            <w:proofErr w:type="spellEnd"/>
            <w:r w:rsidRPr="004543E3">
              <w:rPr>
                <w:rFonts w:cs="Times New Roman"/>
                <w:i/>
                <w:iCs/>
                <w:szCs w:val="26"/>
              </w:rPr>
              <w:t xml:space="preserve"> </w:t>
            </w:r>
            <w:proofErr w:type="spellStart"/>
            <w:r w:rsidRPr="004543E3">
              <w:rPr>
                <w:rFonts w:cs="Times New Roman"/>
                <w:i/>
                <w:iCs/>
                <w:szCs w:val="26"/>
              </w:rPr>
              <w:t>dụng</w:t>
            </w:r>
            <w:proofErr w:type="spellEnd"/>
            <w:r w:rsidRPr="004543E3">
              <w:rPr>
                <w:rFonts w:cs="Times New Roman"/>
                <w:i/>
                <w:iCs/>
                <w:szCs w:val="26"/>
              </w:rPr>
              <w:t xml:space="preserve"> </w:t>
            </w:r>
            <w:proofErr w:type="spellStart"/>
            <w:r w:rsidRPr="004543E3">
              <w:rPr>
                <w:rFonts w:cs="Times New Roman"/>
                <w:i/>
                <w:iCs/>
                <w:szCs w:val="26"/>
              </w:rPr>
              <w:t>công</w:t>
            </w:r>
            <w:proofErr w:type="spellEnd"/>
            <w:r w:rsidRPr="004543E3">
              <w:rPr>
                <w:rFonts w:cs="Times New Roman"/>
                <w:i/>
                <w:iCs/>
                <w:szCs w:val="26"/>
              </w:rPr>
              <w:t xml:space="preserve"> </w:t>
            </w:r>
            <w:proofErr w:type="spellStart"/>
            <w:r w:rsidRPr="004543E3">
              <w:rPr>
                <w:rFonts w:cs="Times New Roman"/>
                <w:i/>
                <w:iCs/>
                <w:szCs w:val="26"/>
              </w:rPr>
              <w:t>nghệ</w:t>
            </w:r>
            <w:proofErr w:type="spellEnd"/>
            <w:r w:rsidRPr="004543E3">
              <w:rPr>
                <w:rFonts w:cs="Times New Roman"/>
                <w:i/>
                <w:iCs/>
                <w:szCs w:val="26"/>
              </w:rPr>
              <w:t xml:space="preserve"> </w:t>
            </w:r>
            <w:proofErr w:type="spellStart"/>
            <w:r w:rsidRPr="004543E3">
              <w:rPr>
                <w:rFonts w:cs="Times New Roman"/>
                <w:i/>
                <w:iCs/>
                <w:szCs w:val="26"/>
              </w:rPr>
              <w:t>số</w:t>
            </w:r>
            <w:proofErr w:type="spellEnd"/>
            <w:r w:rsidRPr="004543E3">
              <w:rPr>
                <w:rFonts w:cs="Times New Roman"/>
                <w:i/>
                <w:iCs/>
                <w:szCs w:val="26"/>
              </w:rPr>
              <w:t xml:space="preserve">, </w:t>
            </w:r>
            <w:proofErr w:type="spellStart"/>
            <w:r w:rsidRPr="004543E3">
              <w:rPr>
                <w:rFonts w:cs="Times New Roman"/>
                <w:i/>
                <w:iCs/>
                <w:szCs w:val="26"/>
              </w:rPr>
              <w:t>khai</w:t>
            </w:r>
            <w:proofErr w:type="spellEnd"/>
            <w:r w:rsidRPr="004543E3">
              <w:rPr>
                <w:rFonts w:cs="Times New Roman"/>
                <w:i/>
                <w:iCs/>
                <w:szCs w:val="26"/>
              </w:rPr>
              <w:t xml:space="preserve"> </w:t>
            </w:r>
            <w:proofErr w:type="spellStart"/>
            <w:r w:rsidRPr="004543E3">
              <w:rPr>
                <w:rFonts w:cs="Times New Roman"/>
                <w:i/>
                <w:iCs/>
                <w:szCs w:val="26"/>
              </w:rPr>
              <w:t>thác</w:t>
            </w:r>
            <w:proofErr w:type="spellEnd"/>
            <w:r w:rsidRPr="004543E3">
              <w:rPr>
                <w:rFonts w:cs="Times New Roman"/>
                <w:i/>
                <w:iCs/>
                <w:szCs w:val="26"/>
              </w:rPr>
              <w:t xml:space="preserve"> </w:t>
            </w:r>
            <w:proofErr w:type="spellStart"/>
            <w:r w:rsidRPr="004543E3">
              <w:rPr>
                <w:rFonts w:cs="Times New Roman"/>
                <w:i/>
                <w:iCs/>
                <w:szCs w:val="26"/>
              </w:rPr>
              <w:t>dữ</w:t>
            </w:r>
            <w:proofErr w:type="spellEnd"/>
            <w:r w:rsidRPr="004543E3">
              <w:rPr>
                <w:rFonts w:cs="Times New Roman"/>
                <w:i/>
                <w:iCs/>
                <w:szCs w:val="26"/>
              </w:rPr>
              <w:t xml:space="preserve"> </w:t>
            </w:r>
            <w:proofErr w:type="spellStart"/>
            <w:r w:rsidRPr="004543E3">
              <w:rPr>
                <w:rFonts w:cs="Times New Roman"/>
                <w:i/>
                <w:iCs/>
                <w:szCs w:val="26"/>
              </w:rPr>
              <w:t>liệu</w:t>
            </w:r>
            <w:proofErr w:type="spellEnd"/>
            <w:r w:rsidRPr="004543E3">
              <w:rPr>
                <w:rFonts w:cs="Times New Roman"/>
                <w:i/>
                <w:iCs/>
                <w:szCs w:val="26"/>
              </w:rPr>
              <w:t xml:space="preserve"> </w:t>
            </w:r>
            <w:proofErr w:type="spellStart"/>
            <w:r w:rsidRPr="004543E3">
              <w:rPr>
                <w:rFonts w:cs="Times New Roman"/>
                <w:i/>
                <w:iCs/>
                <w:szCs w:val="26"/>
              </w:rPr>
              <w:t>và</w:t>
            </w:r>
            <w:proofErr w:type="spellEnd"/>
            <w:r w:rsidRPr="004543E3">
              <w:rPr>
                <w:rFonts w:cs="Times New Roman"/>
                <w:i/>
                <w:iCs/>
                <w:szCs w:val="26"/>
              </w:rPr>
              <w:t xml:space="preserve"> </w:t>
            </w:r>
            <w:proofErr w:type="spellStart"/>
            <w:r w:rsidRPr="004543E3">
              <w:rPr>
                <w:rFonts w:cs="Times New Roman"/>
                <w:i/>
                <w:iCs/>
                <w:szCs w:val="26"/>
              </w:rPr>
              <w:t>thích</w:t>
            </w:r>
            <w:proofErr w:type="spellEnd"/>
            <w:r w:rsidRPr="004543E3">
              <w:rPr>
                <w:rFonts w:cs="Times New Roman"/>
                <w:i/>
                <w:iCs/>
                <w:szCs w:val="26"/>
              </w:rPr>
              <w:t xml:space="preserve"> </w:t>
            </w:r>
            <w:proofErr w:type="spellStart"/>
            <w:r w:rsidRPr="004543E3">
              <w:rPr>
                <w:rFonts w:cs="Times New Roman"/>
                <w:i/>
                <w:iCs/>
                <w:szCs w:val="26"/>
              </w:rPr>
              <w:t>ứng</w:t>
            </w:r>
            <w:proofErr w:type="spellEnd"/>
            <w:r w:rsidRPr="004543E3">
              <w:rPr>
                <w:rFonts w:cs="Times New Roman"/>
                <w:i/>
                <w:iCs/>
                <w:szCs w:val="26"/>
              </w:rPr>
              <w:t xml:space="preserve"> </w:t>
            </w:r>
            <w:proofErr w:type="spellStart"/>
            <w:r w:rsidRPr="004543E3">
              <w:rPr>
                <w:rFonts w:cs="Times New Roman"/>
                <w:i/>
                <w:iCs/>
                <w:szCs w:val="26"/>
              </w:rPr>
              <w:t>với</w:t>
            </w:r>
            <w:proofErr w:type="spellEnd"/>
            <w:r w:rsidRPr="004543E3">
              <w:rPr>
                <w:rFonts w:cs="Times New Roman"/>
                <w:i/>
                <w:iCs/>
                <w:szCs w:val="26"/>
              </w:rPr>
              <w:t xml:space="preserve"> </w:t>
            </w:r>
            <w:proofErr w:type="spellStart"/>
            <w:r w:rsidRPr="004543E3">
              <w:rPr>
                <w:rFonts w:cs="Times New Roman"/>
                <w:i/>
                <w:iCs/>
                <w:szCs w:val="26"/>
              </w:rPr>
              <w:t>môi</w:t>
            </w:r>
            <w:proofErr w:type="spellEnd"/>
            <w:r w:rsidRPr="004543E3">
              <w:rPr>
                <w:rFonts w:cs="Times New Roman"/>
                <w:i/>
                <w:iCs/>
                <w:szCs w:val="26"/>
              </w:rPr>
              <w:t xml:space="preserve"> </w:t>
            </w:r>
            <w:proofErr w:type="spellStart"/>
            <w:r w:rsidRPr="004543E3">
              <w:rPr>
                <w:rFonts w:cs="Times New Roman"/>
                <w:i/>
                <w:iCs/>
                <w:szCs w:val="26"/>
              </w:rPr>
              <w:t>trường</w:t>
            </w:r>
            <w:proofErr w:type="spellEnd"/>
            <w:r w:rsidRPr="004543E3">
              <w:rPr>
                <w:rFonts w:cs="Times New Roman"/>
                <w:i/>
                <w:iCs/>
                <w:szCs w:val="26"/>
              </w:rPr>
              <w:t xml:space="preserve"> </w:t>
            </w:r>
            <w:proofErr w:type="spellStart"/>
            <w:r w:rsidRPr="004543E3">
              <w:rPr>
                <w:rFonts w:cs="Times New Roman"/>
                <w:i/>
                <w:iCs/>
                <w:szCs w:val="26"/>
              </w:rPr>
              <w:t>làm</w:t>
            </w:r>
            <w:proofErr w:type="spellEnd"/>
            <w:r w:rsidRPr="004543E3">
              <w:rPr>
                <w:rFonts w:cs="Times New Roman"/>
                <w:i/>
                <w:iCs/>
                <w:szCs w:val="26"/>
              </w:rPr>
              <w:t xml:space="preserve"> </w:t>
            </w:r>
            <w:proofErr w:type="spellStart"/>
            <w:r w:rsidRPr="004543E3">
              <w:rPr>
                <w:rFonts w:cs="Times New Roman"/>
                <w:i/>
                <w:iCs/>
                <w:szCs w:val="26"/>
              </w:rPr>
              <w:t>việc</w:t>
            </w:r>
            <w:proofErr w:type="spellEnd"/>
            <w:r w:rsidRPr="004543E3">
              <w:rPr>
                <w:rFonts w:cs="Times New Roman"/>
                <w:i/>
                <w:iCs/>
                <w:szCs w:val="26"/>
              </w:rPr>
              <w:t xml:space="preserve"> </w:t>
            </w:r>
            <w:proofErr w:type="spellStart"/>
            <w:r w:rsidRPr="004543E3">
              <w:rPr>
                <w:rFonts w:cs="Times New Roman"/>
                <w:i/>
                <w:iCs/>
                <w:szCs w:val="26"/>
              </w:rPr>
              <w:t>quốc</w:t>
            </w:r>
            <w:proofErr w:type="spellEnd"/>
            <w:r w:rsidRPr="004543E3">
              <w:rPr>
                <w:rFonts w:cs="Times New Roman"/>
                <w:i/>
                <w:iCs/>
                <w:szCs w:val="26"/>
              </w:rPr>
              <w:t xml:space="preserve"> </w:t>
            </w:r>
            <w:proofErr w:type="spellStart"/>
            <w:r w:rsidRPr="004543E3">
              <w:rPr>
                <w:rFonts w:cs="Times New Roman"/>
                <w:i/>
                <w:iCs/>
                <w:szCs w:val="26"/>
              </w:rPr>
              <w:t>tế</w:t>
            </w:r>
            <w:proofErr w:type="spellEnd"/>
            <w:r w:rsidRPr="004543E3">
              <w:rPr>
                <w:rFonts w:cs="Times New Roman"/>
                <w:i/>
                <w:iCs/>
                <w:szCs w:val="26"/>
              </w:rPr>
              <w:t xml:space="preserve"> </w:t>
            </w:r>
            <w:proofErr w:type="spellStart"/>
            <w:r w:rsidRPr="004543E3">
              <w:rPr>
                <w:rFonts w:cs="Times New Roman"/>
                <w:i/>
                <w:iCs/>
                <w:szCs w:val="26"/>
              </w:rPr>
              <w:t>theo</w:t>
            </w:r>
            <w:proofErr w:type="spellEnd"/>
            <w:r w:rsidRPr="004543E3">
              <w:rPr>
                <w:rFonts w:cs="Times New Roman"/>
                <w:i/>
                <w:iCs/>
                <w:szCs w:val="26"/>
              </w:rPr>
              <w:t xml:space="preserve"> </w:t>
            </w:r>
            <w:proofErr w:type="spellStart"/>
            <w:r w:rsidRPr="004543E3">
              <w:rPr>
                <w:rFonts w:cs="Times New Roman"/>
                <w:i/>
                <w:iCs/>
                <w:szCs w:val="26"/>
              </w:rPr>
              <w:t>yêu</w:t>
            </w:r>
            <w:proofErr w:type="spellEnd"/>
            <w:r w:rsidRPr="004543E3">
              <w:rPr>
                <w:rFonts w:cs="Times New Roman"/>
                <w:i/>
                <w:iCs/>
                <w:szCs w:val="26"/>
              </w:rPr>
              <w:t xml:space="preserve"> </w:t>
            </w:r>
            <w:proofErr w:type="spellStart"/>
            <w:r w:rsidRPr="004543E3">
              <w:rPr>
                <w:rFonts w:cs="Times New Roman"/>
                <w:i/>
                <w:iCs/>
                <w:szCs w:val="26"/>
              </w:rPr>
              <w:t>cầu</w:t>
            </w:r>
            <w:proofErr w:type="spellEnd"/>
            <w:r w:rsidRPr="004543E3">
              <w:rPr>
                <w:rFonts w:cs="Times New Roman"/>
                <w:i/>
                <w:iCs/>
                <w:szCs w:val="26"/>
              </w:rPr>
              <w:t xml:space="preserve"> </w:t>
            </w:r>
            <w:proofErr w:type="spellStart"/>
            <w:r w:rsidRPr="004543E3">
              <w:rPr>
                <w:rFonts w:cs="Times New Roman"/>
                <w:i/>
                <w:iCs/>
                <w:szCs w:val="26"/>
              </w:rPr>
              <w:t>vị</w:t>
            </w:r>
            <w:proofErr w:type="spellEnd"/>
            <w:r w:rsidRPr="004543E3">
              <w:rPr>
                <w:rFonts w:cs="Times New Roman"/>
                <w:i/>
                <w:iCs/>
                <w:szCs w:val="26"/>
              </w:rPr>
              <w:t xml:space="preserve"> </w:t>
            </w:r>
            <w:proofErr w:type="spellStart"/>
            <w:r w:rsidRPr="004543E3">
              <w:rPr>
                <w:rFonts w:cs="Times New Roman"/>
                <w:i/>
                <w:iCs/>
                <w:szCs w:val="26"/>
              </w:rPr>
              <w:t>trí</w:t>
            </w:r>
            <w:proofErr w:type="spellEnd"/>
            <w:r w:rsidRPr="004543E3">
              <w:rPr>
                <w:rFonts w:cs="Times New Roman"/>
                <w:i/>
                <w:iCs/>
                <w:szCs w:val="26"/>
              </w:rPr>
              <w:t xml:space="preserve"> </w:t>
            </w:r>
            <w:proofErr w:type="spellStart"/>
            <w:r w:rsidRPr="004543E3">
              <w:rPr>
                <w:rFonts w:cs="Times New Roman"/>
                <w:i/>
                <w:iCs/>
                <w:szCs w:val="26"/>
              </w:rPr>
              <w:t>việc</w:t>
            </w:r>
            <w:proofErr w:type="spellEnd"/>
            <w:r w:rsidRPr="004543E3">
              <w:rPr>
                <w:rFonts w:cs="Times New Roman"/>
                <w:i/>
                <w:iCs/>
                <w:szCs w:val="26"/>
              </w:rPr>
              <w:t xml:space="preserve"> </w:t>
            </w:r>
            <w:proofErr w:type="spellStart"/>
            <w:r w:rsidRPr="004543E3">
              <w:rPr>
                <w:rFonts w:cs="Times New Roman"/>
                <w:i/>
                <w:iCs/>
                <w:szCs w:val="26"/>
              </w:rPr>
              <w:t>làm</w:t>
            </w:r>
            <w:proofErr w:type="spellEnd"/>
            <w:r w:rsidRPr="004543E3">
              <w:rPr>
                <w:rFonts w:cs="Times New Roman"/>
                <w:i/>
                <w:iCs/>
                <w:szCs w:val="26"/>
              </w:rPr>
              <w:t xml:space="preserve">”. </w:t>
            </w:r>
          </w:p>
          <w:p w14:paraId="25E4FB71" w14:textId="70A62AA4" w:rsidR="004C2B3E" w:rsidRPr="004543E3" w:rsidRDefault="004C2B3E" w:rsidP="002A7D4F">
            <w:pPr>
              <w:spacing w:after="0" w:line="240" w:lineRule="auto"/>
              <w:jc w:val="both"/>
              <w:rPr>
                <w:rFonts w:cs="Times New Roman"/>
                <w:szCs w:val="26"/>
              </w:rPr>
            </w:pPr>
            <w:proofErr w:type="spellStart"/>
            <w:r w:rsidRPr="004543E3">
              <w:rPr>
                <w:rFonts w:cs="Times New Roman"/>
                <w:szCs w:val="26"/>
              </w:rPr>
              <w:t>Đối</w:t>
            </w:r>
            <w:proofErr w:type="spellEnd"/>
            <w:r w:rsidRPr="004543E3">
              <w:rPr>
                <w:rFonts w:cs="Times New Roman"/>
                <w:szCs w:val="26"/>
              </w:rPr>
              <w:t xml:space="preserve"> </w:t>
            </w:r>
            <w:proofErr w:type="spellStart"/>
            <w:r w:rsidRPr="004543E3">
              <w:rPr>
                <w:rFonts w:cs="Times New Roman"/>
                <w:szCs w:val="26"/>
              </w:rPr>
              <w:t>với</w:t>
            </w:r>
            <w:proofErr w:type="spellEnd"/>
            <w:r w:rsidRPr="004543E3">
              <w:rPr>
                <w:rFonts w:cs="Times New Roman"/>
                <w:szCs w:val="26"/>
              </w:rPr>
              <w:t xml:space="preserve"> </w:t>
            </w:r>
            <w:proofErr w:type="spellStart"/>
            <w:r w:rsidRPr="004543E3">
              <w:rPr>
                <w:rFonts w:cs="Times New Roman"/>
                <w:szCs w:val="26"/>
              </w:rPr>
              <w:t>đề</w:t>
            </w:r>
            <w:proofErr w:type="spellEnd"/>
            <w:r w:rsidRPr="004543E3">
              <w:rPr>
                <w:rFonts w:cs="Times New Roman"/>
                <w:szCs w:val="26"/>
              </w:rPr>
              <w:t xml:space="preserve"> </w:t>
            </w:r>
            <w:proofErr w:type="spellStart"/>
            <w:r w:rsidRPr="004543E3">
              <w:rPr>
                <w:rFonts w:cs="Times New Roman"/>
                <w:szCs w:val="26"/>
              </w:rPr>
              <w:t>nghị</w:t>
            </w:r>
            <w:proofErr w:type="spellEnd"/>
            <w:r w:rsidRPr="004543E3">
              <w:rPr>
                <w:rFonts w:cs="Times New Roman"/>
                <w:szCs w:val="26"/>
              </w:rPr>
              <w:t xml:space="preserve"> </w:t>
            </w:r>
            <w:proofErr w:type="spellStart"/>
            <w:r w:rsidRPr="004543E3">
              <w:rPr>
                <w:rFonts w:cs="Times New Roman"/>
                <w:szCs w:val="26"/>
              </w:rPr>
              <w:t>gắn</w:t>
            </w:r>
            <w:proofErr w:type="spellEnd"/>
            <w:r w:rsidRPr="004543E3">
              <w:rPr>
                <w:rFonts w:cs="Times New Roman"/>
                <w:szCs w:val="26"/>
              </w:rPr>
              <w:t xml:space="preserve"> </w:t>
            </w:r>
            <w:proofErr w:type="spellStart"/>
            <w:r w:rsidRPr="004543E3">
              <w:rPr>
                <w:rFonts w:cs="Times New Roman"/>
                <w:szCs w:val="26"/>
              </w:rPr>
              <w:t>tiêu</w:t>
            </w:r>
            <w:proofErr w:type="spellEnd"/>
            <w:r w:rsidRPr="004543E3">
              <w:rPr>
                <w:rFonts w:cs="Times New Roman"/>
                <w:szCs w:val="26"/>
              </w:rPr>
              <w:t xml:space="preserve"> </w:t>
            </w:r>
            <w:proofErr w:type="spellStart"/>
            <w:r w:rsidRPr="004543E3">
              <w:rPr>
                <w:rFonts w:cs="Times New Roman"/>
                <w:szCs w:val="26"/>
              </w:rPr>
              <w:t>chuẩn</w:t>
            </w:r>
            <w:proofErr w:type="spellEnd"/>
            <w:r w:rsidRPr="004543E3">
              <w:rPr>
                <w:rFonts w:cs="Times New Roman"/>
                <w:szCs w:val="26"/>
              </w:rPr>
              <w:t xml:space="preserve"> </w:t>
            </w:r>
            <w:proofErr w:type="spellStart"/>
            <w:r w:rsidRPr="004543E3">
              <w:rPr>
                <w:rFonts w:cs="Times New Roman"/>
                <w:szCs w:val="26"/>
              </w:rPr>
              <w:t>với</w:t>
            </w:r>
            <w:proofErr w:type="spellEnd"/>
            <w:r w:rsidRPr="004543E3">
              <w:rPr>
                <w:rFonts w:cs="Times New Roman"/>
                <w:szCs w:val="26"/>
              </w:rPr>
              <w:t xml:space="preserve"> </w:t>
            </w:r>
            <w:proofErr w:type="spellStart"/>
            <w:r w:rsidRPr="004543E3">
              <w:rPr>
                <w:rFonts w:cs="Times New Roman"/>
                <w:szCs w:val="26"/>
              </w:rPr>
              <w:t>yêu</w:t>
            </w:r>
            <w:proofErr w:type="spellEnd"/>
            <w:r w:rsidRPr="004543E3">
              <w:rPr>
                <w:rFonts w:cs="Times New Roman"/>
                <w:szCs w:val="26"/>
              </w:rPr>
              <w:t xml:space="preserve"> </w:t>
            </w:r>
            <w:proofErr w:type="spellStart"/>
            <w:r w:rsidRPr="004543E3">
              <w:rPr>
                <w:rFonts w:cs="Times New Roman"/>
                <w:szCs w:val="26"/>
              </w:rPr>
              <w:t>cầu</w:t>
            </w:r>
            <w:proofErr w:type="spellEnd"/>
            <w:r w:rsidRPr="004543E3">
              <w:rPr>
                <w:rFonts w:cs="Times New Roman"/>
                <w:szCs w:val="26"/>
              </w:rPr>
              <w:t xml:space="preserve"> </w:t>
            </w:r>
            <w:proofErr w:type="spellStart"/>
            <w:r w:rsidRPr="004543E3">
              <w:rPr>
                <w:rFonts w:cs="Times New Roman"/>
                <w:szCs w:val="26"/>
              </w:rPr>
              <w:t>vị</w:t>
            </w:r>
            <w:proofErr w:type="spellEnd"/>
            <w:r w:rsidRPr="004543E3">
              <w:rPr>
                <w:rFonts w:cs="Times New Roman"/>
                <w:szCs w:val="26"/>
              </w:rPr>
              <w:t xml:space="preserve"> </w:t>
            </w:r>
            <w:proofErr w:type="spellStart"/>
            <w:r w:rsidRPr="004543E3">
              <w:rPr>
                <w:rFonts w:cs="Times New Roman"/>
                <w:szCs w:val="26"/>
              </w:rPr>
              <w:t>trí</w:t>
            </w:r>
            <w:proofErr w:type="spellEnd"/>
            <w:r w:rsidRPr="004543E3">
              <w:rPr>
                <w:rFonts w:cs="Times New Roman"/>
                <w:szCs w:val="26"/>
              </w:rPr>
              <w:t xml:space="preserve"> </w:t>
            </w:r>
            <w:proofErr w:type="spellStart"/>
            <w:r w:rsidRPr="004543E3">
              <w:rPr>
                <w:rFonts w:cs="Times New Roman"/>
                <w:szCs w:val="26"/>
              </w:rPr>
              <w:t>việc</w:t>
            </w:r>
            <w:proofErr w:type="spellEnd"/>
            <w:r w:rsidRPr="004543E3">
              <w:rPr>
                <w:rFonts w:cs="Times New Roman"/>
                <w:szCs w:val="26"/>
              </w:rPr>
              <w:t xml:space="preserve"> </w:t>
            </w:r>
            <w:proofErr w:type="spellStart"/>
            <w:r w:rsidRPr="004543E3">
              <w:rPr>
                <w:rFonts w:cs="Times New Roman"/>
                <w:szCs w:val="26"/>
              </w:rPr>
              <w:t>làm</w:t>
            </w:r>
            <w:proofErr w:type="spellEnd"/>
            <w:r w:rsidRPr="004543E3">
              <w:rPr>
                <w:rFonts w:cs="Times New Roman"/>
                <w:szCs w:val="26"/>
              </w:rPr>
              <w:t xml:space="preserve"> </w:t>
            </w:r>
            <w:proofErr w:type="spellStart"/>
            <w:r w:rsidRPr="004543E3">
              <w:rPr>
                <w:rFonts w:cs="Times New Roman"/>
                <w:szCs w:val="26"/>
              </w:rPr>
              <w:t>và</w:t>
            </w:r>
            <w:proofErr w:type="spellEnd"/>
            <w:r w:rsidRPr="004543E3">
              <w:rPr>
                <w:rFonts w:cs="Times New Roman"/>
                <w:szCs w:val="26"/>
              </w:rPr>
              <w:t xml:space="preserve"> </w:t>
            </w:r>
            <w:proofErr w:type="spellStart"/>
            <w:r w:rsidRPr="004543E3">
              <w:rPr>
                <w:rFonts w:cs="Times New Roman"/>
                <w:szCs w:val="26"/>
              </w:rPr>
              <w:t>kết</w:t>
            </w:r>
            <w:proofErr w:type="spellEnd"/>
            <w:r w:rsidRPr="004543E3">
              <w:rPr>
                <w:rFonts w:cs="Times New Roman"/>
                <w:szCs w:val="26"/>
              </w:rPr>
              <w:t xml:space="preserve"> </w:t>
            </w:r>
            <w:proofErr w:type="spellStart"/>
            <w:r w:rsidRPr="004543E3">
              <w:rPr>
                <w:rFonts w:cs="Times New Roman"/>
                <w:szCs w:val="26"/>
              </w:rPr>
              <w:t>quả</w:t>
            </w:r>
            <w:proofErr w:type="spellEnd"/>
            <w:r w:rsidRPr="004543E3">
              <w:rPr>
                <w:rFonts w:cs="Times New Roman"/>
                <w:szCs w:val="26"/>
              </w:rPr>
              <w:t xml:space="preserve"> </w:t>
            </w:r>
            <w:proofErr w:type="spellStart"/>
            <w:r w:rsidRPr="004543E3">
              <w:rPr>
                <w:rFonts w:cs="Times New Roman"/>
                <w:szCs w:val="26"/>
              </w:rPr>
              <w:t>đầu</w:t>
            </w:r>
            <w:proofErr w:type="spellEnd"/>
            <w:r w:rsidRPr="004543E3">
              <w:rPr>
                <w:rFonts w:cs="Times New Roman"/>
                <w:szCs w:val="26"/>
              </w:rPr>
              <w:t xml:space="preserve"> </w:t>
            </w:r>
            <w:proofErr w:type="spellStart"/>
            <w:r w:rsidRPr="004543E3">
              <w:rPr>
                <w:rFonts w:cs="Times New Roman"/>
                <w:szCs w:val="26"/>
              </w:rPr>
              <w:t>ra</w:t>
            </w:r>
            <w:proofErr w:type="spellEnd"/>
            <w:r w:rsidRPr="004543E3">
              <w:rPr>
                <w:rFonts w:cs="Times New Roman"/>
                <w:szCs w:val="26"/>
              </w:rPr>
              <w:t xml:space="preserve"> </w:t>
            </w:r>
            <w:proofErr w:type="spellStart"/>
            <w:r w:rsidRPr="004543E3">
              <w:rPr>
                <w:rFonts w:cs="Times New Roman"/>
                <w:szCs w:val="26"/>
              </w:rPr>
              <w:t>của</w:t>
            </w:r>
            <w:proofErr w:type="spellEnd"/>
            <w:r w:rsidRPr="004543E3">
              <w:rPr>
                <w:rFonts w:cs="Times New Roman"/>
                <w:szCs w:val="26"/>
              </w:rPr>
              <w:t xml:space="preserve"> </w:t>
            </w:r>
            <w:proofErr w:type="spellStart"/>
            <w:r w:rsidRPr="004543E3">
              <w:rPr>
                <w:rFonts w:cs="Times New Roman"/>
                <w:szCs w:val="26"/>
              </w:rPr>
              <w:t>công</w:t>
            </w:r>
            <w:proofErr w:type="spellEnd"/>
            <w:r w:rsidRPr="004543E3">
              <w:rPr>
                <w:rFonts w:cs="Times New Roman"/>
                <w:szCs w:val="26"/>
              </w:rPr>
              <w:t xml:space="preserve"> </w:t>
            </w:r>
            <w:proofErr w:type="spellStart"/>
            <w:r w:rsidRPr="004543E3">
              <w:rPr>
                <w:rFonts w:cs="Times New Roman"/>
                <w:szCs w:val="26"/>
              </w:rPr>
              <w:t>việc</w:t>
            </w:r>
            <w:proofErr w:type="spellEnd"/>
            <w:r w:rsidRPr="004543E3">
              <w:rPr>
                <w:rFonts w:cs="Times New Roman"/>
                <w:szCs w:val="26"/>
              </w:rPr>
              <w:t xml:space="preserve">, </w:t>
            </w:r>
            <w:proofErr w:type="spellStart"/>
            <w:r w:rsidRPr="004543E3">
              <w:rPr>
                <w:rFonts w:cs="Times New Roman"/>
                <w:szCs w:val="26"/>
              </w:rPr>
              <w:t>dự</w:t>
            </w:r>
            <w:proofErr w:type="spellEnd"/>
            <w:r w:rsidRPr="004543E3">
              <w:rPr>
                <w:rFonts w:cs="Times New Roman"/>
                <w:szCs w:val="26"/>
              </w:rPr>
              <w:t xml:space="preserve"> </w:t>
            </w:r>
            <w:proofErr w:type="spellStart"/>
            <w:r w:rsidRPr="004543E3">
              <w:rPr>
                <w:rFonts w:cs="Times New Roman"/>
                <w:szCs w:val="26"/>
              </w:rPr>
              <w:t>thảo</w:t>
            </w:r>
            <w:proofErr w:type="spellEnd"/>
            <w:r w:rsidRPr="004543E3">
              <w:rPr>
                <w:rFonts w:cs="Times New Roman"/>
                <w:szCs w:val="26"/>
              </w:rPr>
              <w:t xml:space="preserve"> Thông </w:t>
            </w:r>
            <w:proofErr w:type="spellStart"/>
            <w:r w:rsidRPr="004543E3">
              <w:rPr>
                <w:rFonts w:cs="Times New Roman"/>
                <w:szCs w:val="26"/>
              </w:rPr>
              <w:t>tư</w:t>
            </w:r>
            <w:proofErr w:type="spellEnd"/>
            <w:r w:rsidRPr="004543E3">
              <w:rPr>
                <w:rFonts w:cs="Times New Roman"/>
                <w:szCs w:val="26"/>
              </w:rPr>
              <w:t xml:space="preserve"> </w:t>
            </w:r>
            <w:proofErr w:type="spellStart"/>
            <w:r w:rsidRPr="004543E3">
              <w:rPr>
                <w:rFonts w:cs="Times New Roman"/>
                <w:szCs w:val="26"/>
              </w:rPr>
              <w:t>đang</w:t>
            </w:r>
            <w:proofErr w:type="spellEnd"/>
            <w:r w:rsidRPr="004543E3">
              <w:rPr>
                <w:rFonts w:cs="Times New Roman"/>
                <w:szCs w:val="26"/>
              </w:rPr>
              <w:t xml:space="preserve"> </w:t>
            </w:r>
            <w:proofErr w:type="spellStart"/>
            <w:r w:rsidRPr="004543E3">
              <w:rPr>
                <w:rFonts w:cs="Times New Roman"/>
                <w:szCs w:val="26"/>
              </w:rPr>
              <w:t>đê</w:t>
            </w:r>
            <w:proofErr w:type="spellEnd"/>
            <w:r w:rsidRPr="004543E3">
              <w:rPr>
                <w:rFonts w:cs="Times New Roman"/>
                <w:szCs w:val="26"/>
              </w:rPr>
              <w:t xml:space="preserve">̀ </w:t>
            </w:r>
            <w:proofErr w:type="spellStart"/>
            <w:r w:rsidRPr="004543E3">
              <w:rPr>
                <w:rFonts w:cs="Times New Roman"/>
                <w:szCs w:val="26"/>
              </w:rPr>
              <w:t>cập</w:t>
            </w:r>
            <w:proofErr w:type="spellEnd"/>
            <w:r w:rsidRPr="004543E3">
              <w:rPr>
                <w:rFonts w:cs="Times New Roman"/>
                <w:szCs w:val="26"/>
              </w:rPr>
              <w:t xml:space="preserve"> </w:t>
            </w:r>
            <w:proofErr w:type="spellStart"/>
            <w:r w:rsidRPr="004543E3">
              <w:rPr>
                <w:rFonts w:cs="Times New Roman"/>
                <w:szCs w:val="26"/>
              </w:rPr>
              <w:t>đến</w:t>
            </w:r>
            <w:proofErr w:type="spellEnd"/>
            <w:r w:rsidRPr="004543E3">
              <w:rPr>
                <w:rFonts w:cs="Times New Roman"/>
                <w:szCs w:val="26"/>
              </w:rPr>
              <w:t xml:space="preserve"> </w:t>
            </w:r>
            <w:proofErr w:type="spellStart"/>
            <w:r w:rsidRPr="004543E3">
              <w:rPr>
                <w:rFonts w:cs="Times New Roman"/>
                <w:szCs w:val="26"/>
              </w:rPr>
              <w:t>việc</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trách</w:t>
            </w:r>
            <w:proofErr w:type="spellEnd"/>
            <w:r w:rsidRPr="004543E3">
              <w:rPr>
                <w:szCs w:val="26"/>
              </w:rPr>
              <w:t xml:space="preserve">, </w:t>
            </w:r>
            <w:proofErr w:type="spellStart"/>
            <w:r w:rsidRPr="004543E3">
              <w:rPr>
                <w:szCs w:val="26"/>
              </w:rPr>
              <w:t>nhiệm</w:t>
            </w:r>
            <w:proofErr w:type="spellEnd"/>
            <w:r w:rsidRPr="004543E3">
              <w:rPr>
                <w:szCs w:val="26"/>
              </w:rPr>
              <w:t xml:space="preserve"> vụ </w:t>
            </w:r>
            <w:proofErr w:type="spellStart"/>
            <w:r w:rsidRPr="004543E3">
              <w:rPr>
                <w:szCs w:val="26"/>
              </w:rPr>
              <w:t>va</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vê</w:t>
            </w:r>
            <w:proofErr w:type="spellEnd"/>
            <w:r w:rsidRPr="004543E3">
              <w:rPr>
                <w:szCs w:val="26"/>
              </w:rPr>
              <w:t xml:space="preserve">̀ </w:t>
            </w:r>
            <w:proofErr w:type="spellStart"/>
            <w:r w:rsidRPr="004543E3">
              <w:rPr>
                <w:szCs w:val="26"/>
              </w:rPr>
              <w:t>trình</w:t>
            </w:r>
            <w:proofErr w:type="spellEnd"/>
            <w:r w:rsidRPr="004543E3">
              <w:rPr>
                <w:szCs w:val="26"/>
              </w:rPr>
              <w:t xml:space="preserve"> </w:t>
            </w:r>
            <w:proofErr w:type="spellStart"/>
            <w:r w:rsidRPr="004543E3">
              <w:rPr>
                <w:szCs w:val="26"/>
              </w:rPr>
              <w:t>đô</w:t>
            </w:r>
            <w:proofErr w:type="spellEnd"/>
            <w:r w:rsidRPr="004543E3">
              <w:rPr>
                <w:szCs w:val="26"/>
              </w:rPr>
              <w:t xml:space="preserve">̣ </w:t>
            </w:r>
            <w:proofErr w:type="spellStart"/>
            <w:r w:rsidRPr="004543E3">
              <w:rPr>
                <w:szCs w:val="26"/>
              </w:rPr>
              <w:t>đào</w:t>
            </w:r>
            <w:proofErr w:type="spellEnd"/>
            <w:r w:rsidRPr="004543E3">
              <w:rPr>
                <w:szCs w:val="26"/>
              </w:rPr>
              <w:t xml:space="preserve"> </w:t>
            </w:r>
            <w:proofErr w:type="spellStart"/>
            <w:r w:rsidRPr="004543E3">
              <w:rPr>
                <w:szCs w:val="26"/>
              </w:rPr>
              <w:t>tạo</w:t>
            </w:r>
            <w:proofErr w:type="spellEnd"/>
            <w:r w:rsidRPr="004543E3">
              <w:rPr>
                <w:szCs w:val="26"/>
              </w:rPr>
              <w:t xml:space="preserve">, </w:t>
            </w:r>
            <w:proofErr w:type="spellStart"/>
            <w:r w:rsidRPr="004543E3">
              <w:rPr>
                <w:szCs w:val="26"/>
              </w:rPr>
              <w:t>bồi</w:t>
            </w:r>
            <w:proofErr w:type="spellEnd"/>
            <w:r w:rsidRPr="004543E3">
              <w:rPr>
                <w:szCs w:val="26"/>
              </w:rPr>
              <w:t xml:space="preserve"> </w:t>
            </w:r>
            <w:proofErr w:type="spellStart"/>
            <w:r w:rsidRPr="004543E3">
              <w:rPr>
                <w:szCs w:val="26"/>
              </w:rPr>
              <w:t>dưỡng</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nghiệp</w:t>
            </w:r>
            <w:proofErr w:type="spellEnd"/>
            <w:r w:rsidRPr="004543E3">
              <w:rPr>
                <w:szCs w:val="26"/>
              </w:rPr>
              <w:t xml:space="preserve"> vụ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theo</w:t>
            </w:r>
            <w:proofErr w:type="spellEnd"/>
            <w:r w:rsidRPr="004543E3">
              <w:rPr>
                <w:szCs w:val="26"/>
              </w:rPr>
              <w:t xml:space="preserve"> vị trí </w:t>
            </w:r>
            <w:proofErr w:type="spellStart"/>
            <w:r w:rsidRPr="004543E3">
              <w:rPr>
                <w:szCs w:val="26"/>
              </w:rPr>
              <w:t>việc</w:t>
            </w:r>
            <w:proofErr w:type="spellEnd"/>
            <w:r w:rsidRPr="004543E3">
              <w:rPr>
                <w:szCs w:val="26"/>
              </w:rPr>
              <w:t xml:space="preserve"> </w:t>
            </w:r>
            <w:proofErr w:type="spellStart"/>
            <w:r w:rsidRPr="004543E3">
              <w:rPr>
                <w:szCs w:val="26"/>
              </w:rPr>
              <w:t>làm</w:t>
            </w:r>
            <w:proofErr w:type="spellEnd"/>
            <w:r w:rsidRPr="004543E3">
              <w:rPr>
                <w:szCs w:val="26"/>
              </w:rPr>
              <w:t xml:space="preserve"> </w:t>
            </w:r>
            <w:proofErr w:type="spellStart"/>
            <w:r w:rsidRPr="004543E3">
              <w:rPr>
                <w:szCs w:val="26"/>
              </w:rPr>
              <w:t>chư</w:t>
            </w:r>
            <w:proofErr w:type="spellEnd"/>
            <w:r w:rsidRPr="004543E3">
              <w:rPr>
                <w:szCs w:val="26"/>
              </w:rPr>
              <w:t xml:space="preserve">́ </w:t>
            </w:r>
            <w:proofErr w:type="spellStart"/>
            <w:r w:rsidRPr="004543E3">
              <w:rPr>
                <w:szCs w:val="26"/>
              </w:rPr>
              <w:t>không</w:t>
            </w:r>
            <w:proofErr w:type="spellEnd"/>
            <w:r w:rsidRPr="004543E3">
              <w:rPr>
                <w:szCs w:val="26"/>
              </w:rPr>
              <w:t xml:space="preserve"> </w:t>
            </w:r>
            <w:proofErr w:type="spellStart"/>
            <w:r w:rsidRPr="004543E3">
              <w:rPr>
                <w:szCs w:val="26"/>
              </w:rPr>
              <w:t>tập</w:t>
            </w:r>
            <w:proofErr w:type="spellEnd"/>
            <w:r w:rsidRPr="004543E3">
              <w:rPr>
                <w:szCs w:val="26"/>
              </w:rPr>
              <w:t xml:space="preserve"> </w:t>
            </w:r>
            <w:proofErr w:type="spellStart"/>
            <w:r w:rsidRPr="004543E3">
              <w:rPr>
                <w:szCs w:val="26"/>
              </w:rPr>
              <w:t>trung</w:t>
            </w:r>
            <w:proofErr w:type="spellEnd"/>
            <w:r w:rsidRPr="004543E3">
              <w:rPr>
                <w:szCs w:val="26"/>
              </w:rPr>
              <w:t xml:space="preserve"> </w:t>
            </w:r>
            <w:proofErr w:type="spellStart"/>
            <w:r w:rsidRPr="004543E3">
              <w:rPr>
                <w:szCs w:val="26"/>
              </w:rPr>
              <w:t>xây</w:t>
            </w:r>
            <w:proofErr w:type="spellEnd"/>
            <w:r w:rsidRPr="004543E3">
              <w:rPr>
                <w:szCs w:val="26"/>
              </w:rPr>
              <w:t xml:space="preserve"> </w:t>
            </w:r>
            <w:proofErr w:type="spellStart"/>
            <w:r w:rsidRPr="004543E3">
              <w:rPr>
                <w:szCs w:val="26"/>
              </w:rPr>
              <w:t>dựng</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vị trí </w:t>
            </w:r>
            <w:proofErr w:type="spellStart"/>
            <w:r w:rsidRPr="004543E3">
              <w:rPr>
                <w:szCs w:val="26"/>
              </w:rPr>
              <w:t>việc</w:t>
            </w:r>
            <w:proofErr w:type="spellEnd"/>
            <w:r w:rsidRPr="004543E3">
              <w:rPr>
                <w:szCs w:val="26"/>
              </w:rPr>
              <w:t xml:space="preserve"> </w:t>
            </w:r>
            <w:proofErr w:type="spellStart"/>
            <w:r w:rsidRPr="004543E3">
              <w:rPr>
                <w:szCs w:val="26"/>
              </w:rPr>
              <w:t>làm</w:t>
            </w:r>
            <w:proofErr w:type="spellEnd"/>
            <w:r w:rsidRPr="004543E3">
              <w:rPr>
                <w:rFonts w:cs="Times New Roman"/>
                <w:szCs w:val="26"/>
              </w:rPr>
              <w:t xml:space="preserve">; </w:t>
            </w:r>
            <w:proofErr w:type="spellStart"/>
            <w:r w:rsidRPr="004543E3">
              <w:rPr>
                <w:rFonts w:cs="Times New Roman"/>
                <w:szCs w:val="26"/>
              </w:rPr>
              <w:t>việc</w:t>
            </w:r>
            <w:proofErr w:type="spellEnd"/>
            <w:r w:rsidRPr="004543E3">
              <w:rPr>
                <w:rFonts w:cs="Times New Roman"/>
                <w:szCs w:val="26"/>
              </w:rPr>
              <w:t xml:space="preserve"> </w:t>
            </w:r>
            <w:proofErr w:type="spellStart"/>
            <w:r w:rsidRPr="004543E3">
              <w:rPr>
                <w:rFonts w:cs="Times New Roman"/>
                <w:szCs w:val="26"/>
              </w:rPr>
              <w:t>đánh</w:t>
            </w:r>
            <w:proofErr w:type="spellEnd"/>
            <w:r w:rsidRPr="004543E3">
              <w:rPr>
                <w:rFonts w:cs="Times New Roman"/>
                <w:szCs w:val="26"/>
              </w:rPr>
              <w:t xml:space="preserve"> </w:t>
            </w:r>
            <w:proofErr w:type="spellStart"/>
            <w:r w:rsidRPr="004543E3">
              <w:rPr>
                <w:rFonts w:cs="Times New Roman"/>
                <w:szCs w:val="26"/>
              </w:rPr>
              <w:t>giá</w:t>
            </w:r>
            <w:proofErr w:type="spellEnd"/>
            <w:r w:rsidRPr="004543E3">
              <w:rPr>
                <w:rFonts w:cs="Times New Roman"/>
                <w:szCs w:val="26"/>
              </w:rPr>
              <w:t xml:space="preserve"> </w:t>
            </w:r>
            <w:proofErr w:type="spellStart"/>
            <w:r w:rsidRPr="004543E3">
              <w:rPr>
                <w:rFonts w:cs="Times New Roman"/>
                <w:szCs w:val="26"/>
              </w:rPr>
              <w:t>kết</w:t>
            </w:r>
            <w:proofErr w:type="spellEnd"/>
            <w:r w:rsidRPr="004543E3">
              <w:rPr>
                <w:rFonts w:cs="Times New Roman"/>
                <w:szCs w:val="26"/>
              </w:rPr>
              <w:t xml:space="preserve"> </w:t>
            </w:r>
            <w:proofErr w:type="spellStart"/>
            <w:r w:rsidRPr="004543E3">
              <w:rPr>
                <w:rFonts w:cs="Times New Roman"/>
                <w:szCs w:val="26"/>
              </w:rPr>
              <w:t>quả</w:t>
            </w:r>
            <w:proofErr w:type="spellEnd"/>
            <w:r w:rsidRPr="004543E3">
              <w:rPr>
                <w:rFonts w:cs="Times New Roman"/>
                <w:szCs w:val="26"/>
              </w:rPr>
              <w:t xml:space="preserve"> </w:t>
            </w:r>
            <w:proofErr w:type="spellStart"/>
            <w:r w:rsidRPr="004543E3">
              <w:rPr>
                <w:rFonts w:cs="Times New Roman"/>
                <w:szCs w:val="26"/>
              </w:rPr>
              <w:t>đầu</w:t>
            </w:r>
            <w:proofErr w:type="spellEnd"/>
            <w:r w:rsidRPr="004543E3">
              <w:rPr>
                <w:rFonts w:cs="Times New Roman"/>
                <w:szCs w:val="26"/>
              </w:rPr>
              <w:t xml:space="preserve"> </w:t>
            </w:r>
            <w:proofErr w:type="spellStart"/>
            <w:r w:rsidRPr="004543E3">
              <w:rPr>
                <w:rFonts w:cs="Times New Roman"/>
                <w:szCs w:val="26"/>
              </w:rPr>
              <w:t>ra</w:t>
            </w:r>
            <w:proofErr w:type="spellEnd"/>
            <w:r w:rsidRPr="004543E3">
              <w:rPr>
                <w:rFonts w:cs="Times New Roman"/>
                <w:szCs w:val="26"/>
              </w:rPr>
              <w:t xml:space="preserve"> </w:t>
            </w:r>
            <w:proofErr w:type="spellStart"/>
            <w:r w:rsidRPr="004543E3">
              <w:rPr>
                <w:rFonts w:cs="Times New Roman"/>
                <w:szCs w:val="26"/>
              </w:rPr>
              <w:t>thuộc</w:t>
            </w:r>
            <w:proofErr w:type="spellEnd"/>
            <w:r w:rsidRPr="004543E3">
              <w:rPr>
                <w:rFonts w:cs="Times New Roman"/>
                <w:szCs w:val="26"/>
              </w:rPr>
              <w:t xml:space="preserve"> </w:t>
            </w:r>
            <w:proofErr w:type="spellStart"/>
            <w:r w:rsidRPr="004543E3">
              <w:rPr>
                <w:rFonts w:cs="Times New Roman"/>
                <w:szCs w:val="26"/>
              </w:rPr>
              <w:t>phạm</w:t>
            </w:r>
            <w:proofErr w:type="spellEnd"/>
            <w:r w:rsidRPr="004543E3">
              <w:rPr>
                <w:rFonts w:cs="Times New Roman"/>
                <w:szCs w:val="26"/>
              </w:rPr>
              <w:t xml:space="preserve"> vi </w:t>
            </w:r>
            <w:proofErr w:type="spellStart"/>
            <w:r w:rsidRPr="004543E3">
              <w:rPr>
                <w:rFonts w:cs="Times New Roman"/>
                <w:szCs w:val="26"/>
              </w:rPr>
              <w:t>của</w:t>
            </w:r>
            <w:proofErr w:type="spellEnd"/>
            <w:r w:rsidRPr="004543E3">
              <w:rPr>
                <w:rFonts w:cs="Times New Roman"/>
                <w:szCs w:val="26"/>
              </w:rPr>
              <w:t xml:space="preserve"> </w:t>
            </w:r>
            <w:proofErr w:type="spellStart"/>
            <w:r w:rsidRPr="004543E3">
              <w:rPr>
                <w:rFonts w:cs="Times New Roman"/>
                <w:szCs w:val="26"/>
              </w:rPr>
              <w:t>cơ</w:t>
            </w:r>
            <w:proofErr w:type="spellEnd"/>
            <w:r w:rsidRPr="004543E3">
              <w:rPr>
                <w:rFonts w:cs="Times New Roman"/>
                <w:szCs w:val="26"/>
              </w:rPr>
              <w:t xml:space="preserve"> </w:t>
            </w:r>
            <w:proofErr w:type="spellStart"/>
            <w:r w:rsidRPr="004543E3">
              <w:rPr>
                <w:rFonts w:cs="Times New Roman"/>
                <w:szCs w:val="26"/>
              </w:rPr>
              <w:t>quan</w:t>
            </w:r>
            <w:proofErr w:type="spellEnd"/>
            <w:r w:rsidRPr="004543E3">
              <w:rPr>
                <w:rFonts w:cs="Times New Roman"/>
                <w:szCs w:val="26"/>
              </w:rPr>
              <w:t xml:space="preserve"> có </w:t>
            </w:r>
            <w:proofErr w:type="spellStart"/>
            <w:r w:rsidRPr="004543E3">
              <w:rPr>
                <w:rFonts w:cs="Times New Roman"/>
                <w:szCs w:val="26"/>
              </w:rPr>
              <w:t>thẩm</w:t>
            </w:r>
            <w:proofErr w:type="spellEnd"/>
            <w:r w:rsidRPr="004543E3">
              <w:rPr>
                <w:rFonts w:cs="Times New Roman"/>
                <w:szCs w:val="26"/>
              </w:rPr>
              <w:t xml:space="preserve"> </w:t>
            </w:r>
            <w:proofErr w:type="spellStart"/>
            <w:r w:rsidRPr="004543E3">
              <w:rPr>
                <w:rFonts w:cs="Times New Roman"/>
                <w:szCs w:val="26"/>
              </w:rPr>
              <w:t>quyền</w:t>
            </w:r>
            <w:proofErr w:type="spellEnd"/>
            <w:r w:rsidRPr="004543E3">
              <w:rPr>
                <w:rFonts w:cs="Times New Roman"/>
                <w:szCs w:val="26"/>
              </w:rPr>
              <w:t xml:space="preserve"> </w:t>
            </w:r>
            <w:proofErr w:type="spellStart"/>
            <w:r w:rsidRPr="004543E3">
              <w:rPr>
                <w:rFonts w:cs="Times New Roman"/>
                <w:szCs w:val="26"/>
              </w:rPr>
              <w:t>quản</w:t>
            </w:r>
            <w:proofErr w:type="spellEnd"/>
            <w:r w:rsidRPr="004543E3">
              <w:rPr>
                <w:rFonts w:cs="Times New Roman"/>
                <w:szCs w:val="26"/>
              </w:rPr>
              <w:t xml:space="preserve"> </w:t>
            </w:r>
            <w:proofErr w:type="spellStart"/>
            <w:r w:rsidRPr="004543E3">
              <w:rPr>
                <w:rFonts w:cs="Times New Roman"/>
                <w:szCs w:val="26"/>
              </w:rPr>
              <w:t>lý</w:t>
            </w:r>
            <w:proofErr w:type="spellEnd"/>
            <w:r w:rsidRPr="004543E3">
              <w:rPr>
                <w:rFonts w:cs="Times New Roman"/>
                <w:szCs w:val="26"/>
              </w:rPr>
              <w:t xml:space="preserve">, </w:t>
            </w:r>
            <w:proofErr w:type="spellStart"/>
            <w:r w:rsidRPr="004543E3">
              <w:rPr>
                <w:rFonts w:cs="Times New Roman"/>
                <w:szCs w:val="26"/>
              </w:rPr>
              <w:t>sử</w:t>
            </w:r>
            <w:proofErr w:type="spellEnd"/>
            <w:r w:rsidRPr="004543E3">
              <w:rPr>
                <w:rFonts w:cs="Times New Roman"/>
                <w:szCs w:val="26"/>
              </w:rPr>
              <w:t xml:space="preserve"> </w:t>
            </w:r>
            <w:proofErr w:type="spellStart"/>
            <w:r w:rsidRPr="004543E3">
              <w:rPr>
                <w:rFonts w:cs="Times New Roman"/>
                <w:szCs w:val="26"/>
              </w:rPr>
              <w:t>dụng</w:t>
            </w:r>
            <w:proofErr w:type="spellEnd"/>
            <w:r w:rsidRPr="004543E3">
              <w:rPr>
                <w:rFonts w:cs="Times New Roman"/>
                <w:szCs w:val="26"/>
              </w:rPr>
              <w:t xml:space="preserve"> </w:t>
            </w:r>
            <w:proofErr w:type="spellStart"/>
            <w:r w:rsidRPr="004543E3">
              <w:rPr>
                <w:rFonts w:cs="Times New Roman"/>
                <w:szCs w:val="26"/>
              </w:rPr>
              <w:t>công</w:t>
            </w:r>
            <w:proofErr w:type="spellEnd"/>
            <w:r w:rsidRPr="004543E3">
              <w:rPr>
                <w:rFonts w:cs="Times New Roman"/>
                <w:szCs w:val="26"/>
              </w:rPr>
              <w:t xml:space="preserve"> </w:t>
            </w:r>
            <w:proofErr w:type="spellStart"/>
            <w:r w:rsidRPr="004543E3">
              <w:rPr>
                <w:rFonts w:cs="Times New Roman"/>
                <w:szCs w:val="26"/>
              </w:rPr>
              <w:t>chức</w:t>
            </w:r>
            <w:proofErr w:type="spellEnd"/>
            <w:r w:rsidRPr="004543E3">
              <w:rPr>
                <w:rFonts w:cs="Times New Roman"/>
                <w:szCs w:val="26"/>
              </w:rPr>
              <w:t xml:space="preserve">, </w:t>
            </w:r>
            <w:proofErr w:type="spellStart"/>
            <w:r w:rsidRPr="004543E3">
              <w:rPr>
                <w:rFonts w:cs="Times New Roman"/>
                <w:szCs w:val="26"/>
              </w:rPr>
              <w:t>viên</w:t>
            </w:r>
            <w:proofErr w:type="spellEnd"/>
            <w:r w:rsidRPr="004543E3">
              <w:rPr>
                <w:rFonts w:cs="Times New Roman"/>
                <w:szCs w:val="26"/>
              </w:rPr>
              <w:t xml:space="preserve"> </w:t>
            </w:r>
            <w:proofErr w:type="spellStart"/>
            <w:r w:rsidRPr="004543E3">
              <w:rPr>
                <w:rFonts w:cs="Times New Roman"/>
                <w:szCs w:val="26"/>
              </w:rPr>
              <w:t>chức</w:t>
            </w:r>
            <w:proofErr w:type="spellEnd"/>
            <w:r w:rsidRPr="004543E3">
              <w:rPr>
                <w:rFonts w:cs="Times New Roman"/>
                <w:szCs w:val="26"/>
              </w:rPr>
              <w:t>.</w:t>
            </w:r>
          </w:p>
          <w:p w14:paraId="2E2D4E8B" w14:textId="7799C934" w:rsidR="004C2B3E" w:rsidRPr="004543E3" w:rsidRDefault="004C2B3E" w:rsidP="002A7D4F">
            <w:pPr>
              <w:spacing w:after="0" w:line="240" w:lineRule="auto"/>
              <w:jc w:val="both"/>
              <w:rPr>
                <w:rFonts w:cs="Times New Roman"/>
                <w:szCs w:val="26"/>
              </w:rPr>
            </w:pPr>
            <w:r w:rsidRPr="004543E3">
              <w:rPr>
                <w:rFonts w:cs="Times New Roman"/>
                <w:szCs w:val="26"/>
              </w:rPr>
              <w:lastRenderedPageBreak/>
              <w:t>-</w:t>
            </w:r>
            <w:r w:rsidRPr="004543E3">
              <w:rPr>
                <w:szCs w:val="26"/>
              </w:rPr>
              <w:t xml:space="preserve"> </w:t>
            </w:r>
            <w:proofErr w:type="spellStart"/>
            <w:r w:rsidRPr="004543E3">
              <w:rPr>
                <w:rFonts w:cs="Times New Roman"/>
                <w:szCs w:val="26"/>
              </w:rPr>
              <w:t>Đối</w:t>
            </w:r>
            <w:proofErr w:type="spellEnd"/>
            <w:r w:rsidRPr="004543E3">
              <w:rPr>
                <w:rFonts w:cs="Times New Roman"/>
                <w:szCs w:val="26"/>
              </w:rPr>
              <w:t xml:space="preserve"> </w:t>
            </w:r>
            <w:proofErr w:type="spellStart"/>
            <w:r w:rsidRPr="004543E3">
              <w:rPr>
                <w:rFonts w:cs="Times New Roman"/>
                <w:szCs w:val="26"/>
              </w:rPr>
              <w:t>với</w:t>
            </w:r>
            <w:proofErr w:type="spellEnd"/>
            <w:r w:rsidRPr="004543E3">
              <w:rPr>
                <w:rFonts w:cs="Times New Roman"/>
                <w:szCs w:val="26"/>
              </w:rPr>
              <w:t xml:space="preserve"> </w:t>
            </w:r>
            <w:proofErr w:type="spellStart"/>
            <w:r w:rsidRPr="004543E3">
              <w:rPr>
                <w:rFonts w:cs="Times New Roman"/>
                <w:szCs w:val="26"/>
              </w:rPr>
              <w:t>đề</w:t>
            </w:r>
            <w:proofErr w:type="spellEnd"/>
            <w:r w:rsidRPr="004543E3">
              <w:rPr>
                <w:rFonts w:cs="Times New Roman"/>
                <w:szCs w:val="26"/>
              </w:rPr>
              <w:t xml:space="preserve"> </w:t>
            </w:r>
            <w:proofErr w:type="spellStart"/>
            <w:r w:rsidRPr="004543E3">
              <w:rPr>
                <w:rFonts w:cs="Times New Roman"/>
                <w:szCs w:val="26"/>
              </w:rPr>
              <w:t>nghị</w:t>
            </w:r>
            <w:proofErr w:type="spellEnd"/>
            <w:r w:rsidRPr="004543E3">
              <w:rPr>
                <w:rFonts w:cs="Times New Roman"/>
                <w:szCs w:val="26"/>
              </w:rPr>
              <w:t xml:space="preserve"> </w:t>
            </w:r>
            <w:proofErr w:type="spellStart"/>
            <w:r w:rsidRPr="004543E3">
              <w:rPr>
                <w:rFonts w:cs="Times New Roman"/>
                <w:szCs w:val="26"/>
              </w:rPr>
              <w:t>bổ</w:t>
            </w:r>
            <w:proofErr w:type="spellEnd"/>
            <w:r w:rsidRPr="004543E3">
              <w:rPr>
                <w:rFonts w:cs="Times New Roman"/>
                <w:szCs w:val="26"/>
              </w:rPr>
              <w:t xml:space="preserve"> sung </w:t>
            </w:r>
            <w:proofErr w:type="spellStart"/>
            <w:r w:rsidRPr="004543E3">
              <w:rPr>
                <w:rFonts w:cs="Times New Roman"/>
                <w:szCs w:val="26"/>
              </w:rPr>
              <w:t>lộ</w:t>
            </w:r>
            <w:proofErr w:type="spellEnd"/>
            <w:r w:rsidRPr="004543E3">
              <w:rPr>
                <w:rFonts w:cs="Times New Roman"/>
                <w:szCs w:val="26"/>
              </w:rPr>
              <w:t xml:space="preserve"> </w:t>
            </w:r>
            <w:proofErr w:type="spellStart"/>
            <w:r w:rsidRPr="004543E3">
              <w:rPr>
                <w:rFonts w:cs="Times New Roman"/>
                <w:szCs w:val="26"/>
              </w:rPr>
              <w:t>trình</w:t>
            </w:r>
            <w:proofErr w:type="spellEnd"/>
            <w:r w:rsidRPr="004543E3">
              <w:rPr>
                <w:rFonts w:cs="Times New Roman"/>
                <w:szCs w:val="26"/>
              </w:rPr>
              <w:t xml:space="preserve"> </w:t>
            </w:r>
            <w:proofErr w:type="spellStart"/>
            <w:r w:rsidRPr="004543E3">
              <w:rPr>
                <w:rFonts w:cs="Times New Roman"/>
                <w:szCs w:val="26"/>
              </w:rPr>
              <w:t>áp</w:t>
            </w:r>
            <w:proofErr w:type="spellEnd"/>
            <w:r w:rsidRPr="004543E3">
              <w:rPr>
                <w:rFonts w:cs="Times New Roman"/>
                <w:szCs w:val="26"/>
              </w:rPr>
              <w:t xml:space="preserve"> </w:t>
            </w:r>
            <w:proofErr w:type="spellStart"/>
            <w:r w:rsidRPr="004543E3">
              <w:rPr>
                <w:rFonts w:cs="Times New Roman"/>
                <w:szCs w:val="26"/>
              </w:rPr>
              <w:t>dụng</w:t>
            </w:r>
            <w:proofErr w:type="spellEnd"/>
            <w:r w:rsidRPr="004543E3">
              <w:rPr>
                <w:rFonts w:cs="Times New Roman"/>
                <w:szCs w:val="26"/>
              </w:rPr>
              <w:t xml:space="preserve"> </w:t>
            </w:r>
            <w:proofErr w:type="spellStart"/>
            <w:r w:rsidRPr="004543E3">
              <w:rPr>
                <w:rFonts w:cs="Times New Roman"/>
                <w:szCs w:val="26"/>
              </w:rPr>
              <w:t>tiêu</w:t>
            </w:r>
            <w:proofErr w:type="spellEnd"/>
            <w:r w:rsidRPr="004543E3">
              <w:rPr>
                <w:rFonts w:cs="Times New Roman"/>
                <w:szCs w:val="26"/>
              </w:rPr>
              <w:t xml:space="preserve"> </w:t>
            </w:r>
            <w:proofErr w:type="spellStart"/>
            <w:r w:rsidRPr="004543E3">
              <w:rPr>
                <w:rFonts w:cs="Times New Roman"/>
                <w:szCs w:val="26"/>
              </w:rPr>
              <w:t>chuẩn</w:t>
            </w:r>
            <w:proofErr w:type="spellEnd"/>
            <w:r w:rsidRPr="004543E3">
              <w:rPr>
                <w:rFonts w:cs="Times New Roman"/>
                <w:szCs w:val="26"/>
              </w:rPr>
              <w:t xml:space="preserve"> </w:t>
            </w:r>
            <w:proofErr w:type="spellStart"/>
            <w:r w:rsidRPr="004543E3">
              <w:rPr>
                <w:rFonts w:cs="Times New Roman"/>
                <w:szCs w:val="26"/>
              </w:rPr>
              <w:t>mới</w:t>
            </w:r>
            <w:proofErr w:type="spellEnd"/>
            <w:r w:rsidRPr="004543E3">
              <w:rPr>
                <w:rFonts w:cs="Times New Roman"/>
                <w:szCs w:val="26"/>
              </w:rPr>
              <w:t xml:space="preserve"> (3-5 </w:t>
            </w:r>
            <w:proofErr w:type="spellStart"/>
            <w:r w:rsidRPr="004543E3">
              <w:rPr>
                <w:rFonts w:cs="Times New Roman"/>
                <w:szCs w:val="26"/>
              </w:rPr>
              <w:t>năm</w:t>
            </w:r>
            <w:proofErr w:type="spellEnd"/>
            <w:r w:rsidRPr="004543E3">
              <w:rPr>
                <w:rFonts w:cs="Times New Roman"/>
                <w:szCs w:val="26"/>
              </w:rPr>
              <w:t xml:space="preserve">), </w:t>
            </w:r>
            <w:proofErr w:type="spellStart"/>
            <w:r w:rsidRPr="004543E3">
              <w:rPr>
                <w:rFonts w:cs="Times New Roman"/>
                <w:szCs w:val="26"/>
              </w:rPr>
              <w:t>gắn</w:t>
            </w:r>
            <w:proofErr w:type="spellEnd"/>
            <w:r w:rsidRPr="004543E3">
              <w:rPr>
                <w:rFonts w:cs="Times New Roman"/>
                <w:szCs w:val="26"/>
              </w:rPr>
              <w:t xml:space="preserve"> </w:t>
            </w:r>
            <w:proofErr w:type="spellStart"/>
            <w:r w:rsidRPr="004543E3">
              <w:rPr>
                <w:rFonts w:cs="Times New Roman"/>
                <w:szCs w:val="26"/>
              </w:rPr>
              <w:t>với</w:t>
            </w:r>
            <w:proofErr w:type="spellEnd"/>
            <w:r w:rsidRPr="004543E3">
              <w:rPr>
                <w:rFonts w:cs="Times New Roman"/>
                <w:szCs w:val="26"/>
              </w:rPr>
              <w:t xml:space="preserve"> </w:t>
            </w:r>
            <w:proofErr w:type="spellStart"/>
            <w:r w:rsidRPr="004543E3">
              <w:rPr>
                <w:rFonts w:cs="Times New Roman"/>
                <w:szCs w:val="26"/>
              </w:rPr>
              <w:t>kế</w:t>
            </w:r>
            <w:proofErr w:type="spellEnd"/>
            <w:r w:rsidRPr="004543E3">
              <w:rPr>
                <w:rFonts w:cs="Times New Roman"/>
                <w:szCs w:val="26"/>
              </w:rPr>
              <w:t xml:space="preserve"> </w:t>
            </w:r>
            <w:proofErr w:type="spellStart"/>
            <w:r w:rsidRPr="004543E3">
              <w:rPr>
                <w:rFonts w:cs="Times New Roman"/>
                <w:szCs w:val="26"/>
              </w:rPr>
              <w:t>hoạch</w:t>
            </w:r>
            <w:proofErr w:type="spellEnd"/>
            <w:r w:rsidRPr="004543E3">
              <w:rPr>
                <w:rFonts w:cs="Times New Roman"/>
                <w:szCs w:val="26"/>
              </w:rPr>
              <w:t xml:space="preserve"> </w:t>
            </w:r>
            <w:proofErr w:type="spellStart"/>
            <w:r w:rsidRPr="004543E3">
              <w:rPr>
                <w:rFonts w:cs="Times New Roman"/>
                <w:szCs w:val="26"/>
              </w:rPr>
              <w:t>đào</w:t>
            </w:r>
            <w:proofErr w:type="spellEnd"/>
            <w:r w:rsidRPr="004543E3">
              <w:rPr>
                <w:rFonts w:cs="Times New Roman"/>
                <w:szCs w:val="26"/>
              </w:rPr>
              <w:t xml:space="preserve"> </w:t>
            </w:r>
            <w:proofErr w:type="spellStart"/>
            <w:r w:rsidRPr="004543E3">
              <w:rPr>
                <w:rFonts w:cs="Times New Roman"/>
                <w:szCs w:val="26"/>
              </w:rPr>
              <w:t>tạo</w:t>
            </w:r>
            <w:proofErr w:type="spellEnd"/>
            <w:r w:rsidRPr="004543E3">
              <w:rPr>
                <w:rFonts w:cs="Times New Roman"/>
                <w:szCs w:val="26"/>
              </w:rPr>
              <w:t xml:space="preserve">, </w:t>
            </w:r>
            <w:proofErr w:type="spellStart"/>
            <w:r w:rsidRPr="004543E3">
              <w:rPr>
                <w:rFonts w:cs="Times New Roman"/>
                <w:szCs w:val="26"/>
              </w:rPr>
              <w:t>bồi</w:t>
            </w:r>
            <w:proofErr w:type="spellEnd"/>
            <w:r w:rsidRPr="004543E3">
              <w:rPr>
                <w:rFonts w:cs="Times New Roman"/>
                <w:szCs w:val="26"/>
              </w:rPr>
              <w:t xml:space="preserve"> </w:t>
            </w:r>
            <w:proofErr w:type="spellStart"/>
            <w:r w:rsidRPr="004543E3">
              <w:rPr>
                <w:rFonts w:cs="Times New Roman"/>
                <w:szCs w:val="26"/>
              </w:rPr>
              <w:t>dưỡng</w:t>
            </w:r>
            <w:proofErr w:type="spellEnd"/>
            <w:r w:rsidRPr="004543E3">
              <w:rPr>
                <w:rFonts w:cs="Times New Roman"/>
                <w:szCs w:val="26"/>
              </w:rPr>
              <w:t xml:space="preserve">, Ban </w:t>
            </w:r>
            <w:proofErr w:type="spellStart"/>
            <w:r w:rsidRPr="004543E3">
              <w:rPr>
                <w:rFonts w:cs="Times New Roman"/>
                <w:szCs w:val="26"/>
              </w:rPr>
              <w:t>soạn</w:t>
            </w:r>
            <w:proofErr w:type="spellEnd"/>
            <w:r w:rsidRPr="004543E3">
              <w:rPr>
                <w:rFonts w:cs="Times New Roman"/>
                <w:szCs w:val="26"/>
              </w:rPr>
              <w:t xml:space="preserve"> </w:t>
            </w:r>
            <w:proofErr w:type="spellStart"/>
            <w:r w:rsidRPr="004543E3">
              <w:rPr>
                <w:rFonts w:cs="Times New Roman"/>
                <w:szCs w:val="26"/>
              </w:rPr>
              <w:t>thảo</w:t>
            </w:r>
            <w:proofErr w:type="spellEnd"/>
            <w:r w:rsidRPr="004543E3">
              <w:rPr>
                <w:rFonts w:cs="Times New Roman"/>
                <w:szCs w:val="26"/>
              </w:rPr>
              <w:t xml:space="preserve"> </w:t>
            </w:r>
            <w:proofErr w:type="spellStart"/>
            <w:r w:rsidRPr="004543E3">
              <w:rPr>
                <w:rFonts w:cs="Times New Roman"/>
                <w:szCs w:val="26"/>
              </w:rPr>
              <w:t>không</w:t>
            </w:r>
            <w:proofErr w:type="spellEnd"/>
            <w:r w:rsidRPr="004543E3">
              <w:rPr>
                <w:rFonts w:cs="Times New Roman"/>
                <w:szCs w:val="26"/>
              </w:rPr>
              <w:t xml:space="preserve"> </w:t>
            </w:r>
            <w:proofErr w:type="spellStart"/>
            <w:r w:rsidRPr="004543E3">
              <w:rPr>
                <w:rFonts w:cs="Times New Roman"/>
                <w:szCs w:val="26"/>
              </w:rPr>
              <w:t>tiếp</w:t>
            </w:r>
            <w:proofErr w:type="spellEnd"/>
            <w:r w:rsidRPr="004543E3">
              <w:rPr>
                <w:rFonts w:cs="Times New Roman"/>
                <w:szCs w:val="26"/>
              </w:rPr>
              <w:t xml:space="preserve"> </w:t>
            </w:r>
            <w:proofErr w:type="spellStart"/>
            <w:r w:rsidRPr="004543E3">
              <w:rPr>
                <w:rFonts w:cs="Times New Roman"/>
                <w:szCs w:val="26"/>
              </w:rPr>
              <w:t>thu</w:t>
            </w:r>
            <w:proofErr w:type="spellEnd"/>
            <w:r w:rsidRPr="004543E3">
              <w:rPr>
                <w:rFonts w:cs="Times New Roman"/>
                <w:szCs w:val="26"/>
              </w:rPr>
              <w:t xml:space="preserve"> </w:t>
            </w:r>
            <w:proofErr w:type="spellStart"/>
            <w:r w:rsidRPr="004543E3">
              <w:rPr>
                <w:rFonts w:cs="Times New Roman"/>
                <w:szCs w:val="26"/>
              </w:rPr>
              <w:t>theo</w:t>
            </w:r>
            <w:proofErr w:type="spellEnd"/>
            <w:r w:rsidRPr="004543E3">
              <w:rPr>
                <w:rFonts w:cs="Times New Roman"/>
                <w:szCs w:val="26"/>
              </w:rPr>
              <w:t xml:space="preserve"> </w:t>
            </w:r>
            <w:proofErr w:type="spellStart"/>
            <w:r w:rsidRPr="004543E3">
              <w:rPr>
                <w:rFonts w:cs="Times New Roman"/>
                <w:szCs w:val="26"/>
              </w:rPr>
              <w:t>đề</w:t>
            </w:r>
            <w:proofErr w:type="spellEnd"/>
            <w:r w:rsidRPr="004543E3">
              <w:rPr>
                <w:rFonts w:cs="Times New Roman"/>
                <w:szCs w:val="26"/>
              </w:rPr>
              <w:t xml:space="preserve"> </w:t>
            </w:r>
            <w:proofErr w:type="spellStart"/>
            <w:r w:rsidRPr="004543E3">
              <w:rPr>
                <w:rFonts w:cs="Times New Roman"/>
                <w:szCs w:val="26"/>
              </w:rPr>
              <w:t>xuất</w:t>
            </w:r>
            <w:proofErr w:type="spellEnd"/>
            <w:r w:rsidRPr="004543E3">
              <w:rPr>
                <w:rFonts w:cs="Times New Roman"/>
                <w:szCs w:val="26"/>
              </w:rPr>
              <w:t xml:space="preserve"> do </w:t>
            </w:r>
            <w:proofErr w:type="spellStart"/>
            <w:r w:rsidRPr="004543E3">
              <w:rPr>
                <w:rFonts w:cs="Times New Roman"/>
                <w:szCs w:val="26"/>
              </w:rPr>
              <w:t>thời</w:t>
            </w:r>
            <w:proofErr w:type="spellEnd"/>
            <w:r w:rsidRPr="004543E3">
              <w:rPr>
                <w:rFonts w:cs="Times New Roman"/>
                <w:szCs w:val="26"/>
              </w:rPr>
              <w:t xml:space="preserve"> </w:t>
            </w:r>
            <w:proofErr w:type="spellStart"/>
            <w:r w:rsidRPr="004543E3">
              <w:rPr>
                <w:rFonts w:cs="Times New Roman"/>
                <w:szCs w:val="26"/>
              </w:rPr>
              <w:t>gian</w:t>
            </w:r>
            <w:proofErr w:type="spellEnd"/>
            <w:r w:rsidRPr="004543E3">
              <w:rPr>
                <w:rFonts w:cs="Times New Roman"/>
                <w:szCs w:val="26"/>
              </w:rPr>
              <w:t xml:space="preserve"> </w:t>
            </w:r>
            <w:proofErr w:type="spellStart"/>
            <w:r w:rsidRPr="004543E3">
              <w:rPr>
                <w:rFonts w:cs="Times New Roman"/>
                <w:szCs w:val="26"/>
              </w:rPr>
              <w:t>này</w:t>
            </w:r>
            <w:proofErr w:type="spellEnd"/>
            <w:r w:rsidRPr="004543E3">
              <w:rPr>
                <w:rFonts w:cs="Times New Roman"/>
                <w:szCs w:val="26"/>
              </w:rPr>
              <w:t xml:space="preserve"> </w:t>
            </w:r>
            <w:proofErr w:type="spellStart"/>
            <w:r w:rsidRPr="004543E3">
              <w:rPr>
                <w:rFonts w:cs="Times New Roman"/>
                <w:szCs w:val="26"/>
              </w:rPr>
              <w:t>là</w:t>
            </w:r>
            <w:proofErr w:type="spellEnd"/>
            <w:r w:rsidRPr="004543E3">
              <w:rPr>
                <w:rFonts w:cs="Times New Roman"/>
                <w:szCs w:val="26"/>
              </w:rPr>
              <w:t xml:space="preserve"> quá </w:t>
            </w:r>
            <w:proofErr w:type="spellStart"/>
            <w:r w:rsidRPr="004543E3">
              <w:rPr>
                <w:rFonts w:cs="Times New Roman"/>
                <w:szCs w:val="26"/>
              </w:rPr>
              <w:t>dài</w:t>
            </w:r>
            <w:proofErr w:type="spellEnd"/>
            <w:r w:rsidRPr="004543E3">
              <w:rPr>
                <w:rFonts w:cs="Times New Roman"/>
                <w:szCs w:val="26"/>
              </w:rPr>
              <w:t xml:space="preserve"> </w:t>
            </w:r>
            <w:proofErr w:type="spellStart"/>
            <w:r w:rsidRPr="004543E3">
              <w:rPr>
                <w:rFonts w:cs="Times New Roman"/>
                <w:szCs w:val="26"/>
              </w:rPr>
              <w:t>đê</w:t>
            </w:r>
            <w:proofErr w:type="spellEnd"/>
            <w:r w:rsidRPr="004543E3">
              <w:rPr>
                <w:rFonts w:cs="Times New Roman"/>
                <w:szCs w:val="26"/>
              </w:rPr>
              <w:t xml:space="preserve">̉ </w:t>
            </w:r>
            <w:proofErr w:type="spellStart"/>
            <w:r w:rsidRPr="004543E3">
              <w:rPr>
                <w:rFonts w:cs="Times New Roman"/>
                <w:szCs w:val="26"/>
              </w:rPr>
              <w:t>thực</w:t>
            </w:r>
            <w:proofErr w:type="spellEnd"/>
            <w:r w:rsidRPr="004543E3">
              <w:rPr>
                <w:rFonts w:cs="Times New Roman"/>
                <w:szCs w:val="26"/>
              </w:rPr>
              <w:t xml:space="preserve"> </w:t>
            </w:r>
            <w:proofErr w:type="spellStart"/>
            <w:r w:rsidRPr="004543E3">
              <w:rPr>
                <w:rFonts w:cs="Times New Roman"/>
                <w:szCs w:val="26"/>
              </w:rPr>
              <w:t>hiện</w:t>
            </w:r>
            <w:proofErr w:type="spellEnd"/>
            <w:r w:rsidRPr="004543E3">
              <w:rPr>
                <w:rFonts w:cs="Times New Roman"/>
                <w:szCs w:val="26"/>
              </w:rPr>
              <w:t xml:space="preserve"> </w:t>
            </w:r>
            <w:proofErr w:type="spellStart"/>
            <w:r w:rsidRPr="004543E3">
              <w:rPr>
                <w:rFonts w:cs="Times New Roman"/>
                <w:szCs w:val="26"/>
              </w:rPr>
              <w:t>việc</w:t>
            </w:r>
            <w:proofErr w:type="spellEnd"/>
            <w:r w:rsidRPr="004543E3">
              <w:rPr>
                <w:rFonts w:cs="Times New Roman"/>
                <w:szCs w:val="26"/>
              </w:rPr>
              <w:t xml:space="preserve"> </w:t>
            </w:r>
            <w:proofErr w:type="spellStart"/>
            <w:r w:rsidRPr="004543E3">
              <w:rPr>
                <w:rFonts w:cs="Times New Roman"/>
                <w:szCs w:val="26"/>
              </w:rPr>
              <w:t>hoàn</w:t>
            </w:r>
            <w:proofErr w:type="spellEnd"/>
            <w:r w:rsidRPr="004543E3">
              <w:rPr>
                <w:rFonts w:cs="Times New Roman"/>
                <w:szCs w:val="26"/>
              </w:rPr>
              <w:t xml:space="preserve"> </w:t>
            </w:r>
            <w:proofErr w:type="spellStart"/>
            <w:r w:rsidRPr="004543E3">
              <w:rPr>
                <w:rFonts w:cs="Times New Roman"/>
                <w:szCs w:val="26"/>
              </w:rPr>
              <w:t>thiện</w:t>
            </w:r>
            <w:proofErr w:type="spellEnd"/>
            <w:r w:rsidRPr="004543E3">
              <w:rPr>
                <w:rFonts w:cs="Times New Roman"/>
                <w:szCs w:val="26"/>
              </w:rPr>
              <w:t xml:space="preserve"> </w:t>
            </w:r>
            <w:proofErr w:type="spellStart"/>
            <w:r w:rsidRPr="004543E3">
              <w:rPr>
                <w:rFonts w:cs="Times New Roman"/>
                <w:szCs w:val="26"/>
              </w:rPr>
              <w:t>tiêu</w:t>
            </w:r>
            <w:proofErr w:type="spellEnd"/>
            <w:r w:rsidRPr="004543E3">
              <w:rPr>
                <w:rFonts w:cs="Times New Roman"/>
                <w:szCs w:val="26"/>
              </w:rPr>
              <w:t xml:space="preserve"> </w:t>
            </w:r>
            <w:proofErr w:type="spellStart"/>
            <w:r w:rsidRPr="004543E3">
              <w:rPr>
                <w:rFonts w:cs="Times New Roman"/>
                <w:szCs w:val="26"/>
              </w:rPr>
              <w:t>chuẩn</w:t>
            </w:r>
            <w:proofErr w:type="spellEnd"/>
            <w:r w:rsidRPr="004543E3">
              <w:rPr>
                <w:rFonts w:cs="Times New Roman"/>
                <w:szCs w:val="26"/>
              </w:rPr>
              <w:t xml:space="preserve"> </w:t>
            </w:r>
            <w:proofErr w:type="spellStart"/>
            <w:r w:rsidRPr="004543E3">
              <w:rPr>
                <w:rFonts w:cs="Times New Roman"/>
                <w:szCs w:val="26"/>
              </w:rPr>
              <w:t>chuyên</w:t>
            </w:r>
            <w:proofErr w:type="spellEnd"/>
            <w:r w:rsidRPr="004543E3">
              <w:rPr>
                <w:rFonts w:cs="Times New Roman"/>
                <w:szCs w:val="26"/>
              </w:rPr>
              <w:t xml:space="preserve"> </w:t>
            </w:r>
            <w:proofErr w:type="spellStart"/>
            <w:r w:rsidRPr="004543E3">
              <w:rPr>
                <w:rFonts w:cs="Times New Roman"/>
                <w:szCs w:val="26"/>
              </w:rPr>
              <w:t>môn</w:t>
            </w:r>
            <w:proofErr w:type="spellEnd"/>
            <w:r w:rsidRPr="004543E3">
              <w:rPr>
                <w:rFonts w:cs="Times New Roman"/>
                <w:szCs w:val="26"/>
              </w:rPr>
              <w:t xml:space="preserve">, </w:t>
            </w:r>
            <w:proofErr w:type="spellStart"/>
            <w:r w:rsidRPr="004543E3">
              <w:rPr>
                <w:rFonts w:cs="Times New Roman"/>
                <w:szCs w:val="26"/>
              </w:rPr>
              <w:t>nghiệp</w:t>
            </w:r>
            <w:proofErr w:type="spellEnd"/>
            <w:r w:rsidRPr="004543E3">
              <w:rPr>
                <w:rFonts w:cs="Times New Roman"/>
                <w:szCs w:val="26"/>
              </w:rPr>
              <w:t xml:space="preserve"> vụ </w:t>
            </w:r>
            <w:proofErr w:type="spellStart"/>
            <w:r w:rsidRPr="004543E3">
              <w:rPr>
                <w:rFonts w:cs="Times New Roman"/>
                <w:szCs w:val="26"/>
              </w:rPr>
              <w:t>theo</w:t>
            </w:r>
            <w:proofErr w:type="spellEnd"/>
            <w:r w:rsidRPr="004543E3">
              <w:rPr>
                <w:rFonts w:cs="Times New Roman"/>
                <w:szCs w:val="26"/>
              </w:rPr>
              <w:t xml:space="preserve"> </w:t>
            </w:r>
            <w:proofErr w:type="spellStart"/>
            <w:r w:rsidRPr="004543E3">
              <w:rPr>
                <w:rFonts w:cs="Times New Roman"/>
                <w:szCs w:val="26"/>
              </w:rPr>
              <w:t>các</w:t>
            </w:r>
            <w:proofErr w:type="spellEnd"/>
            <w:r w:rsidRPr="004543E3">
              <w:rPr>
                <w:rFonts w:cs="Times New Roman"/>
                <w:szCs w:val="26"/>
              </w:rPr>
              <w:t xml:space="preserve"> </w:t>
            </w:r>
            <w:proofErr w:type="spellStart"/>
            <w:r w:rsidRPr="004543E3">
              <w:rPr>
                <w:rFonts w:cs="Times New Roman"/>
                <w:szCs w:val="26"/>
              </w:rPr>
              <w:t>quy</w:t>
            </w:r>
            <w:proofErr w:type="spellEnd"/>
            <w:r w:rsidRPr="004543E3">
              <w:rPr>
                <w:rFonts w:cs="Times New Roman"/>
                <w:szCs w:val="26"/>
              </w:rPr>
              <w:t xml:space="preserve"> </w:t>
            </w:r>
            <w:proofErr w:type="spellStart"/>
            <w:r w:rsidRPr="004543E3">
              <w:rPr>
                <w:rFonts w:cs="Times New Roman"/>
                <w:szCs w:val="26"/>
              </w:rPr>
              <w:t>định</w:t>
            </w:r>
            <w:proofErr w:type="spellEnd"/>
            <w:r w:rsidRPr="004543E3">
              <w:rPr>
                <w:rFonts w:cs="Times New Roman"/>
                <w:szCs w:val="26"/>
              </w:rPr>
              <w:t xml:space="preserve"> </w:t>
            </w:r>
            <w:proofErr w:type="spellStart"/>
            <w:r w:rsidRPr="004543E3">
              <w:rPr>
                <w:rFonts w:cs="Times New Roman"/>
                <w:szCs w:val="26"/>
              </w:rPr>
              <w:t>hiện</w:t>
            </w:r>
            <w:proofErr w:type="spellEnd"/>
            <w:r w:rsidRPr="004543E3">
              <w:rPr>
                <w:rFonts w:cs="Times New Roman"/>
                <w:szCs w:val="26"/>
              </w:rPr>
              <w:t xml:space="preserve"> </w:t>
            </w:r>
            <w:proofErr w:type="spellStart"/>
            <w:r w:rsidRPr="004543E3">
              <w:rPr>
                <w:rFonts w:cs="Times New Roman"/>
                <w:szCs w:val="26"/>
              </w:rPr>
              <w:t>hành</w:t>
            </w:r>
            <w:proofErr w:type="spellEnd"/>
            <w:r w:rsidRPr="004543E3">
              <w:rPr>
                <w:rFonts w:cs="Times New Roman"/>
                <w:szCs w:val="26"/>
              </w:rPr>
              <w:t xml:space="preserve"> (</w:t>
            </w:r>
            <w:proofErr w:type="spellStart"/>
            <w:r w:rsidRPr="004543E3">
              <w:rPr>
                <w:rFonts w:cs="Times New Roman"/>
                <w:szCs w:val="26"/>
              </w:rPr>
              <w:t>thường</w:t>
            </w:r>
            <w:proofErr w:type="spellEnd"/>
            <w:r w:rsidRPr="004543E3">
              <w:rPr>
                <w:rFonts w:cs="Times New Roman"/>
                <w:szCs w:val="26"/>
              </w:rPr>
              <w:t xml:space="preserve"> là 12-36 </w:t>
            </w:r>
            <w:proofErr w:type="spellStart"/>
            <w:r w:rsidRPr="004543E3">
              <w:rPr>
                <w:rFonts w:cs="Times New Roman"/>
                <w:szCs w:val="26"/>
              </w:rPr>
              <w:t>tháng</w:t>
            </w:r>
            <w:proofErr w:type="spellEnd"/>
            <w:r w:rsidRPr="004543E3">
              <w:rPr>
                <w:rFonts w:cs="Times New Roman"/>
                <w:szCs w:val="26"/>
              </w:rPr>
              <w:t xml:space="preserve">); </w:t>
            </w:r>
            <w:proofErr w:type="spellStart"/>
            <w:r w:rsidRPr="004543E3">
              <w:rPr>
                <w:rFonts w:cs="Times New Roman"/>
                <w:szCs w:val="26"/>
              </w:rPr>
              <w:t>dự</w:t>
            </w:r>
            <w:proofErr w:type="spellEnd"/>
            <w:r w:rsidRPr="004543E3">
              <w:rPr>
                <w:rFonts w:cs="Times New Roman"/>
                <w:szCs w:val="26"/>
              </w:rPr>
              <w:t xml:space="preserve"> </w:t>
            </w:r>
            <w:proofErr w:type="spellStart"/>
            <w:r w:rsidRPr="004543E3">
              <w:rPr>
                <w:rFonts w:cs="Times New Roman"/>
                <w:szCs w:val="26"/>
              </w:rPr>
              <w:t>thảo</w:t>
            </w:r>
            <w:proofErr w:type="spellEnd"/>
            <w:r w:rsidRPr="004543E3">
              <w:rPr>
                <w:rFonts w:cs="Times New Roman"/>
                <w:szCs w:val="26"/>
              </w:rPr>
              <w:t xml:space="preserve"> sẽ </w:t>
            </w:r>
            <w:proofErr w:type="spellStart"/>
            <w:r w:rsidRPr="004543E3">
              <w:rPr>
                <w:rFonts w:cs="Times New Roman"/>
                <w:szCs w:val="26"/>
              </w:rPr>
              <w:t>điều</w:t>
            </w:r>
            <w:proofErr w:type="spellEnd"/>
            <w:r w:rsidRPr="004543E3">
              <w:rPr>
                <w:rFonts w:cs="Times New Roman"/>
                <w:szCs w:val="26"/>
              </w:rPr>
              <w:t xml:space="preserve"> </w:t>
            </w:r>
            <w:proofErr w:type="spellStart"/>
            <w:r w:rsidRPr="004543E3">
              <w:rPr>
                <w:rFonts w:cs="Times New Roman"/>
                <w:szCs w:val="26"/>
              </w:rPr>
              <w:t>chỉnh</w:t>
            </w:r>
            <w:proofErr w:type="spellEnd"/>
            <w:r w:rsidRPr="004543E3">
              <w:rPr>
                <w:rFonts w:cs="Times New Roman"/>
                <w:szCs w:val="26"/>
              </w:rPr>
              <w:t xml:space="preserve"> </w:t>
            </w:r>
            <w:proofErr w:type="spellStart"/>
            <w:r w:rsidRPr="004543E3">
              <w:rPr>
                <w:rFonts w:cs="Times New Roman"/>
                <w:szCs w:val="26"/>
              </w:rPr>
              <w:t>quy</w:t>
            </w:r>
            <w:proofErr w:type="spellEnd"/>
            <w:r w:rsidRPr="004543E3">
              <w:rPr>
                <w:rFonts w:cs="Times New Roman"/>
                <w:szCs w:val="26"/>
              </w:rPr>
              <w:t xml:space="preserve"> </w:t>
            </w:r>
            <w:proofErr w:type="spellStart"/>
            <w:r w:rsidRPr="004543E3">
              <w:rPr>
                <w:rFonts w:cs="Times New Roman"/>
                <w:szCs w:val="26"/>
              </w:rPr>
              <w:t>định</w:t>
            </w:r>
            <w:proofErr w:type="spellEnd"/>
            <w:r w:rsidRPr="004543E3">
              <w:rPr>
                <w:rFonts w:cs="Times New Roman"/>
                <w:szCs w:val="26"/>
              </w:rPr>
              <w:t xml:space="preserve"> </w:t>
            </w:r>
            <w:proofErr w:type="spellStart"/>
            <w:r w:rsidRPr="004543E3">
              <w:rPr>
                <w:rFonts w:cs="Times New Roman"/>
                <w:szCs w:val="26"/>
              </w:rPr>
              <w:t>thời</w:t>
            </w:r>
            <w:proofErr w:type="spellEnd"/>
            <w:r w:rsidRPr="004543E3">
              <w:rPr>
                <w:rFonts w:cs="Times New Roman"/>
                <w:szCs w:val="26"/>
              </w:rPr>
              <w:t xml:space="preserve"> </w:t>
            </w:r>
            <w:proofErr w:type="spellStart"/>
            <w:r w:rsidRPr="004543E3">
              <w:rPr>
                <w:rFonts w:cs="Times New Roman"/>
                <w:szCs w:val="26"/>
              </w:rPr>
              <w:t>gian</w:t>
            </w:r>
            <w:proofErr w:type="spellEnd"/>
            <w:r w:rsidRPr="004543E3">
              <w:rPr>
                <w:rFonts w:cs="Times New Roman"/>
                <w:szCs w:val="26"/>
              </w:rPr>
              <w:t xml:space="preserve"> </w:t>
            </w:r>
            <w:proofErr w:type="spellStart"/>
            <w:r w:rsidRPr="004543E3">
              <w:rPr>
                <w:rFonts w:cs="Times New Roman"/>
                <w:szCs w:val="26"/>
              </w:rPr>
              <w:t>chuyển</w:t>
            </w:r>
            <w:proofErr w:type="spellEnd"/>
            <w:r w:rsidRPr="004543E3">
              <w:rPr>
                <w:rFonts w:cs="Times New Roman"/>
                <w:szCs w:val="26"/>
              </w:rPr>
              <w:t xml:space="preserve"> </w:t>
            </w:r>
            <w:proofErr w:type="spellStart"/>
            <w:r w:rsidRPr="004543E3">
              <w:rPr>
                <w:rFonts w:cs="Times New Roman"/>
                <w:szCs w:val="26"/>
              </w:rPr>
              <w:t>tiếp</w:t>
            </w:r>
            <w:proofErr w:type="spellEnd"/>
            <w:r w:rsidRPr="004543E3">
              <w:rPr>
                <w:rFonts w:cs="Times New Roman"/>
                <w:szCs w:val="26"/>
              </w:rPr>
              <w:t xml:space="preserve"> </w:t>
            </w:r>
            <w:proofErr w:type="spellStart"/>
            <w:r w:rsidRPr="004543E3">
              <w:rPr>
                <w:rFonts w:cs="Times New Roman"/>
                <w:szCs w:val="26"/>
              </w:rPr>
              <w:t>phù</w:t>
            </w:r>
            <w:proofErr w:type="spellEnd"/>
            <w:r w:rsidRPr="004543E3">
              <w:rPr>
                <w:rFonts w:cs="Times New Roman"/>
                <w:szCs w:val="26"/>
              </w:rPr>
              <w:t xml:space="preserve"> </w:t>
            </w:r>
            <w:proofErr w:type="spellStart"/>
            <w:r w:rsidRPr="004543E3">
              <w:rPr>
                <w:rFonts w:cs="Times New Roman"/>
                <w:szCs w:val="26"/>
              </w:rPr>
              <w:t>hợp</w:t>
            </w:r>
            <w:proofErr w:type="spellEnd"/>
            <w:r w:rsidRPr="004543E3">
              <w:rPr>
                <w:rFonts w:cs="Times New Roman"/>
                <w:szCs w:val="26"/>
              </w:rPr>
              <w:t xml:space="preserve"> (</w:t>
            </w:r>
            <w:proofErr w:type="spellStart"/>
            <w:r w:rsidRPr="004543E3">
              <w:rPr>
                <w:rFonts w:cs="Times New Roman"/>
                <w:szCs w:val="26"/>
              </w:rPr>
              <w:t>tối</w:t>
            </w:r>
            <w:proofErr w:type="spellEnd"/>
            <w:r w:rsidRPr="004543E3">
              <w:rPr>
                <w:rFonts w:cs="Times New Roman"/>
                <w:szCs w:val="26"/>
              </w:rPr>
              <w:t xml:space="preserve"> </w:t>
            </w:r>
            <w:proofErr w:type="spellStart"/>
            <w:r w:rsidRPr="004543E3">
              <w:rPr>
                <w:rFonts w:cs="Times New Roman"/>
                <w:szCs w:val="26"/>
              </w:rPr>
              <w:t>đa</w:t>
            </w:r>
            <w:proofErr w:type="spellEnd"/>
            <w:r w:rsidRPr="004543E3">
              <w:rPr>
                <w:rFonts w:cs="Times New Roman"/>
                <w:szCs w:val="26"/>
              </w:rPr>
              <w:t xml:space="preserve"> 36 </w:t>
            </w:r>
            <w:proofErr w:type="spellStart"/>
            <w:r w:rsidRPr="004543E3">
              <w:rPr>
                <w:rFonts w:cs="Times New Roman"/>
                <w:szCs w:val="26"/>
              </w:rPr>
              <w:t>tháng</w:t>
            </w:r>
            <w:proofErr w:type="spellEnd"/>
            <w:r w:rsidRPr="004543E3">
              <w:rPr>
                <w:rFonts w:cs="Times New Roman"/>
                <w:szCs w:val="26"/>
              </w:rPr>
              <w:t xml:space="preserve">), </w:t>
            </w:r>
            <w:proofErr w:type="spellStart"/>
            <w:r w:rsidRPr="004543E3">
              <w:rPr>
                <w:rFonts w:cs="Times New Roman"/>
                <w:szCs w:val="26"/>
              </w:rPr>
              <w:t>đồng</w:t>
            </w:r>
            <w:proofErr w:type="spellEnd"/>
            <w:r w:rsidRPr="004543E3">
              <w:rPr>
                <w:rFonts w:cs="Times New Roman"/>
                <w:szCs w:val="26"/>
              </w:rPr>
              <w:t xml:space="preserve"> </w:t>
            </w:r>
            <w:proofErr w:type="spellStart"/>
            <w:r w:rsidRPr="004543E3">
              <w:rPr>
                <w:rFonts w:cs="Times New Roman"/>
                <w:szCs w:val="26"/>
              </w:rPr>
              <w:t>thời</w:t>
            </w:r>
            <w:proofErr w:type="spellEnd"/>
            <w:r w:rsidRPr="004543E3">
              <w:rPr>
                <w:rFonts w:cs="Times New Roman"/>
                <w:szCs w:val="26"/>
              </w:rPr>
              <w:t xml:space="preserve">, </w:t>
            </w:r>
            <w:proofErr w:type="spellStart"/>
            <w:r w:rsidRPr="004543E3">
              <w:rPr>
                <w:rFonts w:cs="Times New Roman"/>
                <w:szCs w:val="26"/>
              </w:rPr>
              <w:t>cơ</w:t>
            </w:r>
            <w:proofErr w:type="spellEnd"/>
            <w:r w:rsidRPr="004543E3">
              <w:rPr>
                <w:rFonts w:cs="Times New Roman"/>
                <w:szCs w:val="26"/>
              </w:rPr>
              <w:t xml:space="preserve"> </w:t>
            </w:r>
            <w:proofErr w:type="spellStart"/>
            <w:r w:rsidRPr="004543E3">
              <w:rPr>
                <w:rFonts w:cs="Times New Roman"/>
                <w:szCs w:val="26"/>
              </w:rPr>
              <w:t>quan</w:t>
            </w:r>
            <w:proofErr w:type="spellEnd"/>
            <w:r w:rsidRPr="004543E3">
              <w:rPr>
                <w:rFonts w:cs="Times New Roman"/>
                <w:szCs w:val="26"/>
              </w:rPr>
              <w:t xml:space="preserve">, </w:t>
            </w:r>
            <w:proofErr w:type="spellStart"/>
            <w:r w:rsidRPr="004543E3">
              <w:rPr>
                <w:rFonts w:cs="Times New Roman"/>
                <w:szCs w:val="26"/>
              </w:rPr>
              <w:t>đơn</w:t>
            </w:r>
            <w:proofErr w:type="spellEnd"/>
            <w:r w:rsidRPr="004543E3">
              <w:rPr>
                <w:rFonts w:cs="Times New Roman"/>
                <w:szCs w:val="26"/>
              </w:rPr>
              <w:t xml:space="preserve"> vị </w:t>
            </w:r>
            <w:proofErr w:type="spellStart"/>
            <w:r w:rsidRPr="004543E3">
              <w:rPr>
                <w:rFonts w:cs="Times New Roman"/>
                <w:szCs w:val="26"/>
              </w:rPr>
              <w:t>quản</w:t>
            </w:r>
            <w:proofErr w:type="spellEnd"/>
            <w:r w:rsidRPr="004543E3">
              <w:rPr>
                <w:rFonts w:cs="Times New Roman"/>
                <w:szCs w:val="26"/>
              </w:rPr>
              <w:t xml:space="preserve"> </w:t>
            </w:r>
            <w:proofErr w:type="spellStart"/>
            <w:r w:rsidRPr="004543E3">
              <w:rPr>
                <w:rFonts w:cs="Times New Roman"/>
                <w:szCs w:val="26"/>
              </w:rPr>
              <w:t>ly</w:t>
            </w:r>
            <w:proofErr w:type="spellEnd"/>
            <w:r w:rsidRPr="004543E3">
              <w:rPr>
                <w:rFonts w:cs="Times New Roman"/>
                <w:szCs w:val="26"/>
              </w:rPr>
              <w:t xml:space="preserve">́, </w:t>
            </w:r>
            <w:proofErr w:type="spellStart"/>
            <w:r w:rsidRPr="004543E3">
              <w:rPr>
                <w:rFonts w:cs="Times New Roman"/>
                <w:szCs w:val="26"/>
              </w:rPr>
              <w:t>sư</w:t>
            </w:r>
            <w:proofErr w:type="spellEnd"/>
            <w:r w:rsidRPr="004543E3">
              <w:rPr>
                <w:rFonts w:cs="Times New Roman"/>
                <w:szCs w:val="26"/>
              </w:rPr>
              <w:t xml:space="preserve">̉ </w:t>
            </w:r>
            <w:proofErr w:type="spellStart"/>
            <w:r w:rsidRPr="004543E3">
              <w:rPr>
                <w:rFonts w:cs="Times New Roman"/>
                <w:szCs w:val="26"/>
              </w:rPr>
              <w:t>dụng</w:t>
            </w:r>
            <w:proofErr w:type="spellEnd"/>
            <w:r w:rsidRPr="004543E3">
              <w:rPr>
                <w:rFonts w:cs="Times New Roman"/>
                <w:szCs w:val="26"/>
              </w:rPr>
              <w:t xml:space="preserve"> </w:t>
            </w:r>
            <w:proofErr w:type="spellStart"/>
            <w:r w:rsidRPr="004543E3">
              <w:rPr>
                <w:rFonts w:cs="Times New Roman"/>
                <w:szCs w:val="26"/>
              </w:rPr>
              <w:t>công</w:t>
            </w:r>
            <w:proofErr w:type="spellEnd"/>
            <w:r w:rsidRPr="004543E3">
              <w:rPr>
                <w:rFonts w:cs="Times New Roman"/>
                <w:szCs w:val="26"/>
              </w:rPr>
              <w:t xml:space="preserve"> </w:t>
            </w:r>
            <w:proofErr w:type="spellStart"/>
            <w:r w:rsidRPr="004543E3">
              <w:rPr>
                <w:rFonts w:cs="Times New Roman"/>
                <w:szCs w:val="26"/>
              </w:rPr>
              <w:t>chức</w:t>
            </w:r>
            <w:proofErr w:type="spellEnd"/>
            <w:r w:rsidRPr="004543E3">
              <w:rPr>
                <w:rFonts w:cs="Times New Roman"/>
                <w:szCs w:val="26"/>
              </w:rPr>
              <w:t xml:space="preserve">, </w:t>
            </w:r>
            <w:proofErr w:type="spellStart"/>
            <w:r w:rsidRPr="004543E3">
              <w:rPr>
                <w:rFonts w:cs="Times New Roman"/>
                <w:szCs w:val="26"/>
              </w:rPr>
              <w:t>viên</w:t>
            </w:r>
            <w:proofErr w:type="spellEnd"/>
            <w:r w:rsidRPr="004543E3">
              <w:rPr>
                <w:rFonts w:cs="Times New Roman"/>
                <w:szCs w:val="26"/>
              </w:rPr>
              <w:t xml:space="preserve"> </w:t>
            </w:r>
            <w:proofErr w:type="spellStart"/>
            <w:r w:rsidRPr="004543E3">
              <w:rPr>
                <w:rFonts w:cs="Times New Roman"/>
                <w:szCs w:val="26"/>
              </w:rPr>
              <w:t>chức</w:t>
            </w:r>
            <w:proofErr w:type="spellEnd"/>
            <w:r w:rsidRPr="004543E3">
              <w:rPr>
                <w:rFonts w:cs="Times New Roman"/>
                <w:szCs w:val="26"/>
              </w:rPr>
              <w:t xml:space="preserve"> có </w:t>
            </w:r>
            <w:proofErr w:type="spellStart"/>
            <w:r w:rsidRPr="004543E3">
              <w:rPr>
                <w:rFonts w:cs="Times New Roman"/>
                <w:szCs w:val="26"/>
              </w:rPr>
              <w:t>trách</w:t>
            </w:r>
            <w:proofErr w:type="spellEnd"/>
            <w:r w:rsidRPr="004543E3">
              <w:rPr>
                <w:rFonts w:cs="Times New Roman"/>
                <w:szCs w:val="26"/>
              </w:rPr>
              <w:t xml:space="preserve"> </w:t>
            </w:r>
            <w:proofErr w:type="spellStart"/>
            <w:r w:rsidRPr="004543E3">
              <w:rPr>
                <w:rFonts w:cs="Times New Roman"/>
                <w:szCs w:val="26"/>
              </w:rPr>
              <w:t>nhiệm</w:t>
            </w:r>
            <w:proofErr w:type="spellEnd"/>
            <w:r w:rsidRPr="004543E3">
              <w:rPr>
                <w:rFonts w:cs="Times New Roman"/>
                <w:szCs w:val="26"/>
              </w:rPr>
              <w:t xml:space="preserve"> </w:t>
            </w:r>
            <w:proofErr w:type="spellStart"/>
            <w:r w:rsidRPr="004543E3">
              <w:rPr>
                <w:rFonts w:cs="Times New Roman"/>
                <w:szCs w:val="26"/>
              </w:rPr>
              <w:t>hàng</w:t>
            </w:r>
            <w:proofErr w:type="spellEnd"/>
            <w:r w:rsidRPr="004543E3">
              <w:rPr>
                <w:rFonts w:cs="Times New Roman"/>
                <w:szCs w:val="26"/>
              </w:rPr>
              <w:t xml:space="preserve"> </w:t>
            </w:r>
            <w:proofErr w:type="spellStart"/>
            <w:r w:rsidRPr="004543E3">
              <w:rPr>
                <w:rFonts w:cs="Times New Roman"/>
                <w:szCs w:val="26"/>
              </w:rPr>
              <w:t>năm</w:t>
            </w:r>
            <w:proofErr w:type="spellEnd"/>
            <w:r w:rsidRPr="004543E3">
              <w:rPr>
                <w:rFonts w:cs="Times New Roman"/>
                <w:szCs w:val="26"/>
              </w:rPr>
              <w:t xml:space="preserve"> </w:t>
            </w:r>
            <w:proofErr w:type="spellStart"/>
            <w:r w:rsidRPr="004543E3">
              <w:rPr>
                <w:rFonts w:cs="Times New Roman"/>
                <w:szCs w:val="26"/>
              </w:rPr>
              <w:t>xây</w:t>
            </w:r>
            <w:proofErr w:type="spellEnd"/>
            <w:r w:rsidRPr="004543E3">
              <w:rPr>
                <w:rFonts w:cs="Times New Roman"/>
                <w:szCs w:val="26"/>
              </w:rPr>
              <w:t xml:space="preserve"> </w:t>
            </w:r>
            <w:proofErr w:type="spellStart"/>
            <w:r w:rsidRPr="004543E3">
              <w:rPr>
                <w:rFonts w:cs="Times New Roman"/>
                <w:szCs w:val="26"/>
              </w:rPr>
              <w:t>dựng</w:t>
            </w:r>
            <w:proofErr w:type="spellEnd"/>
            <w:r w:rsidRPr="004543E3">
              <w:rPr>
                <w:rFonts w:cs="Times New Roman"/>
                <w:szCs w:val="26"/>
              </w:rPr>
              <w:t xml:space="preserve"> </w:t>
            </w:r>
            <w:proofErr w:type="spellStart"/>
            <w:r w:rsidRPr="004543E3">
              <w:rPr>
                <w:rFonts w:cs="Times New Roman"/>
                <w:szCs w:val="26"/>
              </w:rPr>
              <w:t>kế</w:t>
            </w:r>
            <w:proofErr w:type="spellEnd"/>
            <w:r w:rsidRPr="004543E3">
              <w:rPr>
                <w:rFonts w:cs="Times New Roman"/>
                <w:szCs w:val="26"/>
              </w:rPr>
              <w:t xml:space="preserve"> </w:t>
            </w:r>
            <w:proofErr w:type="spellStart"/>
            <w:r w:rsidRPr="004543E3">
              <w:rPr>
                <w:rFonts w:cs="Times New Roman"/>
                <w:szCs w:val="26"/>
              </w:rPr>
              <w:t>hoạch</w:t>
            </w:r>
            <w:proofErr w:type="spellEnd"/>
            <w:r w:rsidRPr="004543E3">
              <w:rPr>
                <w:rFonts w:cs="Times New Roman"/>
                <w:szCs w:val="26"/>
              </w:rPr>
              <w:t xml:space="preserve"> </w:t>
            </w:r>
            <w:proofErr w:type="spellStart"/>
            <w:r w:rsidRPr="004543E3">
              <w:rPr>
                <w:rFonts w:cs="Times New Roman"/>
                <w:szCs w:val="26"/>
              </w:rPr>
              <w:t>đào</w:t>
            </w:r>
            <w:proofErr w:type="spellEnd"/>
            <w:r w:rsidRPr="004543E3">
              <w:rPr>
                <w:rFonts w:cs="Times New Roman"/>
                <w:szCs w:val="26"/>
              </w:rPr>
              <w:t xml:space="preserve"> </w:t>
            </w:r>
            <w:proofErr w:type="spellStart"/>
            <w:r w:rsidRPr="004543E3">
              <w:rPr>
                <w:rFonts w:cs="Times New Roman"/>
                <w:szCs w:val="26"/>
              </w:rPr>
              <w:t>tạo</w:t>
            </w:r>
            <w:proofErr w:type="spellEnd"/>
            <w:r w:rsidRPr="004543E3">
              <w:rPr>
                <w:rFonts w:cs="Times New Roman"/>
                <w:szCs w:val="26"/>
              </w:rPr>
              <w:t xml:space="preserve">, </w:t>
            </w:r>
            <w:proofErr w:type="spellStart"/>
            <w:r w:rsidRPr="004543E3">
              <w:rPr>
                <w:rFonts w:cs="Times New Roman"/>
                <w:szCs w:val="26"/>
              </w:rPr>
              <w:t>bồi</w:t>
            </w:r>
            <w:proofErr w:type="spellEnd"/>
            <w:r w:rsidRPr="004543E3">
              <w:rPr>
                <w:rFonts w:cs="Times New Roman"/>
                <w:szCs w:val="26"/>
              </w:rPr>
              <w:t xml:space="preserve"> </w:t>
            </w:r>
            <w:proofErr w:type="spellStart"/>
            <w:r w:rsidRPr="004543E3">
              <w:rPr>
                <w:rFonts w:cs="Times New Roman"/>
                <w:szCs w:val="26"/>
              </w:rPr>
              <w:t>dưỡng</w:t>
            </w:r>
            <w:proofErr w:type="spellEnd"/>
            <w:r w:rsidRPr="004543E3">
              <w:rPr>
                <w:rFonts w:cs="Times New Roman"/>
                <w:szCs w:val="26"/>
              </w:rPr>
              <w:t xml:space="preserve"> </w:t>
            </w:r>
            <w:proofErr w:type="spellStart"/>
            <w:r w:rsidRPr="004543E3">
              <w:rPr>
                <w:rFonts w:cs="Times New Roman"/>
                <w:szCs w:val="26"/>
              </w:rPr>
              <w:t>để</w:t>
            </w:r>
            <w:proofErr w:type="spellEnd"/>
            <w:r w:rsidRPr="004543E3">
              <w:rPr>
                <w:rFonts w:cs="Times New Roman"/>
                <w:szCs w:val="26"/>
              </w:rPr>
              <w:t xml:space="preserve"> </w:t>
            </w:r>
            <w:proofErr w:type="spellStart"/>
            <w:r w:rsidRPr="004543E3">
              <w:rPr>
                <w:rFonts w:cs="Times New Roman"/>
                <w:szCs w:val="26"/>
              </w:rPr>
              <w:t>bảo</w:t>
            </w:r>
            <w:proofErr w:type="spellEnd"/>
            <w:r w:rsidRPr="004543E3">
              <w:rPr>
                <w:rFonts w:cs="Times New Roman"/>
                <w:szCs w:val="26"/>
              </w:rPr>
              <w:t xml:space="preserve"> </w:t>
            </w:r>
            <w:proofErr w:type="spellStart"/>
            <w:r w:rsidRPr="004543E3">
              <w:rPr>
                <w:rFonts w:cs="Times New Roman"/>
                <w:szCs w:val="26"/>
              </w:rPr>
              <w:t>đảm</w:t>
            </w:r>
            <w:proofErr w:type="spellEnd"/>
            <w:r w:rsidRPr="004543E3">
              <w:rPr>
                <w:rFonts w:cs="Times New Roman"/>
                <w:szCs w:val="26"/>
              </w:rPr>
              <w:t xml:space="preserve"> </w:t>
            </w:r>
            <w:proofErr w:type="spellStart"/>
            <w:r w:rsidRPr="004543E3">
              <w:rPr>
                <w:rFonts w:cs="Times New Roman"/>
                <w:szCs w:val="26"/>
              </w:rPr>
              <w:t>tính</w:t>
            </w:r>
            <w:proofErr w:type="spellEnd"/>
            <w:r w:rsidRPr="004543E3">
              <w:rPr>
                <w:rFonts w:cs="Times New Roman"/>
                <w:szCs w:val="26"/>
              </w:rPr>
              <w:t xml:space="preserve"> </w:t>
            </w:r>
            <w:proofErr w:type="spellStart"/>
            <w:r w:rsidRPr="004543E3">
              <w:rPr>
                <w:rFonts w:cs="Times New Roman"/>
                <w:szCs w:val="26"/>
              </w:rPr>
              <w:t>khả</w:t>
            </w:r>
            <w:proofErr w:type="spellEnd"/>
            <w:r w:rsidRPr="004543E3">
              <w:rPr>
                <w:rFonts w:cs="Times New Roman"/>
                <w:szCs w:val="26"/>
              </w:rPr>
              <w:t xml:space="preserve"> </w:t>
            </w:r>
            <w:proofErr w:type="spellStart"/>
            <w:r w:rsidRPr="004543E3">
              <w:rPr>
                <w:rFonts w:cs="Times New Roman"/>
                <w:szCs w:val="26"/>
              </w:rPr>
              <w:t>thi</w:t>
            </w:r>
            <w:proofErr w:type="spellEnd"/>
            <w:r w:rsidRPr="004543E3">
              <w:rPr>
                <w:rFonts w:cs="Times New Roman"/>
                <w:szCs w:val="26"/>
              </w:rPr>
              <w:t>.</w:t>
            </w:r>
          </w:p>
        </w:tc>
      </w:tr>
      <w:tr w:rsidR="004C2B3E" w:rsidRPr="004543E3" w14:paraId="1CF8B4D5" w14:textId="77777777" w:rsidTr="004C2B3E">
        <w:tc>
          <w:tcPr>
            <w:tcW w:w="1098" w:type="dxa"/>
          </w:tcPr>
          <w:p w14:paraId="371BEF2E" w14:textId="44A79DB1" w:rsidR="004C2B3E" w:rsidRPr="0038359E" w:rsidRDefault="002A7D4F" w:rsidP="002A7D4F">
            <w:pPr>
              <w:spacing w:before="120" w:after="120" w:line="240" w:lineRule="auto"/>
              <w:jc w:val="center"/>
              <w:rPr>
                <w:b/>
                <w:bCs/>
              </w:rPr>
            </w:pPr>
            <w:r>
              <w:rPr>
                <w:b/>
                <w:bCs/>
              </w:rPr>
              <w:lastRenderedPageBreak/>
              <w:t>7</w:t>
            </w:r>
          </w:p>
        </w:tc>
        <w:tc>
          <w:tcPr>
            <w:tcW w:w="6127" w:type="dxa"/>
          </w:tcPr>
          <w:p w14:paraId="66A461B5" w14:textId="4F4A8B77" w:rsidR="004C2B3E" w:rsidRPr="004543E3" w:rsidRDefault="004C2B3E" w:rsidP="002A7D4F">
            <w:pPr>
              <w:spacing w:before="120" w:after="120" w:line="240" w:lineRule="auto"/>
              <w:jc w:val="both"/>
              <w:rPr>
                <w:b/>
                <w:bCs/>
              </w:rPr>
            </w:pPr>
            <w:proofErr w:type="spellStart"/>
            <w:r w:rsidRPr="004543E3">
              <w:rPr>
                <w:b/>
                <w:bCs/>
              </w:rPr>
              <w:t>Viện</w:t>
            </w:r>
            <w:proofErr w:type="spellEnd"/>
            <w:r w:rsidRPr="004543E3">
              <w:rPr>
                <w:b/>
                <w:bCs/>
              </w:rPr>
              <w:t xml:space="preserve"> Khoa </w:t>
            </w:r>
            <w:proofErr w:type="spellStart"/>
            <w:r w:rsidRPr="004543E3">
              <w:rPr>
                <w:b/>
                <w:bCs/>
              </w:rPr>
              <w:t>học</w:t>
            </w:r>
            <w:proofErr w:type="spellEnd"/>
            <w:r w:rsidRPr="004543E3">
              <w:rPr>
                <w:b/>
                <w:bCs/>
              </w:rPr>
              <w:t xml:space="preserve"> </w:t>
            </w:r>
            <w:proofErr w:type="spellStart"/>
            <w:r w:rsidRPr="004543E3">
              <w:rPr>
                <w:b/>
                <w:bCs/>
              </w:rPr>
              <w:t>va</w:t>
            </w:r>
            <w:proofErr w:type="spellEnd"/>
            <w:r w:rsidRPr="004543E3">
              <w:rPr>
                <w:b/>
                <w:bCs/>
              </w:rPr>
              <w:t xml:space="preserve">̀ Công </w:t>
            </w:r>
            <w:proofErr w:type="spellStart"/>
            <w:r w:rsidRPr="004543E3">
              <w:rPr>
                <w:b/>
                <w:bCs/>
              </w:rPr>
              <w:t>nghê</w:t>
            </w:r>
            <w:proofErr w:type="spellEnd"/>
            <w:r w:rsidRPr="004543E3">
              <w:rPr>
                <w:b/>
                <w:bCs/>
              </w:rPr>
              <w:t xml:space="preserve">̣ </w:t>
            </w:r>
            <w:proofErr w:type="spellStart"/>
            <w:r w:rsidRPr="004543E3">
              <w:rPr>
                <w:b/>
                <w:bCs/>
              </w:rPr>
              <w:t>Việt</w:t>
            </w:r>
            <w:proofErr w:type="spellEnd"/>
            <w:r w:rsidRPr="004543E3">
              <w:rPr>
                <w:b/>
                <w:bCs/>
              </w:rPr>
              <w:t xml:space="preserve"> Nam - </w:t>
            </w:r>
            <w:proofErr w:type="spellStart"/>
            <w:r w:rsidRPr="004543E3">
              <w:rPr>
                <w:b/>
                <w:bCs/>
              </w:rPr>
              <w:t>Hàn</w:t>
            </w:r>
            <w:proofErr w:type="spellEnd"/>
            <w:r w:rsidRPr="004543E3">
              <w:rPr>
                <w:b/>
                <w:bCs/>
              </w:rPr>
              <w:t xml:space="preserve"> Quốc:</w:t>
            </w:r>
          </w:p>
          <w:p w14:paraId="12C17878" w14:textId="3AB5AC6B" w:rsidR="004C2B3E" w:rsidRPr="004543E3" w:rsidRDefault="004C2B3E" w:rsidP="002A7D4F">
            <w:pPr>
              <w:spacing w:before="120" w:after="120" w:line="240" w:lineRule="auto"/>
              <w:jc w:val="both"/>
            </w:pPr>
            <w:proofErr w:type="spellStart"/>
            <w:r w:rsidRPr="004543E3">
              <w:t>Tại</w:t>
            </w:r>
            <w:proofErr w:type="spellEnd"/>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5,6,7,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đề</w:t>
            </w:r>
            <w:proofErr w:type="spellEnd"/>
            <w:r w:rsidRPr="004543E3">
              <w:t xml:space="preserve"> </w:t>
            </w:r>
            <w:proofErr w:type="spellStart"/>
            <w:r w:rsidRPr="004543E3">
              <w:t>xuất</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soạn</w:t>
            </w:r>
            <w:proofErr w:type="spellEnd"/>
            <w:r w:rsidRPr="004543E3">
              <w:t xml:space="preserve"> </w:t>
            </w:r>
            <w:proofErr w:type="spellStart"/>
            <w:r w:rsidRPr="004543E3">
              <w:t>thảo</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bổ</w:t>
            </w:r>
            <w:proofErr w:type="spellEnd"/>
            <w:r w:rsidRPr="004543E3">
              <w:t xml:space="preserve"> sung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xác</w:t>
            </w:r>
            <w:proofErr w:type="spellEnd"/>
            <w:r w:rsidRPr="004543E3">
              <w:t xml:space="preserve"> </w:t>
            </w:r>
            <w:proofErr w:type="spellStart"/>
            <w:r w:rsidRPr="004543E3">
              <w:t>định</w:t>
            </w:r>
            <w:proofErr w:type="spellEnd"/>
            <w:r w:rsidRPr="004543E3">
              <w:t xml:space="preserve"> </w:t>
            </w:r>
            <w:proofErr w:type="spellStart"/>
            <w:r w:rsidRPr="004543E3">
              <w:t>thời</w:t>
            </w:r>
            <w:proofErr w:type="spellEnd"/>
            <w:r w:rsidRPr="004543E3">
              <w:t xml:space="preserve"> </w:t>
            </w:r>
            <w:proofErr w:type="spellStart"/>
            <w:r w:rsidRPr="004543E3">
              <w:t>hạn</w:t>
            </w:r>
            <w:proofErr w:type="spellEnd"/>
            <w:r w:rsidRPr="004543E3">
              <w:t xml:space="preserve"> </w:t>
            </w:r>
            <w:proofErr w:type="spellStart"/>
            <w:r w:rsidRPr="004543E3">
              <w:t>hoàn</w:t>
            </w:r>
            <w:proofErr w:type="spellEnd"/>
            <w:r w:rsidRPr="004543E3">
              <w:t xml:space="preserve"> </w:t>
            </w:r>
            <w:proofErr w:type="spellStart"/>
            <w:r w:rsidRPr="004543E3">
              <w:t>thiện</w:t>
            </w:r>
            <w:proofErr w:type="spellEnd"/>
            <w:r w:rsidRPr="004543E3">
              <w:t xml:space="preserve"> cụ </w:t>
            </w:r>
            <w:proofErr w:type="spellStart"/>
            <w:r w:rsidRPr="004543E3">
              <w:t>thể</w:t>
            </w:r>
            <w:proofErr w:type="spellEnd"/>
            <w:r w:rsidRPr="004543E3">
              <w:t xml:space="preserve"> </w:t>
            </w:r>
            <w:proofErr w:type="spellStart"/>
            <w:r w:rsidRPr="004543E3">
              <w:t>cho</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về</w:t>
            </w:r>
            <w:proofErr w:type="spellEnd"/>
            <w:r w:rsidRPr="004543E3">
              <w:t xml:space="preserve">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nghiệp</w:t>
            </w:r>
            <w:proofErr w:type="spellEnd"/>
            <w:r w:rsidRPr="004543E3">
              <w:t xml:space="preserve"> vụ </w:t>
            </w:r>
            <w:proofErr w:type="spellStart"/>
            <w:r w:rsidRPr="004543E3">
              <w:t>ngạch</w:t>
            </w:r>
            <w:proofErr w:type="spellEnd"/>
            <w:r w:rsidRPr="004543E3">
              <w:t xml:space="preserve"> KSCLSPHH (</w:t>
            </w:r>
            <w:proofErr w:type="spellStart"/>
            <w:r w:rsidRPr="004543E3">
              <w:t>ví</w:t>
            </w:r>
            <w:proofErr w:type="spellEnd"/>
            <w:r w:rsidRPr="004543E3">
              <w:t xml:space="preserve"> dụ: </w:t>
            </w:r>
            <w:proofErr w:type="spellStart"/>
            <w:r w:rsidRPr="004543E3">
              <w:t>trong</w:t>
            </w:r>
            <w:proofErr w:type="spellEnd"/>
            <w:r w:rsidRPr="004543E3">
              <w:t xml:space="preserve"> </w:t>
            </w:r>
            <w:proofErr w:type="spellStart"/>
            <w:r w:rsidRPr="004543E3">
              <w:t>vòng</w:t>
            </w:r>
            <w:proofErr w:type="spellEnd"/>
            <w:r w:rsidRPr="004543E3">
              <w:t xml:space="preserve"> 12 </w:t>
            </w:r>
            <w:proofErr w:type="spellStart"/>
            <w:r w:rsidRPr="004543E3">
              <w:t>tháng</w:t>
            </w:r>
            <w:proofErr w:type="spellEnd"/>
            <w:r w:rsidRPr="004543E3">
              <w:t xml:space="preserve"> </w:t>
            </w:r>
            <w:proofErr w:type="spellStart"/>
            <w:r w:rsidRPr="004543E3">
              <w:t>kể</w:t>
            </w:r>
            <w:proofErr w:type="spellEnd"/>
            <w:r w:rsidRPr="004543E3">
              <w:t xml:space="preserve"> </w:t>
            </w:r>
            <w:proofErr w:type="spellStart"/>
            <w:r w:rsidRPr="004543E3">
              <w:t>từ</w:t>
            </w:r>
            <w:proofErr w:type="spellEnd"/>
            <w:r w:rsidRPr="004543E3">
              <w:t xml:space="preserve"> </w:t>
            </w:r>
            <w:proofErr w:type="spellStart"/>
            <w:r w:rsidRPr="004543E3">
              <w:t>ngày</w:t>
            </w:r>
            <w:proofErr w:type="spellEnd"/>
            <w:r w:rsidRPr="004543E3">
              <w:t xml:space="preserve"> </w:t>
            </w:r>
            <w:proofErr w:type="spellStart"/>
            <w:r w:rsidRPr="004543E3">
              <w:t>có</w:t>
            </w:r>
            <w:proofErr w:type="spellEnd"/>
            <w:r w:rsidRPr="004543E3">
              <w:t xml:space="preserve"> </w:t>
            </w:r>
            <w:proofErr w:type="spellStart"/>
            <w:r w:rsidRPr="004543E3">
              <w:t>quyết</w:t>
            </w:r>
            <w:proofErr w:type="spellEnd"/>
            <w:r w:rsidRPr="004543E3">
              <w:t xml:space="preserve"> </w:t>
            </w:r>
            <w:proofErr w:type="spellStart"/>
            <w:r w:rsidRPr="004543E3">
              <w:t>định</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 xml:space="preserve"> </w:t>
            </w:r>
            <w:proofErr w:type="spellStart"/>
            <w:r w:rsidRPr="004543E3">
              <w:t>hoặc</w:t>
            </w:r>
            <w:proofErr w:type="spellEnd"/>
            <w:r w:rsidRPr="004543E3">
              <w:t xml:space="preserve"> </w:t>
            </w:r>
            <w:proofErr w:type="spellStart"/>
            <w:r w:rsidRPr="004543E3">
              <w:t>bổ</w:t>
            </w:r>
            <w:proofErr w:type="spellEnd"/>
            <w:r w:rsidRPr="004543E3">
              <w:t xml:space="preserve"> </w:t>
            </w:r>
            <w:proofErr w:type="spellStart"/>
            <w:r w:rsidRPr="004543E3">
              <w:t>nhiệm</w:t>
            </w:r>
            <w:proofErr w:type="spellEnd"/>
            <w:r w:rsidRPr="004543E3">
              <w:t xml:space="preserve"> </w:t>
            </w:r>
            <w:proofErr w:type="spellStart"/>
            <w:r w:rsidRPr="004543E3">
              <w:t>ngạch</w:t>
            </w:r>
            <w:proofErr w:type="spellEnd"/>
            <w:r w:rsidRPr="004543E3">
              <w:t xml:space="preserve">). </w:t>
            </w:r>
            <w:proofErr w:type="spellStart"/>
            <w:r w:rsidRPr="004543E3">
              <w:t>Việc</w:t>
            </w:r>
            <w:proofErr w:type="spellEnd"/>
            <w:r w:rsidRPr="004543E3">
              <w:t xml:space="preserve"> </w:t>
            </w:r>
            <w:proofErr w:type="spellStart"/>
            <w:r w:rsidRPr="004543E3">
              <w:t>bổ</w:t>
            </w:r>
            <w:proofErr w:type="spellEnd"/>
            <w:r w:rsidRPr="004543E3">
              <w:t xml:space="preserve"> sung </w:t>
            </w:r>
            <w:proofErr w:type="spellStart"/>
            <w:r w:rsidRPr="004543E3">
              <w:t>này</w:t>
            </w:r>
            <w:proofErr w:type="spellEnd"/>
            <w:r w:rsidRPr="004543E3">
              <w:t xml:space="preserve"> </w:t>
            </w:r>
            <w:proofErr w:type="spellStart"/>
            <w:r w:rsidRPr="004543E3">
              <w:t>nhằm</w:t>
            </w:r>
            <w:proofErr w:type="spellEnd"/>
            <w:r w:rsidRPr="004543E3">
              <w:t xml:space="preserve"> </w:t>
            </w:r>
            <w:proofErr w:type="spellStart"/>
            <w:r w:rsidRPr="004543E3">
              <w:t>tạo</w:t>
            </w:r>
            <w:proofErr w:type="spellEnd"/>
            <w:r w:rsidRPr="004543E3">
              <w:t xml:space="preserve"> </w:t>
            </w:r>
            <w:proofErr w:type="spellStart"/>
            <w:r w:rsidRPr="004543E3">
              <w:t>điều</w:t>
            </w:r>
            <w:proofErr w:type="spellEnd"/>
            <w:r w:rsidRPr="004543E3">
              <w:t xml:space="preserve"> </w:t>
            </w:r>
            <w:proofErr w:type="spellStart"/>
            <w:r w:rsidRPr="004543E3">
              <w:t>kiện</w:t>
            </w:r>
            <w:proofErr w:type="spellEnd"/>
            <w:r w:rsidRPr="004543E3">
              <w:t xml:space="preserve"> </w:t>
            </w:r>
            <w:proofErr w:type="spellStart"/>
            <w:r w:rsidRPr="004543E3">
              <w:t>linh</w:t>
            </w:r>
            <w:proofErr w:type="spellEnd"/>
            <w:r w:rsidRPr="004543E3">
              <w:t xml:space="preserve"> </w:t>
            </w:r>
            <w:proofErr w:type="spellStart"/>
            <w:r w:rsidRPr="004543E3">
              <w:t>hoạt</w:t>
            </w:r>
            <w:proofErr w:type="spellEnd"/>
            <w:r w:rsidRPr="004543E3">
              <w:t xml:space="preserve"> </w:t>
            </w:r>
            <w:proofErr w:type="spellStart"/>
            <w:r w:rsidRPr="004543E3">
              <w:t>cho</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mới</w:t>
            </w:r>
            <w:proofErr w:type="spellEnd"/>
            <w:r w:rsidRPr="004543E3">
              <w:t xml:space="preserve"> </w:t>
            </w:r>
            <w:proofErr w:type="spellStart"/>
            <w:r w:rsidRPr="004543E3">
              <w:t>được</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 xml:space="preserve"> </w:t>
            </w:r>
            <w:proofErr w:type="spellStart"/>
            <w:r w:rsidRPr="004543E3">
              <w:t>hoặc</w:t>
            </w:r>
            <w:proofErr w:type="spellEnd"/>
            <w:r w:rsidRPr="004543E3">
              <w:t xml:space="preserve"> </w:t>
            </w:r>
            <w:proofErr w:type="spellStart"/>
            <w:r w:rsidRPr="004543E3">
              <w:t>điều</w:t>
            </w:r>
            <w:proofErr w:type="spellEnd"/>
            <w:r w:rsidRPr="004543E3">
              <w:t xml:space="preserve"> </w:t>
            </w:r>
            <w:proofErr w:type="spellStart"/>
            <w:r w:rsidRPr="004543E3">
              <w:t>động</w:t>
            </w:r>
            <w:proofErr w:type="spellEnd"/>
            <w:r w:rsidRPr="004543E3">
              <w:t xml:space="preserve"> </w:t>
            </w:r>
            <w:proofErr w:type="spellStart"/>
            <w:r w:rsidRPr="004543E3">
              <w:t>từ</w:t>
            </w:r>
            <w:proofErr w:type="spellEnd"/>
            <w:r w:rsidRPr="004543E3">
              <w:t xml:space="preserve"> </w:t>
            </w:r>
            <w:proofErr w:type="spellStart"/>
            <w:r w:rsidRPr="004543E3">
              <w:t>chuyên</w:t>
            </w:r>
            <w:proofErr w:type="spellEnd"/>
            <w:r w:rsidRPr="004543E3">
              <w:t xml:space="preserve"> </w:t>
            </w:r>
            <w:proofErr w:type="spellStart"/>
            <w:r w:rsidRPr="004543E3">
              <w:t>ngành</w:t>
            </w:r>
            <w:proofErr w:type="spellEnd"/>
            <w:r w:rsidRPr="004543E3">
              <w:t xml:space="preserve"> </w:t>
            </w:r>
            <w:proofErr w:type="spellStart"/>
            <w:r w:rsidRPr="004543E3">
              <w:t>khác</w:t>
            </w:r>
            <w:proofErr w:type="spellEnd"/>
            <w:r w:rsidRPr="004543E3">
              <w:t xml:space="preserve"> sang </w:t>
            </w:r>
            <w:proofErr w:type="spellStart"/>
            <w:r w:rsidRPr="004543E3">
              <w:t>có</w:t>
            </w:r>
            <w:proofErr w:type="spellEnd"/>
            <w:r w:rsidRPr="004543E3">
              <w:t xml:space="preserve"> </w:t>
            </w:r>
            <w:proofErr w:type="spellStart"/>
            <w:r w:rsidRPr="004543E3">
              <w:t>đủ</w:t>
            </w:r>
            <w:proofErr w:type="spellEnd"/>
            <w:r w:rsidRPr="004543E3">
              <w:t xml:space="preserve"> </w:t>
            </w:r>
            <w:proofErr w:type="spellStart"/>
            <w:r w:rsidRPr="004543E3">
              <w:t>thời</w:t>
            </w:r>
            <w:proofErr w:type="spellEnd"/>
            <w:r w:rsidRPr="004543E3">
              <w:t xml:space="preserve"> </w:t>
            </w:r>
            <w:proofErr w:type="spellStart"/>
            <w:r w:rsidRPr="004543E3">
              <w:t>gian</w:t>
            </w:r>
            <w:proofErr w:type="spellEnd"/>
            <w:r w:rsidRPr="004543E3">
              <w:t xml:space="preserve"> </w:t>
            </w:r>
            <w:proofErr w:type="spellStart"/>
            <w:r w:rsidRPr="004543E3">
              <w:t>tham</w:t>
            </w:r>
            <w:proofErr w:type="spellEnd"/>
            <w:r w:rsidRPr="004543E3">
              <w:t xml:space="preserve"> </w:t>
            </w:r>
            <w:proofErr w:type="spellStart"/>
            <w:r w:rsidRPr="004543E3">
              <w:t>gia</w:t>
            </w:r>
            <w:proofErr w:type="spellEnd"/>
            <w:r w:rsidRPr="004543E3">
              <w:t xml:space="preserve"> </w:t>
            </w:r>
            <w:proofErr w:type="spellStart"/>
            <w:r w:rsidRPr="004543E3">
              <w:t>các</w:t>
            </w:r>
            <w:proofErr w:type="spellEnd"/>
            <w:r w:rsidRPr="004543E3">
              <w:t xml:space="preserve"> </w:t>
            </w:r>
            <w:proofErr w:type="spellStart"/>
            <w:r w:rsidRPr="004543E3">
              <w:t>khóa</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 xml:space="preserve"> </w:t>
            </w:r>
            <w:proofErr w:type="spellStart"/>
            <w:r w:rsidRPr="004543E3">
              <w:t>tập</w:t>
            </w:r>
            <w:proofErr w:type="spellEnd"/>
            <w:r w:rsidRPr="004543E3">
              <w:t xml:space="preserve"> </w:t>
            </w:r>
            <w:proofErr w:type="spellStart"/>
            <w:r w:rsidRPr="004543E3">
              <w:t>trung</w:t>
            </w:r>
            <w:proofErr w:type="spellEnd"/>
            <w:r w:rsidRPr="004543E3">
              <w:t xml:space="preserve"> </w:t>
            </w:r>
            <w:proofErr w:type="spellStart"/>
            <w:r w:rsidRPr="004543E3">
              <w:t>theo</w:t>
            </w:r>
            <w:proofErr w:type="spellEnd"/>
            <w:r w:rsidRPr="004543E3">
              <w:t xml:space="preserve"> </w:t>
            </w:r>
            <w:proofErr w:type="spellStart"/>
            <w:r w:rsidRPr="004543E3">
              <w:t>đặc</w:t>
            </w:r>
            <w:proofErr w:type="spellEnd"/>
            <w:r w:rsidRPr="004543E3">
              <w:t xml:space="preserve"> </w:t>
            </w:r>
            <w:proofErr w:type="spellStart"/>
            <w:r w:rsidRPr="004543E3">
              <w:t>thù</w:t>
            </w:r>
            <w:proofErr w:type="spellEnd"/>
            <w:r w:rsidRPr="004543E3">
              <w:t xml:space="preserve"> </w:t>
            </w:r>
            <w:proofErr w:type="spellStart"/>
            <w:r w:rsidRPr="004543E3">
              <w:t>của</w:t>
            </w:r>
            <w:proofErr w:type="spellEnd"/>
            <w:r w:rsidRPr="004543E3">
              <w:t xml:space="preserve"> </w:t>
            </w:r>
            <w:proofErr w:type="spellStart"/>
            <w:r w:rsidRPr="004543E3">
              <w:t>ngành</w:t>
            </w:r>
            <w:proofErr w:type="spellEnd"/>
            <w:r w:rsidRPr="004543E3">
              <w:t xml:space="preserve">. </w:t>
            </w:r>
            <w:proofErr w:type="spellStart"/>
            <w:r w:rsidRPr="004543E3">
              <w:t>Đồng</w:t>
            </w:r>
            <w:proofErr w:type="spellEnd"/>
            <w:r w:rsidRPr="004543E3">
              <w:t xml:space="preserve"> </w:t>
            </w:r>
            <w:proofErr w:type="spellStart"/>
            <w:r w:rsidRPr="004543E3">
              <w:t>thời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này</w:t>
            </w:r>
            <w:proofErr w:type="spellEnd"/>
            <w:r w:rsidRPr="004543E3">
              <w:t xml:space="preserve"> </w:t>
            </w:r>
            <w:proofErr w:type="spellStart"/>
            <w:r w:rsidRPr="004543E3">
              <w:t>sẽ</w:t>
            </w:r>
            <w:proofErr w:type="spellEnd"/>
            <w:r w:rsidRPr="004543E3">
              <w:t xml:space="preserve"> </w:t>
            </w:r>
            <w:proofErr w:type="spellStart"/>
            <w:r w:rsidRPr="004543E3">
              <w:t>giúp</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tránh</w:t>
            </w:r>
            <w:proofErr w:type="spellEnd"/>
            <w:r w:rsidRPr="004543E3">
              <w:t xml:space="preserve"> </w:t>
            </w:r>
            <w:proofErr w:type="spellStart"/>
            <w:r w:rsidRPr="004543E3">
              <w:t>được</w:t>
            </w:r>
            <w:proofErr w:type="spellEnd"/>
            <w:r w:rsidRPr="004543E3">
              <w:t xml:space="preserve"> </w:t>
            </w:r>
            <w:proofErr w:type="spellStart"/>
            <w:r w:rsidRPr="004543E3">
              <w:t>các</w:t>
            </w:r>
            <w:proofErr w:type="spellEnd"/>
            <w:r w:rsidRPr="004543E3">
              <w:t xml:space="preserve"> </w:t>
            </w:r>
            <w:proofErr w:type="spellStart"/>
            <w:r w:rsidRPr="004543E3">
              <w:t>vướng</w:t>
            </w:r>
            <w:proofErr w:type="spellEnd"/>
            <w:r w:rsidRPr="004543E3">
              <w:t xml:space="preserve"> </w:t>
            </w:r>
            <w:proofErr w:type="spellStart"/>
            <w:r w:rsidRPr="004543E3">
              <w:t>mắc</w:t>
            </w:r>
            <w:proofErr w:type="spellEnd"/>
            <w:r w:rsidRPr="004543E3">
              <w:t xml:space="preserve"> </w:t>
            </w:r>
            <w:proofErr w:type="spellStart"/>
            <w:r w:rsidRPr="004543E3">
              <w:t>về</w:t>
            </w:r>
            <w:proofErr w:type="spellEnd"/>
            <w:r w:rsidRPr="004543E3">
              <w:t xml:space="preserve"> </w:t>
            </w:r>
            <w:proofErr w:type="spellStart"/>
            <w:r w:rsidRPr="004543E3">
              <w:t>thủ</w:t>
            </w:r>
            <w:proofErr w:type="spellEnd"/>
            <w:r w:rsidRPr="004543E3">
              <w:t xml:space="preserve"> </w:t>
            </w:r>
            <w:proofErr w:type="spellStart"/>
            <w:r w:rsidRPr="004543E3">
              <w:t>tục</w:t>
            </w:r>
            <w:proofErr w:type="spellEnd"/>
            <w:r w:rsidRPr="004543E3">
              <w:t xml:space="preserve"> </w:t>
            </w:r>
            <w:proofErr w:type="spellStart"/>
            <w:r w:rsidRPr="004543E3">
              <w:t>hành</w:t>
            </w:r>
            <w:proofErr w:type="spellEnd"/>
            <w:r w:rsidRPr="004543E3">
              <w:t xml:space="preserve"> </w:t>
            </w:r>
            <w:proofErr w:type="spellStart"/>
            <w:r w:rsidRPr="004543E3">
              <w:t>chính</w:t>
            </w:r>
            <w:proofErr w:type="spellEnd"/>
            <w:r w:rsidRPr="004543E3">
              <w:t xml:space="preserve"> </w:t>
            </w:r>
            <w:proofErr w:type="spellStart"/>
            <w:r w:rsidRPr="004543E3">
              <w:t>khi</w:t>
            </w:r>
            <w:proofErr w:type="spellEnd"/>
            <w:r w:rsidRPr="004543E3">
              <w:t xml:space="preserve"> </w:t>
            </w:r>
            <w:proofErr w:type="spellStart"/>
            <w:r w:rsidRPr="004543E3">
              <w:t>thực</w:t>
            </w:r>
            <w:proofErr w:type="spellEnd"/>
            <w:r w:rsidRPr="004543E3">
              <w:t xml:space="preserve"> </w:t>
            </w:r>
            <w:proofErr w:type="spellStart"/>
            <w:r w:rsidRPr="004543E3">
              <w:t>hiện</w:t>
            </w:r>
            <w:proofErr w:type="spellEnd"/>
            <w:r w:rsidRPr="004543E3">
              <w:t xml:space="preserve"> </w:t>
            </w:r>
            <w:proofErr w:type="spellStart"/>
            <w:r w:rsidRPr="004543E3">
              <w:t>bổ</w:t>
            </w:r>
            <w:proofErr w:type="spellEnd"/>
            <w:r w:rsidRPr="004543E3">
              <w:t xml:space="preserve"> </w:t>
            </w:r>
            <w:proofErr w:type="spellStart"/>
            <w:r w:rsidRPr="004543E3">
              <w:t>nhiệm</w:t>
            </w:r>
            <w:proofErr w:type="spellEnd"/>
            <w:r w:rsidRPr="004543E3">
              <w:t xml:space="preserve"> </w:t>
            </w:r>
            <w:proofErr w:type="spellStart"/>
            <w:r w:rsidRPr="004543E3">
              <w:t>vào</w:t>
            </w:r>
            <w:proofErr w:type="spellEnd"/>
            <w:r w:rsidRPr="004543E3">
              <w:t xml:space="preserve"> </w:t>
            </w:r>
            <w:proofErr w:type="spellStart"/>
            <w:r w:rsidRPr="004543E3">
              <w:t>ngạch</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nghiệp</w:t>
            </w:r>
            <w:proofErr w:type="spellEnd"/>
            <w:r w:rsidRPr="004543E3">
              <w:t xml:space="preserve"> </w:t>
            </w:r>
            <w:proofErr w:type="spellStart"/>
            <w:r w:rsidRPr="004543E3">
              <w:t>lần</w:t>
            </w:r>
            <w:proofErr w:type="spellEnd"/>
            <w:r w:rsidRPr="004543E3">
              <w:t xml:space="preserve"> </w:t>
            </w:r>
            <w:proofErr w:type="spellStart"/>
            <w:r w:rsidRPr="004543E3">
              <w:t>đầu</w:t>
            </w:r>
            <w:proofErr w:type="spellEnd"/>
            <w:r w:rsidRPr="004543E3">
              <w:t xml:space="preserve"> </w:t>
            </w:r>
            <w:proofErr w:type="spellStart"/>
            <w:r w:rsidRPr="004543E3">
              <w:t>trong</w:t>
            </w:r>
            <w:proofErr w:type="spellEnd"/>
            <w:r w:rsidRPr="004543E3">
              <w:t xml:space="preserve"> </w:t>
            </w:r>
            <w:proofErr w:type="spellStart"/>
            <w:r w:rsidRPr="004543E3">
              <w:t>bối</w:t>
            </w:r>
            <w:proofErr w:type="spellEnd"/>
            <w:r w:rsidRPr="004543E3">
              <w:t xml:space="preserve"> </w:t>
            </w:r>
            <w:proofErr w:type="spellStart"/>
            <w:r w:rsidRPr="004543E3">
              <w:t>cảnh</w:t>
            </w:r>
            <w:proofErr w:type="spellEnd"/>
            <w:r w:rsidRPr="004543E3">
              <w:t xml:space="preserve"> </w:t>
            </w:r>
            <w:proofErr w:type="spellStart"/>
            <w:r w:rsidRPr="004543E3">
              <w:t>các</w:t>
            </w:r>
            <w:proofErr w:type="spellEnd"/>
            <w:r w:rsidRPr="004543E3">
              <w:t xml:space="preserve"> </w:t>
            </w:r>
            <w:proofErr w:type="spellStart"/>
            <w:r w:rsidRPr="004543E3">
              <w:t>lớp</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nghiệp</w:t>
            </w:r>
            <w:proofErr w:type="spellEnd"/>
            <w:r w:rsidRPr="004543E3">
              <w:t xml:space="preserve"> vụ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có</w:t>
            </w:r>
            <w:proofErr w:type="spellEnd"/>
            <w:r w:rsidRPr="004543E3">
              <w:t xml:space="preserve"> </w:t>
            </w:r>
            <w:proofErr w:type="spellStart"/>
            <w:r w:rsidRPr="004543E3">
              <w:t>thể</w:t>
            </w:r>
            <w:proofErr w:type="spellEnd"/>
            <w:r w:rsidRPr="004543E3">
              <w:t xml:space="preserve"> </w:t>
            </w:r>
            <w:proofErr w:type="spellStart"/>
            <w:r w:rsidRPr="004543E3">
              <w:t>chưa</w:t>
            </w:r>
            <w:proofErr w:type="spellEnd"/>
            <w:r w:rsidRPr="004543E3">
              <w:t xml:space="preserve"> </w:t>
            </w:r>
            <w:proofErr w:type="spellStart"/>
            <w:r w:rsidRPr="004543E3">
              <w:t>được</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kịp</w:t>
            </w:r>
            <w:proofErr w:type="spellEnd"/>
            <w:r w:rsidRPr="004543E3">
              <w:t xml:space="preserve"> </w:t>
            </w:r>
            <w:proofErr w:type="spellStart"/>
            <w:r w:rsidRPr="004543E3">
              <w:t>thời</w:t>
            </w:r>
            <w:proofErr w:type="spellEnd"/>
            <w:r w:rsidRPr="004543E3">
              <w:t xml:space="preserve"> </w:t>
            </w:r>
            <w:proofErr w:type="spellStart"/>
            <w:r w:rsidRPr="004543E3">
              <w:t>ngay</w:t>
            </w:r>
            <w:proofErr w:type="spellEnd"/>
            <w:r w:rsidRPr="004543E3">
              <w:t xml:space="preserve"> </w:t>
            </w:r>
            <w:proofErr w:type="spellStart"/>
            <w:r w:rsidRPr="004543E3">
              <w:t>tại</w:t>
            </w:r>
            <w:proofErr w:type="spellEnd"/>
            <w:r w:rsidRPr="004543E3">
              <w:t xml:space="preserve"> </w:t>
            </w:r>
            <w:proofErr w:type="spellStart"/>
            <w:r w:rsidRPr="004543E3">
              <w:t>thời</w:t>
            </w:r>
            <w:proofErr w:type="spellEnd"/>
            <w:r w:rsidRPr="004543E3">
              <w:t xml:space="preserve"> </w:t>
            </w:r>
            <w:proofErr w:type="spellStart"/>
            <w:r w:rsidRPr="004543E3">
              <w:t>điểm</w:t>
            </w:r>
            <w:proofErr w:type="spellEnd"/>
            <w:r w:rsidRPr="004543E3">
              <w:t xml:space="preserve"> </w:t>
            </w:r>
            <w:proofErr w:type="spellStart"/>
            <w:r w:rsidRPr="004543E3">
              <w:t>tuyển</w:t>
            </w:r>
            <w:proofErr w:type="spellEnd"/>
            <w:r w:rsidRPr="004543E3">
              <w:t xml:space="preserve"> </w:t>
            </w:r>
            <w:proofErr w:type="spellStart"/>
            <w:r w:rsidRPr="004543E3">
              <w:t>dụng</w:t>
            </w:r>
            <w:proofErr w:type="spellEnd"/>
            <w:r w:rsidRPr="004543E3">
              <w:t>.</w:t>
            </w:r>
          </w:p>
        </w:tc>
        <w:tc>
          <w:tcPr>
            <w:tcW w:w="7371" w:type="dxa"/>
          </w:tcPr>
          <w:p w14:paraId="2337565B" w14:textId="35411F0F" w:rsidR="004C2B3E" w:rsidRPr="004543E3" w:rsidRDefault="004C2B3E" w:rsidP="002A7D4F">
            <w:pPr>
              <w:spacing w:before="120" w:after="120" w:line="240" w:lineRule="auto"/>
              <w:jc w:val="both"/>
              <w:rPr>
                <w:szCs w:val="26"/>
              </w:rPr>
            </w:pPr>
            <w:r w:rsidRPr="004543E3">
              <w:rPr>
                <w:szCs w:val="26"/>
              </w:rPr>
              <w:t xml:space="preserve">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sẽ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hướng</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r w:rsidRPr="004543E3">
              <w:rPr>
                <w:i/>
                <w:iCs/>
                <w:szCs w:val="26"/>
              </w:rPr>
              <w:t>“</w:t>
            </w:r>
            <w:proofErr w:type="spellStart"/>
            <w:r w:rsidRPr="004543E3">
              <w:rPr>
                <w:i/>
                <w:iCs/>
                <w:szCs w:val="26"/>
              </w:rPr>
              <w:t>cơ</w:t>
            </w:r>
            <w:proofErr w:type="spellEnd"/>
            <w:r w:rsidRPr="004543E3">
              <w:rPr>
                <w:i/>
                <w:iCs/>
                <w:szCs w:val="26"/>
              </w:rPr>
              <w:t xml:space="preserve"> </w:t>
            </w:r>
            <w:proofErr w:type="spellStart"/>
            <w:r w:rsidRPr="004543E3">
              <w:rPr>
                <w:i/>
                <w:iCs/>
                <w:szCs w:val="26"/>
              </w:rPr>
              <w:t>quan</w:t>
            </w:r>
            <w:proofErr w:type="spellEnd"/>
            <w:r w:rsidRPr="004543E3">
              <w:rPr>
                <w:i/>
                <w:iCs/>
                <w:szCs w:val="26"/>
              </w:rPr>
              <w:t xml:space="preserve"> </w:t>
            </w:r>
            <w:proofErr w:type="spellStart"/>
            <w:r w:rsidRPr="004543E3">
              <w:rPr>
                <w:i/>
                <w:iCs/>
                <w:szCs w:val="26"/>
              </w:rPr>
              <w:t>quản</w:t>
            </w:r>
            <w:proofErr w:type="spellEnd"/>
            <w:r w:rsidRPr="004543E3">
              <w:rPr>
                <w:i/>
                <w:iCs/>
                <w:szCs w:val="26"/>
              </w:rPr>
              <w:t xml:space="preserve"> </w:t>
            </w:r>
            <w:proofErr w:type="spellStart"/>
            <w:r w:rsidRPr="004543E3">
              <w:rPr>
                <w:i/>
                <w:iCs/>
                <w:szCs w:val="26"/>
              </w:rPr>
              <w:t>lý</w:t>
            </w:r>
            <w:proofErr w:type="spellEnd"/>
            <w:r w:rsidRPr="004543E3">
              <w:rPr>
                <w:i/>
                <w:iCs/>
                <w:szCs w:val="26"/>
              </w:rPr>
              <w:t xml:space="preserve">, </w:t>
            </w:r>
            <w:proofErr w:type="spellStart"/>
            <w:r w:rsidRPr="004543E3">
              <w:rPr>
                <w:i/>
                <w:iCs/>
                <w:szCs w:val="26"/>
              </w:rPr>
              <w:t>sử</w:t>
            </w:r>
            <w:proofErr w:type="spellEnd"/>
            <w:r w:rsidRPr="004543E3">
              <w:rPr>
                <w:i/>
                <w:iCs/>
                <w:szCs w:val="26"/>
              </w:rPr>
              <w:t xml:space="preserve"> </w:t>
            </w:r>
            <w:proofErr w:type="spellStart"/>
            <w:r w:rsidRPr="004543E3">
              <w:rPr>
                <w:i/>
                <w:iCs/>
                <w:szCs w:val="26"/>
              </w:rPr>
              <w:t>dụng</w:t>
            </w:r>
            <w:proofErr w:type="spellEnd"/>
            <w:r w:rsidRPr="004543E3">
              <w:rPr>
                <w:i/>
                <w:iCs/>
                <w:szCs w:val="26"/>
              </w:rPr>
              <w:t xml:space="preserve"> </w:t>
            </w:r>
            <w:proofErr w:type="spellStart"/>
            <w:r w:rsidRPr="004543E3">
              <w:rPr>
                <w:i/>
                <w:iCs/>
                <w:szCs w:val="26"/>
              </w:rPr>
              <w:t>công</w:t>
            </w:r>
            <w:proofErr w:type="spellEnd"/>
            <w:r w:rsidRPr="004543E3">
              <w:rPr>
                <w:i/>
                <w:iCs/>
                <w:szCs w:val="26"/>
              </w:rPr>
              <w:t xml:space="preserve"> </w:t>
            </w:r>
            <w:proofErr w:type="spellStart"/>
            <w:r w:rsidRPr="004543E3">
              <w:rPr>
                <w:i/>
                <w:iCs/>
                <w:szCs w:val="26"/>
              </w:rPr>
              <w:t>chức</w:t>
            </w:r>
            <w:proofErr w:type="spellEnd"/>
            <w:r w:rsidRPr="004543E3">
              <w:rPr>
                <w:i/>
                <w:iCs/>
                <w:szCs w:val="26"/>
              </w:rPr>
              <w:t xml:space="preserve">, </w:t>
            </w:r>
            <w:proofErr w:type="spellStart"/>
            <w:r w:rsidRPr="004543E3">
              <w:rPr>
                <w:i/>
                <w:iCs/>
                <w:szCs w:val="26"/>
              </w:rPr>
              <w:t>viên</w:t>
            </w:r>
            <w:proofErr w:type="spellEnd"/>
            <w:r w:rsidRPr="004543E3">
              <w:rPr>
                <w:i/>
                <w:iCs/>
                <w:szCs w:val="26"/>
              </w:rPr>
              <w:t xml:space="preserve"> </w:t>
            </w:r>
            <w:proofErr w:type="spellStart"/>
            <w:r w:rsidRPr="004543E3">
              <w:rPr>
                <w:i/>
                <w:iCs/>
                <w:szCs w:val="26"/>
              </w:rPr>
              <w:t>chức</w:t>
            </w:r>
            <w:proofErr w:type="spellEnd"/>
            <w:r w:rsidRPr="004543E3">
              <w:rPr>
                <w:i/>
                <w:iCs/>
                <w:szCs w:val="26"/>
              </w:rPr>
              <w:t xml:space="preserve"> </w:t>
            </w:r>
            <w:proofErr w:type="spellStart"/>
            <w:r w:rsidRPr="004543E3">
              <w:rPr>
                <w:i/>
                <w:iCs/>
                <w:szCs w:val="26"/>
              </w:rPr>
              <w:t>có</w:t>
            </w:r>
            <w:proofErr w:type="spellEnd"/>
            <w:r w:rsidRPr="004543E3">
              <w:rPr>
                <w:i/>
                <w:iCs/>
                <w:szCs w:val="26"/>
              </w:rPr>
              <w:t xml:space="preserve"> </w:t>
            </w:r>
            <w:proofErr w:type="spellStart"/>
            <w:r w:rsidRPr="004543E3">
              <w:rPr>
                <w:i/>
                <w:iCs/>
                <w:szCs w:val="26"/>
              </w:rPr>
              <w:t>trách</w:t>
            </w:r>
            <w:proofErr w:type="spellEnd"/>
            <w:r w:rsidRPr="004543E3">
              <w:rPr>
                <w:i/>
                <w:iCs/>
                <w:szCs w:val="26"/>
              </w:rPr>
              <w:t xml:space="preserve"> </w:t>
            </w:r>
            <w:proofErr w:type="spellStart"/>
            <w:r w:rsidRPr="004543E3">
              <w:rPr>
                <w:i/>
                <w:iCs/>
                <w:szCs w:val="26"/>
              </w:rPr>
              <w:t>nhiệm</w:t>
            </w:r>
            <w:proofErr w:type="spellEnd"/>
            <w:r w:rsidRPr="004543E3">
              <w:rPr>
                <w:i/>
                <w:iCs/>
                <w:szCs w:val="26"/>
              </w:rPr>
              <w:t xml:space="preserve"> </w:t>
            </w:r>
            <w:proofErr w:type="spellStart"/>
            <w:r w:rsidRPr="004543E3">
              <w:rPr>
                <w:i/>
                <w:iCs/>
                <w:szCs w:val="26"/>
              </w:rPr>
              <w:t>tạo</w:t>
            </w:r>
            <w:proofErr w:type="spellEnd"/>
            <w:r w:rsidRPr="004543E3">
              <w:rPr>
                <w:i/>
                <w:iCs/>
                <w:szCs w:val="26"/>
              </w:rPr>
              <w:t xml:space="preserve"> </w:t>
            </w:r>
            <w:proofErr w:type="spellStart"/>
            <w:r w:rsidRPr="004543E3">
              <w:rPr>
                <w:i/>
                <w:iCs/>
                <w:szCs w:val="26"/>
              </w:rPr>
              <w:t>điều</w:t>
            </w:r>
            <w:proofErr w:type="spellEnd"/>
            <w:r w:rsidRPr="004543E3">
              <w:rPr>
                <w:i/>
                <w:iCs/>
                <w:szCs w:val="26"/>
              </w:rPr>
              <w:t xml:space="preserve"> </w:t>
            </w:r>
            <w:proofErr w:type="spellStart"/>
            <w:r w:rsidRPr="004543E3">
              <w:rPr>
                <w:i/>
                <w:iCs/>
                <w:szCs w:val="26"/>
              </w:rPr>
              <w:t>kiện</w:t>
            </w:r>
            <w:proofErr w:type="spellEnd"/>
            <w:r w:rsidRPr="004543E3">
              <w:rPr>
                <w:i/>
                <w:iCs/>
                <w:szCs w:val="26"/>
              </w:rPr>
              <w:t xml:space="preserve"> </w:t>
            </w:r>
            <w:proofErr w:type="spellStart"/>
            <w:r w:rsidRPr="004543E3">
              <w:rPr>
                <w:i/>
                <w:iCs/>
                <w:szCs w:val="26"/>
              </w:rPr>
              <w:t>để</w:t>
            </w:r>
            <w:proofErr w:type="spellEnd"/>
            <w:r w:rsidRPr="004543E3">
              <w:rPr>
                <w:i/>
                <w:iCs/>
                <w:szCs w:val="26"/>
              </w:rPr>
              <w:t xml:space="preserve"> </w:t>
            </w:r>
            <w:proofErr w:type="spellStart"/>
            <w:r w:rsidRPr="004543E3">
              <w:rPr>
                <w:i/>
                <w:iCs/>
                <w:szCs w:val="26"/>
              </w:rPr>
              <w:t>công</w:t>
            </w:r>
            <w:proofErr w:type="spellEnd"/>
            <w:r w:rsidRPr="004543E3">
              <w:rPr>
                <w:i/>
                <w:iCs/>
                <w:szCs w:val="26"/>
              </w:rPr>
              <w:t xml:space="preserve"> </w:t>
            </w:r>
            <w:proofErr w:type="spellStart"/>
            <w:r w:rsidRPr="004543E3">
              <w:rPr>
                <w:i/>
                <w:iCs/>
                <w:szCs w:val="26"/>
              </w:rPr>
              <w:t>chức</w:t>
            </w:r>
            <w:proofErr w:type="spellEnd"/>
            <w:r w:rsidRPr="004543E3">
              <w:rPr>
                <w:i/>
                <w:iCs/>
                <w:szCs w:val="26"/>
              </w:rPr>
              <w:t xml:space="preserve">, </w:t>
            </w:r>
            <w:proofErr w:type="spellStart"/>
            <w:r w:rsidRPr="004543E3">
              <w:rPr>
                <w:i/>
                <w:iCs/>
                <w:szCs w:val="26"/>
              </w:rPr>
              <w:t>viên</w:t>
            </w:r>
            <w:proofErr w:type="spellEnd"/>
            <w:r w:rsidRPr="004543E3">
              <w:rPr>
                <w:i/>
                <w:iCs/>
                <w:szCs w:val="26"/>
              </w:rPr>
              <w:t xml:space="preserve"> </w:t>
            </w:r>
            <w:proofErr w:type="spellStart"/>
            <w:r w:rsidRPr="004543E3">
              <w:rPr>
                <w:i/>
                <w:iCs/>
                <w:szCs w:val="26"/>
              </w:rPr>
              <w:t>chức</w:t>
            </w:r>
            <w:proofErr w:type="spellEnd"/>
            <w:r w:rsidRPr="004543E3">
              <w:rPr>
                <w:i/>
                <w:iCs/>
                <w:szCs w:val="26"/>
              </w:rPr>
              <w:t xml:space="preserve"> </w:t>
            </w:r>
            <w:proofErr w:type="spellStart"/>
            <w:r w:rsidRPr="004543E3">
              <w:rPr>
                <w:i/>
                <w:iCs/>
                <w:szCs w:val="26"/>
              </w:rPr>
              <w:t>đó</w:t>
            </w:r>
            <w:proofErr w:type="spellEnd"/>
            <w:r w:rsidRPr="004543E3">
              <w:rPr>
                <w:i/>
                <w:iCs/>
                <w:szCs w:val="26"/>
              </w:rPr>
              <w:t xml:space="preserve"> </w:t>
            </w:r>
            <w:proofErr w:type="spellStart"/>
            <w:r w:rsidRPr="004543E3">
              <w:rPr>
                <w:i/>
                <w:iCs/>
                <w:szCs w:val="26"/>
              </w:rPr>
              <w:t>được</w:t>
            </w:r>
            <w:proofErr w:type="spellEnd"/>
            <w:r w:rsidRPr="004543E3">
              <w:rPr>
                <w:i/>
                <w:iCs/>
                <w:szCs w:val="26"/>
              </w:rPr>
              <w:t xml:space="preserve"> </w:t>
            </w:r>
            <w:proofErr w:type="spellStart"/>
            <w:r w:rsidRPr="004543E3">
              <w:rPr>
                <w:i/>
                <w:iCs/>
                <w:szCs w:val="26"/>
              </w:rPr>
              <w:t>đào</w:t>
            </w:r>
            <w:proofErr w:type="spellEnd"/>
            <w:r w:rsidRPr="004543E3">
              <w:rPr>
                <w:i/>
                <w:iCs/>
                <w:szCs w:val="26"/>
              </w:rPr>
              <w:t xml:space="preserve"> </w:t>
            </w:r>
            <w:proofErr w:type="spellStart"/>
            <w:r w:rsidRPr="004543E3">
              <w:rPr>
                <w:i/>
                <w:iCs/>
                <w:szCs w:val="26"/>
              </w:rPr>
              <w:t>tạo</w:t>
            </w:r>
            <w:proofErr w:type="spellEnd"/>
            <w:r w:rsidRPr="004543E3">
              <w:rPr>
                <w:i/>
                <w:iCs/>
                <w:szCs w:val="26"/>
              </w:rPr>
              <w:t xml:space="preserve">, </w:t>
            </w:r>
            <w:proofErr w:type="spellStart"/>
            <w:r w:rsidRPr="004543E3">
              <w:rPr>
                <w:i/>
                <w:iCs/>
                <w:szCs w:val="26"/>
              </w:rPr>
              <w:t>bồi</w:t>
            </w:r>
            <w:proofErr w:type="spellEnd"/>
            <w:r w:rsidRPr="004543E3">
              <w:rPr>
                <w:i/>
                <w:iCs/>
                <w:szCs w:val="26"/>
              </w:rPr>
              <w:t xml:space="preserve"> </w:t>
            </w:r>
            <w:proofErr w:type="spellStart"/>
            <w:r w:rsidRPr="004543E3">
              <w:rPr>
                <w:i/>
                <w:iCs/>
                <w:szCs w:val="26"/>
              </w:rPr>
              <w:t>dưỡng</w:t>
            </w:r>
            <w:proofErr w:type="spellEnd"/>
            <w:r w:rsidRPr="004543E3">
              <w:rPr>
                <w:i/>
                <w:iCs/>
                <w:szCs w:val="26"/>
              </w:rPr>
              <w:t xml:space="preserve"> </w:t>
            </w:r>
            <w:proofErr w:type="spellStart"/>
            <w:r w:rsidRPr="004543E3">
              <w:rPr>
                <w:i/>
                <w:iCs/>
                <w:szCs w:val="26"/>
              </w:rPr>
              <w:t>hoàn</w:t>
            </w:r>
            <w:proofErr w:type="spellEnd"/>
            <w:r w:rsidRPr="004543E3">
              <w:rPr>
                <w:i/>
                <w:iCs/>
                <w:szCs w:val="26"/>
              </w:rPr>
              <w:t xml:space="preserve"> </w:t>
            </w:r>
            <w:proofErr w:type="spellStart"/>
            <w:r w:rsidRPr="004543E3">
              <w:rPr>
                <w:i/>
                <w:iCs/>
                <w:szCs w:val="26"/>
              </w:rPr>
              <w:t>thiện</w:t>
            </w:r>
            <w:proofErr w:type="spellEnd"/>
            <w:r w:rsidRPr="004543E3">
              <w:rPr>
                <w:i/>
                <w:iCs/>
                <w:szCs w:val="26"/>
              </w:rPr>
              <w:t xml:space="preserve"> </w:t>
            </w:r>
            <w:proofErr w:type="spellStart"/>
            <w:r w:rsidRPr="004543E3">
              <w:rPr>
                <w:i/>
                <w:iCs/>
                <w:szCs w:val="26"/>
              </w:rPr>
              <w:t>tiêu</w:t>
            </w:r>
            <w:proofErr w:type="spellEnd"/>
            <w:r w:rsidRPr="004543E3">
              <w:rPr>
                <w:i/>
                <w:iCs/>
                <w:szCs w:val="26"/>
              </w:rPr>
              <w:t xml:space="preserve"> </w:t>
            </w:r>
            <w:proofErr w:type="spellStart"/>
            <w:r w:rsidRPr="004543E3">
              <w:rPr>
                <w:i/>
                <w:iCs/>
                <w:szCs w:val="26"/>
              </w:rPr>
              <w:t>chuẩn</w:t>
            </w:r>
            <w:proofErr w:type="spellEnd"/>
            <w:r w:rsidRPr="004543E3">
              <w:rPr>
                <w:i/>
                <w:iCs/>
                <w:szCs w:val="26"/>
              </w:rPr>
              <w:t xml:space="preserve"> </w:t>
            </w:r>
            <w:proofErr w:type="spellStart"/>
            <w:r w:rsidRPr="004543E3">
              <w:rPr>
                <w:i/>
                <w:iCs/>
                <w:szCs w:val="26"/>
              </w:rPr>
              <w:t>trong</w:t>
            </w:r>
            <w:proofErr w:type="spellEnd"/>
            <w:r w:rsidRPr="004543E3">
              <w:rPr>
                <w:i/>
                <w:iCs/>
                <w:szCs w:val="26"/>
              </w:rPr>
              <w:t xml:space="preserve"> </w:t>
            </w:r>
            <w:proofErr w:type="spellStart"/>
            <w:r w:rsidRPr="004543E3">
              <w:rPr>
                <w:i/>
                <w:iCs/>
                <w:szCs w:val="26"/>
              </w:rPr>
              <w:t>thời</w:t>
            </w:r>
            <w:proofErr w:type="spellEnd"/>
            <w:r w:rsidRPr="004543E3">
              <w:rPr>
                <w:i/>
                <w:iCs/>
                <w:szCs w:val="26"/>
              </w:rPr>
              <w:t xml:space="preserve"> </w:t>
            </w:r>
            <w:proofErr w:type="spellStart"/>
            <w:r w:rsidRPr="004543E3">
              <w:rPr>
                <w:i/>
                <w:iCs/>
                <w:szCs w:val="26"/>
              </w:rPr>
              <w:t>hạn</w:t>
            </w:r>
            <w:proofErr w:type="spellEnd"/>
            <w:r w:rsidRPr="004543E3">
              <w:rPr>
                <w:i/>
                <w:iCs/>
                <w:szCs w:val="26"/>
              </w:rPr>
              <w:t xml:space="preserve"> </w:t>
            </w:r>
            <w:proofErr w:type="spellStart"/>
            <w:r w:rsidRPr="004543E3">
              <w:rPr>
                <w:i/>
                <w:iCs/>
                <w:szCs w:val="26"/>
              </w:rPr>
              <w:t>tối</w:t>
            </w:r>
            <w:proofErr w:type="spellEnd"/>
            <w:r w:rsidRPr="004543E3">
              <w:rPr>
                <w:i/>
                <w:iCs/>
                <w:szCs w:val="26"/>
              </w:rPr>
              <w:t xml:space="preserve"> </w:t>
            </w:r>
            <w:proofErr w:type="spellStart"/>
            <w:r w:rsidRPr="004543E3">
              <w:rPr>
                <w:i/>
                <w:iCs/>
                <w:szCs w:val="26"/>
              </w:rPr>
              <w:t>đa</w:t>
            </w:r>
            <w:proofErr w:type="spellEnd"/>
            <w:r w:rsidRPr="004543E3">
              <w:rPr>
                <w:i/>
                <w:iCs/>
                <w:szCs w:val="26"/>
              </w:rPr>
              <w:t xml:space="preserve"> 36 </w:t>
            </w:r>
            <w:proofErr w:type="spellStart"/>
            <w:r w:rsidRPr="004543E3">
              <w:rPr>
                <w:i/>
                <w:iCs/>
                <w:szCs w:val="26"/>
              </w:rPr>
              <w:t>tháng</w:t>
            </w:r>
            <w:proofErr w:type="spellEnd"/>
            <w:r w:rsidRPr="004543E3">
              <w:rPr>
                <w:i/>
                <w:iCs/>
                <w:szCs w:val="26"/>
              </w:rPr>
              <w:t xml:space="preserve"> </w:t>
            </w:r>
            <w:proofErr w:type="spellStart"/>
            <w:r w:rsidRPr="004543E3">
              <w:rPr>
                <w:i/>
                <w:iCs/>
                <w:szCs w:val="26"/>
              </w:rPr>
              <w:t>kể</w:t>
            </w:r>
            <w:proofErr w:type="spellEnd"/>
            <w:r w:rsidRPr="004543E3">
              <w:rPr>
                <w:i/>
                <w:iCs/>
                <w:szCs w:val="26"/>
              </w:rPr>
              <w:t xml:space="preserve"> </w:t>
            </w:r>
            <w:proofErr w:type="spellStart"/>
            <w:r w:rsidRPr="004543E3">
              <w:rPr>
                <w:i/>
                <w:iCs/>
                <w:szCs w:val="26"/>
              </w:rPr>
              <w:t>từ</w:t>
            </w:r>
            <w:proofErr w:type="spellEnd"/>
            <w:r w:rsidRPr="004543E3">
              <w:rPr>
                <w:i/>
                <w:iCs/>
                <w:szCs w:val="26"/>
              </w:rPr>
              <w:t xml:space="preserve"> </w:t>
            </w:r>
            <w:proofErr w:type="spellStart"/>
            <w:r w:rsidRPr="004543E3">
              <w:rPr>
                <w:i/>
                <w:iCs/>
                <w:szCs w:val="26"/>
              </w:rPr>
              <w:t>ngày</w:t>
            </w:r>
            <w:proofErr w:type="spellEnd"/>
            <w:r w:rsidRPr="004543E3">
              <w:rPr>
                <w:i/>
                <w:iCs/>
                <w:szCs w:val="26"/>
              </w:rPr>
              <w:t xml:space="preserve"> Thông </w:t>
            </w:r>
            <w:proofErr w:type="spellStart"/>
            <w:r w:rsidRPr="004543E3">
              <w:rPr>
                <w:i/>
                <w:iCs/>
                <w:szCs w:val="26"/>
              </w:rPr>
              <w:t>tư</w:t>
            </w:r>
            <w:proofErr w:type="spellEnd"/>
            <w:r w:rsidRPr="004543E3">
              <w:rPr>
                <w:i/>
                <w:iCs/>
                <w:szCs w:val="26"/>
              </w:rPr>
              <w:t xml:space="preserve"> </w:t>
            </w:r>
            <w:proofErr w:type="spellStart"/>
            <w:r w:rsidRPr="004543E3">
              <w:rPr>
                <w:i/>
                <w:iCs/>
                <w:szCs w:val="26"/>
              </w:rPr>
              <w:t>này</w:t>
            </w:r>
            <w:proofErr w:type="spellEnd"/>
            <w:r w:rsidRPr="004543E3">
              <w:rPr>
                <w:i/>
                <w:iCs/>
                <w:szCs w:val="26"/>
              </w:rPr>
              <w:t xml:space="preserve"> </w:t>
            </w:r>
            <w:proofErr w:type="spellStart"/>
            <w:r w:rsidRPr="004543E3">
              <w:rPr>
                <w:i/>
                <w:iCs/>
                <w:szCs w:val="26"/>
              </w:rPr>
              <w:t>có</w:t>
            </w:r>
            <w:proofErr w:type="spellEnd"/>
            <w:r w:rsidRPr="004543E3">
              <w:rPr>
                <w:i/>
                <w:iCs/>
                <w:szCs w:val="26"/>
              </w:rPr>
              <w:t xml:space="preserve"> </w:t>
            </w:r>
            <w:proofErr w:type="spellStart"/>
            <w:r w:rsidRPr="004543E3">
              <w:rPr>
                <w:i/>
                <w:iCs/>
                <w:szCs w:val="26"/>
              </w:rPr>
              <w:t>hiệu</w:t>
            </w:r>
            <w:proofErr w:type="spellEnd"/>
            <w:r w:rsidRPr="004543E3">
              <w:rPr>
                <w:i/>
                <w:iCs/>
                <w:szCs w:val="26"/>
              </w:rPr>
              <w:t xml:space="preserve"> </w:t>
            </w:r>
            <w:proofErr w:type="spellStart"/>
            <w:r w:rsidRPr="004543E3">
              <w:rPr>
                <w:i/>
                <w:iCs/>
                <w:szCs w:val="26"/>
              </w:rPr>
              <w:t>lực</w:t>
            </w:r>
            <w:proofErr w:type="spellEnd"/>
            <w:r w:rsidRPr="004543E3">
              <w:rPr>
                <w:i/>
                <w:iCs/>
                <w:szCs w:val="26"/>
              </w:rPr>
              <w:t xml:space="preserve"> </w:t>
            </w:r>
            <w:proofErr w:type="spellStart"/>
            <w:r w:rsidRPr="004543E3">
              <w:rPr>
                <w:i/>
                <w:iCs/>
                <w:szCs w:val="26"/>
              </w:rPr>
              <w:t>thi</w:t>
            </w:r>
            <w:proofErr w:type="spellEnd"/>
            <w:r w:rsidRPr="004543E3">
              <w:rPr>
                <w:i/>
                <w:iCs/>
                <w:szCs w:val="26"/>
              </w:rPr>
              <w:t xml:space="preserve"> </w:t>
            </w:r>
            <w:proofErr w:type="spellStart"/>
            <w:r w:rsidRPr="004543E3">
              <w:rPr>
                <w:i/>
                <w:iCs/>
                <w:szCs w:val="26"/>
              </w:rPr>
              <w:t>hành</w:t>
            </w:r>
            <w:proofErr w:type="spellEnd"/>
            <w:r w:rsidRPr="004543E3">
              <w:rPr>
                <w:i/>
                <w:iCs/>
                <w:szCs w:val="26"/>
              </w:rPr>
              <w:t>”.</w:t>
            </w:r>
          </w:p>
        </w:tc>
      </w:tr>
      <w:tr w:rsidR="004C2B3E" w:rsidRPr="004543E3" w14:paraId="177F56A8" w14:textId="77777777" w:rsidTr="004C2B3E">
        <w:tc>
          <w:tcPr>
            <w:tcW w:w="1098" w:type="dxa"/>
          </w:tcPr>
          <w:p w14:paraId="5EDAB883" w14:textId="1CC3FD7D" w:rsidR="004C2B3E" w:rsidRPr="00BD7628" w:rsidRDefault="002A7D4F" w:rsidP="002A7D4F">
            <w:pPr>
              <w:spacing w:before="120" w:after="120" w:line="240" w:lineRule="auto"/>
              <w:jc w:val="center"/>
              <w:rPr>
                <w:b/>
                <w:bCs/>
              </w:rPr>
            </w:pPr>
            <w:r>
              <w:rPr>
                <w:b/>
                <w:bCs/>
              </w:rPr>
              <w:t>8</w:t>
            </w:r>
          </w:p>
        </w:tc>
        <w:tc>
          <w:tcPr>
            <w:tcW w:w="6127" w:type="dxa"/>
          </w:tcPr>
          <w:p w14:paraId="264E0D36" w14:textId="47BCC6C9" w:rsidR="004C2B3E" w:rsidRPr="004543E3" w:rsidRDefault="004C2B3E" w:rsidP="002A7D4F">
            <w:pPr>
              <w:spacing w:before="120" w:after="120" w:line="240" w:lineRule="auto"/>
              <w:jc w:val="both"/>
              <w:rPr>
                <w:b/>
                <w:bCs/>
              </w:rPr>
            </w:pPr>
            <w:proofErr w:type="spellStart"/>
            <w:r w:rsidRPr="004543E3">
              <w:rPr>
                <w:b/>
                <w:bCs/>
              </w:rPr>
              <w:t>Viện</w:t>
            </w:r>
            <w:proofErr w:type="spellEnd"/>
            <w:r w:rsidRPr="004543E3">
              <w:rPr>
                <w:b/>
                <w:bCs/>
              </w:rPr>
              <w:t xml:space="preserve"> </w:t>
            </w:r>
            <w:proofErr w:type="spellStart"/>
            <w:r w:rsidRPr="001266BB">
              <w:rPr>
                <w:b/>
                <w:bCs/>
              </w:rPr>
              <w:t>Sở</w:t>
            </w:r>
            <w:proofErr w:type="spellEnd"/>
            <w:r w:rsidRPr="001266BB">
              <w:rPr>
                <w:b/>
                <w:bCs/>
              </w:rPr>
              <w:t xml:space="preserve"> </w:t>
            </w:r>
            <w:proofErr w:type="spellStart"/>
            <w:r w:rsidRPr="001266BB">
              <w:rPr>
                <w:b/>
                <w:bCs/>
              </w:rPr>
              <w:t>hữu</w:t>
            </w:r>
            <w:proofErr w:type="spellEnd"/>
            <w:r w:rsidRPr="001266BB">
              <w:rPr>
                <w:b/>
                <w:bCs/>
              </w:rPr>
              <w:t xml:space="preserve"> </w:t>
            </w:r>
            <w:proofErr w:type="spellStart"/>
            <w:r w:rsidRPr="001266BB">
              <w:rPr>
                <w:b/>
                <w:bCs/>
              </w:rPr>
              <w:t>trí</w:t>
            </w:r>
            <w:proofErr w:type="spellEnd"/>
            <w:r w:rsidRPr="001266BB">
              <w:rPr>
                <w:b/>
                <w:bCs/>
              </w:rPr>
              <w:t xml:space="preserve"> </w:t>
            </w:r>
            <w:proofErr w:type="spellStart"/>
            <w:r w:rsidRPr="001266BB">
              <w:rPr>
                <w:b/>
                <w:bCs/>
              </w:rPr>
              <w:t>tuê</w:t>
            </w:r>
            <w:proofErr w:type="spellEnd"/>
            <w:r w:rsidRPr="001266BB">
              <w:rPr>
                <w:b/>
                <w:bCs/>
              </w:rPr>
              <w:t xml:space="preserve">̣ </w:t>
            </w:r>
            <w:proofErr w:type="spellStart"/>
            <w:r w:rsidRPr="001266BB">
              <w:rPr>
                <w:b/>
                <w:bCs/>
              </w:rPr>
              <w:t>quốc</w:t>
            </w:r>
            <w:proofErr w:type="spellEnd"/>
            <w:r w:rsidRPr="001266BB">
              <w:rPr>
                <w:b/>
                <w:bCs/>
              </w:rPr>
              <w:t xml:space="preserve"> </w:t>
            </w:r>
            <w:proofErr w:type="spellStart"/>
            <w:r w:rsidRPr="001266BB">
              <w:rPr>
                <w:b/>
                <w:bCs/>
              </w:rPr>
              <w:t>gia</w:t>
            </w:r>
            <w:proofErr w:type="spellEnd"/>
            <w:r w:rsidRPr="001266BB">
              <w:rPr>
                <w:b/>
                <w:bCs/>
              </w:rPr>
              <w:t>:</w:t>
            </w:r>
          </w:p>
          <w:p w14:paraId="1B5DA451" w14:textId="0B699D5C" w:rsidR="004C2B3E" w:rsidRPr="004543E3" w:rsidRDefault="004C2B3E" w:rsidP="002A7D4F">
            <w:pPr>
              <w:spacing w:before="120" w:after="120" w:line="240" w:lineRule="auto"/>
              <w:jc w:val="both"/>
            </w:pPr>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5, </w:t>
            </w:r>
            <w:proofErr w:type="spellStart"/>
            <w:r w:rsidRPr="004543E3">
              <w:t>khoản</w:t>
            </w:r>
            <w:proofErr w:type="spellEnd"/>
            <w:r w:rsidRPr="004543E3">
              <w:t xml:space="preserve"> 3 </w:t>
            </w:r>
            <w:proofErr w:type="spellStart"/>
            <w:r w:rsidRPr="004543E3">
              <w:t>Điều</w:t>
            </w:r>
            <w:proofErr w:type="spellEnd"/>
            <w:r w:rsidRPr="004543E3">
              <w:t xml:space="preserve"> 6 </w:t>
            </w:r>
            <w:proofErr w:type="spellStart"/>
            <w:r w:rsidRPr="004543E3">
              <w:t>va</w:t>
            </w:r>
            <w:proofErr w:type="spellEnd"/>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7 </w:t>
            </w:r>
            <w:proofErr w:type="spellStart"/>
            <w:r w:rsidRPr="004543E3">
              <w:t>về</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về</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
          <w:p w14:paraId="727566C7" w14:textId="48340428" w:rsidR="004C2B3E" w:rsidRPr="004543E3" w:rsidRDefault="004C2B3E" w:rsidP="002A7D4F">
            <w:pPr>
              <w:spacing w:before="120" w:after="120" w:line="240" w:lineRule="auto"/>
              <w:jc w:val="both"/>
            </w:pPr>
            <w:proofErr w:type="spellStart"/>
            <w:r w:rsidRPr="004543E3">
              <w:t>Hiện</w:t>
            </w:r>
            <w:proofErr w:type="spellEnd"/>
            <w:r w:rsidRPr="004543E3">
              <w:t xml:space="preserve"> </w:t>
            </w:r>
            <w:proofErr w:type="spellStart"/>
            <w:r w:rsidRPr="004543E3">
              <w:t>cả</w:t>
            </w:r>
            <w:proofErr w:type="spellEnd"/>
            <w:r w:rsidRPr="004543E3">
              <w:t xml:space="preserve"> 3 </w:t>
            </w:r>
            <w:proofErr w:type="spellStart"/>
            <w:r w:rsidRPr="004543E3">
              <w:t>hạng</w:t>
            </w:r>
            <w:proofErr w:type="spellEnd"/>
            <w:r w:rsidRPr="004543E3">
              <w:t xml:space="preserve"> (I/II/III) </w:t>
            </w:r>
            <w:proofErr w:type="spellStart"/>
            <w:r w:rsidRPr="004543E3">
              <w:t>đều</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là: “b) </w:t>
            </w:r>
            <w:proofErr w:type="spellStart"/>
            <w:r w:rsidRPr="004543E3">
              <w:t>Có</w:t>
            </w:r>
            <w:proofErr w:type="spellEnd"/>
            <w:r w:rsidRPr="004543E3">
              <w:t xml:space="preserve">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nghiệp</w:t>
            </w:r>
            <w:proofErr w:type="spellEnd"/>
            <w:r w:rsidRPr="004543E3">
              <w:t xml:space="preserve"> vụ </w:t>
            </w:r>
            <w:proofErr w:type="spellStart"/>
            <w:r w:rsidRPr="004543E3">
              <w:t>ngạch</w:t>
            </w:r>
            <w:proofErr w:type="spellEnd"/>
            <w:r w:rsidRPr="004543E3">
              <w:t xml:space="preserve"> </w:t>
            </w:r>
            <w:proofErr w:type="spellStart"/>
            <w:r w:rsidRPr="004543E3">
              <w:t>Kiểm</w:t>
            </w:r>
            <w:proofErr w:type="spellEnd"/>
            <w:r w:rsidRPr="004543E3">
              <w:t xml:space="preserve"> </w:t>
            </w:r>
            <w:proofErr w:type="spellStart"/>
            <w:r w:rsidRPr="004543E3">
              <w:t>soát</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lastRenderedPageBreak/>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 xml:space="preserve">”, </w:t>
            </w:r>
            <w:proofErr w:type="spellStart"/>
            <w:r w:rsidRPr="004543E3">
              <w:t>điều</w:t>
            </w:r>
            <w:proofErr w:type="spellEnd"/>
            <w:r w:rsidRPr="004543E3">
              <w:t xml:space="preserve"> </w:t>
            </w:r>
            <w:proofErr w:type="spellStart"/>
            <w:r w:rsidRPr="004543E3">
              <w:t>này</w:t>
            </w:r>
            <w:proofErr w:type="spellEnd"/>
            <w:r w:rsidRPr="004543E3">
              <w:t xml:space="preserve"> </w:t>
            </w:r>
            <w:proofErr w:type="spellStart"/>
            <w:r w:rsidRPr="004543E3">
              <w:t>có</w:t>
            </w:r>
            <w:proofErr w:type="spellEnd"/>
            <w:r w:rsidRPr="004543E3">
              <w:t xml:space="preserve"> </w:t>
            </w:r>
            <w:proofErr w:type="spellStart"/>
            <w:r w:rsidRPr="004543E3">
              <w:t>thê</w:t>
            </w:r>
            <w:proofErr w:type="spellEnd"/>
            <w:r w:rsidRPr="004543E3">
              <w:t xml:space="preserve">̉ </w:t>
            </w:r>
            <w:proofErr w:type="spellStart"/>
            <w:r w:rsidRPr="004543E3">
              <w:t>gây</w:t>
            </w:r>
            <w:proofErr w:type="spellEnd"/>
            <w:r w:rsidRPr="004543E3">
              <w:t xml:space="preserve"> </w:t>
            </w:r>
            <w:proofErr w:type="spellStart"/>
            <w:r w:rsidRPr="004543E3">
              <w:t>hiểu</w:t>
            </w:r>
            <w:proofErr w:type="spellEnd"/>
            <w:r w:rsidRPr="004543E3">
              <w:t xml:space="preserve"> </w:t>
            </w:r>
            <w:proofErr w:type="spellStart"/>
            <w:r w:rsidRPr="004543E3">
              <w:t>theo</w:t>
            </w:r>
            <w:proofErr w:type="spellEnd"/>
            <w:r w:rsidRPr="004543E3">
              <w:t xml:space="preserve"> 2 </w:t>
            </w:r>
            <w:proofErr w:type="spellStart"/>
            <w:r w:rsidRPr="004543E3">
              <w:t>cách</w:t>
            </w:r>
            <w:proofErr w:type="spellEnd"/>
            <w:r w:rsidRPr="004543E3">
              <w:t xml:space="preserve">: </w:t>
            </w:r>
            <w:proofErr w:type="spellStart"/>
            <w:r w:rsidRPr="004543E3">
              <w:t>một</w:t>
            </w:r>
            <w:proofErr w:type="spellEnd"/>
            <w:r w:rsidRPr="004543E3">
              <w:t xml:space="preserve">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dùng</w:t>
            </w:r>
            <w:proofErr w:type="spellEnd"/>
            <w:r w:rsidRPr="004543E3">
              <w:t xml:space="preserve"> </w:t>
            </w:r>
            <w:proofErr w:type="spellStart"/>
            <w:r w:rsidRPr="004543E3">
              <w:t>chung</w:t>
            </w:r>
            <w:proofErr w:type="spellEnd"/>
            <w:r w:rsidRPr="004543E3">
              <w:t xml:space="preserve">; </w:t>
            </w:r>
            <w:proofErr w:type="spellStart"/>
            <w:r w:rsidRPr="004543E3">
              <w:t>hoặc</w:t>
            </w:r>
            <w:proofErr w:type="spellEnd"/>
            <w:r w:rsidRPr="004543E3">
              <w:t xml:space="preserve"> </w:t>
            </w:r>
            <w:proofErr w:type="spellStart"/>
            <w:r w:rsidRPr="004543E3">
              <w:t>mỗi</w:t>
            </w:r>
            <w:proofErr w:type="spellEnd"/>
            <w:r w:rsidRPr="004543E3">
              <w:t xml:space="preserve"> </w:t>
            </w:r>
            <w:proofErr w:type="spellStart"/>
            <w:r w:rsidRPr="004543E3">
              <w:t>ngạch</w:t>
            </w:r>
            <w:proofErr w:type="spellEnd"/>
            <w:r w:rsidRPr="004543E3">
              <w:t>/</w:t>
            </w:r>
            <w:proofErr w:type="spellStart"/>
            <w:r w:rsidRPr="004543E3">
              <w:t>hạng</w:t>
            </w:r>
            <w:proofErr w:type="spellEnd"/>
            <w:r w:rsidRPr="004543E3">
              <w:t xml:space="preserve"> </w:t>
            </w:r>
            <w:proofErr w:type="spellStart"/>
            <w:r w:rsidRPr="004543E3">
              <w:t>có</w:t>
            </w:r>
            <w:proofErr w:type="spellEnd"/>
            <w:r w:rsidRPr="004543E3">
              <w:t xml:space="preserve">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riêng</w:t>
            </w:r>
            <w:proofErr w:type="spellEnd"/>
            <w:r w:rsidRPr="004543E3">
              <w:t xml:space="preserve">. </w:t>
            </w:r>
          </w:p>
          <w:p w14:paraId="321D9820" w14:textId="77777777" w:rsidR="004C2B3E" w:rsidRDefault="004C2B3E" w:rsidP="002A7D4F">
            <w:pPr>
              <w:spacing w:before="120" w:after="120" w:line="240" w:lineRule="auto"/>
              <w:jc w:val="both"/>
            </w:pPr>
            <w:proofErr w:type="spellStart"/>
            <w:r w:rsidRPr="004543E3">
              <w:t>Nếu</w:t>
            </w:r>
            <w:proofErr w:type="spellEnd"/>
            <w:r w:rsidRPr="004543E3">
              <w:t xml:space="preserve"> </w:t>
            </w:r>
            <w:proofErr w:type="spellStart"/>
            <w:r w:rsidRPr="004543E3">
              <w:t>dùng</w:t>
            </w:r>
            <w:proofErr w:type="spellEnd"/>
            <w:r w:rsidRPr="004543E3">
              <w:t xml:space="preserve"> </w:t>
            </w:r>
            <w:proofErr w:type="spellStart"/>
            <w:r w:rsidRPr="004543E3">
              <w:t>chung</w:t>
            </w:r>
            <w:proofErr w:type="spellEnd"/>
            <w:r w:rsidRPr="004543E3">
              <w:t xml:space="preserve"> </w:t>
            </w:r>
            <w:proofErr w:type="spellStart"/>
            <w:r w:rsidRPr="004543E3">
              <w:t>một</w:t>
            </w:r>
            <w:proofErr w:type="spellEnd"/>
            <w:r w:rsidRPr="004543E3">
              <w:t xml:space="preserve">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rõ</w:t>
            </w:r>
            <w:proofErr w:type="spellEnd"/>
            <w:r w:rsidRPr="004543E3">
              <w:t xml:space="preserve"> </w:t>
            </w:r>
            <w:proofErr w:type="spellStart"/>
            <w:r w:rsidRPr="004543E3">
              <w:t>theo</w:t>
            </w:r>
            <w:proofErr w:type="spellEnd"/>
            <w:r w:rsidRPr="004543E3">
              <w:t xml:space="preserve"> </w:t>
            </w:r>
            <w:proofErr w:type="spellStart"/>
            <w:r w:rsidRPr="004543E3">
              <w:t>hướng</w:t>
            </w:r>
            <w:proofErr w:type="spellEnd"/>
            <w:r w:rsidRPr="004543E3">
              <w:t xml:space="preserve">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nghiệp</w:t>
            </w:r>
            <w:proofErr w:type="spellEnd"/>
            <w:r w:rsidRPr="004543E3">
              <w:t xml:space="preserve"> vụ </w:t>
            </w:r>
            <w:proofErr w:type="spellStart"/>
            <w:r w:rsidRPr="004543E3">
              <w:t>ngạch</w:t>
            </w:r>
            <w:proofErr w:type="spellEnd"/>
            <w:r w:rsidRPr="004543E3">
              <w:t xml:space="preserve"> </w:t>
            </w:r>
            <w:proofErr w:type="spellStart"/>
            <w:r w:rsidRPr="004543E3">
              <w:t>Kiểm</w:t>
            </w:r>
            <w:proofErr w:type="spellEnd"/>
            <w:r w:rsidRPr="004543E3">
              <w:t xml:space="preserve"> </w:t>
            </w:r>
            <w:proofErr w:type="spellStart"/>
            <w:r w:rsidRPr="004543E3">
              <w:t>soát</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 xml:space="preserve"> </w:t>
            </w:r>
            <w:proofErr w:type="spellStart"/>
            <w:r w:rsidRPr="004543E3">
              <w:t>dùng</w:t>
            </w:r>
            <w:proofErr w:type="spellEnd"/>
            <w:r w:rsidRPr="004543E3">
              <w:t xml:space="preserve"> </w:t>
            </w:r>
            <w:proofErr w:type="spellStart"/>
            <w:r w:rsidRPr="004543E3">
              <w:t>chung</w:t>
            </w:r>
            <w:proofErr w:type="spellEnd"/>
            <w:r w:rsidRPr="004543E3">
              <w:t xml:space="preserve"> </w:t>
            </w:r>
            <w:proofErr w:type="spellStart"/>
            <w:r w:rsidRPr="004543E3">
              <w:t>cho</w:t>
            </w:r>
            <w:proofErr w:type="spellEnd"/>
            <w:r w:rsidRPr="004543E3">
              <w:t xml:space="preserve"> </w:t>
            </w:r>
            <w:proofErr w:type="spellStart"/>
            <w:r w:rsidRPr="004543E3">
              <w:t>các</w:t>
            </w:r>
            <w:proofErr w:type="spellEnd"/>
            <w:r w:rsidRPr="004543E3">
              <w:t xml:space="preserve"> </w:t>
            </w:r>
            <w:proofErr w:type="spellStart"/>
            <w:r w:rsidRPr="004543E3">
              <w:t>hạng</w:t>
            </w:r>
            <w:proofErr w:type="spellEnd"/>
            <w:r w:rsidRPr="004543E3">
              <w:t xml:space="preserve"> I/II/III.</w:t>
            </w:r>
          </w:p>
          <w:p w14:paraId="6BEB29B4" w14:textId="718FBB5F" w:rsidR="004C2B3E" w:rsidRPr="004543E3" w:rsidRDefault="004C2B3E" w:rsidP="002A7D4F">
            <w:pPr>
              <w:spacing w:before="120" w:after="120" w:line="240" w:lineRule="auto"/>
              <w:jc w:val="both"/>
            </w:pPr>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5, </w:t>
            </w:r>
            <w:proofErr w:type="spellStart"/>
            <w:r w:rsidRPr="004543E3">
              <w:t>va</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6 </w:t>
            </w:r>
            <w:proofErr w:type="spellStart"/>
            <w:r w:rsidRPr="004543E3">
              <w:t>về</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về</w:t>
            </w:r>
            <w:proofErr w:type="spellEnd"/>
            <w:r w:rsidRPr="004543E3">
              <w:t xml:space="preserve"> </w:t>
            </w:r>
            <w:proofErr w:type="spellStart"/>
            <w:r w:rsidRPr="004543E3">
              <w:t>năng</w:t>
            </w:r>
            <w:proofErr w:type="spellEnd"/>
            <w:r w:rsidRPr="004543E3">
              <w:t xml:space="preserve"> </w:t>
            </w:r>
            <w:proofErr w:type="spellStart"/>
            <w:r w:rsidRPr="004543E3">
              <w:t>lực</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nghiệp</w:t>
            </w:r>
            <w:proofErr w:type="spellEnd"/>
            <w:r w:rsidRPr="004543E3">
              <w:t xml:space="preserve"> vụ: </w:t>
            </w:r>
          </w:p>
          <w:p w14:paraId="06C8019E" w14:textId="4080D560" w:rsidR="004C2B3E" w:rsidRPr="004543E3" w:rsidRDefault="004C2B3E" w:rsidP="002A7D4F">
            <w:pPr>
              <w:spacing w:before="120" w:after="120" w:line="240" w:lineRule="auto"/>
              <w:jc w:val="both"/>
            </w:pPr>
            <w:r w:rsidRPr="004543E3">
              <w:t xml:space="preserve">Quy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Đa</w:t>
            </w:r>
            <w:proofErr w:type="spellEnd"/>
            <w:r w:rsidRPr="004543E3">
              <w:t xml:space="preserve">̃ </w:t>
            </w:r>
            <w:proofErr w:type="spellStart"/>
            <w:r w:rsidRPr="004543E3">
              <w:rPr>
                <w:u w:val="single"/>
              </w:rPr>
              <w:t>có</w:t>
            </w:r>
            <w:proofErr w:type="spellEnd"/>
            <w:r w:rsidRPr="004543E3">
              <w:rPr>
                <w:u w:val="single"/>
              </w:rPr>
              <w:t xml:space="preserve"> </w:t>
            </w:r>
            <w:proofErr w:type="spellStart"/>
            <w:r w:rsidRPr="004543E3">
              <w:rPr>
                <w:u w:val="single"/>
              </w:rPr>
              <w:t>kinh</w:t>
            </w:r>
            <w:proofErr w:type="spellEnd"/>
            <w:r w:rsidRPr="004543E3">
              <w:rPr>
                <w:u w:val="single"/>
              </w:rPr>
              <w:t xml:space="preserve"> </w:t>
            </w:r>
            <w:proofErr w:type="spellStart"/>
            <w:r w:rsidRPr="004543E3">
              <w:rPr>
                <w:u w:val="single"/>
              </w:rPr>
              <w:t>nghiệm</w:t>
            </w:r>
            <w:proofErr w:type="spellEnd"/>
            <w:r w:rsidRPr="004543E3">
              <w:t xml:space="preserve"> </w:t>
            </w:r>
            <w:proofErr w:type="spellStart"/>
            <w:r w:rsidRPr="004543E3">
              <w:t>công</w:t>
            </w:r>
            <w:proofErr w:type="spellEnd"/>
            <w:r w:rsidRPr="004543E3">
              <w:t xml:space="preserve"> </w:t>
            </w:r>
            <w:proofErr w:type="spellStart"/>
            <w:r w:rsidRPr="004543E3">
              <w:t>tác</w:t>
            </w:r>
            <w:proofErr w:type="spellEnd"/>
            <w:r w:rsidRPr="004543E3">
              <w:t xml:space="preserve">… </w:t>
            </w:r>
            <w:proofErr w:type="spellStart"/>
            <w:r w:rsidRPr="004543E3">
              <w:rPr>
                <w:u w:val="single"/>
              </w:rPr>
              <w:t>phù</w:t>
            </w:r>
            <w:proofErr w:type="spellEnd"/>
            <w:r w:rsidRPr="004543E3">
              <w:rPr>
                <w:u w:val="single"/>
              </w:rPr>
              <w:t xml:space="preserve"> </w:t>
            </w:r>
            <w:proofErr w:type="spellStart"/>
            <w:r w:rsidRPr="004543E3">
              <w:rPr>
                <w:u w:val="single"/>
              </w:rPr>
              <w:t>hợp</w:t>
            </w:r>
            <w:proofErr w:type="spellEnd"/>
            <w:r w:rsidRPr="004543E3">
              <w:t xml:space="preserve"> </w:t>
            </w:r>
            <w:proofErr w:type="spellStart"/>
            <w:r w:rsidRPr="004543E3">
              <w:t>với</w:t>
            </w:r>
            <w:proofErr w:type="spellEnd"/>
            <w:r w:rsidRPr="004543E3">
              <w:t xml:space="preserve"> </w:t>
            </w:r>
            <w:proofErr w:type="spellStart"/>
            <w:r w:rsidRPr="004543E3">
              <w:t>yêu</w:t>
            </w:r>
            <w:proofErr w:type="spellEnd"/>
            <w:r w:rsidRPr="004543E3">
              <w:t xml:space="preserve"> </w:t>
            </w:r>
            <w:proofErr w:type="spellStart"/>
            <w:r w:rsidRPr="004543E3">
              <w:t>cầu</w:t>
            </w:r>
            <w:proofErr w:type="spellEnd"/>
            <w:r w:rsidRPr="004543E3">
              <w:t xml:space="preserve"> </w:t>
            </w:r>
            <w:proofErr w:type="spellStart"/>
            <w:r w:rsidRPr="004543E3">
              <w:t>của</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việc</w:t>
            </w:r>
            <w:proofErr w:type="spellEnd"/>
            <w:r w:rsidRPr="004543E3">
              <w:t xml:space="preserve"> </w:t>
            </w:r>
            <w:proofErr w:type="spellStart"/>
            <w:r w:rsidRPr="004543E3">
              <w:t>làm</w:t>
            </w:r>
            <w:proofErr w:type="spellEnd"/>
            <w:r w:rsidRPr="004543E3">
              <w:t>”, “</w:t>
            </w:r>
            <w:proofErr w:type="spellStart"/>
            <w:r w:rsidRPr="004543E3">
              <w:rPr>
                <w:u w:val="single"/>
              </w:rPr>
              <w:t>Có</w:t>
            </w:r>
            <w:proofErr w:type="spellEnd"/>
            <w:r w:rsidRPr="004543E3">
              <w:rPr>
                <w:u w:val="single"/>
              </w:rPr>
              <w:t xml:space="preserve"> </w:t>
            </w:r>
            <w:proofErr w:type="spellStart"/>
            <w:r w:rsidRPr="004543E3">
              <w:rPr>
                <w:u w:val="single"/>
              </w:rPr>
              <w:t>kinh</w:t>
            </w:r>
            <w:proofErr w:type="spellEnd"/>
            <w:r w:rsidRPr="004543E3">
              <w:rPr>
                <w:u w:val="single"/>
              </w:rPr>
              <w:t xml:space="preserve"> </w:t>
            </w:r>
            <w:proofErr w:type="spellStart"/>
            <w:r w:rsidRPr="004543E3">
              <w:rPr>
                <w:u w:val="single"/>
              </w:rPr>
              <w:t>nghiệm</w:t>
            </w:r>
            <w:proofErr w:type="spellEnd"/>
            <w:r w:rsidRPr="004543E3">
              <w:t xml:space="preserve"> </w:t>
            </w:r>
            <w:proofErr w:type="spellStart"/>
            <w:r w:rsidRPr="004543E3">
              <w:t>trong</w:t>
            </w:r>
            <w:proofErr w:type="spellEnd"/>
            <w:r w:rsidRPr="004543E3">
              <w:t xml:space="preserve"> </w:t>
            </w:r>
            <w:proofErr w:type="spellStart"/>
            <w:r w:rsidRPr="004543E3">
              <w:t>việc</w:t>
            </w:r>
            <w:proofErr w:type="spellEnd"/>
            <w:r w:rsidRPr="004543E3">
              <w:t xml:space="preserve"> </w:t>
            </w:r>
            <w:proofErr w:type="spellStart"/>
            <w:r w:rsidRPr="004543E3">
              <w:t>tham</w:t>
            </w:r>
            <w:proofErr w:type="spellEnd"/>
            <w:r w:rsidRPr="004543E3">
              <w:t xml:space="preserve"> </w:t>
            </w:r>
            <w:proofErr w:type="spellStart"/>
            <w:r w:rsidRPr="004543E3">
              <w:t>gia</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hiện</w:t>
            </w:r>
            <w:proofErr w:type="spellEnd"/>
            <w:r w:rsidRPr="004543E3">
              <w:t xml:space="preserve"> </w:t>
            </w:r>
            <w:proofErr w:type="spellStart"/>
            <w:r w:rsidRPr="004543E3">
              <w:t>đang</w:t>
            </w:r>
            <w:proofErr w:type="spellEnd"/>
            <w:r w:rsidRPr="004543E3">
              <w:t xml:space="preserve"> </w:t>
            </w:r>
            <w:proofErr w:type="spellStart"/>
            <w:r w:rsidRPr="004543E3">
              <w:t>thiếu</w:t>
            </w:r>
            <w:proofErr w:type="spellEnd"/>
            <w:r w:rsidRPr="004543E3">
              <w:t xml:space="preserve"> </w:t>
            </w:r>
            <w:proofErr w:type="spellStart"/>
            <w:r w:rsidRPr="004543E3">
              <w:t>các</w:t>
            </w:r>
            <w:proofErr w:type="spellEnd"/>
            <w:r w:rsidRPr="004543E3">
              <w:t xml:space="preserve"> </w:t>
            </w:r>
            <w:proofErr w:type="spellStart"/>
            <w:r w:rsidRPr="004543E3">
              <w:t>tiêu</w:t>
            </w:r>
            <w:proofErr w:type="spellEnd"/>
            <w:r w:rsidRPr="004543E3">
              <w:t xml:space="preserve"> </w:t>
            </w:r>
            <w:proofErr w:type="spellStart"/>
            <w:r w:rsidRPr="004543E3">
              <w:t>chí</w:t>
            </w:r>
            <w:proofErr w:type="spellEnd"/>
            <w:r w:rsidRPr="004543E3">
              <w:t xml:space="preserve"> </w:t>
            </w:r>
            <w:proofErr w:type="spellStart"/>
            <w:r w:rsidRPr="004543E3">
              <w:t>định</w:t>
            </w:r>
            <w:proofErr w:type="spellEnd"/>
            <w:r w:rsidRPr="004543E3">
              <w:t xml:space="preserve"> </w:t>
            </w:r>
            <w:proofErr w:type="spellStart"/>
            <w:r w:rsidRPr="004543E3">
              <w:t>lượng</w:t>
            </w:r>
            <w:proofErr w:type="spellEnd"/>
            <w:r w:rsidRPr="004543E3">
              <w:t xml:space="preserve"> cụ </w:t>
            </w:r>
            <w:proofErr w:type="spellStart"/>
            <w:r w:rsidRPr="004543E3">
              <w:t>thê</w:t>
            </w:r>
            <w:proofErr w:type="spellEnd"/>
            <w:r w:rsidRPr="004543E3">
              <w:t xml:space="preserve">̉. </w:t>
            </w:r>
            <w:proofErr w:type="spellStart"/>
            <w:r w:rsidRPr="004543E3">
              <w:t>Điều</w:t>
            </w:r>
            <w:proofErr w:type="spellEnd"/>
            <w:r w:rsidRPr="004543E3">
              <w:t xml:space="preserve"> </w:t>
            </w:r>
            <w:proofErr w:type="spellStart"/>
            <w:r w:rsidRPr="004543E3">
              <w:t>này</w:t>
            </w:r>
            <w:proofErr w:type="spellEnd"/>
            <w:r w:rsidRPr="004543E3">
              <w:t xml:space="preserve"> </w:t>
            </w:r>
            <w:proofErr w:type="spellStart"/>
            <w:r w:rsidRPr="004543E3">
              <w:t>dễ</w:t>
            </w:r>
            <w:proofErr w:type="spellEnd"/>
            <w:r w:rsidRPr="004543E3">
              <w:t xml:space="preserve"> </w:t>
            </w:r>
            <w:proofErr w:type="spellStart"/>
            <w:r w:rsidRPr="004543E3">
              <w:t>dẫn</w:t>
            </w:r>
            <w:proofErr w:type="spellEnd"/>
            <w:r w:rsidRPr="004543E3">
              <w:t xml:space="preserve"> </w:t>
            </w:r>
            <w:proofErr w:type="spellStart"/>
            <w:r w:rsidRPr="004543E3">
              <w:t>đến</w:t>
            </w:r>
            <w:proofErr w:type="spellEnd"/>
            <w:r w:rsidRPr="004543E3">
              <w:t xml:space="preserve"> </w:t>
            </w:r>
            <w:proofErr w:type="spellStart"/>
            <w:r w:rsidRPr="004543E3">
              <w:t>những</w:t>
            </w:r>
            <w:proofErr w:type="spellEnd"/>
            <w:r w:rsidRPr="004543E3">
              <w:t xml:space="preserve"> </w:t>
            </w:r>
            <w:proofErr w:type="spellStart"/>
            <w:r w:rsidRPr="004543E3">
              <w:t>khó</w:t>
            </w:r>
            <w:proofErr w:type="spellEnd"/>
            <w:r w:rsidRPr="004543E3">
              <w:t xml:space="preserve"> </w:t>
            </w:r>
            <w:proofErr w:type="spellStart"/>
            <w:r w:rsidRPr="004543E3">
              <w:t>khăn</w:t>
            </w:r>
            <w:proofErr w:type="spellEnd"/>
            <w:r w:rsidRPr="004543E3">
              <w:t xml:space="preserve">, </w:t>
            </w:r>
            <w:proofErr w:type="spellStart"/>
            <w:r w:rsidRPr="004543E3">
              <w:t>lúng</w:t>
            </w:r>
            <w:proofErr w:type="spellEnd"/>
            <w:r w:rsidRPr="004543E3">
              <w:t xml:space="preserve"> </w:t>
            </w:r>
            <w:proofErr w:type="spellStart"/>
            <w:r w:rsidRPr="004543E3">
              <w:t>túng</w:t>
            </w:r>
            <w:proofErr w:type="spellEnd"/>
            <w:r w:rsidRPr="004543E3">
              <w:t xml:space="preserve"> </w:t>
            </w:r>
            <w:proofErr w:type="spellStart"/>
            <w:r w:rsidRPr="004543E3">
              <w:t>trong</w:t>
            </w:r>
            <w:proofErr w:type="spellEnd"/>
            <w:r w:rsidRPr="004543E3">
              <w:t xml:space="preserve"> </w:t>
            </w:r>
            <w:proofErr w:type="spellStart"/>
            <w:r w:rsidRPr="004543E3">
              <w:t>quá</w:t>
            </w:r>
            <w:proofErr w:type="spellEnd"/>
            <w:r w:rsidRPr="004543E3">
              <w:t xml:space="preserve"> </w:t>
            </w:r>
            <w:proofErr w:type="spellStart"/>
            <w:r w:rsidRPr="004543E3">
              <w:t>trình</w:t>
            </w:r>
            <w:proofErr w:type="spellEnd"/>
            <w:r w:rsidRPr="004543E3">
              <w:t xml:space="preserve"> </w:t>
            </w:r>
            <w:proofErr w:type="spellStart"/>
            <w:r w:rsidRPr="004543E3">
              <w:t>tổ</w:t>
            </w:r>
            <w:proofErr w:type="spellEnd"/>
            <w:r w:rsidRPr="004543E3">
              <w:t xml:space="preserve"> </w:t>
            </w:r>
            <w:proofErr w:type="spellStart"/>
            <w:r w:rsidRPr="004543E3">
              <w:t>chức</w:t>
            </w:r>
            <w:proofErr w:type="spellEnd"/>
            <w:r w:rsidRPr="004543E3">
              <w:t xml:space="preserve"> </w:t>
            </w:r>
            <w:proofErr w:type="spellStart"/>
            <w:r w:rsidRPr="004543E3">
              <w:t>thực</w:t>
            </w:r>
            <w:proofErr w:type="spellEnd"/>
            <w:r w:rsidRPr="004543E3">
              <w:t xml:space="preserve"> </w:t>
            </w:r>
            <w:proofErr w:type="spellStart"/>
            <w:r w:rsidRPr="004543E3">
              <w:t>hiện</w:t>
            </w:r>
            <w:proofErr w:type="spellEnd"/>
            <w:r w:rsidRPr="004543E3">
              <w:t xml:space="preserve">, </w:t>
            </w:r>
            <w:proofErr w:type="spellStart"/>
            <w:r w:rsidRPr="004543E3">
              <w:t>xét</w:t>
            </w:r>
            <w:proofErr w:type="spellEnd"/>
            <w:r w:rsidRPr="004543E3">
              <w:t xml:space="preserve"> </w:t>
            </w:r>
            <w:proofErr w:type="spellStart"/>
            <w:r w:rsidRPr="004543E3">
              <w:t>duyệt</w:t>
            </w:r>
            <w:proofErr w:type="spellEnd"/>
            <w:r w:rsidRPr="004543E3">
              <w:t xml:space="preserve"> </w:t>
            </w:r>
            <w:proofErr w:type="spellStart"/>
            <w:r w:rsidRPr="004543E3">
              <w:t>hồ</w:t>
            </w:r>
            <w:proofErr w:type="spellEnd"/>
            <w:r w:rsidRPr="004543E3">
              <w:t xml:space="preserve"> </w:t>
            </w:r>
            <w:proofErr w:type="spellStart"/>
            <w:r w:rsidRPr="004543E3">
              <w:t>sơ</w:t>
            </w:r>
            <w:proofErr w:type="spellEnd"/>
            <w:r w:rsidRPr="004543E3">
              <w:t xml:space="preserve"> </w:t>
            </w:r>
            <w:proofErr w:type="spellStart"/>
            <w:r w:rsidRPr="004543E3">
              <w:t>thi</w:t>
            </w:r>
            <w:proofErr w:type="spellEnd"/>
            <w:r w:rsidRPr="004543E3">
              <w:t xml:space="preserve"> </w:t>
            </w:r>
            <w:proofErr w:type="spellStart"/>
            <w:r w:rsidRPr="004543E3">
              <w:t>nâng</w:t>
            </w:r>
            <w:proofErr w:type="spellEnd"/>
            <w:r w:rsidRPr="004543E3">
              <w:t xml:space="preserve"> </w:t>
            </w:r>
            <w:proofErr w:type="spellStart"/>
            <w:r w:rsidRPr="004543E3">
              <w:t>ngạch</w:t>
            </w:r>
            <w:proofErr w:type="spellEnd"/>
            <w:r w:rsidRPr="004543E3">
              <w:t>/</w:t>
            </w:r>
            <w:proofErr w:type="spellStart"/>
            <w:r w:rsidRPr="004543E3">
              <w:t>thăng</w:t>
            </w:r>
            <w:proofErr w:type="spellEnd"/>
            <w:r w:rsidRPr="004543E3">
              <w:t xml:space="preserve"> </w:t>
            </w:r>
            <w:proofErr w:type="spellStart"/>
            <w:r w:rsidRPr="004543E3">
              <w:t>hạng</w:t>
            </w:r>
            <w:proofErr w:type="spellEnd"/>
            <w:r w:rsidRPr="004543E3">
              <w:t xml:space="preserve"> </w:t>
            </w:r>
            <w:proofErr w:type="spellStart"/>
            <w:r w:rsidRPr="004543E3">
              <w:t>va</w:t>
            </w:r>
            <w:proofErr w:type="spellEnd"/>
            <w:r w:rsidRPr="004543E3">
              <w:t xml:space="preserve">̀ </w:t>
            </w:r>
            <w:proofErr w:type="spellStart"/>
            <w:r w:rsidRPr="004543E3">
              <w:t>không</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tính</w:t>
            </w:r>
            <w:proofErr w:type="spellEnd"/>
            <w:r w:rsidRPr="004543E3">
              <w:t xml:space="preserve"> </w:t>
            </w:r>
            <w:proofErr w:type="spellStart"/>
            <w:r w:rsidRPr="004543E3">
              <w:t>thống</w:t>
            </w:r>
            <w:proofErr w:type="spellEnd"/>
            <w:r w:rsidRPr="004543E3">
              <w:t xml:space="preserve"> </w:t>
            </w:r>
            <w:proofErr w:type="spellStart"/>
            <w:r w:rsidRPr="004543E3">
              <w:t>nhất</w:t>
            </w:r>
            <w:proofErr w:type="spellEnd"/>
            <w:r w:rsidRPr="004543E3">
              <w:t xml:space="preserve"> </w:t>
            </w:r>
            <w:proofErr w:type="spellStart"/>
            <w:r w:rsidRPr="004543E3">
              <w:t>giữa</w:t>
            </w:r>
            <w:proofErr w:type="spellEnd"/>
            <w:r w:rsidRPr="004543E3">
              <w:t xml:space="preserve"> </w:t>
            </w:r>
            <w:proofErr w:type="spellStart"/>
            <w:r w:rsidRPr="004543E3">
              <w:t>các</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địa</w:t>
            </w:r>
            <w:proofErr w:type="spellEnd"/>
            <w:r w:rsidRPr="004543E3">
              <w:t xml:space="preserve"> </w:t>
            </w:r>
            <w:proofErr w:type="spellStart"/>
            <w:r w:rsidRPr="004543E3">
              <w:t>phương</w:t>
            </w:r>
            <w:proofErr w:type="spellEnd"/>
            <w:r w:rsidRPr="004543E3">
              <w:t>.</w:t>
            </w:r>
          </w:p>
        </w:tc>
        <w:tc>
          <w:tcPr>
            <w:tcW w:w="7371" w:type="dxa"/>
          </w:tcPr>
          <w:p w14:paraId="651EAE92" w14:textId="77777777" w:rsidR="004C2B3E" w:rsidRDefault="004C2B3E" w:rsidP="002A7D4F">
            <w:pPr>
              <w:spacing w:before="120" w:after="120" w:line="240" w:lineRule="auto"/>
              <w:jc w:val="both"/>
              <w:rPr>
                <w:szCs w:val="26"/>
              </w:rPr>
            </w:pPr>
            <w:r>
              <w:rPr>
                <w:szCs w:val="26"/>
              </w:rPr>
              <w:lastRenderedPageBreak/>
              <w:t xml:space="preserve">- </w:t>
            </w:r>
            <w:proofErr w:type="spellStart"/>
            <w:r>
              <w:rPr>
                <w:szCs w:val="26"/>
              </w:rPr>
              <w:t>Tiếp</w:t>
            </w:r>
            <w:proofErr w:type="spellEnd"/>
            <w:r>
              <w:rPr>
                <w:szCs w:val="26"/>
              </w:rPr>
              <w:t xml:space="preserve"> </w:t>
            </w:r>
            <w:proofErr w:type="spellStart"/>
            <w:r>
              <w:rPr>
                <w:szCs w:val="26"/>
              </w:rPr>
              <w:t>thu</w:t>
            </w:r>
            <w:proofErr w:type="spellEnd"/>
            <w:r>
              <w:rPr>
                <w:szCs w:val="26"/>
              </w:rPr>
              <w:t xml:space="preserve"> ý </w:t>
            </w:r>
            <w:proofErr w:type="spellStart"/>
            <w:r>
              <w:rPr>
                <w:szCs w:val="26"/>
              </w:rPr>
              <w:t>kiến</w:t>
            </w:r>
            <w:proofErr w:type="spellEnd"/>
            <w:r>
              <w:rPr>
                <w:szCs w:val="26"/>
              </w:rPr>
              <w:t xml:space="preserve"> </w:t>
            </w:r>
            <w:proofErr w:type="spellStart"/>
            <w:r>
              <w:rPr>
                <w:szCs w:val="26"/>
              </w:rPr>
              <w:t>va</w:t>
            </w:r>
            <w:proofErr w:type="spellEnd"/>
            <w:r>
              <w:rPr>
                <w:szCs w:val="26"/>
              </w:rPr>
              <w:t xml:space="preserve">̀ Ban </w:t>
            </w:r>
            <w:proofErr w:type="spellStart"/>
            <w:r>
              <w:rPr>
                <w:szCs w:val="26"/>
              </w:rPr>
              <w:t>soạn</w:t>
            </w:r>
            <w:proofErr w:type="spellEnd"/>
            <w:r>
              <w:rPr>
                <w:szCs w:val="26"/>
              </w:rPr>
              <w:t xml:space="preserve"> </w:t>
            </w:r>
            <w:proofErr w:type="spellStart"/>
            <w:r>
              <w:rPr>
                <w:szCs w:val="26"/>
              </w:rPr>
              <w:t>đa</w:t>
            </w:r>
            <w:proofErr w:type="spellEnd"/>
            <w:r>
              <w:rPr>
                <w:szCs w:val="26"/>
              </w:rPr>
              <w:t xml:space="preserve">̃ </w:t>
            </w:r>
            <w:proofErr w:type="spellStart"/>
            <w:r>
              <w:rPr>
                <w:szCs w:val="26"/>
              </w:rPr>
              <w:t>điều</w:t>
            </w:r>
            <w:proofErr w:type="spellEnd"/>
            <w:r>
              <w:rPr>
                <w:szCs w:val="26"/>
              </w:rPr>
              <w:t xml:space="preserve"> </w:t>
            </w:r>
            <w:proofErr w:type="spellStart"/>
            <w:r>
              <w:rPr>
                <w:szCs w:val="26"/>
              </w:rPr>
              <w:t>chỉnh</w:t>
            </w:r>
            <w:proofErr w:type="spellEnd"/>
            <w:r>
              <w:rPr>
                <w:szCs w:val="26"/>
              </w:rPr>
              <w:t xml:space="preserve"> </w:t>
            </w:r>
            <w:proofErr w:type="spellStart"/>
            <w:r>
              <w:rPr>
                <w:szCs w:val="26"/>
              </w:rPr>
              <w:t>lại</w:t>
            </w:r>
            <w:proofErr w:type="spellEnd"/>
            <w:r>
              <w:rPr>
                <w:szCs w:val="26"/>
              </w:rPr>
              <w:t xml:space="preserve"> </w:t>
            </w:r>
            <w:proofErr w:type="spellStart"/>
            <w:r>
              <w:rPr>
                <w:szCs w:val="26"/>
              </w:rPr>
              <w:t>dư</w:t>
            </w:r>
            <w:proofErr w:type="spellEnd"/>
            <w:r>
              <w:rPr>
                <w:szCs w:val="26"/>
              </w:rPr>
              <w:t xml:space="preserve">̣ </w:t>
            </w:r>
            <w:proofErr w:type="spellStart"/>
            <w:r>
              <w:rPr>
                <w:szCs w:val="26"/>
              </w:rPr>
              <w:t>thảo</w:t>
            </w:r>
            <w:proofErr w:type="spellEnd"/>
            <w:r>
              <w:rPr>
                <w:szCs w:val="26"/>
              </w:rPr>
              <w:t xml:space="preserve"> Thông </w:t>
            </w:r>
            <w:proofErr w:type="spellStart"/>
            <w:r>
              <w:rPr>
                <w:szCs w:val="26"/>
              </w:rPr>
              <w:t>tư</w:t>
            </w:r>
            <w:proofErr w:type="spellEnd"/>
            <w:r>
              <w:rPr>
                <w:szCs w:val="26"/>
              </w:rPr>
              <w:t xml:space="preserve"> </w:t>
            </w:r>
            <w:proofErr w:type="spellStart"/>
            <w:r>
              <w:rPr>
                <w:szCs w:val="26"/>
              </w:rPr>
              <w:t>theo</w:t>
            </w:r>
            <w:proofErr w:type="spellEnd"/>
            <w:r>
              <w:rPr>
                <w:szCs w:val="26"/>
              </w:rPr>
              <w:t xml:space="preserve"> </w:t>
            </w:r>
            <w:proofErr w:type="spellStart"/>
            <w:r>
              <w:rPr>
                <w:szCs w:val="26"/>
              </w:rPr>
              <w:t>hướng</w:t>
            </w:r>
            <w:proofErr w:type="spellEnd"/>
            <w:r>
              <w:rPr>
                <w:szCs w:val="26"/>
              </w:rPr>
              <w:t>:</w:t>
            </w:r>
          </w:p>
          <w:p w14:paraId="0F756AA2" w14:textId="268885FF" w:rsidR="004C2B3E" w:rsidRDefault="004C2B3E" w:rsidP="002A7D4F">
            <w:pPr>
              <w:spacing w:before="120" w:after="120" w:line="240" w:lineRule="auto"/>
              <w:jc w:val="both"/>
            </w:pPr>
            <w:r>
              <w:rPr>
                <w:szCs w:val="26"/>
              </w:rPr>
              <w:t xml:space="preserve">+ Công </w:t>
            </w:r>
            <w:proofErr w:type="spellStart"/>
            <w:r>
              <w:rPr>
                <w:szCs w:val="26"/>
              </w:rPr>
              <w:t>chức</w:t>
            </w:r>
            <w:proofErr w:type="spellEnd"/>
            <w:r>
              <w:rPr>
                <w:szCs w:val="26"/>
              </w:rPr>
              <w:t xml:space="preserve">, </w:t>
            </w:r>
            <w:proofErr w:type="spellStart"/>
            <w:r>
              <w:rPr>
                <w:szCs w:val="26"/>
              </w:rPr>
              <w:t>viên</w:t>
            </w:r>
            <w:proofErr w:type="spellEnd"/>
            <w:r>
              <w:rPr>
                <w:szCs w:val="26"/>
              </w:rPr>
              <w:t xml:space="preserve"> </w:t>
            </w:r>
            <w:proofErr w:type="spellStart"/>
            <w:r>
              <w:rPr>
                <w:szCs w:val="26"/>
              </w:rPr>
              <w:t>chức</w:t>
            </w:r>
            <w:proofErr w:type="spellEnd"/>
            <w:r>
              <w:rPr>
                <w:szCs w:val="26"/>
              </w:rPr>
              <w:t xml:space="preserve"> </w:t>
            </w:r>
            <w:proofErr w:type="spellStart"/>
            <w:r>
              <w:rPr>
                <w:szCs w:val="26"/>
              </w:rPr>
              <w:t>kiểm</w:t>
            </w:r>
            <w:proofErr w:type="spellEnd"/>
            <w:r>
              <w:rPr>
                <w:szCs w:val="26"/>
              </w:rPr>
              <w:t xml:space="preserve"> </w:t>
            </w:r>
            <w:proofErr w:type="spellStart"/>
            <w:r>
              <w:rPr>
                <w:szCs w:val="26"/>
              </w:rPr>
              <w:t>soát</w:t>
            </w:r>
            <w:proofErr w:type="spellEnd"/>
            <w:r>
              <w:rPr>
                <w:szCs w:val="26"/>
              </w:rPr>
              <w:t xml:space="preserve"> </w:t>
            </w:r>
            <w:proofErr w:type="spellStart"/>
            <w:r>
              <w:rPr>
                <w:szCs w:val="26"/>
              </w:rPr>
              <w:t>viên</w:t>
            </w:r>
            <w:proofErr w:type="spellEnd"/>
            <w:r>
              <w:rPr>
                <w:szCs w:val="26"/>
              </w:rPr>
              <w:t xml:space="preserve"> </w:t>
            </w:r>
            <w:proofErr w:type="spellStart"/>
            <w:r>
              <w:rPr>
                <w:szCs w:val="26"/>
              </w:rPr>
              <w:t>cao</w:t>
            </w:r>
            <w:proofErr w:type="spellEnd"/>
            <w:r>
              <w:rPr>
                <w:szCs w:val="26"/>
              </w:rPr>
              <w:t xml:space="preserve"> </w:t>
            </w:r>
            <w:proofErr w:type="spellStart"/>
            <w:r>
              <w:rPr>
                <w:szCs w:val="26"/>
              </w:rPr>
              <w:t>cấp</w:t>
            </w:r>
            <w:proofErr w:type="spellEnd"/>
            <w:r>
              <w:rPr>
                <w:szCs w:val="26"/>
              </w:rPr>
              <w:t xml:space="preserve"> </w:t>
            </w:r>
            <w:proofErr w:type="spellStart"/>
            <w:r>
              <w:rPr>
                <w:szCs w:val="26"/>
              </w:rPr>
              <w:t>chất</w:t>
            </w:r>
            <w:proofErr w:type="spellEnd"/>
            <w:r>
              <w:rPr>
                <w:szCs w:val="26"/>
              </w:rPr>
              <w:t xml:space="preserve"> </w:t>
            </w:r>
            <w:proofErr w:type="spellStart"/>
            <w:r>
              <w:rPr>
                <w:szCs w:val="26"/>
              </w:rPr>
              <w:t>lượng</w:t>
            </w:r>
            <w:proofErr w:type="spellEnd"/>
            <w:r>
              <w:rPr>
                <w:szCs w:val="26"/>
              </w:rPr>
              <w:t xml:space="preserve"> </w:t>
            </w:r>
            <w:proofErr w:type="spellStart"/>
            <w:r>
              <w:rPr>
                <w:szCs w:val="26"/>
              </w:rPr>
              <w:t>sản</w:t>
            </w:r>
            <w:proofErr w:type="spellEnd"/>
            <w:r>
              <w:rPr>
                <w:szCs w:val="26"/>
              </w:rPr>
              <w:t xml:space="preserve"> </w:t>
            </w:r>
            <w:proofErr w:type="spellStart"/>
            <w:r>
              <w:rPr>
                <w:szCs w:val="26"/>
              </w:rPr>
              <w:t>phẩm</w:t>
            </w:r>
            <w:proofErr w:type="spellEnd"/>
            <w:r>
              <w:rPr>
                <w:szCs w:val="26"/>
              </w:rPr>
              <w:t xml:space="preserve">, </w:t>
            </w:r>
            <w:proofErr w:type="spellStart"/>
            <w:r>
              <w:rPr>
                <w:szCs w:val="26"/>
              </w:rPr>
              <w:t>hàng</w:t>
            </w:r>
            <w:proofErr w:type="spellEnd"/>
            <w:r>
              <w:rPr>
                <w:szCs w:val="26"/>
              </w:rPr>
              <w:t xml:space="preserve"> </w:t>
            </w:r>
            <w:proofErr w:type="spellStart"/>
            <w:r>
              <w:rPr>
                <w:szCs w:val="26"/>
              </w:rPr>
              <w:t>hóa</w:t>
            </w:r>
            <w:proofErr w:type="spellEnd"/>
            <w:r>
              <w:rPr>
                <w:szCs w:val="26"/>
              </w:rPr>
              <w:t xml:space="preserve"> sẽ </w:t>
            </w:r>
            <w:proofErr w:type="spellStart"/>
            <w:r>
              <w:rPr>
                <w:szCs w:val="26"/>
              </w:rPr>
              <w:t>cần</w:t>
            </w:r>
            <w:proofErr w:type="spellEnd"/>
            <w:r>
              <w:rPr>
                <w:szCs w:val="26"/>
              </w:rPr>
              <w:t xml:space="preserve"> có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nghiệp</w:t>
            </w:r>
            <w:proofErr w:type="spellEnd"/>
            <w:r w:rsidRPr="004543E3">
              <w:t xml:space="preserve"> vụ </w:t>
            </w:r>
            <w:proofErr w:type="spellStart"/>
            <w:r>
              <w:t>k</w:t>
            </w:r>
            <w:r w:rsidRPr="004543E3">
              <w:t>iểm</w:t>
            </w:r>
            <w:proofErr w:type="spellEnd"/>
            <w:r w:rsidRPr="004543E3">
              <w:t xml:space="preserve"> </w:t>
            </w:r>
            <w:proofErr w:type="spellStart"/>
            <w:r w:rsidRPr="004543E3">
              <w:t>soát</w:t>
            </w:r>
            <w:proofErr w:type="spellEnd"/>
            <w:r>
              <w:t xml:space="preserve"> </w:t>
            </w:r>
            <w:proofErr w:type="spellStart"/>
            <w:r>
              <w:t>viên</w:t>
            </w:r>
            <w:proofErr w:type="spellEnd"/>
            <w:r>
              <w:t xml:space="preserve"> </w:t>
            </w:r>
            <w:proofErr w:type="spellStart"/>
            <w:r>
              <w:t>cao</w:t>
            </w:r>
            <w:proofErr w:type="spellEnd"/>
            <w:r>
              <w:t xml:space="preserve"> </w:t>
            </w:r>
            <w:proofErr w:type="spellStart"/>
            <w:r>
              <w:t>cấp</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t xml:space="preserve"> </w:t>
            </w:r>
            <w:proofErr w:type="spellStart"/>
            <w:r>
              <w:t>hoặc</w:t>
            </w:r>
            <w:proofErr w:type="spellEnd"/>
            <w:r>
              <w:t xml:space="preserve"> </w:t>
            </w:r>
            <w:proofErr w:type="spellStart"/>
            <w:r>
              <w:t>tương</w:t>
            </w:r>
            <w:proofErr w:type="spellEnd"/>
            <w:r>
              <w:t xml:space="preserve"> </w:t>
            </w:r>
            <w:proofErr w:type="spellStart"/>
            <w:r>
              <w:t>đương</w:t>
            </w:r>
            <w:proofErr w:type="spellEnd"/>
            <w:r>
              <w:t>.</w:t>
            </w:r>
          </w:p>
          <w:p w14:paraId="4AA9B366" w14:textId="5A0F7928" w:rsidR="004C2B3E" w:rsidRDefault="004C2B3E" w:rsidP="002A7D4F">
            <w:pPr>
              <w:spacing w:before="120" w:after="120" w:line="240" w:lineRule="auto"/>
              <w:jc w:val="both"/>
            </w:pPr>
            <w:r>
              <w:rPr>
                <w:szCs w:val="26"/>
              </w:rPr>
              <w:lastRenderedPageBreak/>
              <w:t xml:space="preserve">+ Công </w:t>
            </w:r>
            <w:proofErr w:type="spellStart"/>
            <w:r>
              <w:rPr>
                <w:szCs w:val="26"/>
              </w:rPr>
              <w:t>chức</w:t>
            </w:r>
            <w:proofErr w:type="spellEnd"/>
            <w:r>
              <w:rPr>
                <w:szCs w:val="26"/>
              </w:rPr>
              <w:t xml:space="preserve">, </w:t>
            </w:r>
            <w:proofErr w:type="spellStart"/>
            <w:r>
              <w:rPr>
                <w:szCs w:val="26"/>
              </w:rPr>
              <w:t>viên</w:t>
            </w:r>
            <w:proofErr w:type="spellEnd"/>
            <w:r>
              <w:rPr>
                <w:szCs w:val="26"/>
              </w:rPr>
              <w:t xml:space="preserve"> </w:t>
            </w:r>
            <w:proofErr w:type="spellStart"/>
            <w:r>
              <w:rPr>
                <w:szCs w:val="26"/>
              </w:rPr>
              <w:t>chức</w:t>
            </w:r>
            <w:proofErr w:type="spellEnd"/>
            <w:r>
              <w:rPr>
                <w:szCs w:val="26"/>
              </w:rPr>
              <w:t xml:space="preserve"> </w:t>
            </w:r>
            <w:proofErr w:type="spellStart"/>
            <w:r>
              <w:rPr>
                <w:szCs w:val="26"/>
              </w:rPr>
              <w:t>kiểm</w:t>
            </w:r>
            <w:proofErr w:type="spellEnd"/>
            <w:r>
              <w:rPr>
                <w:szCs w:val="26"/>
              </w:rPr>
              <w:t xml:space="preserve"> </w:t>
            </w:r>
            <w:proofErr w:type="spellStart"/>
            <w:r>
              <w:rPr>
                <w:szCs w:val="26"/>
              </w:rPr>
              <w:t>soát</w:t>
            </w:r>
            <w:proofErr w:type="spellEnd"/>
            <w:r>
              <w:rPr>
                <w:szCs w:val="26"/>
              </w:rPr>
              <w:t xml:space="preserve"> </w:t>
            </w:r>
            <w:proofErr w:type="spellStart"/>
            <w:r>
              <w:rPr>
                <w:szCs w:val="26"/>
              </w:rPr>
              <w:t>viên</w:t>
            </w:r>
            <w:proofErr w:type="spellEnd"/>
            <w:r>
              <w:rPr>
                <w:szCs w:val="26"/>
              </w:rPr>
              <w:t xml:space="preserve"> </w:t>
            </w:r>
            <w:proofErr w:type="spellStart"/>
            <w:r>
              <w:rPr>
                <w:szCs w:val="26"/>
              </w:rPr>
              <w:t>chính</w:t>
            </w:r>
            <w:proofErr w:type="spellEnd"/>
            <w:r>
              <w:rPr>
                <w:szCs w:val="26"/>
              </w:rPr>
              <w:t xml:space="preserve"> </w:t>
            </w:r>
            <w:proofErr w:type="spellStart"/>
            <w:r>
              <w:rPr>
                <w:szCs w:val="26"/>
              </w:rPr>
              <w:t>chất</w:t>
            </w:r>
            <w:proofErr w:type="spellEnd"/>
            <w:r>
              <w:rPr>
                <w:szCs w:val="26"/>
              </w:rPr>
              <w:t xml:space="preserve"> </w:t>
            </w:r>
            <w:proofErr w:type="spellStart"/>
            <w:r>
              <w:rPr>
                <w:szCs w:val="26"/>
              </w:rPr>
              <w:t>lượng</w:t>
            </w:r>
            <w:proofErr w:type="spellEnd"/>
            <w:r>
              <w:rPr>
                <w:szCs w:val="26"/>
              </w:rPr>
              <w:t xml:space="preserve"> </w:t>
            </w:r>
            <w:proofErr w:type="spellStart"/>
            <w:r>
              <w:rPr>
                <w:szCs w:val="26"/>
              </w:rPr>
              <w:t>sản</w:t>
            </w:r>
            <w:proofErr w:type="spellEnd"/>
            <w:r>
              <w:rPr>
                <w:szCs w:val="26"/>
              </w:rPr>
              <w:t xml:space="preserve"> </w:t>
            </w:r>
            <w:proofErr w:type="spellStart"/>
            <w:r>
              <w:rPr>
                <w:szCs w:val="26"/>
              </w:rPr>
              <w:t>phẩm</w:t>
            </w:r>
            <w:proofErr w:type="spellEnd"/>
            <w:r>
              <w:rPr>
                <w:szCs w:val="26"/>
              </w:rPr>
              <w:t xml:space="preserve">, </w:t>
            </w:r>
            <w:proofErr w:type="spellStart"/>
            <w:r>
              <w:rPr>
                <w:szCs w:val="26"/>
              </w:rPr>
              <w:t>hàng</w:t>
            </w:r>
            <w:proofErr w:type="spellEnd"/>
            <w:r>
              <w:rPr>
                <w:szCs w:val="26"/>
              </w:rPr>
              <w:t xml:space="preserve"> </w:t>
            </w:r>
            <w:proofErr w:type="spellStart"/>
            <w:r>
              <w:rPr>
                <w:szCs w:val="26"/>
              </w:rPr>
              <w:t>hóa</w:t>
            </w:r>
            <w:proofErr w:type="spellEnd"/>
            <w:r>
              <w:rPr>
                <w:szCs w:val="26"/>
              </w:rPr>
              <w:t xml:space="preserve"> sẽ </w:t>
            </w:r>
            <w:proofErr w:type="spellStart"/>
            <w:r>
              <w:rPr>
                <w:szCs w:val="26"/>
              </w:rPr>
              <w:t>cần</w:t>
            </w:r>
            <w:proofErr w:type="spellEnd"/>
            <w:r>
              <w:rPr>
                <w:szCs w:val="26"/>
              </w:rPr>
              <w:t xml:space="preserve"> có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nghiệp</w:t>
            </w:r>
            <w:proofErr w:type="spellEnd"/>
            <w:r w:rsidRPr="004543E3">
              <w:t xml:space="preserve"> vụ </w:t>
            </w:r>
            <w:proofErr w:type="spellStart"/>
            <w:r>
              <w:t>k</w:t>
            </w:r>
            <w:r w:rsidRPr="004543E3">
              <w:t>iểm</w:t>
            </w:r>
            <w:proofErr w:type="spellEnd"/>
            <w:r w:rsidRPr="004543E3">
              <w:t xml:space="preserve"> </w:t>
            </w:r>
            <w:proofErr w:type="spellStart"/>
            <w:r w:rsidRPr="004543E3">
              <w:t>soát</w:t>
            </w:r>
            <w:proofErr w:type="spellEnd"/>
            <w:r>
              <w:t xml:space="preserve"> </w:t>
            </w:r>
            <w:proofErr w:type="spellStart"/>
            <w:r>
              <w:t>viên</w:t>
            </w:r>
            <w:proofErr w:type="spellEnd"/>
            <w:r>
              <w:t xml:space="preserve"> </w:t>
            </w:r>
            <w:proofErr w:type="spellStart"/>
            <w:r>
              <w:t>chính</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t xml:space="preserve"> </w:t>
            </w:r>
            <w:proofErr w:type="spellStart"/>
            <w:r>
              <w:t>hoặc</w:t>
            </w:r>
            <w:proofErr w:type="spellEnd"/>
            <w:r>
              <w:t xml:space="preserve"> </w:t>
            </w:r>
            <w:proofErr w:type="spellStart"/>
            <w:r>
              <w:t>tương</w:t>
            </w:r>
            <w:proofErr w:type="spellEnd"/>
            <w:r>
              <w:t xml:space="preserve"> </w:t>
            </w:r>
            <w:proofErr w:type="spellStart"/>
            <w:r>
              <w:t>đương</w:t>
            </w:r>
            <w:proofErr w:type="spellEnd"/>
            <w:r>
              <w:t>.</w:t>
            </w:r>
          </w:p>
          <w:p w14:paraId="1EA7D35E" w14:textId="551606B7" w:rsidR="004C2B3E" w:rsidRDefault="004C2B3E" w:rsidP="002A7D4F">
            <w:pPr>
              <w:spacing w:before="120" w:after="120" w:line="240" w:lineRule="auto"/>
              <w:jc w:val="both"/>
            </w:pPr>
            <w:r>
              <w:rPr>
                <w:szCs w:val="26"/>
              </w:rPr>
              <w:t xml:space="preserve">+ Công </w:t>
            </w:r>
            <w:proofErr w:type="spellStart"/>
            <w:r>
              <w:rPr>
                <w:szCs w:val="26"/>
              </w:rPr>
              <w:t>chức</w:t>
            </w:r>
            <w:proofErr w:type="spellEnd"/>
            <w:r>
              <w:rPr>
                <w:szCs w:val="26"/>
              </w:rPr>
              <w:t xml:space="preserve">, </w:t>
            </w:r>
            <w:proofErr w:type="spellStart"/>
            <w:r>
              <w:rPr>
                <w:szCs w:val="26"/>
              </w:rPr>
              <w:t>viên</w:t>
            </w:r>
            <w:proofErr w:type="spellEnd"/>
            <w:r>
              <w:rPr>
                <w:szCs w:val="26"/>
              </w:rPr>
              <w:t xml:space="preserve"> </w:t>
            </w:r>
            <w:proofErr w:type="spellStart"/>
            <w:r>
              <w:rPr>
                <w:szCs w:val="26"/>
              </w:rPr>
              <w:t>chức</w:t>
            </w:r>
            <w:proofErr w:type="spellEnd"/>
            <w:r>
              <w:rPr>
                <w:szCs w:val="26"/>
              </w:rPr>
              <w:t xml:space="preserve"> </w:t>
            </w:r>
            <w:proofErr w:type="spellStart"/>
            <w:r>
              <w:rPr>
                <w:szCs w:val="26"/>
              </w:rPr>
              <w:t>kiểm</w:t>
            </w:r>
            <w:proofErr w:type="spellEnd"/>
            <w:r>
              <w:rPr>
                <w:szCs w:val="26"/>
              </w:rPr>
              <w:t xml:space="preserve"> </w:t>
            </w:r>
            <w:proofErr w:type="spellStart"/>
            <w:r>
              <w:rPr>
                <w:szCs w:val="26"/>
              </w:rPr>
              <w:t>soát</w:t>
            </w:r>
            <w:proofErr w:type="spellEnd"/>
            <w:r>
              <w:rPr>
                <w:szCs w:val="26"/>
              </w:rPr>
              <w:t xml:space="preserve"> </w:t>
            </w:r>
            <w:proofErr w:type="spellStart"/>
            <w:r>
              <w:rPr>
                <w:szCs w:val="26"/>
              </w:rPr>
              <w:t>viên</w:t>
            </w:r>
            <w:proofErr w:type="spellEnd"/>
            <w:r>
              <w:rPr>
                <w:szCs w:val="26"/>
              </w:rPr>
              <w:t xml:space="preserve"> </w:t>
            </w:r>
            <w:proofErr w:type="spellStart"/>
            <w:r>
              <w:rPr>
                <w:szCs w:val="26"/>
              </w:rPr>
              <w:t>chất</w:t>
            </w:r>
            <w:proofErr w:type="spellEnd"/>
            <w:r>
              <w:rPr>
                <w:szCs w:val="26"/>
              </w:rPr>
              <w:t xml:space="preserve"> </w:t>
            </w:r>
            <w:proofErr w:type="spellStart"/>
            <w:r>
              <w:rPr>
                <w:szCs w:val="26"/>
              </w:rPr>
              <w:t>lượng</w:t>
            </w:r>
            <w:proofErr w:type="spellEnd"/>
            <w:r>
              <w:rPr>
                <w:szCs w:val="26"/>
              </w:rPr>
              <w:t xml:space="preserve"> </w:t>
            </w:r>
            <w:proofErr w:type="spellStart"/>
            <w:r>
              <w:rPr>
                <w:szCs w:val="26"/>
              </w:rPr>
              <w:t>sản</w:t>
            </w:r>
            <w:proofErr w:type="spellEnd"/>
            <w:r>
              <w:rPr>
                <w:szCs w:val="26"/>
              </w:rPr>
              <w:t xml:space="preserve"> </w:t>
            </w:r>
            <w:proofErr w:type="spellStart"/>
            <w:r>
              <w:rPr>
                <w:szCs w:val="26"/>
              </w:rPr>
              <w:t>phẩm</w:t>
            </w:r>
            <w:proofErr w:type="spellEnd"/>
            <w:r>
              <w:rPr>
                <w:szCs w:val="26"/>
              </w:rPr>
              <w:t xml:space="preserve">, </w:t>
            </w:r>
            <w:proofErr w:type="spellStart"/>
            <w:r>
              <w:rPr>
                <w:szCs w:val="26"/>
              </w:rPr>
              <w:t>hàng</w:t>
            </w:r>
            <w:proofErr w:type="spellEnd"/>
            <w:r>
              <w:rPr>
                <w:szCs w:val="26"/>
              </w:rPr>
              <w:t xml:space="preserve"> </w:t>
            </w:r>
            <w:proofErr w:type="spellStart"/>
            <w:r>
              <w:rPr>
                <w:szCs w:val="26"/>
              </w:rPr>
              <w:t>hóa</w:t>
            </w:r>
            <w:proofErr w:type="spellEnd"/>
            <w:r>
              <w:rPr>
                <w:szCs w:val="26"/>
              </w:rPr>
              <w:t xml:space="preserve"> sẽ </w:t>
            </w:r>
            <w:proofErr w:type="spellStart"/>
            <w:r>
              <w:rPr>
                <w:szCs w:val="26"/>
              </w:rPr>
              <w:t>cần</w:t>
            </w:r>
            <w:proofErr w:type="spellEnd"/>
            <w:r>
              <w:rPr>
                <w:szCs w:val="26"/>
              </w:rPr>
              <w:t xml:space="preserve"> có </w:t>
            </w:r>
            <w:proofErr w:type="spellStart"/>
            <w:r w:rsidRPr="004543E3">
              <w:t>chứng</w:t>
            </w:r>
            <w:proofErr w:type="spellEnd"/>
            <w:r w:rsidRPr="004543E3">
              <w:t xml:space="preserve"> </w:t>
            </w:r>
            <w:proofErr w:type="spellStart"/>
            <w:r w:rsidRPr="004543E3">
              <w:t>chỉ</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nghiệp</w:t>
            </w:r>
            <w:proofErr w:type="spellEnd"/>
            <w:r w:rsidRPr="004543E3">
              <w:t xml:space="preserve"> vụ </w:t>
            </w:r>
            <w:proofErr w:type="spellStart"/>
            <w:r>
              <w:t>k</w:t>
            </w:r>
            <w:r w:rsidRPr="004543E3">
              <w:t>iểm</w:t>
            </w:r>
            <w:proofErr w:type="spellEnd"/>
            <w:r w:rsidRPr="004543E3">
              <w:t xml:space="preserve"> </w:t>
            </w:r>
            <w:proofErr w:type="spellStart"/>
            <w:r w:rsidRPr="004543E3">
              <w:t>soát</w:t>
            </w:r>
            <w:proofErr w:type="spellEnd"/>
            <w:r>
              <w:t xml:space="preserve"> </w:t>
            </w:r>
            <w:proofErr w:type="spellStart"/>
            <w:r>
              <w:t>viên</w:t>
            </w:r>
            <w:proofErr w:type="spellEnd"/>
            <w:r>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t xml:space="preserve"> </w:t>
            </w:r>
            <w:proofErr w:type="spellStart"/>
            <w:r>
              <w:t>hoặc</w:t>
            </w:r>
            <w:proofErr w:type="spellEnd"/>
            <w:r>
              <w:t xml:space="preserve"> </w:t>
            </w:r>
            <w:proofErr w:type="spellStart"/>
            <w:r>
              <w:t>tương</w:t>
            </w:r>
            <w:proofErr w:type="spellEnd"/>
            <w:r>
              <w:t xml:space="preserve"> </w:t>
            </w:r>
            <w:proofErr w:type="spellStart"/>
            <w:r>
              <w:t>đương</w:t>
            </w:r>
            <w:proofErr w:type="spellEnd"/>
            <w:r>
              <w:t>.</w:t>
            </w:r>
          </w:p>
          <w:p w14:paraId="41F2B7BB" w14:textId="201B9DCF" w:rsidR="004C2B3E" w:rsidRPr="00C53CC3" w:rsidRDefault="004C2B3E" w:rsidP="002A7D4F">
            <w:pPr>
              <w:spacing w:before="120" w:after="120" w:line="240" w:lineRule="auto"/>
              <w:jc w:val="both"/>
              <w:rPr>
                <w:spacing w:val="-2"/>
                <w:szCs w:val="26"/>
              </w:rPr>
            </w:pPr>
            <w:r w:rsidRPr="00C53CC3">
              <w:rPr>
                <w:spacing w:val="-2"/>
              </w:rPr>
              <w:t>-</w:t>
            </w:r>
            <w:r w:rsidRPr="00C53CC3">
              <w:rPr>
                <w:spacing w:val="-2"/>
                <w:szCs w:val="26"/>
              </w:rPr>
              <w:t xml:space="preserve"> Theo ý </w:t>
            </w:r>
            <w:proofErr w:type="spellStart"/>
            <w:r w:rsidRPr="00C53CC3">
              <w:rPr>
                <w:spacing w:val="-2"/>
                <w:szCs w:val="26"/>
              </w:rPr>
              <w:t>kiến</w:t>
            </w:r>
            <w:proofErr w:type="spellEnd"/>
            <w:r w:rsidRPr="00C53CC3">
              <w:rPr>
                <w:spacing w:val="-2"/>
                <w:szCs w:val="26"/>
              </w:rPr>
              <w:t xml:space="preserve"> </w:t>
            </w:r>
            <w:proofErr w:type="spellStart"/>
            <w:r w:rsidRPr="00C53CC3">
              <w:rPr>
                <w:spacing w:val="-2"/>
                <w:szCs w:val="26"/>
              </w:rPr>
              <w:t>của</w:t>
            </w:r>
            <w:proofErr w:type="spellEnd"/>
            <w:r w:rsidRPr="00C53CC3">
              <w:rPr>
                <w:spacing w:val="-2"/>
                <w:szCs w:val="26"/>
              </w:rPr>
              <w:t xml:space="preserve"> </w:t>
            </w:r>
            <w:proofErr w:type="spellStart"/>
            <w:r w:rsidRPr="00C53CC3">
              <w:rPr>
                <w:spacing w:val="-2"/>
                <w:szCs w:val="26"/>
              </w:rPr>
              <w:t>Bô</w:t>
            </w:r>
            <w:proofErr w:type="spellEnd"/>
            <w:r w:rsidRPr="00C53CC3">
              <w:rPr>
                <w:spacing w:val="-2"/>
                <w:szCs w:val="26"/>
              </w:rPr>
              <w:t xml:space="preserve">̣ </w:t>
            </w:r>
            <w:proofErr w:type="spellStart"/>
            <w:r w:rsidRPr="00C53CC3">
              <w:rPr>
                <w:spacing w:val="-2"/>
                <w:szCs w:val="26"/>
              </w:rPr>
              <w:t>Nội</w:t>
            </w:r>
            <w:proofErr w:type="spellEnd"/>
            <w:r w:rsidRPr="00C53CC3">
              <w:rPr>
                <w:spacing w:val="-2"/>
                <w:szCs w:val="26"/>
              </w:rPr>
              <w:t xml:space="preserve"> vụ, </w:t>
            </w:r>
            <w:proofErr w:type="spellStart"/>
            <w:r w:rsidRPr="00C53CC3">
              <w:rPr>
                <w:spacing w:val="-2"/>
                <w:szCs w:val="26"/>
              </w:rPr>
              <w:t>Bô</w:t>
            </w:r>
            <w:proofErr w:type="spellEnd"/>
            <w:r w:rsidRPr="00C53CC3">
              <w:rPr>
                <w:spacing w:val="-2"/>
                <w:szCs w:val="26"/>
              </w:rPr>
              <w:t xml:space="preserve">̣ </w:t>
            </w:r>
            <w:proofErr w:type="spellStart"/>
            <w:r w:rsidRPr="00C53CC3">
              <w:rPr>
                <w:spacing w:val="-2"/>
                <w:szCs w:val="26"/>
              </w:rPr>
              <w:t>Tư</w:t>
            </w:r>
            <w:proofErr w:type="spellEnd"/>
            <w:r w:rsidRPr="00C53CC3">
              <w:rPr>
                <w:spacing w:val="-2"/>
                <w:szCs w:val="26"/>
              </w:rPr>
              <w:t xml:space="preserve"> </w:t>
            </w:r>
            <w:proofErr w:type="spellStart"/>
            <w:r w:rsidRPr="00C53CC3">
              <w:rPr>
                <w:spacing w:val="-2"/>
                <w:szCs w:val="26"/>
              </w:rPr>
              <w:t>pháp</w:t>
            </w:r>
            <w:proofErr w:type="spellEnd"/>
            <w:r w:rsidRPr="00C53CC3">
              <w:rPr>
                <w:spacing w:val="-2"/>
                <w:szCs w:val="26"/>
              </w:rPr>
              <w:t xml:space="preserve">, Ban </w:t>
            </w:r>
            <w:proofErr w:type="spellStart"/>
            <w:r w:rsidRPr="00C53CC3">
              <w:rPr>
                <w:spacing w:val="-2"/>
                <w:szCs w:val="26"/>
              </w:rPr>
              <w:t>soạn</w:t>
            </w:r>
            <w:proofErr w:type="spellEnd"/>
            <w:r w:rsidRPr="00C53CC3">
              <w:rPr>
                <w:spacing w:val="-2"/>
                <w:szCs w:val="26"/>
              </w:rPr>
              <w:t xml:space="preserve"> </w:t>
            </w:r>
            <w:proofErr w:type="spellStart"/>
            <w:r w:rsidRPr="00C53CC3">
              <w:rPr>
                <w:spacing w:val="-2"/>
                <w:szCs w:val="26"/>
              </w:rPr>
              <w:t>thảo</w:t>
            </w:r>
            <w:proofErr w:type="spellEnd"/>
            <w:r w:rsidRPr="00C53CC3">
              <w:rPr>
                <w:spacing w:val="-2"/>
                <w:szCs w:val="26"/>
              </w:rPr>
              <w:t xml:space="preserve"> </w:t>
            </w:r>
            <w:proofErr w:type="spellStart"/>
            <w:r w:rsidRPr="00C53CC3">
              <w:rPr>
                <w:spacing w:val="-2"/>
                <w:szCs w:val="26"/>
              </w:rPr>
              <w:t>đa</w:t>
            </w:r>
            <w:proofErr w:type="spellEnd"/>
            <w:r w:rsidRPr="00C53CC3">
              <w:rPr>
                <w:spacing w:val="-2"/>
                <w:szCs w:val="26"/>
              </w:rPr>
              <w:t xml:space="preserve">̃ </w:t>
            </w:r>
            <w:proofErr w:type="spellStart"/>
            <w:r w:rsidRPr="00C53CC3">
              <w:rPr>
                <w:spacing w:val="-2"/>
                <w:szCs w:val="26"/>
              </w:rPr>
              <w:t>nghiên</w:t>
            </w:r>
            <w:proofErr w:type="spellEnd"/>
            <w:r w:rsidRPr="00C53CC3">
              <w:rPr>
                <w:spacing w:val="-2"/>
                <w:szCs w:val="26"/>
              </w:rPr>
              <w:t xml:space="preserve"> </w:t>
            </w:r>
            <w:proofErr w:type="spellStart"/>
            <w:r w:rsidRPr="00C53CC3">
              <w:rPr>
                <w:spacing w:val="-2"/>
                <w:szCs w:val="26"/>
              </w:rPr>
              <w:t>cứu</w:t>
            </w:r>
            <w:proofErr w:type="spellEnd"/>
            <w:r w:rsidRPr="00C53CC3">
              <w:rPr>
                <w:spacing w:val="-2"/>
                <w:szCs w:val="26"/>
              </w:rPr>
              <w:t xml:space="preserve">, </w:t>
            </w:r>
            <w:proofErr w:type="spellStart"/>
            <w:r w:rsidRPr="00C53CC3">
              <w:rPr>
                <w:spacing w:val="-2"/>
                <w:szCs w:val="26"/>
              </w:rPr>
              <w:t>chỉnh</w:t>
            </w:r>
            <w:proofErr w:type="spellEnd"/>
            <w:r w:rsidRPr="00C53CC3">
              <w:rPr>
                <w:spacing w:val="-2"/>
                <w:szCs w:val="26"/>
              </w:rPr>
              <w:t xml:space="preserve"> </w:t>
            </w:r>
            <w:proofErr w:type="spellStart"/>
            <w:r w:rsidRPr="00C53CC3">
              <w:rPr>
                <w:spacing w:val="-2"/>
                <w:szCs w:val="26"/>
              </w:rPr>
              <w:t>ly</w:t>
            </w:r>
            <w:proofErr w:type="spellEnd"/>
            <w:r w:rsidRPr="00C53CC3">
              <w:rPr>
                <w:spacing w:val="-2"/>
                <w:szCs w:val="26"/>
              </w:rPr>
              <w:t xml:space="preserve">́ </w:t>
            </w:r>
            <w:proofErr w:type="spellStart"/>
            <w:r w:rsidRPr="00C53CC3">
              <w:rPr>
                <w:spacing w:val="-2"/>
                <w:szCs w:val="26"/>
              </w:rPr>
              <w:t>lại</w:t>
            </w:r>
            <w:proofErr w:type="spellEnd"/>
            <w:r w:rsidRPr="00C53CC3">
              <w:rPr>
                <w:spacing w:val="-2"/>
                <w:szCs w:val="26"/>
              </w:rPr>
              <w:t xml:space="preserve"> </w:t>
            </w:r>
            <w:proofErr w:type="spellStart"/>
            <w:r w:rsidRPr="00C53CC3">
              <w:rPr>
                <w:spacing w:val="-2"/>
                <w:szCs w:val="26"/>
              </w:rPr>
              <w:t>dư</w:t>
            </w:r>
            <w:proofErr w:type="spellEnd"/>
            <w:r w:rsidRPr="00C53CC3">
              <w:rPr>
                <w:spacing w:val="-2"/>
                <w:szCs w:val="26"/>
              </w:rPr>
              <w:t xml:space="preserve">̣ </w:t>
            </w:r>
            <w:proofErr w:type="spellStart"/>
            <w:r w:rsidRPr="00C53CC3">
              <w:rPr>
                <w:spacing w:val="-2"/>
                <w:szCs w:val="26"/>
              </w:rPr>
              <w:t>thảo</w:t>
            </w:r>
            <w:proofErr w:type="spellEnd"/>
            <w:r w:rsidRPr="00C53CC3">
              <w:rPr>
                <w:spacing w:val="-2"/>
                <w:szCs w:val="26"/>
              </w:rPr>
              <w:t xml:space="preserve"> Thông </w:t>
            </w:r>
            <w:proofErr w:type="spellStart"/>
            <w:r w:rsidRPr="00C53CC3">
              <w:rPr>
                <w:spacing w:val="-2"/>
                <w:szCs w:val="26"/>
              </w:rPr>
              <w:t>tư</w:t>
            </w:r>
            <w:proofErr w:type="spellEnd"/>
            <w:r w:rsidRPr="00C53CC3">
              <w:rPr>
                <w:spacing w:val="-2"/>
                <w:szCs w:val="26"/>
              </w:rPr>
              <w:t xml:space="preserve"> chủ </w:t>
            </w:r>
            <w:proofErr w:type="spellStart"/>
            <w:r w:rsidRPr="00C53CC3">
              <w:rPr>
                <w:spacing w:val="-2"/>
                <w:szCs w:val="26"/>
              </w:rPr>
              <w:t>yếu</w:t>
            </w:r>
            <w:proofErr w:type="spellEnd"/>
            <w:r w:rsidRPr="00C53CC3">
              <w:rPr>
                <w:spacing w:val="-2"/>
                <w:szCs w:val="26"/>
              </w:rPr>
              <w:t xml:space="preserve"> </w:t>
            </w:r>
            <w:proofErr w:type="spellStart"/>
            <w:r w:rsidRPr="00C53CC3">
              <w:rPr>
                <w:spacing w:val="-2"/>
                <w:szCs w:val="26"/>
              </w:rPr>
              <w:t>tập</w:t>
            </w:r>
            <w:proofErr w:type="spellEnd"/>
            <w:r w:rsidRPr="00C53CC3">
              <w:rPr>
                <w:spacing w:val="-2"/>
                <w:szCs w:val="26"/>
              </w:rPr>
              <w:t xml:space="preserve"> </w:t>
            </w:r>
            <w:proofErr w:type="spellStart"/>
            <w:r w:rsidRPr="00C53CC3">
              <w:rPr>
                <w:spacing w:val="-2"/>
                <w:szCs w:val="26"/>
              </w:rPr>
              <w:t>trung</w:t>
            </w:r>
            <w:proofErr w:type="spellEnd"/>
            <w:r w:rsidRPr="00C53CC3">
              <w:rPr>
                <w:spacing w:val="-2"/>
                <w:szCs w:val="26"/>
              </w:rPr>
              <w:t xml:space="preserve"> </w:t>
            </w:r>
            <w:proofErr w:type="spellStart"/>
            <w:r w:rsidRPr="00C53CC3">
              <w:rPr>
                <w:spacing w:val="-2"/>
                <w:szCs w:val="26"/>
              </w:rPr>
              <w:t>vào</w:t>
            </w:r>
            <w:proofErr w:type="spellEnd"/>
            <w:r w:rsidRPr="00C53CC3">
              <w:rPr>
                <w:spacing w:val="-2"/>
                <w:szCs w:val="26"/>
              </w:rPr>
              <w:t xml:space="preserve"> </w:t>
            </w:r>
            <w:proofErr w:type="spellStart"/>
            <w:r w:rsidRPr="00C53CC3">
              <w:rPr>
                <w:spacing w:val="-2"/>
                <w:szCs w:val="26"/>
              </w:rPr>
              <w:t>xây</w:t>
            </w:r>
            <w:proofErr w:type="spellEnd"/>
            <w:r w:rsidRPr="00C53CC3">
              <w:rPr>
                <w:spacing w:val="-2"/>
                <w:szCs w:val="26"/>
              </w:rPr>
              <w:t xml:space="preserve"> </w:t>
            </w:r>
            <w:proofErr w:type="spellStart"/>
            <w:r w:rsidRPr="00C53CC3">
              <w:rPr>
                <w:spacing w:val="-2"/>
                <w:szCs w:val="26"/>
              </w:rPr>
              <w:t>dựng</w:t>
            </w:r>
            <w:proofErr w:type="spellEnd"/>
            <w:r w:rsidRPr="00C53CC3">
              <w:rPr>
                <w:spacing w:val="-2"/>
                <w:szCs w:val="26"/>
              </w:rPr>
              <w:t xml:space="preserve"> </w:t>
            </w:r>
            <w:proofErr w:type="spellStart"/>
            <w:r w:rsidRPr="00C53CC3">
              <w:rPr>
                <w:spacing w:val="-2"/>
                <w:szCs w:val="26"/>
              </w:rPr>
              <w:t>các</w:t>
            </w:r>
            <w:proofErr w:type="spellEnd"/>
            <w:r w:rsidRPr="00C53CC3">
              <w:rPr>
                <w:spacing w:val="-2"/>
                <w:szCs w:val="26"/>
              </w:rPr>
              <w:t xml:space="preserve"> </w:t>
            </w:r>
            <w:proofErr w:type="spellStart"/>
            <w:r w:rsidRPr="00C53CC3">
              <w:rPr>
                <w:spacing w:val="-2"/>
                <w:szCs w:val="26"/>
              </w:rPr>
              <w:t>tiêu</w:t>
            </w:r>
            <w:proofErr w:type="spellEnd"/>
            <w:r w:rsidRPr="00C53CC3">
              <w:rPr>
                <w:spacing w:val="-2"/>
                <w:szCs w:val="26"/>
              </w:rPr>
              <w:t xml:space="preserve"> </w:t>
            </w:r>
            <w:proofErr w:type="spellStart"/>
            <w:r w:rsidRPr="00C53CC3">
              <w:rPr>
                <w:spacing w:val="-2"/>
                <w:szCs w:val="26"/>
              </w:rPr>
              <w:t>chuẩn</w:t>
            </w:r>
            <w:proofErr w:type="spellEnd"/>
            <w:r w:rsidRPr="00C53CC3">
              <w:rPr>
                <w:spacing w:val="-2"/>
                <w:szCs w:val="26"/>
              </w:rPr>
              <w:t xml:space="preserve"> </w:t>
            </w:r>
            <w:proofErr w:type="spellStart"/>
            <w:r w:rsidRPr="00C53CC3">
              <w:rPr>
                <w:spacing w:val="-2"/>
                <w:szCs w:val="26"/>
              </w:rPr>
              <w:t>chuyên</w:t>
            </w:r>
            <w:proofErr w:type="spellEnd"/>
            <w:r w:rsidRPr="00C53CC3">
              <w:rPr>
                <w:spacing w:val="-2"/>
                <w:szCs w:val="26"/>
              </w:rPr>
              <w:t xml:space="preserve"> </w:t>
            </w:r>
            <w:proofErr w:type="spellStart"/>
            <w:r w:rsidRPr="00C53CC3">
              <w:rPr>
                <w:spacing w:val="-2"/>
                <w:szCs w:val="26"/>
              </w:rPr>
              <w:t>môn</w:t>
            </w:r>
            <w:proofErr w:type="spellEnd"/>
            <w:r w:rsidRPr="00C53CC3">
              <w:rPr>
                <w:spacing w:val="-2"/>
                <w:szCs w:val="26"/>
              </w:rPr>
              <w:t xml:space="preserve">, </w:t>
            </w:r>
            <w:proofErr w:type="spellStart"/>
            <w:r w:rsidRPr="00C53CC3">
              <w:rPr>
                <w:spacing w:val="-2"/>
                <w:szCs w:val="26"/>
              </w:rPr>
              <w:t>nghiệp</w:t>
            </w:r>
            <w:proofErr w:type="spellEnd"/>
            <w:r w:rsidRPr="00C53CC3">
              <w:rPr>
                <w:spacing w:val="-2"/>
                <w:szCs w:val="26"/>
              </w:rPr>
              <w:t xml:space="preserve"> vụ </w:t>
            </w:r>
            <w:proofErr w:type="spellStart"/>
            <w:r w:rsidRPr="00C53CC3">
              <w:rPr>
                <w:spacing w:val="-2"/>
                <w:szCs w:val="26"/>
              </w:rPr>
              <w:t>của</w:t>
            </w:r>
            <w:proofErr w:type="spellEnd"/>
            <w:r w:rsidRPr="00C53CC3">
              <w:rPr>
                <w:spacing w:val="-2"/>
                <w:szCs w:val="26"/>
              </w:rPr>
              <w:t xml:space="preserve"> </w:t>
            </w:r>
            <w:proofErr w:type="spellStart"/>
            <w:r w:rsidRPr="00C53CC3">
              <w:rPr>
                <w:spacing w:val="-2"/>
                <w:szCs w:val="26"/>
              </w:rPr>
              <w:t>công</w:t>
            </w:r>
            <w:proofErr w:type="spellEnd"/>
            <w:r w:rsidRPr="00C53CC3">
              <w:rPr>
                <w:spacing w:val="-2"/>
                <w:szCs w:val="26"/>
              </w:rPr>
              <w:t xml:space="preserve"> </w:t>
            </w:r>
            <w:proofErr w:type="spellStart"/>
            <w:r w:rsidRPr="00C53CC3">
              <w:rPr>
                <w:spacing w:val="-2"/>
                <w:szCs w:val="26"/>
              </w:rPr>
              <w:t>chức</w:t>
            </w:r>
            <w:proofErr w:type="spellEnd"/>
            <w:r w:rsidRPr="00C53CC3">
              <w:rPr>
                <w:spacing w:val="-2"/>
                <w:szCs w:val="26"/>
              </w:rPr>
              <w:t xml:space="preserve">, </w:t>
            </w:r>
            <w:proofErr w:type="spellStart"/>
            <w:r w:rsidRPr="00C53CC3">
              <w:rPr>
                <w:spacing w:val="-2"/>
                <w:szCs w:val="26"/>
              </w:rPr>
              <w:t>viên</w:t>
            </w:r>
            <w:proofErr w:type="spellEnd"/>
            <w:r w:rsidRPr="00C53CC3">
              <w:rPr>
                <w:spacing w:val="-2"/>
                <w:szCs w:val="26"/>
              </w:rPr>
              <w:t xml:space="preserve"> </w:t>
            </w:r>
            <w:proofErr w:type="spellStart"/>
            <w:r w:rsidRPr="00C53CC3">
              <w:rPr>
                <w:spacing w:val="-2"/>
                <w:szCs w:val="26"/>
              </w:rPr>
              <w:t>chức</w:t>
            </w:r>
            <w:proofErr w:type="spellEnd"/>
            <w:r w:rsidRPr="00C53CC3">
              <w:rPr>
                <w:spacing w:val="-2"/>
                <w:szCs w:val="26"/>
              </w:rPr>
              <w:t xml:space="preserve"> </w:t>
            </w:r>
            <w:proofErr w:type="spellStart"/>
            <w:r w:rsidRPr="00C53CC3">
              <w:rPr>
                <w:spacing w:val="-2"/>
                <w:szCs w:val="26"/>
              </w:rPr>
              <w:t>chuyên</w:t>
            </w:r>
            <w:proofErr w:type="spellEnd"/>
            <w:r w:rsidRPr="00C53CC3">
              <w:rPr>
                <w:spacing w:val="-2"/>
                <w:szCs w:val="26"/>
              </w:rPr>
              <w:t xml:space="preserve"> </w:t>
            </w:r>
            <w:proofErr w:type="spellStart"/>
            <w:r w:rsidRPr="00C53CC3">
              <w:rPr>
                <w:spacing w:val="-2"/>
                <w:szCs w:val="26"/>
              </w:rPr>
              <w:t>ngành</w:t>
            </w:r>
            <w:proofErr w:type="spellEnd"/>
            <w:r w:rsidRPr="00C53CC3">
              <w:rPr>
                <w:spacing w:val="-2"/>
                <w:szCs w:val="26"/>
              </w:rPr>
              <w:t xml:space="preserve"> </w:t>
            </w:r>
            <w:proofErr w:type="spellStart"/>
            <w:r w:rsidRPr="00C53CC3">
              <w:rPr>
                <w:spacing w:val="-2"/>
                <w:szCs w:val="26"/>
              </w:rPr>
              <w:t>kiểm</w:t>
            </w:r>
            <w:proofErr w:type="spellEnd"/>
            <w:r w:rsidRPr="00C53CC3">
              <w:rPr>
                <w:spacing w:val="-2"/>
                <w:szCs w:val="26"/>
              </w:rPr>
              <w:t xml:space="preserve"> </w:t>
            </w:r>
            <w:proofErr w:type="spellStart"/>
            <w:r w:rsidRPr="00C53CC3">
              <w:rPr>
                <w:spacing w:val="-2"/>
                <w:szCs w:val="26"/>
              </w:rPr>
              <w:t>soát</w:t>
            </w:r>
            <w:proofErr w:type="spellEnd"/>
            <w:r w:rsidRPr="00C53CC3">
              <w:rPr>
                <w:spacing w:val="-2"/>
                <w:szCs w:val="26"/>
              </w:rPr>
              <w:t xml:space="preserve"> </w:t>
            </w:r>
            <w:proofErr w:type="spellStart"/>
            <w:r w:rsidRPr="00C53CC3">
              <w:rPr>
                <w:spacing w:val="-2"/>
                <w:szCs w:val="26"/>
              </w:rPr>
              <w:t>viên</w:t>
            </w:r>
            <w:proofErr w:type="spellEnd"/>
            <w:r w:rsidRPr="00C53CC3">
              <w:rPr>
                <w:spacing w:val="-2"/>
                <w:szCs w:val="26"/>
              </w:rPr>
              <w:t xml:space="preserve"> </w:t>
            </w:r>
            <w:proofErr w:type="spellStart"/>
            <w:r w:rsidRPr="00C53CC3">
              <w:rPr>
                <w:spacing w:val="-2"/>
                <w:szCs w:val="26"/>
              </w:rPr>
              <w:t>chất</w:t>
            </w:r>
            <w:proofErr w:type="spellEnd"/>
            <w:r w:rsidRPr="00C53CC3">
              <w:rPr>
                <w:spacing w:val="-2"/>
                <w:szCs w:val="26"/>
              </w:rPr>
              <w:t xml:space="preserve"> </w:t>
            </w:r>
            <w:proofErr w:type="spellStart"/>
            <w:r w:rsidRPr="00C53CC3">
              <w:rPr>
                <w:spacing w:val="-2"/>
                <w:szCs w:val="26"/>
              </w:rPr>
              <w:t>lượng</w:t>
            </w:r>
            <w:proofErr w:type="spellEnd"/>
            <w:r w:rsidRPr="00C53CC3">
              <w:rPr>
                <w:spacing w:val="-2"/>
                <w:szCs w:val="26"/>
              </w:rPr>
              <w:t xml:space="preserve"> </w:t>
            </w:r>
            <w:proofErr w:type="spellStart"/>
            <w:r w:rsidRPr="00C53CC3">
              <w:rPr>
                <w:spacing w:val="-2"/>
                <w:szCs w:val="26"/>
              </w:rPr>
              <w:t>sản</w:t>
            </w:r>
            <w:proofErr w:type="spellEnd"/>
            <w:r w:rsidRPr="00C53CC3">
              <w:rPr>
                <w:spacing w:val="-2"/>
                <w:szCs w:val="26"/>
              </w:rPr>
              <w:t xml:space="preserve"> </w:t>
            </w:r>
            <w:proofErr w:type="spellStart"/>
            <w:r w:rsidRPr="00C53CC3">
              <w:rPr>
                <w:spacing w:val="-2"/>
                <w:szCs w:val="26"/>
              </w:rPr>
              <w:t>phẩm</w:t>
            </w:r>
            <w:proofErr w:type="spellEnd"/>
            <w:r w:rsidRPr="00C53CC3">
              <w:rPr>
                <w:spacing w:val="-2"/>
                <w:szCs w:val="26"/>
              </w:rPr>
              <w:t xml:space="preserve">, </w:t>
            </w:r>
            <w:proofErr w:type="spellStart"/>
            <w:r w:rsidRPr="00C53CC3">
              <w:rPr>
                <w:spacing w:val="-2"/>
                <w:szCs w:val="26"/>
              </w:rPr>
              <w:t>hàng</w:t>
            </w:r>
            <w:proofErr w:type="spellEnd"/>
            <w:r w:rsidRPr="00C53CC3">
              <w:rPr>
                <w:spacing w:val="-2"/>
                <w:szCs w:val="26"/>
              </w:rPr>
              <w:t xml:space="preserve"> </w:t>
            </w:r>
            <w:proofErr w:type="spellStart"/>
            <w:r w:rsidRPr="00C53CC3">
              <w:rPr>
                <w:spacing w:val="-2"/>
                <w:szCs w:val="26"/>
              </w:rPr>
              <w:t>hóa</w:t>
            </w:r>
            <w:proofErr w:type="spellEnd"/>
            <w:r w:rsidRPr="00C53CC3">
              <w:rPr>
                <w:spacing w:val="-2"/>
                <w:szCs w:val="26"/>
              </w:rPr>
              <w:t xml:space="preserve"> </w:t>
            </w:r>
            <w:proofErr w:type="spellStart"/>
            <w:r w:rsidRPr="00C53CC3">
              <w:rPr>
                <w:spacing w:val="-2"/>
                <w:szCs w:val="26"/>
              </w:rPr>
              <w:t>theo</w:t>
            </w:r>
            <w:proofErr w:type="spellEnd"/>
            <w:r w:rsidRPr="00C53CC3">
              <w:rPr>
                <w:spacing w:val="-2"/>
                <w:szCs w:val="26"/>
              </w:rPr>
              <w:t xml:space="preserve"> </w:t>
            </w:r>
            <w:proofErr w:type="spellStart"/>
            <w:r w:rsidRPr="00C53CC3">
              <w:rPr>
                <w:spacing w:val="-2"/>
                <w:szCs w:val="26"/>
              </w:rPr>
              <w:t>quy</w:t>
            </w:r>
            <w:proofErr w:type="spellEnd"/>
            <w:r w:rsidRPr="00C53CC3">
              <w:rPr>
                <w:spacing w:val="-2"/>
                <w:szCs w:val="26"/>
              </w:rPr>
              <w:t xml:space="preserve"> </w:t>
            </w:r>
            <w:proofErr w:type="spellStart"/>
            <w:r w:rsidRPr="00C53CC3">
              <w:rPr>
                <w:spacing w:val="-2"/>
                <w:szCs w:val="26"/>
              </w:rPr>
              <w:t>định</w:t>
            </w:r>
            <w:proofErr w:type="spellEnd"/>
            <w:r w:rsidRPr="00C53CC3">
              <w:rPr>
                <w:spacing w:val="-2"/>
                <w:szCs w:val="26"/>
              </w:rPr>
              <w:t xml:space="preserve"> </w:t>
            </w:r>
            <w:proofErr w:type="spellStart"/>
            <w:r w:rsidRPr="00C53CC3">
              <w:rPr>
                <w:spacing w:val="-2"/>
                <w:szCs w:val="26"/>
              </w:rPr>
              <w:t>tại</w:t>
            </w:r>
            <w:proofErr w:type="spellEnd"/>
            <w:r w:rsidRPr="00C53CC3">
              <w:rPr>
                <w:spacing w:val="-2"/>
                <w:szCs w:val="26"/>
              </w:rPr>
              <w:t xml:space="preserve"> </w:t>
            </w:r>
            <w:proofErr w:type="spellStart"/>
            <w:r w:rsidRPr="00C53CC3">
              <w:rPr>
                <w:spacing w:val="-2"/>
                <w:szCs w:val="26"/>
              </w:rPr>
              <w:t>khoản</w:t>
            </w:r>
            <w:proofErr w:type="spellEnd"/>
            <w:r w:rsidRPr="00C53CC3">
              <w:rPr>
                <w:spacing w:val="-2"/>
                <w:szCs w:val="26"/>
              </w:rPr>
              <w:t xml:space="preserve"> 4 </w:t>
            </w:r>
            <w:proofErr w:type="spellStart"/>
            <w:r w:rsidRPr="00C53CC3">
              <w:rPr>
                <w:spacing w:val="-2"/>
                <w:szCs w:val="26"/>
              </w:rPr>
              <w:t>Điều</w:t>
            </w:r>
            <w:proofErr w:type="spellEnd"/>
            <w:r w:rsidRPr="00C53CC3">
              <w:rPr>
                <w:spacing w:val="-2"/>
                <w:szCs w:val="26"/>
              </w:rPr>
              <w:t xml:space="preserve"> 16 </w:t>
            </w:r>
            <w:proofErr w:type="spellStart"/>
            <w:r w:rsidRPr="00C53CC3">
              <w:rPr>
                <w:spacing w:val="-2"/>
                <w:szCs w:val="26"/>
              </w:rPr>
              <w:t>Nghị</w:t>
            </w:r>
            <w:proofErr w:type="spellEnd"/>
            <w:r w:rsidRPr="00C53CC3">
              <w:rPr>
                <w:spacing w:val="-2"/>
                <w:szCs w:val="26"/>
              </w:rPr>
              <w:t xml:space="preserve"> </w:t>
            </w:r>
            <w:proofErr w:type="spellStart"/>
            <w:r w:rsidRPr="00C53CC3">
              <w:rPr>
                <w:spacing w:val="-2"/>
                <w:szCs w:val="26"/>
              </w:rPr>
              <w:t>định</w:t>
            </w:r>
            <w:proofErr w:type="spellEnd"/>
            <w:r w:rsidRPr="00C53CC3">
              <w:rPr>
                <w:spacing w:val="-2"/>
                <w:szCs w:val="26"/>
              </w:rPr>
              <w:t xml:space="preserve"> </w:t>
            </w:r>
            <w:proofErr w:type="spellStart"/>
            <w:r w:rsidRPr="00C53CC3">
              <w:rPr>
                <w:spacing w:val="-2"/>
                <w:szCs w:val="26"/>
              </w:rPr>
              <w:t>số</w:t>
            </w:r>
            <w:proofErr w:type="spellEnd"/>
            <w:r w:rsidRPr="00C53CC3">
              <w:rPr>
                <w:spacing w:val="-2"/>
                <w:szCs w:val="26"/>
              </w:rPr>
              <w:t xml:space="preserve"> 37/2026/NĐ-CP; </w:t>
            </w:r>
            <w:proofErr w:type="spellStart"/>
            <w:r w:rsidRPr="00C53CC3">
              <w:rPr>
                <w:spacing w:val="-2"/>
                <w:szCs w:val="26"/>
              </w:rPr>
              <w:t>không</w:t>
            </w:r>
            <w:proofErr w:type="spellEnd"/>
            <w:r w:rsidRPr="00C53CC3">
              <w:rPr>
                <w:spacing w:val="-2"/>
                <w:szCs w:val="26"/>
              </w:rPr>
              <w:t xml:space="preserve"> </w:t>
            </w:r>
            <w:proofErr w:type="spellStart"/>
            <w:r w:rsidRPr="00C53CC3">
              <w:rPr>
                <w:spacing w:val="-2"/>
                <w:szCs w:val="26"/>
              </w:rPr>
              <w:t>thay</w:t>
            </w:r>
            <w:proofErr w:type="spellEnd"/>
            <w:r w:rsidRPr="00C53CC3">
              <w:rPr>
                <w:spacing w:val="-2"/>
                <w:szCs w:val="26"/>
              </w:rPr>
              <w:t xml:space="preserve"> </w:t>
            </w:r>
            <w:proofErr w:type="spellStart"/>
            <w:r w:rsidRPr="00C53CC3">
              <w:rPr>
                <w:spacing w:val="-2"/>
                <w:szCs w:val="26"/>
              </w:rPr>
              <w:t>thế</w:t>
            </w:r>
            <w:proofErr w:type="spellEnd"/>
            <w:r w:rsidRPr="00C53CC3">
              <w:rPr>
                <w:spacing w:val="-2"/>
                <w:szCs w:val="26"/>
              </w:rPr>
              <w:t xml:space="preserve"> </w:t>
            </w:r>
            <w:proofErr w:type="spellStart"/>
            <w:r w:rsidRPr="00C53CC3">
              <w:rPr>
                <w:spacing w:val="-2"/>
                <w:szCs w:val="26"/>
              </w:rPr>
              <w:t>hoặc</w:t>
            </w:r>
            <w:proofErr w:type="spellEnd"/>
            <w:r w:rsidRPr="00C53CC3">
              <w:rPr>
                <w:spacing w:val="-2"/>
                <w:szCs w:val="26"/>
              </w:rPr>
              <w:t xml:space="preserve"> </w:t>
            </w:r>
            <w:proofErr w:type="spellStart"/>
            <w:r w:rsidRPr="00C53CC3">
              <w:rPr>
                <w:spacing w:val="-2"/>
                <w:szCs w:val="26"/>
              </w:rPr>
              <w:t>điều</w:t>
            </w:r>
            <w:proofErr w:type="spellEnd"/>
            <w:r w:rsidRPr="00C53CC3">
              <w:rPr>
                <w:spacing w:val="-2"/>
                <w:szCs w:val="26"/>
              </w:rPr>
              <w:t xml:space="preserve"> </w:t>
            </w:r>
            <w:proofErr w:type="spellStart"/>
            <w:r w:rsidRPr="00C53CC3">
              <w:rPr>
                <w:spacing w:val="-2"/>
                <w:szCs w:val="26"/>
              </w:rPr>
              <w:t>chỉnh</w:t>
            </w:r>
            <w:proofErr w:type="spellEnd"/>
            <w:r w:rsidRPr="00C53CC3">
              <w:rPr>
                <w:spacing w:val="-2"/>
                <w:szCs w:val="26"/>
              </w:rPr>
              <w:t xml:space="preserve"> </w:t>
            </w:r>
            <w:proofErr w:type="spellStart"/>
            <w:r w:rsidRPr="00C53CC3">
              <w:rPr>
                <w:spacing w:val="-2"/>
                <w:szCs w:val="26"/>
              </w:rPr>
              <w:t>các</w:t>
            </w:r>
            <w:proofErr w:type="spellEnd"/>
            <w:r w:rsidRPr="00C53CC3">
              <w:rPr>
                <w:spacing w:val="-2"/>
                <w:szCs w:val="26"/>
              </w:rPr>
              <w:t xml:space="preserve"> </w:t>
            </w:r>
            <w:proofErr w:type="spellStart"/>
            <w:r w:rsidRPr="00C53CC3">
              <w:rPr>
                <w:spacing w:val="-2"/>
                <w:szCs w:val="26"/>
              </w:rPr>
              <w:t>nội</w:t>
            </w:r>
            <w:proofErr w:type="spellEnd"/>
            <w:r w:rsidRPr="00C53CC3">
              <w:rPr>
                <w:spacing w:val="-2"/>
                <w:szCs w:val="26"/>
              </w:rPr>
              <w:t xml:space="preserve"> dung </w:t>
            </w:r>
            <w:proofErr w:type="spellStart"/>
            <w:r w:rsidRPr="00C53CC3">
              <w:rPr>
                <w:spacing w:val="-2"/>
                <w:szCs w:val="26"/>
              </w:rPr>
              <w:t>liên</w:t>
            </w:r>
            <w:proofErr w:type="spellEnd"/>
            <w:r w:rsidRPr="00C53CC3">
              <w:rPr>
                <w:spacing w:val="-2"/>
                <w:szCs w:val="26"/>
              </w:rPr>
              <w:t xml:space="preserve"> </w:t>
            </w:r>
            <w:proofErr w:type="spellStart"/>
            <w:r w:rsidRPr="00C53CC3">
              <w:rPr>
                <w:spacing w:val="-2"/>
                <w:szCs w:val="26"/>
              </w:rPr>
              <w:t>quan</w:t>
            </w:r>
            <w:proofErr w:type="spellEnd"/>
            <w:r w:rsidRPr="00C53CC3">
              <w:rPr>
                <w:spacing w:val="-2"/>
                <w:szCs w:val="26"/>
              </w:rPr>
              <w:t xml:space="preserve"> </w:t>
            </w:r>
            <w:proofErr w:type="spellStart"/>
            <w:r w:rsidRPr="00C53CC3">
              <w:rPr>
                <w:spacing w:val="-2"/>
                <w:szCs w:val="26"/>
              </w:rPr>
              <w:t>đến</w:t>
            </w:r>
            <w:proofErr w:type="spellEnd"/>
            <w:r w:rsidRPr="00C53CC3">
              <w:rPr>
                <w:spacing w:val="-2"/>
                <w:szCs w:val="26"/>
              </w:rPr>
              <w:t xml:space="preserve"> </w:t>
            </w:r>
            <w:proofErr w:type="spellStart"/>
            <w:r w:rsidRPr="00C53CC3">
              <w:rPr>
                <w:spacing w:val="-2"/>
                <w:szCs w:val="26"/>
              </w:rPr>
              <w:t>vị</w:t>
            </w:r>
            <w:proofErr w:type="spellEnd"/>
            <w:r w:rsidRPr="00C53CC3">
              <w:rPr>
                <w:spacing w:val="-2"/>
                <w:szCs w:val="26"/>
              </w:rPr>
              <w:t xml:space="preserve"> </w:t>
            </w:r>
            <w:proofErr w:type="spellStart"/>
            <w:r w:rsidRPr="00C53CC3">
              <w:rPr>
                <w:spacing w:val="-2"/>
                <w:szCs w:val="26"/>
              </w:rPr>
              <w:t>trí</w:t>
            </w:r>
            <w:proofErr w:type="spellEnd"/>
            <w:r w:rsidRPr="00C53CC3">
              <w:rPr>
                <w:spacing w:val="-2"/>
                <w:szCs w:val="26"/>
              </w:rPr>
              <w:t xml:space="preserve"> </w:t>
            </w:r>
            <w:proofErr w:type="spellStart"/>
            <w:r w:rsidRPr="00C53CC3">
              <w:rPr>
                <w:spacing w:val="-2"/>
                <w:szCs w:val="26"/>
              </w:rPr>
              <w:t>việc</w:t>
            </w:r>
            <w:proofErr w:type="spellEnd"/>
            <w:r w:rsidRPr="00C53CC3">
              <w:rPr>
                <w:spacing w:val="-2"/>
                <w:szCs w:val="26"/>
              </w:rPr>
              <w:t xml:space="preserve"> </w:t>
            </w:r>
            <w:proofErr w:type="spellStart"/>
            <w:r w:rsidRPr="00C53CC3">
              <w:rPr>
                <w:spacing w:val="-2"/>
                <w:szCs w:val="26"/>
              </w:rPr>
              <w:t>làm</w:t>
            </w:r>
            <w:proofErr w:type="spellEnd"/>
            <w:r w:rsidRPr="00C53CC3">
              <w:rPr>
                <w:spacing w:val="-2"/>
                <w:szCs w:val="26"/>
              </w:rPr>
              <w:t xml:space="preserve">, </w:t>
            </w:r>
            <w:proofErr w:type="spellStart"/>
            <w:r w:rsidRPr="00C53CC3">
              <w:rPr>
                <w:spacing w:val="-2"/>
                <w:szCs w:val="26"/>
              </w:rPr>
              <w:t>khung</w:t>
            </w:r>
            <w:proofErr w:type="spellEnd"/>
            <w:r w:rsidRPr="00C53CC3">
              <w:rPr>
                <w:spacing w:val="-2"/>
                <w:szCs w:val="26"/>
              </w:rPr>
              <w:t xml:space="preserve"> </w:t>
            </w:r>
            <w:proofErr w:type="spellStart"/>
            <w:r w:rsidRPr="00C53CC3">
              <w:rPr>
                <w:spacing w:val="-2"/>
                <w:szCs w:val="26"/>
              </w:rPr>
              <w:t>năng</w:t>
            </w:r>
            <w:proofErr w:type="spellEnd"/>
            <w:r w:rsidRPr="00C53CC3">
              <w:rPr>
                <w:spacing w:val="-2"/>
                <w:szCs w:val="26"/>
              </w:rPr>
              <w:t xml:space="preserve"> </w:t>
            </w:r>
            <w:proofErr w:type="spellStart"/>
            <w:r w:rsidRPr="00C53CC3">
              <w:rPr>
                <w:spacing w:val="-2"/>
                <w:szCs w:val="26"/>
              </w:rPr>
              <w:t>lực</w:t>
            </w:r>
            <w:proofErr w:type="spellEnd"/>
            <w:r w:rsidRPr="00C53CC3">
              <w:rPr>
                <w:spacing w:val="-2"/>
                <w:szCs w:val="26"/>
              </w:rPr>
              <w:t xml:space="preserve"> </w:t>
            </w:r>
            <w:proofErr w:type="spellStart"/>
            <w:r w:rsidRPr="00C53CC3">
              <w:rPr>
                <w:spacing w:val="-2"/>
                <w:szCs w:val="26"/>
              </w:rPr>
              <w:t>đối</w:t>
            </w:r>
            <w:proofErr w:type="spellEnd"/>
            <w:r w:rsidRPr="00C53CC3">
              <w:rPr>
                <w:spacing w:val="-2"/>
                <w:szCs w:val="26"/>
              </w:rPr>
              <w:t xml:space="preserve"> </w:t>
            </w:r>
            <w:proofErr w:type="spellStart"/>
            <w:r w:rsidRPr="00C53CC3">
              <w:rPr>
                <w:spacing w:val="-2"/>
                <w:szCs w:val="26"/>
              </w:rPr>
              <w:t>với</w:t>
            </w:r>
            <w:proofErr w:type="spellEnd"/>
            <w:r w:rsidRPr="00C53CC3">
              <w:rPr>
                <w:spacing w:val="-2"/>
                <w:szCs w:val="26"/>
              </w:rPr>
              <w:t xml:space="preserve"> </w:t>
            </w:r>
            <w:proofErr w:type="spellStart"/>
            <w:r w:rsidRPr="00C53CC3">
              <w:rPr>
                <w:spacing w:val="-2"/>
                <w:szCs w:val="26"/>
              </w:rPr>
              <w:t>công</w:t>
            </w:r>
            <w:proofErr w:type="spellEnd"/>
            <w:r w:rsidRPr="00C53CC3">
              <w:rPr>
                <w:spacing w:val="-2"/>
                <w:szCs w:val="26"/>
              </w:rPr>
              <w:t xml:space="preserve"> </w:t>
            </w:r>
            <w:proofErr w:type="spellStart"/>
            <w:r w:rsidRPr="00C53CC3">
              <w:rPr>
                <w:spacing w:val="-2"/>
                <w:szCs w:val="26"/>
              </w:rPr>
              <w:t>chức</w:t>
            </w:r>
            <w:proofErr w:type="spellEnd"/>
            <w:r w:rsidRPr="00C53CC3">
              <w:rPr>
                <w:spacing w:val="-2"/>
                <w:szCs w:val="26"/>
              </w:rPr>
              <w:t xml:space="preserve">, </w:t>
            </w:r>
            <w:proofErr w:type="spellStart"/>
            <w:r w:rsidRPr="00C53CC3">
              <w:rPr>
                <w:spacing w:val="-2"/>
                <w:szCs w:val="26"/>
              </w:rPr>
              <w:t>viên</w:t>
            </w:r>
            <w:proofErr w:type="spellEnd"/>
            <w:r w:rsidRPr="00C53CC3">
              <w:rPr>
                <w:spacing w:val="-2"/>
                <w:szCs w:val="26"/>
              </w:rPr>
              <w:t xml:space="preserve"> </w:t>
            </w:r>
            <w:proofErr w:type="spellStart"/>
            <w:r w:rsidRPr="00C53CC3">
              <w:rPr>
                <w:spacing w:val="-2"/>
                <w:szCs w:val="26"/>
              </w:rPr>
              <w:t>chức</w:t>
            </w:r>
            <w:proofErr w:type="spellEnd"/>
            <w:r w:rsidRPr="00C53CC3">
              <w:rPr>
                <w:spacing w:val="-2"/>
                <w:szCs w:val="26"/>
              </w:rPr>
              <w:t xml:space="preserve"> </w:t>
            </w:r>
            <w:proofErr w:type="spellStart"/>
            <w:r w:rsidRPr="00C53CC3">
              <w:rPr>
                <w:spacing w:val="-2"/>
                <w:szCs w:val="26"/>
              </w:rPr>
              <w:t>chuyên</w:t>
            </w:r>
            <w:proofErr w:type="spellEnd"/>
            <w:r w:rsidRPr="00C53CC3">
              <w:rPr>
                <w:spacing w:val="-2"/>
                <w:szCs w:val="26"/>
              </w:rPr>
              <w:t xml:space="preserve"> </w:t>
            </w:r>
            <w:proofErr w:type="spellStart"/>
            <w:r w:rsidRPr="00C53CC3">
              <w:rPr>
                <w:spacing w:val="-2"/>
                <w:szCs w:val="26"/>
              </w:rPr>
              <w:t>ngành</w:t>
            </w:r>
            <w:proofErr w:type="spellEnd"/>
            <w:r w:rsidRPr="00C53CC3">
              <w:rPr>
                <w:spacing w:val="-2"/>
                <w:szCs w:val="26"/>
              </w:rPr>
              <w:t xml:space="preserve"> </w:t>
            </w:r>
            <w:proofErr w:type="spellStart"/>
            <w:r w:rsidRPr="00C53CC3">
              <w:rPr>
                <w:spacing w:val="-2"/>
                <w:szCs w:val="26"/>
              </w:rPr>
              <w:t>kiểm</w:t>
            </w:r>
            <w:proofErr w:type="spellEnd"/>
            <w:r w:rsidRPr="00C53CC3">
              <w:rPr>
                <w:spacing w:val="-2"/>
                <w:szCs w:val="26"/>
              </w:rPr>
              <w:t xml:space="preserve"> </w:t>
            </w:r>
            <w:proofErr w:type="spellStart"/>
            <w:r w:rsidRPr="00C53CC3">
              <w:rPr>
                <w:spacing w:val="-2"/>
                <w:szCs w:val="26"/>
              </w:rPr>
              <w:t>soát</w:t>
            </w:r>
            <w:proofErr w:type="spellEnd"/>
            <w:r w:rsidRPr="00C53CC3">
              <w:rPr>
                <w:spacing w:val="-2"/>
                <w:szCs w:val="26"/>
              </w:rPr>
              <w:t xml:space="preserve"> </w:t>
            </w:r>
            <w:proofErr w:type="spellStart"/>
            <w:r w:rsidRPr="00C53CC3">
              <w:rPr>
                <w:spacing w:val="-2"/>
                <w:szCs w:val="26"/>
              </w:rPr>
              <w:t>viên</w:t>
            </w:r>
            <w:proofErr w:type="spellEnd"/>
            <w:r w:rsidRPr="00C53CC3">
              <w:rPr>
                <w:spacing w:val="-2"/>
                <w:szCs w:val="26"/>
              </w:rPr>
              <w:t xml:space="preserve"> </w:t>
            </w:r>
            <w:proofErr w:type="spellStart"/>
            <w:r w:rsidRPr="00C53CC3">
              <w:rPr>
                <w:spacing w:val="-2"/>
                <w:szCs w:val="26"/>
              </w:rPr>
              <w:t>chất</w:t>
            </w:r>
            <w:proofErr w:type="spellEnd"/>
            <w:r w:rsidRPr="00C53CC3">
              <w:rPr>
                <w:spacing w:val="-2"/>
                <w:szCs w:val="26"/>
              </w:rPr>
              <w:t xml:space="preserve"> </w:t>
            </w:r>
            <w:proofErr w:type="spellStart"/>
            <w:r w:rsidRPr="00C53CC3">
              <w:rPr>
                <w:spacing w:val="-2"/>
                <w:szCs w:val="26"/>
              </w:rPr>
              <w:t>lượng</w:t>
            </w:r>
            <w:proofErr w:type="spellEnd"/>
            <w:r w:rsidRPr="00C53CC3">
              <w:rPr>
                <w:spacing w:val="-2"/>
                <w:szCs w:val="26"/>
              </w:rPr>
              <w:t xml:space="preserve"> </w:t>
            </w:r>
            <w:proofErr w:type="spellStart"/>
            <w:r w:rsidRPr="00C53CC3">
              <w:rPr>
                <w:spacing w:val="-2"/>
                <w:szCs w:val="26"/>
              </w:rPr>
              <w:t>sản</w:t>
            </w:r>
            <w:proofErr w:type="spellEnd"/>
            <w:r w:rsidRPr="00C53CC3">
              <w:rPr>
                <w:spacing w:val="-2"/>
                <w:szCs w:val="26"/>
              </w:rPr>
              <w:t xml:space="preserve"> </w:t>
            </w:r>
            <w:proofErr w:type="spellStart"/>
            <w:r w:rsidRPr="00C53CC3">
              <w:rPr>
                <w:spacing w:val="-2"/>
                <w:szCs w:val="26"/>
              </w:rPr>
              <w:t>phẩm</w:t>
            </w:r>
            <w:proofErr w:type="spellEnd"/>
            <w:r w:rsidRPr="00C53CC3">
              <w:rPr>
                <w:spacing w:val="-2"/>
                <w:szCs w:val="26"/>
              </w:rPr>
              <w:t xml:space="preserve">, </w:t>
            </w:r>
            <w:proofErr w:type="spellStart"/>
            <w:r w:rsidRPr="00C53CC3">
              <w:rPr>
                <w:spacing w:val="-2"/>
                <w:szCs w:val="26"/>
              </w:rPr>
              <w:t>hàng</w:t>
            </w:r>
            <w:proofErr w:type="spellEnd"/>
            <w:r w:rsidRPr="00C53CC3">
              <w:rPr>
                <w:spacing w:val="-2"/>
                <w:szCs w:val="26"/>
              </w:rPr>
              <w:t xml:space="preserve"> </w:t>
            </w:r>
            <w:proofErr w:type="spellStart"/>
            <w:r w:rsidRPr="00C53CC3">
              <w:rPr>
                <w:spacing w:val="-2"/>
                <w:szCs w:val="26"/>
              </w:rPr>
              <w:t>hóa</w:t>
            </w:r>
            <w:proofErr w:type="spellEnd"/>
            <w:r w:rsidRPr="00C53CC3">
              <w:rPr>
                <w:spacing w:val="-2"/>
                <w:szCs w:val="26"/>
              </w:rPr>
              <w:t xml:space="preserve"> </w:t>
            </w:r>
            <w:proofErr w:type="spellStart"/>
            <w:r w:rsidR="00C53CC3" w:rsidRPr="00C53CC3">
              <w:rPr>
                <w:spacing w:val="-2"/>
                <w:szCs w:val="26"/>
              </w:rPr>
              <w:t>được</w:t>
            </w:r>
            <w:proofErr w:type="spellEnd"/>
            <w:r w:rsidR="00C53CC3" w:rsidRPr="00C53CC3">
              <w:rPr>
                <w:spacing w:val="-2"/>
                <w:szCs w:val="26"/>
              </w:rPr>
              <w:t xml:space="preserve"> </w:t>
            </w:r>
            <w:proofErr w:type="spellStart"/>
            <w:r w:rsidR="00C53CC3" w:rsidRPr="00C53CC3">
              <w:rPr>
                <w:spacing w:val="-2"/>
                <w:szCs w:val="26"/>
              </w:rPr>
              <w:t>quy</w:t>
            </w:r>
            <w:proofErr w:type="spellEnd"/>
            <w:r w:rsidR="00C53CC3" w:rsidRPr="00C53CC3">
              <w:rPr>
                <w:spacing w:val="-2"/>
                <w:szCs w:val="26"/>
              </w:rPr>
              <w:t xml:space="preserve"> </w:t>
            </w:r>
            <w:proofErr w:type="spellStart"/>
            <w:r w:rsidR="00C53CC3" w:rsidRPr="00C53CC3">
              <w:rPr>
                <w:spacing w:val="-2"/>
                <w:szCs w:val="26"/>
              </w:rPr>
              <w:t>định</w:t>
            </w:r>
            <w:proofErr w:type="spellEnd"/>
            <w:r w:rsidR="00C53CC3" w:rsidRPr="00C53CC3">
              <w:rPr>
                <w:spacing w:val="-2"/>
                <w:szCs w:val="26"/>
              </w:rPr>
              <w:t xml:space="preserve"> ở</w:t>
            </w:r>
            <w:r w:rsidRPr="00C53CC3">
              <w:rPr>
                <w:spacing w:val="-2"/>
                <w:szCs w:val="26"/>
              </w:rPr>
              <w:t xml:space="preserve"> </w:t>
            </w:r>
            <w:proofErr w:type="spellStart"/>
            <w:r w:rsidRPr="00C53CC3">
              <w:rPr>
                <w:spacing w:val="-2"/>
                <w:szCs w:val="26"/>
              </w:rPr>
              <w:t>văn</w:t>
            </w:r>
            <w:proofErr w:type="spellEnd"/>
            <w:r w:rsidRPr="00C53CC3">
              <w:rPr>
                <w:spacing w:val="-2"/>
                <w:szCs w:val="26"/>
              </w:rPr>
              <w:t xml:space="preserve"> </w:t>
            </w:r>
            <w:proofErr w:type="spellStart"/>
            <w:r w:rsidRPr="00C53CC3">
              <w:rPr>
                <w:spacing w:val="-2"/>
                <w:szCs w:val="26"/>
              </w:rPr>
              <w:t>bản</w:t>
            </w:r>
            <w:proofErr w:type="spellEnd"/>
            <w:r w:rsidRPr="00C53CC3">
              <w:rPr>
                <w:spacing w:val="-2"/>
                <w:szCs w:val="26"/>
              </w:rPr>
              <w:t xml:space="preserve"> </w:t>
            </w:r>
            <w:proofErr w:type="spellStart"/>
            <w:r w:rsidRPr="00C53CC3">
              <w:rPr>
                <w:spacing w:val="-2"/>
                <w:szCs w:val="26"/>
              </w:rPr>
              <w:t>hướng</w:t>
            </w:r>
            <w:proofErr w:type="spellEnd"/>
            <w:r w:rsidRPr="00C53CC3">
              <w:rPr>
                <w:spacing w:val="-2"/>
                <w:szCs w:val="26"/>
              </w:rPr>
              <w:t xml:space="preserve"> </w:t>
            </w:r>
            <w:proofErr w:type="spellStart"/>
            <w:r w:rsidRPr="00C53CC3">
              <w:rPr>
                <w:spacing w:val="-2"/>
                <w:szCs w:val="26"/>
              </w:rPr>
              <w:t>dẫn</w:t>
            </w:r>
            <w:proofErr w:type="spellEnd"/>
            <w:r w:rsidRPr="00C53CC3">
              <w:rPr>
                <w:spacing w:val="-2"/>
                <w:szCs w:val="26"/>
              </w:rPr>
              <w:t xml:space="preserve"> </w:t>
            </w:r>
            <w:proofErr w:type="spellStart"/>
            <w:r w:rsidRPr="00C53CC3">
              <w:rPr>
                <w:spacing w:val="-2"/>
                <w:szCs w:val="26"/>
              </w:rPr>
              <w:t>riêng</w:t>
            </w:r>
            <w:proofErr w:type="spellEnd"/>
            <w:r w:rsidRPr="00C53CC3">
              <w:rPr>
                <w:spacing w:val="-2"/>
                <w:szCs w:val="26"/>
              </w:rPr>
              <w:t xml:space="preserve">. Vì </w:t>
            </w:r>
            <w:proofErr w:type="spellStart"/>
            <w:r w:rsidRPr="00C53CC3">
              <w:rPr>
                <w:spacing w:val="-2"/>
                <w:szCs w:val="26"/>
              </w:rPr>
              <w:t>vậy</w:t>
            </w:r>
            <w:proofErr w:type="spellEnd"/>
            <w:r w:rsidRPr="00C53CC3">
              <w:rPr>
                <w:spacing w:val="-2"/>
                <w:szCs w:val="26"/>
              </w:rPr>
              <w:t xml:space="preserve">, </w:t>
            </w:r>
            <w:proofErr w:type="spellStart"/>
            <w:r w:rsidRPr="00C53CC3">
              <w:rPr>
                <w:spacing w:val="-2"/>
                <w:szCs w:val="26"/>
              </w:rPr>
              <w:t>nội</w:t>
            </w:r>
            <w:proofErr w:type="spellEnd"/>
            <w:r w:rsidRPr="00C53CC3">
              <w:rPr>
                <w:spacing w:val="-2"/>
                <w:szCs w:val="26"/>
              </w:rPr>
              <w:t xml:space="preserve"> dung </w:t>
            </w:r>
            <w:proofErr w:type="spellStart"/>
            <w:r w:rsidRPr="00C53CC3">
              <w:rPr>
                <w:spacing w:val="-2"/>
                <w:szCs w:val="26"/>
              </w:rPr>
              <w:t>vê</w:t>
            </w:r>
            <w:proofErr w:type="spellEnd"/>
            <w:r w:rsidRPr="00C53CC3">
              <w:rPr>
                <w:spacing w:val="-2"/>
                <w:szCs w:val="26"/>
              </w:rPr>
              <w:t xml:space="preserve">̀ </w:t>
            </w:r>
            <w:proofErr w:type="spellStart"/>
            <w:r w:rsidRPr="00C53CC3">
              <w:rPr>
                <w:spacing w:val="-2"/>
                <w:szCs w:val="26"/>
              </w:rPr>
              <w:t>kinh</w:t>
            </w:r>
            <w:proofErr w:type="spellEnd"/>
            <w:r w:rsidRPr="00C53CC3">
              <w:rPr>
                <w:spacing w:val="-2"/>
                <w:szCs w:val="26"/>
              </w:rPr>
              <w:t xml:space="preserve"> </w:t>
            </w:r>
            <w:proofErr w:type="spellStart"/>
            <w:r w:rsidRPr="00C53CC3">
              <w:rPr>
                <w:spacing w:val="-2"/>
                <w:szCs w:val="26"/>
              </w:rPr>
              <w:t>nghiệm</w:t>
            </w:r>
            <w:proofErr w:type="spellEnd"/>
            <w:r w:rsidRPr="00C53CC3">
              <w:rPr>
                <w:spacing w:val="-2"/>
                <w:szCs w:val="26"/>
              </w:rPr>
              <w:t xml:space="preserve"> </w:t>
            </w:r>
            <w:proofErr w:type="spellStart"/>
            <w:r w:rsidRPr="00C53CC3">
              <w:rPr>
                <w:spacing w:val="-2"/>
                <w:szCs w:val="26"/>
              </w:rPr>
              <w:t>công</w:t>
            </w:r>
            <w:proofErr w:type="spellEnd"/>
            <w:r w:rsidRPr="00C53CC3">
              <w:rPr>
                <w:spacing w:val="-2"/>
                <w:szCs w:val="26"/>
              </w:rPr>
              <w:t xml:space="preserve"> </w:t>
            </w:r>
            <w:proofErr w:type="spellStart"/>
            <w:r w:rsidRPr="00C53CC3">
              <w:rPr>
                <w:spacing w:val="-2"/>
                <w:szCs w:val="26"/>
              </w:rPr>
              <w:t>tác</w:t>
            </w:r>
            <w:proofErr w:type="spellEnd"/>
            <w:r w:rsidRPr="00C53CC3">
              <w:rPr>
                <w:spacing w:val="-2"/>
                <w:szCs w:val="26"/>
              </w:rPr>
              <w:t xml:space="preserve"> …</w:t>
            </w:r>
            <w:r w:rsidRPr="00C53CC3">
              <w:rPr>
                <w:spacing w:val="-2"/>
              </w:rPr>
              <w:t xml:space="preserve"> sẽ </w:t>
            </w:r>
            <w:proofErr w:type="spellStart"/>
            <w:r w:rsidRPr="00C53CC3">
              <w:rPr>
                <w:spacing w:val="-2"/>
              </w:rPr>
              <w:t>được</w:t>
            </w:r>
            <w:proofErr w:type="spellEnd"/>
            <w:r w:rsidRPr="00C53CC3">
              <w:rPr>
                <w:spacing w:val="-2"/>
              </w:rPr>
              <w:t xml:space="preserve"> </w:t>
            </w:r>
            <w:proofErr w:type="spellStart"/>
            <w:r w:rsidRPr="00C53CC3">
              <w:rPr>
                <w:spacing w:val="-2"/>
              </w:rPr>
              <w:t>quy</w:t>
            </w:r>
            <w:proofErr w:type="spellEnd"/>
            <w:r w:rsidRPr="00C53CC3">
              <w:rPr>
                <w:spacing w:val="-2"/>
              </w:rPr>
              <w:t xml:space="preserve"> </w:t>
            </w:r>
            <w:proofErr w:type="spellStart"/>
            <w:r w:rsidRPr="00C53CC3">
              <w:rPr>
                <w:spacing w:val="-2"/>
              </w:rPr>
              <w:t>định</w:t>
            </w:r>
            <w:proofErr w:type="spellEnd"/>
            <w:r w:rsidRPr="00C53CC3">
              <w:rPr>
                <w:spacing w:val="-2"/>
              </w:rPr>
              <w:t xml:space="preserve"> cụ </w:t>
            </w:r>
            <w:proofErr w:type="spellStart"/>
            <w:r w:rsidRPr="00C53CC3">
              <w:rPr>
                <w:spacing w:val="-2"/>
              </w:rPr>
              <w:t>thê</w:t>
            </w:r>
            <w:proofErr w:type="spellEnd"/>
            <w:r w:rsidRPr="00C53CC3">
              <w:rPr>
                <w:spacing w:val="-2"/>
              </w:rPr>
              <w:t xml:space="preserve">̉ </w:t>
            </w:r>
            <w:proofErr w:type="spellStart"/>
            <w:r w:rsidRPr="00C53CC3">
              <w:rPr>
                <w:spacing w:val="-2"/>
              </w:rPr>
              <w:t>trong</w:t>
            </w:r>
            <w:proofErr w:type="spellEnd"/>
            <w:r w:rsidRPr="00C53CC3">
              <w:rPr>
                <w:spacing w:val="-2"/>
              </w:rPr>
              <w:t xml:space="preserve"> </w:t>
            </w:r>
            <w:proofErr w:type="spellStart"/>
            <w:r w:rsidRPr="00C53CC3">
              <w:rPr>
                <w:spacing w:val="-2"/>
              </w:rPr>
              <w:t>các</w:t>
            </w:r>
            <w:proofErr w:type="spellEnd"/>
            <w:r w:rsidRPr="00C53CC3">
              <w:rPr>
                <w:spacing w:val="-2"/>
              </w:rPr>
              <w:t xml:space="preserve"> </w:t>
            </w:r>
            <w:proofErr w:type="spellStart"/>
            <w:r w:rsidRPr="00C53CC3">
              <w:rPr>
                <w:spacing w:val="-2"/>
              </w:rPr>
              <w:t>văn</w:t>
            </w:r>
            <w:proofErr w:type="spellEnd"/>
            <w:r w:rsidRPr="00C53CC3">
              <w:rPr>
                <w:spacing w:val="-2"/>
              </w:rPr>
              <w:t xml:space="preserve"> </w:t>
            </w:r>
            <w:proofErr w:type="spellStart"/>
            <w:r w:rsidRPr="00C53CC3">
              <w:rPr>
                <w:spacing w:val="-2"/>
              </w:rPr>
              <w:t>bản</w:t>
            </w:r>
            <w:proofErr w:type="spellEnd"/>
            <w:r w:rsidRPr="00C53CC3">
              <w:rPr>
                <w:spacing w:val="-2"/>
              </w:rPr>
              <w:t xml:space="preserve"> </w:t>
            </w:r>
            <w:proofErr w:type="spellStart"/>
            <w:r w:rsidRPr="00C53CC3">
              <w:rPr>
                <w:spacing w:val="-2"/>
              </w:rPr>
              <w:t>tiếp</w:t>
            </w:r>
            <w:proofErr w:type="spellEnd"/>
            <w:r w:rsidRPr="00C53CC3">
              <w:rPr>
                <w:spacing w:val="-2"/>
              </w:rPr>
              <w:t xml:space="preserve"> </w:t>
            </w:r>
            <w:proofErr w:type="spellStart"/>
            <w:r w:rsidRPr="00C53CC3">
              <w:rPr>
                <w:spacing w:val="-2"/>
              </w:rPr>
              <w:t>theo</w:t>
            </w:r>
            <w:proofErr w:type="spellEnd"/>
            <w:r w:rsidRPr="00C53CC3">
              <w:rPr>
                <w:spacing w:val="-2"/>
              </w:rPr>
              <w:t xml:space="preserve"> </w:t>
            </w:r>
            <w:proofErr w:type="spellStart"/>
            <w:r w:rsidRPr="00C53CC3">
              <w:rPr>
                <w:spacing w:val="-2"/>
              </w:rPr>
              <w:t>của</w:t>
            </w:r>
            <w:proofErr w:type="spellEnd"/>
            <w:r w:rsidRPr="00C53CC3">
              <w:rPr>
                <w:spacing w:val="-2"/>
              </w:rPr>
              <w:t xml:space="preserve"> </w:t>
            </w:r>
            <w:proofErr w:type="spellStart"/>
            <w:r w:rsidRPr="00C53CC3">
              <w:rPr>
                <w:spacing w:val="-2"/>
              </w:rPr>
              <w:t>Bô</w:t>
            </w:r>
            <w:proofErr w:type="spellEnd"/>
            <w:r w:rsidRPr="00C53CC3">
              <w:rPr>
                <w:spacing w:val="-2"/>
              </w:rPr>
              <w:t xml:space="preserve">̣ Khoa </w:t>
            </w:r>
            <w:proofErr w:type="spellStart"/>
            <w:r w:rsidRPr="00C53CC3">
              <w:rPr>
                <w:spacing w:val="-2"/>
              </w:rPr>
              <w:t>học</w:t>
            </w:r>
            <w:proofErr w:type="spellEnd"/>
            <w:r w:rsidRPr="00C53CC3">
              <w:rPr>
                <w:spacing w:val="-2"/>
              </w:rPr>
              <w:t xml:space="preserve"> </w:t>
            </w:r>
            <w:proofErr w:type="spellStart"/>
            <w:r w:rsidRPr="00C53CC3">
              <w:rPr>
                <w:spacing w:val="-2"/>
              </w:rPr>
              <w:t>va</w:t>
            </w:r>
            <w:proofErr w:type="spellEnd"/>
            <w:r w:rsidRPr="00C53CC3">
              <w:rPr>
                <w:spacing w:val="-2"/>
              </w:rPr>
              <w:t xml:space="preserve">̀ Công </w:t>
            </w:r>
            <w:proofErr w:type="spellStart"/>
            <w:r w:rsidRPr="00C53CC3">
              <w:rPr>
                <w:spacing w:val="-2"/>
              </w:rPr>
              <w:t>nghê</w:t>
            </w:r>
            <w:proofErr w:type="spellEnd"/>
            <w:r w:rsidRPr="00C53CC3">
              <w:rPr>
                <w:spacing w:val="-2"/>
              </w:rPr>
              <w:t xml:space="preserve">̣ </w:t>
            </w:r>
            <w:proofErr w:type="spellStart"/>
            <w:r w:rsidRPr="00C53CC3">
              <w:rPr>
                <w:spacing w:val="-2"/>
              </w:rPr>
              <w:t>vê</w:t>
            </w:r>
            <w:proofErr w:type="spellEnd"/>
            <w:r w:rsidRPr="00C53CC3">
              <w:rPr>
                <w:spacing w:val="-2"/>
              </w:rPr>
              <w:t xml:space="preserve">̀ </w:t>
            </w:r>
            <w:proofErr w:type="spellStart"/>
            <w:r w:rsidRPr="00C53CC3">
              <w:rPr>
                <w:spacing w:val="-2"/>
              </w:rPr>
              <w:t>hướng</w:t>
            </w:r>
            <w:proofErr w:type="spellEnd"/>
            <w:r w:rsidRPr="00C53CC3">
              <w:rPr>
                <w:spacing w:val="-2"/>
              </w:rPr>
              <w:t xml:space="preserve"> </w:t>
            </w:r>
            <w:proofErr w:type="spellStart"/>
            <w:r w:rsidRPr="00C53CC3">
              <w:rPr>
                <w:spacing w:val="-2"/>
              </w:rPr>
              <w:t>dẫn</w:t>
            </w:r>
            <w:proofErr w:type="spellEnd"/>
            <w:r w:rsidRPr="00C53CC3">
              <w:rPr>
                <w:spacing w:val="-2"/>
              </w:rPr>
              <w:t xml:space="preserve"> vị trí </w:t>
            </w:r>
            <w:proofErr w:type="spellStart"/>
            <w:r w:rsidRPr="00C53CC3">
              <w:rPr>
                <w:spacing w:val="-2"/>
              </w:rPr>
              <w:t>việc</w:t>
            </w:r>
            <w:proofErr w:type="spellEnd"/>
            <w:r w:rsidRPr="00C53CC3">
              <w:rPr>
                <w:spacing w:val="-2"/>
              </w:rPr>
              <w:t xml:space="preserve"> </w:t>
            </w:r>
            <w:proofErr w:type="spellStart"/>
            <w:r w:rsidRPr="00C53CC3">
              <w:rPr>
                <w:spacing w:val="-2"/>
              </w:rPr>
              <w:t>làm</w:t>
            </w:r>
            <w:proofErr w:type="spellEnd"/>
            <w:r w:rsidRPr="00C53CC3">
              <w:rPr>
                <w:spacing w:val="-2"/>
              </w:rPr>
              <w:t xml:space="preserve">, </w:t>
            </w:r>
            <w:proofErr w:type="spellStart"/>
            <w:r w:rsidRPr="00C53CC3">
              <w:rPr>
                <w:spacing w:val="-2"/>
              </w:rPr>
              <w:t>bản</w:t>
            </w:r>
            <w:proofErr w:type="spellEnd"/>
            <w:r w:rsidRPr="00C53CC3">
              <w:rPr>
                <w:spacing w:val="-2"/>
              </w:rPr>
              <w:t xml:space="preserve"> </w:t>
            </w:r>
            <w:proofErr w:type="spellStart"/>
            <w:r w:rsidRPr="00C53CC3">
              <w:rPr>
                <w:spacing w:val="-2"/>
              </w:rPr>
              <w:t>mô</w:t>
            </w:r>
            <w:proofErr w:type="spellEnd"/>
            <w:r w:rsidRPr="00C53CC3">
              <w:rPr>
                <w:spacing w:val="-2"/>
              </w:rPr>
              <w:t xml:space="preserve"> tả </w:t>
            </w:r>
            <w:proofErr w:type="spellStart"/>
            <w:r w:rsidRPr="00C53CC3">
              <w:rPr>
                <w:spacing w:val="-2"/>
              </w:rPr>
              <w:t>va</w:t>
            </w:r>
            <w:proofErr w:type="spellEnd"/>
            <w:r w:rsidRPr="00C53CC3">
              <w:rPr>
                <w:spacing w:val="-2"/>
              </w:rPr>
              <w:t xml:space="preserve">̀ </w:t>
            </w:r>
            <w:proofErr w:type="spellStart"/>
            <w:r w:rsidRPr="00C53CC3">
              <w:rPr>
                <w:spacing w:val="-2"/>
              </w:rPr>
              <w:t>khung</w:t>
            </w:r>
            <w:proofErr w:type="spellEnd"/>
            <w:r w:rsidRPr="00C53CC3">
              <w:rPr>
                <w:spacing w:val="-2"/>
              </w:rPr>
              <w:t xml:space="preserve"> </w:t>
            </w:r>
            <w:proofErr w:type="spellStart"/>
            <w:r w:rsidRPr="00C53CC3">
              <w:rPr>
                <w:spacing w:val="-2"/>
              </w:rPr>
              <w:t>năng</w:t>
            </w:r>
            <w:proofErr w:type="spellEnd"/>
            <w:r w:rsidRPr="00C53CC3">
              <w:rPr>
                <w:spacing w:val="-2"/>
              </w:rPr>
              <w:t xml:space="preserve"> </w:t>
            </w:r>
            <w:proofErr w:type="spellStart"/>
            <w:r w:rsidRPr="00C53CC3">
              <w:rPr>
                <w:spacing w:val="-2"/>
              </w:rPr>
              <w:t>lực</w:t>
            </w:r>
            <w:proofErr w:type="spellEnd"/>
            <w:r w:rsidRPr="00C53CC3">
              <w:rPr>
                <w:spacing w:val="-2"/>
              </w:rPr>
              <w:t xml:space="preserve"> </w:t>
            </w:r>
            <w:proofErr w:type="spellStart"/>
            <w:r w:rsidRPr="00C53CC3">
              <w:rPr>
                <w:spacing w:val="-2"/>
              </w:rPr>
              <w:t>của</w:t>
            </w:r>
            <w:proofErr w:type="spellEnd"/>
            <w:r w:rsidRPr="00C53CC3">
              <w:rPr>
                <w:spacing w:val="-2"/>
              </w:rPr>
              <w:t xml:space="preserve"> vị trí </w:t>
            </w:r>
            <w:proofErr w:type="spellStart"/>
            <w:r w:rsidRPr="00C53CC3">
              <w:rPr>
                <w:spacing w:val="-2"/>
              </w:rPr>
              <w:t>việc</w:t>
            </w:r>
            <w:proofErr w:type="spellEnd"/>
            <w:r w:rsidRPr="00C53CC3">
              <w:rPr>
                <w:spacing w:val="-2"/>
              </w:rPr>
              <w:t xml:space="preserve"> </w:t>
            </w:r>
            <w:proofErr w:type="spellStart"/>
            <w:r w:rsidRPr="00C53CC3">
              <w:rPr>
                <w:spacing w:val="-2"/>
              </w:rPr>
              <w:t>làm</w:t>
            </w:r>
            <w:proofErr w:type="spellEnd"/>
            <w:r w:rsidRPr="00C53CC3">
              <w:rPr>
                <w:spacing w:val="-2"/>
              </w:rPr>
              <w:t>.</w:t>
            </w:r>
          </w:p>
        </w:tc>
      </w:tr>
      <w:tr w:rsidR="004C2B3E" w:rsidRPr="004543E3" w14:paraId="254E5927" w14:textId="77777777" w:rsidTr="004C2B3E">
        <w:tc>
          <w:tcPr>
            <w:tcW w:w="1098" w:type="dxa"/>
          </w:tcPr>
          <w:p w14:paraId="0F880675" w14:textId="2F7DB8C0" w:rsidR="004C2B3E" w:rsidRPr="00217E3A" w:rsidRDefault="002A7D4F" w:rsidP="002A7D4F">
            <w:pPr>
              <w:spacing w:before="120" w:after="120" w:line="240" w:lineRule="auto"/>
              <w:jc w:val="center"/>
              <w:rPr>
                <w:b/>
                <w:bCs/>
              </w:rPr>
            </w:pPr>
            <w:r>
              <w:rPr>
                <w:b/>
                <w:bCs/>
              </w:rPr>
              <w:lastRenderedPageBreak/>
              <w:t>9</w:t>
            </w:r>
          </w:p>
        </w:tc>
        <w:tc>
          <w:tcPr>
            <w:tcW w:w="6127" w:type="dxa"/>
          </w:tcPr>
          <w:p w14:paraId="63D84883" w14:textId="2A166FF9" w:rsidR="004C2B3E" w:rsidRPr="004543E3" w:rsidRDefault="004C2B3E" w:rsidP="002A7D4F">
            <w:pPr>
              <w:spacing w:before="120" w:after="120" w:line="240" w:lineRule="auto"/>
              <w:jc w:val="both"/>
              <w:rPr>
                <w:b/>
                <w:bCs/>
              </w:rPr>
            </w:pPr>
            <w:proofErr w:type="spellStart"/>
            <w:r w:rsidRPr="004543E3">
              <w:rPr>
                <w:b/>
                <w:bCs/>
              </w:rPr>
              <w:t>Vụ</w:t>
            </w:r>
            <w:proofErr w:type="spellEnd"/>
            <w:r w:rsidRPr="004543E3">
              <w:rPr>
                <w:b/>
                <w:bCs/>
              </w:rPr>
              <w:t xml:space="preserve"> </w:t>
            </w:r>
            <w:proofErr w:type="spellStart"/>
            <w:r w:rsidRPr="004543E3">
              <w:rPr>
                <w:b/>
                <w:bCs/>
              </w:rPr>
              <w:t>Đánh</w:t>
            </w:r>
            <w:proofErr w:type="spellEnd"/>
            <w:r w:rsidRPr="004543E3">
              <w:rPr>
                <w:b/>
                <w:bCs/>
              </w:rPr>
              <w:t xml:space="preserve"> </w:t>
            </w:r>
            <w:proofErr w:type="spellStart"/>
            <w:r w:rsidRPr="004543E3">
              <w:rPr>
                <w:b/>
                <w:bCs/>
              </w:rPr>
              <w:t>giá</w:t>
            </w:r>
            <w:proofErr w:type="spellEnd"/>
            <w:r w:rsidRPr="004543E3">
              <w:rPr>
                <w:b/>
                <w:bCs/>
              </w:rPr>
              <w:t xml:space="preserve"> </w:t>
            </w:r>
            <w:proofErr w:type="spellStart"/>
            <w:r w:rsidRPr="004543E3">
              <w:rPr>
                <w:b/>
                <w:bCs/>
              </w:rPr>
              <w:t>và</w:t>
            </w:r>
            <w:proofErr w:type="spellEnd"/>
            <w:r w:rsidRPr="004543E3">
              <w:rPr>
                <w:b/>
                <w:bCs/>
              </w:rPr>
              <w:t xml:space="preserve"> </w:t>
            </w:r>
            <w:proofErr w:type="spellStart"/>
            <w:r w:rsidRPr="004543E3">
              <w:rPr>
                <w:b/>
                <w:bCs/>
              </w:rPr>
              <w:t>Thẩm</w:t>
            </w:r>
            <w:proofErr w:type="spellEnd"/>
            <w:r w:rsidRPr="004543E3">
              <w:rPr>
                <w:b/>
                <w:bCs/>
              </w:rPr>
              <w:t xml:space="preserve"> </w:t>
            </w:r>
            <w:proofErr w:type="spellStart"/>
            <w:r w:rsidRPr="004543E3">
              <w:rPr>
                <w:b/>
                <w:bCs/>
              </w:rPr>
              <w:t>định</w:t>
            </w:r>
            <w:proofErr w:type="spellEnd"/>
            <w:r w:rsidRPr="004543E3">
              <w:rPr>
                <w:b/>
                <w:bCs/>
              </w:rPr>
              <w:t xml:space="preserve"> </w:t>
            </w:r>
            <w:proofErr w:type="spellStart"/>
            <w:r w:rsidRPr="004543E3">
              <w:rPr>
                <w:b/>
                <w:bCs/>
              </w:rPr>
              <w:t>công</w:t>
            </w:r>
            <w:proofErr w:type="spellEnd"/>
            <w:r w:rsidRPr="004543E3">
              <w:rPr>
                <w:b/>
                <w:bCs/>
              </w:rPr>
              <w:t xml:space="preserve"> </w:t>
            </w:r>
            <w:proofErr w:type="spellStart"/>
            <w:r w:rsidRPr="004543E3">
              <w:rPr>
                <w:b/>
                <w:bCs/>
              </w:rPr>
              <w:t>nghệ</w:t>
            </w:r>
            <w:proofErr w:type="spellEnd"/>
            <w:r w:rsidRPr="004543E3">
              <w:rPr>
                <w:b/>
                <w:bCs/>
              </w:rPr>
              <w:t>:</w:t>
            </w:r>
          </w:p>
          <w:p w14:paraId="7B62AEBD" w14:textId="77777777" w:rsidR="004C2B3E" w:rsidRPr="004543E3" w:rsidRDefault="004C2B3E" w:rsidP="002A7D4F">
            <w:pPr>
              <w:spacing w:before="120" w:after="120" w:line="240" w:lineRule="auto"/>
              <w:jc w:val="both"/>
            </w:pPr>
            <w:r w:rsidRPr="004543E3">
              <w:t xml:space="preserve"> -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nội</w:t>
            </w:r>
            <w:proofErr w:type="spellEnd"/>
            <w:r w:rsidRPr="004543E3">
              <w:t xml:space="preserve"> dung “</w:t>
            </w:r>
            <w:proofErr w:type="spellStart"/>
            <w:r w:rsidRPr="004543E3">
              <w:t>đã</w:t>
            </w:r>
            <w:proofErr w:type="spellEnd"/>
            <w:r w:rsidRPr="004543E3">
              <w:t xml:space="preserve"> </w:t>
            </w:r>
            <w:proofErr w:type="spellStart"/>
            <w:r w:rsidRPr="004543E3">
              <w:t>có</w:t>
            </w:r>
            <w:proofErr w:type="spellEnd"/>
            <w:r w:rsidRPr="004543E3">
              <w:t xml:space="preserve"> </w:t>
            </w:r>
            <w:proofErr w:type="spellStart"/>
            <w:r w:rsidRPr="004543E3">
              <w:t>kinh</w:t>
            </w:r>
            <w:proofErr w:type="spellEnd"/>
            <w:r w:rsidRPr="004543E3">
              <w:t xml:space="preserve"> </w:t>
            </w:r>
            <w:proofErr w:type="spellStart"/>
            <w:r w:rsidRPr="004543E3">
              <w:t>nghiệm</w:t>
            </w:r>
            <w:proofErr w:type="spellEnd"/>
            <w:r w:rsidRPr="004543E3">
              <w:t xml:space="preserve"> </w:t>
            </w:r>
            <w:proofErr w:type="spellStart"/>
            <w:r w:rsidRPr="004543E3">
              <w:t>công</w:t>
            </w:r>
            <w:proofErr w:type="spellEnd"/>
            <w:r w:rsidRPr="004543E3">
              <w:t xml:space="preserve"> </w:t>
            </w:r>
            <w:proofErr w:type="spellStart"/>
            <w:r w:rsidRPr="004543E3">
              <w:t>tác</w:t>
            </w:r>
            <w:proofErr w:type="spellEnd"/>
            <w:r w:rsidRPr="004543E3">
              <w:t xml:space="preserve">…” </w:t>
            </w:r>
            <w:proofErr w:type="spellStart"/>
            <w:r w:rsidRPr="004543E3">
              <w:t>tại</w:t>
            </w:r>
            <w:proofErr w:type="spellEnd"/>
            <w:r w:rsidRPr="004543E3">
              <w:t xml:space="preserve"> </w:t>
            </w:r>
            <w:proofErr w:type="spellStart"/>
            <w:r w:rsidRPr="004543E3">
              <w:t>mục</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về</w:t>
            </w:r>
            <w:proofErr w:type="spellEnd"/>
            <w:r w:rsidRPr="004543E3">
              <w:t xml:space="preserve"> </w:t>
            </w:r>
            <w:proofErr w:type="spellStart"/>
            <w:r w:rsidRPr="004543E3">
              <w:t>năng</w:t>
            </w:r>
            <w:proofErr w:type="spellEnd"/>
            <w:r w:rsidRPr="004543E3">
              <w:t xml:space="preserve"> </w:t>
            </w:r>
            <w:proofErr w:type="spellStart"/>
            <w:r w:rsidRPr="004543E3">
              <w:t>lực</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KSVCLSPHH </w:t>
            </w:r>
            <w:proofErr w:type="spellStart"/>
            <w:r w:rsidRPr="004543E3">
              <w:t>hạng</w:t>
            </w:r>
            <w:proofErr w:type="spellEnd"/>
            <w:r w:rsidRPr="004543E3">
              <w:t xml:space="preserve"> I, </w:t>
            </w:r>
            <w:proofErr w:type="spellStart"/>
            <w:r w:rsidRPr="004543E3">
              <w:t>hạng</w:t>
            </w:r>
            <w:proofErr w:type="spellEnd"/>
            <w:r w:rsidRPr="004543E3">
              <w:t xml:space="preserve"> II,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việc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thời</w:t>
            </w:r>
            <w:proofErr w:type="spellEnd"/>
            <w:r w:rsidRPr="004543E3">
              <w:t xml:space="preserve"> </w:t>
            </w:r>
            <w:proofErr w:type="spellStart"/>
            <w:r w:rsidRPr="004543E3">
              <w:t>gian</w:t>
            </w:r>
            <w:proofErr w:type="spellEnd"/>
            <w:r w:rsidRPr="004543E3">
              <w:t xml:space="preserve"> (VD </w:t>
            </w:r>
            <w:proofErr w:type="spellStart"/>
            <w:r w:rsidRPr="004543E3">
              <w:t>trong</w:t>
            </w:r>
            <w:proofErr w:type="spellEnd"/>
            <w:r w:rsidRPr="004543E3">
              <w:t xml:space="preserve"> bao </w:t>
            </w:r>
            <w:proofErr w:type="spellStart"/>
            <w:r w:rsidRPr="004543E3">
              <w:t>nhiêu</w:t>
            </w:r>
            <w:proofErr w:type="spellEnd"/>
            <w:r w:rsidRPr="004543E3">
              <w:t xml:space="preserve"> </w:t>
            </w:r>
            <w:proofErr w:type="spellStart"/>
            <w:r w:rsidRPr="004543E3">
              <w:t>năm</w:t>
            </w:r>
            <w:proofErr w:type="spellEnd"/>
            <w:r w:rsidRPr="004543E3">
              <w:t xml:space="preserve">) </w:t>
            </w:r>
            <w:proofErr w:type="spellStart"/>
            <w:r w:rsidRPr="004543E3">
              <w:t>đê</w:t>
            </w:r>
            <w:proofErr w:type="spellEnd"/>
            <w:r w:rsidRPr="004543E3">
              <w:t xml:space="preserve">̉ </w:t>
            </w:r>
            <w:proofErr w:type="spellStart"/>
            <w:r w:rsidRPr="004543E3">
              <w:t>thăng</w:t>
            </w:r>
            <w:proofErr w:type="spellEnd"/>
            <w:r w:rsidRPr="004543E3">
              <w:t xml:space="preserve"> </w:t>
            </w:r>
            <w:proofErr w:type="spellStart"/>
            <w:r w:rsidRPr="004543E3">
              <w:t>hạng</w:t>
            </w:r>
            <w:proofErr w:type="spellEnd"/>
            <w:r w:rsidRPr="004543E3">
              <w:t xml:space="preserve"> </w:t>
            </w:r>
            <w:proofErr w:type="spellStart"/>
            <w:r w:rsidRPr="004543E3">
              <w:t>từ</w:t>
            </w:r>
            <w:proofErr w:type="spellEnd"/>
            <w:r w:rsidRPr="004543E3">
              <w:t xml:space="preserve"> </w:t>
            </w:r>
            <w:proofErr w:type="spellStart"/>
            <w:r w:rsidRPr="004543E3">
              <w:t>hạng</w:t>
            </w:r>
            <w:proofErr w:type="spellEnd"/>
            <w:r w:rsidRPr="004543E3">
              <w:t xml:space="preserve"> III </w:t>
            </w:r>
            <w:proofErr w:type="spellStart"/>
            <w:r w:rsidRPr="004543E3">
              <w:t>lên</w:t>
            </w:r>
            <w:proofErr w:type="spellEnd"/>
            <w:r w:rsidRPr="004543E3">
              <w:t xml:space="preserve"> </w:t>
            </w:r>
            <w:proofErr w:type="spellStart"/>
            <w:r w:rsidRPr="004543E3">
              <w:t>hạng</w:t>
            </w:r>
            <w:proofErr w:type="spellEnd"/>
            <w:r w:rsidRPr="004543E3">
              <w:t xml:space="preserve"> II, </w:t>
            </w:r>
            <w:proofErr w:type="spellStart"/>
            <w:r w:rsidRPr="004543E3">
              <w:t>từ</w:t>
            </w:r>
            <w:proofErr w:type="spellEnd"/>
            <w:r w:rsidRPr="004543E3">
              <w:t xml:space="preserve"> </w:t>
            </w:r>
            <w:proofErr w:type="spellStart"/>
            <w:r w:rsidRPr="004543E3">
              <w:t>hạng</w:t>
            </w:r>
            <w:proofErr w:type="spellEnd"/>
            <w:r w:rsidRPr="004543E3">
              <w:t xml:space="preserve"> II </w:t>
            </w:r>
            <w:proofErr w:type="spellStart"/>
            <w:r w:rsidRPr="004543E3">
              <w:t>lên</w:t>
            </w:r>
            <w:proofErr w:type="spellEnd"/>
            <w:r w:rsidRPr="004543E3">
              <w:t xml:space="preserve"> </w:t>
            </w:r>
            <w:proofErr w:type="spellStart"/>
            <w:r w:rsidRPr="004543E3">
              <w:t>hạng</w:t>
            </w:r>
            <w:proofErr w:type="spellEnd"/>
            <w:r w:rsidRPr="004543E3">
              <w:t xml:space="preserve"> I. </w:t>
            </w:r>
          </w:p>
          <w:p w14:paraId="0D0A72C0" w14:textId="56A43F82" w:rsidR="004C2B3E" w:rsidRPr="004543E3" w:rsidRDefault="004C2B3E" w:rsidP="002A7D4F">
            <w:pPr>
              <w:spacing w:before="120" w:after="120" w:line="240" w:lineRule="auto"/>
              <w:jc w:val="both"/>
            </w:pPr>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nội</w:t>
            </w:r>
            <w:proofErr w:type="spellEnd"/>
            <w:r w:rsidRPr="004543E3">
              <w:t xml:space="preserve"> dung </w:t>
            </w:r>
            <w:r w:rsidRPr="004543E3">
              <w:rPr>
                <w:i/>
                <w:iCs/>
              </w:rPr>
              <w:t xml:space="preserve">“Trong </w:t>
            </w:r>
            <w:proofErr w:type="spellStart"/>
            <w:r w:rsidRPr="004543E3">
              <w:rPr>
                <w:i/>
                <w:iCs/>
              </w:rPr>
              <w:t>thời</w:t>
            </w:r>
            <w:proofErr w:type="spellEnd"/>
            <w:r w:rsidRPr="004543E3">
              <w:rPr>
                <w:i/>
                <w:iCs/>
              </w:rPr>
              <w:t xml:space="preserve"> </w:t>
            </w:r>
            <w:proofErr w:type="spellStart"/>
            <w:r w:rsidRPr="004543E3">
              <w:rPr>
                <w:i/>
                <w:iCs/>
              </w:rPr>
              <w:t>gian</w:t>
            </w:r>
            <w:proofErr w:type="spellEnd"/>
            <w:r w:rsidRPr="004543E3">
              <w:rPr>
                <w:i/>
                <w:iCs/>
              </w:rPr>
              <w:t xml:space="preserve"> </w:t>
            </w:r>
            <w:proofErr w:type="spellStart"/>
            <w:r w:rsidRPr="004543E3">
              <w:rPr>
                <w:i/>
                <w:iCs/>
              </w:rPr>
              <w:t>giữ</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rPr>
                <w:i/>
                <w:iCs/>
              </w:rPr>
              <w:t>hoặc</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tương</w:t>
            </w:r>
            <w:proofErr w:type="spellEnd"/>
            <w:r w:rsidRPr="004543E3">
              <w:rPr>
                <w:i/>
                <w:iCs/>
              </w:rPr>
              <w:t xml:space="preserve"> </w:t>
            </w:r>
            <w:proofErr w:type="spellStart"/>
            <w:r w:rsidRPr="004543E3">
              <w:rPr>
                <w:i/>
                <w:iCs/>
              </w:rPr>
              <w:t>đương</w:t>
            </w:r>
            <w:proofErr w:type="spellEnd"/>
            <w:r w:rsidRPr="004543E3">
              <w:rPr>
                <w:i/>
                <w:iCs/>
              </w:rPr>
              <w:t xml:space="preserve"> </w:t>
            </w:r>
            <w:proofErr w:type="spellStart"/>
            <w:r w:rsidRPr="004543E3">
              <w:rPr>
                <w:i/>
                <w:iCs/>
              </w:rPr>
              <w:t>đã</w:t>
            </w:r>
            <w:proofErr w:type="spellEnd"/>
            <w:r w:rsidRPr="004543E3">
              <w:rPr>
                <w:i/>
                <w:iCs/>
              </w:rPr>
              <w:t xml:space="preserve"> chủ trì </w:t>
            </w:r>
            <w:proofErr w:type="spellStart"/>
            <w:r w:rsidRPr="004543E3">
              <w:rPr>
                <w:i/>
                <w:iCs/>
              </w:rPr>
              <w:t>hoặc</w:t>
            </w:r>
            <w:proofErr w:type="spellEnd"/>
            <w:r w:rsidRPr="004543E3">
              <w:rPr>
                <w:i/>
                <w:iCs/>
              </w:rPr>
              <w:t xml:space="preserve"> </w:t>
            </w:r>
            <w:proofErr w:type="spellStart"/>
            <w:r w:rsidRPr="004543E3">
              <w:rPr>
                <w:i/>
                <w:iCs/>
              </w:rPr>
              <w:t>tham</w:t>
            </w:r>
            <w:proofErr w:type="spellEnd"/>
            <w:r w:rsidRPr="004543E3">
              <w:rPr>
                <w:i/>
                <w:iCs/>
              </w:rPr>
              <w:t xml:space="preserve"> </w:t>
            </w:r>
            <w:proofErr w:type="spellStart"/>
            <w:r w:rsidRPr="004543E3">
              <w:rPr>
                <w:i/>
                <w:iCs/>
              </w:rPr>
              <w:t>gia</w:t>
            </w:r>
            <w:proofErr w:type="spellEnd"/>
            <w:r w:rsidRPr="004543E3">
              <w:rPr>
                <w:i/>
                <w:iCs/>
              </w:rPr>
              <w:t xml:space="preserve"> </w:t>
            </w:r>
            <w:proofErr w:type="spellStart"/>
            <w:r w:rsidRPr="004543E3">
              <w:rPr>
                <w:i/>
                <w:iCs/>
              </w:rPr>
              <w:t>xây</w:t>
            </w:r>
            <w:proofErr w:type="spellEnd"/>
            <w:r w:rsidRPr="004543E3">
              <w:rPr>
                <w:i/>
                <w:iCs/>
              </w:rPr>
              <w:t xml:space="preserve"> </w:t>
            </w:r>
            <w:proofErr w:type="spellStart"/>
            <w:r w:rsidRPr="004543E3">
              <w:rPr>
                <w:i/>
                <w:iCs/>
              </w:rPr>
              <w:t>dựng</w:t>
            </w:r>
            <w:proofErr w:type="spellEnd"/>
            <w:r w:rsidRPr="004543E3">
              <w:rPr>
                <w:i/>
                <w:iCs/>
              </w:rPr>
              <w:t xml:space="preserve"> 02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phạm</w:t>
            </w:r>
            <w:proofErr w:type="spellEnd"/>
            <w:r w:rsidRPr="004543E3">
              <w:rPr>
                <w:i/>
                <w:iCs/>
              </w:rPr>
              <w:t xml:space="preserve"> </w:t>
            </w:r>
            <w:proofErr w:type="spellStart"/>
            <w:r w:rsidRPr="004543E3">
              <w:rPr>
                <w:i/>
                <w:iCs/>
              </w:rPr>
              <w:t>pháp</w:t>
            </w:r>
            <w:proofErr w:type="spellEnd"/>
            <w:r w:rsidRPr="004543E3">
              <w:rPr>
                <w:i/>
                <w:iCs/>
              </w:rPr>
              <w:t xml:space="preserve"> </w:t>
            </w:r>
            <w:proofErr w:type="spellStart"/>
            <w:r w:rsidRPr="004543E3">
              <w:rPr>
                <w:i/>
                <w:iCs/>
              </w:rPr>
              <w:t>luật</w:t>
            </w:r>
            <w:proofErr w:type="spellEnd"/>
            <w:r w:rsidRPr="004543E3">
              <w:rPr>
                <w:i/>
                <w:iCs/>
              </w:rPr>
              <w:t xml:space="preserve"> </w:t>
            </w:r>
            <w:proofErr w:type="spellStart"/>
            <w:r w:rsidRPr="004543E3">
              <w:rPr>
                <w:i/>
                <w:iCs/>
              </w:rPr>
              <w:t>hoặc</w:t>
            </w:r>
            <w:proofErr w:type="spellEnd"/>
            <w:r w:rsidRPr="004543E3">
              <w:rPr>
                <w:i/>
                <w:iCs/>
              </w:rPr>
              <w:t xml:space="preserve"> </w:t>
            </w:r>
            <w:proofErr w:type="spellStart"/>
            <w:r w:rsidRPr="004543E3">
              <w:rPr>
                <w:i/>
                <w:iCs/>
              </w:rPr>
              <w:t>đề</w:t>
            </w:r>
            <w:proofErr w:type="spellEnd"/>
            <w:r w:rsidRPr="004543E3">
              <w:rPr>
                <w:i/>
                <w:iCs/>
              </w:rPr>
              <w:t xml:space="preserve"> </w:t>
            </w:r>
            <w:proofErr w:type="spellStart"/>
            <w:r w:rsidRPr="004543E3">
              <w:rPr>
                <w:i/>
                <w:iCs/>
              </w:rPr>
              <w:t>tài</w:t>
            </w:r>
            <w:proofErr w:type="spellEnd"/>
            <w:r w:rsidRPr="004543E3">
              <w:rPr>
                <w:i/>
                <w:iCs/>
              </w:rPr>
              <w:t xml:space="preserve">, </w:t>
            </w:r>
            <w:proofErr w:type="spellStart"/>
            <w:r w:rsidRPr="004543E3">
              <w:rPr>
                <w:i/>
                <w:iCs/>
              </w:rPr>
              <w:t>đề</w:t>
            </w:r>
            <w:proofErr w:type="spellEnd"/>
            <w:r w:rsidRPr="004543E3">
              <w:rPr>
                <w:i/>
                <w:iCs/>
              </w:rPr>
              <w:t xml:space="preserve"> </w:t>
            </w:r>
            <w:proofErr w:type="spellStart"/>
            <w:r w:rsidRPr="004543E3">
              <w:rPr>
                <w:i/>
                <w:iCs/>
              </w:rPr>
              <w:t>án</w:t>
            </w:r>
            <w:proofErr w:type="spellEnd"/>
            <w:r w:rsidRPr="004543E3">
              <w:rPr>
                <w:i/>
                <w:iCs/>
              </w:rPr>
              <w:t xml:space="preserve">, </w:t>
            </w:r>
            <w:proofErr w:type="spellStart"/>
            <w:r w:rsidRPr="004543E3">
              <w:rPr>
                <w:i/>
                <w:iCs/>
              </w:rPr>
              <w:t>dự</w:t>
            </w:r>
            <w:proofErr w:type="spellEnd"/>
            <w:r w:rsidRPr="004543E3">
              <w:rPr>
                <w:i/>
                <w:iCs/>
              </w:rPr>
              <w:t xml:space="preserve"> </w:t>
            </w:r>
            <w:proofErr w:type="spellStart"/>
            <w:r w:rsidRPr="004543E3">
              <w:rPr>
                <w:i/>
                <w:iCs/>
              </w:rPr>
              <w:t>án</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nghệ</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đổi</w:t>
            </w:r>
            <w:proofErr w:type="spellEnd"/>
            <w:r w:rsidRPr="004543E3">
              <w:rPr>
                <w:i/>
                <w:iCs/>
              </w:rPr>
              <w:t xml:space="preserve"> </w:t>
            </w:r>
            <w:proofErr w:type="spellStart"/>
            <w:r w:rsidRPr="004543E3">
              <w:rPr>
                <w:i/>
                <w:iCs/>
              </w:rPr>
              <w:t>mới</w:t>
            </w:r>
            <w:proofErr w:type="spellEnd"/>
            <w:r w:rsidRPr="004543E3">
              <w:rPr>
                <w:i/>
                <w:iCs/>
              </w:rPr>
              <w:t xml:space="preserve"> </w:t>
            </w:r>
            <w:proofErr w:type="spellStart"/>
            <w:r w:rsidRPr="004543E3">
              <w:rPr>
                <w:i/>
                <w:iCs/>
              </w:rPr>
              <w:t>sáng</w:t>
            </w:r>
            <w:proofErr w:type="spellEnd"/>
            <w:r w:rsidRPr="004543E3">
              <w:rPr>
                <w:i/>
                <w:iCs/>
              </w:rPr>
              <w:t xml:space="preserve"> </w:t>
            </w:r>
            <w:proofErr w:type="spellStart"/>
            <w:r w:rsidRPr="004543E3">
              <w:rPr>
                <w:i/>
                <w:iCs/>
              </w:rPr>
              <w:t>tạo</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sở</w:t>
            </w:r>
            <w:proofErr w:type="spellEnd"/>
            <w:r w:rsidRPr="004543E3">
              <w:rPr>
                <w:i/>
                <w:iCs/>
              </w:rPr>
              <w:t xml:space="preserve"> </w:t>
            </w:r>
            <w:proofErr w:type="spellStart"/>
            <w:r w:rsidRPr="004543E3">
              <w:rPr>
                <w:i/>
                <w:iCs/>
              </w:rPr>
              <w:t>mà</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sử</w:t>
            </w:r>
            <w:proofErr w:type="spellEnd"/>
            <w:r w:rsidRPr="004543E3">
              <w:rPr>
                <w:i/>
                <w:iCs/>
              </w:rPr>
              <w:t xml:space="preserve"> </w:t>
            </w:r>
            <w:proofErr w:type="spellStart"/>
            <w:r w:rsidRPr="004543E3">
              <w:rPr>
                <w:i/>
                <w:iCs/>
              </w:rPr>
              <w:t>dụng</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giao</w:t>
            </w:r>
            <w:proofErr w:type="spellEnd"/>
            <w:r w:rsidRPr="004543E3">
              <w:rPr>
                <w:i/>
                <w:iCs/>
              </w:rPr>
              <w:t xml:space="preserve"> chủ trì </w:t>
            </w:r>
            <w:proofErr w:type="spellStart"/>
            <w:r w:rsidRPr="004543E3">
              <w:rPr>
                <w:i/>
                <w:iCs/>
              </w:rPr>
              <w:t>nghiên</w:t>
            </w:r>
            <w:proofErr w:type="spellEnd"/>
            <w:r w:rsidRPr="004543E3">
              <w:rPr>
                <w:i/>
                <w:iCs/>
              </w:rPr>
              <w:t xml:space="preserve"> </w:t>
            </w:r>
            <w:proofErr w:type="spellStart"/>
            <w:r w:rsidRPr="004543E3">
              <w:rPr>
                <w:i/>
                <w:iCs/>
              </w:rPr>
              <w:t>cứu</w:t>
            </w:r>
            <w:proofErr w:type="spellEnd"/>
            <w:r w:rsidRPr="004543E3">
              <w:rPr>
                <w:i/>
                <w:iCs/>
              </w:rPr>
              <w:t xml:space="preserve">, </w:t>
            </w:r>
            <w:proofErr w:type="spellStart"/>
            <w:r w:rsidRPr="004543E3">
              <w:rPr>
                <w:i/>
                <w:iCs/>
              </w:rPr>
              <w:t>xây</w:t>
            </w:r>
            <w:proofErr w:type="spellEnd"/>
            <w:r w:rsidRPr="004543E3">
              <w:rPr>
                <w:i/>
                <w:iCs/>
              </w:rPr>
              <w:t xml:space="preserve"> </w:t>
            </w:r>
            <w:proofErr w:type="spellStart"/>
            <w:r w:rsidRPr="004543E3">
              <w:rPr>
                <w:i/>
                <w:iCs/>
              </w:rPr>
              <w:t>dựng</w:t>
            </w:r>
            <w:proofErr w:type="spellEnd"/>
            <w:r w:rsidRPr="004543E3">
              <w:rPr>
                <w:i/>
                <w:iCs/>
              </w:rPr>
              <w:t xml:space="preserve"> </w:t>
            </w:r>
            <w:proofErr w:type="spellStart"/>
            <w:r w:rsidRPr="004543E3">
              <w:rPr>
                <w:i/>
                <w:iCs/>
              </w:rPr>
              <w:lastRenderedPageBreak/>
              <w:t>đã</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cấp</w:t>
            </w:r>
            <w:proofErr w:type="spellEnd"/>
            <w:r w:rsidRPr="004543E3">
              <w:rPr>
                <w:i/>
                <w:iCs/>
              </w:rPr>
              <w:t xml:space="preserve"> </w:t>
            </w:r>
            <w:proofErr w:type="spellStart"/>
            <w:r w:rsidRPr="004543E3">
              <w:rPr>
                <w:i/>
                <w:iCs/>
              </w:rPr>
              <w:t>có</w:t>
            </w:r>
            <w:proofErr w:type="spellEnd"/>
            <w:r w:rsidRPr="004543E3">
              <w:rPr>
                <w:i/>
                <w:iCs/>
              </w:rPr>
              <w:t xml:space="preserve"> </w:t>
            </w:r>
            <w:proofErr w:type="spellStart"/>
            <w:r w:rsidRPr="004543E3">
              <w:rPr>
                <w:i/>
                <w:iCs/>
              </w:rPr>
              <w:t>thẩm</w:t>
            </w:r>
            <w:proofErr w:type="spellEnd"/>
            <w:r w:rsidRPr="004543E3">
              <w:rPr>
                <w:i/>
                <w:iCs/>
              </w:rPr>
              <w:t xml:space="preserve"> </w:t>
            </w:r>
            <w:proofErr w:type="spellStart"/>
            <w:r w:rsidRPr="004543E3">
              <w:rPr>
                <w:i/>
                <w:iCs/>
              </w:rPr>
              <w:t>quyền</w:t>
            </w:r>
            <w:proofErr w:type="spellEnd"/>
            <w:r w:rsidRPr="004543E3">
              <w:rPr>
                <w:i/>
                <w:iCs/>
              </w:rPr>
              <w:t xml:space="preserve"> ban </w:t>
            </w:r>
            <w:proofErr w:type="spellStart"/>
            <w:r w:rsidRPr="004543E3">
              <w:rPr>
                <w:i/>
                <w:iCs/>
              </w:rPr>
              <w:t>hành</w:t>
            </w:r>
            <w:proofErr w:type="spellEnd"/>
            <w:r w:rsidRPr="004543E3">
              <w:rPr>
                <w:i/>
                <w:iCs/>
              </w:rPr>
              <w:t xml:space="preserve"> </w:t>
            </w:r>
            <w:proofErr w:type="spellStart"/>
            <w:r w:rsidRPr="004543E3">
              <w:rPr>
                <w:i/>
                <w:iCs/>
              </w:rPr>
              <w:t>hoặc</w:t>
            </w:r>
            <w:proofErr w:type="spellEnd"/>
            <w:r w:rsidRPr="004543E3">
              <w:rPr>
                <w:i/>
                <w:iCs/>
              </w:rPr>
              <w:t xml:space="preserve"> </w:t>
            </w:r>
            <w:proofErr w:type="spellStart"/>
            <w:r w:rsidRPr="004543E3">
              <w:rPr>
                <w:i/>
                <w:iCs/>
              </w:rPr>
              <w:t>nghiệm</w:t>
            </w:r>
            <w:proofErr w:type="spellEnd"/>
            <w:r w:rsidRPr="004543E3">
              <w:rPr>
                <w:i/>
                <w:iCs/>
              </w:rPr>
              <w:t xml:space="preserve"> </w:t>
            </w:r>
            <w:proofErr w:type="spellStart"/>
            <w:r w:rsidRPr="004543E3">
              <w:rPr>
                <w:i/>
                <w:iCs/>
              </w:rPr>
              <w:t>thu</w:t>
            </w:r>
            <w:proofErr w:type="spellEnd"/>
            <w:r w:rsidRPr="004543E3">
              <w:rPr>
                <w:i/>
                <w:iCs/>
              </w:rPr>
              <w:t xml:space="preserve"> ở </w:t>
            </w:r>
            <w:proofErr w:type="spellStart"/>
            <w:r w:rsidRPr="004543E3">
              <w:rPr>
                <w:i/>
                <w:iCs/>
              </w:rPr>
              <w:t>mức</w:t>
            </w:r>
            <w:proofErr w:type="spellEnd"/>
            <w:r w:rsidRPr="004543E3">
              <w:rPr>
                <w:i/>
                <w:iCs/>
              </w:rPr>
              <w:t xml:space="preserve"> </w:t>
            </w:r>
            <w:proofErr w:type="spellStart"/>
            <w:r w:rsidRPr="004543E3">
              <w:rPr>
                <w:i/>
                <w:iCs/>
              </w:rPr>
              <w:t>đạt</w:t>
            </w:r>
            <w:proofErr w:type="spellEnd"/>
            <w:r w:rsidRPr="004543E3">
              <w:rPr>
                <w:i/>
                <w:iCs/>
              </w:rPr>
              <w:t xml:space="preserve"> </w:t>
            </w:r>
            <w:proofErr w:type="spellStart"/>
            <w:r w:rsidRPr="004543E3">
              <w:rPr>
                <w:i/>
                <w:iCs/>
              </w:rPr>
              <w:t>trở</w:t>
            </w:r>
            <w:proofErr w:type="spellEnd"/>
            <w:r w:rsidRPr="004543E3">
              <w:rPr>
                <w:i/>
                <w:iCs/>
              </w:rPr>
              <w:t xml:space="preserve"> </w:t>
            </w:r>
            <w:proofErr w:type="spellStart"/>
            <w:r w:rsidRPr="004543E3">
              <w:rPr>
                <w:i/>
                <w:iCs/>
              </w:rPr>
              <w:t>lên</w:t>
            </w:r>
            <w:proofErr w:type="spellEnd"/>
            <w:r w:rsidRPr="004543E3">
              <w:rPr>
                <w:i/>
                <w:iCs/>
              </w:rPr>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bổ</w:t>
            </w:r>
            <w:proofErr w:type="spellEnd"/>
            <w:r w:rsidRPr="004543E3">
              <w:t xml:space="preserve"> sung </w:t>
            </w:r>
            <w:proofErr w:type="spellStart"/>
            <w:r w:rsidRPr="004543E3">
              <w:t>vào</w:t>
            </w:r>
            <w:proofErr w:type="spellEnd"/>
            <w:r w:rsidRPr="004543E3">
              <w:t xml:space="preserve"> </w:t>
            </w:r>
            <w:proofErr w:type="spellStart"/>
            <w:r w:rsidRPr="004543E3">
              <w:t>nội</w:t>
            </w:r>
            <w:proofErr w:type="spellEnd"/>
            <w:r w:rsidRPr="004543E3">
              <w:t xml:space="preserve"> dung “</w:t>
            </w:r>
            <w:proofErr w:type="spellStart"/>
            <w:r w:rsidRPr="004543E3">
              <w:rPr>
                <w:i/>
                <w:iCs/>
              </w:rPr>
              <w:t>hoặc</w:t>
            </w:r>
            <w:proofErr w:type="spellEnd"/>
            <w:r w:rsidRPr="004543E3">
              <w:rPr>
                <w:i/>
                <w:iCs/>
              </w:rPr>
              <w:t xml:space="preserve"> </w:t>
            </w:r>
            <w:proofErr w:type="spellStart"/>
            <w:r w:rsidRPr="004543E3">
              <w:rPr>
                <w:i/>
                <w:iCs/>
              </w:rPr>
              <w:t>đề</w:t>
            </w:r>
            <w:proofErr w:type="spellEnd"/>
            <w:r w:rsidRPr="004543E3">
              <w:rPr>
                <w:i/>
                <w:iCs/>
              </w:rPr>
              <w:t xml:space="preserve"> </w:t>
            </w:r>
            <w:proofErr w:type="spellStart"/>
            <w:r w:rsidRPr="004543E3">
              <w:rPr>
                <w:i/>
                <w:iCs/>
              </w:rPr>
              <w:t>tài</w:t>
            </w:r>
            <w:proofErr w:type="spellEnd"/>
            <w:r w:rsidRPr="004543E3">
              <w:rPr>
                <w:i/>
                <w:iCs/>
              </w:rPr>
              <w:t xml:space="preserve">, </w:t>
            </w:r>
            <w:proofErr w:type="spellStart"/>
            <w:r w:rsidRPr="004543E3">
              <w:rPr>
                <w:i/>
                <w:iCs/>
              </w:rPr>
              <w:t>đề</w:t>
            </w:r>
            <w:proofErr w:type="spellEnd"/>
            <w:r w:rsidRPr="004543E3">
              <w:rPr>
                <w:i/>
                <w:iCs/>
              </w:rPr>
              <w:t xml:space="preserve"> </w:t>
            </w:r>
            <w:proofErr w:type="spellStart"/>
            <w:r w:rsidRPr="004543E3">
              <w:rPr>
                <w:i/>
                <w:iCs/>
              </w:rPr>
              <w:t>án</w:t>
            </w:r>
            <w:proofErr w:type="spellEnd"/>
            <w:r w:rsidRPr="004543E3">
              <w:rPr>
                <w:i/>
                <w:iCs/>
              </w:rPr>
              <w:t xml:space="preserve">, </w:t>
            </w:r>
            <w:proofErr w:type="spellStart"/>
            <w:r w:rsidRPr="004543E3">
              <w:rPr>
                <w:i/>
                <w:iCs/>
              </w:rPr>
              <w:t>dự</w:t>
            </w:r>
            <w:proofErr w:type="spellEnd"/>
            <w:r w:rsidRPr="004543E3">
              <w:rPr>
                <w:i/>
                <w:iCs/>
              </w:rPr>
              <w:t xml:space="preserve"> </w:t>
            </w:r>
            <w:proofErr w:type="spellStart"/>
            <w:r w:rsidRPr="004543E3">
              <w:rPr>
                <w:i/>
                <w:iCs/>
              </w:rPr>
              <w:t>án</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nghệ</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đổi</w:t>
            </w:r>
            <w:proofErr w:type="spellEnd"/>
            <w:r w:rsidRPr="004543E3">
              <w:rPr>
                <w:i/>
                <w:iCs/>
              </w:rPr>
              <w:t xml:space="preserve"> </w:t>
            </w:r>
            <w:proofErr w:type="spellStart"/>
            <w:r w:rsidRPr="004543E3">
              <w:rPr>
                <w:i/>
                <w:iCs/>
              </w:rPr>
              <w:t>mới</w:t>
            </w:r>
            <w:proofErr w:type="spellEnd"/>
            <w:r w:rsidRPr="004543E3">
              <w:rPr>
                <w:i/>
                <w:iCs/>
              </w:rPr>
              <w:t xml:space="preserve"> </w:t>
            </w:r>
            <w:proofErr w:type="spellStart"/>
            <w:r w:rsidRPr="004543E3">
              <w:rPr>
                <w:i/>
                <w:iCs/>
              </w:rPr>
              <w:t>sáng</w:t>
            </w:r>
            <w:proofErr w:type="spellEnd"/>
            <w:r w:rsidRPr="004543E3">
              <w:rPr>
                <w:i/>
                <w:iCs/>
              </w:rPr>
              <w:t xml:space="preserve"> </w:t>
            </w:r>
            <w:proofErr w:type="spellStart"/>
            <w:r w:rsidRPr="004543E3">
              <w:rPr>
                <w:i/>
                <w:iCs/>
              </w:rPr>
              <w:t>tạo</w:t>
            </w:r>
            <w:proofErr w:type="spellEnd"/>
            <w:r w:rsidRPr="004543E3">
              <w:rPr>
                <w:i/>
                <w:iCs/>
              </w:rPr>
              <w:t xml:space="preserve"> </w:t>
            </w:r>
            <w:proofErr w:type="spellStart"/>
            <w:r w:rsidRPr="004543E3">
              <w:rPr>
                <w:i/>
                <w:iCs/>
              </w:rPr>
              <w:t>cơ</w:t>
            </w:r>
            <w:proofErr w:type="spellEnd"/>
            <w:r w:rsidRPr="004543E3">
              <w:rPr>
                <w:i/>
                <w:iCs/>
              </w:rPr>
              <w:t xml:space="preserve"> </w:t>
            </w:r>
            <w:proofErr w:type="spellStart"/>
            <w:r w:rsidRPr="004543E3">
              <w:rPr>
                <w:i/>
                <w:iCs/>
              </w:rPr>
              <w:t>sở</w:t>
            </w:r>
            <w:proofErr w:type="spellEnd"/>
            <w:r w:rsidRPr="004543E3">
              <w:rPr>
                <w:i/>
                <w:iCs/>
              </w:rPr>
              <w:t xml:space="preserve">…” </w:t>
            </w:r>
            <w:proofErr w:type="spellStart"/>
            <w:r w:rsidRPr="004543E3">
              <w:t>có</w:t>
            </w:r>
            <w:proofErr w:type="spellEnd"/>
            <w:r w:rsidRPr="004543E3">
              <w:t xml:space="preserve"> </w:t>
            </w:r>
            <w:proofErr w:type="spellStart"/>
            <w:r w:rsidRPr="004543E3">
              <w:t>liên</w:t>
            </w:r>
            <w:proofErr w:type="spellEnd"/>
            <w:r w:rsidRPr="004543E3">
              <w:t xml:space="preserve"> </w:t>
            </w:r>
            <w:proofErr w:type="spellStart"/>
            <w:r w:rsidRPr="004543E3">
              <w:t>quan</w:t>
            </w:r>
            <w:proofErr w:type="spellEnd"/>
            <w:r w:rsidRPr="004543E3">
              <w:t xml:space="preserve"> </w:t>
            </w:r>
            <w:proofErr w:type="spellStart"/>
            <w:r w:rsidRPr="004543E3">
              <w:t>đến</w:t>
            </w:r>
            <w:proofErr w:type="spellEnd"/>
            <w:r w:rsidRPr="004543E3">
              <w:t xml:space="preserve"> </w:t>
            </w:r>
            <w:proofErr w:type="spellStart"/>
            <w:r w:rsidRPr="004543E3">
              <w:t>lĩnh</w:t>
            </w:r>
            <w:proofErr w:type="spellEnd"/>
            <w:r w:rsidRPr="004543E3">
              <w:t xml:space="preserve"> </w:t>
            </w:r>
            <w:proofErr w:type="spellStart"/>
            <w:r w:rsidRPr="004543E3">
              <w:t>vực</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Lý </w:t>
            </w:r>
            <w:proofErr w:type="gramStart"/>
            <w:r w:rsidRPr="004543E3">
              <w:t>do</w:t>
            </w:r>
            <w:proofErr w:type="gramEnd"/>
            <w:r w:rsidRPr="004543E3">
              <w:t xml:space="preserve">: </w:t>
            </w:r>
            <w:proofErr w:type="spellStart"/>
            <w:r w:rsidRPr="004543E3">
              <w:t>các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về</w:t>
            </w:r>
            <w:proofErr w:type="spellEnd"/>
            <w:r w:rsidRPr="004543E3">
              <w:t xml:space="preserve"> </w:t>
            </w:r>
            <w:proofErr w:type="spellStart"/>
            <w:r w:rsidRPr="004543E3">
              <w:t>năng</w:t>
            </w:r>
            <w:proofErr w:type="spellEnd"/>
            <w:r w:rsidRPr="004543E3">
              <w:t xml:space="preserve"> </w:t>
            </w:r>
            <w:proofErr w:type="spellStart"/>
            <w:r w:rsidRPr="004543E3">
              <w:t>lực</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w:t>
            </w:r>
            <w:proofErr w:type="spellStart"/>
            <w:r w:rsidRPr="004543E3">
              <w:t>vụ</w:t>
            </w:r>
            <w:proofErr w:type="spellEnd"/>
            <w:r w:rsidRPr="004543E3">
              <w:t xml:space="preserve"> </w:t>
            </w:r>
            <w:proofErr w:type="spellStart"/>
            <w:r w:rsidRPr="004543E3">
              <w:t>nên</w:t>
            </w:r>
            <w:proofErr w:type="spellEnd"/>
            <w:r w:rsidRPr="004543E3">
              <w:t xml:space="preserve"> </w:t>
            </w:r>
            <w:proofErr w:type="spellStart"/>
            <w:r w:rsidRPr="004543E3">
              <w:t>có</w:t>
            </w:r>
            <w:proofErr w:type="spellEnd"/>
            <w:r w:rsidRPr="004543E3">
              <w:t xml:space="preserve"> </w:t>
            </w:r>
            <w:proofErr w:type="spellStart"/>
            <w:r w:rsidRPr="004543E3">
              <w:t>định</w:t>
            </w:r>
            <w:proofErr w:type="spellEnd"/>
            <w:r w:rsidRPr="004543E3">
              <w:t xml:space="preserve"> </w:t>
            </w:r>
            <w:proofErr w:type="spellStart"/>
            <w:r w:rsidRPr="004543E3">
              <w:t>lượng</w:t>
            </w:r>
            <w:proofErr w:type="spellEnd"/>
            <w:r w:rsidRPr="004543E3">
              <w:t xml:space="preserve"> </w:t>
            </w:r>
            <w:proofErr w:type="spellStart"/>
            <w:r w:rsidRPr="004543E3">
              <w:t>cụ</w:t>
            </w:r>
            <w:proofErr w:type="spellEnd"/>
            <w:r w:rsidRPr="004543E3">
              <w:t xml:space="preserve"> </w:t>
            </w:r>
            <w:proofErr w:type="spellStart"/>
            <w:r w:rsidRPr="004543E3">
              <w:t>thê</w:t>
            </w:r>
            <w:proofErr w:type="spellEnd"/>
            <w:r w:rsidRPr="004543E3">
              <w:t xml:space="preserve">̉ </w:t>
            </w:r>
            <w:proofErr w:type="spellStart"/>
            <w:r w:rsidRPr="004543E3">
              <w:t>và</w:t>
            </w:r>
            <w:proofErr w:type="spellEnd"/>
            <w:r w:rsidRPr="004543E3">
              <w:t xml:space="preserve"> </w:t>
            </w:r>
            <w:proofErr w:type="spellStart"/>
            <w:r w:rsidRPr="004543E3">
              <w:t>hướng</w:t>
            </w:r>
            <w:proofErr w:type="spellEnd"/>
            <w:r w:rsidRPr="004543E3">
              <w:t xml:space="preserve"> </w:t>
            </w:r>
            <w:proofErr w:type="spellStart"/>
            <w:r w:rsidRPr="004543E3">
              <w:t>đến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kiểm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đê</w:t>
            </w:r>
            <w:proofErr w:type="spellEnd"/>
            <w:r w:rsidRPr="004543E3">
              <w:t xml:space="preserve">̉ </w:t>
            </w:r>
            <w:proofErr w:type="spellStart"/>
            <w:r w:rsidRPr="004543E3">
              <w:t>minh</w:t>
            </w:r>
            <w:proofErr w:type="spellEnd"/>
            <w:r w:rsidRPr="004543E3">
              <w:t xml:space="preserve"> </w:t>
            </w:r>
            <w:proofErr w:type="spellStart"/>
            <w:r w:rsidRPr="004543E3">
              <w:t>bạch</w:t>
            </w:r>
            <w:proofErr w:type="spellEnd"/>
            <w:r w:rsidRPr="004543E3">
              <w:t xml:space="preserve"> </w:t>
            </w:r>
            <w:proofErr w:type="spellStart"/>
            <w:r w:rsidRPr="004543E3">
              <w:t>và</w:t>
            </w:r>
            <w:proofErr w:type="spellEnd"/>
            <w:r w:rsidRPr="004543E3">
              <w:t xml:space="preserve"> </w:t>
            </w:r>
            <w:proofErr w:type="spellStart"/>
            <w:r w:rsidRPr="004543E3">
              <w:t>có</w:t>
            </w:r>
            <w:proofErr w:type="spellEnd"/>
            <w:r w:rsidRPr="004543E3">
              <w:t xml:space="preserve"> </w:t>
            </w:r>
            <w:proofErr w:type="spellStart"/>
            <w:r w:rsidRPr="004543E3">
              <w:t>định</w:t>
            </w:r>
            <w:proofErr w:type="spellEnd"/>
            <w:r w:rsidRPr="004543E3">
              <w:t xml:space="preserve"> </w:t>
            </w:r>
            <w:proofErr w:type="spellStart"/>
            <w:r w:rsidRPr="004543E3">
              <w:t>hướng</w:t>
            </w:r>
            <w:proofErr w:type="spellEnd"/>
            <w:r w:rsidRPr="004543E3">
              <w:t xml:space="preserve"> </w:t>
            </w:r>
            <w:proofErr w:type="spellStart"/>
            <w:r w:rsidRPr="004543E3">
              <w:t>phân</w:t>
            </w:r>
            <w:proofErr w:type="spellEnd"/>
            <w:r w:rsidRPr="004543E3">
              <w:t xml:space="preserve"> </w:t>
            </w:r>
            <w:proofErr w:type="spellStart"/>
            <w:r w:rsidRPr="004543E3">
              <w:t>đấu</w:t>
            </w:r>
            <w:proofErr w:type="spellEnd"/>
            <w:r w:rsidRPr="004543E3">
              <w:t xml:space="preserve"> </w:t>
            </w:r>
            <w:proofErr w:type="spellStart"/>
            <w:r w:rsidRPr="004543E3">
              <w:t>cụ</w:t>
            </w:r>
            <w:proofErr w:type="spellEnd"/>
            <w:r w:rsidRPr="004543E3">
              <w:t xml:space="preserve"> </w:t>
            </w:r>
            <w:proofErr w:type="spellStart"/>
            <w:r w:rsidRPr="004543E3">
              <w:t>thê</w:t>
            </w:r>
            <w:proofErr w:type="spellEnd"/>
            <w:r w:rsidRPr="004543E3">
              <w:t xml:space="preserve">̉ </w:t>
            </w:r>
            <w:proofErr w:type="spellStart"/>
            <w:r w:rsidRPr="004543E3">
              <w:t>cho</w:t>
            </w:r>
            <w:proofErr w:type="spellEnd"/>
            <w:r w:rsidRPr="004543E3">
              <w:t xml:space="preserve"> KSVCLSPHH.</w:t>
            </w:r>
          </w:p>
        </w:tc>
        <w:tc>
          <w:tcPr>
            <w:tcW w:w="7371" w:type="dxa"/>
          </w:tcPr>
          <w:p w14:paraId="64E0F61B" w14:textId="17AED1BC" w:rsidR="004C2B3E" w:rsidRPr="004543E3" w:rsidRDefault="004C2B3E" w:rsidP="002A7D4F">
            <w:pPr>
              <w:spacing w:before="120" w:after="120" w:line="240" w:lineRule="auto"/>
              <w:jc w:val="both"/>
              <w:rPr>
                <w:szCs w:val="26"/>
              </w:rPr>
            </w:pPr>
            <w:r>
              <w:rPr>
                <w:szCs w:val="26"/>
              </w:rPr>
              <w:lastRenderedPageBreak/>
              <w:t xml:space="preserve">- Theo ý </w:t>
            </w:r>
            <w:proofErr w:type="spellStart"/>
            <w:r>
              <w:rPr>
                <w:szCs w:val="26"/>
              </w:rPr>
              <w:t>kiến</w:t>
            </w:r>
            <w:proofErr w:type="spellEnd"/>
            <w:r>
              <w:rPr>
                <w:szCs w:val="26"/>
              </w:rPr>
              <w:t xml:space="preserve"> </w:t>
            </w:r>
            <w:proofErr w:type="spellStart"/>
            <w:r>
              <w:rPr>
                <w:szCs w:val="26"/>
              </w:rPr>
              <w:t>của</w:t>
            </w:r>
            <w:proofErr w:type="spellEnd"/>
            <w:r>
              <w:rPr>
                <w:szCs w:val="26"/>
              </w:rPr>
              <w:t xml:space="preserve"> </w:t>
            </w:r>
            <w:proofErr w:type="spellStart"/>
            <w:r>
              <w:rPr>
                <w:szCs w:val="26"/>
              </w:rPr>
              <w:t>Bô</w:t>
            </w:r>
            <w:proofErr w:type="spellEnd"/>
            <w:r>
              <w:rPr>
                <w:szCs w:val="26"/>
              </w:rPr>
              <w:t xml:space="preserve">̣ </w:t>
            </w:r>
            <w:proofErr w:type="spellStart"/>
            <w:r>
              <w:rPr>
                <w:szCs w:val="26"/>
              </w:rPr>
              <w:t>Nội</w:t>
            </w:r>
            <w:proofErr w:type="spellEnd"/>
            <w:r>
              <w:rPr>
                <w:szCs w:val="26"/>
              </w:rPr>
              <w:t xml:space="preserve"> vụ, </w:t>
            </w:r>
            <w:proofErr w:type="spellStart"/>
            <w:r>
              <w:rPr>
                <w:szCs w:val="26"/>
              </w:rPr>
              <w:t>Bô</w:t>
            </w:r>
            <w:proofErr w:type="spellEnd"/>
            <w:r>
              <w:rPr>
                <w:szCs w:val="26"/>
              </w:rPr>
              <w:t xml:space="preserve">̣ </w:t>
            </w:r>
            <w:proofErr w:type="spellStart"/>
            <w:r>
              <w:rPr>
                <w:szCs w:val="26"/>
              </w:rPr>
              <w:t>Tư</w:t>
            </w:r>
            <w:proofErr w:type="spellEnd"/>
            <w:r>
              <w:rPr>
                <w:szCs w:val="26"/>
              </w:rPr>
              <w:t xml:space="preserve"> </w:t>
            </w:r>
            <w:proofErr w:type="spellStart"/>
            <w:r>
              <w:rPr>
                <w:szCs w:val="26"/>
              </w:rPr>
              <w:t>pháp</w:t>
            </w:r>
            <w:proofErr w:type="spellEnd"/>
            <w:r>
              <w:rPr>
                <w:szCs w:val="26"/>
              </w:rPr>
              <w:t xml:space="preserve">, Ban </w:t>
            </w:r>
            <w:proofErr w:type="spellStart"/>
            <w:r>
              <w:rPr>
                <w:szCs w:val="26"/>
              </w:rPr>
              <w:t>soạn</w:t>
            </w:r>
            <w:proofErr w:type="spellEnd"/>
            <w:r>
              <w:rPr>
                <w:szCs w:val="26"/>
              </w:rPr>
              <w:t xml:space="preserve"> </w:t>
            </w:r>
            <w:proofErr w:type="spellStart"/>
            <w:r>
              <w:rPr>
                <w:szCs w:val="26"/>
              </w:rPr>
              <w:t>thảo</w:t>
            </w:r>
            <w:proofErr w:type="spellEnd"/>
            <w:r>
              <w:rPr>
                <w:szCs w:val="26"/>
              </w:rPr>
              <w:t xml:space="preserve"> </w:t>
            </w:r>
            <w:proofErr w:type="spellStart"/>
            <w:r>
              <w:rPr>
                <w:szCs w:val="26"/>
              </w:rPr>
              <w:t>đa</w:t>
            </w:r>
            <w:proofErr w:type="spellEnd"/>
            <w:r>
              <w:rPr>
                <w:szCs w:val="26"/>
              </w:rPr>
              <w:t xml:space="preserve">̃ </w:t>
            </w:r>
            <w:proofErr w:type="spellStart"/>
            <w:r>
              <w:rPr>
                <w:szCs w:val="26"/>
              </w:rPr>
              <w:t>nghiên</w:t>
            </w:r>
            <w:proofErr w:type="spellEnd"/>
            <w:r>
              <w:rPr>
                <w:szCs w:val="26"/>
              </w:rPr>
              <w:t xml:space="preserve"> </w:t>
            </w:r>
            <w:proofErr w:type="spellStart"/>
            <w:r>
              <w:rPr>
                <w:szCs w:val="26"/>
              </w:rPr>
              <w:t>cứu</w:t>
            </w:r>
            <w:proofErr w:type="spellEnd"/>
            <w:r>
              <w:rPr>
                <w:szCs w:val="26"/>
              </w:rPr>
              <w:t xml:space="preserve">, </w:t>
            </w:r>
            <w:proofErr w:type="spellStart"/>
            <w:r>
              <w:rPr>
                <w:szCs w:val="26"/>
              </w:rPr>
              <w:t>chỉnh</w:t>
            </w:r>
            <w:proofErr w:type="spellEnd"/>
            <w:r>
              <w:rPr>
                <w:szCs w:val="26"/>
              </w:rPr>
              <w:t xml:space="preserve"> </w:t>
            </w:r>
            <w:proofErr w:type="spellStart"/>
            <w:r>
              <w:rPr>
                <w:szCs w:val="26"/>
              </w:rPr>
              <w:t>ly</w:t>
            </w:r>
            <w:proofErr w:type="spellEnd"/>
            <w:r>
              <w:rPr>
                <w:szCs w:val="26"/>
              </w:rPr>
              <w:t xml:space="preserve">́ </w:t>
            </w:r>
            <w:proofErr w:type="spellStart"/>
            <w:r>
              <w:rPr>
                <w:szCs w:val="26"/>
              </w:rPr>
              <w:t>lại</w:t>
            </w:r>
            <w:proofErr w:type="spellEnd"/>
            <w:r>
              <w:rPr>
                <w:szCs w:val="26"/>
              </w:rPr>
              <w:t xml:space="preserve"> </w:t>
            </w:r>
            <w:proofErr w:type="spellStart"/>
            <w:r>
              <w:rPr>
                <w:szCs w:val="26"/>
              </w:rPr>
              <w:t>dư</w:t>
            </w:r>
            <w:proofErr w:type="spellEnd"/>
            <w:r>
              <w:rPr>
                <w:szCs w:val="26"/>
              </w:rPr>
              <w:t xml:space="preserve">̣ </w:t>
            </w:r>
            <w:proofErr w:type="spellStart"/>
            <w:r>
              <w:rPr>
                <w:szCs w:val="26"/>
              </w:rPr>
              <w:t>thảo</w:t>
            </w:r>
            <w:proofErr w:type="spellEnd"/>
            <w:r>
              <w:rPr>
                <w:szCs w:val="26"/>
              </w:rPr>
              <w:t xml:space="preserve"> Thông </w:t>
            </w:r>
            <w:proofErr w:type="spellStart"/>
            <w:r>
              <w:rPr>
                <w:szCs w:val="26"/>
              </w:rPr>
              <w:t>tư</w:t>
            </w:r>
            <w:proofErr w:type="spellEnd"/>
            <w:r>
              <w:rPr>
                <w:szCs w:val="26"/>
              </w:rPr>
              <w:t xml:space="preserve"> chủ </w:t>
            </w:r>
            <w:proofErr w:type="spellStart"/>
            <w:r>
              <w:rPr>
                <w:szCs w:val="26"/>
              </w:rPr>
              <w:t>yếu</w:t>
            </w:r>
            <w:proofErr w:type="spellEnd"/>
            <w:r>
              <w:rPr>
                <w:szCs w:val="26"/>
              </w:rPr>
              <w:t xml:space="preserve"> </w:t>
            </w:r>
            <w:proofErr w:type="spellStart"/>
            <w:r>
              <w:rPr>
                <w:szCs w:val="26"/>
              </w:rPr>
              <w:t>tập</w:t>
            </w:r>
            <w:proofErr w:type="spellEnd"/>
            <w:r>
              <w:rPr>
                <w:szCs w:val="26"/>
              </w:rPr>
              <w:t xml:space="preserve"> </w:t>
            </w:r>
            <w:proofErr w:type="spellStart"/>
            <w:r>
              <w:rPr>
                <w:szCs w:val="26"/>
              </w:rPr>
              <w:t>trung</w:t>
            </w:r>
            <w:proofErr w:type="spellEnd"/>
            <w:r>
              <w:rPr>
                <w:szCs w:val="26"/>
              </w:rPr>
              <w:t xml:space="preserve"> </w:t>
            </w:r>
            <w:proofErr w:type="spellStart"/>
            <w:r>
              <w:rPr>
                <w:szCs w:val="26"/>
              </w:rPr>
              <w:t>vào</w:t>
            </w:r>
            <w:proofErr w:type="spellEnd"/>
            <w:r>
              <w:rPr>
                <w:szCs w:val="26"/>
              </w:rPr>
              <w:t xml:space="preserve"> </w:t>
            </w:r>
            <w:proofErr w:type="spellStart"/>
            <w:r>
              <w:rPr>
                <w:szCs w:val="26"/>
              </w:rPr>
              <w:t>xây</w:t>
            </w:r>
            <w:proofErr w:type="spellEnd"/>
            <w:r>
              <w:rPr>
                <w:szCs w:val="26"/>
              </w:rPr>
              <w:t xml:space="preserve"> </w:t>
            </w:r>
            <w:proofErr w:type="spellStart"/>
            <w:r>
              <w:rPr>
                <w:szCs w:val="26"/>
              </w:rPr>
              <w:t>dựng</w:t>
            </w:r>
            <w:proofErr w:type="spellEnd"/>
            <w:r>
              <w:rPr>
                <w:szCs w:val="26"/>
              </w:rPr>
              <w:t xml:space="preserve"> </w:t>
            </w:r>
            <w:proofErr w:type="spellStart"/>
            <w:r>
              <w:rPr>
                <w:szCs w:val="26"/>
              </w:rPr>
              <w:t>các</w:t>
            </w:r>
            <w:proofErr w:type="spellEnd"/>
            <w:r>
              <w:rPr>
                <w:szCs w:val="26"/>
              </w:rPr>
              <w:t xml:space="preserve"> </w:t>
            </w:r>
            <w:proofErr w:type="spellStart"/>
            <w:r>
              <w:rPr>
                <w:szCs w:val="26"/>
              </w:rPr>
              <w:t>tiêu</w:t>
            </w:r>
            <w:proofErr w:type="spellEnd"/>
            <w:r>
              <w:rPr>
                <w:szCs w:val="26"/>
              </w:rPr>
              <w:t xml:space="preserve"> </w:t>
            </w:r>
            <w:proofErr w:type="spellStart"/>
            <w:r>
              <w:rPr>
                <w:szCs w:val="26"/>
              </w:rPr>
              <w:t>chuẩn</w:t>
            </w:r>
            <w:proofErr w:type="spellEnd"/>
            <w:r>
              <w:rPr>
                <w:szCs w:val="26"/>
              </w:rPr>
              <w:t xml:space="preserve"> </w:t>
            </w:r>
            <w:proofErr w:type="spellStart"/>
            <w:r>
              <w:rPr>
                <w:szCs w:val="26"/>
              </w:rPr>
              <w:t>chuyên</w:t>
            </w:r>
            <w:proofErr w:type="spellEnd"/>
            <w:r>
              <w:rPr>
                <w:szCs w:val="26"/>
              </w:rPr>
              <w:t xml:space="preserve"> </w:t>
            </w:r>
            <w:proofErr w:type="spellStart"/>
            <w:r>
              <w:rPr>
                <w:szCs w:val="26"/>
              </w:rPr>
              <w:t>môn</w:t>
            </w:r>
            <w:proofErr w:type="spellEnd"/>
            <w:r>
              <w:rPr>
                <w:szCs w:val="26"/>
              </w:rPr>
              <w:t xml:space="preserve">, </w:t>
            </w:r>
            <w:proofErr w:type="spellStart"/>
            <w:r>
              <w:rPr>
                <w:szCs w:val="26"/>
              </w:rPr>
              <w:t>nghiệp</w:t>
            </w:r>
            <w:proofErr w:type="spellEnd"/>
            <w:r>
              <w:rPr>
                <w:szCs w:val="26"/>
              </w:rPr>
              <w:t xml:space="preserve"> vụ </w:t>
            </w:r>
            <w:proofErr w:type="spellStart"/>
            <w:r>
              <w:rPr>
                <w:szCs w:val="26"/>
              </w:rPr>
              <w:t>của</w:t>
            </w:r>
            <w:proofErr w:type="spellEnd"/>
            <w:r>
              <w:rPr>
                <w:szCs w:val="26"/>
              </w:rPr>
              <w:t xml:space="preserve"> </w:t>
            </w:r>
            <w:proofErr w:type="spellStart"/>
            <w:r>
              <w:rPr>
                <w:szCs w:val="26"/>
              </w:rPr>
              <w:t>công</w:t>
            </w:r>
            <w:proofErr w:type="spellEnd"/>
            <w:r>
              <w:rPr>
                <w:szCs w:val="26"/>
              </w:rPr>
              <w:t xml:space="preserve"> </w:t>
            </w:r>
            <w:proofErr w:type="spellStart"/>
            <w:r>
              <w:rPr>
                <w:szCs w:val="26"/>
              </w:rPr>
              <w:t>chức</w:t>
            </w:r>
            <w:proofErr w:type="spellEnd"/>
            <w:r>
              <w:rPr>
                <w:szCs w:val="26"/>
              </w:rPr>
              <w:t xml:space="preserve">, </w:t>
            </w:r>
            <w:proofErr w:type="spellStart"/>
            <w:r>
              <w:rPr>
                <w:szCs w:val="26"/>
              </w:rPr>
              <w:t>viên</w:t>
            </w:r>
            <w:proofErr w:type="spellEnd"/>
            <w:r>
              <w:rPr>
                <w:szCs w:val="26"/>
              </w:rPr>
              <w:t xml:space="preserve"> </w:t>
            </w:r>
            <w:proofErr w:type="spellStart"/>
            <w:r>
              <w:rPr>
                <w:szCs w:val="26"/>
              </w:rPr>
              <w:t>chức</w:t>
            </w:r>
            <w:proofErr w:type="spellEnd"/>
            <w:r>
              <w:rPr>
                <w:szCs w:val="26"/>
              </w:rPr>
              <w:t xml:space="preserve"> </w:t>
            </w:r>
            <w:proofErr w:type="spellStart"/>
            <w:r>
              <w:rPr>
                <w:szCs w:val="26"/>
              </w:rPr>
              <w:t>chuyên</w:t>
            </w:r>
            <w:proofErr w:type="spellEnd"/>
            <w:r>
              <w:rPr>
                <w:szCs w:val="26"/>
              </w:rPr>
              <w:t xml:space="preserve"> </w:t>
            </w:r>
            <w:proofErr w:type="spellStart"/>
            <w:r>
              <w:rPr>
                <w:szCs w:val="26"/>
              </w:rPr>
              <w:t>ngành</w:t>
            </w:r>
            <w:proofErr w:type="spellEnd"/>
            <w:r>
              <w:rPr>
                <w:szCs w:val="26"/>
              </w:rPr>
              <w:t xml:space="preserve"> </w:t>
            </w:r>
            <w:proofErr w:type="spellStart"/>
            <w:r>
              <w:rPr>
                <w:szCs w:val="26"/>
              </w:rPr>
              <w:t>kiểm</w:t>
            </w:r>
            <w:proofErr w:type="spellEnd"/>
            <w:r>
              <w:rPr>
                <w:szCs w:val="26"/>
              </w:rPr>
              <w:t xml:space="preserve"> </w:t>
            </w:r>
            <w:proofErr w:type="spellStart"/>
            <w:r>
              <w:rPr>
                <w:szCs w:val="26"/>
              </w:rPr>
              <w:t>soát</w:t>
            </w:r>
            <w:proofErr w:type="spellEnd"/>
            <w:r>
              <w:rPr>
                <w:szCs w:val="26"/>
              </w:rPr>
              <w:t xml:space="preserve"> </w:t>
            </w:r>
            <w:proofErr w:type="spellStart"/>
            <w:r>
              <w:rPr>
                <w:szCs w:val="26"/>
              </w:rPr>
              <w:t>viên</w:t>
            </w:r>
            <w:proofErr w:type="spellEnd"/>
            <w:r>
              <w:rPr>
                <w:szCs w:val="26"/>
              </w:rPr>
              <w:t xml:space="preserve"> </w:t>
            </w:r>
            <w:proofErr w:type="spellStart"/>
            <w:r>
              <w:rPr>
                <w:szCs w:val="26"/>
              </w:rPr>
              <w:t>chất</w:t>
            </w:r>
            <w:proofErr w:type="spellEnd"/>
            <w:r>
              <w:rPr>
                <w:szCs w:val="26"/>
              </w:rPr>
              <w:t xml:space="preserve"> </w:t>
            </w:r>
            <w:proofErr w:type="spellStart"/>
            <w:r>
              <w:rPr>
                <w:szCs w:val="26"/>
              </w:rPr>
              <w:t>lượng</w:t>
            </w:r>
            <w:proofErr w:type="spellEnd"/>
            <w:r>
              <w:rPr>
                <w:szCs w:val="26"/>
              </w:rPr>
              <w:t xml:space="preserve"> </w:t>
            </w:r>
            <w:proofErr w:type="spellStart"/>
            <w:r>
              <w:rPr>
                <w:szCs w:val="26"/>
              </w:rPr>
              <w:t>sản</w:t>
            </w:r>
            <w:proofErr w:type="spellEnd"/>
            <w:r>
              <w:rPr>
                <w:szCs w:val="26"/>
              </w:rPr>
              <w:t xml:space="preserve"> </w:t>
            </w:r>
            <w:proofErr w:type="spellStart"/>
            <w:r>
              <w:rPr>
                <w:szCs w:val="26"/>
              </w:rPr>
              <w:t>phẩm</w:t>
            </w:r>
            <w:proofErr w:type="spellEnd"/>
            <w:r>
              <w:rPr>
                <w:szCs w:val="26"/>
              </w:rPr>
              <w:t xml:space="preserve">, </w:t>
            </w:r>
            <w:proofErr w:type="spellStart"/>
            <w:r>
              <w:rPr>
                <w:szCs w:val="26"/>
              </w:rPr>
              <w:t>hàng</w:t>
            </w:r>
            <w:proofErr w:type="spellEnd"/>
            <w:r>
              <w:rPr>
                <w:szCs w:val="26"/>
              </w:rPr>
              <w:t xml:space="preserve"> </w:t>
            </w:r>
            <w:proofErr w:type="spellStart"/>
            <w:r>
              <w:rPr>
                <w:szCs w:val="26"/>
              </w:rPr>
              <w:t>hóa</w:t>
            </w:r>
            <w:proofErr w:type="spellEnd"/>
            <w:r>
              <w:rPr>
                <w:szCs w:val="26"/>
              </w:rPr>
              <w:t xml:space="preserve"> </w:t>
            </w:r>
            <w:proofErr w:type="spellStart"/>
            <w:r w:rsidRPr="008B4107">
              <w:rPr>
                <w:szCs w:val="26"/>
              </w:rPr>
              <w:t>theo</w:t>
            </w:r>
            <w:proofErr w:type="spellEnd"/>
            <w:r w:rsidRPr="008B4107">
              <w:rPr>
                <w:szCs w:val="26"/>
              </w:rPr>
              <w:t xml:space="preserve"> </w:t>
            </w:r>
            <w:proofErr w:type="spellStart"/>
            <w:r w:rsidRPr="008B4107">
              <w:rPr>
                <w:szCs w:val="26"/>
              </w:rPr>
              <w:t>quy</w:t>
            </w:r>
            <w:proofErr w:type="spellEnd"/>
            <w:r w:rsidRPr="008B4107">
              <w:rPr>
                <w:szCs w:val="26"/>
              </w:rPr>
              <w:t xml:space="preserve"> </w:t>
            </w:r>
            <w:proofErr w:type="spellStart"/>
            <w:r w:rsidRPr="008B4107">
              <w:rPr>
                <w:szCs w:val="26"/>
              </w:rPr>
              <w:t>định</w:t>
            </w:r>
            <w:proofErr w:type="spellEnd"/>
            <w:r w:rsidRPr="008B4107">
              <w:rPr>
                <w:szCs w:val="26"/>
              </w:rPr>
              <w:t xml:space="preserve"> </w:t>
            </w:r>
            <w:proofErr w:type="spellStart"/>
            <w:r w:rsidRPr="008B4107">
              <w:rPr>
                <w:szCs w:val="26"/>
              </w:rPr>
              <w:t>tại</w:t>
            </w:r>
            <w:proofErr w:type="spellEnd"/>
            <w:r w:rsidRPr="008B4107">
              <w:rPr>
                <w:szCs w:val="26"/>
              </w:rPr>
              <w:t xml:space="preserve"> </w:t>
            </w:r>
            <w:proofErr w:type="spellStart"/>
            <w:r w:rsidRPr="008B4107">
              <w:rPr>
                <w:szCs w:val="26"/>
              </w:rPr>
              <w:t>khoản</w:t>
            </w:r>
            <w:proofErr w:type="spellEnd"/>
            <w:r w:rsidRPr="008B4107">
              <w:rPr>
                <w:szCs w:val="26"/>
              </w:rPr>
              <w:t xml:space="preserve"> 4 </w:t>
            </w:r>
            <w:proofErr w:type="spellStart"/>
            <w:r w:rsidRPr="008B4107">
              <w:rPr>
                <w:szCs w:val="26"/>
              </w:rPr>
              <w:t>Điều</w:t>
            </w:r>
            <w:proofErr w:type="spellEnd"/>
            <w:r w:rsidRPr="008B4107">
              <w:rPr>
                <w:szCs w:val="26"/>
              </w:rPr>
              <w:t xml:space="preserve"> 16 </w:t>
            </w:r>
            <w:proofErr w:type="spellStart"/>
            <w:r w:rsidRPr="008B4107">
              <w:rPr>
                <w:szCs w:val="26"/>
              </w:rPr>
              <w:t>Nghị</w:t>
            </w:r>
            <w:proofErr w:type="spellEnd"/>
            <w:r w:rsidRPr="008B4107">
              <w:rPr>
                <w:szCs w:val="26"/>
              </w:rPr>
              <w:t xml:space="preserve"> </w:t>
            </w:r>
            <w:proofErr w:type="spellStart"/>
            <w:r w:rsidRPr="008B4107">
              <w:rPr>
                <w:szCs w:val="26"/>
              </w:rPr>
              <w:t>định</w:t>
            </w:r>
            <w:proofErr w:type="spellEnd"/>
            <w:r w:rsidRPr="008B4107">
              <w:rPr>
                <w:szCs w:val="26"/>
              </w:rPr>
              <w:t xml:space="preserve"> </w:t>
            </w:r>
            <w:proofErr w:type="spellStart"/>
            <w:r w:rsidRPr="008B4107">
              <w:rPr>
                <w:szCs w:val="26"/>
              </w:rPr>
              <w:t>số</w:t>
            </w:r>
            <w:proofErr w:type="spellEnd"/>
            <w:r w:rsidRPr="008B4107">
              <w:rPr>
                <w:szCs w:val="26"/>
              </w:rPr>
              <w:t xml:space="preserve"> 37/2026/NĐ-CP</w:t>
            </w:r>
            <w:r>
              <w:rPr>
                <w:szCs w:val="26"/>
              </w:rPr>
              <w:t xml:space="preserve">; </w:t>
            </w:r>
            <w:proofErr w:type="spellStart"/>
            <w:r w:rsidRPr="008B4107">
              <w:rPr>
                <w:szCs w:val="26"/>
              </w:rPr>
              <w:t>không</w:t>
            </w:r>
            <w:proofErr w:type="spellEnd"/>
            <w:r w:rsidRPr="008B4107">
              <w:rPr>
                <w:szCs w:val="26"/>
              </w:rPr>
              <w:t xml:space="preserve"> </w:t>
            </w:r>
            <w:proofErr w:type="spellStart"/>
            <w:r w:rsidRPr="008B4107">
              <w:rPr>
                <w:szCs w:val="26"/>
              </w:rPr>
              <w:t>thay</w:t>
            </w:r>
            <w:proofErr w:type="spellEnd"/>
            <w:r w:rsidRPr="008B4107">
              <w:rPr>
                <w:szCs w:val="26"/>
              </w:rPr>
              <w:t xml:space="preserve"> </w:t>
            </w:r>
            <w:proofErr w:type="spellStart"/>
            <w:r w:rsidRPr="008B4107">
              <w:rPr>
                <w:szCs w:val="26"/>
              </w:rPr>
              <w:t>thế</w:t>
            </w:r>
            <w:proofErr w:type="spellEnd"/>
            <w:r>
              <w:rPr>
                <w:szCs w:val="26"/>
              </w:rPr>
              <w:t xml:space="preserve"> </w:t>
            </w:r>
            <w:proofErr w:type="spellStart"/>
            <w:r>
              <w:rPr>
                <w:szCs w:val="26"/>
              </w:rPr>
              <w:t>hoặc</w:t>
            </w:r>
            <w:proofErr w:type="spellEnd"/>
            <w:r w:rsidRPr="008B4107">
              <w:rPr>
                <w:szCs w:val="26"/>
              </w:rPr>
              <w:t xml:space="preserve"> </w:t>
            </w:r>
            <w:proofErr w:type="spellStart"/>
            <w:r w:rsidRPr="008B4107">
              <w:rPr>
                <w:szCs w:val="26"/>
              </w:rPr>
              <w:t>điều</w:t>
            </w:r>
            <w:proofErr w:type="spellEnd"/>
            <w:r w:rsidRPr="008B4107">
              <w:rPr>
                <w:szCs w:val="26"/>
              </w:rPr>
              <w:t xml:space="preserve"> </w:t>
            </w:r>
            <w:proofErr w:type="spellStart"/>
            <w:r w:rsidRPr="008B4107">
              <w:rPr>
                <w:szCs w:val="26"/>
              </w:rPr>
              <w:t>chỉnh</w:t>
            </w:r>
            <w:proofErr w:type="spellEnd"/>
            <w:r w:rsidRPr="008B4107">
              <w:rPr>
                <w:szCs w:val="26"/>
              </w:rPr>
              <w:t xml:space="preserve"> </w:t>
            </w:r>
            <w:proofErr w:type="spellStart"/>
            <w:r>
              <w:rPr>
                <w:szCs w:val="26"/>
              </w:rPr>
              <w:t>các</w:t>
            </w:r>
            <w:proofErr w:type="spellEnd"/>
            <w:r>
              <w:rPr>
                <w:szCs w:val="26"/>
              </w:rPr>
              <w:t xml:space="preserve"> </w:t>
            </w:r>
            <w:proofErr w:type="spellStart"/>
            <w:r w:rsidRPr="008B4107">
              <w:rPr>
                <w:szCs w:val="26"/>
              </w:rPr>
              <w:t>nội</w:t>
            </w:r>
            <w:proofErr w:type="spellEnd"/>
            <w:r w:rsidRPr="008B4107">
              <w:rPr>
                <w:szCs w:val="26"/>
              </w:rPr>
              <w:t xml:space="preserve"> dung </w:t>
            </w:r>
            <w:proofErr w:type="spellStart"/>
            <w:r>
              <w:rPr>
                <w:szCs w:val="26"/>
              </w:rPr>
              <w:t>liên</w:t>
            </w:r>
            <w:proofErr w:type="spellEnd"/>
            <w:r>
              <w:rPr>
                <w:szCs w:val="26"/>
              </w:rPr>
              <w:t xml:space="preserve"> </w:t>
            </w:r>
            <w:proofErr w:type="spellStart"/>
            <w:r>
              <w:rPr>
                <w:szCs w:val="26"/>
              </w:rPr>
              <w:t>quan</w:t>
            </w:r>
            <w:proofErr w:type="spellEnd"/>
            <w:r>
              <w:rPr>
                <w:szCs w:val="26"/>
              </w:rPr>
              <w:t xml:space="preserve"> </w:t>
            </w:r>
            <w:proofErr w:type="spellStart"/>
            <w:r>
              <w:rPr>
                <w:szCs w:val="26"/>
              </w:rPr>
              <w:t>đến</w:t>
            </w:r>
            <w:proofErr w:type="spellEnd"/>
            <w:r w:rsidRPr="008B4107">
              <w:rPr>
                <w:szCs w:val="26"/>
              </w:rPr>
              <w:t xml:space="preserve"> </w:t>
            </w:r>
            <w:proofErr w:type="spellStart"/>
            <w:r w:rsidRPr="008B4107">
              <w:rPr>
                <w:szCs w:val="26"/>
              </w:rPr>
              <w:t>vị</w:t>
            </w:r>
            <w:proofErr w:type="spellEnd"/>
            <w:r w:rsidRPr="008B4107">
              <w:rPr>
                <w:szCs w:val="26"/>
              </w:rPr>
              <w:t xml:space="preserve"> </w:t>
            </w:r>
            <w:proofErr w:type="spellStart"/>
            <w:r w:rsidRPr="008B4107">
              <w:rPr>
                <w:szCs w:val="26"/>
              </w:rPr>
              <w:t>trí</w:t>
            </w:r>
            <w:proofErr w:type="spellEnd"/>
            <w:r w:rsidRPr="008B4107">
              <w:rPr>
                <w:szCs w:val="26"/>
              </w:rPr>
              <w:t xml:space="preserve"> </w:t>
            </w:r>
            <w:proofErr w:type="spellStart"/>
            <w:r w:rsidRPr="008B4107">
              <w:rPr>
                <w:szCs w:val="26"/>
              </w:rPr>
              <w:t>việc</w:t>
            </w:r>
            <w:proofErr w:type="spellEnd"/>
            <w:r w:rsidRPr="008B4107">
              <w:rPr>
                <w:szCs w:val="26"/>
              </w:rPr>
              <w:t xml:space="preserve"> </w:t>
            </w:r>
            <w:proofErr w:type="spellStart"/>
            <w:r w:rsidRPr="008B4107">
              <w:rPr>
                <w:szCs w:val="26"/>
              </w:rPr>
              <w:t>làm</w:t>
            </w:r>
            <w:proofErr w:type="spellEnd"/>
            <w:r w:rsidRPr="008B4107">
              <w:rPr>
                <w:szCs w:val="26"/>
              </w:rPr>
              <w:t xml:space="preserve">, </w:t>
            </w:r>
            <w:proofErr w:type="spellStart"/>
            <w:r w:rsidRPr="008B4107">
              <w:rPr>
                <w:szCs w:val="26"/>
              </w:rPr>
              <w:t>khung</w:t>
            </w:r>
            <w:proofErr w:type="spellEnd"/>
            <w:r w:rsidRPr="008B4107">
              <w:rPr>
                <w:szCs w:val="26"/>
              </w:rPr>
              <w:t xml:space="preserve"> </w:t>
            </w:r>
            <w:proofErr w:type="spellStart"/>
            <w:r w:rsidRPr="008B4107">
              <w:rPr>
                <w:szCs w:val="26"/>
              </w:rPr>
              <w:t>năng</w:t>
            </w:r>
            <w:proofErr w:type="spellEnd"/>
            <w:r w:rsidRPr="008B4107">
              <w:rPr>
                <w:szCs w:val="26"/>
              </w:rPr>
              <w:t xml:space="preserve"> </w:t>
            </w:r>
            <w:proofErr w:type="spellStart"/>
            <w:r w:rsidRPr="008B4107">
              <w:rPr>
                <w:szCs w:val="26"/>
              </w:rPr>
              <w:t>lực</w:t>
            </w:r>
            <w:proofErr w:type="spellEnd"/>
            <w:r w:rsidRPr="008B4107">
              <w:rPr>
                <w:szCs w:val="26"/>
              </w:rPr>
              <w:t xml:space="preserve"> </w:t>
            </w:r>
            <w:proofErr w:type="spellStart"/>
            <w:r>
              <w:rPr>
                <w:szCs w:val="26"/>
              </w:rPr>
              <w:t>đối</w:t>
            </w:r>
            <w:proofErr w:type="spellEnd"/>
            <w:r>
              <w:rPr>
                <w:szCs w:val="26"/>
              </w:rPr>
              <w:t xml:space="preserve"> </w:t>
            </w:r>
            <w:proofErr w:type="spellStart"/>
            <w:r>
              <w:rPr>
                <w:szCs w:val="26"/>
              </w:rPr>
              <w:t>với</w:t>
            </w:r>
            <w:proofErr w:type="spellEnd"/>
            <w:r w:rsidRPr="008B4107">
              <w:rPr>
                <w:szCs w:val="26"/>
              </w:rPr>
              <w:t xml:space="preserve"> </w:t>
            </w:r>
            <w:proofErr w:type="spellStart"/>
            <w:r w:rsidRPr="008B4107">
              <w:rPr>
                <w:szCs w:val="26"/>
              </w:rPr>
              <w:t>công</w:t>
            </w:r>
            <w:proofErr w:type="spellEnd"/>
            <w:r w:rsidRPr="008B4107">
              <w:rPr>
                <w:szCs w:val="26"/>
              </w:rPr>
              <w:t xml:space="preserve"> </w:t>
            </w:r>
            <w:proofErr w:type="spellStart"/>
            <w:r w:rsidRPr="008B4107">
              <w:rPr>
                <w:szCs w:val="26"/>
              </w:rPr>
              <w:t>chức</w:t>
            </w:r>
            <w:proofErr w:type="spellEnd"/>
            <w:r w:rsidRPr="008B4107">
              <w:rPr>
                <w:szCs w:val="26"/>
              </w:rPr>
              <w:t xml:space="preserve">, </w:t>
            </w:r>
            <w:proofErr w:type="spellStart"/>
            <w:r w:rsidRPr="008B4107">
              <w:rPr>
                <w:szCs w:val="26"/>
              </w:rPr>
              <w:t>viên</w:t>
            </w:r>
            <w:proofErr w:type="spellEnd"/>
            <w:r w:rsidRPr="008B4107">
              <w:rPr>
                <w:szCs w:val="26"/>
              </w:rPr>
              <w:t xml:space="preserve"> </w:t>
            </w:r>
            <w:proofErr w:type="spellStart"/>
            <w:r w:rsidRPr="008B4107">
              <w:rPr>
                <w:szCs w:val="26"/>
              </w:rPr>
              <w:t>chức</w:t>
            </w:r>
            <w:proofErr w:type="spellEnd"/>
            <w:r w:rsidRPr="008B4107">
              <w:rPr>
                <w:szCs w:val="26"/>
              </w:rPr>
              <w:t xml:space="preserve"> </w:t>
            </w:r>
            <w:proofErr w:type="spellStart"/>
            <w:r>
              <w:rPr>
                <w:szCs w:val="26"/>
              </w:rPr>
              <w:t>chuyên</w:t>
            </w:r>
            <w:proofErr w:type="spellEnd"/>
            <w:r>
              <w:rPr>
                <w:szCs w:val="26"/>
              </w:rPr>
              <w:t xml:space="preserve"> </w:t>
            </w:r>
            <w:proofErr w:type="spellStart"/>
            <w:r>
              <w:rPr>
                <w:szCs w:val="26"/>
              </w:rPr>
              <w:t>ngành</w:t>
            </w:r>
            <w:proofErr w:type="spellEnd"/>
            <w:r>
              <w:rPr>
                <w:szCs w:val="26"/>
              </w:rPr>
              <w:t xml:space="preserve"> </w:t>
            </w:r>
            <w:proofErr w:type="spellStart"/>
            <w:r>
              <w:rPr>
                <w:szCs w:val="26"/>
              </w:rPr>
              <w:t>kiểm</w:t>
            </w:r>
            <w:proofErr w:type="spellEnd"/>
            <w:r>
              <w:rPr>
                <w:szCs w:val="26"/>
              </w:rPr>
              <w:t xml:space="preserve"> </w:t>
            </w:r>
            <w:proofErr w:type="spellStart"/>
            <w:r>
              <w:rPr>
                <w:szCs w:val="26"/>
              </w:rPr>
              <w:t>soát</w:t>
            </w:r>
            <w:proofErr w:type="spellEnd"/>
            <w:r>
              <w:rPr>
                <w:szCs w:val="26"/>
              </w:rPr>
              <w:t xml:space="preserve"> </w:t>
            </w:r>
            <w:proofErr w:type="spellStart"/>
            <w:r>
              <w:rPr>
                <w:szCs w:val="26"/>
              </w:rPr>
              <w:t>viên</w:t>
            </w:r>
            <w:proofErr w:type="spellEnd"/>
            <w:r>
              <w:rPr>
                <w:szCs w:val="26"/>
              </w:rPr>
              <w:t xml:space="preserve"> </w:t>
            </w:r>
            <w:proofErr w:type="spellStart"/>
            <w:r>
              <w:rPr>
                <w:szCs w:val="26"/>
              </w:rPr>
              <w:t>chất</w:t>
            </w:r>
            <w:proofErr w:type="spellEnd"/>
            <w:r>
              <w:rPr>
                <w:szCs w:val="26"/>
              </w:rPr>
              <w:t xml:space="preserve"> </w:t>
            </w:r>
            <w:proofErr w:type="spellStart"/>
            <w:r>
              <w:rPr>
                <w:szCs w:val="26"/>
              </w:rPr>
              <w:t>lượng</w:t>
            </w:r>
            <w:proofErr w:type="spellEnd"/>
            <w:r>
              <w:rPr>
                <w:szCs w:val="26"/>
              </w:rPr>
              <w:t xml:space="preserve"> </w:t>
            </w:r>
            <w:proofErr w:type="spellStart"/>
            <w:r>
              <w:rPr>
                <w:szCs w:val="26"/>
              </w:rPr>
              <w:t>sản</w:t>
            </w:r>
            <w:proofErr w:type="spellEnd"/>
            <w:r>
              <w:rPr>
                <w:szCs w:val="26"/>
              </w:rPr>
              <w:t xml:space="preserve"> </w:t>
            </w:r>
            <w:proofErr w:type="spellStart"/>
            <w:r>
              <w:rPr>
                <w:szCs w:val="26"/>
              </w:rPr>
              <w:t>phẩm</w:t>
            </w:r>
            <w:proofErr w:type="spellEnd"/>
            <w:r>
              <w:rPr>
                <w:szCs w:val="26"/>
              </w:rPr>
              <w:t xml:space="preserve">, </w:t>
            </w:r>
            <w:proofErr w:type="spellStart"/>
            <w:r>
              <w:rPr>
                <w:szCs w:val="26"/>
              </w:rPr>
              <w:t>hàng</w:t>
            </w:r>
            <w:proofErr w:type="spellEnd"/>
            <w:r>
              <w:rPr>
                <w:szCs w:val="26"/>
              </w:rPr>
              <w:t xml:space="preserve"> </w:t>
            </w:r>
            <w:proofErr w:type="spellStart"/>
            <w:r>
              <w:rPr>
                <w:szCs w:val="26"/>
              </w:rPr>
              <w:t>hóa</w:t>
            </w:r>
            <w:proofErr w:type="spellEnd"/>
            <w:r>
              <w:rPr>
                <w:szCs w:val="26"/>
              </w:rPr>
              <w:t xml:space="preserve"> sẽ có </w:t>
            </w:r>
            <w:proofErr w:type="spellStart"/>
            <w:r>
              <w:rPr>
                <w:szCs w:val="26"/>
              </w:rPr>
              <w:t>văn</w:t>
            </w:r>
            <w:proofErr w:type="spellEnd"/>
            <w:r>
              <w:rPr>
                <w:szCs w:val="26"/>
              </w:rPr>
              <w:t xml:space="preserve"> </w:t>
            </w:r>
            <w:proofErr w:type="spellStart"/>
            <w:r>
              <w:rPr>
                <w:szCs w:val="26"/>
              </w:rPr>
              <w:t>bản</w:t>
            </w:r>
            <w:proofErr w:type="spellEnd"/>
            <w:r>
              <w:rPr>
                <w:szCs w:val="26"/>
              </w:rPr>
              <w:t xml:space="preserve"> </w:t>
            </w:r>
            <w:proofErr w:type="spellStart"/>
            <w:r>
              <w:rPr>
                <w:szCs w:val="26"/>
              </w:rPr>
              <w:t>hướng</w:t>
            </w:r>
            <w:proofErr w:type="spellEnd"/>
            <w:r>
              <w:rPr>
                <w:szCs w:val="26"/>
              </w:rPr>
              <w:t xml:space="preserve"> </w:t>
            </w:r>
            <w:proofErr w:type="spellStart"/>
            <w:r>
              <w:rPr>
                <w:szCs w:val="26"/>
              </w:rPr>
              <w:t>dẫn</w:t>
            </w:r>
            <w:proofErr w:type="spellEnd"/>
            <w:r>
              <w:rPr>
                <w:szCs w:val="26"/>
              </w:rPr>
              <w:t xml:space="preserve"> </w:t>
            </w:r>
            <w:proofErr w:type="spellStart"/>
            <w:r>
              <w:rPr>
                <w:szCs w:val="26"/>
              </w:rPr>
              <w:t>riêng</w:t>
            </w:r>
            <w:proofErr w:type="spellEnd"/>
            <w:r>
              <w:rPr>
                <w:szCs w:val="26"/>
              </w:rPr>
              <w:t xml:space="preserve">. Vì </w:t>
            </w:r>
            <w:proofErr w:type="spellStart"/>
            <w:r>
              <w:rPr>
                <w:szCs w:val="26"/>
              </w:rPr>
              <w:t>vậy</w:t>
            </w:r>
            <w:proofErr w:type="spellEnd"/>
            <w:r>
              <w:rPr>
                <w:szCs w:val="26"/>
              </w:rPr>
              <w:t xml:space="preserve">, </w:t>
            </w:r>
            <w:proofErr w:type="spellStart"/>
            <w:r>
              <w:rPr>
                <w:szCs w:val="26"/>
              </w:rPr>
              <w:t>các</w:t>
            </w:r>
            <w:proofErr w:type="spellEnd"/>
            <w:r>
              <w:rPr>
                <w:szCs w:val="26"/>
              </w:rPr>
              <w:t xml:space="preserve"> </w:t>
            </w:r>
            <w:proofErr w:type="spellStart"/>
            <w:r>
              <w:rPr>
                <w:szCs w:val="26"/>
              </w:rPr>
              <w:t>nội</w:t>
            </w:r>
            <w:proofErr w:type="spellEnd"/>
            <w:r>
              <w:rPr>
                <w:szCs w:val="26"/>
              </w:rPr>
              <w:t xml:space="preserve"> dung </w:t>
            </w:r>
            <w:proofErr w:type="spellStart"/>
            <w:r>
              <w:rPr>
                <w:szCs w:val="26"/>
              </w:rPr>
              <w:t>góp</w:t>
            </w:r>
            <w:proofErr w:type="spellEnd"/>
            <w:r>
              <w:rPr>
                <w:szCs w:val="26"/>
              </w:rPr>
              <w:t xml:space="preserve"> ý </w:t>
            </w:r>
            <w:proofErr w:type="spellStart"/>
            <w:r>
              <w:rPr>
                <w:szCs w:val="26"/>
              </w:rPr>
              <w:t>của</w:t>
            </w:r>
            <w:proofErr w:type="spellEnd"/>
            <w:r>
              <w:rPr>
                <w:szCs w:val="26"/>
              </w:rPr>
              <w:t xml:space="preserve"> </w:t>
            </w:r>
            <w:proofErr w:type="spellStart"/>
            <w:r w:rsidRPr="00B844A8">
              <w:t>Vụ</w:t>
            </w:r>
            <w:proofErr w:type="spellEnd"/>
            <w:r w:rsidRPr="00B844A8">
              <w:t xml:space="preserve"> </w:t>
            </w:r>
            <w:proofErr w:type="spellStart"/>
            <w:r w:rsidRPr="00B844A8">
              <w:t>Đánh</w:t>
            </w:r>
            <w:proofErr w:type="spellEnd"/>
            <w:r w:rsidRPr="00B844A8">
              <w:t xml:space="preserve"> </w:t>
            </w:r>
            <w:proofErr w:type="spellStart"/>
            <w:r w:rsidRPr="00B844A8">
              <w:t>giá</w:t>
            </w:r>
            <w:proofErr w:type="spellEnd"/>
            <w:r w:rsidRPr="00B844A8">
              <w:t xml:space="preserve"> </w:t>
            </w:r>
            <w:proofErr w:type="spellStart"/>
            <w:r w:rsidRPr="00B844A8">
              <w:t>và</w:t>
            </w:r>
            <w:proofErr w:type="spellEnd"/>
            <w:r w:rsidRPr="00B844A8">
              <w:t xml:space="preserve"> </w:t>
            </w:r>
            <w:proofErr w:type="spellStart"/>
            <w:r w:rsidRPr="00B844A8">
              <w:t>Thẩm</w:t>
            </w:r>
            <w:proofErr w:type="spellEnd"/>
            <w:r w:rsidRPr="00B844A8">
              <w:t xml:space="preserve"> </w:t>
            </w:r>
            <w:proofErr w:type="spellStart"/>
            <w:r w:rsidRPr="00B844A8">
              <w:t>định</w:t>
            </w:r>
            <w:proofErr w:type="spellEnd"/>
            <w:r w:rsidRPr="00B844A8">
              <w:t xml:space="preserve"> </w:t>
            </w:r>
            <w:proofErr w:type="spellStart"/>
            <w:r w:rsidRPr="00B844A8">
              <w:t>công</w:t>
            </w:r>
            <w:proofErr w:type="spellEnd"/>
            <w:r w:rsidRPr="00B844A8">
              <w:t xml:space="preserve"> </w:t>
            </w:r>
            <w:proofErr w:type="spellStart"/>
            <w:r w:rsidRPr="00B844A8">
              <w:t>nghệ</w:t>
            </w:r>
            <w:proofErr w:type="spellEnd"/>
            <w:r>
              <w:t xml:space="preserve"> sẽ </w:t>
            </w:r>
            <w:proofErr w:type="spellStart"/>
            <w:r>
              <w:t>được</w:t>
            </w:r>
            <w:proofErr w:type="spellEnd"/>
            <w:r>
              <w:t xml:space="preserve"> </w:t>
            </w:r>
            <w:proofErr w:type="spellStart"/>
            <w:r>
              <w:t>quy</w:t>
            </w:r>
            <w:proofErr w:type="spellEnd"/>
            <w:r>
              <w:t xml:space="preserve"> </w:t>
            </w:r>
            <w:proofErr w:type="spellStart"/>
            <w:r>
              <w:t>định</w:t>
            </w:r>
            <w:proofErr w:type="spellEnd"/>
            <w:r>
              <w:t xml:space="preserve"> cụ </w:t>
            </w:r>
            <w:proofErr w:type="spellStart"/>
            <w:r>
              <w:t>thê</w:t>
            </w:r>
            <w:proofErr w:type="spellEnd"/>
            <w:r>
              <w:t xml:space="preserve">̉ </w:t>
            </w:r>
            <w:proofErr w:type="spellStart"/>
            <w:r>
              <w:t>trong</w:t>
            </w:r>
            <w:proofErr w:type="spellEnd"/>
            <w:r>
              <w:t xml:space="preserve"> </w:t>
            </w:r>
            <w:proofErr w:type="spellStart"/>
            <w:r>
              <w:t>các</w:t>
            </w:r>
            <w:proofErr w:type="spellEnd"/>
            <w:r>
              <w:t xml:space="preserve"> </w:t>
            </w:r>
            <w:proofErr w:type="spellStart"/>
            <w:r>
              <w:t>văn</w:t>
            </w:r>
            <w:proofErr w:type="spellEnd"/>
            <w:r>
              <w:t xml:space="preserve"> </w:t>
            </w:r>
            <w:proofErr w:type="spellStart"/>
            <w:r>
              <w:t>bản</w:t>
            </w:r>
            <w:proofErr w:type="spellEnd"/>
            <w:r>
              <w:t xml:space="preserve"> </w:t>
            </w:r>
            <w:proofErr w:type="spellStart"/>
            <w:r>
              <w:t>tiếp</w:t>
            </w:r>
            <w:proofErr w:type="spellEnd"/>
            <w:r>
              <w:t xml:space="preserve"> </w:t>
            </w:r>
            <w:proofErr w:type="spellStart"/>
            <w:r>
              <w:t>theo</w:t>
            </w:r>
            <w:proofErr w:type="spellEnd"/>
            <w:r>
              <w:t xml:space="preserve"> </w:t>
            </w:r>
            <w:proofErr w:type="spellStart"/>
            <w:r>
              <w:t>của</w:t>
            </w:r>
            <w:proofErr w:type="spellEnd"/>
            <w:r>
              <w:t xml:space="preserve"> </w:t>
            </w:r>
            <w:proofErr w:type="spellStart"/>
            <w:r>
              <w:t>Bô</w:t>
            </w:r>
            <w:proofErr w:type="spellEnd"/>
            <w:r>
              <w:t xml:space="preserve">̣ Khoa </w:t>
            </w:r>
            <w:proofErr w:type="spellStart"/>
            <w:r>
              <w:t>học</w:t>
            </w:r>
            <w:proofErr w:type="spellEnd"/>
            <w:r>
              <w:t xml:space="preserve"> </w:t>
            </w:r>
            <w:proofErr w:type="spellStart"/>
            <w:r>
              <w:t>va</w:t>
            </w:r>
            <w:proofErr w:type="spellEnd"/>
            <w:r>
              <w:t xml:space="preserve">̀ Công </w:t>
            </w:r>
            <w:proofErr w:type="spellStart"/>
            <w:r>
              <w:t>nghê</w:t>
            </w:r>
            <w:proofErr w:type="spellEnd"/>
            <w:r>
              <w:t xml:space="preserve">̣ </w:t>
            </w:r>
            <w:proofErr w:type="spellStart"/>
            <w:r>
              <w:t>vê</w:t>
            </w:r>
            <w:proofErr w:type="spellEnd"/>
            <w:r>
              <w:t xml:space="preserve">̀ </w:t>
            </w:r>
            <w:proofErr w:type="spellStart"/>
            <w:r>
              <w:t>hướng</w:t>
            </w:r>
            <w:proofErr w:type="spellEnd"/>
            <w:r>
              <w:t xml:space="preserve"> </w:t>
            </w:r>
            <w:proofErr w:type="spellStart"/>
            <w:r>
              <w:t>dẫn</w:t>
            </w:r>
            <w:proofErr w:type="spellEnd"/>
            <w:r>
              <w:t xml:space="preserve"> vị trí </w:t>
            </w:r>
            <w:proofErr w:type="spellStart"/>
            <w:r>
              <w:t>việc</w:t>
            </w:r>
            <w:proofErr w:type="spellEnd"/>
            <w:r>
              <w:t xml:space="preserve"> </w:t>
            </w:r>
            <w:proofErr w:type="spellStart"/>
            <w:r>
              <w:t>làm</w:t>
            </w:r>
            <w:proofErr w:type="spellEnd"/>
            <w:r>
              <w:t xml:space="preserve">, </w:t>
            </w:r>
            <w:proofErr w:type="spellStart"/>
            <w:r>
              <w:t>bản</w:t>
            </w:r>
            <w:proofErr w:type="spellEnd"/>
            <w:r>
              <w:t xml:space="preserve"> </w:t>
            </w:r>
            <w:proofErr w:type="spellStart"/>
            <w:r>
              <w:t>mô</w:t>
            </w:r>
            <w:proofErr w:type="spellEnd"/>
            <w:r>
              <w:t xml:space="preserve"> tả </w:t>
            </w:r>
            <w:proofErr w:type="spellStart"/>
            <w:r>
              <w:t>va</w:t>
            </w:r>
            <w:proofErr w:type="spellEnd"/>
            <w:r>
              <w:t xml:space="preserve">̀ </w:t>
            </w:r>
            <w:proofErr w:type="spellStart"/>
            <w:r>
              <w:t>khung</w:t>
            </w:r>
            <w:proofErr w:type="spellEnd"/>
            <w:r>
              <w:t xml:space="preserve"> </w:t>
            </w:r>
            <w:proofErr w:type="spellStart"/>
            <w:r>
              <w:t>năng</w:t>
            </w:r>
            <w:proofErr w:type="spellEnd"/>
            <w:r>
              <w:t xml:space="preserve"> </w:t>
            </w:r>
            <w:proofErr w:type="spellStart"/>
            <w:r>
              <w:t>lực</w:t>
            </w:r>
            <w:proofErr w:type="spellEnd"/>
            <w:r>
              <w:t xml:space="preserve"> </w:t>
            </w:r>
            <w:proofErr w:type="spellStart"/>
            <w:r>
              <w:t>của</w:t>
            </w:r>
            <w:proofErr w:type="spellEnd"/>
            <w:r>
              <w:t xml:space="preserve"> vị trí </w:t>
            </w:r>
            <w:proofErr w:type="spellStart"/>
            <w:r>
              <w:t>việc</w:t>
            </w:r>
            <w:proofErr w:type="spellEnd"/>
            <w:r>
              <w:t xml:space="preserve"> </w:t>
            </w:r>
            <w:proofErr w:type="spellStart"/>
            <w:r>
              <w:t>làm</w:t>
            </w:r>
            <w:proofErr w:type="spellEnd"/>
            <w:r>
              <w:t>.</w:t>
            </w:r>
          </w:p>
        </w:tc>
      </w:tr>
      <w:tr w:rsidR="004C2B3E" w:rsidRPr="004543E3" w14:paraId="38CDD7E9" w14:textId="77777777" w:rsidTr="004C2B3E">
        <w:tc>
          <w:tcPr>
            <w:tcW w:w="1098" w:type="dxa"/>
          </w:tcPr>
          <w:p w14:paraId="2BF77FFC" w14:textId="4FA730E7" w:rsidR="004C2B3E" w:rsidRPr="009A7B97" w:rsidRDefault="002A7D4F" w:rsidP="002A7D4F">
            <w:pPr>
              <w:spacing w:before="120" w:after="120" w:line="240" w:lineRule="auto"/>
              <w:jc w:val="center"/>
              <w:rPr>
                <w:b/>
                <w:bCs/>
              </w:rPr>
            </w:pPr>
            <w:r>
              <w:rPr>
                <w:b/>
                <w:bCs/>
              </w:rPr>
              <w:lastRenderedPageBreak/>
              <w:t>10</w:t>
            </w:r>
          </w:p>
        </w:tc>
        <w:tc>
          <w:tcPr>
            <w:tcW w:w="6127" w:type="dxa"/>
          </w:tcPr>
          <w:p w14:paraId="6FFBC9F2" w14:textId="2862B59C" w:rsidR="004C2B3E" w:rsidRPr="004543E3" w:rsidRDefault="004C2B3E" w:rsidP="001E09DF">
            <w:pPr>
              <w:spacing w:after="0" w:line="240" w:lineRule="auto"/>
              <w:jc w:val="both"/>
              <w:rPr>
                <w:b/>
                <w:bCs/>
              </w:rPr>
            </w:pPr>
            <w:r w:rsidRPr="004543E3">
              <w:rPr>
                <w:b/>
                <w:bCs/>
              </w:rPr>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7C5BA4BB" w14:textId="4B5EA2F2" w:rsidR="004C2B3E" w:rsidRPr="002A7D4F" w:rsidRDefault="004C2B3E" w:rsidP="001E09DF">
            <w:pPr>
              <w:spacing w:after="0" w:line="240" w:lineRule="auto"/>
              <w:jc w:val="both"/>
              <w:rPr>
                <w:spacing w:val="-6"/>
              </w:rPr>
            </w:pPr>
            <w:r w:rsidRPr="002A7D4F">
              <w:rPr>
                <w:spacing w:val="-6"/>
              </w:rPr>
              <w:t xml:space="preserve">- </w:t>
            </w:r>
            <w:proofErr w:type="spellStart"/>
            <w:r w:rsidRPr="002A7D4F">
              <w:rPr>
                <w:spacing w:val="-6"/>
              </w:rPr>
              <w:t>Tại</w:t>
            </w:r>
            <w:proofErr w:type="spellEnd"/>
            <w:r w:rsidRPr="002A7D4F">
              <w:rPr>
                <w:spacing w:val="-6"/>
              </w:rPr>
              <w:t xml:space="preserve"> </w:t>
            </w:r>
            <w:proofErr w:type="spellStart"/>
            <w:r w:rsidRPr="002A7D4F">
              <w:rPr>
                <w:spacing w:val="-6"/>
              </w:rPr>
              <w:t>khoản</w:t>
            </w:r>
            <w:proofErr w:type="spellEnd"/>
            <w:r w:rsidRPr="002A7D4F">
              <w:rPr>
                <w:spacing w:val="-6"/>
              </w:rPr>
              <w:t xml:space="preserve"> 1, </w:t>
            </w:r>
            <w:proofErr w:type="spellStart"/>
            <w:r w:rsidRPr="002A7D4F">
              <w:rPr>
                <w:spacing w:val="-6"/>
              </w:rPr>
              <w:t>khoản</w:t>
            </w:r>
            <w:proofErr w:type="spellEnd"/>
            <w:r w:rsidRPr="002A7D4F">
              <w:rPr>
                <w:spacing w:val="-6"/>
              </w:rPr>
              <w:t xml:space="preserve"> 4, </w:t>
            </w:r>
            <w:proofErr w:type="spellStart"/>
            <w:r w:rsidRPr="002A7D4F">
              <w:rPr>
                <w:spacing w:val="-6"/>
              </w:rPr>
              <w:t>khoản</w:t>
            </w:r>
            <w:proofErr w:type="spellEnd"/>
            <w:r w:rsidRPr="002A7D4F">
              <w:rPr>
                <w:spacing w:val="-6"/>
              </w:rPr>
              <w:t xml:space="preserve"> 5 </w:t>
            </w:r>
            <w:proofErr w:type="spellStart"/>
            <w:r w:rsidRPr="002A7D4F">
              <w:rPr>
                <w:spacing w:val="-6"/>
              </w:rPr>
              <w:t>Điều</w:t>
            </w:r>
            <w:proofErr w:type="spellEnd"/>
            <w:r w:rsidRPr="002A7D4F">
              <w:rPr>
                <w:spacing w:val="-6"/>
              </w:rPr>
              <w:t xml:space="preserve"> 9: </w:t>
            </w:r>
            <w:proofErr w:type="spellStart"/>
            <w:r w:rsidRPr="002A7D4F">
              <w:rPr>
                <w:spacing w:val="-6"/>
              </w:rPr>
              <w:t>đề</w:t>
            </w:r>
            <w:proofErr w:type="spellEnd"/>
            <w:r w:rsidRPr="002A7D4F">
              <w:rPr>
                <w:spacing w:val="-6"/>
              </w:rPr>
              <w:t xml:space="preserve"> </w:t>
            </w:r>
            <w:proofErr w:type="spellStart"/>
            <w:r w:rsidRPr="002A7D4F">
              <w:rPr>
                <w:spacing w:val="-6"/>
              </w:rPr>
              <w:t>nghị</w:t>
            </w:r>
            <w:proofErr w:type="spellEnd"/>
            <w:r w:rsidRPr="002A7D4F">
              <w:rPr>
                <w:spacing w:val="-6"/>
              </w:rPr>
              <w:t xml:space="preserve"> </w:t>
            </w:r>
            <w:proofErr w:type="spellStart"/>
            <w:r w:rsidRPr="002A7D4F">
              <w:rPr>
                <w:spacing w:val="-6"/>
              </w:rPr>
              <w:t>xem</w:t>
            </w:r>
            <w:proofErr w:type="spellEnd"/>
            <w:r w:rsidRPr="002A7D4F">
              <w:rPr>
                <w:spacing w:val="-6"/>
              </w:rPr>
              <w:t xml:space="preserve"> </w:t>
            </w:r>
            <w:proofErr w:type="spellStart"/>
            <w:r w:rsidRPr="002A7D4F">
              <w:rPr>
                <w:spacing w:val="-6"/>
              </w:rPr>
              <w:t>xét</w:t>
            </w:r>
            <w:proofErr w:type="spellEnd"/>
            <w:r w:rsidRPr="002A7D4F">
              <w:rPr>
                <w:spacing w:val="-6"/>
              </w:rPr>
              <w:t xml:space="preserve"> </w:t>
            </w:r>
            <w:proofErr w:type="spellStart"/>
            <w:r w:rsidRPr="002A7D4F">
              <w:rPr>
                <w:spacing w:val="-6"/>
              </w:rPr>
              <w:t>lại</w:t>
            </w:r>
            <w:proofErr w:type="spellEnd"/>
            <w:r w:rsidRPr="002A7D4F">
              <w:rPr>
                <w:spacing w:val="-6"/>
              </w:rPr>
              <w:t xml:space="preserve"> </w:t>
            </w:r>
            <w:proofErr w:type="spellStart"/>
            <w:r w:rsidRPr="002A7D4F">
              <w:rPr>
                <w:spacing w:val="-6"/>
              </w:rPr>
              <w:t>tính</w:t>
            </w:r>
            <w:proofErr w:type="spellEnd"/>
            <w:r w:rsidRPr="002A7D4F">
              <w:rPr>
                <w:spacing w:val="-6"/>
              </w:rPr>
              <w:t xml:space="preserve"> </w:t>
            </w:r>
            <w:proofErr w:type="spellStart"/>
            <w:r w:rsidRPr="002A7D4F">
              <w:rPr>
                <w:spacing w:val="-6"/>
              </w:rPr>
              <w:t>hợp</w:t>
            </w:r>
            <w:proofErr w:type="spellEnd"/>
            <w:r w:rsidRPr="002A7D4F">
              <w:rPr>
                <w:spacing w:val="-6"/>
              </w:rPr>
              <w:t xml:space="preserve"> </w:t>
            </w:r>
            <w:proofErr w:type="spellStart"/>
            <w:r w:rsidRPr="002A7D4F">
              <w:rPr>
                <w:spacing w:val="-6"/>
              </w:rPr>
              <w:t>lý</w:t>
            </w:r>
            <w:proofErr w:type="spellEnd"/>
            <w:r w:rsidRPr="002A7D4F">
              <w:rPr>
                <w:spacing w:val="-6"/>
              </w:rPr>
              <w:t xml:space="preserve"> </w:t>
            </w:r>
            <w:proofErr w:type="spellStart"/>
            <w:r w:rsidRPr="002A7D4F">
              <w:rPr>
                <w:spacing w:val="-6"/>
              </w:rPr>
              <w:t>của</w:t>
            </w:r>
            <w:proofErr w:type="spellEnd"/>
            <w:r w:rsidRPr="002A7D4F">
              <w:rPr>
                <w:spacing w:val="-6"/>
              </w:rPr>
              <w:t xml:space="preserve"> </w:t>
            </w:r>
            <w:proofErr w:type="spellStart"/>
            <w:r w:rsidRPr="002A7D4F">
              <w:rPr>
                <w:spacing w:val="-6"/>
              </w:rPr>
              <w:t>việc</w:t>
            </w:r>
            <w:proofErr w:type="spellEnd"/>
            <w:r w:rsidRPr="002A7D4F">
              <w:rPr>
                <w:spacing w:val="-6"/>
              </w:rPr>
              <w:t xml:space="preserve"> </w:t>
            </w:r>
            <w:proofErr w:type="spellStart"/>
            <w:r w:rsidRPr="002A7D4F">
              <w:rPr>
                <w:spacing w:val="-6"/>
              </w:rPr>
              <w:t>quy</w:t>
            </w:r>
            <w:proofErr w:type="spellEnd"/>
            <w:r w:rsidRPr="002A7D4F">
              <w:rPr>
                <w:spacing w:val="-6"/>
              </w:rPr>
              <w:t xml:space="preserve"> </w:t>
            </w:r>
            <w:proofErr w:type="spellStart"/>
            <w:r w:rsidRPr="002A7D4F">
              <w:rPr>
                <w:spacing w:val="-6"/>
              </w:rPr>
              <w:t>định</w:t>
            </w:r>
            <w:proofErr w:type="spellEnd"/>
            <w:r w:rsidRPr="002A7D4F">
              <w:rPr>
                <w:spacing w:val="-6"/>
              </w:rPr>
              <w:t xml:space="preserve"> </w:t>
            </w:r>
            <w:proofErr w:type="spellStart"/>
            <w:r w:rsidRPr="002A7D4F">
              <w:rPr>
                <w:spacing w:val="-6"/>
              </w:rPr>
              <w:t>nội</w:t>
            </w:r>
            <w:proofErr w:type="spellEnd"/>
            <w:r w:rsidRPr="002A7D4F">
              <w:rPr>
                <w:spacing w:val="-6"/>
              </w:rPr>
              <w:t xml:space="preserve"> dung </w:t>
            </w:r>
            <w:proofErr w:type="spellStart"/>
            <w:r w:rsidRPr="002A7D4F">
              <w:rPr>
                <w:spacing w:val="-6"/>
              </w:rPr>
              <w:t>tại</w:t>
            </w:r>
            <w:proofErr w:type="spellEnd"/>
            <w:r w:rsidRPr="002A7D4F">
              <w:rPr>
                <w:spacing w:val="-6"/>
              </w:rPr>
              <w:t xml:space="preserve"> </w:t>
            </w:r>
            <w:proofErr w:type="spellStart"/>
            <w:r w:rsidRPr="002A7D4F">
              <w:rPr>
                <w:spacing w:val="-6"/>
              </w:rPr>
              <w:t>các</w:t>
            </w:r>
            <w:proofErr w:type="spellEnd"/>
            <w:r w:rsidRPr="002A7D4F">
              <w:rPr>
                <w:spacing w:val="-6"/>
              </w:rPr>
              <w:t xml:space="preserve"> </w:t>
            </w:r>
            <w:proofErr w:type="spellStart"/>
            <w:r w:rsidRPr="002A7D4F">
              <w:rPr>
                <w:spacing w:val="-6"/>
              </w:rPr>
              <w:t>khoản</w:t>
            </w:r>
            <w:proofErr w:type="spellEnd"/>
            <w:r w:rsidRPr="002A7D4F">
              <w:rPr>
                <w:spacing w:val="-6"/>
              </w:rPr>
              <w:t xml:space="preserve"> </w:t>
            </w:r>
            <w:proofErr w:type="spellStart"/>
            <w:r w:rsidRPr="002A7D4F">
              <w:rPr>
                <w:spacing w:val="-6"/>
              </w:rPr>
              <w:t>trên</w:t>
            </w:r>
            <w:proofErr w:type="spellEnd"/>
            <w:r w:rsidRPr="002A7D4F">
              <w:rPr>
                <w:spacing w:val="-6"/>
              </w:rPr>
              <w:t xml:space="preserve"> </w:t>
            </w:r>
            <w:proofErr w:type="spellStart"/>
            <w:r w:rsidRPr="002A7D4F">
              <w:rPr>
                <w:spacing w:val="-6"/>
              </w:rPr>
              <w:t>tại</w:t>
            </w:r>
            <w:proofErr w:type="spellEnd"/>
            <w:r w:rsidRPr="002A7D4F">
              <w:rPr>
                <w:spacing w:val="-6"/>
              </w:rPr>
              <w:t xml:space="preserve"> </w:t>
            </w:r>
            <w:proofErr w:type="spellStart"/>
            <w:r w:rsidRPr="002A7D4F">
              <w:rPr>
                <w:spacing w:val="-6"/>
              </w:rPr>
              <w:t>Điều</w:t>
            </w:r>
            <w:proofErr w:type="spellEnd"/>
            <w:r w:rsidRPr="002A7D4F">
              <w:rPr>
                <w:spacing w:val="-6"/>
              </w:rPr>
              <w:t xml:space="preserve"> </w:t>
            </w:r>
            <w:proofErr w:type="spellStart"/>
            <w:r w:rsidRPr="002A7D4F">
              <w:rPr>
                <w:spacing w:val="-6"/>
              </w:rPr>
              <w:t>khoản</w:t>
            </w:r>
            <w:proofErr w:type="spellEnd"/>
            <w:r w:rsidRPr="002A7D4F">
              <w:rPr>
                <w:spacing w:val="-6"/>
              </w:rPr>
              <w:t xml:space="preserve"> </w:t>
            </w:r>
            <w:proofErr w:type="spellStart"/>
            <w:r w:rsidRPr="002A7D4F">
              <w:rPr>
                <w:spacing w:val="-6"/>
              </w:rPr>
              <w:t>chuyển</w:t>
            </w:r>
            <w:proofErr w:type="spellEnd"/>
            <w:r w:rsidRPr="002A7D4F">
              <w:rPr>
                <w:spacing w:val="-6"/>
              </w:rPr>
              <w:t xml:space="preserve"> </w:t>
            </w:r>
            <w:proofErr w:type="spellStart"/>
            <w:r w:rsidRPr="002A7D4F">
              <w:rPr>
                <w:spacing w:val="-6"/>
              </w:rPr>
              <w:t>tiếp</w:t>
            </w:r>
            <w:proofErr w:type="spellEnd"/>
            <w:r w:rsidRPr="002A7D4F">
              <w:rPr>
                <w:spacing w:val="-6"/>
              </w:rPr>
              <w:t xml:space="preserve"> (</w:t>
            </w:r>
            <w:proofErr w:type="spellStart"/>
            <w:r w:rsidRPr="002A7D4F">
              <w:rPr>
                <w:spacing w:val="-6"/>
              </w:rPr>
              <w:t>quy</w:t>
            </w:r>
            <w:proofErr w:type="spellEnd"/>
            <w:r w:rsidRPr="002A7D4F">
              <w:rPr>
                <w:spacing w:val="-6"/>
              </w:rPr>
              <w:t xml:space="preserve"> </w:t>
            </w:r>
            <w:proofErr w:type="spellStart"/>
            <w:r w:rsidRPr="002A7D4F">
              <w:rPr>
                <w:spacing w:val="-6"/>
              </w:rPr>
              <w:t>định</w:t>
            </w:r>
            <w:proofErr w:type="spellEnd"/>
            <w:r w:rsidRPr="002A7D4F">
              <w:rPr>
                <w:spacing w:val="-6"/>
              </w:rPr>
              <w:t xml:space="preserve"> </w:t>
            </w:r>
            <w:proofErr w:type="spellStart"/>
            <w:r w:rsidRPr="002A7D4F">
              <w:rPr>
                <w:spacing w:val="-6"/>
              </w:rPr>
              <w:t>chuyển</w:t>
            </w:r>
            <w:proofErr w:type="spellEnd"/>
            <w:r w:rsidRPr="002A7D4F">
              <w:rPr>
                <w:spacing w:val="-6"/>
              </w:rPr>
              <w:t xml:space="preserve"> </w:t>
            </w:r>
            <w:proofErr w:type="spellStart"/>
            <w:r w:rsidRPr="002A7D4F">
              <w:rPr>
                <w:spacing w:val="-6"/>
              </w:rPr>
              <w:t>tiếp</w:t>
            </w:r>
            <w:proofErr w:type="spellEnd"/>
            <w:r w:rsidRPr="002A7D4F">
              <w:rPr>
                <w:spacing w:val="-6"/>
              </w:rPr>
              <w:t xml:space="preserve"> </w:t>
            </w:r>
            <w:proofErr w:type="spellStart"/>
            <w:r w:rsidRPr="002A7D4F">
              <w:rPr>
                <w:spacing w:val="-6"/>
              </w:rPr>
              <w:t>là</w:t>
            </w:r>
            <w:proofErr w:type="spellEnd"/>
            <w:r w:rsidRPr="002A7D4F">
              <w:rPr>
                <w:spacing w:val="-6"/>
              </w:rPr>
              <w:t xml:space="preserve"> </w:t>
            </w:r>
            <w:proofErr w:type="spellStart"/>
            <w:r w:rsidRPr="002A7D4F">
              <w:rPr>
                <w:spacing w:val="-6"/>
              </w:rPr>
              <w:t>các</w:t>
            </w:r>
            <w:proofErr w:type="spellEnd"/>
            <w:r w:rsidRPr="002A7D4F">
              <w:rPr>
                <w:spacing w:val="-6"/>
              </w:rPr>
              <w:t xml:space="preserve"> </w:t>
            </w:r>
            <w:proofErr w:type="spellStart"/>
            <w:r w:rsidRPr="002A7D4F">
              <w:rPr>
                <w:spacing w:val="-6"/>
              </w:rPr>
              <w:t>điều</w:t>
            </w:r>
            <w:proofErr w:type="spellEnd"/>
            <w:r w:rsidRPr="002A7D4F">
              <w:rPr>
                <w:spacing w:val="-6"/>
              </w:rPr>
              <w:t xml:space="preserve"> </w:t>
            </w:r>
            <w:proofErr w:type="spellStart"/>
            <w:r w:rsidRPr="002A7D4F">
              <w:rPr>
                <w:spacing w:val="-6"/>
              </w:rPr>
              <w:t>khoản</w:t>
            </w:r>
            <w:proofErr w:type="spellEnd"/>
            <w:r w:rsidRPr="002A7D4F">
              <w:rPr>
                <w:spacing w:val="-6"/>
              </w:rPr>
              <w:t xml:space="preserve"> </w:t>
            </w:r>
            <w:proofErr w:type="spellStart"/>
            <w:r w:rsidRPr="002A7D4F">
              <w:rPr>
                <w:spacing w:val="-6"/>
              </w:rPr>
              <w:t>giải</w:t>
            </w:r>
            <w:proofErr w:type="spellEnd"/>
            <w:r w:rsidRPr="002A7D4F">
              <w:rPr>
                <w:spacing w:val="-6"/>
              </w:rPr>
              <w:t xml:space="preserve"> </w:t>
            </w:r>
            <w:proofErr w:type="spellStart"/>
            <w:r w:rsidRPr="002A7D4F">
              <w:rPr>
                <w:spacing w:val="-6"/>
              </w:rPr>
              <w:t>quyết</w:t>
            </w:r>
            <w:proofErr w:type="spellEnd"/>
            <w:r w:rsidRPr="002A7D4F">
              <w:rPr>
                <w:spacing w:val="-6"/>
              </w:rPr>
              <w:t xml:space="preserve"> </w:t>
            </w:r>
            <w:proofErr w:type="spellStart"/>
            <w:r w:rsidRPr="002A7D4F">
              <w:rPr>
                <w:spacing w:val="-6"/>
              </w:rPr>
              <w:t>việc</w:t>
            </w:r>
            <w:proofErr w:type="spellEnd"/>
            <w:r w:rsidRPr="002A7D4F">
              <w:rPr>
                <w:spacing w:val="-6"/>
              </w:rPr>
              <w:t xml:space="preserve"> </w:t>
            </w:r>
            <w:proofErr w:type="spellStart"/>
            <w:r w:rsidRPr="002A7D4F">
              <w:rPr>
                <w:spacing w:val="-6"/>
              </w:rPr>
              <w:t>áp</w:t>
            </w:r>
            <w:proofErr w:type="spellEnd"/>
            <w:r w:rsidRPr="002A7D4F">
              <w:rPr>
                <w:spacing w:val="-6"/>
              </w:rPr>
              <w:t xml:space="preserve"> </w:t>
            </w:r>
            <w:proofErr w:type="spellStart"/>
            <w:r w:rsidRPr="002A7D4F">
              <w:rPr>
                <w:spacing w:val="-6"/>
              </w:rPr>
              <w:t>dụng</w:t>
            </w:r>
            <w:proofErr w:type="spellEnd"/>
            <w:r w:rsidRPr="002A7D4F">
              <w:rPr>
                <w:spacing w:val="-6"/>
              </w:rPr>
              <w:t xml:space="preserve"> </w:t>
            </w:r>
            <w:proofErr w:type="spellStart"/>
            <w:r w:rsidRPr="002A7D4F">
              <w:rPr>
                <w:spacing w:val="-6"/>
              </w:rPr>
              <w:t>pháp</w:t>
            </w:r>
            <w:proofErr w:type="spellEnd"/>
            <w:r w:rsidRPr="002A7D4F">
              <w:rPr>
                <w:spacing w:val="-6"/>
              </w:rPr>
              <w:t xml:space="preserve"> </w:t>
            </w:r>
            <w:proofErr w:type="spellStart"/>
            <w:r w:rsidRPr="002A7D4F">
              <w:rPr>
                <w:spacing w:val="-6"/>
              </w:rPr>
              <w:t>luật</w:t>
            </w:r>
            <w:proofErr w:type="spellEnd"/>
            <w:r w:rsidRPr="002A7D4F">
              <w:rPr>
                <w:spacing w:val="-6"/>
              </w:rPr>
              <w:t xml:space="preserve"> </w:t>
            </w:r>
            <w:proofErr w:type="spellStart"/>
            <w:r w:rsidRPr="002A7D4F">
              <w:rPr>
                <w:spacing w:val="-6"/>
              </w:rPr>
              <w:t>đối</w:t>
            </w:r>
            <w:proofErr w:type="spellEnd"/>
            <w:r w:rsidRPr="002A7D4F">
              <w:rPr>
                <w:spacing w:val="-6"/>
              </w:rPr>
              <w:t xml:space="preserve"> </w:t>
            </w:r>
            <w:proofErr w:type="spellStart"/>
            <w:r w:rsidRPr="002A7D4F">
              <w:rPr>
                <w:spacing w:val="-6"/>
              </w:rPr>
              <w:t>với</w:t>
            </w:r>
            <w:proofErr w:type="spellEnd"/>
            <w:r w:rsidRPr="002A7D4F">
              <w:rPr>
                <w:spacing w:val="-6"/>
              </w:rPr>
              <w:t xml:space="preserve"> </w:t>
            </w:r>
            <w:proofErr w:type="spellStart"/>
            <w:r w:rsidRPr="002A7D4F">
              <w:rPr>
                <w:spacing w:val="-6"/>
              </w:rPr>
              <w:t>các</w:t>
            </w:r>
            <w:proofErr w:type="spellEnd"/>
            <w:r w:rsidRPr="002A7D4F">
              <w:rPr>
                <w:spacing w:val="-6"/>
              </w:rPr>
              <w:t xml:space="preserve"> </w:t>
            </w:r>
            <w:proofErr w:type="spellStart"/>
            <w:r w:rsidRPr="002A7D4F">
              <w:rPr>
                <w:spacing w:val="-6"/>
              </w:rPr>
              <w:t>quan</w:t>
            </w:r>
            <w:proofErr w:type="spellEnd"/>
            <w:r w:rsidRPr="002A7D4F">
              <w:rPr>
                <w:spacing w:val="-6"/>
              </w:rPr>
              <w:t xml:space="preserve"> </w:t>
            </w:r>
            <w:proofErr w:type="spellStart"/>
            <w:r w:rsidRPr="002A7D4F">
              <w:rPr>
                <w:spacing w:val="-6"/>
              </w:rPr>
              <w:t>hệ</w:t>
            </w:r>
            <w:proofErr w:type="spellEnd"/>
            <w:r w:rsidRPr="002A7D4F">
              <w:rPr>
                <w:spacing w:val="-6"/>
              </w:rPr>
              <w:t xml:space="preserve"> </w:t>
            </w:r>
            <w:proofErr w:type="spellStart"/>
            <w:r w:rsidRPr="002A7D4F">
              <w:rPr>
                <w:spacing w:val="-6"/>
              </w:rPr>
              <w:t>xã</w:t>
            </w:r>
            <w:proofErr w:type="spellEnd"/>
            <w:r w:rsidRPr="002A7D4F">
              <w:rPr>
                <w:spacing w:val="-6"/>
              </w:rPr>
              <w:t xml:space="preserve"> </w:t>
            </w:r>
            <w:proofErr w:type="spellStart"/>
            <w:r w:rsidRPr="002A7D4F">
              <w:rPr>
                <w:spacing w:val="-6"/>
              </w:rPr>
              <w:t>hội</w:t>
            </w:r>
            <w:proofErr w:type="spellEnd"/>
            <w:r w:rsidRPr="002A7D4F">
              <w:rPr>
                <w:spacing w:val="-6"/>
              </w:rPr>
              <w:t xml:space="preserve"> </w:t>
            </w:r>
            <w:proofErr w:type="spellStart"/>
            <w:r w:rsidRPr="002A7D4F">
              <w:rPr>
                <w:spacing w:val="-6"/>
              </w:rPr>
              <w:t>phát</w:t>
            </w:r>
            <w:proofErr w:type="spellEnd"/>
            <w:r w:rsidRPr="002A7D4F">
              <w:rPr>
                <w:spacing w:val="-6"/>
              </w:rPr>
              <w:t xml:space="preserve"> </w:t>
            </w:r>
            <w:proofErr w:type="spellStart"/>
            <w:r w:rsidRPr="002A7D4F">
              <w:rPr>
                <w:spacing w:val="-6"/>
              </w:rPr>
              <w:t>sinh</w:t>
            </w:r>
            <w:proofErr w:type="spellEnd"/>
            <w:r w:rsidRPr="002A7D4F">
              <w:rPr>
                <w:spacing w:val="-6"/>
              </w:rPr>
              <w:t xml:space="preserve"> </w:t>
            </w:r>
            <w:proofErr w:type="spellStart"/>
            <w:r w:rsidRPr="002A7D4F">
              <w:rPr>
                <w:spacing w:val="-6"/>
              </w:rPr>
              <w:t>trước</w:t>
            </w:r>
            <w:proofErr w:type="spellEnd"/>
            <w:r w:rsidRPr="002A7D4F">
              <w:rPr>
                <w:spacing w:val="-6"/>
              </w:rPr>
              <w:t xml:space="preserve"> </w:t>
            </w:r>
            <w:proofErr w:type="spellStart"/>
            <w:r w:rsidRPr="002A7D4F">
              <w:rPr>
                <w:spacing w:val="-6"/>
              </w:rPr>
              <w:t>thời</w:t>
            </w:r>
            <w:proofErr w:type="spellEnd"/>
            <w:r w:rsidRPr="002A7D4F">
              <w:rPr>
                <w:spacing w:val="-6"/>
              </w:rPr>
              <w:t xml:space="preserve"> </w:t>
            </w:r>
            <w:proofErr w:type="spellStart"/>
            <w:r w:rsidRPr="002A7D4F">
              <w:rPr>
                <w:spacing w:val="-6"/>
              </w:rPr>
              <w:t>điểm</w:t>
            </w:r>
            <w:proofErr w:type="spellEnd"/>
            <w:r w:rsidRPr="002A7D4F">
              <w:rPr>
                <w:spacing w:val="-6"/>
              </w:rPr>
              <w:t xml:space="preserve"> </w:t>
            </w:r>
            <w:proofErr w:type="spellStart"/>
            <w:r w:rsidRPr="002A7D4F">
              <w:rPr>
                <w:spacing w:val="-6"/>
              </w:rPr>
              <w:t>văn</w:t>
            </w:r>
            <w:proofErr w:type="spellEnd"/>
            <w:r w:rsidRPr="002A7D4F">
              <w:rPr>
                <w:spacing w:val="-6"/>
              </w:rPr>
              <w:t xml:space="preserve"> </w:t>
            </w:r>
            <w:proofErr w:type="spellStart"/>
            <w:r w:rsidRPr="002A7D4F">
              <w:rPr>
                <w:spacing w:val="-6"/>
              </w:rPr>
              <w:t>bản</w:t>
            </w:r>
            <w:proofErr w:type="spellEnd"/>
            <w:r w:rsidRPr="002A7D4F">
              <w:rPr>
                <w:spacing w:val="-6"/>
              </w:rPr>
              <w:t xml:space="preserve"> </w:t>
            </w:r>
            <w:proofErr w:type="spellStart"/>
            <w:r w:rsidRPr="002A7D4F">
              <w:rPr>
                <w:spacing w:val="-6"/>
              </w:rPr>
              <w:t>mới</w:t>
            </w:r>
            <w:proofErr w:type="spellEnd"/>
            <w:r w:rsidRPr="002A7D4F">
              <w:rPr>
                <w:spacing w:val="-6"/>
              </w:rPr>
              <w:t xml:space="preserve"> </w:t>
            </w:r>
            <w:proofErr w:type="spellStart"/>
            <w:r w:rsidRPr="002A7D4F">
              <w:rPr>
                <w:spacing w:val="-6"/>
              </w:rPr>
              <w:t>có</w:t>
            </w:r>
            <w:proofErr w:type="spellEnd"/>
            <w:r w:rsidRPr="002A7D4F">
              <w:rPr>
                <w:spacing w:val="-6"/>
              </w:rPr>
              <w:t xml:space="preserve"> </w:t>
            </w:r>
            <w:proofErr w:type="spellStart"/>
            <w:r w:rsidRPr="002A7D4F">
              <w:rPr>
                <w:spacing w:val="-6"/>
              </w:rPr>
              <w:t>hiệu</w:t>
            </w:r>
            <w:proofErr w:type="spellEnd"/>
            <w:r w:rsidRPr="002A7D4F">
              <w:rPr>
                <w:spacing w:val="-6"/>
              </w:rPr>
              <w:t xml:space="preserve"> </w:t>
            </w:r>
            <w:proofErr w:type="spellStart"/>
            <w:r w:rsidRPr="002A7D4F">
              <w:rPr>
                <w:spacing w:val="-6"/>
              </w:rPr>
              <w:t>lực</w:t>
            </w:r>
            <w:proofErr w:type="spellEnd"/>
            <w:r w:rsidRPr="002A7D4F">
              <w:rPr>
                <w:spacing w:val="-6"/>
              </w:rPr>
              <w:t xml:space="preserve"> </w:t>
            </w:r>
            <w:proofErr w:type="spellStart"/>
            <w:r w:rsidRPr="002A7D4F">
              <w:rPr>
                <w:spacing w:val="-6"/>
              </w:rPr>
              <w:t>nhưng</w:t>
            </w:r>
            <w:proofErr w:type="spellEnd"/>
            <w:r w:rsidRPr="002A7D4F">
              <w:rPr>
                <w:spacing w:val="-6"/>
              </w:rPr>
              <w:t xml:space="preserve"> </w:t>
            </w:r>
            <w:proofErr w:type="spellStart"/>
            <w:r w:rsidRPr="002A7D4F">
              <w:rPr>
                <w:spacing w:val="-6"/>
              </w:rPr>
              <w:t>chưa</w:t>
            </w:r>
            <w:proofErr w:type="spellEnd"/>
            <w:r w:rsidRPr="002A7D4F">
              <w:rPr>
                <w:spacing w:val="-6"/>
              </w:rPr>
              <w:t xml:space="preserve"> </w:t>
            </w:r>
            <w:proofErr w:type="spellStart"/>
            <w:r w:rsidRPr="002A7D4F">
              <w:rPr>
                <w:spacing w:val="-6"/>
              </w:rPr>
              <w:t>kết</w:t>
            </w:r>
            <w:proofErr w:type="spellEnd"/>
            <w:r w:rsidRPr="002A7D4F">
              <w:rPr>
                <w:spacing w:val="-6"/>
              </w:rPr>
              <w:t xml:space="preserve"> </w:t>
            </w:r>
            <w:proofErr w:type="spellStart"/>
            <w:r w:rsidRPr="002A7D4F">
              <w:rPr>
                <w:spacing w:val="-6"/>
              </w:rPr>
              <w:t>thúc</w:t>
            </w:r>
            <w:proofErr w:type="spellEnd"/>
            <w:r w:rsidRPr="002A7D4F">
              <w:rPr>
                <w:spacing w:val="-6"/>
              </w:rPr>
              <w:t xml:space="preserve">, </w:t>
            </w:r>
            <w:proofErr w:type="spellStart"/>
            <w:r w:rsidRPr="002A7D4F">
              <w:rPr>
                <w:spacing w:val="-6"/>
              </w:rPr>
              <w:t>đảm</w:t>
            </w:r>
            <w:proofErr w:type="spellEnd"/>
            <w:r w:rsidRPr="002A7D4F">
              <w:rPr>
                <w:spacing w:val="-6"/>
              </w:rPr>
              <w:t xml:space="preserve"> </w:t>
            </w:r>
            <w:proofErr w:type="spellStart"/>
            <w:r w:rsidRPr="002A7D4F">
              <w:rPr>
                <w:spacing w:val="-6"/>
              </w:rPr>
              <w:t>bảo</w:t>
            </w:r>
            <w:proofErr w:type="spellEnd"/>
            <w:r w:rsidRPr="002A7D4F">
              <w:rPr>
                <w:spacing w:val="-6"/>
              </w:rPr>
              <w:t xml:space="preserve"> </w:t>
            </w:r>
            <w:proofErr w:type="spellStart"/>
            <w:r w:rsidRPr="002A7D4F">
              <w:rPr>
                <w:spacing w:val="-6"/>
              </w:rPr>
              <w:t>tính</w:t>
            </w:r>
            <w:proofErr w:type="spellEnd"/>
            <w:r w:rsidRPr="002A7D4F">
              <w:rPr>
                <w:spacing w:val="-6"/>
              </w:rPr>
              <w:t xml:space="preserve"> </w:t>
            </w:r>
            <w:proofErr w:type="spellStart"/>
            <w:r w:rsidRPr="002A7D4F">
              <w:rPr>
                <w:spacing w:val="-6"/>
              </w:rPr>
              <w:t>liên</w:t>
            </w:r>
            <w:proofErr w:type="spellEnd"/>
            <w:r w:rsidRPr="002A7D4F">
              <w:rPr>
                <w:spacing w:val="-6"/>
              </w:rPr>
              <w:t xml:space="preserve"> </w:t>
            </w:r>
            <w:proofErr w:type="spellStart"/>
            <w:r w:rsidRPr="002A7D4F">
              <w:rPr>
                <w:spacing w:val="-6"/>
              </w:rPr>
              <w:t>tục</w:t>
            </w:r>
            <w:proofErr w:type="spellEnd"/>
            <w:r w:rsidRPr="002A7D4F">
              <w:rPr>
                <w:spacing w:val="-6"/>
              </w:rPr>
              <w:t xml:space="preserve">, </w:t>
            </w:r>
            <w:proofErr w:type="spellStart"/>
            <w:r w:rsidRPr="002A7D4F">
              <w:rPr>
                <w:spacing w:val="-6"/>
              </w:rPr>
              <w:t>công</w:t>
            </w:r>
            <w:proofErr w:type="spellEnd"/>
            <w:r w:rsidRPr="002A7D4F">
              <w:rPr>
                <w:spacing w:val="-6"/>
              </w:rPr>
              <w:t xml:space="preserve"> </w:t>
            </w:r>
            <w:proofErr w:type="spellStart"/>
            <w:r w:rsidRPr="002A7D4F">
              <w:rPr>
                <w:spacing w:val="-6"/>
              </w:rPr>
              <w:t>bằng</w:t>
            </w:r>
            <w:proofErr w:type="spellEnd"/>
            <w:r w:rsidRPr="002A7D4F">
              <w:rPr>
                <w:spacing w:val="-6"/>
              </w:rPr>
              <w:t xml:space="preserve"> </w:t>
            </w:r>
            <w:proofErr w:type="spellStart"/>
            <w:r w:rsidRPr="002A7D4F">
              <w:rPr>
                <w:spacing w:val="-6"/>
              </w:rPr>
              <w:t>khi</w:t>
            </w:r>
            <w:proofErr w:type="spellEnd"/>
            <w:r w:rsidRPr="002A7D4F">
              <w:rPr>
                <w:spacing w:val="-6"/>
              </w:rPr>
              <w:t xml:space="preserve"> </w:t>
            </w:r>
            <w:proofErr w:type="spellStart"/>
            <w:r w:rsidRPr="002A7D4F">
              <w:rPr>
                <w:spacing w:val="-6"/>
              </w:rPr>
              <w:t>chuyển</w:t>
            </w:r>
            <w:proofErr w:type="spellEnd"/>
            <w:r w:rsidRPr="002A7D4F">
              <w:rPr>
                <w:spacing w:val="-6"/>
              </w:rPr>
              <w:t xml:space="preserve"> </w:t>
            </w:r>
            <w:proofErr w:type="spellStart"/>
            <w:r w:rsidRPr="002A7D4F">
              <w:rPr>
                <w:spacing w:val="-6"/>
              </w:rPr>
              <w:t>đổi</w:t>
            </w:r>
            <w:proofErr w:type="spellEnd"/>
            <w:r w:rsidRPr="002A7D4F">
              <w:rPr>
                <w:spacing w:val="-6"/>
              </w:rPr>
              <w:t xml:space="preserve"> </w:t>
            </w:r>
            <w:proofErr w:type="spellStart"/>
            <w:r w:rsidRPr="002A7D4F">
              <w:rPr>
                <w:spacing w:val="-6"/>
              </w:rPr>
              <w:t>từ</w:t>
            </w:r>
            <w:proofErr w:type="spellEnd"/>
            <w:r w:rsidRPr="002A7D4F">
              <w:rPr>
                <w:spacing w:val="-6"/>
              </w:rPr>
              <w:t xml:space="preserve"> </w:t>
            </w:r>
            <w:proofErr w:type="spellStart"/>
            <w:r w:rsidRPr="002A7D4F">
              <w:rPr>
                <w:spacing w:val="-6"/>
              </w:rPr>
              <w:t>quy</w:t>
            </w:r>
            <w:proofErr w:type="spellEnd"/>
            <w:r w:rsidRPr="002A7D4F">
              <w:rPr>
                <w:spacing w:val="-6"/>
              </w:rPr>
              <w:t xml:space="preserve"> </w:t>
            </w:r>
            <w:proofErr w:type="spellStart"/>
            <w:r w:rsidRPr="002A7D4F">
              <w:rPr>
                <w:spacing w:val="-6"/>
              </w:rPr>
              <w:t>định</w:t>
            </w:r>
            <w:proofErr w:type="spellEnd"/>
            <w:r w:rsidRPr="002A7D4F">
              <w:rPr>
                <w:spacing w:val="-6"/>
              </w:rPr>
              <w:t xml:space="preserve"> </w:t>
            </w:r>
            <w:proofErr w:type="spellStart"/>
            <w:r w:rsidRPr="002A7D4F">
              <w:rPr>
                <w:spacing w:val="-6"/>
              </w:rPr>
              <w:t>cũ</w:t>
            </w:r>
            <w:proofErr w:type="spellEnd"/>
            <w:r w:rsidRPr="002A7D4F">
              <w:rPr>
                <w:spacing w:val="-6"/>
              </w:rPr>
              <w:t xml:space="preserve"> sang </w:t>
            </w:r>
            <w:proofErr w:type="spellStart"/>
            <w:r w:rsidRPr="002A7D4F">
              <w:rPr>
                <w:spacing w:val="-6"/>
              </w:rPr>
              <w:t>quy</w:t>
            </w:r>
            <w:proofErr w:type="spellEnd"/>
            <w:r w:rsidRPr="002A7D4F">
              <w:rPr>
                <w:spacing w:val="-6"/>
              </w:rPr>
              <w:t xml:space="preserve"> </w:t>
            </w:r>
            <w:proofErr w:type="spellStart"/>
            <w:r w:rsidRPr="002A7D4F">
              <w:rPr>
                <w:spacing w:val="-6"/>
              </w:rPr>
              <w:t>định</w:t>
            </w:r>
            <w:proofErr w:type="spellEnd"/>
            <w:r w:rsidRPr="002A7D4F">
              <w:rPr>
                <w:spacing w:val="-6"/>
              </w:rPr>
              <w:t xml:space="preserve"> </w:t>
            </w:r>
            <w:proofErr w:type="spellStart"/>
            <w:r w:rsidRPr="002A7D4F">
              <w:rPr>
                <w:spacing w:val="-6"/>
              </w:rPr>
              <w:t>mới</w:t>
            </w:r>
            <w:proofErr w:type="spellEnd"/>
            <w:r w:rsidRPr="002A7D4F">
              <w:rPr>
                <w:spacing w:val="-6"/>
              </w:rPr>
              <w:t>).</w:t>
            </w:r>
          </w:p>
        </w:tc>
        <w:tc>
          <w:tcPr>
            <w:tcW w:w="7371" w:type="dxa"/>
          </w:tcPr>
          <w:p w14:paraId="62CBA034" w14:textId="628978CE" w:rsidR="004C2B3E" w:rsidRPr="004543E3" w:rsidRDefault="004C2B3E" w:rsidP="002A7D4F">
            <w:pPr>
              <w:spacing w:before="120" w:after="120" w:line="240" w:lineRule="auto"/>
              <w:jc w:val="both"/>
              <w:rPr>
                <w:szCs w:val="26"/>
              </w:rPr>
            </w:pPr>
            <w:r>
              <w:rPr>
                <w:szCs w:val="26"/>
              </w:rPr>
              <w:t xml:space="preserve">- </w:t>
            </w:r>
            <w:proofErr w:type="spellStart"/>
            <w:r>
              <w:rPr>
                <w:szCs w:val="26"/>
              </w:rPr>
              <w:t>Tiếp</w:t>
            </w:r>
            <w:proofErr w:type="spellEnd"/>
            <w:r>
              <w:rPr>
                <w:szCs w:val="26"/>
              </w:rPr>
              <w:t xml:space="preserve"> </w:t>
            </w:r>
            <w:proofErr w:type="spellStart"/>
            <w:r>
              <w:rPr>
                <w:szCs w:val="26"/>
              </w:rPr>
              <w:t>thu</w:t>
            </w:r>
            <w:proofErr w:type="spellEnd"/>
            <w:r>
              <w:rPr>
                <w:szCs w:val="26"/>
              </w:rPr>
              <w:t xml:space="preserve"> ý </w:t>
            </w:r>
            <w:proofErr w:type="spellStart"/>
            <w:r>
              <w:rPr>
                <w:szCs w:val="26"/>
              </w:rPr>
              <w:t>kiến</w:t>
            </w:r>
            <w:proofErr w:type="spellEnd"/>
            <w:r>
              <w:rPr>
                <w:szCs w:val="26"/>
              </w:rPr>
              <w:t xml:space="preserve"> </w:t>
            </w:r>
            <w:proofErr w:type="spellStart"/>
            <w:r>
              <w:rPr>
                <w:szCs w:val="26"/>
              </w:rPr>
              <w:t>va</w:t>
            </w:r>
            <w:proofErr w:type="spellEnd"/>
            <w:r>
              <w:rPr>
                <w:szCs w:val="26"/>
              </w:rPr>
              <w:t xml:space="preserve">̀ Ban </w:t>
            </w:r>
            <w:proofErr w:type="spellStart"/>
            <w:r>
              <w:rPr>
                <w:szCs w:val="26"/>
              </w:rPr>
              <w:t>soạn</w:t>
            </w:r>
            <w:proofErr w:type="spellEnd"/>
            <w:r>
              <w:rPr>
                <w:szCs w:val="26"/>
              </w:rPr>
              <w:t xml:space="preserve"> </w:t>
            </w:r>
            <w:proofErr w:type="spellStart"/>
            <w:r>
              <w:rPr>
                <w:szCs w:val="26"/>
              </w:rPr>
              <w:t>thảo</w:t>
            </w:r>
            <w:proofErr w:type="spellEnd"/>
            <w:r>
              <w:rPr>
                <w:szCs w:val="26"/>
              </w:rPr>
              <w:t xml:space="preserve"> </w:t>
            </w:r>
            <w:proofErr w:type="spellStart"/>
            <w:r>
              <w:rPr>
                <w:szCs w:val="26"/>
              </w:rPr>
              <w:t>đa</w:t>
            </w:r>
            <w:proofErr w:type="spellEnd"/>
            <w:r>
              <w:rPr>
                <w:szCs w:val="26"/>
              </w:rPr>
              <w:t xml:space="preserve">̃ </w:t>
            </w:r>
            <w:proofErr w:type="spellStart"/>
            <w:r>
              <w:rPr>
                <w:szCs w:val="26"/>
              </w:rPr>
              <w:t>ra</w:t>
            </w:r>
            <w:proofErr w:type="spellEnd"/>
            <w:r>
              <w:rPr>
                <w:szCs w:val="26"/>
              </w:rPr>
              <w:t xml:space="preserve">̀ </w:t>
            </w:r>
            <w:proofErr w:type="spellStart"/>
            <w:r>
              <w:rPr>
                <w:szCs w:val="26"/>
              </w:rPr>
              <w:t>soát</w:t>
            </w:r>
            <w:proofErr w:type="spellEnd"/>
            <w:r>
              <w:rPr>
                <w:szCs w:val="26"/>
              </w:rPr>
              <w:t xml:space="preserve">, </w:t>
            </w:r>
            <w:proofErr w:type="spellStart"/>
            <w:r>
              <w:rPr>
                <w:szCs w:val="26"/>
              </w:rPr>
              <w:t>chỉnh</w:t>
            </w:r>
            <w:proofErr w:type="spellEnd"/>
            <w:r>
              <w:rPr>
                <w:szCs w:val="26"/>
              </w:rPr>
              <w:t xml:space="preserve"> </w:t>
            </w:r>
            <w:proofErr w:type="spellStart"/>
            <w:r>
              <w:rPr>
                <w:szCs w:val="26"/>
              </w:rPr>
              <w:t>ly</w:t>
            </w:r>
            <w:proofErr w:type="spellEnd"/>
            <w:r>
              <w:rPr>
                <w:szCs w:val="26"/>
              </w:rPr>
              <w:t xml:space="preserve">́ </w:t>
            </w:r>
            <w:proofErr w:type="spellStart"/>
            <w:r>
              <w:rPr>
                <w:szCs w:val="26"/>
              </w:rPr>
              <w:t>lại</w:t>
            </w:r>
            <w:proofErr w:type="spellEnd"/>
            <w:r>
              <w:rPr>
                <w:szCs w:val="26"/>
              </w:rPr>
              <w:t xml:space="preserve"> </w:t>
            </w:r>
            <w:proofErr w:type="spellStart"/>
            <w:r>
              <w:rPr>
                <w:szCs w:val="26"/>
              </w:rPr>
              <w:t>các</w:t>
            </w:r>
            <w:proofErr w:type="spellEnd"/>
            <w:r>
              <w:rPr>
                <w:szCs w:val="26"/>
              </w:rPr>
              <w:t xml:space="preserve"> </w:t>
            </w:r>
            <w:proofErr w:type="spellStart"/>
            <w:r>
              <w:rPr>
                <w:szCs w:val="26"/>
              </w:rPr>
              <w:t>nội</w:t>
            </w:r>
            <w:proofErr w:type="spellEnd"/>
            <w:r>
              <w:rPr>
                <w:szCs w:val="26"/>
              </w:rPr>
              <w:t xml:space="preserve"> dung </w:t>
            </w:r>
            <w:proofErr w:type="spellStart"/>
            <w:r>
              <w:rPr>
                <w:szCs w:val="26"/>
              </w:rPr>
              <w:t>trong</w:t>
            </w:r>
            <w:proofErr w:type="spellEnd"/>
            <w:r>
              <w:rPr>
                <w:szCs w:val="26"/>
              </w:rPr>
              <w:t xml:space="preserve"> </w:t>
            </w:r>
            <w:proofErr w:type="spellStart"/>
            <w:r>
              <w:rPr>
                <w:szCs w:val="26"/>
              </w:rPr>
              <w:t>Điều</w:t>
            </w:r>
            <w:proofErr w:type="spellEnd"/>
            <w:r>
              <w:rPr>
                <w:szCs w:val="26"/>
              </w:rPr>
              <w:t xml:space="preserve"> </w:t>
            </w:r>
            <w:proofErr w:type="spellStart"/>
            <w:r>
              <w:rPr>
                <w:szCs w:val="26"/>
              </w:rPr>
              <w:t>khoản</w:t>
            </w:r>
            <w:proofErr w:type="spellEnd"/>
            <w:r>
              <w:rPr>
                <w:szCs w:val="26"/>
              </w:rPr>
              <w:t xml:space="preserve"> </w:t>
            </w:r>
            <w:proofErr w:type="spellStart"/>
            <w:r>
              <w:rPr>
                <w:szCs w:val="26"/>
              </w:rPr>
              <w:t>chuyển</w:t>
            </w:r>
            <w:proofErr w:type="spellEnd"/>
            <w:r>
              <w:rPr>
                <w:szCs w:val="26"/>
              </w:rPr>
              <w:t xml:space="preserve"> </w:t>
            </w:r>
            <w:proofErr w:type="spellStart"/>
            <w:r>
              <w:rPr>
                <w:szCs w:val="26"/>
              </w:rPr>
              <w:t>tiếp</w:t>
            </w:r>
            <w:proofErr w:type="spellEnd"/>
            <w:r>
              <w:rPr>
                <w:szCs w:val="26"/>
              </w:rPr>
              <w:t xml:space="preserve"> </w:t>
            </w:r>
            <w:proofErr w:type="spellStart"/>
            <w:r>
              <w:rPr>
                <w:szCs w:val="26"/>
              </w:rPr>
              <w:t>cho</w:t>
            </w:r>
            <w:proofErr w:type="spellEnd"/>
            <w:r>
              <w:rPr>
                <w:szCs w:val="26"/>
              </w:rPr>
              <w:t xml:space="preserve"> </w:t>
            </w:r>
            <w:proofErr w:type="spellStart"/>
            <w:r>
              <w:rPr>
                <w:szCs w:val="26"/>
              </w:rPr>
              <w:t>phu</w:t>
            </w:r>
            <w:proofErr w:type="spellEnd"/>
            <w:r>
              <w:rPr>
                <w:szCs w:val="26"/>
              </w:rPr>
              <w:t xml:space="preserve">̀ </w:t>
            </w:r>
            <w:proofErr w:type="spellStart"/>
            <w:r>
              <w:rPr>
                <w:szCs w:val="26"/>
              </w:rPr>
              <w:t>hợp</w:t>
            </w:r>
            <w:proofErr w:type="spellEnd"/>
            <w:r>
              <w:rPr>
                <w:szCs w:val="26"/>
              </w:rPr>
              <w:t xml:space="preserve"> </w:t>
            </w:r>
            <w:proofErr w:type="spellStart"/>
            <w:r>
              <w:rPr>
                <w:szCs w:val="26"/>
              </w:rPr>
              <w:t>đê</w:t>
            </w:r>
            <w:proofErr w:type="spellEnd"/>
            <w:r>
              <w:rPr>
                <w:szCs w:val="26"/>
              </w:rPr>
              <w:t xml:space="preserve">̉ </w:t>
            </w:r>
            <w:proofErr w:type="spellStart"/>
            <w:r w:rsidRPr="004543E3">
              <w:t>giải</w:t>
            </w:r>
            <w:proofErr w:type="spellEnd"/>
            <w:r w:rsidRPr="004543E3">
              <w:t xml:space="preserve"> </w:t>
            </w:r>
            <w:proofErr w:type="spellStart"/>
            <w:r w:rsidRPr="004543E3">
              <w:t>quyết</w:t>
            </w:r>
            <w:proofErr w:type="spellEnd"/>
            <w:r w:rsidRPr="004543E3">
              <w:t xml:space="preserve"> </w:t>
            </w:r>
            <w:proofErr w:type="spellStart"/>
            <w:r w:rsidRPr="004543E3">
              <w:t>việc</w:t>
            </w:r>
            <w:proofErr w:type="spellEnd"/>
            <w:r w:rsidRPr="004543E3">
              <w:t xml:space="preserve"> </w:t>
            </w:r>
            <w:proofErr w:type="spellStart"/>
            <w:r w:rsidRPr="004543E3">
              <w:t>áp</w:t>
            </w:r>
            <w:proofErr w:type="spellEnd"/>
            <w:r w:rsidRPr="004543E3">
              <w:t xml:space="preserve"> </w:t>
            </w:r>
            <w:proofErr w:type="spellStart"/>
            <w:r w:rsidRPr="004543E3">
              <w:t>dụng</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các</w:t>
            </w:r>
            <w:proofErr w:type="spellEnd"/>
            <w:r w:rsidRPr="004543E3">
              <w:t xml:space="preserve"> </w:t>
            </w:r>
            <w:proofErr w:type="spellStart"/>
            <w:r w:rsidRPr="004543E3">
              <w:t>quan</w:t>
            </w:r>
            <w:proofErr w:type="spellEnd"/>
            <w:r w:rsidRPr="004543E3">
              <w:t xml:space="preserve"> </w:t>
            </w:r>
            <w:proofErr w:type="spellStart"/>
            <w:r w:rsidRPr="004543E3">
              <w:t>hệ</w:t>
            </w:r>
            <w:proofErr w:type="spellEnd"/>
            <w:r w:rsidRPr="004543E3">
              <w:t xml:space="preserve"> </w:t>
            </w:r>
            <w:proofErr w:type="spellStart"/>
            <w:r w:rsidRPr="004543E3">
              <w:t>xã</w:t>
            </w:r>
            <w:proofErr w:type="spellEnd"/>
            <w:r w:rsidRPr="004543E3">
              <w:t xml:space="preserve"> </w:t>
            </w:r>
            <w:proofErr w:type="spellStart"/>
            <w:r w:rsidRPr="004543E3">
              <w:t>hội</w:t>
            </w:r>
            <w:proofErr w:type="spellEnd"/>
            <w:r w:rsidRPr="004543E3">
              <w:t xml:space="preserve"> </w:t>
            </w:r>
            <w:proofErr w:type="spellStart"/>
            <w:r w:rsidRPr="004543E3">
              <w:t>phát</w:t>
            </w:r>
            <w:proofErr w:type="spellEnd"/>
            <w:r w:rsidRPr="004543E3">
              <w:t xml:space="preserve"> </w:t>
            </w:r>
            <w:proofErr w:type="spellStart"/>
            <w:r w:rsidRPr="004543E3">
              <w:t>sinh</w:t>
            </w:r>
            <w:proofErr w:type="spellEnd"/>
            <w:r w:rsidRPr="004543E3">
              <w:t xml:space="preserve"> </w:t>
            </w:r>
            <w:proofErr w:type="spellStart"/>
            <w:r w:rsidRPr="004543E3">
              <w:t>trước</w:t>
            </w:r>
            <w:proofErr w:type="spellEnd"/>
            <w:r w:rsidRPr="004543E3">
              <w:t xml:space="preserve"> </w:t>
            </w:r>
            <w:proofErr w:type="spellStart"/>
            <w:r w:rsidRPr="004543E3">
              <w:t>thời</w:t>
            </w:r>
            <w:proofErr w:type="spellEnd"/>
            <w:r w:rsidRPr="004543E3">
              <w:t xml:space="preserve"> </w:t>
            </w:r>
            <w:proofErr w:type="spellStart"/>
            <w:r w:rsidRPr="004543E3">
              <w:t>điểm</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mới</w:t>
            </w:r>
            <w:proofErr w:type="spellEnd"/>
            <w:r w:rsidRPr="004543E3">
              <w:t xml:space="preserve"> </w:t>
            </w:r>
            <w:proofErr w:type="spellStart"/>
            <w:r w:rsidRPr="004543E3">
              <w:t>có</w:t>
            </w:r>
            <w:proofErr w:type="spellEnd"/>
            <w:r w:rsidRPr="004543E3">
              <w:t xml:space="preserve"> </w:t>
            </w:r>
            <w:proofErr w:type="spellStart"/>
            <w:r w:rsidRPr="004543E3">
              <w:t>hiệu</w:t>
            </w:r>
            <w:proofErr w:type="spellEnd"/>
            <w:r w:rsidRPr="004543E3">
              <w:t xml:space="preserve"> </w:t>
            </w:r>
            <w:proofErr w:type="spellStart"/>
            <w:r w:rsidRPr="004543E3">
              <w:t>lực</w:t>
            </w:r>
            <w:proofErr w:type="spellEnd"/>
            <w:r w:rsidRPr="004543E3">
              <w:t xml:space="preserve"> </w:t>
            </w:r>
            <w:proofErr w:type="spellStart"/>
            <w:r w:rsidRPr="004543E3">
              <w:t>nhưng</w:t>
            </w:r>
            <w:proofErr w:type="spellEnd"/>
            <w:r w:rsidRPr="004543E3">
              <w:t xml:space="preserve"> </w:t>
            </w:r>
            <w:proofErr w:type="spellStart"/>
            <w:r w:rsidRPr="004543E3">
              <w:t>chưa</w:t>
            </w:r>
            <w:proofErr w:type="spellEnd"/>
            <w:r w:rsidRPr="004543E3">
              <w:t xml:space="preserve"> </w:t>
            </w:r>
            <w:proofErr w:type="spellStart"/>
            <w:r w:rsidRPr="004543E3">
              <w:t>kết</w:t>
            </w:r>
            <w:proofErr w:type="spellEnd"/>
            <w:r w:rsidRPr="004543E3">
              <w:t xml:space="preserve"> </w:t>
            </w:r>
            <w:proofErr w:type="spellStart"/>
            <w:r w:rsidRPr="004543E3">
              <w:t>thúc</w:t>
            </w:r>
            <w:proofErr w:type="spellEnd"/>
            <w:r w:rsidRPr="004543E3">
              <w:t xml:space="preserve">, </w:t>
            </w:r>
            <w:proofErr w:type="spellStart"/>
            <w:r w:rsidRPr="004543E3">
              <w:t>đảm</w:t>
            </w:r>
            <w:proofErr w:type="spellEnd"/>
            <w:r w:rsidRPr="004543E3">
              <w:t xml:space="preserve"> </w:t>
            </w:r>
            <w:proofErr w:type="spellStart"/>
            <w:r w:rsidRPr="004543E3">
              <w:t>bảo</w:t>
            </w:r>
            <w:proofErr w:type="spellEnd"/>
            <w:r w:rsidRPr="004543E3">
              <w:t xml:space="preserve"> </w:t>
            </w:r>
            <w:proofErr w:type="spellStart"/>
            <w:r w:rsidRPr="004543E3">
              <w:t>tính</w:t>
            </w:r>
            <w:proofErr w:type="spellEnd"/>
            <w:r w:rsidRPr="004543E3">
              <w:t xml:space="preserve"> </w:t>
            </w:r>
            <w:proofErr w:type="spellStart"/>
            <w:r w:rsidRPr="004543E3">
              <w:t>liên</w:t>
            </w:r>
            <w:proofErr w:type="spellEnd"/>
            <w:r w:rsidRPr="004543E3">
              <w:t xml:space="preserve"> </w:t>
            </w:r>
            <w:proofErr w:type="spellStart"/>
            <w:r w:rsidRPr="004543E3">
              <w:t>tục</w:t>
            </w:r>
            <w:proofErr w:type="spellEnd"/>
            <w:r w:rsidRPr="004543E3">
              <w:t xml:space="preserve">, </w:t>
            </w:r>
            <w:proofErr w:type="spellStart"/>
            <w:r w:rsidRPr="004543E3">
              <w:t>công</w:t>
            </w:r>
            <w:proofErr w:type="spellEnd"/>
            <w:r w:rsidRPr="004543E3">
              <w:t xml:space="preserve"> </w:t>
            </w:r>
            <w:proofErr w:type="spellStart"/>
            <w:r w:rsidRPr="004543E3">
              <w:t>bằng</w:t>
            </w:r>
            <w:proofErr w:type="spellEnd"/>
            <w:r w:rsidRPr="004543E3">
              <w:t xml:space="preserve"> </w:t>
            </w:r>
            <w:proofErr w:type="spellStart"/>
            <w:r w:rsidRPr="004543E3">
              <w:t>khi</w:t>
            </w:r>
            <w:proofErr w:type="spellEnd"/>
            <w:r w:rsidRPr="004543E3">
              <w:t xml:space="preserve"> </w:t>
            </w:r>
            <w:proofErr w:type="spellStart"/>
            <w:r w:rsidRPr="004543E3">
              <w:t>chuyển</w:t>
            </w:r>
            <w:proofErr w:type="spellEnd"/>
            <w:r w:rsidRPr="004543E3">
              <w:t xml:space="preserve"> </w:t>
            </w:r>
            <w:proofErr w:type="spellStart"/>
            <w:r w:rsidRPr="004543E3">
              <w:t>đổi</w:t>
            </w:r>
            <w:proofErr w:type="spellEnd"/>
            <w:r w:rsidRPr="004543E3">
              <w:t xml:space="preserve"> </w:t>
            </w:r>
            <w:proofErr w:type="spellStart"/>
            <w:r w:rsidRPr="004543E3">
              <w:t>từ</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cũ</w:t>
            </w:r>
            <w:proofErr w:type="spellEnd"/>
            <w:r w:rsidRPr="004543E3">
              <w:t xml:space="preserve"> sang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mới</w:t>
            </w:r>
            <w:proofErr w:type="spellEnd"/>
            <w:r>
              <w:t>.</w:t>
            </w:r>
          </w:p>
        </w:tc>
      </w:tr>
      <w:tr w:rsidR="004C2B3E" w:rsidRPr="004543E3" w14:paraId="4EF6FA0A" w14:textId="77777777" w:rsidTr="004C2B3E">
        <w:tc>
          <w:tcPr>
            <w:tcW w:w="1098" w:type="dxa"/>
          </w:tcPr>
          <w:p w14:paraId="1DD6DD65" w14:textId="53A8F280" w:rsidR="004C2B3E" w:rsidRPr="009A7B97" w:rsidRDefault="002A7D4F" w:rsidP="002A7D4F">
            <w:pPr>
              <w:spacing w:before="120" w:after="120" w:line="240" w:lineRule="auto"/>
              <w:jc w:val="center"/>
              <w:rPr>
                <w:b/>
                <w:bCs/>
              </w:rPr>
            </w:pPr>
            <w:r>
              <w:rPr>
                <w:b/>
                <w:bCs/>
              </w:rPr>
              <w:t>11</w:t>
            </w:r>
          </w:p>
        </w:tc>
        <w:tc>
          <w:tcPr>
            <w:tcW w:w="6127" w:type="dxa"/>
          </w:tcPr>
          <w:p w14:paraId="27B08853" w14:textId="303882EE" w:rsidR="004C2B3E" w:rsidRPr="004543E3" w:rsidRDefault="004C2B3E" w:rsidP="002A7D4F">
            <w:pPr>
              <w:spacing w:before="120" w:after="120" w:line="240" w:lineRule="auto"/>
              <w:jc w:val="both"/>
              <w:rPr>
                <w:b/>
                <w:bCs/>
              </w:rPr>
            </w:pPr>
            <w:r w:rsidRPr="004543E3">
              <w:rPr>
                <w:b/>
                <w:bCs/>
              </w:rPr>
              <w:t xml:space="preserve">Vụ </w:t>
            </w:r>
            <w:proofErr w:type="spellStart"/>
            <w:r w:rsidRPr="004543E3">
              <w:rPr>
                <w:b/>
                <w:bCs/>
              </w:rPr>
              <w:t>Tô</w:t>
            </w:r>
            <w:proofErr w:type="spellEnd"/>
            <w:r w:rsidRPr="004543E3">
              <w:rPr>
                <w:b/>
                <w:bCs/>
              </w:rPr>
              <w:t xml:space="preserve">̉ </w:t>
            </w:r>
            <w:proofErr w:type="spellStart"/>
            <w:r w:rsidRPr="004543E3">
              <w:rPr>
                <w:b/>
                <w:bCs/>
              </w:rPr>
              <w:t>chức</w:t>
            </w:r>
            <w:proofErr w:type="spellEnd"/>
            <w:r w:rsidRPr="004543E3">
              <w:rPr>
                <w:b/>
                <w:bCs/>
              </w:rPr>
              <w:t xml:space="preserve"> </w:t>
            </w:r>
            <w:proofErr w:type="spellStart"/>
            <w:r w:rsidRPr="004543E3">
              <w:rPr>
                <w:b/>
                <w:bCs/>
              </w:rPr>
              <w:t>cán</w:t>
            </w:r>
            <w:proofErr w:type="spellEnd"/>
            <w:r w:rsidRPr="004543E3">
              <w:rPr>
                <w:b/>
                <w:bCs/>
              </w:rPr>
              <w:t xml:space="preserve"> </w:t>
            </w:r>
            <w:proofErr w:type="spellStart"/>
            <w:r w:rsidRPr="004543E3">
              <w:rPr>
                <w:b/>
                <w:bCs/>
              </w:rPr>
              <w:t>bô</w:t>
            </w:r>
            <w:proofErr w:type="spellEnd"/>
            <w:r w:rsidRPr="004543E3">
              <w:rPr>
                <w:b/>
                <w:bCs/>
              </w:rPr>
              <w:t>̣:</w:t>
            </w:r>
          </w:p>
          <w:p w14:paraId="51E653FE" w14:textId="77777777" w:rsidR="004C2B3E" w:rsidRPr="004543E3" w:rsidRDefault="004C2B3E" w:rsidP="002A7D4F">
            <w:pPr>
              <w:spacing w:before="120" w:after="120" w:line="240" w:lineRule="auto"/>
              <w:jc w:val="both"/>
            </w:pPr>
            <w:r w:rsidRPr="004543E3">
              <w:t>-</w:t>
            </w:r>
            <w:r w:rsidRPr="004543E3">
              <w:rPr>
                <w:b/>
                <w:bCs/>
              </w:rPr>
              <w:t xml:space="preserve">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số</w:t>
            </w:r>
            <w:proofErr w:type="spellEnd"/>
            <w:r w:rsidRPr="004543E3">
              <w:t xml:space="preserve"> 80/2025/QH15 </w:t>
            </w:r>
            <w:proofErr w:type="spellStart"/>
            <w:r w:rsidRPr="004543E3">
              <w:t>va</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hướng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hành</w:t>
            </w:r>
            <w:proofErr w:type="spellEnd"/>
            <w:r w:rsidRPr="004543E3">
              <w:t xml:space="preserve"> </w:t>
            </w:r>
            <w:proofErr w:type="spellStart"/>
            <w:r w:rsidRPr="004543E3">
              <w:t>Luật</w:t>
            </w:r>
            <w:proofErr w:type="spellEnd"/>
            <w:r w:rsidRPr="004543E3">
              <w:t xml:space="preserve"> </w:t>
            </w:r>
            <w:proofErr w:type="spellStart"/>
            <w:r w:rsidRPr="004543E3">
              <w:t>không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ban </w:t>
            </w:r>
            <w:proofErr w:type="spellStart"/>
            <w:r w:rsidRPr="004543E3">
              <w:t>hành</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Vì</w:t>
            </w:r>
            <w:proofErr w:type="spellEnd"/>
            <w:r w:rsidRPr="004543E3">
              <w:t xml:space="preserve"> </w:t>
            </w:r>
            <w:proofErr w:type="spellStart"/>
            <w:r w:rsidRPr="004543E3">
              <w:t>vậy</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sự</w:t>
            </w:r>
            <w:proofErr w:type="spellEnd"/>
            <w:r w:rsidRPr="004543E3">
              <w:t xml:space="preserve"> </w:t>
            </w:r>
            <w:proofErr w:type="spellStart"/>
            <w:r w:rsidRPr="004543E3">
              <w:t>cần</w:t>
            </w:r>
            <w:proofErr w:type="spellEnd"/>
            <w:r w:rsidRPr="004543E3">
              <w:t xml:space="preserve"> </w:t>
            </w:r>
            <w:proofErr w:type="spellStart"/>
            <w:r w:rsidRPr="004543E3">
              <w:t>thiết</w:t>
            </w:r>
            <w:proofErr w:type="spellEnd"/>
            <w:r w:rsidRPr="004543E3">
              <w:t xml:space="preserve"> ban </w:t>
            </w:r>
            <w:proofErr w:type="spellStart"/>
            <w:r w:rsidRPr="004543E3">
              <w:t>hành</w:t>
            </w:r>
            <w:proofErr w:type="spellEnd"/>
            <w:r w:rsidRPr="004543E3">
              <w:t xml:space="preserve"> mã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nghiệp</w:t>
            </w:r>
            <w:proofErr w:type="spellEnd"/>
            <w:r w:rsidRPr="004543E3">
              <w:t xml:space="preserve"> vụ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chuyên</w:t>
            </w:r>
            <w:proofErr w:type="spellEnd"/>
            <w:r w:rsidRPr="004543E3">
              <w:t xml:space="preserve"> </w:t>
            </w:r>
            <w:proofErr w:type="spellStart"/>
            <w:r w:rsidRPr="004543E3">
              <w:t>ngành</w:t>
            </w:r>
            <w:proofErr w:type="spellEnd"/>
            <w:r w:rsidRPr="004543E3">
              <w:t xml:space="preserve"> </w:t>
            </w:r>
            <w:proofErr w:type="spellStart"/>
            <w:r w:rsidRPr="004543E3">
              <w:t>kiểm</w:t>
            </w:r>
            <w:proofErr w:type="spellEnd"/>
            <w:r w:rsidRPr="004543E3">
              <w:t xml:space="preserve"> </w:t>
            </w:r>
            <w:proofErr w:type="spellStart"/>
            <w:r w:rsidRPr="004543E3">
              <w:t>soát</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w:t>
            </w:r>
          </w:p>
          <w:p w14:paraId="17C116C0" w14:textId="77777777" w:rsidR="004C2B3E" w:rsidRPr="004543E3" w:rsidRDefault="004C2B3E" w:rsidP="002A7D4F">
            <w:pPr>
              <w:spacing w:before="120" w:after="120" w:line="240" w:lineRule="auto"/>
              <w:jc w:val="both"/>
            </w:pPr>
            <w:r w:rsidRPr="004543E3">
              <w:t xml:space="preserve">- </w:t>
            </w:r>
            <w:proofErr w:type="spellStart"/>
            <w:r w:rsidRPr="004543E3">
              <w:t>Luật</w:t>
            </w:r>
            <w:proofErr w:type="spellEnd"/>
            <w:r w:rsidRPr="004543E3">
              <w:t xml:space="preserve"> Viên </w:t>
            </w:r>
            <w:proofErr w:type="spellStart"/>
            <w:r w:rsidRPr="004543E3">
              <w:t>chức</w:t>
            </w:r>
            <w:proofErr w:type="spellEnd"/>
            <w:r w:rsidRPr="004543E3">
              <w:t xml:space="preserve"> </w:t>
            </w:r>
            <w:proofErr w:type="spellStart"/>
            <w:r w:rsidRPr="004543E3">
              <w:t>số</w:t>
            </w:r>
            <w:proofErr w:type="spellEnd"/>
            <w:r w:rsidRPr="004543E3">
              <w:t xml:space="preserve"> 129/2025/QH15 </w:t>
            </w:r>
            <w:proofErr w:type="spellStart"/>
            <w:r w:rsidRPr="004543E3">
              <w:t>có</w:t>
            </w:r>
            <w:proofErr w:type="spellEnd"/>
            <w:r w:rsidRPr="004543E3">
              <w:t xml:space="preserve"> </w:t>
            </w:r>
            <w:proofErr w:type="spellStart"/>
            <w:r w:rsidRPr="004543E3">
              <w:t>hiệu</w:t>
            </w:r>
            <w:proofErr w:type="spellEnd"/>
            <w:r w:rsidRPr="004543E3">
              <w:t xml:space="preserve"> </w:t>
            </w:r>
            <w:proofErr w:type="spellStart"/>
            <w:r w:rsidRPr="004543E3">
              <w:t>lực</w:t>
            </w:r>
            <w:proofErr w:type="spellEnd"/>
            <w:r w:rsidRPr="004543E3">
              <w:t xml:space="preserve"> </w:t>
            </w:r>
            <w:proofErr w:type="spellStart"/>
            <w:r w:rsidRPr="004543E3">
              <w:t>từ</w:t>
            </w:r>
            <w:proofErr w:type="spellEnd"/>
            <w:r w:rsidRPr="004543E3">
              <w:t xml:space="preserve"> 01/7/2026 </w:t>
            </w:r>
            <w:proofErr w:type="spellStart"/>
            <w:r w:rsidRPr="004543E3">
              <w:t>đa</w:t>
            </w:r>
            <w:proofErr w:type="spellEnd"/>
            <w:r w:rsidRPr="004543E3">
              <w:t xml:space="preserve">̃ </w:t>
            </w:r>
            <w:proofErr w:type="spellStart"/>
            <w:r w:rsidRPr="004543E3">
              <w:t>thay</w:t>
            </w:r>
            <w:proofErr w:type="spellEnd"/>
            <w:r w:rsidRPr="004543E3">
              <w:t xml:space="preserve"> </w:t>
            </w:r>
            <w:proofErr w:type="spellStart"/>
            <w:r w:rsidRPr="004543E3">
              <w:t>đổi</w:t>
            </w:r>
            <w:proofErr w:type="spellEnd"/>
            <w:r w:rsidRPr="004543E3">
              <w:t xml:space="preserve"> </w:t>
            </w:r>
            <w:proofErr w:type="spellStart"/>
            <w:r w:rsidRPr="004543E3">
              <w:t>căn</w:t>
            </w:r>
            <w:proofErr w:type="spellEnd"/>
            <w:r w:rsidRPr="004543E3">
              <w:t xml:space="preserve"> </w:t>
            </w:r>
            <w:proofErr w:type="spellStart"/>
            <w:r w:rsidRPr="004543E3">
              <w:t>bản</w:t>
            </w:r>
            <w:proofErr w:type="spellEnd"/>
            <w:r w:rsidRPr="004543E3">
              <w:t xml:space="preserve"> </w:t>
            </w:r>
            <w:proofErr w:type="spellStart"/>
            <w:r w:rsidRPr="004543E3">
              <w:t>phương</w:t>
            </w:r>
            <w:proofErr w:type="spellEnd"/>
            <w:r w:rsidRPr="004543E3">
              <w:t xml:space="preserve"> </w:t>
            </w:r>
            <w:proofErr w:type="spellStart"/>
            <w:r w:rsidRPr="004543E3">
              <w:t>thức</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Theo </w:t>
            </w:r>
            <w:proofErr w:type="spellStart"/>
            <w:r w:rsidRPr="004543E3">
              <w:t>đó</w:t>
            </w:r>
            <w:proofErr w:type="spellEnd"/>
            <w:r w:rsidRPr="004543E3">
              <w:t xml:space="preserve">, </w:t>
            </w:r>
            <w:proofErr w:type="spellStart"/>
            <w:r w:rsidRPr="004543E3">
              <w:t>Luật</w:t>
            </w:r>
            <w:proofErr w:type="spellEnd"/>
            <w:r w:rsidRPr="004543E3">
              <w:t xml:space="preserve"> </w:t>
            </w:r>
            <w:proofErr w:type="spellStart"/>
            <w:r w:rsidRPr="004543E3">
              <w:t>không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nghiệp</w:t>
            </w:r>
            <w:proofErr w:type="spellEnd"/>
            <w:r w:rsidRPr="004543E3">
              <w:t xml:space="preserve"> </w:t>
            </w:r>
            <w:proofErr w:type="spellStart"/>
            <w:r w:rsidRPr="004543E3">
              <w:t>va</w:t>
            </w:r>
            <w:proofErr w:type="spellEnd"/>
            <w:r w:rsidRPr="004543E3">
              <w:t xml:space="preserve">̀ </w:t>
            </w:r>
            <w:proofErr w:type="spellStart"/>
            <w:r w:rsidRPr="004543E3">
              <w:t>phân</w:t>
            </w:r>
            <w:proofErr w:type="spellEnd"/>
            <w:r w:rsidRPr="004543E3">
              <w:t xml:space="preserve"> </w:t>
            </w:r>
            <w:proofErr w:type="spellStart"/>
            <w:r w:rsidRPr="004543E3">
              <w:t>hạng</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nghiệp</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Vì</w:t>
            </w:r>
            <w:proofErr w:type="spellEnd"/>
            <w:r w:rsidRPr="004543E3">
              <w:t xml:space="preserve"> </w:t>
            </w:r>
            <w:proofErr w:type="spellStart"/>
            <w:r w:rsidRPr="004543E3">
              <w:t>vậy</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sự</w:t>
            </w:r>
            <w:proofErr w:type="spellEnd"/>
            <w:r w:rsidRPr="004543E3">
              <w:t xml:space="preserve"> </w:t>
            </w:r>
            <w:proofErr w:type="spellStart"/>
            <w:r w:rsidRPr="004543E3">
              <w:t>cần</w:t>
            </w:r>
            <w:proofErr w:type="spellEnd"/>
            <w:r w:rsidRPr="004543E3">
              <w:t xml:space="preserve"> </w:t>
            </w:r>
            <w:proofErr w:type="spellStart"/>
            <w:r w:rsidRPr="004543E3">
              <w:t>thiết</w:t>
            </w:r>
            <w:proofErr w:type="spellEnd"/>
            <w:r w:rsidRPr="004543E3">
              <w:t xml:space="preserve"> ban </w:t>
            </w:r>
            <w:proofErr w:type="spellStart"/>
            <w:r w:rsidRPr="004543E3">
              <w:t>hành</w:t>
            </w:r>
            <w:proofErr w:type="spellEnd"/>
            <w:r w:rsidRPr="004543E3">
              <w:t xml:space="preserve"> mã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nghiệp</w:t>
            </w:r>
            <w:proofErr w:type="spellEnd"/>
            <w:r w:rsidRPr="004543E3">
              <w:t xml:space="preserve"> vụ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lastRenderedPageBreak/>
              <w:t>nghề</w:t>
            </w:r>
            <w:proofErr w:type="spellEnd"/>
            <w:r w:rsidRPr="004543E3">
              <w:t xml:space="preserve"> </w:t>
            </w:r>
            <w:proofErr w:type="spellStart"/>
            <w:r w:rsidRPr="004543E3">
              <w:t>nghiệp</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chuyên</w:t>
            </w:r>
            <w:proofErr w:type="spellEnd"/>
            <w:r w:rsidRPr="004543E3">
              <w:t xml:space="preserve"> </w:t>
            </w:r>
            <w:proofErr w:type="spellStart"/>
            <w:r w:rsidRPr="004543E3">
              <w:t>ngành</w:t>
            </w:r>
            <w:proofErr w:type="spellEnd"/>
            <w:r w:rsidRPr="004543E3">
              <w:t xml:space="preserve"> </w:t>
            </w:r>
            <w:proofErr w:type="spellStart"/>
            <w:r w:rsidRPr="004543E3">
              <w:t>kiểm</w:t>
            </w:r>
            <w:proofErr w:type="spellEnd"/>
            <w:r w:rsidRPr="004543E3">
              <w:t xml:space="preserve"> </w:t>
            </w:r>
            <w:proofErr w:type="spellStart"/>
            <w:r w:rsidRPr="004543E3">
              <w:t>soát</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 xml:space="preserve"> </w:t>
            </w:r>
            <w:proofErr w:type="spellStart"/>
            <w:r w:rsidRPr="004543E3">
              <w:t>sau</w:t>
            </w:r>
            <w:proofErr w:type="spellEnd"/>
            <w:r w:rsidRPr="004543E3">
              <w:t xml:space="preserve"> </w:t>
            </w:r>
            <w:proofErr w:type="spellStart"/>
            <w:r w:rsidRPr="004543E3">
              <w:t>khi</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đa</w:t>
            </w:r>
            <w:proofErr w:type="spellEnd"/>
            <w:r w:rsidRPr="004543E3">
              <w:t xml:space="preserve">̃ ban </w:t>
            </w:r>
            <w:proofErr w:type="spellStart"/>
            <w:r w:rsidRPr="004543E3">
              <w:t>hành</w:t>
            </w:r>
            <w:proofErr w:type="spellEnd"/>
            <w:r w:rsidRPr="004543E3">
              <w:t xml:space="preserve"> </w:t>
            </w:r>
            <w:proofErr w:type="spellStart"/>
            <w:r w:rsidRPr="004543E3">
              <w:t>các</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hướng</w:t>
            </w:r>
            <w:proofErr w:type="spellEnd"/>
            <w:r w:rsidRPr="004543E3">
              <w:t xml:space="preserve"> </w:t>
            </w:r>
            <w:proofErr w:type="spellStart"/>
            <w:r w:rsidRPr="004543E3">
              <w:t>dẫn</w:t>
            </w:r>
            <w:proofErr w:type="spellEnd"/>
            <w:r w:rsidRPr="004543E3">
              <w:t xml:space="preserve"> chi </w:t>
            </w:r>
            <w:proofErr w:type="spellStart"/>
            <w:r w:rsidRPr="004543E3">
              <w:t>tiết</w:t>
            </w:r>
            <w:proofErr w:type="spellEnd"/>
            <w:r w:rsidRPr="004543E3">
              <w:t xml:space="preserve"> </w:t>
            </w:r>
            <w:proofErr w:type="spellStart"/>
            <w:r w:rsidRPr="004543E3">
              <w:t>các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tại</w:t>
            </w:r>
            <w:proofErr w:type="spellEnd"/>
            <w:r w:rsidRPr="004543E3">
              <w:t xml:space="preserve"> </w:t>
            </w:r>
            <w:proofErr w:type="spellStart"/>
            <w:r w:rsidRPr="004543E3">
              <w:t>Luật</w:t>
            </w:r>
            <w:proofErr w:type="spellEnd"/>
            <w:r w:rsidRPr="004543E3">
              <w:t xml:space="preserve"> Viên </w:t>
            </w:r>
            <w:proofErr w:type="spellStart"/>
            <w:r w:rsidRPr="004543E3">
              <w:t>chức</w:t>
            </w:r>
            <w:proofErr w:type="spellEnd"/>
            <w:r w:rsidRPr="004543E3">
              <w:t xml:space="preserve"> </w:t>
            </w:r>
            <w:proofErr w:type="spellStart"/>
            <w:r w:rsidRPr="004543E3">
              <w:t>nhằm</w:t>
            </w:r>
            <w:proofErr w:type="spellEnd"/>
            <w:r w:rsidRPr="004543E3">
              <w:t xml:space="preserve"> </w:t>
            </w:r>
            <w:proofErr w:type="spellStart"/>
            <w:r w:rsidRPr="004543E3">
              <w:t>đảm</w:t>
            </w:r>
            <w:proofErr w:type="spellEnd"/>
            <w:r w:rsidRPr="004543E3">
              <w:t xml:space="preserve"> </w:t>
            </w:r>
            <w:proofErr w:type="spellStart"/>
            <w:r w:rsidRPr="004543E3">
              <w:t>bảo</w:t>
            </w:r>
            <w:proofErr w:type="spellEnd"/>
            <w:r w:rsidRPr="004543E3">
              <w:t xml:space="preserve"> </w:t>
            </w:r>
            <w:proofErr w:type="spellStart"/>
            <w:r w:rsidRPr="004543E3">
              <w:t>tính</w:t>
            </w:r>
            <w:proofErr w:type="spellEnd"/>
            <w:r w:rsidRPr="004543E3">
              <w:t xml:space="preserve"> </w:t>
            </w:r>
            <w:proofErr w:type="spellStart"/>
            <w:r w:rsidRPr="004543E3">
              <w:t>đồng</w:t>
            </w:r>
            <w:proofErr w:type="spellEnd"/>
            <w:r w:rsidRPr="004543E3">
              <w:t xml:space="preserve"> </w:t>
            </w:r>
            <w:proofErr w:type="spellStart"/>
            <w:r w:rsidRPr="004543E3">
              <w:t>bộ</w:t>
            </w:r>
            <w:proofErr w:type="spellEnd"/>
            <w:r w:rsidRPr="004543E3">
              <w:t xml:space="preserve">, </w:t>
            </w:r>
            <w:proofErr w:type="spellStart"/>
            <w:r w:rsidRPr="004543E3">
              <w:t>phù</w:t>
            </w:r>
            <w:proofErr w:type="spellEnd"/>
            <w:r w:rsidRPr="004543E3">
              <w:t xml:space="preserve"> </w:t>
            </w:r>
            <w:proofErr w:type="spellStart"/>
            <w:r w:rsidRPr="004543E3">
              <w:t>hợp</w:t>
            </w:r>
            <w:proofErr w:type="spellEnd"/>
            <w:r w:rsidRPr="004543E3">
              <w:t>.</w:t>
            </w:r>
          </w:p>
          <w:p w14:paraId="0B0F40EC" w14:textId="4482768B" w:rsidR="004C2B3E" w:rsidRPr="004543E3" w:rsidRDefault="004C2B3E" w:rsidP="002A7D4F">
            <w:pPr>
              <w:spacing w:before="120" w:after="120" w:line="240" w:lineRule="auto"/>
              <w:jc w:val="both"/>
            </w:pPr>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Ủy</w:t>
            </w:r>
            <w:proofErr w:type="spellEnd"/>
            <w:r w:rsidRPr="004543E3">
              <w:t xml:space="preserve"> ban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Đo</w:t>
            </w:r>
            <w:proofErr w:type="spellEnd"/>
            <w:r w:rsidRPr="004543E3">
              <w:t xml:space="preserve"> </w:t>
            </w:r>
            <w:proofErr w:type="spellStart"/>
            <w:r w:rsidRPr="004543E3">
              <w:t>lường</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Quốc </w:t>
            </w:r>
            <w:proofErr w:type="spellStart"/>
            <w:r w:rsidRPr="004543E3">
              <w:t>gia</w:t>
            </w:r>
            <w:proofErr w:type="spellEnd"/>
            <w:r w:rsidRPr="004543E3">
              <w:t xml:space="preserve"> </w:t>
            </w:r>
            <w:proofErr w:type="spellStart"/>
            <w:r w:rsidRPr="004543E3">
              <w:t>trao</w:t>
            </w:r>
            <w:proofErr w:type="spellEnd"/>
            <w:r w:rsidRPr="004543E3">
              <w:t xml:space="preserve"> </w:t>
            </w:r>
            <w:proofErr w:type="spellStart"/>
            <w:r w:rsidRPr="004543E3">
              <w:t>đổi</w:t>
            </w:r>
            <w:proofErr w:type="spellEnd"/>
            <w:r w:rsidRPr="004543E3">
              <w:t xml:space="preserve">, </w:t>
            </w:r>
            <w:proofErr w:type="spellStart"/>
            <w:r w:rsidRPr="004543E3">
              <w:t>tham</w:t>
            </w:r>
            <w:proofErr w:type="spellEnd"/>
            <w:r w:rsidRPr="004543E3">
              <w:t xml:space="preserve"> </w:t>
            </w:r>
            <w:proofErr w:type="spellStart"/>
            <w:r w:rsidRPr="004543E3">
              <w:t>vấn</w:t>
            </w:r>
            <w:proofErr w:type="spellEnd"/>
            <w:r w:rsidRPr="004543E3">
              <w:t xml:space="preserve"> ý </w:t>
            </w:r>
            <w:proofErr w:type="spellStart"/>
            <w:r w:rsidRPr="004543E3">
              <w:t>kiến</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vụ </w:t>
            </w:r>
            <w:proofErr w:type="spellStart"/>
            <w:r w:rsidRPr="004543E3">
              <w:t>về</w:t>
            </w:r>
            <w:proofErr w:type="spellEnd"/>
            <w:r w:rsidRPr="004543E3">
              <w:t xml:space="preserve"> </w:t>
            </w:r>
            <w:proofErr w:type="spellStart"/>
            <w:r w:rsidRPr="004543E3">
              <w:t>nội</w:t>
            </w:r>
            <w:proofErr w:type="spellEnd"/>
            <w:r w:rsidRPr="004543E3">
              <w:t xml:space="preserve"> dung </w:t>
            </w:r>
            <w:proofErr w:type="spellStart"/>
            <w:r w:rsidRPr="004543E3">
              <w:t>này</w:t>
            </w:r>
            <w:proofErr w:type="spellEnd"/>
            <w:r w:rsidRPr="004543E3">
              <w:t xml:space="preserve"> </w:t>
            </w:r>
            <w:proofErr w:type="spellStart"/>
            <w:r w:rsidRPr="004543E3">
              <w:t>đê</w:t>
            </w:r>
            <w:proofErr w:type="spellEnd"/>
            <w:r w:rsidRPr="004543E3">
              <w:t xml:space="preserve">̉ </w:t>
            </w:r>
            <w:proofErr w:type="spellStart"/>
            <w:r w:rsidRPr="004543E3">
              <w:t>đảm</w:t>
            </w:r>
            <w:proofErr w:type="spellEnd"/>
            <w:r w:rsidRPr="004543E3">
              <w:t xml:space="preserve"> </w:t>
            </w:r>
            <w:proofErr w:type="spellStart"/>
            <w:r w:rsidRPr="004543E3">
              <w:t>bảo</w:t>
            </w:r>
            <w:proofErr w:type="spellEnd"/>
            <w:r w:rsidRPr="004543E3">
              <w:t xml:space="preserve"> </w:t>
            </w:r>
            <w:proofErr w:type="spellStart"/>
            <w:r w:rsidRPr="004543E3">
              <w:t>sự</w:t>
            </w:r>
            <w:proofErr w:type="spellEnd"/>
            <w:r w:rsidRPr="004543E3">
              <w:t xml:space="preserve"> </w:t>
            </w:r>
            <w:proofErr w:type="spellStart"/>
            <w:r w:rsidRPr="004543E3">
              <w:t>phù</w:t>
            </w:r>
            <w:proofErr w:type="spellEnd"/>
            <w:r w:rsidRPr="004543E3">
              <w:t xml:space="preserve"> </w:t>
            </w:r>
            <w:proofErr w:type="spellStart"/>
            <w:r w:rsidRPr="004543E3">
              <w:t>hợp</w:t>
            </w:r>
            <w:proofErr w:type="spellEnd"/>
            <w:r w:rsidRPr="004543E3">
              <w:t xml:space="preserve">, </w:t>
            </w:r>
            <w:proofErr w:type="spellStart"/>
            <w:r w:rsidRPr="004543E3">
              <w:t>đồng</w:t>
            </w:r>
            <w:proofErr w:type="spellEnd"/>
            <w:r w:rsidRPr="004543E3">
              <w:t xml:space="preserve"> </w:t>
            </w:r>
            <w:proofErr w:type="spellStart"/>
            <w:r w:rsidRPr="004543E3">
              <w:t>bộ</w:t>
            </w:r>
            <w:proofErr w:type="spellEnd"/>
            <w:r w:rsidRPr="004543E3">
              <w:t xml:space="preserve"> </w:t>
            </w:r>
            <w:proofErr w:type="spellStart"/>
            <w:r w:rsidRPr="004543E3">
              <w:t>với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của</w:t>
            </w:r>
            <w:proofErr w:type="spellEnd"/>
            <w:r w:rsidRPr="004543E3">
              <w:t xml:space="preserve"> </w:t>
            </w:r>
            <w:proofErr w:type="spellStart"/>
            <w:r w:rsidRPr="004543E3">
              <w:t>pháp</w:t>
            </w:r>
            <w:proofErr w:type="spellEnd"/>
            <w:r w:rsidRPr="004543E3">
              <w:t xml:space="preserve"> </w:t>
            </w:r>
            <w:proofErr w:type="spellStart"/>
            <w:r w:rsidRPr="004543E3">
              <w:t>luật</w:t>
            </w:r>
            <w:proofErr w:type="spellEnd"/>
            <w:r w:rsidRPr="004543E3">
              <w:t xml:space="preserve"> </w:t>
            </w:r>
            <w:proofErr w:type="spellStart"/>
            <w:r w:rsidRPr="004543E3">
              <w:t>hiện</w:t>
            </w:r>
            <w:proofErr w:type="spellEnd"/>
            <w:r w:rsidRPr="004543E3">
              <w:t xml:space="preserve"> </w:t>
            </w:r>
            <w:proofErr w:type="spellStart"/>
            <w:r w:rsidRPr="004543E3">
              <w:t>hành</w:t>
            </w:r>
            <w:proofErr w:type="spellEnd"/>
            <w:r w:rsidRPr="004543E3">
              <w:t>.</w:t>
            </w:r>
          </w:p>
        </w:tc>
        <w:tc>
          <w:tcPr>
            <w:tcW w:w="7371" w:type="dxa"/>
          </w:tcPr>
          <w:p w14:paraId="1497D82B" w14:textId="035ED9C9" w:rsidR="004C2B3E" w:rsidRDefault="004C2B3E" w:rsidP="002A7D4F">
            <w:pPr>
              <w:spacing w:before="120" w:after="120" w:line="240" w:lineRule="auto"/>
              <w:jc w:val="both"/>
              <w:rPr>
                <w:szCs w:val="26"/>
              </w:rPr>
            </w:pPr>
            <w:proofErr w:type="spellStart"/>
            <w:r w:rsidRPr="004543E3">
              <w:rPr>
                <w:szCs w:val="26"/>
              </w:rPr>
              <w:lastRenderedPageBreak/>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Pr>
                <w:szCs w:val="26"/>
              </w:rPr>
              <w:t xml:space="preserve"> </w:t>
            </w:r>
            <w:proofErr w:type="spellStart"/>
            <w:r>
              <w:rPr>
                <w:szCs w:val="26"/>
              </w:rPr>
              <w:t>va</w:t>
            </w:r>
            <w:proofErr w:type="spellEnd"/>
            <w:r>
              <w:rPr>
                <w:szCs w:val="26"/>
              </w:rPr>
              <w:t xml:space="preserve">̀ Ban </w:t>
            </w:r>
            <w:proofErr w:type="spellStart"/>
            <w:r>
              <w:rPr>
                <w:szCs w:val="26"/>
              </w:rPr>
              <w:t>soạn</w:t>
            </w:r>
            <w:proofErr w:type="spellEnd"/>
            <w:r>
              <w:rPr>
                <w:szCs w:val="26"/>
              </w:rPr>
              <w:t xml:space="preserve"> </w:t>
            </w:r>
            <w:proofErr w:type="spellStart"/>
            <w:r>
              <w:rPr>
                <w:szCs w:val="26"/>
              </w:rPr>
              <w:t>thảo</w:t>
            </w:r>
            <w:proofErr w:type="spellEnd"/>
            <w:r>
              <w:rPr>
                <w:szCs w:val="26"/>
              </w:rPr>
              <w:t xml:space="preserve"> </w:t>
            </w:r>
            <w:proofErr w:type="spellStart"/>
            <w:r>
              <w:rPr>
                <w:szCs w:val="26"/>
              </w:rPr>
              <w:t>đa</w:t>
            </w:r>
            <w:proofErr w:type="spellEnd"/>
            <w:r>
              <w:rPr>
                <w:szCs w:val="26"/>
              </w:rPr>
              <w:t xml:space="preserve">̃ </w:t>
            </w:r>
            <w:proofErr w:type="spellStart"/>
            <w:r>
              <w:rPr>
                <w:szCs w:val="26"/>
              </w:rPr>
              <w:t>xây</w:t>
            </w:r>
            <w:proofErr w:type="spellEnd"/>
            <w:r>
              <w:rPr>
                <w:szCs w:val="26"/>
              </w:rPr>
              <w:t xml:space="preserve"> </w:t>
            </w:r>
            <w:proofErr w:type="spellStart"/>
            <w:r>
              <w:rPr>
                <w:szCs w:val="26"/>
              </w:rPr>
              <w:t>dựng</w:t>
            </w:r>
            <w:proofErr w:type="spellEnd"/>
            <w:r>
              <w:rPr>
                <w:szCs w:val="26"/>
              </w:rPr>
              <w:t xml:space="preserve"> </w:t>
            </w:r>
            <w:proofErr w:type="spellStart"/>
            <w:r>
              <w:rPr>
                <w:szCs w:val="26"/>
              </w:rPr>
              <w:t>lại</w:t>
            </w:r>
            <w:proofErr w:type="spellEnd"/>
            <w:r>
              <w:rPr>
                <w:szCs w:val="26"/>
              </w:rPr>
              <w:t xml:space="preserve"> </w:t>
            </w:r>
            <w:proofErr w:type="spellStart"/>
            <w:r>
              <w:rPr>
                <w:szCs w:val="26"/>
              </w:rPr>
              <w:t>dư</w:t>
            </w:r>
            <w:proofErr w:type="spellEnd"/>
            <w:r>
              <w:rPr>
                <w:szCs w:val="26"/>
              </w:rPr>
              <w:t xml:space="preserve">̣ </w:t>
            </w:r>
            <w:proofErr w:type="spellStart"/>
            <w:r>
              <w:rPr>
                <w:szCs w:val="26"/>
              </w:rPr>
              <w:t>thảo</w:t>
            </w:r>
            <w:proofErr w:type="spellEnd"/>
            <w:r>
              <w:rPr>
                <w:szCs w:val="26"/>
              </w:rPr>
              <w:t xml:space="preserve"> Thông </w:t>
            </w:r>
            <w:proofErr w:type="spellStart"/>
            <w:r>
              <w:rPr>
                <w:szCs w:val="26"/>
              </w:rPr>
              <w:t>tư</w:t>
            </w:r>
            <w:proofErr w:type="spellEnd"/>
            <w:r>
              <w:rPr>
                <w:szCs w:val="26"/>
              </w:rPr>
              <w:t xml:space="preserve"> </w:t>
            </w:r>
            <w:proofErr w:type="spellStart"/>
            <w:r>
              <w:rPr>
                <w:szCs w:val="26"/>
              </w:rPr>
              <w:t>tập</w:t>
            </w:r>
            <w:proofErr w:type="spellEnd"/>
            <w:r>
              <w:rPr>
                <w:szCs w:val="26"/>
              </w:rPr>
              <w:t xml:space="preserve"> </w:t>
            </w:r>
            <w:proofErr w:type="spellStart"/>
            <w:r>
              <w:rPr>
                <w:szCs w:val="26"/>
              </w:rPr>
              <w:t>trung</w:t>
            </w:r>
            <w:proofErr w:type="spellEnd"/>
            <w:r>
              <w:rPr>
                <w:szCs w:val="26"/>
              </w:rPr>
              <w:t xml:space="preserve"> </w:t>
            </w:r>
            <w:proofErr w:type="spellStart"/>
            <w:r>
              <w:rPr>
                <w:szCs w:val="26"/>
              </w:rPr>
              <w:t>vào</w:t>
            </w:r>
            <w:proofErr w:type="spellEnd"/>
            <w:r>
              <w:rPr>
                <w:szCs w:val="26"/>
              </w:rPr>
              <w:t xml:space="preserve"> </w:t>
            </w:r>
            <w:proofErr w:type="spellStart"/>
            <w:r>
              <w:rPr>
                <w:szCs w:val="26"/>
              </w:rPr>
              <w:t>các</w:t>
            </w:r>
            <w:proofErr w:type="spellEnd"/>
            <w:r>
              <w:rPr>
                <w:szCs w:val="26"/>
              </w:rPr>
              <w:t xml:space="preserve"> </w:t>
            </w:r>
            <w:proofErr w:type="spellStart"/>
            <w:r>
              <w:rPr>
                <w:szCs w:val="26"/>
              </w:rPr>
              <w:t>tiêu</w:t>
            </w:r>
            <w:proofErr w:type="spellEnd"/>
            <w:r>
              <w:rPr>
                <w:szCs w:val="26"/>
              </w:rPr>
              <w:t xml:space="preserve"> </w:t>
            </w:r>
            <w:proofErr w:type="spellStart"/>
            <w:r>
              <w:rPr>
                <w:szCs w:val="26"/>
              </w:rPr>
              <w:t>chuẩn</w:t>
            </w:r>
            <w:proofErr w:type="spellEnd"/>
            <w:r>
              <w:rPr>
                <w:szCs w:val="26"/>
              </w:rPr>
              <w:t xml:space="preserve"> </w:t>
            </w:r>
            <w:proofErr w:type="spellStart"/>
            <w:r>
              <w:rPr>
                <w:szCs w:val="26"/>
              </w:rPr>
              <w:t>chuyên</w:t>
            </w:r>
            <w:proofErr w:type="spellEnd"/>
            <w:r>
              <w:rPr>
                <w:szCs w:val="26"/>
              </w:rPr>
              <w:t xml:space="preserve"> </w:t>
            </w:r>
            <w:proofErr w:type="spellStart"/>
            <w:r>
              <w:rPr>
                <w:szCs w:val="26"/>
              </w:rPr>
              <w:t>môn</w:t>
            </w:r>
            <w:proofErr w:type="spellEnd"/>
            <w:r>
              <w:rPr>
                <w:szCs w:val="26"/>
              </w:rPr>
              <w:t xml:space="preserve">, </w:t>
            </w:r>
            <w:proofErr w:type="spellStart"/>
            <w:r>
              <w:rPr>
                <w:szCs w:val="26"/>
              </w:rPr>
              <w:t>nghiệp</w:t>
            </w:r>
            <w:proofErr w:type="spellEnd"/>
            <w:r>
              <w:rPr>
                <w:szCs w:val="26"/>
              </w:rPr>
              <w:t xml:space="preserve"> vụ </w:t>
            </w:r>
            <w:proofErr w:type="spellStart"/>
            <w:r>
              <w:rPr>
                <w:szCs w:val="26"/>
              </w:rPr>
              <w:t>của</w:t>
            </w:r>
            <w:proofErr w:type="spellEnd"/>
            <w:r>
              <w:rPr>
                <w:szCs w:val="26"/>
              </w:rPr>
              <w:t xml:space="preserve"> </w:t>
            </w:r>
            <w:proofErr w:type="spellStart"/>
            <w:r>
              <w:rPr>
                <w:szCs w:val="26"/>
              </w:rPr>
              <w:t>công</w:t>
            </w:r>
            <w:proofErr w:type="spellEnd"/>
            <w:r>
              <w:rPr>
                <w:szCs w:val="26"/>
              </w:rPr>
              <w:t xml:space="preserve"> </w:t>
            </w:r>
            <w:proofErr w:type="spellStart"/>
            <w:r>
              <w:rPr>
                <w:szCs w:val="26"/>
              </w:rPr>
              <w:t>chức</w:t>
            </w:r>
            <w:proofErr w:type="spellEnd"/>
            <w:r>
              <w:rPr>
                <w:szCs w:val="26"/>
              </w:rPr>
              <w:t xml:space="preserve">, </w:t>
            </w:r>
            <w:proofErr w:type="spellStart"/>
            <w:r>
              <w:rPr>
                <w:szCs w:val="26"/>
              </w:rPr>
              <w:t>viên</w:t>
            </w:r>
            <w:proofErr w:type="spellEnd"/>
            <w:r>
              <w:rPr>
                <w:szCs w:val="26"/>
              </w:rPr>
              <w:t xml:space="preserve"> </w:t>
            </w:r>
            <w:proofErr w:type="spellStart"/>
            <w:r>
              <w:rPr>
                <w:szCs w:val="26"/>
              </w:rPr>
              <w:t>chức</w:t>
            </w:r>
            <w:proofErr w:type="spellEnd"/>
            <w:r>
              <w:rPr>
                <w:szCs w:val="26"/>
              </w:rPr>
              <w:t xml:space="preserve"> </w:t>
            </w:r>
            <w:proofErr w:type="spellStart"/>
            <w:r>
              <w:rPr>
                <w:szCs w:val="26"/>
              </w:rPr>
              <w:t>chuyên</w:t>
            </w:r>
            <w:proofErr w:type="spellEnd"/>
            <w:r>
              <w:rPr>
                <w:szCs w:val="26"/>
              </w:rPr>
              <w:t xml:space="preserve"> </w:t>
            </w:r>
            <w:proofErr w:type="spellStart"/>
            <w:r>
              <w:rPr>
                <w:szCs w:val="26"/>
              </w:rPr>
              <w:t>ngành</w:t>
            </w:r>
            <w:proofErr w:type="spellEnd"/>
            <w:r>
              <w:rPr>
                <w:szCs w:val="26"/>
              </w:rPr>
              <w:t xml:space="preserve"> </w:t>
            </w:r>
            <w:proofErr w:type="spellStart"/>
            <w:r>
              <w:rPr>
                <w:szCs w:val="26"/>
              </w:rPr>
              <w:t>kiểm</w:t>
            </w:r>
            <w:proofErr w:type="spellEnd"/>
            <w:r>
              <w:rPr>
                <w:szCs w:val="26"/>
              </w:rPr>
              <w:t xml:space="preserve"> </w:t>
            </w:r>
            <w:proofErr w:type="spellStart"/>
            <w:r>
              <w:rPr>
                <w:szCs w:val="26"/>
              </w:rPr>
              <w:t>soát</w:t>
            </w:r>
            <w:proofErr w:type="spellEnd"/>
            <w:r>
              <w:rPr>
                <w:szCs w:val="26"/>
              </w:rPr>
              <w:t xml:space="preserve"> </w:t>
            </w:r>
            <w:proofErr w:type="spellStart"/>
            <w:r>
              <w:rPr>
                <w:szCs w:val="26"/>
              </w:rPr>
              <w:t>viên</w:t>
            </w:r>
            <w:proofErr w:type="spellEnd"/>
            <w:r>
              <w:rPr>
                <w:szCs w:val="26"/>
              </w:rPr>
              <w:t xml:space="preserve"> </w:t>
            </w:r>
            <w:proofErr w:type="spellStart"/>
            <w:r>
              <w:rPr>
                <w:szCs w:val="26"/>
              </w:rPr>
              <w:t>chất</w:t>
            </w:r>
            <w:proofErr w:type="spellEnd"/>
            <w:r>
              <w:rPr>
                <w:szCs w:val="26"/>
              </w:rPr>
              <w:t xml:space="preserve"> </w:t>
            </w:r>
            <w:proofErr w:type="spellStart"/>
            <w:r>
              <w:rPr>
                <w:szCs w:val="26"/>
              </w:rPr>
              <w:t>lượng</w:t>
            </w:r>
            <w:proofErr w:type="spellEnd"/>
            <w:r>
              <w:rPr>
                <w:szCs w:val="26"/>
              </w:rPr>
              <w:t xml:space="preserve"> </w:t>
            </w:r>
            <w:proofErr w:type="spellStart"/>
            <w:r>
              <w:rPr>
                <w:szCs w:val="26"/>
              </w:rPr>
              <w:t>sản</w:t>
            </w:r>
            <w:proofErr w:type="spellEnd"/>
            <w:r>
              <w:rPr>
                <w:szCs w:val="26"/>
              </w:rPr>
              <w:t xml:space="preserve"> </w:t>
            </w:r>
            <w:proofErr w:type="spellStart"/>
            <w:r>
              <w:rPr>
                <w:szCs w:val="26"/>
              </w:rPr>
              <w:t>phẩm</w:t>
            </w:r>
            <w:proofErr w:type="spellEnd"/>
            <w:r>
              <w:rPr>
                <w:szCs w:val="26"/>
              </w:rPr>
              <w:t xml:space="preserve">, </w:t>
            </w:r>
            <w:proofErr w:type="spellStart"/>
            <w:r>
              <w:rPr>
                <w:szCs w:val="26"/>
              </w:rPr>
              <w:t>hàng</w:t>
            </w:r>
            <w:proofErr w:type="spellEnd"/>
            <w:r>
              <w:rPr>
                <w:szCs w:val="26"/>
              </w:rPr>
              <w:t xml:space="preserve"> </w:t>
            </w:r>
            <w:proofErr w:type="spellStart"/>
            <w:r>
              <w:rPr>
                <w:szCs w:val="26"/>
              </w:rPr>
              <w:t>hóa</w:t>
            </w:r>
            <w:proofErr w:type="spellEnd"/>
            <w:r>
              <w:rPr>
                <w:szCs w:val="26"/>
              </w:rPr>
              <w:t xml:space="preserve"> </w:t>
            </w:r>
            <w:proofErr w:type="spellStart"/>
            <w:r w:rsidRPr="008B4107">
              <w:rPr>
                <w:szCs w:val="26"/>
              </w:rPr>
              <w:t>theo</w:t>
            </w:r>
            <w:proofErr w:type="spellEnd"/>
            <w:r w:rsidRPr="008B4107">
              <w:rPr>
                <w:szCs w:val="26"/>
              </w:rPr>
              <w:t xml:space="preserve"> </w:t>
            </w:r>
            <w:proofErr w:type="spellStart"/>
            <w:r w:rsidRPr="008B4107">
              <w:rPr>
                <w:szCs w:val="26"/>
              </w:rPr>
              <w:t>quy</w:t>
            </w:r>
            <w:proofErr w:type="spellEnd"/>
            <w:r w:rsidRPr="008B4107">
              <w:rPr>
                <w:szCs w:val="26"/>
              </w:rPr>
              <w:t xml:space="preserve"> </w:t>
            </w:r>
            <w:proofErr w:type="spellStart"/>
            <w:r w:rsidRPr="008B4107">
              <w:rPr>
                <w:szCs w:val="26"/>
              </w:rPr>
              <w:t>định</w:t>
            </w:r>
            <w:proofErr w:type="spellEnd"/>
            <w:r w:rsidRPr="008B4107">
              <w:rPr>
                <w:szCs w:val="26"/>
              </w:rPr>
              <w:t xml:space="preserve"> </w:t>
            </w:r>
            <w:proofErr w:type="spellStart"/>
            <w:r w:rsidRPr="008B4107">
              <w:rPr>
                <w:szCs w:val="26"/>
              </w:rPr>
              <w:t>tại</w:t>
            </w:r>
            <w:proofErr w:type="spellEnd"/>
            <w:r w:rsidRPr="008B4107">
              <w:rPr>
                <w:szCs w:val="26"/>
              </w:rPr>
              <w:t xml:space="preserve"> </w:t>
            </w:r>
            <w:proofErr w:type="spellStart"/>
            <w:r w:rsidRPr="008B4107">
              <w:rPr>
                <w:szCs w:val="26"/>
              </w:rPr>
              <w:t>khoản</w:t>
            </w:r>
            <w:proofErr w:type="spellEnd"/>
            <w:r w:rsidRPr="008B4107">
              <w:rPr>
                <w:szCs w:val="26"/>
              </w:rPr>
              <w:t xml:space="preserve"> 4 </w:t>
            </w:r>
            <w:proofErr w:type="spellStart"/>
            <w:r w:rsidRPr="008B4107">
              <w:rPr>
                <w:szCs w:val="26"/>
              </w:rPr>
              <w:t>Điều</w:t>
            </w:r>
            <w:proofErr w:type="spellEnd"/>
            <w:r w:rsidRPr="008B4107">
              <w:rPr>
                <w:szCs w:val="26"/>
              </w:rPr>
              <w:t xml:space="preserve"> 16 </w:t>
            </w:r>
            <w:proofErr w:type="spellStart"/>
            <w:r w:rsidRPr="008B4107">
              <w:rPr>
                <w:szCs w:val="26"/>
              </w:rPr>
              <w:t>Nghị</w:t>
            </w:r>
            <w:proofErr w:type="spellEnd"/>
            <w:r w:rsidRPr="008B4107">
              <w:rPr>
                <w:szCs w:val="26"/>
              </w:rPr>
              <w:t xml:space="preserve"> </w:t>
            </w:r>
            <w:proofErr w:type="spellStart"/>
            <w:r w:rsidRPr="008B4107">
              <w:rPr>
                <w:szCs w:val="26"/>
              </w:rPr>
              <w:t>định</w:t>
            </w:r>
            <w:proofErr w:type="spellEnd"/>
            <w:r w:rsidRPr="008B4107">
              <w:rPr>
                <w:szCs w:val="26"/>
              </w:rPr>
              <w:t xml:space="preserve"> </w:t>
            </w:r>
            <w:proofErr w:type="spellStart"/>
            <w:r w:rsidRPr="008B4107">
              <w:rPr>
                <w:szCs w:val="26"/>
              </w:rPr>
              <w:t>số</w:t>
            </w:r>
            <w:proofErr w:type="spellEnd"/>
            <w:r w:rsidRPr="008B4107">
              <w:rPr>
                <w:szCs w:val="26"/>
              </w:rPr>
              <w:t xml:space="preserve"> 37/2026/NĐ-CP</w:t>
            </w:r>
            <w:r>
              <w:rPr>
                <w:szCs w:val="26"/>
              </w:rPr>
              <w:t xml:space="preserve">; </w:t>
            </w:r>
            <w:proofErr w:type="spellStart"/>
            <w:r w:rsidRPr="008B4107">
              <w:rPr>
                <w:szCs w:val="26"/>
              </w:rPr>
              <w:t>không</w:t>
            </w:r>
            <w:proofErr w:type="spellEnd"/>
            <w:r w:rsidRPr="008B4107">
              <w:rPr>
                <w:szCs w:val="26"/>
              </w:rPr>
              <w:t xml:space="preserve"> </w:t>
            </w:r>
            <w:proofErr w:type="spellStart"/>
            <w:r w:rsidRPr="008B4107">
              <w:rPr>
                <w:szCs w:val="26"/>
              </w:rPr>
              <w:t>thay</w:t>
            </w:r>
            <w:proofErr w:type="spellEnd"/>
            <w:r w:rsidRPr="008B4107">
              <w:rPr>
                <w:szCs w:val="26"/>
              </w:rPr>
              <w:t xml:space="preserve"> </w:t>
            </w:r>
            <w:proofErr w:type="spellStart"/>
            <w:r w:rsidRPr="008B4107">
              <w:rPr>
                <w:szCs w:val="26"/>
              </w:rPr>
              <w:t>thế</w:t>
            </w:r>
            <w:proofErr w:type="spellEnd"/>
            <w:r>
              <w:rPr>
                <w:szCs w:val="26"/>
              </w:rPr>
              <w:t xml:space="preserve"> </w:t>
            </w:r>
            <w:proofErr w:type="spellStart"/>
            <w:r>
              <w:rPr>
                <w:szCs w:val="26"/>
              </w:rPr>
              <w:t>hoặc</w:t>
            </w:r>
            <w:proofErr w:type="spellEnd"/>
            <w:r w:rsidRPr="008B4107">
              <w:rPr>
                <w:szCs w:val="26"/>
              </w:rPr>
              <w:t xml:space="preserve"> </w:t>
            </w:r>
            <w:proofErr w:type="spellStart"/>
            <w:r w:rsidRPr="008B4107">
              <w:rPr>
                <w:szCs w:val="26"/>
              </w:rPr>
              <w:t>điều</w:t>
            </w:r>
            <w:proofErr w:type="spellEnd"/>
            <w:r w:rsidRPr="008B4107">
              <w:rPr>
                <w:szCs w:val="26"/>
              </w:rPr>
              <w:t xml:space="preserve"> </w:t>
            </w:r>
            <w:proofErr w:type="spellStart"/>
            <w:r w:rsidRPr="008B4107">
              <w:rPr>
                <w:szCs w:val="26"/>
              </w:rPr>
              <w:t>chỉnh</w:t>
            </w:r>
            <w:proofErr w:type="spellEnd"/>
            <w:r w:rsidRPr="008B4107">
              <w:rPr>
                <w:szCs w:val="26"/>
              </w:rPr>
              <w:t xml:space="preserve"> </w:t>
            </w:r>
            <w:proofErr w:type="spellStart"/>
            <w:r>
              <w:rPr>
                <w:szCs w:val="26"/>
              </w:rPr>
              <w:t>các</w:t>
            </w:r>
            <w:proofErr w:type="spellEnd"/>
            <w:r>
              <w:rPr>
                <w:szCs w:val="26"/>
              </w:rPr>
              <w:t xml:space="preserve"> </w:t>
            </w:r>
            <w:proofErr w:type="spellStart"/>
            <w:r w:rsidRPr="008B4107">
              <w:rPr>
                <w:szCs w:val="26"/>
              </w:rPr>
              <w:t>nội</w:t>
            </w:r>
            <w:proofErr w:type="spellEnd"/>
            <w:r w:rsidRPr="008B4107">
              <w:rPr>
                <w:szCs w:val="26"/>
              </w:rPr>
              <w:t xml:space="preserve"> dung </w:t>
            </w:r>
            <w:proofErr w:type="spellStart"/>
            <w:r>
              <w:rPr>
                <w:szCs w:val="26"/>
              </w:rPr>
              <w:t>liên</w:t>
            </w:r>
            <w:proofErr w:type="spellEnd"/>
            <w:r>
              <w:rPr>
                <w:szCs w:val="26"/>
              </w:rPr>
              <w:t xml:space="preserve"> </w:t>
            </w:r>
            <w:proofErr w:type="spellStart"/>
            <w:r>
              <w:rPr>
                <w:szCs w:val="26"/>
              </w:rPr>
              <w:t>quan</w:t>
            </w:r>
            <w:proofErr w:type="spellEnd"/>
            <w:r>
              <w:rPr>
                <w:szCs w:val="26"/>
              </w:rPr>
              <w:t xml:space="preserve"> </w:t>
            </w:r>
            <w:proofErr w:type="spellStart"/>
            <w:r>
              <w:rPr>
                <w:szCs w:val="26"/>
              </w:rPr>
              <w:t>đến</w:t>
            </w:r>
            <w:proofErr w:type="spellEnd"/>
            <w:r w:rsidRPr="008B4107">
              <w:rPr>
                <w:szCs w:val="26"/>
              </w:rPr>
              <w:t xml:space="preserve"> </w:t>
            </w:r>
            <w:proofErr w:type="spellStart"/>
            <w:r w:rsidRPr="008B4107">
              <w:rPr>
                <w:szCs w:val="26"/>
              </w:rPr>
              <w:t>vị</w:t>
            </w:r>
            <w:proofErr w:type="spellEnd"/>
            <w:r w:rsidRPr="008B4107">
              <w:rPr>
                <w:szCs w:val="26"/>
              </w:rPr>
              <w:t xml:space="preserve"> </w:t>
            </w:r>
            <w:proofErr w:type="spellStart"/>
            <w:r w:rsidRPr="008B4107">
              <w:rPr>
                <w:szCs w:val="26"/>
              </w:rPr>
              <w:t>trí</w:t>
            </w:r>
            <w:proofErr w:type="spellEnd"/>
            <w:r w:rsidRPr="008B4107">
              <w:rPr>
                <w:szCs w:val="26"/>
              </w:rPr>
              <w:t xml:space="preserve"> </w:t>
            </w:r>
            <w:proofErr w:type="spellStart"/>
            <w:r w:rsidRPr="008B4107">
              <w:rPr>
                <w:szCs w:val="26"/>
              </w:rPr>
              <w:t>việc</w:t>
            </w:r>
            <w:proofErr w:type="spellEnd"/>
            <w:r w:rsidRPr="008B4107">
              <w:rPr>
                <w:szCs w:val="26"/>
              </w:rPr>
              <w:t xml:space="preserve"> </w:t>
            </w:r>
            <w:proofErr w:type="spellStart"/>
            <w:r w:rsidRPr="008B4107">
              <w:rPr>
                <w:szCs w:val="26"/>
              </w:rPr>
              <w:t>làm</w:t>
            </w:r>
            <w:proofErr w:type="spellEnd"/>
            <w:r w:rsidRPr="008B4107">
              <w:rPr>
                <w:szCs w:val="26"/>
              </w:rPr>
              <w:t xml:space="preserve">, </w:t>
            </w:r>
            <w:proofErr w:type="spellStart"/>
            <w:r w:rsidRPr="008B4107">
              <w:rPr>
                <w:szCs w:val="26"/>
              </w:rPr>
              <w:t>khung</w:t>
            </w:r>
            <w:proofErr w:type="spellEnd"/>
            <w:r w:rsidRPr="008B4107">
              <w:rPr>
                <w:szCs w:val="26"/>
              </w:rPr>
              <w:t xml:space="preserve"> </w:t>
            </w:r>
            <w:proofErr w:type="spellStart"/>
            <w:r w:rsidRPr="008B4107">
              <w:rPr>
                <w:szCs w:val="26"/>
              </w:rPr>
              <w:t>năng</w:t>
            </w:r>
            <w:proofErr w:type="spellEnd"/>
            <w:r w:rsidRPr="008B4107">
              <w:rPr>
                <w:szCs w:val="26"/>
              </w:rPr>
              <w:t xml:space="preserve"> </w:t>
            </w:r>
            <w:proofErr w:type="spellStart"/>
            <w:r w:rsidRPr="008B4107">
              <w:rPr>
                <w:szCs w:val="26"/>
              </w:rPr>
              <w:t>lực</w:t>
            </w:r>
            <w:proofErr w:type="spellEnd"/>
            <w:r w:rsidRPr="008B4107">
              <w:rPr>
                <w:szCs w:val="26"/>
              </w:rPr>
              <w:t xml:space="preserve"> </w:t>
            </w:r>
            <w:proofErr w:type="spellStart"/>
            <w:r>
              <w:rPr>
                <w:szCs w:val="26"/>
              </w:rPr>
              <w:t>đối</w:t>
            </w:r>
            <w:proofErr w:type="spellEnd"/>
            <w:r>
              <w:rPr>
                <w:szCs w:val="26"/>
              </w:rPr>
              <w:t xml:space="preserve"> </w:t>
            </w:r>
            <w:proofErr w:type="spellStart"/>
            <w:r>
              <w:rPr>
                <w:szCs w:val="26"/>
              </w:rPr>
              <w:t>với</w:t>
            </w:r>
            <w:proofErr w:type="spellEnd"/>
            <w:r w:rsidRPr="008B4107">
              <w:rPr>
                <w:szCs w:val="26"/>
              </w:rPr>
              <w:t xml:space="preserve"> </w:t>
            </w:r>
            <w:proofErr w:type="spellStart"/>
            <w:r w:rsidRPr="008B4107">
              <w:rPr>
                <w:szCs w:val="26"/>
              </w:rPr>
              <w:t>công</w:t>
            </w:r>
            <w:proofErr w:type="spellEnd"/>
            <w:r w:rsidRPr="008B4107">
              <w:rPr>
                <w:szCs w:val="26"/>
              </w:rPr>
              <w:t xml:space="preserve"> </w:t>
            </w:r>
            <w:proofErr w:type="spellStart"/>
            <w:r w:rsidRPr="008B4107">
              <w:rPr>
                <w:szCs w:val="26"/>
              </w:rPr>
              <w:t>chức</w:t>
            </w:r>
            <w:proofErr w:type="spellEnd"/>
            <w:r w:rsidRPr="008B4107">
              <w:rPr>
                <w:szCs w:val="26"/>
              </w:rPr>
              <w:t xml:space="preserve">, </w:t>
            </w:r>
            <w:proofErr w:type="spellStart"/>
            <w:r w:rsidRPr="008B4107">
              <w:rPr>
                <w:szCs w:val="26"/>
              </w:rPr>
              <w:t>viên</w:t>
            </w:r>
            <w:proofErr w:type="spellEnd"/>
            <w:r w:rsidRPr="008B4107">
              <w:rPr>
                <w:szCs w:val="26"/>
              </w:rPr>
              <w:t xml:space="preserve"> </w:t>
            </w:r>
            <w:proofErr w:type="spellStart"/>
            <w:r w:rsidRPr="008B4107">
              <w:rPr>
                <w:szCs w:val="26"/>
              </w:rPr>
              <w:t>chức</w:t>
            </w:r>
            <w:proofErr w:type="spellEnd"/>
            <w:r w:rsidRPr="008B4107">
              <w:rPr>
                <w:szCs w:val="26"/>
              </w:rPr>
              <w:t xml:space="preserve"> </w:t>
            </w:r>
            <w:proofErr w:type="spellStart"/>
            <w:r>
              <w:rPr>
                <w:szCs w:val="26"/>
              </w:rPr>
              <w:t>chuyên</w:t>
            </w:r>
            <w:proofErr w:type="spellEnd"/>
            <w:r>
              <w:rPr>
                <w:szCs w:val="26"/>
              </w:rPr>
              <w:t xml:space="preserve"> </w:t>
            </w:r>
            <w:proofErr w:type="spellStart"/>
            <w:r>
              <w:rPr>
                <w:szCs w:val="26"/>
              </w:rPr>
              <w:t>ngành</w:t>
            </w:r>
            <w:proofErr w:type="spellEnd"/>
            <w:r>
              <w:rPr>
                <w:szCs w:val="26"/>
              </w:rPr>
              <w:t xml:space="preserve"> </w:t>
            </w:r>
            <w:proofErr w:type="spellStart"/>
            <w:r>
              <w:rPr>
                <w:szCs w:val="26"/>
              </w:rPr>
              <w:t>kiểm</w:t>
            </w:r>
            <w:proofErr w:type="spellEnd"/>
            <w:r>
              <w:rPr>
                <w:szCs w:val="26"/>
              </w:rPr>
              <w:t xml:space="preserve"> </w:t>
            </w:r>
            <w:proofErr w:type="spellStart"/>
            <w:r>
              <w:rPr>
                <w:szCs w:val="26"/>
              </w:rPr>
              <w:t>soát</w:t>
            </w:r>
            <w:proofErr w:type="spellEnd"/>
            <w:r>
              <w:rPr>
                <w:szCs w:val="26"/>
              </w:rPr>
              <w:t xml:space="preserve"> </w:t>
            </w:r>
            <w:proofErr w:type="spellStart"/>
            <w:r>
              <w:rPr>
                <w:szCs w:val="26"/>
              </w:rPr>
              <w:t>viên</w:t>
            </w:r>
            <w:proofErr w:type="spellEnd"/>
            <w:r>
              <w:rPr>
                <w:szCs w:val="26"/>
              </w:rPr>
              <w:t xml:space="preserve"> </w:t>
            </w:r>
            <w:proofErr w:type="spellStart"/>
            <w:r>
              <w:rPr>
                <w:szCs w:val="26"/>
              </w:rPr>
              <w:t>chất</w:t>
            </w:r>
            <w:proofErr w:type="spellEnd"/>
            <w:r>
              <w:rPr>
                <w:szCs w:val="26"/>
              </w:rPr>
              <w:t xml:space="preserve"> </w:t>
            </w:r>
            <w:proofErr w:type="spellStart"/>
            <w:r>
              <w:rPr>
                <w:szCs w:val="26"/>
              </w:rPr>
              <w:t>lượng</w:t>
            </w:r>
            <w:proofErr w:type="spellEnd"/>
            <w:r>
              <w:rPr>
                <w:szCs w:val="26"/>
              </w:rPr>
              <w:t xml:space="preserve"> </w:t>
            </w:r>
            <w:proofErr w:type="spellStart"/>
            <w:r>
              <w:rPr>
                <w:szCs w:val="26"/>
              </w:rPr>
              <w:t>sản</w:t>
            </w:r>
            <w:proofErr w:type="spellEnd"/>
            <w:r>
              <w:rPr>
                <w:szCs w:val="26"/>
              </w:rPr>
              <w:t xml:space="preserve"> </w:t>
            </w:r>
            <w:proofErr w:type="spellStart"/>
            <w:r>
              <w:rPr>
                <w:szCs w:val="26"/>
              </w:rPr>
              <w:t>phẩm</w:t>
            </w:r>
            <w:proofErr w:type="spellEnd"/>
            <w:r>
              <w:rPr>
                <w:szCs w:val="26"/>
              </w:rPr>
              <w:t xml:space="preserve">, </w:t>
            </w:r>
            <w:proofErr w:type="spellStart"/>
            <w:r>
              <w:rPr>
                <w:szCs w:val="26"/>
              </w:rPr>
              <w:t>hàng</w:t>
            </w:r>
            <w:proofErr w:type="spellEnd"/>
            <w:r>
              <w:rPr>
                <w:szCs w:val="26"/>
              </w:rPr>
              <w:t xml:space="preserve"> </w:t>
            </w:r>
            <w:proofErr w:type="spellStart"/>
            <w:r>
              <w:rPr>
                <w:szCs w:val="26"/>
              </w:rPr>
              <w:t>hóa</w:t>
            </w:r>
            <w:proofErr w:type="spellEnd"/>
            <w:r>
              <w:rPr>
                <w:szCs w:val="26"/>
              </w:rPr>
              <w:t xml:space="preserve"> </w:t>
            </w:r>
            <w:proofErr w:type="spellStart"/>
            <w:r w:rsidR="00A24118">
              <w:rPr>
                <w:szCs w:val="26"/>
              </w:rPr>
              <w:t>được</w:t>
            </w:r>
            <w:proofErr w:type="spellEnd"/>
            <w:r w:rsidR="00A24118">
              <w:rPr>
                <w:szCs w:val="26"/>
              </w:rPr>
              <w:t xml:space="preserve"> </w:t>
            </w:r>
            <w:proofErr w:type="spellStart"/>
            <w:r w:rsidR="00A24118">
              <w:rPr>
                <w:szCs w:val="26"/>
              </w:rPr>
              <w:t>quy</w:t>
            </w:r>
            <w:proofErr w:type="spellEnd"/>
            <w:r w:rsidR="00A24118">
              <w:rPr>
                <w:szCs w:val="26"/>
              </w:rPr>
              <w:t xml:space="preserve"> </w:t>
            </w:r>
            <w:proofErr w:type="spellStart"/>
            <w:r w:rsidR="00A24118">
              <w:rPr>
                <w:szCs w:val="26"/>
              </w:rPr>
              <w:t>định</w:t>
            </w:r>
            <w:proofErr w:type="spellEnd"/>
            <w:r w:rsidR="00A24118">
              <w:rPr>
                <w:szCs w:val="26"/>
              </w:rPr>
              <w:t xml:space="preserve"> ở</w:t>
            </w:r>
            <w:r>
              <w:rPr>
                <w:szCs w:val="26"/>
              </w:rPr>
              <w:t xml:space="preserve"> </w:t>
            </w:r>
            <w:proofErr w:type="spellStart"/>
            <w:r>
              <w:rPr>
                <w:szCs w:val="26"/>
              </w:rPr>
              <w:t>văn</w:t>
            </w:r>
            <w:proofErr w:type="spellEnd"/>
            <w:r>
              <w:rPr>
                <w:szCs w:val="26"/>
              </w:rPr>
              <w:t xml:space="preserve"> </w:t>
            </w:r>
            <w:proofErr w:type="spellStart"/>
            <w:r>
              <w:rPr>
                <w:szCs w:val="26"/>
              </w:rPr>
              <w:t>bản</w:t>
            </w:r>
            <w:proofErr w:type="spellEnd"/>
            <w:r>
              <w:rPr>
                <w:szCs w:val="26"/>
              </w:rPr>
              <w:t xml:space="preserve"> </w:t>
            </w:r>
            <w:proofErr w:type="spellStart"/>
            <w:r>
              <w:rPr>
                <w:szCs w:val="26"/>
              </w:rPr>
              <w:t>hướng</w:t>
            </w:r>
            <w:proofErr w:type="spellEnd"/>
            <w:r>
              <w:rPr>
                <w:szCs w:val="26"/>
              </w:rPr>
              <w:t xml:space="preserve"> </w:t>
            </w:r>
            <w:proofErr w:type="spellStart"/>
            <w:r>
              <w:rPr>
                <w:szCs w:val="26"/>
              </w:rPr>
              <w:t>dẫn</w:t>
            </w:r>
            <w:proofErr w:type="spellEnd"/>
            <w:r>
              <w:rPr>
                <w:szCs w:val="26"/>
              </w:rPr>
              <w:t xml:space="preserve"> </w:t>
            </w:r>
            <w:proofErr w:type="spellStart"/>
            <w:r>
              <w:rPr>
                <w:szCs w:val="26"/>
              </w:rPr>
              <w:t>riêng</w:t>
            </w:r>
            <w:proofErr w:type="spellEnd"/>
            <w:r>
              <w:rPr>
                <w:szCs w:val="26"/>
              </w:rPr>
              <w:t>.</w:t>
            </w:r>
          </w:p>
          <w:p w14:paraId="633A4F09" w14:textId="2E2DF9E3" w:rsidR="004C2B3E" w:rsidRPr="004543E3" w:rsidRDefault="004C2B3E" w:rsidP="002A7D4F">
            <w:pPr>
              <w:spacing w:before="120" w:after="120" w:line="240" w:lineRule="auto"/>
              <w:jc w:val="both"/>
              <w:rPr>
                <w:szCs w:val="26"/>
              </w:rPr>
            </w:pPr>
            <w:r>
              <w:t xml:space="preserve">- </w:t>
            </w:r>
            <w:proofErr w:type="spellStart"/>
            <w:r w:rsidRPr="004543E3">
              <w:t>Ủy</w:t>
            </w:r>
            <w:proofErr w:type="spellEnd"/>
            <w:r w:rsidRPr="004543E3">
              <w:t xml:space="preserve"> ban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Đo</w:t>
            </w:r>
            <w:proofErr w:type="spellEnd"/>
            <w:r w:rsidRPr="004543E3">
              <w:t xml:space="preserve"> </w:t>
            </w:r>
            <w:proofErr w:type="spellStart"/>
            <w:r w:rsidRPr="004543E3">
              <w:t>lường</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Quốc </w:t>
            </w:r>
            <w:proofErr w:type="spellStart"/>
            <w:r w:rsidRPr="004543E3">
              <w:t>gia</w:t>
            </w:r>
            <w:proofErr w:type="spellEnd"/>
            <w:r w:rsidRPr="004543E3">
              <w:t xml:space="preserve"> </w:t>
            </w:r>
            <w:r>
              <w:t xml:space="preserve">sẽ </w:t>
            </w:r>
            <w:proofErr w:type="spellStart"/>
            <w:r w:rsidRPr="004543E3">
              <w:t>trao</w:t>
            </w:r>
            <w:proofErr w:type="spellEnd"/>
            <w:r w:rsidRPr="004543E3">
              <w:t xml:space="preserve"> </w:t>
            </w:r>
            <w:proofErr w:type="spellStart"/>
            <w:r w:rsidRPr="004543E3">
              <w:t>đổi</w:t>
            </w:r>
            <w:proofErr w:type="spellEnd"/>
            <w:r w:rsidRPr="004543E3">
              <w:t xml:space="preserve">, </w:t>
            </w:r>
            <w:proofErr w:type="spellStart"/>
            <w:r w:rsidRPr="004543E3">
              <w:t>tham</w:t>
            </w:r>
            <w:proofErr w:type="spellEnd"/>
            <w:r w:rsidRPr="004543E3">
              <w:t xml:space="preserve"> </w:t>
            </w:r>
            <w:proofErr w:type="spellStart"/>
            <w:r w:rsidRPr="004543E3">
              <w:t>vấn</w:t>
            </w:r>
            <w:proofErr w:type="spellEnd"/>
            <w:r w:rsidRPr="004543E3">
              <w:t xml:space="preserve"> ý </w:t>
            </w:r>
            <w:proofErr w:type="spellStart"/>
            <w:r w:rsidRPr="004543E3">
              <w:t>kiến</w:t>
            </w:r>
            <w:proofErr w:type="spellEnd"/>
            <w:r w:rsidRPr="004543E3">
              <w:t xml:space="preserve"> </w:t>
            </w:r>
            <w:proofErr w:type="spellStart"/>
            <w:r w:rsidRPr="004543E3">
              <w:t>của</w:t>
            </w:r>
            <w:proofErr w:type="spellEnd"/>
            <w:r w:rsidRPr="004543E3">
              <w:t xml:space="preserve"> </w:t>
            </w:r>
            <w:proofErr w:type="spellStart"/>
            <w:r w:rsidRPr="004543E3">
              <w:t>Bộ</w:t>
            </w:r>
            <w:proofErr w:type="spellEnd"/>
            <w:r w:rsidRPr="004543E3">
              <w:t xml:space="preserve"> </w:t>
            </w:r>
            <w:proofErr w:type="spellStart"/>
            <w:r w:rsidRPr="004543E3">
              <w:t>Nội</w:t>
            </w:r>
            <w:proofErr w:type="spellEnd"/>
            <w:r w:rsidRPr="004543E3">
              <w:t xml:space="preserve"> vụ</w:t>
            </w:r>
            <w:r>
              <w:t xml:space="preserve"> </w:t>
            </w:r>
            <w:proofErr w:type="spellStart"/>
            <w:r>
              <w:t>va</w:t>
            </w:r>
            <w:proofErr w:type="spellEnd"/>
            <w:r>
              <w:t xml:space="preserve">̀ </w:t>
            </w:r>
            <w:proofErr w:type="spellStart"/>
            <w:r>
              <w:t>các</w:t>
            </w:r>
            <w:proofErr w:type="spellEnd"/>
            <w:r>
              <w:t xml:space="preserve"> </w:t>
            </w:r>
            <w:proofErr w:type="spellStart"/>
            <w:r>
              <w:t>đơn</w:t>
            </w:r>
            <w:proofErr w:type="spellEnd"/>
            <w:r>
              <w:t xml:space="preserve"> vị có </w:t>
            </w:r>
            <w:proofErr w:type="spellStart"/>
            <w:r>
              <w:t>liên</w:t>
            </w:r>
            <w:proofErr w:type="spellEnd"/>
            <w:r>
              <w:t xml:space="preserve"> </w:t>
            </w:r>
            <w:proofErr w:type="spellStart"/>
            <w:r>
              <w:t>quan</w:t>
            </w:r>
            <w:proofErr w:type="spellEnd"/>
            <w:r>
              <w:t xml:space="preserve"> </w:t>
            </w:r>
            <w:proofErr w:type="spellStart"/>
            <w:r>
              <w:t>đê</w:t>
            </w:r>
            <w:proofErr w:type="spellEnd"/>
            <w:r>
              <w:t xml:space="preserve">̉ </w:t>
            </w:r>
            <w:proofErr w:type="spellStart"/>
            <w:r>
              <w:t>đảm</w:t>
            </w:r>
            <w:proofErr w:type="spellEnd"/>
            <w:r>
              <w:t xml:space="preserve"> </w:t>
            </w:r>
            <w:proofErr w:type="spellStart"/>
            <w:r>
              <w:t>bảo</w:t>
            </w:r>
            <w:proofErr w:type="spellEnd"/>
            <w:r>
              <w:t xml:space="preserve"> </w:t>
            </w:r>
            <w:proofErr w:type="spellStart"/>
            <w:r>
              <w:t>nội</w:t>
            </w:r>
            <w:proofErr w:type="spellEnd"/>
            <w:r>
              <w:t xml:space="preserve"> dung </w:t>
            </w:r>
            <w:proofErr w:type="spellStart"/>
            <w:r>
              <w:t>dư</w:t>
            </w:r>
            <w:proofErr w:type="spellEnd"/>
            <w:r>
              <w:t xml:space="preserve">̣ </w:t>
            </w:r>
            <w:proofErr w:type="spellStart"/>
            <w:r>
              <w:t>thảo</w:t>
            </w:r>
            <w:proofErr w:type="spellEnd"/>
            <w:r>
              <w:t xml:space="preserve"> Thông </w:t>
            </w:r>
            <w:proofErr w:type="spellStart"/>
            <w:r>
              <w:t>tư</w:t>
            </w:r>
            <w:proofErr w:type="spellEnd"/>
            <w:r>
              <w:t xml:space="preserve"> </w:t>
            </w:r>
            <w:proofErr w:type="spellStart"/>
            <w:r>
              <w:t>phu</w:t>
            </w:r>
            <w:proofErr w:type="spellEnd"/>
            <w:r>
              <w:t xml:space="preserve">̀ </w:t>
            </w:r>
            <w:proofErr w:type="spellStart"/>
            <w:r>
              <w:t>hợp</w:t>
            </w:r>
            <w:proofErr w:type="spellEnd"/>
            <w:r>
              <w:t xml:space="preserve"> </w:t>
            </w:r>
            <w:proofErr w:type="spellStart"/>
            <w:r>
              <w:t>với</w:t>
            </w:r>
            <w:proofErr w:type="spellEnd"/>
            <w:r>
              <w:t xml:space="preserve"> </w:t>
            </w:r>
            <w:proofErr w:type="spellStart"/>
            <w:r>
              <w:t>các</w:t>
            </w:r>
            <w:proofErr w:type="spellEnd"/>
            <w:r>
              <w:t xml:space="preserve"> </w:t>
            </w:r>
            <w:proofErr w:type="spellStart"/>
            <w:r>
              <w:t>quy</w:t>
            </w:r>
            <w:proofErr w:type="spellEnd"/>
            <w:r>
              <w:t xml:space="preserve"> </w:t>
            </w:r>
            <w:proofErr w:type="spellStart"/>
            <w:r>
              <w:t>định</w:t>
            </w:r>
            <w:proofErr w:type="spellEnd"/>
            <w:r>
              <w:t xml:space="preserve"> </w:t>
            </w:r>
            <w:proofErr w:type="spellStart"/>
            <w:r>
              <w:t>hiện</w:t>
            </w:r>
            <w:proofErr w:type="spellEnd"/>
            <w:r>
              <w:t xml:space="preserve"> </w:t>
            </w:r>
            <w:proofErr w:type="spellStart"/>
            <w:r>
              <w:t>hành</w:t>
            </w:r>
            <w:proofErr w:type="spellEnd"/>
            <w:r>
              <w:t>.</w:t>
            </w:r>
          </w:p>
        </w:tc>
      </w:tr>
    </w:tbl>
    <w:p w14:paraId="51AB6D53" w14:textId="35B23D51" w:rsidR="001C5D5F" w:rsidRDefault="0099723B" w:rsidP="0090059E">
      <w:pPr>
        <w:spacing w:before="240"/>
        <w:rPr>
          <w:b/>
          <w:bCs/>
        </w:rPr>
      </w:pPr>
      <w:r w:rsidRPr="0099723B">
        <w:rPr>
          <w:b/>
          <w:bCs/>
        </w:rPr>
        <w:lastRenderedPageBreak/>
        <w:t>II. GÓP Ý CỤ THỂ:</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8"/>
        <w:gridCol w:w="5113"/>
        <w:gridCol w:w="5220"/>
        <w:gridCol w:w="3165"/>
      </w:tblGrid>
      <w:tr w:rsidR="0099723B" w:rsidRPr="004543E3" w14:paraId="18A79121" w14:textId="77777777" w:rsidTr="00FF0027">
        <w:tc>
          <w:tcPr>
            <w:tcW w:w="1098" w:type="dxa"/>
          </w:tcPr>
          <w:p w14:paraId="3EC4174C" w14:textId="77777777" w:rsidR="0099723B" w:rsidRPr="004543E3" w:rsidRDefault="0099723B" w:rsidP="00962835">
            <w:pPr>
              <w:spacing w:before="120" w:after="120"/>
              <w:jc w:val="center"/>
              <w:rPr>
                <w:b/>
              </w:rPr>
            </w:pPr>
            <w:r w:rsidRPr="004543E3">
              <w:rPr>
                <w:b/>
              </w:rPr>
              <w:t>STT</w:t>
            </w:r>
          </w:p>
        </w:tc>
        <w:tc>
          <w:tcPr>
            <w:tcW w:w="5113" w:type="dxa"/>
          </w:tcPr>
          <w:p w14:paraId="03BEA57D" w14:textId="77777777" w:rsidR="0099723B" w:rsidRPr="004543E3" w:rsidRDefault="0099723B" w:rsidP="00962835">
            <w:pPr>
              <w:tabs>
                <w:tab w:val="left" w:pos="0"/>
              </w:tabs>
              <w:jc w:val="both"/>
              <w:rPr>
                <w:b/>
                <w:szCs w:val="26"/>
              </w:rPr>
            </w:pPr>
            <w:proofErr w:type="spellStart"/>
            <w:r w:rsidRPr="004543E3">
              <w:rPr>
                <w:b/>
                <w:szCs w:val="26"/>
              </w:rPr>
              <w:t>Dự</w:t>
            </w:r>
            <w:proofErr w:type="spellEnd"/>
            <w:r w:rsidRPr="004543E3">
              <w:rPr>
                <w:b/>
                <w:szCs w:val="26"/>
              </w:rPr>
              <w:t xml:space="preserve"> </w:t>
            </w:r>
            <w:proofErr w:type="spellStart"/>
            <w:r w:rsidRPr="004543E3">
              <w:rPr>
                <w:b/>
                <w:szCs w:val="26"/>
              </w:rPr>
              <w:t>thảo</w:t>
            </w:r>
            <w:proofErr w:type="spellEnd"/>
            <w:r w:rsidRPr="004543E3">
              <w:rPr>
                <w:b/>
                <w:szCs w:val="26"/>
              </w:rPr>
              <w:t xml:space="preserve"> Thông </w:t>
            </w:r>
            <w:proofErr w:type="spellStart"/>
            <w:r w:rsidRPr="004543E3">
              <w:rPr>
                <w:b/>
                <w:szCs w:val="26"/>
              </w:rPr>
              <w:t>tư</w:t>
            </w:r>
            <w:proofErr w:type="spellEnd"/>
            <w:r w:rsidRPr="004543E3">
              <w:rPr>
                <w:b/>
                <w:szCs w:val="26"/>
              </w:rPr>
              <w:t xml:space="preserve"> </w:t>
            </w:r>
            <w:r w:rsidRPr="004543E3">
              <w:rPr>
                <w:b/>
                <w:bCs/>
                <w:szCs w:val="26"/>
                <w:lang w:val="de-DE"/>
              </w:rPr>
              <w:t>quy định mã số, tiêu chuẩn chuyên môn, nghiệp vụ đối với ngạch công chức, chức danh nghề nghiệp viên chức chuyên ngành kiểm soát viên chất lượng sản phẩm, hàng hóa</w:t>
            </w:r>
          </w:p>
        </w:tc>
        <w:tc>
          <w:tcPr>
            <w:tcW w:w="5220" w:type="dxa"/>
          </w:tcPr>
          <w:p w14:paraId="43DF6EF2" w14:textId="77777777" w:rsidR="0099723B" w:rsidRPr="004543E3" w:rsidRDefault="0099723B" w:rsidP="00962835">
            <w:pPr>
              <w:spacing w:before="120" w:after="120"/>
              <w:jc w:val="center"/>
              <w:rPr>
                <w:b/>
              </w:rPr>
            </w:pPr>
            <w:r w:rsidRPr="004543E3">
              <w:rPr>
                <w:b/>
              </w:rPr>
              <w:t xml:space="preserve">Ý </w:t>
            </w:r>
            <w:proofErr w:type="spellStart"/>
            <w:r w:rsidRPr="004543E3">
              <w:rPr>
                <w:b/>
              </w:rPr>
              <w:t>kiến</w:t>
            </w:r>
            <w:proofErr w:type="spellEnd"/>
            <w:r w:rsidRPr="004543E3">
              <w:rPr>
                <w:b/>
              </w:rPr>
              <w:t xml:space="preserve"> </w:t>
            </w:r>
            <w:proofErr w:type="spellStart"/>
            <w:r w:rsidRPr="004543E3">
              <w:rPr>
                <w:b/>
              </w:rPr>
              <w:t>góp</w:t>
            </w:r>
            <w:proofErr w:type="spellEnd"/>
            <w:r w:rsidRPr="004543E3">
              <w:rPr>
                <w:b/>
              </w:rPr>
              <w:t xml:space="preserve"> ý </w:t>
            </w:r>
            <w:proofErr w:type="spellStart"/>
            <w:r w:rsidRPr="004543E3">
              <w:rPr>
                <w:b/>
              </w:rPr>
              <w:t>bộ</w:t>
            </w:r>
            <w:proofErr w:type="spellEnd"/>
            <w:r w:rsidRPr="004543E3">
              <w:rPr>
                <w:b/>
              </w:rPr>
              <w:t xml:space="preserve"> </w:t>
            </w:r>
            <w:proofErr w:type="spellStart"/>
            <w:r w:rsidRPr="004543E3">
              <w:rPr>
                <w:b/>
              </w:rPr>
              <w:t>ngành</w:t>
            </w:r>
            <w:proofErr w:type="spellEnd"/>
            <w:r w:rsidRPr="004543E3">
              <w:rPr>
                <w:b/>
              </w:rPr>
              <w:t xml:space="preserve">, </w:t>
            </w:r>
            <w:proofErr w:type="spellStart"/>
            <w:r w:rsidRPr="004543E3">
              <w:rPr>
                <w:b/>
              </w:rPr>
              <w:t>địa</w:t>
            </w:r>
            <w:proofErr w:type="spellEnd"/>
            <w:r w:rsidRPr="004543E3">
              <w:rPr>
                <w:b/>
              </w:rPr>
              <w:t xml:space="preserve"> </w:t>
            </w:r>
            <w:proofErr w:type="spellStart"/>
            <w:r w:rsidRPr="004543E3">
              <w:rPr>
                <w:b/>
              </w:rPr>
              <w:t>phương</w:t>
            </w:r>
            <w:proofErr w:type="spellEnd"/>
            <w:r w:rsidRPr="004543E3">
              <w:rPr>
                <w:b/>
              </w:rPr>
              <w:t xml:space="preserve">, </w:t>
            </w:r>
            <w:proofErr w:type="spellStart"/>
            <w:r w:rsidRPr="004543E3">
              <w:rPr>
                <w:b/>
              </w:rPr>
              <w:t>tổ</w:t>
            </w:r>
            <w:proofErr w:type="spellEnd"/>
            <w:r w:rsidRPr="004543E3">
              <w:rPr>
                <w:b/>
              </w:rPr>
              <w:t xml:space="preserve"> </w:t>
            </w:r>
            <w:proofErr w:type="spellStart"/>
            <w:r w:rsidRPr="004543E3">
              <w:rPr>
                <w:b/>
              </w:rPr>
              <w:t>chức</w:t>
            </w:r>
            <w:proofErr w:type="spellEnd"/>
          </w:p>
        </w:tc>
        <w:tc>
          <w:tcPr>
            <w:tcW w:w="3165" w:type="dxa"/>
          </w:tcPr>
          <w:p w14:paraId="6DB01F24" w14:textId="77777777" w:rsidR="0099723B" w:rsidRPr="004543E3" w:rsidRDefault="0099723B" w:rsidP="00962835">
            <w:pPr>
              <w:spacing w:before="120" w:after="120"/>
              <w:jc w:val="center"/>
              <w:rPr>
                <w:b/>
              </w:rPr>
            </w:pPr>
            <w:proofErr w:type="spellStart"/>
            <w:r w:rsidRPr="004543E3">
              <w:rPr>
                <w:b/>
              </w:rPr>
              <w:t>Giải</w:t>
            </w:r>
            <w:proofErr w:type="spellEnd"/>
            <w:r w:rsidRPr="004543E3">
              <w:rPr>
                <w:b/>
              </w:rPr>
              <w:t xml:space="preserve"> </w:t>
            </w:r>
            <w:proofErr w:type="spellStart"/>
            <w:r w:rsidRPr="004543E3">
              <w:rPr>
                <w:b/>
              </w:rPr>
              <w:t>trình</w:t>
            </w:r>
            <w:proofErr w:type="spellEnd"/>
            <w:r w:rsidRPr="004543E3">
              <w:rPr>
                <w:b/>
              </w:rPr>
              <w:t xml:space="preserve">, </w:t>
            </w:r>
            <w:proofErr w:type="spellStart"/>
            <w:r w:rsidRPr="004543E3">
              <w:rPr>
                <w:b/>
              </w:rPr>
              <w:t>tiếp</w:t>
            </w:r>
            <w:proofErr w:type="spellEnd"/>
            <w:r w:rsidRPr="004543E3">
              <w:rPr>
                <w:b/>
              </w:rPr>
              <w:t xml:space="preserve"> </w:t>
            </w:r>
            <w:proofErr w:type="spellStart"/>
            <w:r w:rsidRPr="004543E3">
              <w:rPr>
                <w:b/>
              </w:rPr>
              <w:t>thu</w:t>
            </w:r>
            <w:proofErr w:type="spellEnd"/>
            <w:r w:rsidRPr="004543E3">
              <w:rPr>
                <w:b/>
              </w:rPr>
              <w:t xml:space="preserve"> </w:t>
            </w:r>
          </w:p>
        </w:tc>
      </w:tr>
      <w:tr w:rsidR="00796F35" w:rsidRPr="004543E3" w14:paraId="33ED2E8D" w14:textId="77777777" w:rsidTr="00FF0027">
        <w:tc>
          <w:tcPr>
            <w:tcW w:w="14596" w:type="dxa"/>
            <w:gridSpan w:val="4"/>
          </w:tcPr>
          <w:p w14:paraId="29155F13" w14:textId="5D38AF38" w:rsidR="00796F35" w:rsidRPr="004543E3" w:rsidRDefault="00796F35" w:rsidP="00796F35">
            <w:pPr>
              <w:spacing w:after="120" w:line="320" w:lineRule="exact"/>
              <w:jc w:val="center"/>
              <w:rPr>
                <w:szCs w:val="26"/>
              </w:rPr>
            </w:pPr>
            <w:r w:rsidRPr="004543E3">
              <w:rPr>
                <w:b/>
              </w:rPr>
              <w:t>CHƯƠNG I. QUY ĐỊNH CHUNG</w:t>
            </w:r>
          </w:p>
        </w:tc>
      </w:tr>
      <w:tr w:rsidR="00796F35" w:rsidRPr="004543E3" w14:paraId="7628A48F" w14:textId="77777777" w:rsidTr="00FF0027">
        <w:tc>
          <w:tcPr>
            <w:tcW w:w="1098" w:type="dxa"/>
          </w:tcPr>
          <w:p w14:paraId="3D789802" w14:textId="4F9157CD" w:rsidR="00796F35" w:rsidRPr="004543E3" w:rsidRDefault="00796F35" w:rsidP="00796F35">
            <w:pPr>
              <w:jc w:val="both"/>
            </w:pPr>
            <w:proofErr w:type="spellStart"/>
            <w:r w:rsidRPr="004543E3">
              <w:t>Căn</w:t>
            </w:r>
            <w:proofErr w:type="spellEnd"/>
            <w:r w:rsidRPr="004543E3">
              <w:t xml:space="preserve"> </w:t>
            </w:r>
            <w:proofErr w:type="spellStart"/>
            <w:r w:rsidRPr="004543E3">
              <w:t>cứ</w:t>
            </w:r>
            <w:proofErr w:type="spellEnd"/>
            <w:r w:rsidRPr="004543E3">
              <w:t xml:space="preserve"> </w:t>
            </w:r>
            <w:proofErr w:type="spellStart"/>
            <w:r w:rsidRPr="004543E3">
              <w:t>pháp</w:t>
            </w:r>
            <w:proofErr w:type="spellEnd"/>
            <w:r w:rsidRPr="004543E3">
              <w:t xml:space="preserve"> </w:t>
            </w:r>
            <w:proofErr w:type="spellStart"/>
            <w:r w:rsidRPr="004543E3">
              <w:t>lý</w:t>
            </w:r>
            <w:proofErr w:type="spellEnd"/>
          </w:p>
        </w:tc>
        <w:tc>
          <w:tcPr>
            <w:tcW w:w="5113" w:type="dxa"/>
          </w:tcPr>
          <w:p w14:paraId="15E22885" w14:textId="77777777" w:rsidR="00796F35" w:rsidRPr="004543E3" w:rsidRDefault="00796F35" w:rsidP="00B15EF1">
            <w:pPr>
              <w:spacing w:after="0" w:line="240" w:lineRule="auto"/>
              <w:ind w:firstLine="709"/>
              <w:jc w:val="both"/>
              <w:rPr>
                <w:i/>
                <w:iCs/>
                <w:szCs w:val="26"/>
                <w:lang w:val="de-DE"/>
              </w:rPr>
            </w:pPr>
            <w:r w:rsidRPr="004543E3">
              <w:rPr>
                <w:i/>
                <w:iCs/>
                <w:szCs w:val="26"/>
                <w:lang w:val="de-DE"/>
              </w:rPr>
              <w:t>Căn cứ Luật cán bộ, công chức ngày 24 tháng 6 năm 2025;</w:t>
            </w:r>
          </w:p>
          <w:p w14:paraId="20393003" w14:textId="77777777" w:rsidR="00796F35" w:rsidRPr="004543E3" w:rsidRDefault="00796F35" w:rsidP="00B15EF1">
            <w:pPr>
              <w:spacing w:after="0" w:line="240" w:lineRule="auto"/>
              <w:ind w:firstLine="709"/>
              <w:jc w:val="both"/>
              <w:rPr>
                <w:i/>
                <w:iCs/>
                <w:szCs w:val="26"/>
                <w:lang w:val="de-DE"/>
              </w:rPr>
            </w:pPr>
            <w:r w:rsidRPr="004543E3">
              <w:rPr>
                <w:i/>
                <w:iCs/>
                <w:szCs w:val="26"/>
                <w:lang w:val="de-DE"/>
              </w:rPr>
              <w:t>Căn cứ Luật Viên chức ngày 15 tháng 11 năm 2010; Luật sửa đổi, bổ sung một số điều của Luật Cán bộ, công chức và Luật Viên chức ngày 25 tháng 11 năm 2019;</w:t>
            </w:r>
          </w:p>
          <w:p w14:paraId="4CF3B7AF" w14:textId="77777777" w:rsidR="00796F35" w:rsidRPr="004543E3" w:rsidRDefault="00796F35" w:rsidP="00B15EF1">
            <w:pPr>
              <w:widowControl w:val="0"/>
              <w:adjustRightInd w:val="0"/>
              <w:snapToGrid w:val="0"/>
              <w:spacing w:after="0" w:line="240" w:lineRule="auto"/>
              <w:ind w:firstLine="709"/>
              <w:jc w:val="both"/>
              <w:rPr>
                <w:i/>
                <w:iCs/>
                <w:szCs w:val="26"/>
                <w:lang w:val="de-DE"/>
              </w:rPr>
            </w:pPr>
            <w:r w:rsidRPr="004543E3">
              <w:rPr>
                <w:i/>
                <w:iCs/>
                <w:szCs w:val="26"/>
                <w:lang w:val="de-DE"/>
              </w:rPr>
              <w:t>Căn cứ Luật Chất lượng sản phẩm, hàng hoá ngày 21 tháng 11 năm 2007; Luật sửa đổi, bổ sung một số điều của Luật Chất lượng sản phẩm, hàng hoá ngày 18 tháng 6 năm 2025;</w:t>
            </w:r>
          </w:p>
          <w:p w14:paraId="3CDA9130" w14:textId="77777777" w:rsidR="00796F35" w:rsidRPr="004543E3" w:rsidRDefault="00796F35" w:rsidP="00B15EF1">
            <w:pPr>
              <w:widowControl w:val="0"/>
              <w:adjustRightInd w:val="0"/>
              <w:snapToGrid w:val="0"/>
              <w:spacing w:after="0" w:line="240" w:lineRule="auto"/>
              <w:ind w:firstLine="709"/>
              <w:jc w:val="both"/>
              <w:rPr>
                <w:i/>
                <w:iCs/>
                <w:szCs w:val="26"/>
                <w:lang w:val="de-DE"/>
              </w:rPr>
            </w:pPr>
            <w:r w:rsidRPr="004543E3">
              <w:rPr>
                <w:i/>
                <w:iCs/>
                <w:szCs w:val="26"/>
                <w:lang w:val="de-DE"/>
              </w:rPr>
              <w:t>Căn cứ Nghị định số </w:t>
            </w:r>
            <w:hyperlink r:id="rId6" w:tgtFrame="_blank" w:tooltip="Nghị định 55/2025/NĐ-CP" w:history="1">
              <w:r w:rsidRPr="004543E3">
                <w:rPr>
                  <w:i/>
                  <w:iCs/>
                  <w:szCs w:val="26"/>
                  <w:lang w:val="de-DE"/>
                </w:rPr>
                <w:t>37/2026/NĐ-CP</w:t>
              </w:r>
            </w:hyperlink>
            <w:r w:rsidRPr="004543E3">
              <w:rPr>
                <w:i/>
                <w:iCs/>
                <w:szCs w:val="26"/>
                <w:lang w:val="de-DE"/>
              </w:rPr>
              <w:t xml:space="preserve"> ngày 23 tháng 01 năm 2026 của Chính phủ </w:t>
            </w:r>
            <w:r w:rsidRPr="004543E3">
              <w:rPr>
                <w:i/>
                <w:iCs/>
                <w:szCs w:val="26"/>
                <w:lang w:val="de-DE"/>
              </w:rPr>
              <w:lastRenderedPageBreak/>
              <w:t>quy định chi tiết một số điều và biện pháp để tổ chức, hướng dẫn thi hành Luật Chất lượng sản phẩm, hàng hóa;</w:t>
            </w:r>
          </w:p>
          <w:p w14:paraId="2800A565" w14:textId="77777777" w:rsidR="00796F35" w:rsidRPr="004543E3" w:rsidRDefault="00796F35" w:rsidP="00B15EF1">
            <w:pPr>
              <w:spacing w:after="0" w:line="240" w:lineRule="auto"/>
              <w:ind w:firstLine="709"/>
              <w:jc w:val="both"/>
              <w:rPr>
                <w:i/>
                <w:iCs/>
                <w:szCs w:val="26"/>
                <w:lang w:val="de-DE"/>
              </w:rPr>
            </w:pPr>
            <w:r w:rsidRPr="004543E3">
              <w:rPr>
                <w:i/>
                <w:iCs/>
                <w:szCs w:val="26"/>
                <w:lang w:val="de-DE"/>
              </w:rPr>
              <w:t>Căn cứ Nghị định số </w:t>
            </w:r>
            <w:hyperlink r:id="rId7" w:tgtFrame="_blank" w:tooltip="Nghị định 55/2025/NĐ-CP" w:history="1">
              <w:r w:rsidRPr="004543E3">
                <w:rPr>
                  <w:i/>
                  <w:iCs/>
                  <w:szCs w:val="26"/>
                  <w:lang w:val="de-DE"/>
                </w:rPr>
                <w:t>55/2025/NĐ-CP</w:t>
              </w:r>
            </w:hyperlink>
            <w:r w:rsidRPr="004543E3">
              <w:rPr>
                <w:i/>
                <w:iCs/>
                <w:szCs w:val="26"/>
                <w:lang w:val="de-DE"/>
              </w:rPr>
              <w:t> ngày 02 tháng 3 năm 2025 của Chính phủ quy định chức năng nhiệm vụ, quyền hạn và cơ cấu tổ chức của Bộ Khoa học và Công nghệ;</w:t>
            </w:r>
          </w:p>
          <w:p w14:paraId="3BD5EE0E" w14:textId="77777777" w:rsidR="00796F35" w:rsidRPr="004543E3" w:rsidRDefault="00796F35" w:rsidP="00B15EF1">
            <w:pPr>
              <w:spacing w:after="0" w:line="240" w:lineRule="auto"/>
              <w:ind w:firstLine="709"/>
              <w:jc w:val="both"/>
              <w:rPr>
                <w:i/>
                <w:iCs/>
                <w:szCs w:val="26"/>
                <w:lang w:val="de-DE"/>
              </w:rPr>
            </w:pPr>
            <w:r w:rsidRPr="004543E3">
              <w:rPr>
                <w:i/>
                <w:iCs/>
                <w:szCs w:val="26"/>
                <w:lang w:val="de-DE"/>
              </w:rPr>
              <w:t xml:space="preserve">Căn cứ Nghị định số 170/2025/NĐ-CP ngày 30 tháng 6 năm 2025 của Chính phủ quy định về tuyển dụng, sử dụng và quản lý công chức; </w:t>
            </w:r>
          </w:p>
          <w:p w14:paraId="191A6B2D" w14:textId="77777777" w:rsidR="00796F35" w:rsidRPr="004543E3" w:rsidRDefault="00796F35" w:rsidP="00B15EF1">
            <w:pPr>
              <w:spacing w:after="0" w:line="240" w:lineRule="auto"/>
              <w:ind w:firstLine="709"/>
              <w:jc w:val="both"/>
              <w:rPr>
                <w:i/>
                <w:iCs/>
                <w:szCs w:val="26"/>
                <w:lang w:val="de-DE"/>
              </w:rPr>
            </w:pPr>
            <w:r w:rsidRPr="004543E3">
              <w:rPr>
                <w:i/>
                <w:iCs/>
                <w:szCs w:val="26"/>
                <w:lang w:val="de-DE"/>
              </w:rPr>
              <w:t xml:space="preserve">Căn cứ Nghị định số 115/2020/NĐ-CP ngày 25 tháng 9 năm 2020 của Chính phủ quy định về tuyển dụng, sử dụng và quản lý viên chức; Nghị định số 85/2023/NĐ-CP ngày 07 tháng 12 năm 2023 của Chính phủ sửa đổi, bổ sung một số điều của Nghị định số 115/2020/NĐ-CP ngày 25 tháng 9 năm 2020 của Chính phủ quy định về tuyển dụng, sử dụng và quản lý viên chức; </w:t>
            </w:r>
          </w:p>
          <w:p w14:paraId="258E59E4" w14:textId="77777777" w:rsidR="00796F35" w:rsidRPr="004543E3" w:rsidRDefault="00796F35" w:rsidP="00B15EF1">
            <w:pPr>
              <w:spacing w:after="0" w:line="240" w:lineRule="auto"/>
              <w:ind w:firstLine="709"/>
              <w:jc w:val="both"/>
              <w:rPr>
                <w:i/>
                <w:iCs/>
                <w:szCs w:val="26"/>
                <w:lang w:val="de-DE"/>
              </w:rPr>
            </w:pPr>
            <w:r w:rsidRPr="004543E3">
              <w:rPr>
                <w:i/>
                <w:iCs/>
                <w:szCs w:val="26"/>
                <w:lang w:val="de-DE"/>
              </w:rPr>
              <w:t xml:space="preserve">Căn cứ Nghị định số 361/2025/NĐ-CP ngày 31 tháng 12 năm 2025 của Chính phủ quy định về vị trí việc làm công chức; </w:t>
            </w:r>
          </w:p>
          <w:p w14:paraId="611B50AD" w14:textId="77777777" w:rsidR="00796F35" w:rsidRPr="004543E3" w:rsidRDefault="00796F35" w:rsidP="00B15EF1">
            <w:pPr>
              <w:spacing w:after="0" w:line="240" w:lineRule="auto"/>
              <w:ind w:firstLine="709"/>
              <w:jc w:val="both"/>
              <w:rPr>
                <w:i/>
                <w:iCs/>
                <w:szCs w:val="26"/>
                <w:lang w:val="de-DE"/>
              </w:rPr>
            </w:pPr>
            <w:r w:rsidRPr="004543E3">
              <w:rPr>
                <w:i/>
                <w:iCs/>
                <w:szCs w:val="26"/>
                <w:lang w:val="de-DE"/>
              </w:rPr>
              <w:t>Căn cứ Nghị định số 106/2020/NĐ-CP ngày 10 tháng 9 năm 2020 về vị trí việc làm và số lượng người làm việc trong đơn vị sự nghiệp công lập;</w:t>
            </w:r>
          </w:p>
          <w:p w14:paraId="6FF2D64F" w14:textId="77777777" w:rsidR="00796F35" w:rsidRPr="004543E3" w:rsidRDefault="00796F35" w:rsidP="00B15EF1">
            <w:pPr>
              <w:tabs>
                <w:tab w:val="left" w:pos="0"/>
              </w:tabs>
              <w:spacing w:after="0" w:line="240" w:lineRule="auto"/>
              <w:ind w:firstLine="709"/>
              <w:jc w:val="both"/>
              <w:rPr>
                <w:i/>
                <w:iCs/>
                <w:szCs w:val="26"/>
                <w:lang w:val="de-DE"/>
              </w:rPr>
            </w:pPr>
            <w:r w:rsidRPr="004543E3">
              <w:rPr>
                <w:szCs w:val="26"/>
                <w:lang w:val="de-DE"/>
              </w:rPr>
              <w:tab/>
            </w:r>
            <w:r w:rsidRPr="004543E3">
              <w:rPr>
                <w:i/>
                <w:iCs/>
                <w:szCs w:val="26"/>
                <w:lang w:val="de-DE"/>
              </w:rPr>
              <w:t>Theo đề nghị của Vụ trưởng Vụ Tổ chức cán bộ, Vụ trưởng Vụ Pháp chế và Chủ tịch Ủy ban Tiêu chuẩn Đo lường Chất lượng Quốc gia;</w:t>
            </w:r>
            <w:r w:rsidRPr="004543E3">
              <w:rPr>
                <w:i/>
                <w:iCs/>
                <w:szCs w:val="26"/>
                <w:lang w:val="de-DE"/>
              </w:rPr>
              <w:tab/>
            </w:r>
          </w:p>
          <w:p w14:paraId="566C677B" w14:textId="52149041" w:rsidR="00796F35" w:rsidRPr="004543E3" w:rsidRDefault="00796F35" w:rsidP="00B15EF1">
            <w:pPr>
              <w:spacing w:after="0" w:line="240" w:lineRule="auto"/>
              <w:ind w:firstLine="709"/>
              <w:jc w:val="both"/>
              <w:rPr>
                <w:i/>
                <w:iCs/>
                <w:sz w:val="28"/>
                <w:szCs w:val="28"/>
                <w:lang w:val="de-DE"/>
              </w:rPr>
            </w:pPr>
            <w:r w:rsidRPr="004543E3">
              <w:rPr>
                <w:i/>
                <w:iCs/>
                <w:szCs w:val="26"/>
                <w:lang w:val="de-DE"/>
              </w:rPr>
              <w:lastRenderedPageBreak/>
              <w:tab/>
              <w:t xml:space="preserve">Bộ trưởng Bộ Khoa học và Công nghệ ban hành Thông tư quy định mã số, tiêu chuẩn chuyên môn, nghiệp vụ đối với ngạch công chức, chức danh nghề nghiệp viên chức chuyên ngành kiểm soát chất lượng sản phẩm, hàng hóa. </w:t>
            </w:r>
          </w:p>
        </w:tc>
        <w:tc>
          <w:tcPr>
            <w:tcW w:w="5220" w:type="dxa"/>
          </w:tcPr>
          <w:p w14:paraId="0B6BC614" w14:textId="77777777" w:rsidR="00796F35" w:rsidRPr="004543E3" w:rsidRDefault="00796F35" w:rsidP="00796F35">
            <w:pPr>
              <w:spacing w:after="0" w:line="340" w:lineRule="exact"/>
              <w:jc w:val="both"/>
              <w:rPr>
                <w:b/>
                <w:bCs/>
              </w:rPr>
            </w:pPr>
            <w:r w:rsidRPr="004543E3">
              <w:rPr>
                <w:b/>
                <w:bCs/>
              </w:rPr>
              <w:lastRenderedPageBreak/>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409AB44C" w14:textId="77777777" w:rsidR="00796F35" w:rsidRPr="004543E3" w:rsidRDefault="00796F35" w:rsidP="00796F35">
            <w:pPr>
              <w:spacing w:after="0" w:line="340" w:lineRule="exact"/>
              <w:jc w:val="both"/>
            </w:pPr>
            <w:r w:rsidRPr="004543E3">
              <w:t xml:space="preserve">- </w:t>
            </w:r>
            <w:proofErr w:type="spellStart"/>
            <w:r w:rsidRPr="004543E3">
              <w:t>Tại</w:t>
            </w:r>
            <w:proofErr w:type="spellEnd"/>
            <w:r w:rsidRPr="004543E3">
              <w:t xml:space="preserve"> </w:t>
            </w:r>
            <w:proofErr w:type="spellStart"/>
            <w:r w:rsidRPr="004543E3">
              <w:t>căn</w:t>
            </w:r>
            <w:proofErr w:type="spellEnd"/>
            <w:r w:rsidRPr="004543E3">
              <w:t xml:space="preserve"> </w:t>
            </w:r>
            <w:proofErr w:type="spellStart"/>
            <w:r w:rsidRPr="004543E3">
              <w:t>cứ</w:t>
            </w:r>
            <w:proofErr w:type="spellEnd"/>
            <w:r w:rsidRPr="004543E3">
              <w:t xml:space="preserve"> ban </w:t>
            </w:r>
            <w:proofErr w:type="spellStart"/>
            <w:r w:rsidRPr="004543E3">
              <w:t>hành</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bỏ</w:t>
            </w:r>
            <w:proofErr w:type="spellEnd"/>
            <w:r w:rsidRPr="004543E3">
              <w:t xml:space="preserve"> </w:t>
            </w:r>
            <w:r w:rsidRPr="004543E3">
              <w:rPr>
                <w:i/>
                <w:iCs/>
              </w:rPr>
              <w:t xml:space="preserve">“Theo </w:t>
            </w:r>
            <w:proofErr w:type="spellStart"/>
            <w:r w:rsidRPr="004543E3">
              <w:rPr>
                <w:i/>
                <w:iCs/>
              </w:rPr>
              <w:t>đề</w:t>
            </w:r>
            <w:proofErr w:type="spellEnd"/>
            <w:r w:rsidRPr="004543E3">
              <w:rPr>
                <w:i/>
                <w:iCs/>
              </w:rPr>
              <w:t xml:space="preserve"> </w:t>
            </w:r>
            <w:proofErr w:type="spellStart"/>
            <w:r w:rsidRPr="004543E3">
              <w:rPr>
                <w:i/>
                <w:iCs/>
              </w:rPr>
              <w:t>nghị</w:t>
            </w:r>
            <w:proofErr w:type="spellEnd"/>
            <w:r w:rsidRPr="004543E3">
              <w:rPr>
                <w:i/>
                <w:iCs/>
              </w:rPr>
              <w:t xml:space="preserve"> </w:t>
            </w:r>
            <w:proofErr w:type="spellStart"/>
            <w:r w:rsidRPr="004543E3">
              <w:rPr>
                <w:i/>
                <w:iCs/>
              </w:rPr>
              <w:t>của</w:t>
            </w:r>
            <w:proofErr w:type="spellEnd"/>
            <w:r w:rsidRPr="004543E3">
              <w:rPr>
                <w:i/>
                <w:iCs/>
              </w:rPr>
              <w:t>…</w:t>
            </w:r>
            <w:proofErr w:type="spellStart"/>
            <w:r w:rsidRPr="004543E3">
              <w:rPr>
                <w:i/>
                <w:iCs/>
              </w:rPr>
              <w:t>Vụ</w:t>
            </w:r>
            <w:proofErr w:type="spellEnd"/>
            <w:r w:rsidRPr="004543E3">
              <w:rPr>
                <w:i/>
                <w:iCs/>
              </w:rPr>
              <w:t xml:space="preserve"> </w:t>
            </w:r>
            <w:proofErr w:type="spellStart"/>
            <w:r w:rsidRPr="004543E3">
              <w:rPr>
                <w:i/>
                <w:iCs/>
              </w:rPr>
              <w:t>trưởng</w:t>
            </w:r>
            <w:proofErr w:type="spellEnd"/>
            <w:r w:rsidRPr="004543E3">
              <w:rPr>
                <w:i/>
                <w:iCs/>
              </w:rPr>
              <w:t xml:space="preserve"> </w:t>
            </w:r>
            <w:proofErr w:type="spellStart"/>
            <w:r w:rsidRPr="004543E3">
              <w:rPr>
                <w:i/>
                <w:iCs/>
              </w:rPr>
              <w:t>Vụ</w:t>
            </w:r>
            <w:proofErr w:type="spellEnd"/>
            <w:r w:rsidRPr="004543E3">
              <w:rPr>
                <w:i/>
                <w:iCs/>
              </w:rPr>
              <w:t xml:space="preserve"> Pháp </w:t>
            </w:r>
            <w:proofErr w:type="spellStart"/>
            <w:r w:rsidRPr="004543E3">
              <w:rPr>
                <w:i/>
                <w:iCs/>
              </w:rPr>
              <w:t>chế</w:t>
            </w:r>
            <w:proofErr w:type="spellEnd"/>
            <w:r w:rsidRPr="004543E3">
              <w:rPr>
                <w:i/>
                <w:iCs/>
              </w:rPr>
              <w:t xml:space="preserve">…” </w:t>
            </w:r>
            <w:r w:rsidRPr="004543E3">
              <w:t xml:space="preserve">do </w:t>
            </w:r>
            <w:proofErr w:type="spellStart"/>
            <w:r w:rsidRPr="004543E3">
              <w:t>Vụ</w:t>
            </w:r>
            <w:proofErr w:type="spellEnd"/>
            <w:r w:rsidRPr="004543E3">
              <w:t xml:space="preserve"> Pháp </w:t>
            </w:r>
            <w:proofErr w:type="spellStart"/>
            <w:r w:rsidRPr="004543E3">
              <w:t>chế</w:t>
            </w:r>
            <w:proofErr w:type="spellEnd"/>
            <w:r w:rsidRPr="004543E3">
              <w:t xml:space="preserve"> </w:t>
            </w:r>
            <w:proofErr w:type="spellStart"/>
            <w:r w:rsidRPr="004543E3">
              <w:t>không</w:t>
            </w:r>
            <w:proofErr w:type="spellEnd"/>
            <w:r w:rsidRPr="004543E3">
              <w:t xml:space="preserve"> </w:t>
            </w:r>
            <w:proofErr w:type="spellStart"/>
            <w:r w:rsidRPr="004543E3">
              <w:t>phải</w:t>
            </w:r>
            <w:proofErr w:type="spellEnd"/>
            <w:r w:rsidRPr="004543E3">
              <w:t xml:space="preserve"> </w:t>
            </w:r>
            <w:proofErr w:type="spellStart"/>
            <w:r w:rsidRPr="004543E3">
              <w:t>đơn</w:t>
            </w:r>
            <w:proofErr w:type="spellEnd"/>
            <w:r w:rsidRPr="004543E3">
              <w:t xml:space="preserve"> </w:t>
            </w:r>
            <w:proofErr w:type="spellStart"/>
            <w:r w:rsidRPr="004543E3">
              <w:t>vị</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xây</w:t>
            </w:r>
            <w:proofErr w:type="spellEnd"/>
            <w:r w:rsidRPr="004543E3">
              <w:t xml:space="preserve"> </w:t>
            </w:r>
            <w:proofErr w:type="spellStart"/>
            <w:r w:rsidRPr="004543E3">
              <w:t>dựng</w:t>
            </w:r>
            <w:proofErr w:type="spellEnd"/>
            <w:r w:rsidRPr="004543E3">
              <w:t xml:space="preserve"> Thông </w:t>
            </w:r>
            <w:proofErr w:type="spellStart"/>
            <w:r w:rsidRPr="004543E3">
              <w:t>tư</w:t>
            </w:r>
            <w:proofErr w:type="spellEnd"/>
            <w:r w:rsidRPr="004543E3">
              <w:t>.</w:t>
            </w:r>
          </w:p>
          <w:p w14:paraId="17CAC2F6" w14:textId="77777777" w:rsidR="00796F35" w:rsidRPr="004543E3" w:rsidRDefault="00796F35" w:rsidP="00796F35">
            <w:pPr>
              <w:jc w:val="both"/>
            </w:pPr>
          </w:p>
        </w:tc>
        <w:tc>
          <w:tcPr>
            <w:tcW w:w="3165" w:type="dxa"/>
          </w:tcPr>
          <w:p w14:paraId="282E943C" w14:textId="77777777" w:rsidR="00796F35" w:rsidRPr="004543E3" w:rsidRDefault="00796F35" w:rsidP="00796F35">
            <w:pPr>
              <w:spacing w:after="0" w:line="340" w:lineRule="exact"/>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1DF98F20" w14:textId="77777777" w:rsidR="00796F35" w:rsidRPr="004543E3" w:rsidRDefault="00796F35" w:rsidP="00796F35">
            <w:pPr>
              <w:spacing w:after="0" w:line="340" w:lineRule="exact"/>
              <w:jc w:val="both"/>
              <w:rPr>
                <w:szCs w:val="26"/>
              </w:rPr>
            </w:pPr>
          </w:p>
          <w:p w14:paraId="09F4837D" w14:textId="77777777" w:rsidR="00796F35" w:rsidRPr="004543E3" w:rsidRDefault="00796F35" w:rsidP="00796F35">
            <w:pPr>
              <w:spacing w:after="0" w:line="340" w:lineRule="exact"/>
              <w:jc w:val="both"/>
              <w:rPr>
                <w:szCs w:val="26"/>
              </w:rPr>
            </w:pPr>
          </w:p>
          <w:p w14:paraId="0465031E" w14:textId="77777777" w:rsidR="00796F35" w:rsidRPr="004543E3" w:rsidRDefault="00796F35" w:rsidP="00796F35">
            <w:pPr>
              <w:spacing w:after="0" w:line="340" w:lineRule="exact"/>
              <w:jc w:val="both"/>
              <w:rPr>
                <w:szCs w:val="26"/>
              </w:rPr>
            </w:pPr>
          </w:p>
          <w:p w14:paraId="32354BEC" w14:textId="77777777" w:rsidR="00796F35" w:rsidRPr="004543E3" w:rsidRDefault="00796F35" w:rsidP="00796F35">
            <w:pPr>
              <w:spacing w:after="0" w:line="340" w:lineRule="exact"/>
              <w:jc w:val="both"/>
              <w:rPr>
                <w:szCs w:val="26"/>
              </w:rPr>
            </w:pPr>
          </w:p>
          <w:p w14:paraId="41AE7526" w14:textId="77777777" w:rsidR="00796F35" w:rsidRPr="004543E3" w:rsidRDefault="00796F35" w:rsidP="00796F35">
            <w:pPr>
              <w:spacing w:after="0" w:line="340" w:lineRule="exact"/>
              <w:jc w:val="both"/>
              <w:rPr>
                <w:szCs w:val="26"/>
              </w:rPr>
            </w:pPr>
          </w:p>
          <w:p w14:paraId="5CD11988" w14:textId="77777777" w:rsidR="00796F35" w:rsidRPr="004543E3" w:rsidRDefault="00796F35" w:rsidP="00796F35">
            <w:pPr>
              <w:spacing w:after="0" w:line="340" w:lineRule="exact"/>
              <w:jc w:val="both"/>
              <w:rPr>
                <w:szCs w:val="26"/>
              </w:rPr>
            </w:pPr>
          </w:p>
          <w:p w14:paraId="5CCD515E" w14:textId="77777777" w:rsidR="00796F35" w:rsidRPr="004543E3" w:rsidRDefault="00796F35" w:rsidP="00796F35">
            <w:pPr>
              <w:spacing w:after="0" w:line="340" w:lineRule="exact"/>
              <w:jc w:val="both"/>
              <w:rPr>
                <w:szCs w:val="26"/>
              </w:rPr>
            </w:pPr>
          </w:p>
          <w:p w14:paraId="4BB7709E" w14:textId="77777777" w:rsidR="00796F35" w:rsidRPr="004543E3" w:rsidRDefault="00796F35" w:rsidP="00796F35">
            <w:pPr>
              <w:spacing w:after="0" w:line="340" w:lineRule="exact"/>
              <w:jc w:val="both"/>
              <w:rPr>
                <w:szCs w:val="26"/>
              </w:rPr>
            </w:pPr>
          </w:p>
          <w:p w14:paraId="58A612B6" w14:textId="77777777" w:rsidR="00796F35" w:rsidRPr="004543E3" w:rsidRDefault="00796F35" w:rsidP="00B15EF1">
            <w:pPr>
              <w:spacing w:after="0" w:line="340" w:lineRule="exact"/>
              <w:jc w:val="both"/>
              <w:rPr>
                <w:szCs w:val="26"/>
              </w:rPr>
            </w:pPr>
          </w:p>
        </w:tc>
      </w:tr>
      <w:tr w:rsidR="0097500E" w:rsidRPr="004543E3" w14:paraId="592F6D22" w14:textId="77777777" w:rsidTr="00FF0027">
        <w:tc>
          <w:tcPr>
            <w:tcW w:w="1098" w:type="dxa"/>
          </w:tcPr>
          <w:p w14:paraId="012D07F8" w14:textId="7FC93425" w:rsidR="0097500E" w:rsidRPr="004543E3" w:rsidRDefault="0097500E" w:rsidP="0097500E">
            <w:pPr>
              <w:jc w:val="both"/>
            </w:pPr>
            <w:proofErr w:type="spellStart"/>
            <w:r w:rsidRPr="004543E3">
              <w:lastRenderedPageBreak/>
              <w:t>Điều</w:t>
            </w:r>
            <w:proofErr w:type="spellEnd"/>
            <w:r w:rsidRPr="004543E3">
              <w:t xml:space="preserve"> 1</w:t>
            </w:r>
          </w:p>
        </w:tc>
        <w:tc>
          <w:tcPr>
            <w:tcW w:w="5113" w:type="dxa"/>
          </w:tcPr>
          <w:p w14:paraId="64E25FAF" w14:textId="77777777" w:rsidR="0097500E" w:rsidRPr="004543E3" w:rsidRDefault="0097500E" w:rsidP="0097500E">
            <w:pPr>
              <w:spacing w:after="0" w:line="340" w:lineRule="exact"/>
              <w:ind w:firstLine="629"/>
              <w:jc w:val="both"/>
              <w:rPr>
                <w:b/>
                <w:bCs/>
                <w:szCs w:val="26"/>
              </w:rPr>
            </w:pPr>
            <w:r w:rsidRPr="004543E3">
              <w:rPr>
                <w:szCs w:val="26"/>
              </w:rPr>
              <w:t xml:space="preserve"> </w:t>
            </w:r>
            <w:proofErr w:type="spellStart"/>
            <w:r w:rsidRPr="004543E3">
              <w:rPr>
                <w:b/>
                <w:bCs/>
                <w:szCs w:val="26"/>
              </w:rPr>
              <w:t>Điều</w:t>
            </w:r>
            <w:proofErr w:type="spellEnd"/>
            <w:r w:rsidRPr="004543E3">
              <w:rPr>
                <w:b/>
                <w:bCs/>
                <w:szCs w:val="26"/>
              </w:rPr>
              <w:t xml:space="preserve"> 1. Phạm vi </w:t>
            </w:r>
            <w:proofErr w:type="spellStart"/>
            <w:r w:rsidRPr="004543E3">
              <w:rPr>
                <w:b/>
                <w:bCs/>
                <w:szCs w:val="26"/>
              </w:rPr>
              <w:t>điều</w:t>
            </w:r>
            <w:proofErr w:type="spellEnd"/>
            <w:r w:rsidRPr="004543E3">
              <w:rPr>
                <w:b/>
                <w:bCs/>
                <w:szCs w:val="26"/>
              </w:rPr>
              <w:t xml:space="preserve"> </w:t>
            </w:r>
            <w:proofErr w:type="spellStart"/>
            <w:r w:rsidRPr="004543E3">
              <w:rPr>
                <w:b/>
                <w:bCs/>
                <w:szCs w:val="26"/>
              </w:rPr>
              <w:t>chỉnh</w:t>
            </w:r>
            <w:proofErr w:type="spellEnd"/>
            <w:r w:rsidRPr="004543E3">
              <w:rPr>
                <w:b/>
                <w:bCs/>
                <w:szCs w:val="26"/>
              </w:rPr>
              <w:t>:</w:t>
            </w:r>
          </w:p>
          <w:p w14:paraId="379754CA" w14:textId="5B7D9A4F" w:rsidR="0097500E" w:rsidRPr="004543E3" w:rsidRDefault="0097500E" w:rsidP="0097500E">
            <w:pPr>
              <w:ind w:firstLine="709"/>
              <w:jc w:val="both"/>
              <w:rPr>
                <w:i/>
                <w:iCs/>
                <w:sz w:val="28"/>
                <w:szCs w:val="28"/>
                <w:lang w:val="de-DE"/>
              </w:rPr>
            </w:pPr>
            <w:r w:rsidRPr="004543E3">
              <w:rPr>
                <w:szCs w:val="26"/>
              </w:rPr>
              <w:t xml:space="preserve">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trình</w:t>
            </w:r>
            <w:proofErr w:type="spellEnd"/>
            <w:r w:rsidRPr="004543E3">
              <w:rPr>
                <w:szCs w:val="26"/>
              </w:rPr>
              <w:t xml:space="preserve"> </w:t>
            </w:r>
            <w:proofErr w:type="spellStart"/>
            <w:r w:rsidRPr="004543E3">
              <w:rPr>
                <w:szCs w:val="26"/>
              </w:rPr>
              <w:t>độ</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tc>
        <w:tc>
          <w:tcPr>
            <w:tcW w:w="5220" w:type="dxa"/>
          </w:tcPr>
          <w:p w14:paraId="45E230D5" w14:textId="77777777" w:rsidR="0097500E" w:rsidRPr="004543E3" w:rsidRDefault="0097500E" w:rsidP="004F00C7">
            <w:pPr>
              <w:spacing w:after="0" w:line="240" w:lineRule="auto"/>
              <w:jc w:val="both"/>
              <w:rPr>
                <w:b/>
                <w:bCs/>
              </w:rPr>
            </w:pPr>
            <w:proofErr w:type="spellStart"/>
            <w:r w:rsidRPr="004543E3">
              <w:rPr>
                <w:b/>
                <w:bCs/>
              </w:rPr>
              <w:t>Quỹ</w:t>
            </w:r>
            <w:proofErr w:type="spellEnd"/>
            <w:r w:rsidRPr="004543E3">
              <w:rPr>
                <w:b/>
                <w:bCs/>
              </w:rPr>
              <w:t xml:space="preserve"> </w:t>
            </w:r>
            <w:proofErr w:type="spellStart"/>
            <w:r w:rsidRPr="004543E3">
              <w:rPr>
                <w:b/>
                <w:bCs/>
              </w:rPr>
              <w:t>Phát</w:t>
            </w:r>
            <w:proofErr w:type="spellEnd"/>
            <w:r w:rsidRPr="004543E3">
              <w:rPr>
                <w:b/>
                <w:bCs/>
              </w:rPr>
              <w:t xml:space="preserve"> </w:t>
            </w:r>
            <w:proofErr w:type="spellStart"/>
            <w:r w:rsidRPr="004543E3">
              <w:rPr>
                <w:b/>
                <w:bCs/>
              </w:rPr>
              <w:t>triển</w:t>
            </w:r>
            <w:proofErr w:type="spellEnd"/>
            <w:r w:rsidRPr="004543E3">
              <w:rPr>
                <w:b/>
                <w:bCs/>
              </w:rPr>
              <w:t xml:space="preserve"> khoa </w:t>
            </w:r>
            <w:proofErr w:type="spellStart"/>
            <w:r w:rsidRPr="004543E3">
              <w:rPr>
                <w:b/>
                <w:bCs/>
              </w:rPr>
              <w:t>học</w:t>
            </w:r>
            <w:proofErr w:type="spellEnd"/>
            <w:r w:rsidRPr="004543E3">
              <w:rPr>
                <w:b/>
                <w:bCs/>
              </w:rPr>
              <w:t xml:space="preserve"> </w:t>
            </w:r>
            <w:proofErr w:type="spellStart"/>
            <w:r w:rsidRPr="004543E3">
              <w:rPr>
                <w:b/>
                <w:bCs/>
              </w:rPr>
              <w:t>và</w:t>
            </w:r>
            <w:proofErr w:type="spellEnd"/>
            <w:r w:rsidRPr="004543E3">
              <w:rPr>
                <w:b/>
                <w:bCs/>
              </w:rPr>
              <w:t xml:space="preserve"> </w:t>
            </w:r>
            <w:proofErr w:type="spellStart"/>
            <w:r w:rsidRPr="004543E3">
              <w:rPr>
                <w:b/>
                <w:bCs/>
              </w:rPr>
              <w:t>công</w:t>
            </w:r>
            <w:proofErr w:type="spellEnd"/>
            <w:r w:rsidRPr="004543E3">
              <w:rPr>
                <w:b/>
                <w:bCs/>
              </w:rPr>
              <w:t xml:space="preserve"> </w:t>
            </w:r>
            <w:proofErr w:type="spellStart"/>
            <w:r w:rsidRPr="004543E3">
              <w:rPr>
                <w:b/>
                <w:bCs/>
              </w:rPr>
              <w:t>nghệ</w:t>
            </w:r>
            <w:proofErr w:type="spellEnd"/>
            <w:r w:rsidRPr="004543E3">
              <w:rPr>
                <w:b/>
                <w:bCs/>
              </w:rPr>
              <w:t xml:space="preserve"> Quốc </w:t>
            </w:r>
            <w:proofErr w:type="spellStart"/>
            <w:r w:rsidRPr="004543E3">
              <w:rPr>
                <w:b/>
                <w:bCs/>
              </w:rPr>
              <w:t>gia</w:t>
            </w:r>
            <w:proofErr w:type="spellEnd"/>
            <w:r w:rsidRPr="004543E3">
              <w:rPr>
                <w:b/>
                <w:bCs/>
              </w:rPr>
              <w:t>:</w:t>
            </w:r>
          </w:p>
          <w:p w14:paraId="1178317A" w14:textId="77777777" w:rsidR="0097500E" w:rsidRPr="004543E3" w:rsidRDefault="0097500E" w:rsidP="004F00C7">
            <w:pPr>
              <w:spacing w:after="0" w:line="240" w:lineRule="auto"/>
              <w:jc w:val="both"/>
            </w:pPr>
            <w:r w:rsidRPr="004543E3">
              <w:t xml:space="preserve"> </w:t>
            </w:r>
            <w:proofErr w:type="spellStart"/>
            <w:r w:rsidRPr="004543E3">
              <w:t>Về</w:t>
            </w:r>
            <w:proofErr w:type="spellEnd"/>
            <w:r w:rsidRPr="004543E3">
              <w:t xml:space="preserve"> </w:t>
            </w:r>
            <w:proofErr w:type="spellStart"/>
            <w:r w:rsidRPr="004543E3">
              <w:t>phạm</w:t>
            </w:r>
            <w:proofErr w:type="spellEnd"/>
            <w:r w:rsidRPr="004543E3">
              <w:t xml:space="preserve"> vi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Điều</w:t>
            </w:r>
            <w:proofErr w:type="spellEnd"/>
            <w:r w:rsidRPr="004543E3">
              <w:t xml:space="preserve"> 1): </w:t>
            </w:r>
          </w:p>
          <w:p w14:paraId="4B0EBD7B" w14:textId="77777777" w:rsidR="0097500E" w:rsidRPr="004543E3" w:rsidRDefault="0097500E" w:rsidP="004F00C7">
            <w:pPr>
              <w:spacing w:after="0" w:line="240" w:lineRule="auto"/>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làm</w:t>
            </w:r>
            <w:proofErr w:type="spellEnd"/>
            <w:r w:rsidRPr="004543E3">
              <w:t xml:space="preserve"> </w:t>
            </w:r>
            <w:proofErr w:type="spellStart"/>
            <w:r w:rsidRPr="004543E3">
              <w:t>rõ</w:t>
            </w:r>
            <w:proofErr w:type="spellEnd"/>
            <w:r w:rsidRPr="004543E3">
              <w:t xml:space="preserve"> </w:t>
            </w:r>
            <w:proofErr w:type="spellStart"/>
            <w:r w:rsidRPr="004543E3">
              <w:t>hơn</w:t>
            </w:r>
            <w:proofErr w:type="spellEnd"/>
            <w:r w:rsidRPr="004543E3">
              <w:t xml:space="preserve"> </w:t>
            </w:r>
            <w:proofErr w:type="spellStart"/>
            <w:r w:rsidRPr="004543E3">
              <w:t>mối</w:t>
            </w:r>
            <w:proofErr w:type="spellEnd"/>
            <w:r w:rsidRPr="004543E3">
              <w:t xml:space="preserve"> </w:t>
            </w:r>
            <w:proofErr w:type="spellStart"/>
            <w:r w:rsidRPr="004543E3">
              <w:t>quan</w:t>
            </w:r>
            <w:proofErr w:type="spellEnd"/>
            <w:r w:rsidRPr="004543E3">
              <w:t xml:space="preserve"> </w:t>
            </w:r>
            <w:proofErr w:type="spellStart"/>
            <w:r w:rsidRPr="004543E3">
              <w:t>hệ</w:t>
            </w:r>
            <w:proofErr w:type="spellEnd"/>
            <w:r w:rsidRPr="004543E3">
              <w:t xml:space="preserve"> </w:t>
            </w:r>
            <w:proofErr w:type="spellStart"/>
            <w:r w:rsidRPr="004543E3">
              <w:t>giữa</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ngạch</w:t>
            </w:r>
            <w:proofErr w:type="spellEnd"/>
            <w:r w:rsidRPr="004543E3">
              <w:t>/</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với</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với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hiện</w:t>
            </w:r>
            <w:proofErr w:type="spellEnd"/>
            <w:r w:rsidRPr="004543E3">
              <w:t xml:space="preserve"> </w:t>
            </w:r>
            <w:proofErr w:type="spellStart"/>
            <w:r w:rsidRPr="004543E3">
              <w:t>hành</w:t>
            </w:r>
            <w:proofErr w:type="spellEnd"/>
            <w:r w:rsidRPr="004543E3">
              <w:t xml:space="preserve"> </w:t>
            </w:r>
            <w:proofErr w:type="spellStart"/>
            <w:r w:rsidRPr="004543E3">
              <w:t>về</w:t>
            </w:r>
            <w:proofErr w:type="spellEnd"/>
            <w:r w:rsidRPr="004543E3">
              <w:t xml:space="preserve"> </w:t>
            </w:r>
            <w:proofErr w:type="spellStart"/>
            <w:r w:rsidRPr="004543E3">
              <w:t>quản</w:t>
            </w:r>
            <w:proofErr w:type="spellEnd"/>
            <w:r w:rsidRPr="004543E3">
              <w:t xml:space="preserve"> </w:t>
            </w:r>
            <w:proofErr w:type="spellStart"/>
            <w:r w:rsidRPr="004543E3">
              <w:t>lý</w:t>
            </w:r>
            <w:proofErr w:type="spellEnd"/>
            <w:r w:rsidRPr="004543E3">
              <w:t xml:space="preserve"> </w:t>
            </w:r>
            <w:proofErr w:type="spellStart"/>
            <w:r w:rsidRPr="004543E3">
              <w:t>công</w:t>
            </w:r>
            <w:proofErr w:type="spellEnd"/>
            <w:r w:rsidRPr="004543E3">
              <w:t xml:space="preserve"> </w:t>
            </w:r>
            <w:proofErr w:type="spellStart"/>
            <w:r w:rsidRPr="004543E3">
              <w:t>chức</w:t>
            </w:r>
            <w:proofErr w:type="spellEnd"/>
            <w:r w:rsidRPr="004543E3">
              <w:t xml:space="preserve">, </w:t>
            </w:r>
            <w:proofErr w:type="spellStart"/>
            <w:r w:rsidRPr="004543E3">
              <w:t>viên</w:t>
            </w:r>
            <w:proofErr w:type="spellEnd"/>
            <w:r w:rsidRPr="004543E3">
              <w:t xml:space="preserve"> </w:t>
            </w:r>
            <w:proofErr w:type="spellStart"/>
            <w:r w:rsidRPr="004543E3">
              <w:t>chức</w:t>
            </w:r>
            <w:proofErr w:type="spellEnd"/>
            <w:r w:rsidRPr="004543E3">
              <w:t xml:space="preserve"> </w:t>
            </w:r>
            <w:proofErr w:type="spellStart"/>
            <w:r w:rsidRPr="004543E3">
              <w:t>theo</w:t>
            </w:r>
            <w:proofErr w:type="spellEnd"/>
            <w:r w:rsidRPr="004543E3">
              <w:t xml:space="preserve"> </w:t>
            </w:r>
            <w:proofErr w:type="spellStart"/>
            <w:r w:rsidRPr="004543E3">
              <w:t>vị</w:t>
            </w:r>
            <w:proofErr w:type="spellEnd"/>
            <w:r w:rsidRPr="004543E3">
              <w:t xml:space="preserve"> </w:t>
            </w:r>
            <w:proofErr w:type="spellStart"/>
            <w:r w:rsidRPr="004543E3">
              <w:t>trí</w:t>
            </w:r>
            <w:proofErr w:type="spellEnd"/>
            <w:r w:rsidRPr="004543E3">
              <w:t xml:space="preserve"> </w:t>
            </w:r>
            <w:proofErr w:type="spellStart"/>
            <w:r w:rsidRPr="004543E3">
              <w:t>việc</w:t>
            </w:r>
            <w:proofErr w:type="spellEnd"/>
            <w:r w:rsidRPr="004543E3">
              <w:t xml:space="preserve"> </w:t>
            </w:r>
            <w:proofErr w:type="spellStart"/>
            <w:r w:rsidRPr="004543E3">
              <w:t>làm</w:t>
            </w:r>
            <w:proofErr w:type="spellEnd"/>
            <w:r w:rsidRPr="004543E3">
              <w:t>.</w:t>
            </w:r>
          </w:p>
          <w:p w14:paraId="0F87FF50" w14:textId="77777777" w:rsidR="0097500E" w:rsidRPr="004543E3" w:rsidRDefault="0097500E" w:rsidP="004F00C7">
            <w:pPr>
              <w:spacing w:after="0" w:line="240" w:lineRule="auto"/>
              <w:jc w:val="both"/>
            </w:pPr>
          </w:p>
          <w:p w14:paraId="787738F7" w14:textId="77777777" w:rsidR="0097500E" w:rsidRPr="004543E3" w:rsidRDefault="0097500E" w:rsidP="004F00C7">
            <w:pPr>
              <w:spacing w:after="0" w:line="240" w:lineRule="auto"/>
              <w:jc w:val="both"/>
            </w:pPr>
          </w:p>
          <w:p w14:paraId="10D1489B" w14:textId="77777777" w:rsidR="0097500E" w:rsidRPr="004543E3" w:rsidRDefault="0097500E" w:rsidP="004F00C7">
            <w:pPr>
              <w:spacing w:after="0" w:line="240" w:lineRule="auto"/>
              <w:jc w:val="both"/>
            </w:pPr>
          </w:p>
          <w:p w14:paraId="47DB12F0" w14:textId="77777777" w:rsidR="0097500E" w:rsidRDefault="0097500E" w:rsidP="004F00C7">
            <w:pPr>
              <w:spacing w:after="0" w:line="240" w:lineRule="auto"/>
              <w:jc w:val="both"/>
            </w:pPr>
          </w:p>
          <w:p w14:paraId="5F573732" w14:textId="77777777" w:rsidR="00DF670A" w:rsidRDefault="00DF670A" w:rsidP="004F00C7">
            <w:pPr>
              <w:spacing w:after="0" w:line="240" w:lineRule="auto"/>
              <w:jc w:val="both"/>
            </w:pPr>
          </w:p>
          <w:p w14:paraId="01359854" w14:textId="77777777" w:rsidR="00F133A7" w:rsidRDefault="00F133A7" w:rsidP="004F00C7">
            <w:pPr>
              <w:spacing w:after="0" w:line="240" w:lineRule="auto"/>
              <w:jc w:val="both"/>
            </w:pPr>
          </w:p>
          <w:p w14:paraId="22DD83EB" w14:textId="77777777" w:rsidR="00F133A7" w:rsidRDefault="00F133A7" w:rsidP="004F00C7">
            <w:pPr>
              <w:spacing w:after="0" w:line="240" w:lineRule="auto"/>
              <w:jc w:val="both"/>
            </w:pPr>
          </w:p>
          <w:p w14:paraId="1D607C15" w14:textId="77777777" w:rsidR="00F133A7" w:rsidRDefault="00F133A7" w:rsidP="004F00C7">
            <w:pPr>
              <w:spacing w:after="0" w:line="240" w:lineRule="auto"/>
              <w:jc w:val="both"/>
            </w:pPr>
          </w:p>
          <w:p w14:paraId="3EB89D7C" w14:textId="77777777" w:rsidR="00DF670A" w:rsidRDefault="00DF670A" w:rsidP="004F00C7">
            <w:pPr>
              <w:spacing w:after="0" w:line="240" w:lineRule="auto"/>
              <w:jc w:val="both"/>
            </w:pPr>
          </w:p>
          <w:p w14:paraId="4C0F650D" w14:textId="77777777" w:rsidR="00DF670A" w:rsidRPr="004543E3" w:rsidRDefault="00DF670A" w:rsidP="004F00C7">
            <w:pPr>
              <w:spacing w:after="0" w:line="240" w:lineRule="auto"/>
              <w:jc w:val="both"/>
            </w:pPr>
          </w:p>
          <w:p w14:paraId="3A72569B" w14:textId="77777777" w:rsidR="0097500E" w:rsidRPr="006F6C5D" w:rsidRDefault="0097500E" w:rsidP="004F00C7">
            <w:pPr>
              <w:spacing w:after="0" w:line="240" w:lineRule="auto"/>
              <w:jc w:val="both"/>
              <w:rPr>
                <w:rFonts w:ascii="Times New Roman Bold" w:hAnsi="Times New Roman Bold" w:hint="eastAsia"/>
                <w:b/>
                <w:bCs/>
                <w:spacing w:val="-18"/>
              </w:rPr>
            </w:pPr>
            <w:proofErr w:type="spellStart"/>
            <w:r w:rsidRPr="006F6C5D">
              <w:rPr>
                <w:rFonts w:ascii="Times New Roman Bold" w:hAnsi="Times New Roman Bold"/>
                <w:b/>
                <w:bCs/>
                <w:spacing w:val="-18"/>
              </w:rPr>
              <w:t>Viện</w:t>
            </w:r>
            <w:proofErr w:type="spellEnd"/>
            <w:r w:rsidRPr="006F6C5D">
              <w:rPr>
                <w:rFonts w:ascii="Times New Roman Bold" w:hAnsi="Times New Roman Bold"/>
                <w:b/>
                <w:bCs/>
                <w:spacing w:val="-18"/>
              </w:rPr>
              <w:t xml:space="preserve"> Khoa </w:t>
            </w:r>
            <w:proofErr w:type="spellStart"/>
            <w:r w:rsidRPr="006F6C5D">
              <w:rPr>
                <w:rFonts w:ascii="Times New Roman Bold" w:hAnsi="Times New Roman Bold"/>
                <w:b/>
                <w:bCs/>
                <w:spacing w:val="-18"/>
              </w:rPr>
              <w:t>học</w:t>
            </w:r>
            <w:proofErr w:type="spellEnd"/>
            <w:r w:rsidRPr="006F6C5D">
              <w:rPr>
                <w:rFonts w:ascii="Times New Roman Bold" w:hAnsi="Times New Roman Bold"/>
                <w:b/>
                <w:bCs/>
                <w:spacing w:val="-18"/>
              </w:rPr>
              <w:t xml:space="preserve"> </w:t>
            </w:r>
            <w:proofErr w:type="spellStart"/>
            <w:r w:rsidRPr="006F6C5D">
              <w:rPr>
                <w:rFonts w:ascii="Times New Roman Bold" w:hAnsi="Times New Roman Bold"/>
                <w:b/>
                <w:bCs/>
                <w:spacing w:val="-18"/>
              </w:rPr>
              <w:t>va</w:t>
            </w:r>
            <w:proofErr w:type="spellEnd"/>
            <w:r w:rsidRPr="006F6C5D">
              <w:rPr>
                <w:rFonts w:ascii="Times New Roman Bold" w:hAnsi="Times New Roman Bold"/>
                <w:b/>
                <w:bCs/>
                <w:spacing w:val="-18"/>
              </w:rPr>
              <w:t xml:space="preserve">̀ Công </w:t>
            </w:r>
            <w:proofErr w:type="spellStart"/>
            <w:r w:rsidRPr="006F6C5D">
              <w:rPr>
                <w:rFonts w:ascii="Times New Roman Bold" w:hAnsi="Times New Roman Bold"/>
                <w:b/>
                <w:bCs/>
                <w:spacing w:val="-18"/>
              </w:rPr>
              <w:t>nghê</w:t>
            </w:r>
            <w:proofErr w:type="spellEnd"/>
            <w:r w:rsidRPr="006F6C5D">
              <w:rPr>
                <w:rFonts w:ascii="Times New Roman Bold" w:hAnsi="Times New Roman Bold"/>
                <w:b/>
                <w:bCs/>
                <w:spacing w:val="-18"/>
              </w:rPr>
              <w:t xml:space="preserve">̣ </w:t>
            </w:r>
            <w:proofErr w:type="spellStart"/>
            <w:r w:rsidRPr="006F6C5D">
              <w:rPr>
                <w:rFonts w:ascii="Times New Roman Bold" w:hAnsi="Times New Roman Bold"/>
                <w:b/>
                <w:bCs/>
                <w:spacing w:val="-18"/>
              </w:rPr>
              <w:t>Việt</w:t>
            </w:r>
            <w:proofErr w:type="spellEnd"/>
            <w:r w:rsidRPr="006F6C5D">
              <w:rPr>
                <w:rFonts w:ascii="Times New Roman Bold" w:hAnsi="Times New Roman Bold"/>
                <w:b/>
                <w:bCs/>
                <w:spacing w:val="-18"/>
              </w:rPr>
              <w:t xml:space="preserve"> Nam - </w:t>
            </w:r>
            <w:proofErr w:type="spellStart"/>
            <w:r w:rsidRPr="006F6C5D">
              <w:rPr>
                <w:rFonts w:ascii="Times New Roman Bold" w:hAnsi="Times New Roman Bold"/>
                <w:b/>
                <w:bCs/>
                <w:spacing w:val="-18"/>
              </w:rPr>
              <w:t>Hàn</w:t>
            </w:r>
            <w:proofErr w:type="spellEnd"/>
            <w:r w:rsidRPr="006F6C5D">
              <w:rPr>
                <w:rFonts w:ascii="Times New Roman Bold" w:hAnsi="Times New Roman Bold"/>
                <w:b/>
                <w:bCs/>
                <w:spacing w:val="-18"/>
              </w:rPr>
              <w:t xml:space="preserve"> Quốc:</w:t>
            </w:r>
          </w:p>
          <w:p w14:paraId="4F7154D8" w14:textId="77777777" w:rsidR="0097500E" w:rsidRPr="004543E3" w:rsidRDefault="0097500E" w:rsidP="004F00C7">
            <w:pPr>
              <w:spacing w:after="0" w:line="240" w:lineRule="auto"/>
              <w:jc w:val="both"/>
            </w:pPr>
            <w:proofErr w:type="spellStart"/>
            <w:r w:rsidRPr="004543E3">
              <w:t>Tại</w:t>
            </w:r>
            <w:proofErr w:type="spellEnd"/>
            <w:r w:rsidRPr="004543E3">
              <w:t xml:space="preserve"> </w:t>
            </w:r>
            <w:proofErr w:type="spellStart"/>
            <w:r w:rsidRPr="004543E3">
              <w:t>Điều</w:t>
            </w:r>
            <w:proofErr w:type="spellEnd"/>
            <w:r w:rsidRPr="004543E3">
              <w:t xml:space="preserve"> 1 “</w:t>
            </w:r>
            <w:proofErr w:type="spellStart"/>
            <w:r w:rsidRPr="004543E3">
              <w:t>Phạm</w:t>
            </w:r>
            <w:proofErr w:type="spellEnd"/>
            <w:r w:rsidRPr="004543E3">
              <w:t xml:space="preserve"> vi </w:t>
            </w:r>
            <w:proofErr w:type="spellStart"/>
            <w:r w:rsidRPr="004543E3">
              <w:t>điều</w:t>
            </w:r>
            <w:proofErr w:type="spellEnd"/>
            <w:r w:rsidRPr="004543E3">
              <w:t xml:space="preserve"> </w:t>
            </w:r>
            <w:proofErr w:type="spellStart"/>
            <w:r w:rsidRPr="004543E3">
              <w:t>chỉnh</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chỉnh</w:t>
            </w:r>
            <w:proofErr w:type="spellEnd"/>
            <w:r w:rsidRPr="004543E3">
              <w:t xml:space="preserve"> </w:t>
            </w:r>
            <w:proofErr w:type="spellStart"/>
            <w:r w:rsidRPr="004543E3">
              <w:t>sửa</w:t>
            </w:r>
            <w:proofErr w:type="spellEnd"/>
            <w:r w:rsidRPr="004543E3">
              <w:t xml:space="preserve"> </w:t>
            </w:r>
            <w:r w:rsidRPr="004543E3">
              <w:rPr>
                <w:i/>
                <w:iCs/>
              </w:rPr>
              <w:t>“</w:t>
            </w:r>
            <w:proofErr w:type="spellStart"/>
            <w:r w:rsidRPr="004543E3">
              <w:rPr>
                <w:i/>
                <w:iCs/>
              </w:rPr>
              <w:t>tiêu</w:t>
            </w:r>
            <w:proofErr w:type="spellEnd"/>
            <w:r w:rsidRPr="004543E3">
              <w:rPr>
                <w:i/>
                <w:iCs/>
              </w:rPr>
              <w:t xml:space="preserve"> </w:t>
            </w:r>
            <w:proofErr w:type="spellStart"/>
            <w:r w:rsidRPr="004543E3">
              <w:rPr>
                <w:i/>
                <w:iCs/>
              </w:rPr>
              <w:t>chuẩn</w:t>
            </w:r>
            <w:proofErr w:type="spellEnd"/>
            <w:r w:rsidRPr="004543E3">
              <w:rPr>
                <w:i/>
                <w:iCs/>
              </w:rPr>
              <w:t xml:space="preserve"> </w:t>
            </w:r>
            <w:proofErr w:type="spellStart"/>
            <w:r w:rsidRPr="004543E3">
              <w:rPr>
                <w:i/>
                <w:iCs/>
              </w:rPr>
              <w:t>về</w:t>
            </w:r>
            <w:proofErr w:type="spellEnd"/>
            <w:r w:rsidRPr="004543E3">
              <w:rPr>
                <w:i/>
                <w:iCs/>
              </w:rPr>
              <w:t xml:space="preserve"> </w:t>
            </w:r>
            <w:proofErr w:type="spellStart"/>
            <w:r w:rsidRPr="004543E3">
              <w:rPr>
                <w:i/>
                <w:iCs/>
              </w:rPr>
              <w:t>trình</w:t>
            </w:r>
            <w:proofErr w:type="spellEnd"/>
            <w:r w:rsidRPr="004543E3">
              <w:rPr>
                <w:i/>
                <w:iCs/>
              </w:rPr>
              <w:t xml:space="preserve"> </w:t>
            </w:r>
            <w:proofErr w:type="spellStart"/>
            <w:r w:rsidRPr="004543E3">
              <w:rPr>
                <w:i/>
                <w:iCs/>
              </w:rPr>
              <w:t>độ</w:t>
            </w:r>
            <w:proofErr w:type="spellEnd"/>
            <w:r w:rsidRPr="004543E3">
              <w:rPr>
                <w:i/>
                <w:iCs/>
              </w:rPr>
              <w:t xml:space="preserve">, </w:t>
            </w:r>
            <w:proofErr w:type="spellStart"/>
            <w:r w:rsidRPr="004543E3">
              <w:rPr>
                <w:i/>
                <w:iCs/>
              </w:rPr>
              <w:t>năng</w:t>
            </w:r>
            <w:proofErr w:type="spellEnd"/>
            <w:r w:rsidRPr="004543E3">
              <w:rPr>
                <w:i/>
                <w:iCs/>
              </w:rPr>
              <w:t xml:space="preserve"> </w:t>
            </w:r>
            <w:proofErr w:type="spellStart"/>
            <w:r w:rsidRPr="004543E3">
              <w:rPr>
                <w:i/>
                <w:iCs/>
              </w:rPr>
              <w:t>lực</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đối</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danh</w:t>
            </w:r>
            <w:proofErr w:type="spellEnd"/>
            <w:r w:rsidRPr="004543E3">
              <w:rPr>
                <w:i/>
                <w:iCs/>
              </w:rPr>
              <w:t xml:space="preserve"> </w:t>
            </w:r>
            <w:proofErr w:type="spellStart"/>
            <w:r w:rsidRPr="004543E3">
              <w:rPr>
                <w:i/>
                <w:iCs/>
              </w:rPr>
              <w:t>nghề</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ngành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b/>
                <w:bCs/>
                <w:i/>
                <w:iCs/>
              </w:rPr>
              <w:t>viên</w:t>
            </w:r>
            <w:proofErr w:type="spellEnd"/>
            <w:r w:rsidRPr="004543E3">
              <w:rPr>
                <w:b/>
                <w:bCs/>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t>thành</w:t>
            </w:r>
            <w:proofErr w:type="spellEnd"/>
            <w:r w:rsidRPr="004543E3">
              <w:t xml:space="preserve"> </w:t>
            </w:r>
            <w:r w:rsidRPr="004543E3">
              <w:rPr>
                <w:i/>
                <w:iCs/>
              </w:rPr>
              <w:t>“</w:t>
            </w:r>
            <w:proofErr w:type="spellStart"/>
            <w:r w:rsidRPr="004543E3">
              <w:rPr>
                <w:i/>
                <w:iCs/>
              </w:rPr>
              <w:t>tiêu</w:t>
            </w:r>
            <w:proofErr w:type="spellEnd"/>
            <w:r w:rsidRPr="004543E3">
              <w:rPr>
                <w:i/>
                <w:iCs/>
              </w:rPr>
              <w:t xml:space="preserve"> </w:t>
            </w:r>
            <w:proofErr w:type="spellStart"/>
            <w:r w:rsidRPr="004543E3">
              <w:rPr>
                <w:i/>
                <w:iCs/>
              </w:rPr>
              <w:t>chuẩn</w:t>
            </w:r>
            <w:proofErr w:type="spellEnd"/>
            <w:r w:rsidRPr="004543E3">
              <w:rPr>
                <w:i/>
                <w:iCs/>
              </w:rPr>
              <w:t xml:space="preserve"> </w:t>
            </w:r>
            <w:proofErr w:type="spellStart"/>
            <w:r w:rsidRPr="004543E3">
              <w:rPr>
                <w:i/>
                <w:iCs/>
              </w:rPr>
              <w:t>về</w:t>
            </w:r>
            <w:proofErr w:type="spellEnd"/>
            <w:r w:rsidRPr="004543E3">
              <w:rPr>
                <w:i/>
                <w:iCs/>
              </w:rPr>
              <w:t xml:space="preserve"> </w:t>
            </w:r>
            <w:proofErr w:type="spellStart"/>
            <w:r w:rsidRPr="004543E3">
              <w:rPr>
                <w:i/>
                <w:iCs/>
              </w:rPr>
              <w:t>trình</w:t>
            </w:r>
            <w:proofErr w:type="spellEnd"/>
            <w:r w:rsidRPr="004543E3">
              <w:rPr>
                <w:i/>
                <w:iCs/>
              </w:rPr>
              <w:t xml:space="preserve"> </w:t>
            </w:r>
            <w:proofErr w:type="spellStart"/>
            <w:r w:rsidRPr="004543E3">
              <w:rPr>
                <w:i/>
                <w:iCs/>
              </w:rPr>
              <w:t>độ</w:t>
            </w:r>
            <w:proofErr w:type="spellEnd"/>
            <w:r w:rsidRPr="004543E3">
              <w:rPr>
                <w:i/>
                <w:iCs/>
              </w:rPr>
              <w:t xml:space="preserve">, </w:t>
            </w:r>
            <w:proofErr w:type="spellStart"/>
            <w:r w:rsidRPr="004543E3">
              <w:rPr>
                <w:i/>
                <w:iCs/>
              </w:rPr>
              <w:t>năng</w:t>
            </w:r>
            <w:proofErr w:type="spellEnd"/>
            <w:r w:rsidRPr="004543E3">
              <w:rPr>
                <w:i/>
                <w:iCs/>
              </w:rPr>
              <w:t xml:space="preserve"> </w:t>
            </w:r>
            <w:proofErr w:type="spellStart"/>
            <w:r w:rsidRPr="004543E3">
              <w:rPr>
                <w:i/>
                <w:iCs/>
              </w:rPr>
              <w:t>lực</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đối</w:t>
            </w:r>
            <w:proofErr w:type="spellEnd"/>
            <w:r w:rsidRPr="004543E3">
              <w:rPr>
                <w:i/>
                <w:iCs/>
              </w:rPr>
              <w:t xml:space="preserve"> </w:t>
            </w:r>
            <w:proofErr w:type="spellStart"/>
            <w:r w:rsidRPr="004543E3">
              <w:rPr>
                <w:i/>
                <w:iCs/>
              </w:rPr>
              <w:t>với</w:t>
            </w:r>
            <w:proofErr w:type="spellEnd"/>
            <w:r w:rsidRPr="004543E3">
              <w:rPr>
                <w:i/>
                <w:iCs/>
              </w:rPr>
              <w:t xml:space="preserve"> </w:t>
            </w:r>
            <w:proofErr w:type="spellStart"/>
            <w:r w:rsidRPr="004543E3">
              <w:rPr>
                <w:i/>
                <w:iCs/>
              </w:rPr>
              <w:t>ngạch</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danh</w:t>
            </w:r>
            <w:proofErr w:type="spellEnd"/>
            <w:r w:rsidRPr="004543E3">
              <w:rPr>
                <w:i/>
                <w:iCs/>
              </w:rPr>
              <w:t xml:space="preserve"> </w:t>
            </w:r>
            <w:proofErr w:type="spellStart"/>
            <w:r w:rsidRPr="004543E3">
              <w:rPr>
                <w:i/>
                <w:iCs/>
              </w:rPr>
              <w:t>nghề</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ngành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lastRenderedPageBreak/>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 xml:space="preserve">” </w:t>
            </w:r>
            <w:proofErr w:type="spellStart"/>
            <w:r w:rsidRPr="004543E3">
              <w:t>để</w:t>
            </w:r>
            <w:proofErr w:type="spellEnd"/>
            <w:r w:rsidRPr="004543E3">
              <w:t xml:space="preserve"> </w:t>
            </w:r>
            <w:proofErr w:type="spellStart"/>
            <w:r w:rsidRPr="004543E3">
              <w:t>đảm</w:t>
            </w:r>
            <w:proofErr w:type="spellEnd"/>
            <w:r w:rsidRPr="004543E3">
              <w:t xml:space="preserve"> </w:t>
            </w:r>
            <w:proofErr w:type="spellStart"/>
            <w:r w:rsidRPr="004543E3">
              <w:t>bảo</w:t>
            </w:r>
            <w:proofErr w:type="spellEnd"/>
            <w:r w:rsidRPr="004543E3">
              <w:t xml:space="preserve"> </w:t>
            </w:r>
            <w:proofErr w:type="spellStart"/>
            <w:r w:rsidRPr="004543E3">
              <w:t>tính</w:t>
            </w:r>
            <w:proofErr w:type="spellEnd"/>
            <w:r w:rsidRPr="004543E3">
              <w:t xml:space="preserve"> </w:t>
            </w:r>
            <w:proofErr w:type="spellStart"/>
            <w:r w:rsidRPr="004543E3">
              <w:t>thống</w:t>
            </w:r>
            <w:proofErr w:type="spellEnd"/>
            <w:r w:rsidRPr="004543E3">
              <w:t xml:space="preserve"> </w:t>
            </w:r>
            <w:proofErr w:type="spellStart"/>
            <w:r w:rsidRPr="004543E3">
              <w:t>nhất</w:t>
            </w:r>
            <w:proofErr w:type="spellEnd"/>
            <w:r w:rsidRPr="004543E3">
              <w:t xml:space="preserve"> </w:t>
            </w:r>
            <w:proofErr w:type="spellStart"/>
            <w:r w:rsidRPr="004543E3">
              <w:t>với</w:t>
            </w:r>
            <w:proofErr w:type="spellEnd"/>
            <w:r w:rsidRPr="004543E3">
              <w:t xml:space="preserve"> </w:t>
            </w:r>
            <w:proofErr w:type="spellStart"/>
            <w:r w:rsidRPr="004543E3">
              <w:t>tên</w:t>
            </w:r>
            <w:proofErr w:type="spellEnd"/>
            <w:r w:rsidRPr="004543E3">
              <w:t xml:space="preserve"> Thông </w:t>
            </w:r>
            <w:proofErr w:type="spellStart"/>
            <w:r w:rsidRPr="004543E3">
              <w:t>tư</w:t>
            </w:r>
            <w:proofErr w:type="spellEnd"/>
            <w:r w:rsidRPr="004543E3">
              <w:t>.</w:t>
            </w:r>
          </w:p>
          <w:p w14:paraId="49D0C8D2" w14:textId="77777777" w:rsidR="0097500E" w:rsidRPr="004543E3" w:rsidRDefault="0097500E" w:rsidP="004F00C7">
            <w:pPr>
              <w:spacing w:after="0" w:line="240" w:lineRule="auto"/>
              <w:jc w:val="both"/>
              <w:rPr>
                <w:b/>
                <w:bCs/>
              </w:rPr>
            </w:pPr>
            <w:proofErr w:type="spellStart"/>
            <w:r w:rsidRPr="004543E3">
              <w:rPr>
                <w:b/>
                <w:bCs/>
              </w:rPr>
              <w:t>Viện</w:t>
            </w:r>
            <w:proofErr w:type="spellEnd"/>
            <w:r w:rsidRPr="004543E3">
              <w:rPr>
                <w:b/>
                <w:bCs/>
              </w:rPr>
              <w:t xml:space="preserve"> </w:t>
            </w:r>
            <w:proofErr w:type="spellStart"/>
            <w:r w:rsidRPr="004543E3">
              <w:rPr>
                <w:b/>
                <w:bCs/>
              </w:rPr>
              <w:t>Sở</w:t>
            </w:r>
            <w:proofErr w:type="spellEnd"/>
            <w:r w:rsidRPr="004543E3">
              <w:rPr>
                <w:b/>
                <w:bCs/>
              </w:rPr>
              <w:t xml:space="preserve"> </w:t>
            </w:r>
            <w:proofErr w:type="spellStart"/>
            <w:r w:rsidRPr="004543E3">
              <w:rPr>
                <w:b/>
                <w:bCs/>
              </w:rPr>
              <w:t>hữu</w:t>
            </w:r>
            <w:proofErr w:type="spellEnd"/>
            <w:r w:rsidRPr="004543E3">
              <w:rPr>
                <w:b/>
                <w:bCs/>
              </w:rPr>
              <w:t xml:space="preserve"> </w:t>
            </w:r>
            <w:proofErr w:type="spellStart"/>
            <w:r w:rsidRPr="004543E3">
              <w:rPr>
                <w:b/>
                <w:bCs/>
              </w:rPr>
              <w:t>trí</w:t>
            </w:r>
            <w:proofErr w:type="spellEnd"/>
            <w:r w:rsidRPr="004543E3">
              <w:rPr>
                <w:b/>
                <w:bCs/>
              </w:rPr>
              <w:t xml:space="preserve"> </w:t>
            </w:r>
            <w:proofErr w:type="spellStart"/>
            <w:r w:rsidRPr="004543E3">
              <w:rPr>
                <w:b/>
                <w:bCs/>
              </w:rPr>
              <w:t>tuê</w:t>
            </w:r>
            <w:proofErr w:type="spellEnd"/>
            <w:r w:rsidRPr="004543E3">
              <w:rPr>
                <w:b/>
                <w:bCs/>
              </w:rPr>
              <w:t xml:space="preserve">̣ </w:t>
            </w:r>
            <w:proofErr w:type="spellStart"/>
            <w:r w:rsidRPr="004543E3">
              <w:rPr>
                <w:b/>
                <w:bCs/>
              </w:rPr>
              <w:t>quốc</w:t>
            </w:r>
            <w:proofErr w:type="spellEnd"/>
            <w:r w:rsidRPr="004543E3">
              <w:rPr>
                <w:b/>
                <w:bCs/>
              </w:rPr>
              <w:t xml:space="preserve"> </w:t>
            </w:r>
            <w:proofErr w:type="spellStart"/>
            <w:r w:rsidRPr="004543E3">
              <w:rPr>
                <w:b/>
                <w:bCs/>
              </w:rPr>
              <w:t>gia</w:t>
            </w:r>
            <w:proofErr w:type="spellEnd"/>
            <w:r w:rsidRPr="004543E3">
              <w:rPr>
                <w:b/>
                <w:bCs/>
              </w:rPr>
              <w:t>:</w:t>
            </w:r>
          </w:p>
          <w:p w14:paraId="69B4FEC5" w14:textId="77777777" w:rsidR="0097500E" w:rsidRPr="004543E3" w:rsidRDefault="0097500E" w:rsidP="004F00C7">
            <w:pPr>
              <w:spacing w:after="0" w:line="240" w:lineRule="auto"/>
              <w:jc w:val="both"/>
            </w:pPr>
            <w:proofErr w:type="spellStart"/>
            <w:r w:rsidRPr="004543E3">
              <w:t>Điều</w:t>
            </w:r>
            <w:proofErr w:type="spellEnd"/>
            <w:r w:rsidRPr="004543E3">
              <w:t xml:space="preserve"> 1. </w:t>
            </w:r>
            <w:proofErr w:type="spellStart"/>
            <w:r w:rsidRPr="004543E3">
              <w:t>Phạm</w:t>
            </w:r>
            <w:proofErr w:type="spellEnd"/>
            <w:r w:rsidRPr="004543E3">
              <w:t xml:space="preserve"> vi </w:t>
            </w:r>
            <w:proofErr w:type="spellStart"/>
            <w:r w:rsidRPr="004543E3">
              <w:t>điều</w:t>
            </w:r>
            <w:proofErr w:type="spellEnd"/>
            <w:r w:rsidRPr="004543E3">
              <w:t xml:space="preserve"> </w:t>
            </w:r>
            <w:proofErr w:type="spellStart"/>
            <w:r w:rsidRPr="004543E3">
              <w:t>chỉnh</w:t>
            </w:r>
            <w:proofErr w:type="spellEnd"/>
            <w:r w:rsidRPr="004543E3">
              <w:t xml:space="preserve">: </w:t>
            </w:r>
          </w:p>
          <w:p w14:paraId="5F9ECDA4" w14:textId="77777777" w:rsidR="0097500E" w:rsidRPr="004543E3" w:rsidRDefault="0097500E" w:rsidP="004F00C7">
            <w:pPr>
              <w:spacing w:after="0" w:line="240" w:lineRule="auto"/>
              <w:jc w:val="both"/>
            </w:pPr>
            <w:r w:rsidRPr="004543E3">
              <w:t xml:space="preserve">Xem </w:t>
            </w:r>
            <w:proofErr w:type="spellStart"/>
            <w:r w:rsidRPr="004543E3">
              <w:t>xét</w:t>
            </w:r>
            <w:proofErr w:type="spellEnd"/>
            <w:r w:rsidRPr="004543E3">
              <w:t xml:space="preserve"> </w:t>
            </w:r>
            <w:proofErr w:type="spellStart"/>
            <w:r w:rsidRPr="004543E3">
              <w:t>việc</w:t>
            </w:r>
            <w:proofErr w:type="spellEnd"/>
            <w:r w:rsidRPr="004543E3">
              <w:t xml:space="preserve"> </w:t>
            </w:r>
            <w:proofErr w:type="spellStart"/>
            <w:r w:rsidRPr="004543E3">
              <w:t>sử</w:t>
            </w:r>
            <w:proofErr w:type="spellEnd"/>
            <w:r w:rsidRPr="004543E3">
              <w:t xml:space="preserve"> </w:t>
            </w:r>
            <w:proofErr w:type="spellStart"/>
            <w:r w:rsidRPr="004543E3">
              <w:t>dụng</w:t>
            </w:r>
            <w:proofErr w:type="spellEnd"/>
            <w:r w:rsidRPr="004543E3">
              <w:t xml:space="preserve"> </w:t>
            </w:r>
            <w:proofErr w:type="spellStart"/>
            <w:r w:rsidRPr="004543E3">
              <w:t>cụm</w:t>
            </w:r>
            <w:proofErr w:type="spellEnd"/>
            <w:r w:rsidRPr="004543E3">
              <w:t xml:space="preserve"> </w:t>
            </w:r>
            <w:proofErr w:type="spellStart"/>
            <w:r w:rsidRPr="004543E3">
              <w:t>từ</w:t>
            </w:r>
            <w:proofErr w:type="spellEnd"/>
            <w:r w:rsidRPr="004543E3">
              <w:t xml:space="preserve"> “</w:t>
            </w:r>
            <w:proofErr w:type="spellStart"/>
            <w:r w:rsidRPr="004543E3">
              <w:t>chuyên</w:t>
            </w:r>
            <w:proofErr w:type="spellEnd"/>
            <w:r w:rsidRPr="004543E3">
              <w:t xml:space="preserve"> </w:t>
            </w:r>
            <w:proofErr w:type="spellStart"/>
            <w:r w:rsidRPr="004543E3">
              <w:t>ngành</w:t>
            </w:r>
            <w:proofErr w:type="spellEnd"/>
            <w:r w:rsidRPr="004543E3">
              <w:t xml:space="preserve"> </w:t>
            </w:r>
            <w:proofErr w:type="spellStart"/>
            <w:r w:rsidRPr="004543E3">
              <w:t>kiểm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 xml:space="preserve">” </w:t>
            </w:r>
            <w:proofErr w:type="spellStart"/>
            <w:r w:rsidRPr="004543E3">
              <w:t>trong</w:t>
            </w:r>
            <w:proofErr w:type="spellEnd"/>
            <w:r w:rsidRPr="004543E3">
              <w:t xml:space="preserve"> </w:t>
            </w:r>
            <w:proofErr w:type="spellStart"/>
            <w:r w:rsidRPr="004543E3">
              <w:t>Điều</w:t>
            </w:r>
            <w:proofErr w:type="spellEnd"/>
            <w:r w:rsidRPr="004543E3">
              <w:t xml:space="preserve"> 1, </w:t>
            </w:r>
            <w:proofErr w:type="spellStart"/>
            <w:r w:rsidRPr="004543E3">
              <w:t>có</w:t>
            </w:r>
            <w:proofErr w:type="spellEnd"/>
            <w:r w:rsidRPr="004543E3">
              <w:t xml:space="preserve"> </w:t>
            </w:r>
            <w:proofErr w:type="spellStart"/>
            <w:r w:rsidRPr="004543E3">
              <w:t>thê</w:t>
            </w:r>
            <w:proofErr w:type="spellEnd"/>
            <w:r w:rsidRPr="004543E3">
              <w:t xml:space="preserve">̉ </w:t>
            </w:r>
            <w:proofErr w:type="spellStart"/>
            <w:r w:rsidRPr="004543E3">
              <w:t>gây</w:t>
            </w:r>
            <w:proofErr w:type="spellEnd"/>
            <w:r w:rsidRPr="004543E3">
              <w:t xml:space="preserve"> </w:t>
            </w:r>
            <w:proofErr w:type="spellStart"/>
            <w:r w:rsidRPr="004543E3">
              <w:t>hiểu</w:t>
            </w:r>
            <w:proofErr w:type="spellEnd"/>
            <w:r w:rsidRPr="004543E3">
              <w:t xml:space="preserve"> </w:t>
            </w:r>
            <w:proofErr w:type="spellStart"/>
            <w:r w:rsidRPr="004543E3">
              <w:t>nhầm</w:t>
            </w:r>
            <w:proofErr w:type="spellEnd"/>
            <w:r w:rsidRPr="004543E3">
              <w:t xml:space="preserve"> </w:t>
            </w:r>
            <w:proofErr w:type="spellStart"/>
            <w:r w:rsidRPr="004543E3">
              <w:t>giữa</w:t>
            </w:r>
            <w:proofErr w:type="spellEnd"/>
            <w:r w:rsidRPr="004543E3">
              <w:t xml:space="preserve"> </w:t>
            </w:r>
            <w:proofErr w:type="spellStart"/>
            <w:r w:rsidRPr="004543E3">
              <w:t>chuyên</w:t>
            </w:r>
            <w:proofErr w:type="spellEnd"/>
            <w:r w:rsidRPr="004543E3">
              <w:t xml:space="preserve"> </w:t>
            </w:r>
            <w:proofErr w:type="spellStart"/>
            <w:r w:rsidRPr="004543E3">
              <w:t>ngành</w:t>
            </w:r>
            <w:proofErr w:type="spellEnd"/>
            <w:r w:rsidRPr="004543E3">
              <w:t xml:space="preserve"> </w:t>
            </w:r>
            <w:proofErr w:type="spellStart"/>
            <w:r w:rsidRPr="004543E3">
              <w:t>va</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w:t>
            </w:r>
            <w:proofErr w:type="spellStart"/>
            <w:r w:rsidRPr="004543E3">
              <w:t>ngạch</w:t>
            </w:r>
            <w:proofErr w:type="spellEnd"/>
            <w:r w:rsidRPr="004543E3">
              <w:t xml:space="preserve">, </w:t>
            </w:r>
            <w:proofErr w:type="spellStart"/>
            <w:r w:rsidRPr="004543E3">
              <w:t>đồng</w:t>
            </w:r>
            <w:proofErr w:type="spellEnd"/>
            <w:r w:rsidRPr="004543E3">
              <w:t xml:space="preserve"> </w:t>
            </w:r>
            <w:proofErr w:type="spellStart"/>
            <w:r w:rsidRPr="004543E3">
              <w:t>thời</w:t>
            </w:r>
            <w:proofErr w:type="spellEnd"/>
            <w:r w:rsidRPr="004543E3">
              <w:t xml:space="preserve"> </w:t>
            </w:r>
            <w:proofErr w:type="spellStart"/>
            <w:r w:rsidRPr="004543E3">
              <w:t>không</w:t>
            </w:r>
            <w:proofErr w:type="spellEnd"/>
            <w:r w:rsidRPr="004543E3">
              <w:t xml:space="preserve"> </w:t>
            </w:r>
            <w:proofErr w:type="spellStart"/>
            <w:r w:rsidRPr="004543E3">
              <w:t>nhất</w:t>
            </w:r>
            <w:proofErr w:type="spellEnd"/>
            <w:r w:rsidRPr="004543E3">
              <w:t xml:space="preserve"> </w:t>
            </w:r>
            <w:proofErr w:type="spellStart"/>
            <w:r w:rsidRPr="004543E3">
              <w:t>quán</w:t>
            </w:r>
            <w:proofErr w:type="spellEnd"/>
            <w:r w:rsidRPr="004543E3">
              <w:t xml:space="preserve"> </w:t>
            </w:r>
            <w:proofErr w:type="spellStart"/>
            <w:r w:rsidRPr="004543E3">
              <w:t>với</w:t>
            </w:r>
            <w:proofErr w:type="spellEnd"/>
            <w:r w:rsidRPr="004543E3">
              <w:t xml:space="preserve"> </w:t>
            </w:r>
            <w:proofErr w:type="spellStart"/>
            <w:r w:rsidRPr="004543E3">
              <w:t>tên</w:t>
            </w:r>
            <w:proofErr w:type="spellEnd"/>
            <w:r w:rsidRPr="004543E3">
              <w:t xml:space="preserve"> Thông </w:t>
            </w:r>
            <w:proofErr w:type="spellStart"/>
            <w:r w:rsidRPr="004543E3">
              <w:t>tư</w:t>
            </w:r>
            <w:proofErr w:type="spellEnd"/>
            <w:r w:rsidRPr="004543E3">
              <w:t xml:space="preserve"> là “</w:t>
            </w:r>
            <w:proofErr w:type="spellStart"/>
            <w:r w:rsidRPr="004543E3">
              <w:t>chuyên</w:t>
            </w:r>
            <w:proofErr w:type="spellEnd"/>
            <w:r w:rsidRPr="004543E3">
              <w:t xml:space="preserve"> </w:t>
            </w:r>
            <w:proofErr w:type="spellStart"/>
            <w:r w:rsidRPr="004543E3">
              <w:t>ngành</w:t>
            </w:r>
            <w:proofErr w:type="spellEnd"/>
            <w:r w:rsidRPr="004543E3">
              <w:t xml:space="preserve"> </w:t>
            </w:r>
            <w:proofErr w:type="spellStart"/>
            <w:r w:rsidRPr="004543E3">
              <w:t>kiểm</w:t>
            </w:r>
            <w:proofErr w:type="spellEnd"/>
            <w:r w:rsidRPr="004543E3">
              <w:t xml:space="preserve"> </w:t>
            </w:r>
            <w:proofErr w:type="spellStart"/>
            <w:r w:rsidRPr="004543E3">
              <w:t>soát</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w:t>
            </w:r>
          </w:p>
          <w:p w14:paraId="454BF384" w14:textId="77777777" w:rsidR="0097500E" w:rsidRPr="004543E3" w:rsidRDefault="0097500E" w:rsidP="004F00C7">
            <w:pPr>
              <w:spacing w:after="0" w:line="240" w:lineRule="auto"/>
              <w:jc w:val="both"/>
              <w:rPr>
                <w:b/>
                <w:bCs/>
              </w:rPr>
            </w:pPr>
            <w:r w:rsidRPr="004543E3">
              <w:rPr>
                <w:b/>
                <w:bCs/>
              </w:rPr>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439C9CDB" w14:textId="6DA278A4" w:rsidR="0097500E" w:rsidRPr="004543E3" w:rsidRDefault="0097500E" w:rsidP="004F00C7">
            <w:pPr>
              <w:spacing w:after="0" w:line="240" w:lineRule="auto"/>
              <w:jc w:val="both"/>
            </w:pPr>
            <w:r w:rsidRPr="004543E3">
              <w:t xml:space="preserve">- </w:t>
            </w:r>
            <w:proofErr w:type="spellStart"/>
            <w:r w:rsidRPr="004543E3">
              <w:t>Tại</w:t>
            </w:r>
            <w:proofErr w:type="spellEnd"/>
            <w:r w:rsidRPr="004543E3">
              <w:t xml:space="preserve"> </w:t>
            </w:r>
            <w:proofErr w:type="spellStart"/>
            <w:r w:rsidRPr="004543E3">
              <w:t>Điều</w:t>
            </w:r>
            <w:proofErr w:type="spellEnd"/>
            <w:r w:rsidRPr="004543E3">
              <w:t xml:space="preserve"> 1: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có</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việc</w:t>
            </w:r>
            <w:proofErr w:type="spellEnd"/>
            <w:r w:rsidRPr="004543E3">
              <w:t xml:space="preserve"> </w:t>
            </w:r>
            <w:proofErr w:type="spellStart"/>
            <w:r w:rsidRPr="004543E3">
              <w:t>loại</w:t>
            </w:r>
            <w:proofErr w:type="spellEnd"/>
            <w:r w:rsidRPr="004543E3">
              <w:t xml:space="preserve"> </w:t>
            </w:r>
            <w:proofErr w:type="spellStart"/>
            <w:r w:rsidRPr="004543E3">
              <w:t>trừ</w:t>
            </w:r>
            <w:proofErr w:type="spellEnd"/>
            <w:r w:rsidRPr="004543E3">
              <w:t xml:space="preserve">, </w:t>
            </w:r>
            <w:proofErr w:type="spellStart"/>
            <w:r w:rsidRPr="004543E3">
              <w:t>không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r w:rsidRPr="004543E3">
              <w:rPr>
                <w:i/>
                <w:iCs/>
              </w:rPr>
              <w:t>“</w:t>
            </w:r>
            <w:proofErr w:type="spellStart"/>
            <w:r w:rsidRPr="004543E3">
              <w:rPr>
                <w:i/>
                <w:iCs/>
              </w:rPr>
              <w:t>Mã</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tiêu</w:t>
            </w:r>
            <w:proofErr w:type="spellEnd"/>
            <w:r w:rsidRPr="004543E3">
              <w:rPr>
                <w:i/>
                <w:iCs/>
              </w:rPr>
              <w:t xml:space="preserve"> </w:t>
            </w:r>
            <w:proofErr w:type="spellStart"/>
            <w:r w:rsidRPr="004543E3">
              <w:rPr>
                <w:i/>
                <w:iCs/>
              </w:rPr>
              <w:t>chuẩn</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danh</w:t>
            </w:r>
            <w:proofErr w:type="spellEnd"/>
            <w:r w:rsidRPr="004543E3">
              <w:rPr>
                <w:i/>
                <w:iCs/>
              </w:rPr>
              <w:t xml:space="preserve"> </w:t>
            </w:r>
            <w:proofErr w:type="spellStart"/>
            <w:r w:rsidRPr="004543E3">
              <w:rPr>
                <w:i/>
                <w:iCs/>
              </w:rPr>
              <w:t>nghề</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sĩ</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trong</w:t>
            </w:r>
            <w:proofErr w:type="spellEnd"/>
            <w:r w:rsidRPr="004543E3">
              <w:rPr>
                <w:i/>
                <w:iCs/>
              </w:rPr>
              <w:t xml:space="preserve"> </w:t>
            </w:r>
            <w:proofErr w:type="spellStart"/>
            <w:r w:rsidRPr="004543E3">
              <w:rPr>
                <w:i/>
                <w:iCs/>
              </w:rPr>
              <w:t>lực</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vũ</w:t>
            </w:r>
            <w:proofErr w:type="spellEnd"/>
            <w:r w:rsidRPr="004543E3">
              <w:rPr>
                <w:i/>
                <w:iCs/>
              </w:rPr>
              <w:t xml:space="preserve"> </w:t>
            </w:r>
            <w:proofErr w:type="spellStart"/>
            <w:r w:rsidRPr="004543E3">
              <w:rPr>
                <w:i/>
                <w:iCs/>
              </w:rPr>
              <w:t>trang</w:t>
            </w:r>
            <w:proofErr w:type="spellEnd"/>
            <w:r w:rsidRPr="004543E3">
              <w:rPr>
                <w:i/>
                <w:iCs/>
              </w:rPr>
              <w:t xml:space="preserve"> </w:t>
            </w:r>
            <w:proofErr w:type="spellStart"/>
            <w:r w:rsidRPr="004543E3">
              <w:rPr>
                <w:i/>
                <w:iCs/>
              </w:rPr>
              <w:t>nhân</w:t>
            </w:r>
            <w:proofErr w:type="spellEnd"/>
            <w:r w:rsidRPr="004543E3">
              <w:rPr>
                <w:i/>
                <w:iCs/>
              </w:rPr>
              <w:t xml:space="preserve"> </w:t>
            </w:r>
            <w:proofErr w:type="spellStart"/>
            <w:r w:rsidRPr="004543E3">
              <w:rPr>
                <w:i/>
                <w:iCs/>
              </w:rPr>
              <w:t>dân</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ngành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w:t>
            </w:r>
            <w:r w:rsidRPr="004543E3">
              <w:t xml:space="preserve">. Theo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w:t>
            </w:r>
            <w:proofErr w:type="spellStart"/>
            <w:r w:rsidRPr="004543E3">
              <w:t>ngày</w:t>
            </w:r>
            <w:proofErr w:type="spellEnd"/>
            <w:r w:rsidRPr="004543E3">
              <w:t xml:space="preserve"> 23/01/2026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một</w:t>
            </w:r>
            <w:proofErr w:type="spellEnd"/>
            <w:r w:rsidRPr="004543E3">
              <w:t xml:space="preserve"> </w:t>
            </w:r>
            <w:proofErr w:type="spellStart"/>
            <w:r w:rsidRPr="004543E3">
              <w:t>số</w:t>
            </w:r>
            <w:proofErr w:type="spellEnd"/>
            <w:r w:rsidRPr="004543E3">
              <w:t xml:space="preserve"> </w:t>
            </w:r>
            <w:proofErr w:type="spellStart"/>
            <w:r w:rsidRPr="004543E3">
              <w:t>điều</w:t>
            </w:r>
            <w:proofErr w:type="spellEnd"/>
            <w:r w:rsidRPr="004543E3">
              <w:t xml:space="preserve"> </w:t>
            </w:r>
            <w:proofErr w:type="spellStart"/>
            <w:r w:rsidRPr="004543E3">
              <w:t>và</w:t>
            </w:r>
            <w:proofErr w:type="spellEnd"/>
            <w:r w:rsidRPr="004543E3">
              <w:t xml:space="preserve"> </w:t>
            </w:r>
            <w:proofErr w:type="spellStart"/>
            <w:r w:rsidRPr="004543E3">
              <w:t>biện</w:t>
            </w:r>
            <w:proofErr w:type="spellEnd"/>
            <w:r w:rsidRPr="004543E3">
              <w:t xml:space="preserve"> </w:t>
            </w:r>
            <w:proofErr w:type="spellStart"/>
            <w:r w:rsidRPr="004543E3">
              <w:t>pháp</w:t>
            </w:r>
            <w:proofErr w:type="spellEnd"/>
            <w:r w:rsidRPr="004543E3">
              <w:t xml:space="preserve"> </w:t>
            </w:r>
            <w:proofErr w:type="spellStart"/>
            <w:r w:rsidRPr="004543E3">
              <w:t>để</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hướng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hành</w:t>
            </w:r>
            <w:proofErr w:type="spellEnd"/>
            <w:r w:rsidRPr="004543E3">
              <w:t xml:space="preserve"> </w:t>
            </w:r>
            <w:proofErr w:type="spellStart"/>
            <w:r w:rsidRPr="004543E3">
              <w:t>Luật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nội</w:t>
            </w:r>
            <w:proofErr w:type="spellEnd"/>
            <w:r w:rsidRPr="004543E3">
              <w:t xml:space="preserve"> dung </w:t>
            </w:r>
            <w:proofErr w:type="spellStart"/>
            <w:r w:rsidRPr="004543E3">
              <w:t>này</w:t>
            </w:r>
            <w:proofErr w:type="spellEnd"/>
            <w:r w:rsidRPr="004543E3">
              <w:t xml:space="preserve"> do </w:t>
            </w:r>
            <w:r w:rsidRPr="004543E3">
              <w:rPr>
                <w:i/>
                <w:iCs/>
              </w:rPr>
              <w:t>“</w:t>
            </w:r>
            <w:proofErr w:type="spellStart"/>
            <w:r w:rsidRPr="004543E3">
              <w:rPr>
                <w:i/>
                <w:iCs/>
              </w:rPr>
              <w:t>Bộ</w:t>
            </w:r>
            <w:proofErr w:type="spellEnd"/>
            <w:r w:rsidRPr="004543E3">
              <w:rPr>
                <w:i/>
                <w:iCs/>
              </w:rPr>
              <w:t xml:space="preserve"> </w:t>
            </w:r>
            <w:proofErr w:type="spellStart"/>
            <w:r w:rsidRPr="004543E3">
              <w:rPr>
                <w:i/>
                <w:iCs/>
              </w:rPr>
              <w:t>trưởng</w:t>
            </w:r>
            <w:proofErr w:type="spellEnd"/>
            <w:r w:rsidRPr="004543E3">
              <w:rPr>
                <w:i/>
                <w:iCs/>
              </w:rPr>
              <w:t xml:space="preserve"> </w:t>
            </w:r>
            <w:proofErr w:type="spellStart"/>
            <w:r w:rsidRPr="004543E3">
              <w:rPr>
                <w:i/>
                <w:iCs/>
              </w:rPr>
              <w:t>Bộ</w:t>
            </w:r>
            <w:proofErr w:type="spellEnd"/>
            <w:r w:rsidRPr="004543E3">
              <w:rPr>
                <w:i/>
                <w:iCs/>
              </w:rPr>
              <w:t xml:space="preserve"> Công an, </w:t>
            </w:r>
            <w:proofErr w:type="spellStart"/>
            <w:r w:rsidRPr="004543E3">
              <w:rPr>
                <w:i/>
                <w:iCs/>
              </w:rPr>
              <w:t>Bộ</w:t>
            </w:r>
            <w:proofErr w:type="spellEnd"/>
            <w:r w:rsidRPr="004543E3">
              <w:rPr>
                <w:i/>
                <w:iCs/>
              </w:rPr>
              <w:t xml:space="preserve"> </w:t>
            </w:r>
            <w:proofErr w:type="spellStart"/>
            <w:r w:rsidRPr="004543E3">
              <w:rPr>
                <w:i/>
                <w:iCs/>
              </w:rPr>
              <w:t>trưởng</w:t>
            </w:r>
            <w:proofErr w:type="spellEnd"/>
            <w:r w:rsidRPr="004543E3">
              <w:rPr>
                <w:i/>
                <w:iCs/>
              </w:rPr>
              <w:t xml:space="preserve"> </w:t>
            </w:r>
            <w:proofErr w:type="spellStart"/>
            <w:r w:rsidRPr="004543E3">
              <w:rPr>
                <w:i/>
                <w:iCs/>
              </w:rPr>
              <w:t>Bộ</w:t>
            </w:r>
            <w:proofErr w:type="spellEnd"/>
            <w:r w:rsidRPr="004543E3">
              <w:rPr>
                <w:i/>
                <w:iCs/>
              </w:rPr>
              <w:t xml:space="preserve"> Quốc </w:t>
            </w:r>
            <w:proofErr w:type="spellStart"/>
            <w:r w:rsidRPr="004543E3">
              <w:rPr>
                <w:i/>
                <w:iCs/>
              </w:rPr>
              <w:t>phòng</w:t>
            </w:r>
            <w:proofErr w:type="spellEnd"/>
            <w:r w:rsidRPr="004543E3">
              <w:rPr>
                <w:i/>
                <w:iCs/>
              </w:rPr>
              <w:t xml:space="preserve">” </w:t>
            </w:r>
            <w:proofErr w:type="spellStart"/>
            <w:r w:rsidRPr="004543E3">
              <w:t>quy</w:t>
            </w:r>
            <w:proofErr w:type="spellEnd"/>
            <w:r w:rsidRPr="004543E3">
              <w:t xml:space="preserve"> </w:t>
            </w:r>
            <w:proofErr w:type="spellStart"/>
            <w:r w:rsidRPr="004543E3">
              <w:t>định</w:t>
            </w:r>
            <w:proofErr w:type="spellEnd"/>
            <w:r w:rsidRPr="004543E3">
              <w:t>.</w:t>
            </w:r>
          </w:p>
        </w:tc>
        <w:tc>
          <w:tcPr>
            <w:tcW w:w="3165" w:type="dxa"/>
          </w:tcPr>
          <w:p w14:paraId="20669444" w14:textId="6D799867" w:rsidR="0097500E" w:rsidRPr="004543E3" w:rsidRDefault="0097500E" w:rsidP="004F00C7">
            <w:pPr>
              <w:spacing w:after="0" w:line="240" w:lineRule="auto"/>
              <w:jc w:val="both"/>
              <w:rPr>
                <w:szCs w:val="26"/>
              </w:rPr>
            </w:pPr>
            <w:r w:rsidRPr="004543E3">
              <w:rPr>
                <w:szCs w:val="26"/>
                <w:lang w:val="de-DE"/>
              </w:rPr>
              <w:lastRenderedPageBreak/>
              <w:t xml:space="preserve">- </w:t>
            </w:r>
            <w:r w:rsidRPr="004543E3">
              <w:rPr>
                <w:szCs w:val="26"/>
              </w:rPr>
              <w:t xml:space="preserve">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xác</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việc</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tập</w:t>
            </w:r>
            <w:proofErr w:type="spellEnd"/>
            <w:r w:rsidRPr="004543E3">
              <w:rPr>
                <w:szCs w:val="26"/>
              </w:rPr>
              <w:t xml:space="preserve"> </w:t>
            </w:r>
            <w:proofErr w:type="spellStart"/>
            <w:r w:rsidRPr="004543E3">
              <w:rPr>
                <w:szCs w:val="26"/>
              </w:rPr>
              <w:t>trung</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nghiệp</w:t>
            </w:r>
            <w:proofErr w:type="spellEnd"/>
            <w:r w:rsidRPr="004543E3">
              <w:rPr>
                <w:szCs w:val="26"/>
              </w:rPr>
              <w:t xml:space="preserve"> vụ </w:t>
            </w:r>
            <w:proofErr w:type="spellStart"/>
            <w:r w:rsidRPr="004543E3">
              <w:rPr>
                <w:szCs w:val="26"/>
              </w:rPr>
              <w:t>của</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khoản</w:t>
            </w:r>
            <w:proofErr w:type="spellEnd"/>
            <w:r w:rsidRPr="004543E3">
              <w:rPr>
                <w:szCs w:val="26"/>
              </w:rPr>
              <w:t xml:space="preserve"> 4 </w:t>
            </w:r>
            <w:proofErr w:type="spellStart"/>
            <w:r w:rsidRPr="004543E3">
              <w:rPr>
                <w:szCs w:val="26"/>
              </w:rPr>
              <w:t>Điều</w:t>
            </w:r>
            <w:proofErr w:type="spellEnd"/>
            <w:r w:rsidRPr="004543E3">
              <w:rPr>
                <w:szCs w:val="26"/>
              </w:rPr>
              <w:t xml:space="preserve"> 16 </w:t>
            </w:r>
            <w:proofErr w:type="spellStart"/>
            <w:r w:rsidRPr="004543E3">
              <w:rPr>
                <w:szCs w:val="26"/>
              </w:rPr>
              <w:t>Nghị</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số</w:t>
            </w:r>
            <w:proofErr w:type="spellEnd"/>
            <w:r w:rsidRPr="004543E3">
              <w:rPr>
                <w:szCs w:val="26"/>
              </w:rPr>
              <w:t xml:space="preserve"> 37/2026/NĐ-CP; </w:t>
            </w:r>
            <w:proofErr w:type="spellStart"/>
            <w:r w:rsidRPr="004543E3">
              <w:rPr>
                <w:szCs w:val="26"/>
              </w:rPr>
              <w:t>không</w:t>
            </w:r>
            <w:proofErr w:type="spellEnd"/>
            <w:r w:rsidRPr="004543E3">
              <w:rPr>
                <w:szCs w:val="26"/>
              </w:rPr>
              <w:t xml:space="preserve"> </w:t>
            </w:r>
            <w:proofErr w:type="spellStart"/>
            <w:r w:rsidRPr="004543E3">
              <w:rPr>
                <w:szCs w:val="26"/>
              </w:rPr>
              <w:t>thay</w:t>
            </w:r>
            <w:proofErr w:type="spellEnd"/>
            <w:r w:rsidRPr="004543E3">
              <w:rPr>
                <w:szCs w:val="26"/>
              </w:rPr>
              <w:t xml:space="preserve"> </w:t>
            </w:r>
            <w:proofErr w:type="spellStart"/>
            <w:r w:rsidRPr="004543E3">
              <w:rPr>
                <w:szCs w:val="26"/>
              </w:rPr>
              <w:t>thế</w:t>
            </w:r>
            <w:proofErr w:type="spellEnd"/>
            <w:r w:rsidRPr="004543E3">
              <w:rPr>
                <w:szCs w:val="26"/>
              </w:rPr>
              <w:t xml:space="preserve"> </w:t>
            </w:r>
            <w:proofErr w:type="spellStart"/>
            <w:r w:rsidRPr="004543E3">
              <w:rPr>
                <w:szCs w:val="26"/>
              </w:rPr>
              <w:t>hoặc</w:t>
            </w:r>
            <w:proofErr w:type="spellEnd"/>
            <w:r w:rsidRPr="004543E3">
              <w:rPr>
                <w:szCs w:val="26"/>
              </w:rPr>
              <w:t xml:space="preserve"> </w:t>
            </w:r>
            <w:proofErr w:type="spellStart"/>
            <w:r w:rsidRPr="004543E3">
              <w:rPr>
                <w:szCs w:val="26"/>
              </w:rPr>
              <w:t>điều</w:t>
            </w:r>
            <w:proofErr w:type="spellEnd"/>
            <w:r w:rsidRPr="004543E3">
              <w:rPr>
                <w:szCs w:val="26"/>
              </w:rPr>
              <w:t xml:space="preserve"> </w:t>
            </w:r>
            <w:proofErr w:type="spellStart"/>
            <w:r w:rsidRPr="004543E3">
              <w:rPr>
                <w:szCs w:val="26"/>
              </w:rPr>
              <w:t>chỉnh</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nội</w:t>
            </w:r>
            <w:proofErr w:type="spellEnd"/>
            <w:r w:rsidRPr="004543E3">
              <w:rPr>
                <w:szCs w:val="26"/>
              </w:rPr>
              <w:t xml:space="preserve"> dung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đến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khung</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đối</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00DF670A">
              <w:rPr>
                <w:szCs w:val="26"/>
              </w:rPr>
              <w:t>được</w:t>
            </w:r>
            <w:proofErr w:type="spellEnd"/>
            <w:r w:rsidR="00DF670A">
              <w:rPr>
                <w:szCs w:val="26"/>
              </w:rPr>
              <w:t xml:space="preserve"> </w:t>
            </w:r>
            <w:proofErr w:type="spellStart"/>
            <w:r w:rsidR="00DF670A">
              <w:rPr>
                <w:szCs w:val="26"/>
              </w:rPr>
              <w:t>quy</w:t>
            </w:r>
            <w:proofErr w:type="spellEnd"/>
            <w:r w:rsidR="00DF670A">
              <w:rPr>
                <w:szCs w:val="26"/>
              </w:rPr>
              <w:t xml:space="preserve"> </w:t>
            </w:r>
            <w:proofErr w:type="spellStart"/>
            <w:r w:rsidR="00DF670A">
              <w:rPr>
                <w:szCs w:val="26"/>
              </w:rPr>
              <w:t>định</w:t>
            </w:r>
            <w:proofErr w:type="spellEnd"/>
            <w:r w:rsidR="00DF670A">
              <w:rPr>
                <w:szCs w:val="26"/>
              </w:rPr>
              <w:t xml:space="preserve"> ở</w:t>
            </w:r>
            <w:r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bản</w:t>
            </w:r>
            <w:proofErr w:type="spellEnd"/>
            <w:r w:rsidRPr="004543E3">
              <w:rPr>
                <w:szCs w:val="26"/>
              </w:rPr>
              <w:t xml:space="preserve"> </w:t>
            </w:r>
            <w:proofErr w:type="spellStart"/>
            <w:r w:rsidRPr="004543E3">
              <w:rPr>
                <w:szCs w:val="26"/>
              </w:rPr>
              <w:t>hướng</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riêng</w:t>
            </w:r>
            <w:proofErr w:type="spellEnd"/>
            <w:r w:rsidRPr="004543E3">
              <w:rPr>
                <w:szCs w:val="26"/>
              </w:rPr>
              <w:t>.</w:t>
            </w:r>
          </w:p>
          <w:p w14:paraId="742C8ECA" w14:textId="77777777" w:rsidR="0097500E" w:rsidRPr="004543E3" w:rsidRDefault="0097500E" w:rsidP="004F00C7">
            <w:pPr>
              <w:spacing w:after="0" w:line="240" w:lineRule="auto"/>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6C6EC6C1" w14:textId="77777777" w:rsidR="0097500E" w:rsidRPr="004543E3" w:rsidRDefault="0097500E" w:rsidP="004F00C7">
            <w:pPr>
              <w:spacing w:after="0" w:line="240" w:lineRule="auto"/>
              <w:jc w:val="both"/>
              <w:rPr>
                <w:szCs w:val="26"/>
              </w:rPr>
            </w:pPr>
          </w:p>
          <w:p w14:paraId="70CBBF30" w14:textId="77777777" w:rsidR="0097500E" w:rsidRPr="004543E3" w:rsidRDefault="0097500E" w:rsidP="004F00C7">
            <w:pPr>
              <w:spacing w:after="0" w:line="240" w:lineRule="auto"/>
              <w:jc w:val="both"/>
              <w:rPr>
                <w:szCs w:val="26"/>
              </w:rPr>
            </w:pPr>
          </w:p>
          <w:p w14:paraId="537295FD" w14:textId="77777777" w:rsidR="0097500E" w:rsidRPr="004543E3" w:rsidRDefault="0097500E" w:rsidP="004F00C7">
            <w:pPr>
              <w:spacing w:after="0" w:line="240" w:lineRule="auto"/>
              <w:jc w:val="both"/>
              <w:rPr>
                <w:szCs w:val="26"/>
              </w:rPr>
            </w:pPr>
          </w:p>
          <w:p w14:paraId="6DF0E6FF" w14:textId="77777777" w:rsidR="0097500E" w:rsidRPr="004543E3" w:rsidRDefault="0097500E" w:rsidP="004F00C7">
            <w:pPr>
              <w:spacing w:after="0" w:line="240" w:lineRule="auto"/>
              <w:jc w:val="both"/>
              <w:rPr>
                <w:szCs w:val="26"/>
              </w:rPr>
            </w:pPr>
          </w:p>
          <w:p w14:paraId="4DDAA78B" w14:textId="77777777" w:rsidR="0097500E" w:rsidRPr="004543E3" w:rsidRDefault="0097500E" w:rsidP="004F00C7">
            <w:pPr>
              <w:spacing w:after="0" w:line="240" w:lineRule="auto"/>
              <w:jc w:val="both"/>
              <w:rPr>
                <w:szCs w:val="26"/>
              </w:rPr>
            </w:pPr>
          </w:p>
          <w:p w14:paraId="585A5058" w14:textId="77777777" w:rsidR="0097500E" w:rsidRPr="004543E3" w:rsidRDefault="0097500E" w:rsidP="004F00C7">
            <w:pPr>
              <w:spacing w:after="0" w:line="240" w:lineRule="auto"/>
              <w:jc w:val="both"/>
              <w:rPr>
                <w:szCs w:val="26"/>
              </w:rPr>
            </w:pPr>
          </w:p>
          <w:p w14:paraId="1E38A1BC" w14:textId="77777777" w:rsidR="00F133A7" w:rsidRDefault="00F133A7" w:rsidP="004F00C7">
            <w:pPr>
              <w:spacing w:after="0" w:line="240" w:lineRule="auto"/>
              <w:jc w:val="both"/>
              <w:rPr>
                <w:szCs w:val="26"/>
              </w:rPr>
            </w:pPr>
          </w:p>
          <w:p w14:paraId="37283349" w14:textId="77777777" w:rsidR="00F133A7" w:rsidRDefault="00F133A7" w:rsidP="004F00C7">
            <w:pPr>
              <w:spacing w:after="0" w:line="240" w:lineRule="auto"/>
              <w:jc w:val="both"/>
              <w:rPr>
                <w:szCs w:val="26"/>
              </w:rPr>
            </w:pPr>
          </w:p>
          <w:p w14:paraId="033A1060" w14:textId="77777777" w:rsidR="00F133A7" w:rsidRDefault="00F133A7" w:rsidP="004F00C7">
            <w:pPr>
              <w:spacing w:after="0" w:line="240" w:lineRule="auto"/>
              <w:jc w:val="both"/>
              <w:rPr>
                <w:szCs w:val="26"/>
              </w:rPr>
            </w:pPr>
          </w:p>
          <w:p w14:paraId="0CE18C85" w14:textId="1C444C91" w:rsidR="0097500E" w:rsidRPr="004543E3" w:rsidRDefault="0097500E" w:rsidP="004F00C7">
            <w:pPr>
              <w:spacing w:after="0" w:line="240" w:lineRule="auto"/>
              <w:jc w:val="both"/>
              <w:rPr>
                <w:szCs w:val="26"/>
              </w:rPr>
            </w:pPr>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sửa</w:t>
            </w:r>
            <w:proofErr w:type="spellEnd"/>
            <w:r w:rsidRPr="004543E3">
              <w:rPr>
                <w:szCs w:val="26"/>
              </w:rPr>
              <w:t xml:space="preserve"> </w:t>
            </w:r>
            <w:proofErr w:type="spellStart"/>
            <w:r w:rsidRPr="004543E3">
              <w:rPr>
                <w:szCs w:val="26"/>
              </w:rPr>
              <w:t>thống</w:t>
            </w:r>
            <w:proofErr w:type="spellEnd"/>
            <w:r w:rsidRPr="004543E3">
              <w:rPr>
                <w:szCs w:val="26"/>
              </w:rPr>
              <w:t xml:space="preserve"> </w:t>
            </w:r>
            <w:proofErr w:type="spellStart"/>
            <w:r w:rsidRPr="004543E3">
              <w:rPr>
                <w:szCs w:val="26"/>
              </w:rPr>
              <w:t>nhất</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trích</w:t>
            </w:r>
            <w:proofErr w:type="spellEnd"/>
            <w:r w:rsidRPr="004543E3">
              <w:rPr>
                <w:szCs w:val="26"/>
              </w:rPr>
              <w:t xml:space="preserve"> </w:t>
            </w:r>
            <w:proofErr w:type="spellStart"/>
            <w:r w:rsidRPr="004543E3">
              <w:rPr>
                <w:szCs w:val="26"/>
              </w:rPr>
              <w:t>yếu</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i/>
                <w:iCs/>
              </w:rPr>
              <w:t>chuyên</w:t>
            </w:r>
            <w:proofErr w:type="spellEnd"/>
            <w:r w:rsidRPr="004543E3">
              <w:rPr>
                <w:i/>
                <w:iCs/>
              </w:rPr>
              <w:t xml:space="preserve"> </w:t>
            </w:r>
            <w:proofErr w:type="spellStart"/>
            <w:r w:rsidRPr="004543E3">
              <w:rPr>
                <w:i/>
                <w:iCs/>
              </w:rPr>
              <w:t>ngành</w:t>
            </w:r>
            <w:proofErr w:type="spellEnd"/>
            <w:r w:rsidRPr="004543E3">
              <w:rPr>
                <w:i/>
                <w:iCs/>
              </w:rPr>
              <w:t xml:space="preserve"> </w:t>
            </w:r>
            <w:proofErr w:type="spellStart"/>
            <w:r w:rsidRPr="004543E3">
              <w:rPr>
                <w:i/>
                <w:iCs/>
              </w:rPr>
              <w:t>kiểm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chất</w:t>
            </w:r>
            <w:proofErr w:type="spellEnd"/>
            <w:r w:rsidRPr="004543E3">
              <w:rPr>
                <w:i/>
                <w:iCs/>
              </w:rPr>
              <w:t xml:space="preserve"> </w:t>
            </w:r>
            <w:proofErr w:type="spellStart"/>
            <w:r w:rsidRPr="004543E3">
              <w:rPr>
                <w:i/>
                <w:iCs/>
              </w:rPr>
              <w:t>lượng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phẩm</w:t>
            </w:r>
            <w:proofErr w:type="spellEnd"/>
            <w:r w:rsidRPr="004543E3">
              <w:rPr>
                <w:i/>
                <w:iCs/>
              </w:rPr>
              <w:t xml:space="preserve">, </w:t>
            </w:r>
            <w:proofErr w:type="spellStart"/>
            <w:r w:rsidRPr="004543E3">
              <w:rPr>
                <w:i/>
                <w:iCs/>
              </w:rPr>
              <w:t>hàng</w:t>
            </w:r>
            <w:proofErr w:type="spellEnd"/>
            <w:r w:rsidRPr="004543E3">
              <w:rPr>
                <w:i/>
                <w:iCs/>
              </w:rPr>
              <w:t xml:space="preserve"> </w:t>
            </w:r>
            <w:proofErr w:type="spellStart"/>
            <w:r w:rsidRPr="004543E3">
              <w:rPr>
                <w:i/>
                <w:iCs/>
              </w:rPr>
              <w:t>hóa</w:t>
            </w:r>
            <w:proofErr w:type="spellEnd"/>
            <w:r w:rsidRPr="004543E3">
              <w:t>”.</w:t>
            </w:r>
          </w:p>
          <w:p w14:paraId="43D891F3" w14:textId="77777777" w:rsidR="0097500E" w:rsidRDefault="0097500E" w:rsidP="004F00C7">
            <w:pPr>
              <w:spacing w:after="0" w:line="240" w:lineRule="auto"/>
              <w:jc w:val="both"/>
              <w:rPr>
                <w:szCs w:val="26"/>
              </w:rPr>
            </w:pPr>
          </w:p>
          <w:p w14:paraId="24D9A50D" w14:textId="77777777" w:rsidR="00F74B26" w:rsidRPr="004543E3" w:rsidRDefault="00F74B26" w:rsidP="004F00C7">
            <w:pPr>
              <w:spacing w:after="0" w:line="240" w:lineRule="auto"/>
              <w:jc w:val="both"/>
              <w:rPr>
                <w:szCs w:val="26"/>
              </w:rPr>
            </w:pPr>
          </w:p>
          <w:p w14:paraId="6A3A49D5" w14:textId="1E1C8CDF" w:rsidR="0097500E" w:rsidRPr="004543E3" w:rsidRDefault="0097500E" w:rsidP="004F00C7">
            <w:pPr>
              <w:spacing w:after="0" w:line="240" w:lineRule="auto"/>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883EBC" w:rsidRPr="004543E3" w14:paraId="77958D72" w14:textId="77777777" w:rsidTr="00FF0027">
        <w:tc>
          <w:tcPr>
            <w:tcW w:w="1098" w:type="dxa"/>
          </w:tcPr>
          <w:p w14:paraId="1CE054FE" w14:textId="63C169C9" w:rsidR="00883EBC" w:rsidRPr="004543E3" w:rsidRDefault="00883EBC" w:rsidP="00883EBC">
            <w:pPr>
              <w:jc w:val="both"/>
            </w:pPr>
            <w:proofErr w:type="spellStart"/>
            <w:r w:rsidRPr="004543E3">
              <w:t>Điều</w:t>
            </w:r>
            <w:proofErr w:type="spellEnd"/>
            <w:r w:rsidRPr="004543E3">
              <w:t xml:space="preserve"> 2</w:t>
            </w:r>
          </w:p>
        </w:tc>
        <w:tc>
          <w:tcPr>
            <w:tcW w:w="5113" w:type="dxa"/>
          </w:tcPr>
          <w:p w14:paraId="65296378" w14:textId="0E0428E0" w:rsidR="00883EBC" w:rsidRPr="004543E3" w:rsidRDefault="00883EBC" w:rsidP="00883EBC">
            <w:pPr>
              <w:ind w:firstLine="709"/>
              <w:jc w:val="both"/>
              <w:rPr>
                <w:i/>
                <w:iCs/>
                <w:sz w:val="28"/>
                <w:szCs w:val="28"/>
                <w:lang w:val="de-DE"/>
              </w:rPr>
            </w:pPr>
            <w:proofErr w:type="spellStart"/>
            <w:r w:rsidRPr="004543E3">
              <w:rPr>
                <w:b/>
                <w:bCs/>
                <w:szCs w:val="26"/>
              </w:rPr>
              <w:t>Điều</w:t>
            </w:r>
            <w:proofErr w:type="spellEnd"/>
            <w:r w:rsidRPr="004543E3">
              <w:rPr>
                <w:b/>
                <w:bCs/>
                <w:szCs w:val="26"/>
              </w:rPr>
              <w:t xml:space="preserve"> 2. </w:t>
            </w:r>
            <w:proofErr w:type="spellStart"/>
            <w:r w:rsidRPr="004543E3">
              <w:rPr>
                <w:b/>
                <w:bCs/>
                <w:szCs w:val="26"/>
              </w:rPr>
              <w:t>Đối</w:t>
            </w:r>
            <w:proofErr w:type="spellEnd"/>
            <w:r w:rsidRPr="004543E3">
              <w:rPr>
                <w:b/>
                <w:bCs/>
                <w:szCs w:val="26"/>
              </w:rPr>
              <w:t xml:space="preserve"> </w:t>
            </w:r>
            <w:proofErr w:type="spellStart"/>
            <w:r w:rsidRPr="004543E3">
              <w:rPr>
                <w:b/>
                <w:bCs/>
                <w:szCs w:val="26"/>
              </w:rPr>
              <w:t>tượng</w:t>
            </w:r>
            <w:proofErr w:type="spellEnd"/>
            <w:r w:rsidRPr="004543E3">
              <w:rPr>
                <w:b/>
                <w:bCs/>
                <w:szCs w:val="26"/>
              </w:rPr>
              <w:t xml:space="preserve"> </w:t>
            </w:r>
            <w:proofErr w:type="spellStart"/>
            <w:r w:rsidRPr="004543E3">
              <w:rPr>
                <w:b/>
                <w:bCs/>
                <w:szCs w:val="26"/>
              </w:rPr>
              <w:t>áp</w:t>
            </w:r>
            <w:proofErr w:type="spellEnd"/>
            <w:r w:rsidRPr="004543E3">
              <w:rPr>
                <w:b/>
                <w:bCs/>
                <w:szCs w:val="26"/>
              </w:rPr>
              <w:t xml:space="preserve"> </w:t>
            </w:r>
            <w:proofErr w:type="spellStart"/>
            <w:r w:rsidRPr="004543E3">
              <w:rPr>
                <w:b/>
                <w:bCs/>
                <w:szCs w:val="26"/>
              </w:rPr>
              <w:t>dụng</w:t>
            </w:r>
            <w:proofErr w:type="spellEnd"/>
          </w:p>
        </w:tc>
        <w:tc>
          <w:tcPr>
            <w:tcW w:w="5220" w:type="dxa"/>
          </w:tcPr>
          <w:p w14:paraId="7FD9F291" w14:textId="77777777" w:rsidR="00883EBC" w:rsidRPr="004543E3" w:rsidRDefault="00883EBC" w:rsidP="00883EBC">
            <w:pPr>
              <w:jc w:val="both"/>
            </w:pPr>
          </w:p>
        </w:tc>
        <w:tc>
          <w:tcPr>
            <w:tcW w:w="3165" w:type="dxa"/>
          </w:tcPr>
          <w:p w14:paraId="673BAE2B" w14:textId="77777777" w:rsidR="00883EBC" w:rsidRPr="004543E3" w:rsidRDefault="00883EBC" w:rsidP="00883EBC">
            <w:pPr>
              <w:spacing w:after="120" w:line="320" w:lineRule="exact"/>
              <w:jc w:val="both"/>
              <w:rPr>
                <w:szCs w:val="26"/>
              </w:rPr>
            </w:pPr>
          </w:p>
        </w:tc>
      </w:tr>
      <w:tr w:rsidR="00883EBC" w:rsidRPr="004543E3" w14:paraId="55DA4717" w14:textId="77777777" w:rsidTr="00FF0027">
        <w:tc>
          <w:tcPr>
            <w:tcW w:w="1098" w:type="dxa"/>
          </w:tcPr>
          <w:p w14:paraId="1893A86D" w14:textId="77777777" w:rsidR="00883EBC" w:rsidRPr="004543E3" w:rsidRDefault="00883EBC" w:rsidP="00883EBC">
            <w:pPr>
              <w:jc w:val="both"/>
            </w:pPr>
          </w:p>
        </w:tc>
        <w:tc>
          <w:tcPr>
            <w:tcW w:w="5113" w:type="dxa"/>
          </w:tcPr>
          <w:p w14:paraId="73B12800" w14:textId="50A0DF95" w:rsidR="00883EBC" w:rsidRPr="004543E3" w:rsidRDefault="00883EBC" w:rsidP="00883EBC">
            <w:pPr>
              <w:ind w:firstLine="709"/>
              <w:jc w:val="both"/>
              <w:rPr>
                <w:i/>
                <w:iCs/>
                <w:sz w:val="28"/>
                <w:szCs w:val="28"/>
                <w:lang w:val="de-DE"/>
              </w:rPr>
            </w:pPr>
            <w:r w:rsidRPr="004543E3">
              <w:rPr>
                <w:szCs w:val="26"/>
              </w:rPr>
              <w:t xml:space="preserve">1. Công </w:t>
            </w:r>
            <w:proofErr w:type="spellStart"/>
            <w:r w:rsidRPr="004543E3">
              <w:rPr>
                <w:szCs w:val="26"/>
              </w:rPr>
              <w:t>chức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nhà</w:t>
            </w:r>
            <w:proofErr w:type="spellEnd"/>
            <w:r w:rsidRPr="004543E3">
              <w:rPr>
                <w:szCs w:val="26"/>
              </w:rPr>
              <w:t xml:space="preserve"> </w:t>
            </w:r>
            <w:proofErr w:type="spellStart"/>
            <w:r w:rsidRPr="004543E3">
              <w:rPr>
                <w:szCs w:val="26"/>
              </w:rPr>
              <w:t>nước</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năng</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nhà</w:t>
            </w:r>
            <w:proofErr w:type="spellEnd"/>
            <w:r w:rsidRPr="004543E3">
              <w:rPr>
                <w:szCs w:val="26"/>
              </w:rPr>
              <w:t xml:space="preserve"> </w:t>
            </w:r>
            <w:proofErr w:type="spellStart"/>
            <w:r w:rsidRPr="004543E3">
              <w:rPr>
                <w:szCs w:val="26"/>
              </w:rPr>
              <w:t>nước</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ngang</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Ủy</w:t>
            </w:r>
            <w:proofErr w:type="spellEnd"/>
            <w:r w:rsidRPr="004543E3">
              <w:rPr>
                <w:szCs w:val="26"/>
              </w:rPr>
              <w:t xml:space="preserve"> ban </w:t>
            </w:r>
            <w:proofErr w:type="spellStart"/>
            <w:r w:rsidRPr="004543E3">
              <w:rPr>
                <w:szCs w:val="26"/>
              </w:rPr>
              <w:lastRenderedPageBreak/>
              <w:t>nhân</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tỉnh</w:t>
            </w:r>
            <w:proofErr w:type="spellEnd"/>
            <w:r w:rsidRPr="004543E3">
              <w:rPr>
                <w:szCs w:val="26"/>
              </w:rPr>
              <w:t xml:space="preserve">, </w:t>
            </w:r>
            <w:proofErr w:type="spellStart"/>
            <w:r w:rsidRPr="004543E3">
              <w:rPr>
                <w:szCs w:val="26"/>
              </w:rPr>
              <w:t>thành</w:t>
            </w:r>
            <w:proofErr w:type="spellEnd"/>
            <w:r w:rsidRPr="004543E3">
              <w:rPr>
                <w:szCs w:val="26"/>
              </w:rPr>
              <w:t xml:space="preserve"> </w:t>
            </w:r>
            <w:proofErr w:type="spellStart"/>
            <w:r w:rsidRPr="004543E3">
              <w:rPr>
                <w:szCs w:val="26"/>
              </w:rPr>
              <w:t>phố</w:t>
            </w:r>
            <w:proofErr w:type="spellEnd"/>
            <w:r w:rsidRPr="004543E3">
              <w:rPr>
                <w:szCs w:val="26"/>
              </w:rPr>
              <w:t xml:space="preserve"> </w:t>
            </w:r>
            <w:proofErr w:type="spellStart"/>
            <w:r w:rsidRPr="004543E3">
              <w:rPr>
                <w:szCs w:val="26"/>
              </w:rPr>
              <w:t>trực</w:t>
            </w:r>
            <w:proofErr w:type="spellEnd"/>
            <w:r w:rsidRPr="004543E3">
              <w:rPr>
                <w:szCs w:val="26"/>
              </w:rPr>
              <w:t xml:space="preserve"> </w:t>
            </w:r>
            <w:proofErr w:type="spellStart"/>
            <w:r w:rsidRPr="004543E3">
              <w:rPr>
                <w:szCs w:val="26"/>
              </w:rPr>
              <w:t>thuộc</w:t>
            </w:r>
            <w:proofErr w:type="spellEnd"/>
            <w:r w:rsidRPr="004543E3">
              <w:rPr>
                <w:szCs w:val="26"/>
              </w:rPr>
              <w:t xml:space="preserve"> Trung </w:t>
            </w:r>
            <w:proofErr w:type="spellStart"/>
            <w:r w:rsidRPr="004543E3">
              <w:rPr>
                <w:szCs w:val="26"/>
              </w:rPr>
              <w:t>ương</w:t>
            </w:r>
            <w:proofErr w:type="spellEnd"/>
            <w:r w:rsidRPr="004543E3">
              <w:rPr>
                <w:szCs w:val="26"/>
              </w:rPr>
              <w:t>.</w:t>
            </w:r>
          </w:p>
        </w:tc>
        <w:tc>
          <w:tcPr>
            <w:tcW w:w="5220" w:type="dxa"/>
          </w:tcPr>
          <w:p w14:paraId="46AE3889" w14:textId="77777777" w:rsidR="00883EBC" w:rsidRPr="004543E3" w:rsidRDefault="00883EBC" w:rsidP="000D5864">
            <w:pPr>
              <w:spacing w:after="0" w:line="240" w:lineRule="auto"/>
              <w:jc w:val="both"/>
              <w:rPr>
                <w:b/>
                <w:bCs/>
              </w:rPr>
            </w:pPr>
            <w:proofErr w:type="spellStart"/>
            <w:r w:rsidRPr="004543E3">
              <w:rPr>
                <w:b/>
                <w:bCs/>
              </w:rPr>
              <w:lastRenderedPageBreak/>
              <w:t>Quỹ</w:t>
            </w:r>
            <w:proofErr w:type="spellEnd"/>
            <w:r w:rsidRPr="004543E3">
              <w:rPr>
                <w:b/>
                <w:bCs/>
              </w:rPr>
              <w:t xml:space="preserve"> </w:t>
            </w:r>
            <w:proofErr w:type="spellStart"/>
            <w:r w:rsidRPr="004543E3">
              <w:rPr>
                <w:b/>
                <w:bCs/>
              </w:rPr>
              <w:t>Phát</w:t>
            </w:r>
            <w:proofErr w:type="spellEnd"/>
            <w:r w:rsidRPr="004543E3">
              <w:rPr>
                <w:b/>
                <w:bCs/>
              </w:rPr>
              <w:t xml:space="preserve"> </w:t>
            </w:r>
            <w:proofErr w:type="spellStart"/>
            <w:r w:rsidRPr="004543E3">
              <w:rPr>
                <w:b/>
                <w:bCs/>
              </w:rPr>
              <w:t>triển</w:t>
            </w:r>
            <w:proofErr w:type="spellEnd"/>
            <w:r w:rsidRPr="004543E3">
              <w:rPr>
                <w:b/>
                <w:bCs/>
              </w:rPr>
              <w:t xml:space="preserve"> khoa </w:t>
            </w:r>
            <w:proofErr w:type="spellStart"/>
            <w:r w:rsidRPr="004543E3">
              <w:rPr>
                <w:b/>
                <w:bCs/>
              </w:rPr>
              <w:t>học</w:t>
            </w:r>
            <w:proofErr w:type="spellEnd"/>
            <w:r w:rsidRPr="004543E3">
              <w:rPr>
                <w:b/>
                <w:bCs/>
              </w:rPr>
              <w:t xml:space="preserve"> </w:t>
            </w:r>
            <w:proofErr w:type="spellStart"/>
            <w:r w:rsidRPr="004543E3">
              <w:rPr>
                <w:b/>
                <w:bCs/>
              </w:rPr>
              <w:t>và</w:t>
            </w:r>
            <w:proofErr w:type="spellEnd"/>
            <w:r w:rsidRPr="004543E3">
              <w:rPr>
                <w:b/>
                <w:bCs/>
              </w:rPr>
              <w:t xml:space="preserve"> </w:t>
            </w:r>
            <w:proofErr w:type="spellStart"/>
            <w:r w:rsidRPr="004543E3">
              <w:rPr>
                <w:b/>
                <w:bCs/>
              </w:rPr>
              <w:t>công</w:t>
            </w:r>
            <w:proofErr w:type="spellEnd"/>
            <w:r w:rsidRPr="004543E3">
              <w:rPr>
                <w:b/>
                <w:bCs/>
              </w:rPr>
              <w:t xml:space="preserve"> </w:t>
            </w:r>
            <w:proofErr w:type="spellStart"/>
            <w:r w:rsidRPr="004543E3">
              <w:rPr>
                <w:b/>
                <w:bCs/>
              </w:rPr>
              <w:t>nghệ</w:t>
            </w:r>
            <w:proofErr w:type="spellEnd"/>
            <w:r w:rsidRPr="004543E3">
              <w:rPr>
                <w:b/>
                <w:bCs/>
              </w:rPr>
              <w:t xml:space="preserve"> Quốc </w:t>
            </w:r>
            <w:proofErr w:type="spellStart"/>
            <w:r w:rsidRPr="004543E3">
              <w:rPr>
                <w:b/>
                <w:bCs/>
              </w:rPr>
              <w:t>gia</w:t>
            </w:r>
            <w:proofErr w:type="spellEnd"/>
            <w:r w:rsidRPr="004543E3">
              <w:rPr>
                <w:b/>
                <w:bCs/>
              </w:rPr>
              <w:t>:</w:t>
            </w:r>
          </w:p>
          <w:p w14:paraId="24BBBEB5" w14:textId="77777777" w:rsidR="00883EBC" w:rsidRPr="004543E3" w:rsidRDefault="00883EBC" w:rsidP="000D5864">
            <w:pPr>
              <w:spacing w:after="0" w:line="240" w:lineRule="auto"/>
              <w:jc w:val="both"/>
            </w:pPr>
            <w:proofErr w:type="spellStart"/>
            <w:r w:rsidRPr="004543E3">
              <w:t>Về</w:t>
            </w:r>
            <w:proofErr w:type="spellEnd"/>
            <w:r w:rsidRPr="004543E3">
              <w:t xml:space="preserve"> </w:t>
            </w:r>
            <w:proofErr w:type="spellStart"/>
            <w:r w:rsidRPr="004543E3">
              <w:t>đối</w:t>
            </w:r>
            <w:proofErr w:type="spellEnd"/>
            <w:r w:rsidRPr="004543E3">
              <w:t xml:space="preserve"> </w:t>
            </w:r>
            <w:proofErr w:type="spellStart"/>
            <w:r w:rsidRPr="004543E3">
              <w:t>tượng</w:t>
            </w:r>
            <w:proofErr w:type="spellEnd"/>
            <w:r w:rsidRPr="004543E3">
              <w:t xml:space="preserve"> </w:t>
            </w:r>
            <w:proofErr w:type="spellStart"/>
            <w:r w:rsidRPr="004543E3">
              <w:t>áp</w:t>
            </w:r>
            <w:proofErr w:type="spellEnd"/>
            <w:r w:rsidRPr="004543E3">
              <w:t xml:space="preserve"> </w:t>
            </w:r>
            <w:proofErr w:type="spellStart"/>
            <w:r w:rsidRPr="004543E3">
              <w:t>dụng</w:t>
            </w:r>
            <w:proofErr w:type="spellEnd"/>
            <w:r w:rsidRPr="004543E3">
              <w:t xml:space="preserve"> (</w:t>
            </w:r>
            <w:proofErr w:type="spellStart"/>
            <w:r w:rsidRPr="004543E3">
              <w:t>Điều</w:t>
            </w:r>
            <w:proofErr w:type="spellEnd"/>
            <w:r w:rsidRPr="004543E3">
              <w:t xml:space="preserve"> 2): </w:t>
            </w:r>
          </w:p>
          <w:p w14:paraId="518FDE8C" w14:textId="77777777" w:rsidR="00883EBC" w:rsidRDefault="00883EBC" w:rsidP="000D5864">
            <w:pPr>
              <w:spacing w:after="0" w:line="240" w:lineRule="auto"/>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làm</w:t>
            </w:r>
            <w:proofErr w:type="spellEnd"/>
            <w:r w:rsidRPr="004543E3">
              <w:t xml:space="preserve"> </w:t>
            </w:r>
            <w:proofErr w:type="spellStart"/>
            <w:r w:rsidRPr="004543E3">
              <w:t>rõ</w:t>
            </w:r>
            <w:proofErr w:type="spellEnd"/>
            <w:r w:rsidRPr="004543E3">
              <w:t xml:space="preserve"> </w:t>
            </w:r>
            <w:proofErr w:type="spellStart"/>
            <w:r w:rsidRPr="004543E3">
              <w:t>phạm</w:t>
            </w:r>
            <w:proofErr w:type="spellEnd"/>
            <w:r w:rsidRPr="004543E3">
              <w:t xml:space="preserve"> vi </w:t>
            </w:r>
            <w:proofErr w:type="spellStart"/>
            <w:r w:rsidRPr="004543E3">
              <w:t>áp</w:t>
            </w:r>
            <w:proofErr w:type="spellEnd"/>
            <w:r w:rsidRPr="004543E3">
              <w:t xml:space="preserve"> </w:t>
            </w:r>
            <w:proofErr w:type="spellStart"/>
            <w:r w:rsidRPr="004543E3">
              <w:t>dụng</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đơn</w:t>
            </w:r>
            <w:proofErr w:type="spellEnd"/>
            <w:r w:rsidRPr="004543E3">
              <w:t xml:space="preserve"> </w:t>
            </w:r>
            <w:proofErr w:type="spellStart"/>
            <w:r w:rsidRPr="004543E3">
              <w:t>vị</w:t>
            </w:r>
            <w:proofErr w:type="spellEnd"/>
            <w:r w:rsidRPr="004543E3">
              <w:t xml:space="preserve"> </w:t>
            </w:r>
            <w:proofErr w:type="spellStart"/>
            <w:r w:rsidRPr="004543E3">
              <w:t>sự</w:t>
            </w:r>
            <w:proofErr w:type="spellEnd"/>
            <w:r w:rsidRPr="004543E3">
              <w:t xml:space="preserve"> </w:t>
            </w:r>
            <w:proofErr w:type="spellStart"/>
            <w:r w:rsidRPr="004543E3">
              <w:t>nghiệp</w:t>
            </w:r>
            <w:proofErr w:type="spellEnd"/>
            <w:r w:rsidRPr="004543E3">
              <w:t xml:space="preserve"> </w:t>
            </w:r>
            <w:proofErr w:type="spellStart"/>
            <w:r w:rsidRPr="004543E3">
              <w:t>công</w:t>
            </w:r>
            <w:proofErr w:type="spellEnd"/>
            <w:r w:rsidRPr="004543E3">
              <w:t xml:space="preserve"> </w:t>
            </w:r>
            <w:proofErr w:type="spellStart"/>
            <w:r w:rsidRPr="004543E3">
              <w:t>lập</w:t>
            </w:r>
            <w:proofErr w:type="spellEnd"/>
            <w:r w:rsidRPr="004543E3">
              <w:t xml:space="preserve"> </w:t>
            </w:r>
            <w:proofErr w:type="spellStart"/>
            <w:r w:rsidRPr="004543E3">
              <w:t>tự</w:t>
            </w:r>
            <w:proofErr w:type="spellEnd"/>
            <w:r w:rsidRPr="004543E3">
              <w:t xml:space="preserve"> </w:t>
            </w:r>
            <w:proofErr w:type="spellStart"/>
            <w:r w:rsidRPr="004543E3">
              <w:t>chủ</w:t>
            </w:r>
            <w:proofErr w:type="spellEnd"/>
            <w:r w:rsidRPr="004543E3">
              <w:t xml:space="preserve"> </w:t>
            </w:r>
            <w:proofErr w:type="spellStart"/>
            <w:r w:rsidRPr="004543E3">
              <w:t>và</w:t>
            </w:r>
            <w:proofErr w:type="spellEnd"/>
            <w:r w:rsidRPr="004543E3">
              <w:t xml:space="preserve"> </w:t>
            </w:r>
            <w:proofErr w:type="spellStart"/>
            <w:r w:rsidRPr="004543E3">
              <w:t>các</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thực</w:t>
            </w:r>
            <w:proofErr w:type="spellEnd"/>
            <w:r w:rsidRPr="004543E3">
              <w:t xml:space="preserve"> </w:t>
            </w:r>
            <w:proofErr w:type="spellStart"/>
            <w:r w:rsidRPr="004543E3">
              <w:t>hiện</w:t>
            </w:r>
            <w:proofErr w:type="spellEnd"/>
            <w:r w:rsidRPr="004543E3">
              <w:t xml:space="preserve"> </w:t>
            </w:r>
            <w:proofErr w:type="spellStart"/>
            <w:r w:rsidRPr="004543E3">
              <w:t>chức</w:t>
            </w:r>
            <w:proofErr w:type="spellEnd"/>
            <w:r w:rsidRPr="004543E3">
              <w:t xml:space="preserve"> </w:t>
            </w:r>
            <w:proofErr w:type="spellStart"/>
            <w:r w:rsidRPr="004543E3">
              <w:t>năng</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theo</w:t>
            </w:r>
            <w:proofErr w:type="spellEnd"/>
            <w:r w:rsidRPr="004543E3">
              <w:t xml:space="preserve"> </w:t>
            </w:r>
            <w:proofErr w:type="spellStart"/>
            <w:r w:rsidRPr="004543E3">
              <w:t>cơ</w:t>
            </w:r>
            <w:proofErr w:type="spellEnd"/>
            <w:r w:rsidRPr="004543E3">
              <w:t xml:space="preserve"> </w:t>
            </w:r>
            <w:proofErr w:type="spellStart"/>
            <w:r w:rsidRPr="004543E3">
              <w:t>chế</w:t>
            </w:r>
            <w:proofErr w:type="spellEnd"/>
            <w:r w:rsidRPr="004543E3">
              <w:t xml:space="preserve"> </w:t>
            </w:r>
            <w:proofErr w:type="spellStart"/>
            <w:r w:rsidRPr="004543E3">
              <w:t>xã</w:t>
            </w:r>
            <w:proofErr w:type="spellEnd"/>
            <w:r w:rsidRPr="004543E3">
              <w:t xml:space="preserve"> </w:t>
            </w:r>
            <w:proofErr w:type="spellStart"/>
            <w:r w:rsidRPr="004543E3">
              <w:t>hội</w:t>
            </w:r>
            <w:proofErr w:type="spellEnd"/>
            <w:r w:rsidRPr="004543E3">
              <w:t xml:space="preserve"> </w:t>
            </w:r>
            <w:proofErr w:type="spellStart"/>
            <w:r w:rsidRPr="004543E3">
              <w:t>hóa</w:t>
            </w:r>
            <w:proofErr w:type="spellEnd"/>
            <w:r w:rsidRPr="004543E3">
              <w:t>.</w:t>
            </w:r>
          </w:p>
          <w:p w14:paraId="62B3096F" w14:textId="77777777" w:rsidR="00883EBC" w:rsidRDefault="00883EBC" w:rsidP="000D5864">
            <w:pPr>
              <w:spacing w:after="0" w:line="240" w:lineRule="auto"/>
              <w:jc w:val="both"/>
            </w:pPr>
          </w:p>
          <w:p w14:paraId="097DD027" w14:textId="77777777" w:rsidR="00883EBC" w:rsidRDefault="00883EBC" w:rsidP="000D5864">
            <w:pPr>
              <w:spacing w:after="0" w:line="240" w:lineRule="auto"/>
              <w:jc w:val="both"/>
            </w:pPr>
          </w:p>
          <w:p w14:paraId="3FFC84F5" w14:textId="77777777" w:rsidR="000D5864" w:rsidRDefault="000D5864" w:rsidP="000D5864">
            <w:pPr>
              <w:spacing w:after="0" w:line="240" w:lineRule="auto"/>
              <w:jc w:val="both"/>
            </w:pPr>
          </w:p>
          <w:p w14:paraId="7C40BB6A" w14:textId="77777777" w:rsidR="000D5864" w:rsidRDefault="000D5864" w:rsidP="000D5864">
            <w:pPr>
              <w:spacing w:after="0" w:line="240" w:lineRule="auto"/>
              <w:jc w:val="both"/>
            </w:pPr>
          </w:p>
          <w:p w14:paraId="1DF12F66" w14:textId="77777777" w:rsidR="000D5864" w:rsidRDefault="000D5864" w:rsidP="000D5864">
            <w:pPr>
              <w:spacing w:after="0" w:line="240" w:lineRule="auto"/>
              <w:jc w:val="both"/>
            </w:pPr>
          </w:p>
          <w:p w14:paraId="40B5EFB4" w14:textId="77777777" w:rsidR="000D5864" w:rsidRPr="004543E3" w:rsidRDefault="000D5864" w:rsidP="000D5864">
            <w:pPr>
              <w:spacing w:after="0" w:line="240" w:lineRule="auto"/>
              <w:jc w:val="both"/>
            </w:pPr>
          </w:p>
          <w:p w14:paraId="3AA72011" w14:textId="77777777" w:rsidR="00883EBC" w:rsidRPr="004543E3" w:rsidRDefault="00883EBC" w:rsidP="000D5864">
            <w:pPr>
              <w:spacing w:after="0" w:line="240" w:lineRule="auto"/>
              <w:jc w:val="both"/>
              <w:rPr>
                <w:b/>
                <w:bCs/>
              </w:rPr>
            </w:pPr>
            <w:r w:rsidRPr="004543E3">
              <w:rPr>
                <w:b/>
                <w:bCs/>
              </w:rPr>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6E586FFF" w14:textId="3885F2FC" w:rsidR="00883EBC" w:rsidRPr="004543E3" w:rsidRDefault="00883EBC" w:rsidP="000D5864">
            <w:pPr>
              <w:spacing w:after="0" w:line="240" w:lineRule="auto"/>
              <w:jc w:val="both"/>
            </w:pPr>
            <w:r w:rsidRPr="004543E3">
              <w:t xml:space="preserve">- </w:t>
            </w:r>
            <w:proofErr w:type="spellStart"/>
            <w:r w:rsidRPr="004543E3">
              <w:t>Tại</w:t>
            </w:r>
            <w:proofErr w:type="spellEnd"/>
            <w:r w:rsidRPr="004543E3">
              <w:t xml:space="preserve"> </w:t>
            </w:r>
            <w:proofErr w:type="spellStart"/>
            <w:r w:rsidRPr="004543E3">
              <w:t>Điều</w:t>
            </w:r>
            <w:proofErr w:type="spellEnd"/>
            <w:r w:rsidRPr="004543E3">
              <w:t xml:space="preserve"> 2: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có</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việc</w:t>
            </w:r>
            <w:proofErr w:type="spellEnd"/>
            <w:r w:rsidRPr="004543E3">
              <w:t xml:space="preserve"> </w:t>
            </w:r>
            <w:proofErr w:type="spellStart"/>
            <w:r w:rsidRPr="004543E3">
              <w:t>loại</w:t>
            </w:r>
            <w:proofErr w:type="spellEnd"/>
            <w:r w:rsidRPr="004543E3">
              <w:t xml:space="preserve"> </w:t>
            </w:r>
            <w:proofErr w:type="spellStart"/>
            <w:r w:rsidRPr="004543E3">
              <w:t>trừ</w:t>
            </w:r>
            <w:proofErr w:type="spellEnd"/>
            <w:r w:rsidRPr="004543E3">
              <w:t xml:space="preserve">, </w:t>
            </w:r>
            <w:proofErr w:type="spellStart"/>
            <w:r w:rsidRPr="004543E3">
              <w:t>không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r w:rsidRPr="004543E3">
              <w:rPr>
                <w:i/>
                <w:iCs/>
              </w:rPr>
              <w:t>“</w:t>
            </w:r>
            <w:proofErr w:type="spellStart"/>
            <w:r w:rsidRPr="004543E3">
              <w:rPr>
                <w:i/>
                <w:iCs/>
              </w:rPr>
              <w:t>Mã</w:t>
            </w:r>
            <w:proofErr w:type="spellEnd"/>
            <w:r w:rsidRPr="004543E3">
              <w:rPr>
                <w:i/>
                <w:iCs/>
              </w:rPr>
              <w:t xml:space="preserve"> </w:t>
            </w:r>
            <w:proofErr w:type="spellStart"/>
            <w:r w:rsidRPr="004543E3">
              <w:rPr>
                <w:i/>
                <w:iCs/>
              </w:rPr>
              <w:t>số</w:t>
            </w:r>
            <w:proofErr w:type="spellEnd"/>
            <w:r w:rsidRPr="004543E3">
              <w:rPr>
                <w:i/>
                <w:iCs/>
              </w:rPr>
              <w:t xml:space="preserve">, </w:t>
            </w:r>
            <w:proofErr w:type="spellStart"/>
            <w:r w:rsidRPr="004543E3">
              <w:rPr>
                <w:i/>
                <w:iCs/>
              </w:rPr>
              <w:t>tiêu</w:t>
            </w:r>
            <w:proofErr w:type="spellEnd"/>
            <w:r w:rsidRPr="004543E3">
              <w:rPr>
                <w:i/>
                <w:iCs/>
              </w:rPr>
              <w:t xml:space="preserve"> </w:t>
            </w:r>
            <w:proofErr w:type="spellStart"/>
            <w:r w:rsidRPr="004543E3">
              <w:rPr>
                <w:i/>
                <w:iCs/>
              </w:rPr>
              <w:t>chuẩn</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môn</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vụ</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danh</w:t>
            </w:r>
            <w:proofErr w:type="spellEnd"/>
            <w:r w:rsidRPr="004543E3">
              <w:rPr>
                <w:i/>
                <w:iCs/>
              </w:rPr>
              <w:t xml:space="preserve"> </w:t>
            </w:r>
            <w:proofErr w:type="spellStart"/>
            <w:r w:rsidRPr="004543E3">
              <w:rPr>
                <w:i/>
                <w:iCs/>
              </w:rPr>
              <w:t>nghề</w:t>
            </w:r>
            <w:proofErr w:type="spellEnd"/>
            <w:r w:rsidRPr="004543E3">
              <w:rPr>
                <w:i/>
                <w:iCs/>
              </w:rPr>
              <w:t xml:space="preserve"> </w:t>
            </w:r>
            <w:proofErr w:type="spellStart"/>
            <w:r w:rsidRPr="004543E3">
              <w:rPr>
                <w:i/>
                <w:iCs/>
              </w:rPr>
              <w:t>nghiệp</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sĩ</w:t>
            </w:r>
            <w:proofErr w:type="spellEnd"/>
            <w:r w:rsidRPr="004543E3">
              <w:rPr>
                <w:i/>
                <w:iCs/>
              </w:rPr>
              <w:t xml:space="preserve"> </w:t>
            </w:r>
            <w:proofErr w:type="spellStart"/>
            <w:r w:rsidRPr="004543E3">
              <w:rPr>
                <w:i/>
                <w:iCs/>
              </w:rPr>
              <w:t>quan</w:t>
            </w:r>
            <w:proofErr w:type="spellEnd"/>
            <w:r w:rsidRPr="004543E3">
              <w:rPr>
                <w:i/>
                <w:iCs/>
              </w:rPr>
              <w:t xml:space="preserve"> </w:t>
            </w:r>
            <w:proofErr w:type="spellStart"/>
            <w:r w:rsidRPr="004543E3">
              <w:rPr>
                <w:i/>
                <w:iCs/>
              </w:rPr>
              <w:t>trong</w:t>
            </w:r>
            <w:proofErr w:type="spellEnd"/>
            <w:r w:rsidRPr="004543E3">
              <w:rPr>
                <w:i/>
                <w:iCs/>
              </w:rPr>
              <w:t xml:space="preserve"> </w:t>
            </w:r>
            <w:proofErr w:type="spellStart"/>
            <w:r w:rsidRPr="004543E3">
              <w:rPr>
                <w:i/>
                <w:iCs/>
              </w:rPr>
              <w:t>lực</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vũ</w:t>
            </w:r>
            <w:proofErr w:type="spellEnd"/>
            <w:r w:rsidRPr="004543E3">
              <w:rPr>
                <w:i/>
                <w:iCs/>
              </w:rPr>
              <w:t xml:space="preserve"> </w:t>
            </w:r>
            <w:proofErr w:type="spellStart"/>
            <w:r w:rsidRPr="004543E3">
              <w:rPr>
                <w:i/>
                <w:iCs/>
              </w:rPr>
              <w:t>trang</w:t>
            </w:r>
            <w:proofErr w:type="spellEnd"/>
            <w:r w:rsidRPr="004543E3">
              <w:rPr>
                <w:i/>
                <w:iCs/>
              </w:rPr>
              <w:t xml:space="preserve"> </w:t>
            </w:r>
            <w:proofErr w:type="spellStart"/>
            <w:r w:rsidRPr="004543E3">
              <w:rPr>
                <w:i/>
                <w:iCs/>
              </w:rPr>
              <w:t>nhân</w:t>
            </w:r>
            <w:proofErr w:type="spellEnd"/>
            <w:r w:rsidRPr="004543E3">
              <w:rPr>
                <w:i/>
                <w:iCs/>
              </w:rPr>
              <w:t xml:space="preserve"> </w:t>
            </w:r>
            <w:proofErr w:type="spellStart"/>
            <w:r w:rsidRPr="004543E3">
              <w:rPr>
                <w:i/>
                <w:iCs/>
              </w:rPr>
              <w:t>dân</w:t>
            </w:r>
            <w:proofErr w:type="spellEnd"/>
            <w:r w:rsidRPr="004543E3">
              <w:rPr>
                <w:i/>
                <w:iCs/>
              </w:rPr>
              <w:t xml:space="preserve"> </w:t>
            </w:r>
            <w:proofErr w:type="spellStart"/>
            <w:r w:rsidRPr="004543E3">
              <w:rPr>
                <w:i/>
                <w:iCs/>
              </w:rPr>
              <w:t>chuyên</w:t>
            </w:r>
            <w:proofErr w:type="spellEnd"/>
            <w:r w:rsidRPr="004543E3">
              <w:rPr>
                <w:i/>
                <w:iCs/>
              </w:rPr>
              <w:t xml:space="preserve"> </w:t>
            </w:r>
            <w:proofErr w:type="spellStart"/>
            <w:r w:rsidRPr="004543E3">
              <w:rPr>
                <w:i/>
                <w:iCs/>
              </w:rPr>
              <w:t>ngành</w:t>
            </w:r>
            <w:proofErr w:type="spellEnd"/>
            <w:r w:rsidRPr="004543E3">
              <w:rPr>
                <w:i/>
                <w:iCs/>
              </w:rPr>
              <w:t xml:space="preserve"> </w:t>
            </w:r>
            <w:proofErr w:type="spellStart"/>
            <w:r w:rsidRPr="004543E3">
              <w:rPr>
                <w:i/>
                <w:iCs/>
              </w:rPr>
              <w:t>kiểm</w:t>
            </w:r>
            <w:proofErr w:type="spellEnd"/>
            <w:r w:rsidRPr="004543E3">
              <w:rPr>
                <w:i/>
                <w:iCs/>
              </w:rPr>
              <w:t xml:space="preserve"> </w:t>
            </w:r>
            <w:proofErr w:type="spellStart"/>
            <w:r w:rsidRPr="004543E3">
              <w:rPr>
                <w:i/>
                <w:iCs/>
              </w:rPr>
              <w:t>soát</w:t>
            </w:r>
            <w:proofErr w:type="spellEnd"/>
            <w:r w:rsidRPr="004543E3">
              <w:rPr>
                <w:i/>
                <w:iCs/>
              </w:rPr>
              <w:t xml:space="preserve"> </w:t>
            </w:r>
            <w:proofErr w:type="spellStart"/>
            <w:r w:rsidRPr="004543E3">
              <w:rPr>
                <w:i/>
                <w:iCs/>
              </w:rPr>
              <w:t>viên</w:t>
            </w:r>
            <w:proofErr w:type="spellEnd"/>
            <w:r w:rsidRPr="004543E3">
              <w:rPr>
                <w:i/>
                <w:iCs/>
              </w:rPr>
              <w:t xml:space="preserve"> </w:t>
            </w:r>
            <w:proofErr w:type="spellStart"/>
            <w:r w:rsidRPr="004543E3">
              <w:rPr>
                <w:i/>
                <w:iCs/>
              </w:rPr>
              <w:t>chất</w:t>
            </w:r>
            <w:proofErr w:type="spellEnd"/>
            <w:r w:rsidRPr="004543E3">
              <w:rPr>
                <w:i/>
                <w:iCs/>
              </w:rPr>
              <w:t xml:space="preserve"> </w:t>
            </w:r>
            <w:proofErr w:type="spellStart"/>
            <w:r w:rsidRPr="004543E3">
              <w:rPr>
                <w:i/>
                <w:iCs/>
              </w:rPr>
              <w:t>lượng</w:t>
            </w:r>
            <w:proofErr w:type="spellEnd"/>
            <w:r w:rsidRPr="004543E3">
              <w:rPr>
                <w:i/>
                <w:iCs/>
              </w:rPr>
              <w:t xml:space="preserve"> </w:t>
            </w:r>
            <w:proofErr w:type="spellStart"/>
            <w:r w:rsidRPr="004543E3">
              <w:rPr>
                <w:i/>
                <w:iCs/>
              </w:rPr>
              <w:t>sản</w:t>
            </w:r>
            <w:proofErr w:type="spellEnd"/>
            <w:r w:rsidRPr="004543E3">
              <w:rPr>
                <w:i/>
                <w:iCs/>
              </w:rPr>
              <w:t xml:space="preserve"> </w:t>
            </w:r>
            <w:proofErr w:type="spellStart"/>
            <w:r w:rsidRPr="004543E3">
              <w:rPr>
                <w:i/>
                <w:iCs/>
              </w:rPr>
              <w:t>phẩm</w:t>
            </w:r>
            <w:proofErr w:type="spellEnd"/>
            <w:r w:rsidRPr="004543E3">
              <w:rPr>
                <w:i/>
                <w:iCs/>
              </w:rPr>
              <w:t xml:space="preserve">, </w:t>
            </w:r>
            <w:proofErr w:type="spellStart"/>
            <w:r w:rsidRPr="004543E3">
              <w:rPr>
                <w:i/>
                <w:iCs/>
              </w:rPr>
              <w:t>hàng</w:t>
            </w:r>
            <w:proofErr w:type="spellEnd"/>
            <w:r w:rsidRPr="004543E3">
              <w:rPr>
                <w:i/>
                <w:iCs/>
              </w:rPr>
              <w:t xml:space="preserve"> </w:t>
            </w:r>
            <w:proofErr w:type="spellStart"/>
            <w:r w:rsidRPr="004543E3">
              <w:rPr>
                <w:i/>
                <w:iCs/>
              </w:rPr>
              <w:t>hóa</w:t>
            </w:r>
            <w:proofErr w:type="spellEnd"/>
            <w:r w:rsidRPr="004543E3">
              <w:rPr>
                <w:i/>
                <w:iCs/>
              </w:rPr>
              <w:t>”</w:t>
            </w:r>
            <w:r w:rsidRPr="004543E3">
              <w:t xml:space="preserve">. Theo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4 </w:t>
            </w:r>
            <w:proofErr w:type="spellStart"/>
            <w:r w:rsidRPr="004543E3">
              <w:t>Điều</w:t>
            </w:r>
            <w:proofErr w:type="spellEnd"/>
            <w:r w:rsidRPr="004543E3">
              <w:t xml:space="preserve"> 16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37/2026/NĐ-CP </w:t>
            </w:r>
            <w:proofErr w:type="spellStart"/>
            <w:r w:rsidRPr="004543E3">
              <w:t>ngày</w:t>
            </w:r>
            <w:proofErr w:type="spellEnd"/>
            <w:r w:rsidRPr="004543E3">
              <w:t xml:space="preserve"> 23/01/2026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chi </w:t>
            </w:r>
            <w:proofErr w:type="spellStart"/>
            <w:r w:rsidRPr="004543E3">
              <w:t>tiết</w:t>
            </w:r>
            <w:proofErr w:type="spellEnd"/>
            <w:r w:rsidRPr="004543E3">
              <w:t xml:space="preserve"> </w:t>
            </w:r>
            <w:proofErr w:type="spellStart"/>
            <w:r w:rsidRPr="004543E3">
              <w:t>một</w:t>
            </w:r>
            <w:proofErr w:type="spellEnd"/>
            <w:r w:rsidRPr="004543E3">
              <w:t xml:space="preserve"> </w:t>
            </w:r>
            <w:proofErr w:type="spellStart"/>
            <w:r w:rsidRPr="004543E3">
              <w:t>số</w:t>
            </w:r>
            <w:proofErr w:type="spellEnd"/>
            <w:r w:rsidRPr="004543E3">
              <w:t xml:space="preserve"> </w:t>
            </w:r>
            <w:proofErr w:type="spellStart"/>
            <w:r w:rsidRPr="004543E3">
              <w:t>điều</w:t>
            </w:r>
            <w:proofErr w:type="spellEnd"/>
            <w:r w:rsidRPr="004543E3">
              <w:t xml:space="preserve"> </w:t>
            </w:r>
            <w:proofErr w:type="spellStart"/>
            <w:r w:rsidRPr="004543E3">
              <w:t>và</w:t>
            </w:r>
            <w:proofErr w:type="spellEnd"/>
            <w:r w:rsidRPr="004543E3">
              <w:t xml:space="preserve"> </w:t>
            </w:r>
            <w:proofErr w:type="spellStart"/>
            <w:r w:rsidRPr="004543E3">
              <w:t>biện</w:t>
            </w:r>
            <w:proofErr w:type="spellEnd"/>
            <w:r w:rsidRPr="004543E3">
              <w:t xml:space="preserve"> </w:t>
            </w:r>
            <w:proofErr w:type="spellStart"/>
            <w:r w:rsidRPr="004543E3">
              <w:t>pháp</w:t>
            </w:r>
            <w:proofErr w:type="spellEnd"/>
            <w:r w:rsidRPr="004543E3">
              <w:t xml:space="preserve"> </w:t>
            </w:r>
            <w:proofErr w:type="spellStart"/>
            <w:r w:rsidRPr="004543E3">
              <w:t>để</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hướng</w:t>
            </w:r>
            <w:proofErr w:type="spellEnd"/>
            <w:r w:rsidRPr="004543E3">
              <w:t xml:space="preserve"> </w:t>
            </w:r>
            <w:proofErr w:type="spellStart"/>
            <w:r w:rsidRPr="004543E3">
              <w:t>dẫn</w:t>
            </w:r>
            <w:proofErr w:type="spellEnd"/>
            <w:r w:rsidRPr="004543E3">
              <w:t xml:space="preserve"> </w:t>
            </w:r>
            <w:proofErr w:type="spellStart"/>
            <w:r w:rsidRPr="004543E3">
              <w:t>thi</w:t>
            </w:r>
            <w:proofErr w:type="spellEnd"/>
            <w:r w:rsidRPr="004543E3">
              <w:t xml:space="preserve"> </w:t>
            </w:r>
            <w:proofErr w:type="spellStart"/>
            <w:r w:rsidRPr="004543E3">
              <w:t>hành</w:t>
            </w:r>
            <w:proofErr w:type="spellEnd"/>
            <w:r w:rsidRPr="004543E3">
              <w:t xml:space="preserve"> </w:t>
            </w:r>
            <w:proofErr w:type="spellStart"/>
            <w:r w:rsidRPr="004543E3">
              <w:t>Luật</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t>nội</w:t>
            </w:r>
            <w:proofErr w:type="spellEnd"/>
            <w:r w:rsidRPr="004543E3">
              <w:t xml:space="preserve"> dung </w:t>
            </w:r>
            <w:proofErr w:type="spellStart"/>
            <w:r w:rsidRPr="004543E3">
              <w:t>này</w:t>
            </w:r>
            <w:proofErr w:type="spellEnd"/>
            <w:r w:rsidRPr="004543E3">
              <w:t xml:space="preserve"> do </w:t>
            </w:r>
            <w:r w:rsidRPr="004543E3">
              <w:rPr>
                <w:i/>
                <w:iCs/>
              </w:rPr>
              <w:t>“</w:t>
            </w:r>
            <w:proofErr w:type="spellStart"/>
            <w:r w:rsidRPr="004543E3">
              <w:rPr>
                <w:i/>
                <w:iCs/>
              </w:rPr>
              <w:t>Bộ</w:t>
            </w:r>
            <w:proofErr w:type="spellEnd"/>
            <w:r w:rsidRPr="004543E3">
              <w:rPr>
                <w:i/>
                <w:iCs/>
              </w:rPr>
              <w:t xml:space="preserve"> </w:t>
            </w:r>
            <w:proofErr w:type="spellStart"/>
            <w:r w:rsidRPr="004543E3">
              <w:rPr>
                <w:i/>
                <w:iCs/>
              </w:rPr>
              <w:t>trưởng</w:t>
            </w:r>
            <w:proofErr w:type="spellEnd"/>
            <w:r w:rsidRPr="004543E3">
              <w:rPr>
                <w:i/>
                <w:iCs/>
              </w:rPr>
              <w:t xml:space="preserve"> </w:t>
            </w:r>
            <w:proofErr w:type="spellStart"/>
            <w:r w:rsidRPr="004543E3">
              <w:rPr>
                <w:i/>
                <w:iCs/>
              </w:rPr>
              <w:t>Bộ</w:t>
            </w:r>
            <w:proofErr w:type="spellEnd"/>
            <w:r w:rsidRPr="004543E3">
              <w:rPr>
                <w:i/>
                <w:iCs/>
              </w:rPr>
              <w:t xml:space="preserve"> Công an, </w:t>
            </w:r>
            <w:proofErr w:type="spellStart"/>
            <w:r w:rsidRPr="004543E3">
              <w:rPr>
                <w:i/>
                <w:iCs/>
              </w:rPr>
              <w:t>Bộ</w:t>
            </w:r>
            <w:proofErr w:type="spellEnd"/>
            <w:r w:rsidRPr="004543E3">
              <w:rPr>
                <w:i/>
                <w:iCs/>
              </w:rPr>
              <w:t xml:space="preserve"> </w:t>
            </w:r>
            <w:proofErr w:type="spellStart"/>
            <w:r w:rsidRPr="004543E3">
              <w:rPr>
                <w:i/>
                <w:iCs/>
              </w:rPr>
              <w:t>trưởng</w:t>
            </w:r>
            <w:proofErr w:type="spellEnd"/>
            <w:r w:rsidRPr="004543E3">
              <w:rPr>
                <w:i/>
                <w:iCs/>
              </w:rPr>
              <w:t xml:space="preserve"> </w:t>
            </w:r>
            <w:proofErr w:type="spellStart"/>
            <w:r w:rsidRPr="004543E3">
              <w:rPr>
                <w:i/>
                <w:iCs/>
              </w:rPr>
              <w:t>Bộ</w:t>
            </w:r>
            <w:proofErr w:type="spellEnd"/>
            <w:r w:rsidRPr="004543E3">
              <w:rPr>
                <w:i/>
                <w:iCs/>
              </w:rPr>
              <w:t xml:space="preserve"> Quốc </w:t>
            </w:r>
            <w:proofErr w:type="spellStart"/>
            <w:r w:rsidRPr="004543E3">
              <w:rPr>
                <w:i/>
                <w:iCs/>
              </w:rPr>
              <w:t>phòng</w:t>
            </w:r>
            <w:proofErr w:type="spellEnd"/>
            <w:r w:rsidRPr="004543E3">
              <w:rPr>
                <w:i/>
                <w:iCs/>
              </w:rPr>
              <w:t xml:space="preserve">” </w:t>
            </w:r>
            <w:proofErr w:type="spellStart"/>
            <w:r w:rsidRPr="004543E3">
              <w:t>quy</w:t>
            </w:r>
            <w:proofErr w:type="spellEnd"/>
            <w:r w:rsidRPr="004543E3">
              <w:t xml:space="preserve"> </w:t>
            </w:r>
            <w:proofErr w:type="spellStart"/>
            <w:r w:rsidRPr="004543E3">
              <w:t>định</w:t>
            </w:r>
            <w:proofErr w:type="spellEnd"/>
            <w:r w:rsidRPr="004543E3">
              <w:t>.</w:t>
            </w:r>
          </w:p>
        </w:tc>
        <w:tc>
          <w:tcPr>
            <w:tcW w:w="3165" w:type="dxa"/>
          </w:tcPr>
          <w:p w14:paraId="05C779FA" w14:textId="77777777" w:rsidR="00883EBC" w:rsidRDefault="00883EBC" w:rsidP="000D5864">
            <w:pPr>
              <w:spacing w:after="0" w:line="240" w:lineRule="auto"/>
              <w:jc w:val="both"/>
              <w:rPr>
                <w:i/>
                <w:iCs/>
                <w:szCs w:val="26"/>
              </w:rPr>
            </w:pPr>
            <w:r w:rsidRPr="004543E3">
              <w:rPr>
                <w:szCs w:val="26"/>
              </w:rPr>
              <w:lastRenderedPageBreak/>
              <w:t xml:space="preserve">- </w:t>
            </w:r>
            <w:r>
              <w:rPr>
                <w:szCs w:val="26"/>
              </w:rPr>
              <w:t xml:space="preserve">Ban </w:t>
            </w:r>
            <w:proofErr w:type="spellStart"/>
            <w:r>
              <w:rPr>
                <w:szCs w:val="26"/>
              </w:rPr>
              <w:t>soạn</w:t>
            </w:r>
            <w:proofErr w:type="spellEnd"/>
            <w:r>
              <w:rPr>
                <w:szCs w:val="26"/>
              </w:rPr>
              <w:t xml:space="preserve"> </w:t>
            </w:r>
            <w:proofErr w:type="spellStart"/>
            <w:r>
              <w:rPr>
                <w:szCs w:val="26"/>
              </w:rPr>
              <w:t>thảo</w:t>
            </w:r>
            <w:proofErr w:type="spellEnd"/>
            <w:r>
              <w:rPr>
                <w:szCs w:val="26"/>
              </w:rPr>
              <w:t xml:space="preserve"> </w:t>
            </w:r>
            <w:proofErr w:type="spellStart"/>
            <w:r>
              <w:rPr>
                <w:szCs w:val="26"/>
              </w:rPr>
              <w:t>điều</w:t>
            </w:r>
            <w:proofErr w:type="spellEnd"/>
            <w:r>
              <w:rPr>
                <w:szCs w:val="26"/>
              </w:rPr>
              <w:t xml:space="preserve"> </w:t>
            </w:r>
            <w:proofErr w:type="spellStart"/>
            <w:r>
              <w:rPr>
                <w:szCs w:val="26"/>
              </w:rPr>
              <w:t>chỉnh</w:t>
            </w:r>
            <w:proofErr w:type="spellEnd"/>
            <w:r>
              <w:rPr>
                <w:szCs w:val="26"/>
              </w:rPr>
              <w:t xml:space="preserve">, </w:t>
            </w:r>
            <w:proofErr w:type="spellStart"/>
            <w:r>
              <w:rPr>
                <w:szCs w:val="26"/>
              </w:rPr>
              <w:t>bô</w:t>
            </w:r>
            <w:proofErr w:type="spellEnd"/>
            <w:r>
              <w:rPr>
                <w:szCs w:val="26"/>
              </w:rPr>
              <w:t xml:space="preserve">̉ sung </w:t>
            </w:r>
            <w:proofErr w:type="spellStart"/>
            <w:r>
              <w:rPr>
                <w:szCs w:val="26"/>
              </w:rPr>
              <w:t>nội</w:t>
            </w:r>
            <w:proofErr w:type="spellEnd"/>
            <w:r>
              <w:rPr>
                <w:szCs w:val="26"/>
              </w:rPr>
              <w:t xml:space="preserve"> dung </w:t>
            </w:r>
            <w:proofErr w:type="spellStart"/>
            <w:r>
              <w:rPr>
                <w:szCs w:val="26"/>
              </w:rPr>
              <w:t>như</w:t>
            </w:r>
            <w:proofErr w:type="spellEnd"/>
            <w:r>
              <w:rPr>
                <w:szCs w:val="26"/>
              </w:rPr>
              <w:t xml:space="preserve"> </w:t>
            </w:r>
            <w:proofErr w:type="spellStart"/>
            <w:r>
              <w:rPr>
                <w:szCs w:val="26"/>
              </w:rPr>
              <w:t>sau</w:t>
            </w:r>
            <w:proofErr w:type="spellEnd"/>
            <w:r>
              <w:rPr>
                <w:szCs w:val="26"/>
              </w:rPr>
              <w:t xml:space="preserve">: </w:t>
            </w:r>
            <w:r w:rsidRPr="00E74FC5">
              <w:rPr>
                <w:i/>
                <w:iCs/>
                <w:szCs w:val="26"/>
              </w:rPr>
              <w:t xml:space="preserve">Viên </w:t>
            </w:r>
            <w:proofErr w:type="spellStart"/>
            <w:r w:rsidRPr="00E74FC5">
              <w:rPr>
                <w:i/>
                <w:iCs/>
                <w:szCs w:val="26"/>
              </w:rPr>
              <w:t>chức</w:t>
            </w:r>
            <w:proofErr w:type="spellEnd"/>
            <w:r w:rsidRPr="00E74FC5">
              <w:rPr>
                <w:i/>
                <w:iCs/>
                <w:szCs w:val="26"/>
              </w:rPr>
              <w:t xml:space="preserve"> </w:t>
            </w:r>
            <w:proofErr w:type="spellStart"/>
            <w:r w:rsidRPr="00E74FC5">
              <w:rPr>
                <w:i/>
                <w:iCs/>
                <w:szCs w:val="26"/>
              </w:rPr>
              <w:t>làm</w:t>
            </w:r>
            <w:proofErr w:type="spellEnd"/>
            <w:r w:rsidRPr="00E74FC5">
              <w:rPr>
                <w:i/>
                <w:iCs/>
                <w:szCs w:val="26"/>
              </w:rPr>
              <w:t xml:space="preserve"> </w:t>
            </w:r>
            <w:proofErr w:type="spellStart"/>
            <w:r w:rsidRPr="00E74FC5">
              <w:rPr>
                <w:i/>
                <w:iCs/>
                <w:szCs w:val="26"/>
              </w:rPr>
              <w:t>việc</w:t>
            </w:r>
            <w:proofErr w:type="spellEnd"/>
            <w:r w:rsidRPr="00E74FC5">
              <w:rPr>
                <w:i/>
                <w:iCs/>
                <w:szCs w:val="26"/>
              </w:rPr>
              <w:t xml:space="preserve"> </w:t>
            </w:r>
            <w:proofErr w:type="spellStart"/>
            <w:r w:rsidRPr="00E74FC5">
              <w:rPr>
                <w:i/>
                <w:iCs/>
                <w:szCs w:val="26"/>
              </w:rPr>
              <w:t>tại</w:t>
            </w:r>
            <w:proofErr w:type="spellEnd"/>
            <w:r w:rsidRPr="00E74FC5">
              <w:rPr>
                <w:i/>
                <w:iCs/>
                <w:szCs w:val="26"/>
              </w:rPr>
              <w:t xml:space="preserve"> </w:t>
            </w:r>
            <w:proofErr w:type="spellStart"/>
            <w:r w:rsidRPr="00E74FC5">
              <w:rPr>
                <w:i/>
                <w:iCs/>
                <w:szCs w:val="26"/>
              </w:rPr>
              <w:t>các</w:t>
            </w:r>
            <w:proofErr w:type="spellEnd"/>
            <w:r w:rsidRPr="00E74FC5">
              <w:rPr>
                <w:i/>
                <w:iCs/>
                <w:szCs w:val="26"/>
              </w:rPr>
              <w:t xml:space="preserve"> </w:t>
            </w:r>
            <w:proofErr w:type="spellStart"/>
            <w:r w:rsidRPr="00E74FC5">
              <w:rPr>
                <w:i/>
                <w:iCs/>
                <w:szCs w:val="26"/>
              </w:rPr>
              <w:t>đơn</w:t>
            </w:r>
            <w:proofErr w:type="spellEnd"/>
            <w:r w:rsidRPr="00E74FC5">
              <w:rPr>
                <w:i/>
                <w:iCs/>
                <w:szCs w:val="26"/>
              </w:rPr>
              <w:t xml:space="preserve"> </w:t>
            </w:r>
            <w:proofErr w:type="spellStart"/>
            <w:r w:rsidRPr="00E74FC5">
              <w:rPr>
                <w:i/>
                <w:iCs/>
                <w:szCs w:val="26"/>
              </w:rPr>
              <w:t>vị</w:t>
            </w:r>
            <w:proofErr w:type="spellEnd"/>
            <w:r w:rsidRPr="00E74FC5">
              <w:rPr>
                <w:i/>
                <w:iCs/>
                <w:szCs w:val="26"/>
              </w:rPr>
              <w:t xml:space="preserve"> </w:t>
            </w:r>
            <w:proofErr w:type="spellStart"/>
            <w:r w:rsidRPr="00E74FC5">
              <w:rPr>
                <w:i/>
                <w:iCs/>
                <w:szCs w:val="26"/>
              </w:rPr>
              <w:t>sự</w:t>
            </w:r>
            <w:proofErr w:type="spellEnd"/>
            <w:r w:rsidRPr="00E74FC5">
              <w:rPr>
                <w:i/>
                <w:iCs/>
                <w:szCs w:val="26"/>
              </w:rPr>
              <w:t xml:space="preserve"> </w:t>
            </w:r>
            <w:proofErr w:type="spellStart"/>
            <w:r w:rsidRPr="00E74FC5">
              <w:rPr>
                <w:i/>
                <w:iCs/>
                <w:szCs w:val="26"/>
              </w:rPr>
              <w:t>nghiệp</w:t>
            </w:r>
            <w:proofErr w:type="spellEnd"/>
            <w:r w:rsidRPr="00E74FC5">
              <w:rPr>
                <w:i/>
                <w:iCs/>
                <w:szCs w:val="26"/>
              </w:rPr>
              <w:t xml:space="preserve"> </w:t>
            </w:r>
            <w:proofErr w:type="spellStart"/>
            <w:r w:rsidRPr="00E74FC5">
              <w:rPr>
                <w:i/>
                <w:iCs/>
                <w:szCs w:val="26"/>
              </w:rPr>
              <w:t>công</w:t>
            </w:r>
            <w:proofErr w:type="spellEnd"/>
            <w:r w:rsidRPr="00E74FC5">
              <w:rPr>
                <w:i/>
                <w:iCs/>
                <w:szCs w:val="26"/>
              </w:rPr>
              <w:t xml:space="preserve"> </w:t>
            </w:r>
            <w:proofErr w:type="spellStart"/>
            <w:r w:rsidRPr="00E74FC5">
              <w:rPr>
                <w:i/>
                <w:iCs/>
                <w:szCs w:val="26"/>
              </w:rPr>
              <w:t>lập</w:t>
            </w:r>
            <w:proofErr w:type="spellEnd"/>
            <w:r w:rsidRPr="00E74FC5">
              <w:rPr>
                <w:i/>
                <w:iCs/>
                <w:szCs w:val="26"/>
              </w:rPr>
              <w:t xml:space="preserve">, </w:t>
            </w:r>
            <w:proofErr w:type="spellStart"/>
            <w:r w:rsidRPr="00E74FC5">
              <w:rPr>
                <w:i/>
                <w:iCs/>
                <w:szCs w:val="26"/>
              </w:rPr>
              <w:t>tô</w:t>
            </w:r>
            <w:proofErr w:type="spellEnd"/>
            <w:r w:rsidRPr="00E74FC5">
              <w:rPr>
                <w:i/>
                <w:iCs/>
                <w:szCs w:val="26"/>
              </w:rPr>
              <w:t xml:space="preserve">̉ </w:t>
            </w:r>
            <w:proofErr w:type="spellStart"/>
            <w:r w:rsidRPr="00E74FC5">
              <w:rPr>
                <w:i/>
                <w:iCs/>
                <w:szCs w:val="26"/>
              </w:rPr>
              <w:t>chức</w:t>
            </w:r>
            <w:proofErr w:type="spellEnd"/>
            <w:r w:rsidRPr="00E74FC5">
              <w:rPr>
                <w:i/>
                <w:iCs/>
                <w:szCs w:val="26"/>
              </w:rPr>
              <w:t xml:space="preserve"> khoa </w:t>
            </w:r>
            <w:proofErr w:type="spellStart"/>
            <w:r w:rsidRPr="00E74FC5">
              <w:rPr>
                <w:i/>
                <w:iCs/>
                <w:szCs w:val="26"/>
              </w:rPr>
              <w:t>học</w:t>
            </w:r>
            <w:proofErr w:type="spellEnd"/>
            <w:r w:rsidRPr="00E74FC5">
              <w:rPr>
                <w:i/>
                <w:iCs/>
                <w:szCs w:val="26"/>
              </w:rPr>
              <w:t xml:space="preserve"> </w:t>
            </w:r>
            <w:proofErr w:type="spellStart"/>
            <w:r w:rsidRPr="00E74FC5">
              <w:rPr>
                <w:i/>
                <w:iCs/>
                <w:szCs w:val="26"/>
              </w:rPr>
              <w:t>va</w:t>
            </w:r>
            <w:proofErr w:type="spellEnd"/>
            <w:r w:rsidRPr="00E74FC5">
              <w:rPr>
                <w:i/>
                <w:iCs/>
                <w:szCs w:val="26"/>
              </w:rPr>
              <w:t xml:space="preserve">̀ </w:t>
            </w:r>
            <w:proofErr w:type="spellStart"/>
            <w:r w:rsidRPr="00E74FC5">
              <w:rPr>
                <w:i/>
                <w:iCs/>
                <w:szCs w:val="26"/>
              </w:rPr>
              <w:t>công</w:t>
            </w:r>
            <w:proofErr w:type="spellEnd"/>
            <w:r w:rsidRPr="00E74FC5">
              <w:rPr>
                <w:i/>
                <w:iCs/>
                <w:szCs w:val="26"/>
              </w:rPr>
              <w:t xml:space="preserve"> </w:t>
            </w:r>
            <w:proofErr w:type="spellStart"/>
            <w:r w:rsidRPr="00E74FC5">
              <w:rPr>
                <w:i/>
                <w:iCs/>
                <w:szCs w:val="26"/>
              </w:rPr>
              <w:t>nghê</w:t>
            </w:r>
            <w:proofErr w:type="spellEnd"/>
            <w:r w:rsidRPr="00E74FC5">
              <w:rPr>
                <w:i/>
                <w:iCs/>
                <w:szCs w:val="26"/>
              </w:rPr>
              <w:t xml:space="preserve">̣ </w:t>
            </w:r>
            <w:proofErr w:type="spellStart"/>
            <w:r w:rsidRPr="00E74FC5">
              <w:rPr>
                <w:i/>
                <w:iCs/>
                <w:szCs w:val="26"/>
              </w:rPr>
              <w:t>công</w:t>
            </w:r>
            <w:proofErr w:type="spellEnd"/>
            <w:r w:rsidRPr="00E74FC5">
              <w:rPr>
                <w:i/>
                <w:iCs/>
                <w:szCs w:val="26"/>
              </w:rPr>
              <w:t xml:space="preserve"> </w:t>
            </w:r>
            <w:proofErr w:type="spellStart"/>
            <w:r w:rsidRPr="00E74FC5">
              <w:rPr>
                <w:i/>
                <w:iCs/>
                <w:szCs w:val="26"/>
              </w:rPr>
              <w:t>lập</w:t>
            </w:r>
            <w:proofErr w:type="spellEnd"/>
            <w:r w:rsidRPr="00E74FC5">
              <w:rPr>
                <w:i/>
                <w:iCs/>
                <w:szCs w:val="26"/>
              </w:rPr>
              <w:t xml:space="preserve"> </w:t>
            </w:r>
            <w:proofErr w:type="spellStart"/>
            <w:r w:rsidRPr="00E74FC5">
              <w:rPr>
                <w:i/>
                <w:iCs/>
                <w:szCs w:val="26"/>
              </w:rPr>
              <w:t>hoạt</w:t>
            </w:r>
            <w:proofErr w:type="spellEnd"/>
            <w:r w:rsidRPr="00E74FC5">
              <w:rPr>
                <w:i/>
                <w:iCs/>
                <w:szCs w:val="26"/>
              </w:rPr>
              <w:t xml:space="preserve"> </w:t>
            </w:r>
            <w:proofErr w:type="spellStart"/>
            <w:r w:rsidRPr="00E74FC5">
              <w:rPr>
                <w:i/>
                <w:iCs/>
                <w:szCs w:val="26"/>
              </w:rPr>
              <w:t>động</w:t>
            </w:r>
            <w:proofErr w:type="spellEnd"/>
            <w:r w:rsidRPr="00E74FC5">
              <w:rPr>
                <w:i/>
                <w:iCs/>
                <w:szCs w:val="26"/>
              </w:rPr>
              <w:t xml:space="preserve"> </w:t>
            </w:r>
            <w:proofErr w:type="spellStart"/>
            <w:r w:rsidRPr="00E74FC5">
              <w:rPr>
                <w:i/>
                <w:iCs/>
                <w:szCs w:val="26"/>
              </w:rPr>
              <w:t>trong</w:t>
            </w:r>
            <w:proofErr w:type="spellEnd"/>
            <w:r w:rsidRPr="00E74FC5">
              <w:rPr>
                <w:i/>
                <w:iCs/>
                <w:szCs w:val="26"/>
              </w:rPr>
              <w:t xml:space="preserve"> </w:t>
            </w:r>
            <w:proofErr w:type="spellStart"/>
            <w:r w:rsidRPr="00E74FC5">
              <w:rPr>
                <w:i/>
                <w:iCs/>
                <w:szCs w:val="26"/>
              </w:rPr>
              <w:t>lĩnh</w:t>
            </w:r>
            <w:proofErr w:type="spellEnd"/>
            <w:r w:rsidRPr="00E74FC5">
              <w:rPr>
                <w:i/>
                <w:iCs/>
                <w:szCs w:val="26"/>
              </w:rPr>
              <w:t xml:space="preserve"> </w:t>
            </w:r>
            <w:proofErr w:type="spellStart"/>
            <w:r w:rsidRPr="00E74FC5">
              <w:rPr>
                <w:i/>
                <w:iCs/>
                <w:szCs w:val="26"/>
              </w:rPr>
              <w:t>vực</w:t>
            </w:r>
            <w:proofErr w:type="spellEnd"/>
            <w:r w:rsidRPr="00E74FC5">
              <w:rPr>
                <w:i/>
                <w:iCs/>
                <w:szCs w:val="26"/>
              </w:rPr>
              <w:t xml:space="preserve"> </w:t>
            </w:r>
            <w:proofErr w:type="spellStart"/>
            <w:r w:rsidRPr="00E74FC5">
              <w:rPr>
                <w:i/>
                <w:iCs/>
                <w:szCs w:val="26"/>
              </w:rPr>
              <w:t>thư</w:t>
            </w:r>
            <w:proofErr w:type="spellEnd"/>
            <w:r w:rsidRPr="00E74FC5">
              <w:rPr>
                <w:i/>
                <w:iCs/>
                <w:szCs w:val="26"/>
              </w:rPr>
              <w:t xml:space="preserve">̉ </w:t>
            </w:r>
            <w:proofErr w:type="spellStart"/>
            <w:r w:rsidRPr="00E74FC5">
              <w:rPr>
                <w:i/>
                <w:iCs/>
                <w:szCs w:val="26"/>
              </w:rPr>
              <w:t>nghiệm</w:t>
            </w:r>
            <w:proofErr w:type="spellEnd"/>
            <w:r w:rsidRPr="00E74FC5">
              <w:rPr>
                <w:i/>
                <w:iCs/>
                <w:szCs w:val="26"/>
              </w:rPr>
              <w:t xml:space="preserve">, </w:t>
            </w:r>
            <w:proofErr w:type="spellStart"/>
            <w:r w:rsidRPr="00E74FC5">
              <w:rPr>
                <w:i/>
                <w:iCs/>
                <w:szCs w:val="26"/>
              </w:rPr>
              <w:t>kiểm</w:t>
            </w:r>
            <w:proofErr w:type="spellEnd"/>
            <w:r w:rsidRPr="00E74FC5">
              <w:rPr>
                <w:i/>
                <w:iCs/>
                <w:szCs w:val="26"/>
              </w:rPr>
              <w:t xml:space="preserve"> </w:t>
            </w:r>
            <w:proofErr w:type="spellStart"/>
            <w:r w:rsidRPr="00E74FC5">
              <w:rPr>
                <w:i/>
                <w:iCs/>
                <w:szCs w:val="26"/>
              </w:rPr>
              <w:lastRenderedPageBreak/>
              <w:t>nghiệm</w:t>
            </w:r>
            <w:proofErr w:type="spellEnd"/>
            <w:r w:rsidRPr="00E74FC5">
              <w:rPr>
                <w:i/>
                <w:iCs/>
                <w:szCs w:val="26"/>
              </w:rPr>
              <w:t xml:space="preserve">, </w:t>
            </w:r>
            <w:proofErr w:type="spellStart"/>
            <w:r w:rsidRPr="00E74FC5">
              <w:rPr>
                <w:i/>
                <w:iCs/>
                <w:szCs w:val="26"/>
              </w:rPr>
              <w:t>kiểm</w:t>
            </w:r>
            <w:proofErr w:type="spellEnd"/>
            <w:r w:rsidRPr="00E74FC5">
              <w:rPr>
                <w:i/>
                <w:iCs/>
                <w:szCs w:val="26"/>
              </w:rPr>
              <w:t xml:space="preserve"> </w:t>
            </w:r>
            <w:proofErr w:type="spellStart"/>
            <w:r w:rsidRPr="00E74FC5">
              <w:rPr>
                <w:i/>
                <w:iCs/>
                <w:szCs w:val="26"/>
              </w:rPr>
              <w:t>định</w:t>
            </w:r>
            <w:proofErr w:type="spellEnd"/>
            <w:r w:rsidRPr="00E74FC5">
              <w:rPr>
                <w:i/>
                <w:iCs/>
                <w:szCs w:val="26"/>
              </w:rPr>
              <w:t xml:space="preserve">, </w:t>
            </w:r>
            <w:proofErr w:type="spellStart"/>
            <w:r w:rsidRPr="00E74FC5">
              <w:rPr>
                <w:i/>
                <w:iCs/>
                <w:szCs w:val="26"/>
              </w:rPr>
              <w:t>đánh</w:t>
            </w:r>
            <w:proofErr w:type="spellEnd"/>
            <w:r w:rsidRPr="00E74FC5">
              <w:rPr>
                <w:i/>
                <w:iCs/>
                <w:szCs w:val="26"/>
              </w:rPr>
              <w:t xml:space="preserve"> </w:t>
            </w:r>
            <w:proofErr w:type="spellStart"/>
            <w:r w:rsidRPr="00E74FC5">
              <w:rPr>
                <w:i/>
                <w:iCs/>
                <w:szCs w:val="26"/>
              </w:rPr>
              <w:t>giá</w:t>
            </w:r>
            <w:proofErr w:type="spellEnd"/>
            <w:r w:rsidRPr="00E74FC5">
              <w:rPr>
                <w:i/>
                <w:iCs/>
                <w:szCs w:val="26"/>
              </w:rPr>
              <w:t xml:space="preserve">, </w:t>
            </w:r>
            <w:proofErr w:type="spellStart"/>
            <w:r w:rsidRPr="00E74FC5">
              <w:rPr>
                <w:i/>
                <w:iCs/>
                <w:szCs w:val="26"/>
              </w:rPr>
              <w:t>chứng</w:t>
            </w:r>
            <w:proofErr w:type="spellEnd"/>
            <w:r w:rsidRPr="00E74FC5">
              <w:rPr>
                <w:i/>
                <w:iCs/>
                <w:szCs w:val="26"/>
              </w:rPr>
              <w:t xml:space="preserve"> </w:t>
            </w:r>
            <w:proofErr w:type="spellStart"/>
            <w:r w:rsidRPr="00E74FC5">
              <w:rPr>
                <w:i/>
                <w:iCs/>
                <w:szCs w:val="26"/>
              </w:rPr>
              <w:t>nhận</w:t>
            </w:r>
            <w:proofErr w:type="spellEnd"/>
            <w:r w:rsidRPr="00E74FC5">
              <w:rPr>
                <w:i/>
                <w:iCs/>
                <w:szCs w:val="26"/>
              </w:rPr>
              <w:t xml:space="preserve">, </w:t>
            </w:r>
            <w:proofErr w:type="spellStart"/>
            <w:r w:rsidRPr="00E74FC5">
              <w:rPr>
                <w:i/>
                <w:iCs/>
                <w:szCs w:val="26"/>
              </w:rPr>
              <w:t>giám</w:t>
            </w:r>
            <w:proofErr w:type="spellEnd"/>
            <w:r w:rsidRPr="00E74FC5">
              <w:rPr>
                <w:i/>
                <w:iCs/>
                <w:szCs w:val="26"/>
              </w:rPr>
              <w:t xml:space="preserve"> </w:t>
            </w:r>
            <w:proofErr w:type="spellStart"/>
            <w:r w:rsidRPr="00E74FC5">
              <w:rPr>
                <w:i/>
                <w:iCs/>
                <w:szCs w:val="26"/>
              </w:rPr>
              <w:t>định</w:t>
            </w:r>
            <w:proofErr w:type="spellEnd"/>
            <w:r w:rsidRPr="00E74FC5">
              <w:rPr>
                <w:i/>
                <w:iCs/>
                <w:szCs w:val="26"/>
              </w:rPr>
              <w:t xml:space="preserve"> </w:t>
            </w:r>
            <w:proofErr w:type="spellStart"/>
            <w:r w:rsidRPr="00E74FC5">
              <w:rPr>
                <w:i/>
                <w:iCs/>
                <w:szCs w:val="26"/>
              </w:rPr>
              <w:t>chất</w:t>
            </w:r>
            <w:proofErr w:type="spellEnd"/>
            <w:r w:rsidRPr="00E74FC5">
              <w:rPr>
                <w:i/>
                <w:iCs/>
                <w:szCs w:val="26"/>
              </w:rPr>
              <w:t xml:space="preserve"> </w:t>
            </w:r>
            <w:proofErr w:type="spellStart"/>
            <w:r w:rsidRPr="00E74FC5">
              <w:rPr>
                <w:i/>
                <w:iCs/>
                <w:szCs w:val="26"/>
              </w:rPr>
              <w:t>lượng</w:t>
            </w:r>
            <w:proofErr w:type="spellEnd"/>
            <w:r w:rsidRPr="00E74FC5">
              <w:rPr>
                <w:i/>
                <w:iCs/>
                <w:szCs w:val="26"/>
              </w:rPr>
              <w:t xml:space="preserve"> </w:t>
            </w:r>
            <w:proofErr w:type="spellStart"/>
            <w:r w:rsidRPr="00E74FC5">
              <w:rPr>
                <w:i/>
                <w:iCs/>
                <w:szCs w:val="26"/>
              </w:rPr>
              <w:t>sản</w:t>
            </w:r>
            <w:proofErr w:type="spellEnd"/>
            <w:r w:rsidRPr="00E74FC5">
              <w:rPr>
                <w:i/>
                <w:iCs/>
                <w:szCs w:val="26"/>
              </w:rPr>
              <w:t xml:space="preserve"> </w:t>
            </w:r>
            <w:proofErr w:type="spellStart"/>
            <w:r w:rsidRPr="00E74FC5">
              <w:rPr>
                <w:i/>
                <w:iCs/>
                <w:szCs w:val="26"/>
              </w:rPr>
              <w:t>phẩm</w:t>
            </w:r>
            <w:proofErr w:type="spellEnd"/>
            <w:r w:rsidRPr="00E74FC5">
              <w:rPr>
                <w:i/>
                <w:iCs/>
                <w:szCs w:val="26"/>
              </w:rPr>
              <w:t xml:space="preserve">, </w:t>
            </w:r>
            <w:proofErr w:type="spellStart"/>
            <w:r w:rsidRPr="00E74FC5">
              <w:rPr>
                <w:i/>
                <w:iCs/>
                <w:szCs w:val="26"/>
              </w:rPr>
              <w:t>hàng</w:t>
            </w:r>
            <w:proofErr w:type="spellEnd"/>
            <w:r w:rsidRPr="00E74FC5">
              <w:rPr>
                <w:i/>
                <w:iCs/>
                <w:szCs w:val="26"/>
              </w:rPr>
              <w:t xml:space="preserve"> </w:t>
            </w:r>
            <w:proofErr w:type="spellStart"/>
            <w:r w:rsidRPr="00E74FC5">
              <w:rPr>
                <w:i/>
                <w:iCs/>
                <w:szCs w:val="26"/>
              </w:rPr>
              <w:t>hóa</w:t>
            </w:r>
            <w:proofErr w:type="spellEnd"/>
            <w:r w:rsidRPr="00E74FC5">
              <w:rPr>
                <w:i/>
                <w:iCs/>
                <w:szCs w:val="26"/>
              </w:rPr>
              <w:t xml:space="preserve"> </w:t>
            </w:r>
            <w:proofErr w:type="spellStart"/>
            <w:r w:rsidRPr="00E74FC5">
              <w:rPr>
                <w:i/>
                <w:iCs/>
                <w:szCs w:val="26"/>
              </w:rPr>
              <w:t>và</w:t>
            </w:r>
            <w:proofErr w:type="spellEnd"/>
            <w:r w:rsidRPr="00E74FC5">
              <w:rPr>
                <w:i/>
                <w:iCs/>
                <w:szCs w:val="26"/>
              </w:rPr>
              <w:t xml:space="preserve"> </w:t>
            </w:r>
            <w:proofErr w:type="spellStart"/>
            <w:r w:rsidRPr="00E74FC5">
              <w:rPr>
                <w:i/>
                <w:iCs/>
                <w:szCs w:val="26"/>
              </w:rPr>
              <w:t>các</w:t>
            </w:r>
            <w:proofErr w:type="spellEnd"/>
            <w:r w:rsidRPr="00E74FC5">
              <w:rPr>
                <w:i/>
                <w:iCs/>
                <w:szCs w:val="26"/>
              </w:rPr>
              <w:t xml:space="preserve"> </w:t>
            </w:r>
            <w:proofErr w:type="spellStart"/>
            <w:r w:rsidRPr="00E74FC5">
              <w:rPr>
                <w:i/>
                <w:iCs/>
                <w:szCs w:val="26"/>
              </w:rPr>
              <w:t>tổ</w:t>
            </w:r>
            <w:proofErr w:type="spellEnd"/>
            <w:r w:rsidRPr="00E74FC5">
              <w:rPr>
                <w:i/>
                <w:iCs/>
                <w:szCs w:val="26"/>
              </w:rPr>
              <w:t xml:space="preserve"> </w:t>
            </w:r>
            <w:proofErr w:type="spellStart"/>
            <w:r w:rsidRPr="00E74FC5">
              <w:rPr>
                <w:i/>
                <w:iCs/>
                <w:szCs w:val="26"/>
              </w:rPr>
              <w:t>chức</w:t>
            </w:r>
            <w:proofErr w:type="spellEnd"/>
            <w:r w:rsidRPr="00E74FC5">
              <w:rPr>
                <w:i/>
                <w:iCs/>
                <w:szCs w:val="26"/>
              </w:rPr>
              <w:t xml:space="preserve"> </w:t>
            </w:r>
            <w:proofErr w:type="spellStart"/>
            <w:r w:rsidRPr="00E74FC5">
              <w:rPr>
                <w:i/>
                <w:iCs/>
                <w:szCs w:val="26"/>
              </w:rPr>
              <w:t>dịch</w:t>
            </w:r>
            <w:proofErr w:type="spellEnd"/>
            <w:r w:rsidRPr="00E74FC5">
              <w:rPr>
                <w:i/>
                <w:iCs/>
                <w:szCs w:val="26"/>
              </w:rPr>
              <w:t xml:space="preserve"> </w:t>
            </w:r>
            <w:proofErr w:type="spellStart"/>
            <w:r w:rsidRPr="00E74FC5">
              <w:rPr>
                <w:i/>
                <w:iCs/>
                <w:szCs w:val="26"/>
              </w:rPr>
              <w:t>vụ</w:t>
            </w:r>
            <w:proofErr w:type="spellEnd"/>
            <w:r w:rsidRPr="00E74FC5">
              <w:rPr>
                <w:i/>
                <w:iCs/>
                <w:szCs w:val="26"/>
              </w:rPr>
              <w:t xml:space="preserve"> </w:t>
            </w:r>
            <w:proofErr w:type="spellStart"/>
            <w:r w:rsidRPr="00E74FC5">
              <w:rPr>
                <w:i/>
                <w:iCs/>
                <w:szCs w:val="26"/>
              </w:rPr>
              <w:t>công</w:t>
            </w:r>
            <w:proofErr w:type="spellEnd"/>
            <w:r w:rsidRPr="00E74FC5">
              <w:rPr>
                <w:i/>
                <w:iCs/>
                <w:szCs w:val="26"/>
              </w:rPr>
              <w:t xml:space="preserve"> </w:t>
            </w:r>
            <w:proofErr w:type="spellStart"/>
            <w:r w:rsidRPr="00E74FC5">
              <w:rPr>
                <w:i/>
                <w:iCs/>
                <w:szCs w:val="26"/>
              </w:rPr>
              <w:t>khác</w:t>
            </w:r>
            <w:proofErr w:type="spellEnd"/>
            <w:r w:rsidRPr="00E74FC5">
              <w:rPr>
                <w:i/>
                <w:iCs/>
                <w:szCs w:val="26"/>
              </w:rPr>
              <w:t xml:space="preserve"> </w:t>
            </w:r>
            <w:proofErr w:type="spellStart"/>
            <w:r w:rsidRPr="00E74FC5">
              <w:rPr>
                <w:i/>
                <w:iCs/>
                <w:szCs w:val="26"/>
              </w:rPr>
              <w:t>có</w:t>
            </w:r>
            <w:proofErr w:type="spellEnd"/>
            <w:r w:rsidRPr="00E74FC5">
              <w:rPr>
                <w:i/>
                <w:iCs/>
                <w:szCs w:val="26"/>
              </w:rPr>
              <w:t xml:space="preserve"> </w:t>
            </w:r>
            <w:proofErr w:type="spellStart"/>
            <w:r w:rsidRPr="00E74FC5">
              <w:rPr>
                <w:i/>
                <w:iCs/>
                <w:szCs w:val="26"/>
              </w:rPr>
              <w:t>liên</w:t>
            </w:r>
            <w:proofErr w:type="spellEnd"/>
            <w:r w:rsidRPr="00E74FC5">
              <w:rPr>
                <w:i/>
                <w:iCs/>
                <w:szCs w:val="26"/>
              </w:rPr>
              <w:t xml:space="preserve"> </w:t>
            </w:r>
            <w:proofErr w:type="spellStart"/>
            <w:r w:rsidRPr="00E74FC5">
              <w:rPr>
                <w:i/>
                <w:iCs/>
                <w:szCs w:val="26"/>
              </w:rPr>
              <w:t>quan</w:t>
            </w:r>
            <w:proofErr w:type="spellEnd"/>
            <w:r w:rsidRPr="00E74FC5">
              <w:rPr>
                <w:i/>
                <w:iCs/>
                <w:szCs w:val="26"/>
              </w:rPr>
              <w:t xml:space="preserve"> </w:t>
            </w:r>
            <w:proofErr w:type="spellStart"/>
            <w:r w:rsidRPr="00E74FC5">
              <w:rPr>
                <w:i/>
                <w:iCs/>
                <w:szCs w:val="26"/>
              </w:rPr>
              <w:t>đến</w:t>
            </w:r>
            <w:proofErr w:type="spellEnd"/>
            <w:r w:rsidRPr="00E74FC5">
              <w:rPr>
                <w:i/>
                <w:iCs/>
                <w:szCs w:val="26"/>
              </w:rPr>
              <w:t xml:space="preserve"> </w:t>
            </w:r>
            <w:proofErr w:type="spellStart"/>
            <w:r w:rsidRPr="00E74FC5">
              <w:rPr>
                <w:i/>
                <w:iCs/>
                <w:szCs w:val="26"/>
              </w:rPr>
              <w:t>công</w:t>
            </w:r>
            <w:proofErr w:type="spellEnd"/>
            <w:r w:rsidRPr="00E74FC5">
              <w:rPr>
                <w:i/>
                <w:iCs/>
                <w:szCs w:val="26"/>
              </w:rPr>
              <w:t xml:space="preserve"> </w:t>
            </w:r>
            <w:proofErr w:type="spellStart"/>
            <w:r w:rsidRPr="00E74FC5">
              <w:rPr>
                <w:i/>
                <w:iCs/>
                <w:szCs w:val="26"/>
              </w:rPr>
              <w:t>tác</w:t>
            </w:r>
            <w:proofErr w:type="spellEnd"/>
            <w:r w:rsidRPr="00E74FC5">
              <w:rPr>
                <w:i/>
                <w:iCs/>
                <w:szCs w:val="26"/>
              </w:rPr>
              <w:t xml:space="preserve"> </w:t>
            </w:r>
            <w:proofErr w:type="spellStart"/>
            <w:r w:rsidRPr="00E74FC5">
              <w:rPr>
                <w:i/>
                <w:iCs/>
                <w:szCs w:val="26"/>
              </w:rPr>
              <w:t>kiểm</w:t>
            </w:r>
            <w:proofErr w:type="spellEnd"/>
            <w:r w:rsidRPr="00E74FC5">
              <w:rPr>
                <w:i/>
                <w:iCs/>
                <w:szCs w:val="26"/>
              </w:rPr>
              <w:t xml:space="preserve"> </w:t>
            </w:r>
            <w:proofErr w:type="spellStart"/>
            <w:r w:rsidRPr="00E74FC5">
              <w:rPr>
                <w:i/>
                <w:iCs/>
                <w:szCs w:val="26"/>
              </w:rPr>
              <w:t>soát</w:t>
            </w:r>
            <w:proofErr w:type="spellEnd"/>
            <w:r w:rsidRPr="00E74FC5">
              <w:rPr>
                <w:i/>
                <w:iCs/>
                <w:szCs w:val="26"/>
              </w:rPr>
              <w:t xml:space="preserve"> </w:t>
            </w:r>
            <w:proofErr w:type="spellStart"/>
            <w:r w:rsidRPr="00E74FC5">
              <w:rPr>
                <w:i/>
                <w:iCs/>
                <w:szCs w:val="26"/>
              </w:rPr>
              <w:t>vê</w:t>
            </w:r>
            <w:proofErr w:type="spellEnd"/>
            <w:r w:rsidRPr="00E74FC5">
              <w:rPr>
                <w:i/>
                <w:iCs/>
                <w:szCs w:val="26"/>
              </w:rPr>
              <w:t xml:space="preserve">̀ </w:t>
            </w:r>
            <w:proofErr w:type="spellStart"/>
            <w:r w:rsidRPr="00E74FC5">
              <w:rPr>
                <w:i/>
                <w:iCs/>
                <w:szCs w:val="26"/>
              </w:rPr>
              <w:t>chất</w:t>
            </w:r>
            <w:proofErr w:type="spellEnd"/>
            <w:r w:rsidRPr="00E74FC5">
              <w:rPr>
                <w:i/>
                <w:iCs/>
                <w:szCs w:val="26"/>
              </w:rPr>
              <w:t xml:space="preserve"> </w:t>
            </w:r>
            <w:proofErr w:type="spellStart"/>
            <w:r w:rsidRPr="00E74FC5">
              <w:rPr>
                <w:i/>
                <w:iCs/>
                <w:szCs w:val="26"/>
              </w:rPr>
              <w:t>lượng</w:t>
            </w:r>
            <w:proofErr w:type="spellEnd"/>
            <w:r w:rsidRPr="00E74FC5">
              <w:rPr>
                <w:i/>
                <w:iCs/>
                <w:szCs w:val="26"/>
              </w:rPr>
              <w:t xml:space="preserve"> </w:t>
            </w:r>
            <w:proofErr w:type="spellStart"/>
            <w:r w:rsidRPr="00E74FC5">
              <w:rPr>
                <w:i/>
                <w:iCs/>
                <w:szCs w:val="26"/>
              </w:rPr>
              <w:t>sản</w:t>
            </w:r>
            <w:proofErr w:type="spellEnd"/>
            <w:r w:rsidRPr="00E74FC5">
              <w:rPr>
                <w:i/>
                <w:iCs/>
                <w:szCs w:val="26"/>
              </w:rPr>
              <w:t xml:space="preserve"> </w:t>
            </w:r>
            <w:proofErr w:type="spellStart"/>
            <w:r w:rsidRPr="00E74FC5">
              <w:rPr>
                <w:i/>
                <w:iCs/>
                <w:szCs w:val="26"/>
              </w:rPr>
              <w:t>phẩm</w:t>
            </w:r>
            <w:proofErr w:type="spellEnd"/>
            <w:r w:rsidRPr="00E74FC5">
              <w:rPr>
                <w:i/>
                <w:iCs/>
                <w:szCs w:val="26"/>
              </w:rPr>
              <w:t xml:space="preserve">, </w:t>
            </w:r>
            <w:proofErr w:type="spellStart"/>
            <w:r w:rsidRPr="00E74FC5">
              <w:rPr>
                <w:i/>
                <w:iCs/>
                <w:szCs w:val="26"/>
              </w:rPr>
              <w:t>hàng</w:t>
            </w:r>
            <w:proofErr w:type="spellEnd"/>
            <w:r w:rsidRPr="00E74FC5">
              <w:rPr>
                <w:i/>
                <w:iCs/>
                <w:szCs w:val="26"/>
              </w:rPr>
              <w:t xml:space="preserve"> </w:t>
            </w:r>
            <w:proofErr w:type="spellStart"/>
            <w:r w:rsidRPr="00E74FC5">
              <w:rPr>
                <w:i/>
                <w:iCs/>
                <w:szCs w:val="26"/>
              </w:rPr>
              <w:t>hóa</w:t>
            </w:r>
            <w:proofErr w:type="spellEnd"/>
            <w:r>
              <w:rPr>
                <w:i/>
                <w:iCs/>
                <w:szCs w:val="26"/>
              </w:rPr>
              <w:t>.</w:t>
            </w:r>
          </w:p>
          <w:p w14:paraId="51CD8E55" w14:textId="6A480F6D" w:rsidR="00883EBC" w:rsidRPr="004543E3" w:rsidRDefault="00883EBC" w:rsidP="000D5864">
            <w:pPr>
              <w:spacing w:after="0" w:line="240" w:lineRule="auto"/>
              <w:jc w:val="both"/>
              <w:rPr>
                <w:szCs w:val="26"/>
              </w:rPr>
            </w:pPr>
            <w:r w:rsidRPr="004543E3">
              <w:rPr>
                <w:szCs w:val="26"/>
              </w:rPr>
              <w:t xml:space="preserve"> </w:t>
            </w:r>
            <w:r>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Điều</w:t>
            </w:r>
            <w:proofErr w:type="spellEnd"/>
            <w:r w:rsidRPr="004543E3">
              <w:rPr>
                <w:szCs w:val="26"/>
              </w:rPr>
              <w:t xml:space="preserve"> 1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w:t>
            </w:r>
          </w:p>
        </w:tc>
      </w:tr>
      <w:tr w:rsidR="00883EBC" w:rsidRPr="004543E3" w14:paraId="66F5693B" w14:textId="77777777" w:rsidTr="00FF0027">
        <w:tc>
          <w:tcPr>
            <w:tcW w:w="1098" w:type="dxa"/>
          </w:tcPr>
          <w:p w14:paraId="3ADA7A7E" w14:textId="77777777" w:rsidR="00883EBC" w:rsidRPr="004543E3" w:rsidRDefault="00883EBC" w:rsidP="00883EBC">
            <w:pPr>
              <w:jc w:val="both"/>
            </w:pPr>
          </w:p>
        </w:tc>
        <w:tc>
          <w:tcPr>
            <w:tcW w:w="5113" w:type="dxa"/>
          </w:tcPr>
          <w:p w14:paraId="6A99FC74" w14:textId="4115243D" w:rsidR="00883EBC" w:rsidRPr="004543E3" w:rsidRDefault="00883EBC" w:rsidP="00883EBC">
            <w:pPr>
              <w:ind w:firstLine="709"/>
              <w:jc w:val="both"/>
              <w:rPr>
                <w:i/>
                <w:iCs/>
                <w:sz w:val="28"/>
                <w:szCs w:val="28"/>
                <w:lang w:val="de-DE"/>
              </w:rPr>
            </w:pPr>
            <w:r w:rsidRPr="004543E3">
              <w:rPr>
                <w:szCs w:val="26"/>
              </w:rPr>
              <w:t xml:space="preserve">2. Viên </w:t>
            </w:r>
            <w:proofErr w:type="spellStart"/>
            <w:r w:rsidRPr="004543E3">
              <w:rPr>
                <w:szCs w:val="26"/>
              </w:rPr>
              <w:t>chức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tại</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đơn</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sự</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lập</w:t>
            </w:r>
            <w:proofErr w:type="spellEnd"/>
            <w:r w:rsidRPr="004543E3">
              <w:rPr>
                <w:szCs w:val="26"/>
              </w:rPr>
              <w:t xml:space="preserve"> </w:t>
            </w:r>
            <w:proofErr w:type="spellStart"/>
            <w:r w:rsidRPr="004543E3">
              <w:rPr>
                <w:szCs w:val="26"/>
              </w:rPr>
              <w:t>hoạt</w:t>
            </w:r>
            <w:proofErr w:type="spellEnd"/>
            <w:r w:rsidRPr="004543E3">
              <w:rPr>
                <w:szCs w:val="26"/>
              </w:rPr>
              <w:t xml:space="preserve"> </w:t>
            </w:r>
            <w:proofErr w:type="spellStart"/>
            <w:r w:rsidRPr="004543E3">
              <w:rPr>
                <w:szCs w:val="26"/>
              </w:rPr>
              <w:t>động</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nghiệm</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đánh</w:t>
            </w:r>
            <w:proofErr w:type="spellEnd"/>
            <w:r w:rsidRPr="004543E3">
              <w:rPr>
                <w:szCs w:val="26"/>
              </w:rPr>
              <w:t xml:space="preserve"> </w:t>
            </w:r>
            <w:proofErr w:type="spellStart"/>
            <w:r w:rsidRPr="004543E3">
              <w:rPr>
                <w:szCs w:val="26"/>
              </w:rPr>
              <w:t>giá</w:t>
            </w:r>
            <w:proofErr w:type="spellEnd"/>
            <w:r w:rsidRPr="004543E3">
              <w:rPr>
                <w:szCs w:val="26"/>
              </w:rPr>
              <w:t xml:space="preserve">, </w:t>
            </w:r>
            <w:proofErr w:type="spellStart"/>
            <w:r w:rsidRPr="004543E3">
              <w:rPr>
                <w:szCs w:val="26"/>
              </w:rPr>
              <w:t>chứng</w:t>
            </w:r>
            <w:proofErr w:type="spellEnd"/>
            <w:r w:rsidRPr="004543E3">
              <w:rPr>
                <w:szCs w:val="26"/>
              </w:rPr>
              <w:t xml:space="preserve"> </w:t>
            </w:r>
            <w:proofErr w:type="spellStart"/>
            <w:r w:rsidRPr="004543E3">
              <w:rPr>
                <w:szCs w:val="26"/>
              </w:rPr>
              <w:t>nhận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tổ</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dịch</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khác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liên</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đến</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vê</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tc>
        <w:tc>
          <w:tcPr>
            <w:tcW w:w="5220" w:type="dxa"/>
          </w:tcPr>
          <w:p w14:paraId="631C1478" w14:textId="77777777" w:rsidR="00883EBC" w:rsidRPr="004543E3" w:rsidRDefault="00883EBC" w:rsidP="0095300B">
            <w:pPr>
              <w:spacing w:after="0" w:line="240" w:lineRule="auto"/>
              <w:jc w:val="both"/>
              <w:rPr>
                <w:b/>
                <w:bCs/>
              </w:rPr>
            </w:pPr>
            <w:r w:rsidRPr="004543E3">
              <w:rPr>
                <w:b/>
                <w:bCs/>
              </w:rPr>
              <w:t xml:space="preserve">Cục </w:t>
            </w:r>
            <w:proofErr w:type="spellStart"/>
            <w:r w:rsidRPr="004543E3">
              <w:rPr>
                <w:b/>
                <w:bCs/>
              </w:rPr>
              <w:t>Viễn</w:t>
            </w:r>
            <w:proofErr w:type="spellEnd"/>
            <w:r w:rsidRPr="004543E3">
              <w:rPr>
                <w:b/>
                <w:bCs/>
              </w:rPr>
              <w:t xml:space="preserve"> </w:t>
            </w:r>
            <w:proofErr w:type="spellStart"/>
            <w:r w:rsidRPr="004543E3">
              <w:rPr>
                <w:b/>
                <w:bCs/>
              </w:rPr>
              <w:t>thông</w:t>
            </w:r>
            <w:proofErr w:type="spellEnd"/>
            <w:r w:rsidRPr="004543E3">
              <w:rPr>
                <w:b/>
                <w:bCs/>
              </w:rPr>
              <w:t>:</w:t>
            </w:r>
          </w:p>
          <w:p w14:paraId="3076CF53" w14:textId="474A3767" w:rsidR="00883EBC" w:rsidRPr="004543E3" w:rsidRDefault="00883EBC" w:rsidP="0095300B">
            <w:pPr>
              <w:spacing w:after="0" w:line="240" w:lineRule="auto"/>
              <w:jc w:val="both"/>
            </w:pPr>
            <w:r w:rsidRPr="004543E3">
              <w:t xml:space="preserve"> </w:t>
            </w:r>
            <w:proofErr w:type="spellStart"/>
            <w:r w:rsidRPr="004543E3">
              <w:t>Tại</w:t>
            </w:r>
            <w:proofErr w:type="spellEnd"/>
            <w:r w:rsidRPr="004543E3">
              <w:t xml:space="preserve"> </w:t>
            </w:r>
            <w:proofErr w:type="spellStart"/>
            <w:r w:rsidRPr="004543E3">
              <w:t>khoản</w:t>
            </w:r>
            <w:proofErr w:type="spellEnd"/>
            <w:r w:rsidRPr="004543E3">
              <w:t xml:space="preserve"> 2 </w:t>
            </w:r>
            <w:proofErr w:type="spellStart"/>
            <w:r w:rsidRPr="004543E3">
              <w:t>Điều</w:t>
            </w:r>
            <w:proofErr w:type="spellEnd"/>
            <w:r w:rsidRPr="004543E3">
              <w:t xml:space="preserve"> 2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nghiệp</w:t>
            </w:r>
            <w:proofErr w:type="spellEnd"/>
            <w:r w:rsidRPr="004543E3">
              <w:t xml:space="preserve"> vụ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nghiệp</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chuyên</w:t>
            </w:r>
            <w:proofErr w:type="spellEnd"/>
            <w:r w:rsidRPr="004543E3">
              <w:t xml:space="preserve"> </w:t>
            </w:r>
            <w:proofErr w:type="spellStart"/>
            <w:r w:rsidRPr="004543E3">
              <w:t>ngành</w:t>
            </w:r>
            <w:proofErr w:type="spellEnd"/>
            <w:r w:rsidRPr="004543E3">
              <w:t xml:space="preserve"> KSVCLSPHH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bổ</w:t>
            </w:r>
            <w:proofErr w:type="spellEnd"/>
            <w:r w:rsidRPr="004543E3">
              <w:t xml:space="preserve"> sung </w:t>
            </w:r>
            <w:proofErr w:type="spellStart"/>
            <w:r w:rsidRPr="004543E3">
              <w:t>thêm</w:t>
            </w:r>
            <w:proofErr w:type="spellEnd"/>
            <w:r w:rsidRPr="004543E3">
              <w:t xml:space="preserve"> </w:t>
            </w:r>
            <w:proofErr w:type="spellStart"/>
            <w:r w:rsidRPr="004543E3">
              <w:t>đối</w:t>
            </w:r>
            <w:proofErr w:type="spellEnd"/>
            <w:r w:rsidRPr="004543E3">
              <w:t xml:space="preserve"> </w:t>
            </w:r>
            <w:proofErr w:type="spellStart"/>
            <w:r w:rsidRPr="004543E3">
              <w:t>tượng</w:t>
            </w:r>
            <w:proofErr w:type="spellEnd"/>
            <w:r w:rsidRPr="004543E3">
              <w:t xml:space="preserve"> </w:t>
            </w:r>
            <w:proofErr w:type="spellStart"/>
            <w:r w:rsidRPr="004543E3">
              <w:t>áp</w:t>
            </w:r>
            <w:proofErr w:type="spellEnd"/>
            <w:r w:rsidRPr="004543E3">
              <w:t xml:space="preserve"> </w:t>
            </w:r>
            <w:proofErr w:type="spellStart"/>
            <w:r w:rsidRPr="004543E3">
              <w:t>dụng</w:t>
            </w:r>
            <w:proofErr w:type="spellEnd"/>
            <w:r w:rsidRPr="004543E3">
              <w:t xml:space="preserve"> </w:t>
            </w:r>
            <w:proofErr w:type="spellStart"/>
            <w:r w:rsidRPr="004543E3">
              <w:t>là</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làm</w:t>
            </w:r>
            <w:proofErr w:type="spellEnd"/>
            <w:r w:rsidRPr="004543E3">
              <w:t xml:space="preserve"> </w:t>
            </w:r>
            <w:proofErr w:type="spellStart"/>
            <w:r w:rsidRPr="004543E3">
              <w:t>việc</w:t>
            </w:r>
            <w:proofErr w:type="spellEnd"/>
            <w:r w:rsidRPr="004543E3">
              <w:t xml:space="preserve"> </w:t>
            </w:r>
            <w:proofErr w:type="spellStart"/>
            <w:r w:rsidRPr="004543E3">
              <w:t>tại</w:t>
            </w:r>
            <w:proofErr w:type="spellEnd"/>
            <w:r w:rsidRPr="004543E3">
              <w:t xml:space="preserve"> </w:t>
            </w:r>
            <w:proofErr w:type="spellStart"/>
            <w:r w:rsidRPr="004543E3">
              <w:t>các</w:t>
            </w:r>
            <w:proofErr w:type="spellEnd"/>
            <w:r w:rsidRPr="004543E3">
              <w:t xml:space="preserve"> </w:t>
            </w:r>
            <w:proofErr w:type="spellStart"/>
            <w:r w:rsidRPr="004543E3">
              <w:t>đơn</w:t>
            </w:r>
            <w:proofErr w:type="spellEnd"/>
            <w:r w:rsidRPr="004543E3">
              <w:t xml:space="preserve"> </w:t>
            </w:r>
            <w:proofErr w:type="spellStart"/>
            <w:r w:rsidRPr="004543E3">
              <w:t>vị</w:t>
            </w:r>
            <w:proofErr w:type="spellEnd"/>
            <w:r w:rsidRPr="004543E3">
              <w:t xml:space="preserve"> </w:t>
            </w:r>
            <w:proofErr w:type="spellStart"/>
            <w:r w:rsidRPr="004543E3">
              <w:t>sự</w:t>
            </w:r>
            <w:proofErr w:type="spellEnd"/>
            <w:r w:rsidRPr="004543E3">
              <w:t xml:space="preserve"> </w:t>
            </w:r>
            <w:proofErr w:type="spellStart"/>
            <w:r w:rsidRPr="004543E3">
              <w:t>nghiệp</w:t>
            </w:r>
            <w:proofErr w:type="spellEnd"/>
            <w:r w:rsidRPr="004543E3">
              <w:t xml:space="preserve"> </w:t>
            </w:r>
            <w:proofErr w:type="spellStart"/>
            <w:r w:rsidRPr="004543E3">
              <w:t>công</w:t>
            </w:r>
            <w:proofErr w:type="spellEnd"/>
            <w:r w:rsidRPr="004543E3">
              <w:t xml:space="preserve"> </w:t>
            </w:r>
            <w:proofErr w:type="spellStart"/>
            <w:r w:rsidRPr="004543E3">
              <w:t>lập</w:t>
            </w:r>
            <w:proofErr w:type="spellEnd"/>
            <w:r w:rsidRPr="004543E3">
              <w:t xml:space="preserve"> </w:t>
            </w:r>
            <w:proofErr w:type="spellStart"/>
            <w:r w:rsidRPr="004543E3">
              <w:t>hoạt</w:t>
            </w:r>
            <w:proofErr w:type="spellEnd"/>
            <w:r w:rsidRPr="004543E3">
              <w:t xml:space="preserve"> </w:t>
            </w:r>
            <w:proofErr w:type="spellStart"/>
            <w:r w:rsidRPr="004543E3">
              <w:t>động</w:t>
            </w:r>
            <w:proofErr w:type="spellEnd"/>
            <w:r w:rsidRPr="004543E3">
              <w:t xml:space="preserve"> </w:t>
            </w:r>
            <w:proofErr w:type="spellStart"/>
            <w:r w:rsidRPr="004543E3">
              <w:t>trong</w:t>
            </w:r>
            <w:proofErr w:type="spellEnd"/>
            <w:r w:rsidRPr="004543E3">
              <w:t xml:space="preserve"> </w:t>
            </w:r>
            <w:proofErr w:type="spellStart"/>
            <w:r w:rsidRPr="004543E3">
              <w:t>lĩnh</w:t>
            </w:r>
            <w:proofErr w:type="spellEnd"/>
            <w:r w:rsidRPr="004543E3">
              <w:t xml:space="preserve"> </w:t>
            </w:r>
            <w:proofErr w:type="spellStart"/>
            <w:r w:rsidRPr="004543E3">
              <w:t>vực</w:t>
            </w:r>
            <w:proofErr w:type="spellEnd"/>
            <w:r w:rsidRPr="004543E3">
              <w:t xml:space="preserve"> </w:t>
            </w:r>
            <w:proofErr w:type="spellStart"/>
            <w:r w:rsidRPr="004543E3">
              <w:t>thử</w:t>
            </w:r>
            <w:proofErr w:type="spellEnd"/>
            <w:r w:rsidRPr="004543E3">
              <w:t xml:space="preserve"> </w:t>
            </w:r>
            <w:proofErr w:type="spellStart"/>
            <w:r w:rsidRPr="004543E3">
              <w:t>nghiệm</w:t>
            </w:r>
            <w:proofErr w:type="spellEnd"/>
            <w:r w:rsidRPr="004543E3">
              <w:t>”.</w:t>
            </w:r>
          </w:p>
        </w:tc>
        <w:tc>
          <w:tcPr>
            <w:tcW w:w="3165" w:type="dxa"/>
          </w:tcPr>
          <w:p w14:paraId="58FC6D2E" w14:textId="053C5545" w:rsidR="00883EBC" w:rsidRPr="004543E3" w:rsidRDefault="00883EBC" w:rsidP="00883EBC">
            <w:pPr>
              <w:spacing w:after="120" w:line="320" w:lineRule="exact"/>
              <w:jc w:val="both"/>
              <w:rPr>
                <w:szCs w:val="26"/>
              </w:rPr>
            </w:pP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tc>
      </w:tr>
      <w:tr w:rsidR="00883EBC" w:rsidRPr="004543E3" w14:paraId="7EB65D13" w14:textId="77777777" w:rsidTr="00FF0027">
        <w:tc>
          <w:tcPr>
            <w:tcW w:w="1098" w:type="dxa"/>
          </w:tcPr>
          <w:p w14:paraId="562BA659" w14:textId="77777777" w:rsidR="00883EBC" w:rsidRPr="004543E3" w:rsidRDefault="00883EBC" w:rsidP="00883EBC">
            <w:pPr>
              <w:jc w:val="both"/>
            </w:pPr>
          </w:p>
        </w:tc>
        <w:tc>
          <w:tcPr>
            <w:tcW w:w="5113" w:type="dxa"/>
          </w:tcPr>
          <w:p w14:paraId="639999BE" w14:textId="769FEC4A" w:rsidR="00883EBC" w:rsidRPr="004543E3" w:rsidRDefault="00883EBC" w:rsidP="00883EBC">
            <w:pPr>
              <w:ind w:firstLine="709"/>
              <w:jc w:val="both"/>
              <w:rPr>
                <w:i/>
                <w:iCs/>
                <w:sz w:val="28"/>
                <w:szCs w:val="28"/>
                <w:lang w:val="de-DE"/>
              </w:rPr>
            </w:pPr>
            <w:r w:rsidRPr="004543E3">
              <w:rPr>
                <w:szCs w:val="26"/>
              </w:rPr>
              <w:t xml:space="preserve">3. </w:t>
            </w:r>
            <w:proofErr w:type="spellStart"/>
            <w:r w:rsidRPr="004543E3">
              <w:rPr>
                <w:szCs w:val="26"/>
              </w:rPr>
              <w:t>Người</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tác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yếu</w:t>
            </w:r>
            <w:proofErr w:type="spellEnd"/>
            <w:r w:rsidRPr="004543E3">
              <w:rPr>
                <w:szCs w:val="26"/>
              </w:rPr>
              <w:t xml:space="preserve"> </w:t>
            </w:r>
            <w:proofErr w:type="spellStart"/>
            <w:r w:rsidRPr="004543E3">
              <w:rPr>
                <w:szCs w:val="26"/>
              </w:rPr>
              <w:t>thuộc</w:t>
            </w:r>
            <w:proofErr w:type="spellEnd"/>
            <w:r w:rsidRPr="004543E3">
              <w:rPr>
                <w:szCs w:val="26"/>
              </w:rPr>
              <w:t xml:space="preserve"> Ban </w:t>
            </w:r>
            <w:proofErr w:type="spellStart"/>
            <w:r w:rsidRPr="004543E3">
              <w:rPr>
                <w:szCs w:val="26"/>
              </w:rPr>
              <w:t>Cơ</w:t>
            </w:r>
            <w:proofErr w:type="spellEnd"/>
            <w:r w:rsidRPr="004543E3">
              <w:rPr>
                <w:szCs w:val="26"/>
              </w:rPr>
              <w:t xml:space="preserve"> </w:t>
            </w:r>
            <w:proofErr w:type="spellStart"/>
            <w:r w:rsidRPr="004543E3">
              <w:rPr>
                <w:szCs w:val="26"/>
              </w:rPr>
              <w:t>yếu</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sắp</w:t>
            </w:r>
            <w:proofErr w:type="spellEnd"/>
            <w:r w:rsidRPr="004543E3">
              <w:rPr>
                <w:szCs w:val="26"/>
              </w:rPr>
              <w:t xml:space="preserve"> </w:t>
            </w:r>
            <w:proofErr w:type="spellStart"/>
            <w:r w:rsidRPr="004543E3">
              <w:rPr>
                <w:szCs w:val="26"/>
              </w:rPr>
              <w:t>xếp</w:t>
            </w:r>
            <w:proofErr w:type="spellEnd"/>
            <w:r w:rsidRPr="004543E3">
              <w:rPr>
                <w:szCs w:val="26"/>
              </w:rPr>
              <w:t xml:space="preserve">, </w:t>
            </w:r>
            <w:proofErr w:type="spellStart"/>
            <w:r w:rsidRPr="004543E3">
              <w:rPr>
                <w:szCs w:val="26"/>
              </w:rPr>
              <w:t>bố</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vào</w:t>
            </w:r>
            <w:proofErr w:type="spellEnd"/>
            <w:r w:rsidRPr="004543E3">
              <w:rPr>
                <w:szCs w:val="26"/>
              </w:rPr>
              <w:t xml:space="preserve"> </w:t>
            </w:r>
            <w:proofErr w:type="spellStart"/>
            <w:r w:rsidRPr="004543E3">
              <w:rPr>
                <w:szCs w:val="26"/>
              </w:rPr>
              <w:t>vị</w:t>
            </w:r>
            <w:proofErr w:type="spellEnd"/>
            <w:r w:rsidRPr="004543E3">
              <w:rPr>
                <w:szCs w:val="26"/>
              </w:rPr>
              <w:t xml:space="preserve"> </w:t>
            </w:r>
            <w:proofErr w:type="spellStart"/>
            <w:r w:rsidRPr="004543E3">
              <w:rPr>
                <w:szCs w:val="26"/>
              </w:rPr>
              <w:t>trí</w:t>
            </w:r>
            <w:proofErr w:type="spellEnd"/>
            <w:r w:rsidRPr="004543E3">
              <w:rPr>
                <w:szCs w:val="26"/>
              </w:rPr>
              <w:t xml:space="preserve"> </w:t>
            </w:r>
            <w:proofErr w:type="spellStart"/>
            <w:r w:rsidRPr="004543E3">
              <w:rPr>
                <w:szCs w:val="26"/>
              </w:rPr>
              <w:t>việc</w:t>
            </w:r>
            <w:proofErr w:type="spellEnd"/>
            <w:r w:rsidRPr="004543E3">
              <w:rPr>
                <w:szCs w:val="26"/>
              </w:rPr>
              <w:t xml:space="preserve"> </w:t>
            </w:r>
            <w:proofErr w:type="spellStart"/>
            <w:r w:rsidRPr="004543E3">
              <w:rPr>
                <w:szCs w:val="26"/>
              </w:rPr>
              <w:t>làm</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thực</w:t>
            </w:r>
            <w:proofErr w:type="spellEnd"/>
            <w:r w:rsidRPr="004543E3">
              <w:rPr>
                <w:szCs w:val="26"/>
              </w:rPr>
              <w:t xml:space="preserve"> </w:t>
            </w:r>
            <w:proofErr w:type="spellStart"/>
            <w:r w:rsidRPr="004543E3">
              <w:rPr>
                <w:szCs w:val="26"/>
              </w:rPr>
              <w:t>hiện</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lastRenderedPageBreak/>
              <w:t>vê</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Bô</w:t>
            </w:r>
            <w:proofErr w:type="spellEnd"/>
            <w:r w:rsidRPr="004543E3">
              <w:rPr>
                <w:szCs w:val="26"/>
              </w:rPr>
              <w:t xml:space="preserve">̣ </w:t>
            </w:r>
            <w:proofErr w:type="spellStart"/>
            <w:r w:rsidRPr="004543E3">
              <w:rPr>
                <w:szCs w:val="26"/>
              </w:rPr>
              <w:t>Quốc</w:t>
            </w:r>
            <w:proofErr w:type="spellEnd"/>
            <w:r w:rsidRPr="004543E3">
              <w:rPr>
                <w:szCs w:val="26"/>
              </w:rPr>
              <w:t xml:space="preserve"> </w:t>
            </w:r>
            <w:proofErr w:type="spellStart"/>
            <w:r w:rsidRPr="004543E3">
              <w:rPr>
                <w:szCs w:val="26"/>
              </w:rPr>
              <w:t>phòng</w:t>
            </w:r>
            <w:proofErr w:type="spellEnd"/>
            <w:r w:rsidRPr="004543E3">
              <w:rPr>
                <w:szCs w:val="26"/>
              </w:rPr>
              <w:t>.</w:t>
            </w:r>
          </w:p>
        </w:tc>
        <w:tc>
          <w:tcPr>
            <w:tcW w:w="5220" w:type="dxa"/>
          </w:tcPr>
          <w:p w14:paraId="5FDD8F6A" w14:textId="77777777" w:rsidR="00883EBC" w:rsidRPr="00D415C6" w:rsidRDefault="00883EBC" w:rsidP="0095300B">
            <w:pPr>
              <w:spacing w:after="0" w:line="240" w:lineRule="auto"/>
              <w:jc w:val="both"/>
              <w:rPr>
                <w:b/>
                <w:bCs/>
                <w:spacing w:val="-12"/>
              </w:rPr>
            </w:pPr>
            <w:r w:rsidRPr="00D415C6">
              <w:rPr>
                <w:b/>
                <w:bCs/>
                <w:spacing w:val="-12"/>
              </w:rPr>
              <w:lastRenderedPageBreak/>
              <w:t xml:space="preserve">Vụ Khoa </w:t>
            </w:r>
            <w:proofErr w:type="spellStart"/>
            <w:r w:rsidRPr="00D415C6">
              <w:rPr>
                <w:b/>
                <w:bCs/>
                <w:spacing w:val="-12"/>
              </w:rPr>
              <w:t>học</w:t>
            </w:r>
            <w:proofErr w:type="spellEnd"/>
            <w:r w:rsidRPr="00D415C6">
              <w:rPr>
                <w:b/>
                <w:bCs/>
                <w:spacing w:val="-12"/>
              </w:rPr>
              <w:t xml:space="preserve"> Xã </w:t>
            </w:r>
            <w:proofErr w:type="spellStart"/>
            <w:r w:rsidRPr="00D415C6">
              <w:rPr>
                <w:b/>
                <w:bCs/>
                <w:spacing w:val="-12"/>
              </w:rPr>
              <w:t>hội</w:t>
            </w:r>
            <w:proofErr w:type="spellEnd"/>
            <w:r w:rsidRPr="00D415C6">
              <w:rPr>
                <w:b/>
                <w:bCs/>
                <w:spacing w:val="-12"/>
              </w:rPr>
              <w:t xml:space="preserve">, </w:t>
            </w:r>
            <w:proofErr w:type="spellStart"/>
            <w:r w:rsidRPr="00D415C6">
              <w:rPr>
                <w:b/>
                <w:bCs/>
                <w:spacing w:val="-12"/>
              </w:rPr>
              <w:t>Nhân</w:t>
            </w:r>
            <w:proofErr w:type="spellEnd"/>
            <w:r w:rsidRPr="00D415C6">
              <w:rPr>
                <w:b/>
                <w:bCs/>
                <w:spacing w:val="-12"/>
              </w:rPr>
              <w:t xml:space="preserve"> </w:t>
            </w:r>
            <w:proofErr w:type="spellStart"/>
            <w:r w:rsidRPr="00D415C6">
              <w:rPr>
                <w:b/>
                <w:bCs/>
                <w:spacing w:val="-12"/>
              </w:rPr>
              <w:t>văn</w:t>
            </w:r>
            <w:proofErr w:type="spellEnd"/>
            <w:r w:rsidRPr="00D415C6">
              <w:rPr>
                <w:b/>
                <w:bCs/>
                <w:spacing w:val="-12"/>
              </w:rPr>
              <w:t xml:space="preserve"> </w:t>
            </w:r>
            <w:proofErr w:type="spellStart"/>
            <w:r w:rsidRPr="00D415C6">
              <w:rPr>
                <w:b/>
                <w:bCs/>
                <w:spacing w:val="-12"/>
              </w:rPr>
              <w:t>va</w:t>
            </w:r>
            <w:proofErr w:type="spellEnd"/>
            <w:r w:rsidRPr="00D415C6">
              <w:rPr>
                <w:b/>
                <w:bCs/>
                <w:spacing w:val="-12"/>
              </w:rPr>
              <w:t xml:space="preserve">̀ </w:t>
            </w:r>
            <w:proofErr w:type="spellStart"/>
            <w:r w:rsidRPr="00D415C6">
              <w:rPr>
                <w:b/>
                <w:bCs/>
                <w:spacing w:val="-12"/>
              </w:rPr>
              <w:t>Tự</w:t>
            </w:r>
            <w:proofErr w:type="spellEnd"/>
            <w:r w:rsidRPr="00D415C6">
              <w:rPr>
                <w:b/>
                <w:bCs/>
                <w:spacing w:val="-12"/>
              </w:rPr>
              <w:t xml:space="preserve"> </w:t>
            </w:r>
            <w:proofErr w:type="spellStart"/>
            <w:r w:rsidRPr="00D415C6">
              <w:rPr>
                <w:b/>
                <w:bCs/>
                <w:spacing w:val="-12"/>
              </w:rPr>
              <w:t>nhiên</w:t>
            </w:r>
            <w:proofErr w:type="spellEnd"/>
            <w:r w:rsidRPr="00D415C6">
              <w:rPr>
                <w:b/>
                <w:bCs/>
                <w:spacing w:val="-12"/>
              </w:rPr>
              <w:t>:</w:t>
            </w:r>
          </w:p>
          <w:p w14:paraId="16AC0011" w14:textId="6B410D26" w:rsidR="00883EBC" w:rsidRPr="00D415C6" w:rsidRDefault="00883EBC" w:rsidP="0095300B">
            <w:pPr>
              <w:spacing w:after="0" w:line="240" w:lineRule="auto"/>
              <w:jc w:val="both"/>
              <w:rPr>
                <w:spacing w:val="-12"/>
              </w:rPr>
            </w:pPr>
            <w:proofErr w:type="spellStart"/>
            <w:r w:rsidRPr="00D415C6">
              <w:rPr>
                <w:spacing w:val="-12"/>
              </w:rPr>
              <w:t>Tại</w:t>
            </w:r>
            <w:proofErr w:type="spellEnd"/>
            <w:r w:rsidRPr="00D415C6">
              <w:rPr>
                <w:spacing w:val="-12"/>
              </w:rPr>
              <w:t xml:space="preserve"> </w:t>
            </w:r>
            <w:proofErr w:type="spellStart"/>
            <w:r w:rsidRPr="00D415C6">
              <w:rPr>
                <w:spacing w:val="-12"/>
              </w:rPr>
              <w:t>khoản</w:t>
            </w:r>
            <w:proofErr w:type="spellEnd"/>
            <w:r w:rsidRPr="00D415C6">
              <w:rPr>
                <w:spacing w:val="-12"/>
              </w:rPr>
              <w:t xml:space="preserve"> 3 </w:t>
            </w:r>
            <w:proofErr w:type="spellStart"/>
            <w:r w:rsidRPr="00D415C6">
              <w:rPr>
                <w:spacing w:val="-12"/>
              </w:rPr>
              <w:t>Điều</w:t>
            </w:r>
            <w:proofErr w:type="spellEnd"/>
            <w:r w:rsidRPr="00D415C6">
              <w:rPr>
                <w:spacing w:val="-12"/>
              </w:rPr>
              <w:t xml:space="preserve"> 2 </w:t>
            </w:r>
            <w:proofErr w:type="spellStart"/>
            <w:r w:rsidRPr="00D415C6">
              <w:rPr>
                <w:spacing w:val="-12"/>
              </w:rPr>
              <w:t>quy</w:t>
            </w:r>
            <w:proofErr w:type="spellEnd"/>
            <w:r w:rsidRPr="00D415C6">
              <w:rPr>
                <w:spacing w:val="-12"/>
              </w:rPr>
              <w:t xml:space="preserve"> </w:t>
            </w:r>
            <w:proofErr w:type="spellStart"/>
            <w:r w:rsidRPr="00D415C6">
              <w:rPr>
                <w:spacing w:val="-12"/>
              </w:rPr>
              <w:t>định</w:t>
            </w:r>
            <w:proofErr w:type="spellEnd"/>
            <w:r w:rsidRPr="00D415C6">
              <w:rPr>
                <w:spacing w:val="-12"/>
              </w:rPr>
              <w:t xml:space="preserve"> “</w:t>
            </w:r>
            <w:proofErr w:type="spellStart"/>
            <w:r w:rsidRPr="00D415C6">
              <w:rPr>
                <w:spacing w:val="-12"/>
              </w:rPr>
              <w:t>Người</w:t>
            </w:r>
            <w:proofErr w:type="spellEnd"/>
            <w:r w:rsidRPr="00D415C6">
              <w:rPr>
                <w:spacing w:val="-12"/>
              </w:rPr>
              <w:t xml:space="preserve"> </w:t>
            </w:r>
            <w:proofErr w:type="spellStart"/>
            <w:r w:rsidRPr="00D415C6">
              <w:rPr>
                <w:spacing w:val="-12"/>
              </w:rPr>
              <w:t>làm</w:t>
            </w:r>
            <w:proofErr w:type="spellEnd"/>
            <w:r w:rsidRPr="00D415C6">
              <w:rPr>
                <w:spacing w:val="-12"/>
              </w:rPr>
              <w:t xml:space="preserve"> </w:t>
            </w:r>
            <w:proofErr w:type="spellStart"/>
            <w:r w:rsidRPr="00D415C6">
              <w:rPr>
                <w:spacing w:val="-12"/>
              </w:rPr>
              <w:t>công</w:t>
            </w:r>
            <w:proofErr w:type="spellEnd"/>
            <w:r w:rsidRPr="00D415C6">
              <w:rPr>
                <w:spacing w:val="-12"/>
              </w:rPr>
              <w:t xml:space="preserve"> </w:t>
            </w:r>
            <w:proofErr w:type="spellStart"/>
            <w:r w:rsidRPr="00D415C6">
              <w:rPr>
                <w:spacing w:val="-12"/>
              </w:rPr>
              <w:t>tác</w:t>
            </w:r>
            <w:proofErr w:type="spellEnd"/>
            <w:r w:rsidRPr="00D415C6">
              <w:rPr>
                <w:spacing w:val="-12"/>
              </w:rPr>
              <w:t xml:space="preserve"> </w:t>
            </w:r>
            <w:proofErr w:type="spellStart"/>
            <w:r w:rsidRPr="00D415C6">
              <w:rPr>
                <w:spacing w:val="-12"/>
              </w:rPr>
              <w:t>cơ</w:t>
            </w:r>
            <w:proofErr w:type="spellEnd"/>
            <w:r w:rsidRPr="00D415C6">
              <w:rPr>
                <w:spacing w:val="-12"/>
              </w:rPr>
              <w:t xml:space="preserve"> </w:t>
            </w:r>
            <w:proofErr w:type="spellStart"/>
            <w:r w:rsidRPr="00D415C6">
              <w:rPr>
                <w:spacing w:val="-12"/>
              </w:rPr>
              <w:t>yếu</w:t>
            </w:r>
            <w:proofErr w:type="spellEnd"/>
            <w:r w:rsidRPr="00D415C6">
              <w:rPr>
                <w:spacing w:val="-12"/>
              </w:rPr>
              <w:t xml:space="preserve"> </w:t>
            </w:r>
            <w:proofErr w:type="spellStart"/>
            <w:r w:rsidRPr="00D415C6">
              <w:rPr>
                <w:spacing w:val="-12"/>
              </w:rPr>
              <w:t>thuộc</w:t>
            </w:r>
            <w:proofErr w:type="spellEnd"/>
            <w:r w:rsidRPr="00D415C6">
              <w:rPr>
                <w:spacing w:val="-12"/>
              </w:rPr>
              <w:t xml:space="preserve"> Ban </w:t>
            </w:r>
            <w:proofErr w:type="spellStart"/>
            <w:r w:rsidRPr="00D415C6">
              <w:rPr>
                <w:spacing w:val="-12"/>
              </w:rPr>
              <w:t>Cơ</w:t>
            </w:r>
            <w:proofErr w:type="spellEnd"/>
            <w:r w:rsidRPr="00D415C6">
              <w:rPr>
                <w:spacing w:val="-12"/>
              </w:rPr>
              <w:t xml:space="preserve"> </w:t>
            </w:r>
            <w:proofErr w:type="spellStart"/>
            <w:r w:rsidRPr="00D415C6">
              <w:rPr>
                <w:spacing w:val="-12"/>
              </w:rPr>
              <w:t>yếu</w:t>
            </w:r>
            <w:proofErr w:type="spellEnd"/>
            <w:r w:rsidRPr="00D415C6">
              <w:rPr>
                <w:spacing w:val="-12"/>
              </w:rPr>
              <w:t xml:space="preserve"> </w:t>
            </w:r>
            <w:proofErr w:type="spellStart"/>
            <w:r w:rsidRPr="00D415C6">
              <w:rPr>
                <w:spacing w:val="-12"/>
              </w:rPr>
              <w:t>Chính</w:t>
            </w:r>
            <w:proofErr w:type="spellEnd"/>
            <w:r w:rsidRPr="00D415C6">
              <w:rPr>
                <w:spacing w:val="-12"/>
              </w:rPr>
              <w:t xml:space="preserve"> </w:t>
            </w:r>
            <w:proofErr w:type="spellStart"/>
            <w:r w:rsidRPr="00D415C6">
              <w:rPr>
                <w:spacing w:val="-12"/>
              </w:rPr>
              <w:t>phủ</w:t>
            </w:r>
            <w:proofErr w:type="spellEnd"/>
            <w:r w:rsidRPr="00D415C6">
              <w:rPr>
                <w:spacing w:val="-12"/>
              </w:rPr>
              <w:t xml:space="preserve"> </w:t>
            </w:r>
            <w:proofErr w:type="spellStart"/>
            <w:r w:rsidRPr="00D415C6">
              <w:rPr>
                <w:spacing w:val="-12"/>
              </w:rPr>
              <w:t>được</w:t>
            </w:r>
            <w:proofErr w:type="spellEnd"/>
            <w:r w:rsidRPr="00D415C6">
              <w:rPr>
                <w:spacing w:val="-12"/>
              </w:rPr>
              <w:t xml:space="preserve"> </w:t>
            </w:r>
            <w:proofErr w:type="spellStart"/>
            <w:r w:rsidRPr="00D415C6">
              <w:rPr>
                <w:spacing w:val="-12"/>
              </w:rPr>
              <w:t>sắp</w:t>
            </w:r>
            <w:proofErr w:type="spellEnd"/>
            <w:r w:rsidRPr="00D415C6">
              <w:rPr>
                <w:spacing w:val="-12"/>
              </w:rPr>
              <w:t xml:space="preserve"> </w:t>
            </w:r>
            <w:proofErr w:type="spellStart"/>
            <w:r w:rsidRPr="00D415C6">
              <w:rPr>
                <w:spacing w:val="-12"/>
              </w:rPr>
              <w:t>xếp</w:t>
            </w:r>
            <w:proofErr w:type="spellEnd"/>
            <w:r w:rsidRPr="00D415C6">
              <w:rPr>
                <w:spacing w:val="-12"/>
              </w:rPr>
              <w:t xml:space="preserve">, </w:t>
            </w:r>
            <w:proofErr w:type="spellStart"/>
            <w:r w:rsidRPr="00D415C6">
              <w:rPr>
                <w:spacing w:val="-12"/>
              </w:rPr>
              <w:t>bố</w:t>
            </w:r>
            <w:proofErr w:type="spellEnd"/>
            <w:r w:rsidRPr="00D415C6">
              <w:rPr>
                <w:spacing w:val="-12"/>
              </w:rPr>
              <w:t xml:space="preserve"> </w:t>
            </w:r>
            <w:proofErr w:type="spellStart"/>
            <w:r w:rsidRPr="00D415C6">
              <w:rPr>
                <w:spacing w:val="-12"/>
              </w:rPr>
              <w:t>trí</w:t>
            </w:r>
            <w:proofErr w:type="spellEnd"/>
            <w:r w:rsidRPr="00D415C6">
              <w:rPr>
                <w:spacing w:val="-12"/>
              </w:rPr>
              <w:t xml:space="preserve"> </w:t>
            </w:r>
            <w:proofErr w:type="spellStart"/>
            <w:r w:rsidRPr="00D415C6">
              <w:rPr>
                <w:spacing w:val="-12"/>
              </w:rPr>
              <w:t>vào</w:t>
            </w:r>
            <w:proofErr w:type="spellEnd"/>
            <w:r w:rsidRPr="00D415C6">
              <w:rPr>
                <w:spacing w:val="-12"/>
              </w:rPr>
              <w:t xml:space="preserve"> </w:t>
            </w:r>
            <w:proofErr w:type="spellStart"/>
            <w:r w:rsidRPr="00D415C6">
              <w:rPr>
                <w:spacing w:val="-12"/>
              </w:rPr>
              <w:t>vị</w:t>
            </w:r>
            <w:proofErr w:type="spellEnd"/>
            <w:r w:rsidRPr="00D415C6">
              <w:rPr>
                <w:spacing w:val="-12"/>
              </w:rPr>
              <w:t xml:space="preserve"> </w:t>
            </w:r>
            <w:proofErr w:type="spellStart"/>
            <w:r w:rsidRPr="00D415C6">
              <w:rPr>
                <w:spacing w:val="-12"/>
              </w:rPr>
              <w:t>trí</w:t>
            </w:r>
            <w:proofErr w:type="spellEnd"/>
            <w:r w:rsidRPr="00D415C6">
              <w:rPr>
                <w:spacing w:val="-12"/>
              </w:rPr>
              <w:t xml:space="preserve"> </w:t>
            </w:r>
            <w:proofErr w:type="spellStart"/>
            <w:r w:rsidRPr="00D415C6">
              <w:rPr>
                <w:spacing w:val="-12"/>
              </w:rPr>
              <w:t>việc</w:t>
            </w:r>
            <w:proofErr w:type="spellEnd"/>
            <w:r w:rsidRPr="00D415C6">
              <w:rPr>
                <w:spacing w:val="-12"/>
              </w:rPr>
              <w:t xml:space="preserve"> </w:t>
            </w:r>
            <w:proofErr w:type="spellStart"/>
            <w:r w:rsidRPr="00D415C6">
              <w:rPr>
                <w:spacing w:val="-12"/>
              </w:rPr>
              <w:t>làm</w:t>
            </w:r>
            <w:proofErr w:type="spellEnd"/>
            <w:r w:rsidRPr="00D415C6">
              <w:rPr>
                <w:spacing w:val="-12"/>
              </w:rPr>
              <w:t xml:space="preserve"> </w:t>
            </w:r>
            <w:proofErr w:type="spellStart"/>
            <w:r w:rsidRPr="00D415C6">
              <w:rPr>
                <w:spacing w:val="-12"/>
              </w:rPr>
              <w:t>để</w:t>
            </w:r>
            <w:proofErr w:type="spellEnd"/>
            <w:r w:rsidRPr="00D415C6">
              <w:rPr>
                <w:spacing w:val="-12"/>
              </w:rPr>
              <w:t xml:space="preserve"> </w:t>
            </w:r>
            <w:proofErr w:type="spellStart"/>
            <w:r w:rsidRPr="00D415C6">
              <w:rPr>
                <w:spacing w:val="-12"/>
              </w:rPr>
              <w:t>thực</w:t>
            </w:r>
            <w:proofErr w:type="spellEnd"/>
            <w:r w:rsidRPr="00D415C6">
              <w:rPr>
                <w:spacing w:val="-12"/>
              </w:rPr>
              <w:t xml:space="preserve"> </w:t>
            </w:r>
            <w:proofErr w:type="spellStart"/>
            <w:r w:rsidRPr="00D415C6">
              <w:rPr>
                <w:spacing w:val="-12"/>
              </w:rPr>
              <w:t>hiện</w:t>
            </w:r>
            <w:proofErr w:type="spellEnd"/>
            <w:r w:rsidRPr="00D415C6">
              <w:rPr>
                <w:spacing w:val="-12"/>
              </w:rPr>
              <w:t xml:space="preserve"> </w:t>
            </w:r>
            <w:proofErr w:type="spellStart"/>
            <w:r w:rsidRPr="00D415C6">
              <w:rPr>
                <w:spacing w:val="-12"/>
              </w:rPr>
              <w:t>nhiệm</w:t>
            </w:r>
            <w:proofErr w:type="spellEnd"/>
            <w:r w:rsidRPr="00D415C6">
              <w:rPr>
                <w:spacing w:val="-12"/>
              </w:rPr>
              <w:t xml:space="preserve"> vụ </w:t>
            </w:r>
            <w:proofErr w:type="spellStart"/>
            <w:r w:rsidRPr="00D415C6">
              <w:rPr>
                <w:spacing w:val="-12"/>
              </w:rPr>
              <w:t>chuyên</w:t>
            </w:r>
            <w:proofErr w:type="spellEnd"/>
            <w:r w:rsidRPr="00D415C6">
              <w:rPr>
                <w:spacing w:val="-12"/>
              </w:rPr>
              <w:t xml:space="preserve"> </w:t>
            </w:r>
            <w:proofErr w:type="spellStart"/>
            <w:r w:rsidRPr="00D415C6">
              <w:rPr>
                <w:spacing w:val="-12"/>
              </w:rPr>
              <w:t>môn</w:t>
            </w:r>
            <w:proofErr w:type="spellEnd"/>
            <w:r w:rsidRPr="00D415C6">
              <w:rPr>
                <w:spacing w:val="-12"/>
              </w:rPr>
              <w:t xml:space="preserve"> </w:t>
            </w:r>
            <w:proofErr w:type="spellStart"/>
            <w:r w:rsidRPr="00D415C6">
              <w:rPr>
                <w:spacing w:val="-12"/>
              </w:rPr>
              <w:t>về</w:t>
            </w:r>
            <w:proofErr w:type="spellEnd"/>
            <w:r w:rsidRPr="00D415C6">
              <w:rPr>
                <w:spacing w:val="-12"/>
              </w:rPr>
              <w:t xml:space="preserve"> </w:t>
            </w:r>
            <w:proofErr w:type="spellStart"/>
            <w:r w:rsidRPr="00D415C6">
              <w:rPr>
                <w:spacing w:val="-12"/>
              </w:rPr>
              <w:t>kiểm</w:t>
            </w:r>
            <w:proofErr w:type="spellEnd"/>
            <w:r w:rsidRPr="00D415C6">
              <w:rPr>
                <w:spacing w:val="-12"/>
              </w:rPr>
              <w:t xml:space="preserve"> </w:t>
            </w:r>
            <w:proofErr w:type="spellStart"/>
            <w:r w:rsidRPr="00D415C6">
              <w:rPr>
                <w:spacing w:val="-12"/>
              </w:rPr>
              <w:t>tra</w:t>
            </w:r>
            <w:proofErr w:type="spellEnd"/>
            <w:r w:rsidRPr="00D415C6">
              <w:rPr>
                <w:spacing w:val="-12"/>
              </w:rPr>
              <w:t xml:space="preserve"> </w:t>
            </w:r>
            <w:proofErr w:type="spellStart"/>
            <w:r w:rsidRPr="00D415C6">
              <w:rPr>
                <w:spacing w:val="-12"/>
              </w:rPr>
              <w:t>chất</w:t>
            </w:r>
            <w:proofErr w:type="spellEnd"/>
            <w:r w:rsidRPr="00D415C6">
              <w:rPr>
                <w:spacing w:val="-12"/>
              </w:rPr>
              <w:t xml:space="preserve"> </w:t>
            </w:r>
            <w:proofErr w:type="spellStart"/>
            <w:r w:rsidRPr="00D415C6">
              <w:rPr>
                <w:spacing w:val="-12"/>
              </w:rPr>
              <w:t>lượng</w:t>
            </w:r>
            <w:proofErr w:type="spellEnd"/>
            <w:r w:rsidRPr="00D415C6">
              <w:rPr>
                <w:spacing w:val="-12"/>
              </w:rPr>
              <w:t xml:space="preserve"> </w:t>
            </w:r>
            <w:proofErr w:type="spellStart"/>
            <w:r w:rsidRPr="00D415C6">
              <w:rPr>
                <w:spacing w:val="-12"/>
              </w:rPr>
              <w:t>sản</w:t>
            </w:r>
            <w:proofErr w:type="spellEnd"/>
            <w:r w:rsidRPr="00D415C6">
              <w:rPr>
                <w:spacing w:val="-12"/>
              </w:rPr>
              <w:t xml:space="preserve"> </w:t>
            </w:r>
            <w:proofErr w:type="spellStart"/>
            <w:r w:rsidRPr="00D415C6">
              <w:rPr>
                <w:spacing w:val="-12"/>
              </w:rPr>
              <w:t>phẩm</w:t>
            </w:r>
            <w:proofErr w:type="spellEnd"/>
            <w:r w:rsidRPr="00D415C6">
              <w:rPr>
                <w:spacing w:val="-12"/>
              </w:rPr>
              <w:t xml:space="preserve">, </w:t>
            </w:r>
            <w:proofErr w:type="spellStart"/>
            <w:r w:rsidRPr="00D415C6">
              <w:rPr>
                <w:spacing w:val="-12"/>
              </w:rPr>
              <w:t>hàng</w:t>
            </w:r>
            <w:proofErr w:type="spellEnd"/>
            <w:r w:rsidRPr="00D415C6">
              <w:rPr>
                <w:spacing w:val="-12"/>
              </w:rPr>
              <w:t xml:space="preserve"> </w:t>
            </w:r>
            <w:proofErr w:type="spellStart"/>
            <w:r w:rsidRPr="00D415C6">
              <w:rPr>
                <w:spacing w:val="-12"/>
              </w:rPr>
              <w:t>hóa</w:t>
            </w:r>
            <w:proofErr w:type="spellEnd"/>
            <w:r w:rsidRPr="00D415C6">
              <w:rPr>
                <w:spacing w:val="-12"/>
              </w:rPr>
              <w:t xml:space="preserve"> </w:t>
            </w:r>
            <w:proofErr w:type="spellStart"/>
            <w:r w:rsidRPr="00D415C6">
              <w:rPr>
                <w:spacing w:val="-12"/>
              </w:rPr>
              <w:t>theo</w:t>
            </w:r>
            <w:proofErr w:type="spellEnd"/>
            <w:r w:rsidRPr="00D415C6">
              <w:rPr>
                <w:spacing w:val="-12"/>
              </w:rPr>
              <w:t xml:space="preserve"> </w:t>
            </w:r>
            <w:proofErr w:type="spellStart"/>
            <w:r w:rsidRPr="00D415C6">
              <w:rPr>
                <w:spacing w:val="-12"/>
              </w:rPr>
              <w:t>quy</w:t>
            </w:r>
            <w:proofErr w:type="spellEnd"/>
            <w:r w:rsidRPr="00D415C6">
              <w:rPr>
                <w:spacing w:val="-12"/>
              </w:rPr>
              <w:t xml:space="preserve"> </w:t>
            </w:r>
            <w:proofErr w:type="spellStart"/>
            <w:r w:rsidRPr="00D415C6">
              <w:rPr>
                <w:spacing w:val="-12"/>
              </w:rPr>
              <w:lastRenderedPageBreak/>
              <w:t>định</w:t>
            </w:r>
            <w:proofErr w:type="spellEnd"/>
            <w:r w:rsidRPr="00D415C6">
              <w:rPr>
                <w:spacing w:val="-12"/>
              </w:rPr>
              <w:t xml:space="preserve"> </w:t>
            </w:r>
            <w:proofErr w:type="spellStart"/>
            <w:r w:rsidRPr="00D415C6">
              <w:rPr>
                <w:spacing w:val="-12"/>
              </w:rPr>
              <w:t>của</w:t>
            </w:r>
            <w:proofErr w:type="spellEnd"/>
            <w:r w:rsidRPr="00D415C6">
              <w:rPr>
                <w:spacing w:val="-12"/>
              </w:rPr>
              <w:t xml:space="preserve"> </w:t>
            </w:r>
            <w:proofErr w:type="spellStart"/>
            <w:r w:rsidRPr="00D415C6">
              <w:rPr>
                <w:spacing w:val="-12"/>
              </w:rPr>
              <w:t>Chính</w:t>
            </w:r>
            <w:proofErr w:type="spellEnd"/>
            <w:r w:rsidRPr="00D415C6">
              <w:rPr>
                <w:spacing w:val="-12"/>
              </w:rPr>
              <w:t xml:space="preserve"> </w:t>
            </w:r>
            <w:proofErr w:type="spellStart"/>
            <w:r w:rsidRPr="00D415C6">
              <w:rPr>
                <w:spacing w:val="-12"/>
              </w:rPr>
              <w:t>phủ</w:t>
            </w:r>
            <w:proofErr w:type="spellEnd"/>
            <w:r w:rsidRPr="00D415C6">
              <w:rPr>
                <w:spacing w:val="-12"/>
              </w:rPr>
              <w:t xml:space="preserve"> </w:t>
            </w:r>
            <w:proofErr w:type="spellStart"/>
            <w:r w:rsidRPr="00D415C6">
              <w:rPr>
                <w:spacing w:val="-12"/>
              </w:rPr>
              <w:t>va</w:t>
            </w:r>
            <w:proofErr w:type="spellEnd"/>
            <w:r w:rsidRPr="00D415C6">
              <w:rPr>
                <w:spacing w:val="-12"/>
              </w:rPr>
              <w:t xml:space="preserve">̀ </w:t>
            </w:r>
            <w:proofErr w:type="spellStart"/>
            <w:r w:rsidRPr="00D415C6">
              <w:rPr>
                <w:spacing w:val="-12"/>
              </w:rPr>
              <w:t>Bộ</w:t>
            </w:r>
            <w:proofErr w:type="spellEnd"/>
            <w:r w:rsidRPr="00D415C6">
              <w:rPr>
                <w:spacing w:val="-12"/>
              </w:rPr>
              <w:t xml:space="preserve"> Quốc </w:t>
            </w:r>
            <w:proofErr w:type="spellStart"/>
            <w:r w:rsidRPr="00D415C6">
              <w:rPr>
                <w:spacing w:val="-12"/>
              </w:rPr>
              <w:t>phòng</w:t>
            </w:r>
            <w:proofErr w:type="spellEnd"/>
            <w:r w:rsidRPr="00D415C6">
              <w:rPr>
                <w:spacing w:val="-12"/>
              </w:rPr>
              <w:t xml:space="preserve">”. Theo </w:t>
            </w:r>
            <w:proofErr w:type="spellStart"/>
            <w:r w:rsidRPr="00D415C6">
              <w:rPr>
                <w:spacing w:val="-12"/>
              </w:rPr>
              <w:t>đó</w:t>
            </w:r>
            <w:proofErr w:type="spellEnd"/>
            <w:r w:rsidRPr="00D415C6">
              <w:rPr>
                <w:spacing w:val="-12"/>
              </w:rPr>
              <w:t xml:space="preserve">, </w:t>
            </w:r>
            <w:proofErr w:type="spellStart"/>
            <w:r w:rsidRPr="00D415C6">
              <w:rPr>
                <w:spacing w:val="-12"/>
              </w:rPr>
              <w:t>khoản</w:t>
            </w:r>
            <w:proofErr w:type="spellEnd"/>
            <w:r w:rsidRPr="00D415C6">
              <w:rPr>
                <w:spacing w:val="-12"/>
              </w:rPr>
              <w:t xml:space="preserve"> </w:t>
            </w:r>
            <w:proofErr w:type="spellStart"/>
            <w:r w:rsidRPr="00D415C6">
              <w:rPr>
                <w:spacing w:val="-12"/>
              </w:rPr>
              <w:t>này</w:t>
            </w:r>
            <w:proofErr w:type="spellEnd"/>
            <w:r w:rsidRPr="00D415C6">
              <w:rPr>
                <w:spacing w:val="-12"/>
              </w:rPr>
              <w:t xml:space="preserve"> </w:t>
            </w:r>
            <w:proofErr w:type="spellStart"/>
            <w:r w:rsidRPr="00D415C6">
              <w:rPr>
                <w:spacing w:val="-12"/>
              </w:rPr>
              <w:t>chưa</w:t>
            </w:r>
            <w:proofErr w:type="spellEnd"/>
            <w:r w:rsidRPr="00D415C6">
              <w:rPr>
                <w:spacing w:val="-12"/>
              </w:rPr>
              <w:t xml:space="preserve"> </w:t>
            </w:r>
            <w:proofErr w:type="spellStart"/>
            <w:r w:rsidRPr="00D415C6">
              <w:rPr>
                <w:spacing w:val="-12"/>
              </w:rPr>
              <w:t>rõ</w:t>
            </w:r>
            <w:proofErr w:type="spellEnd"/>
            <w:r w:rsidRPr="00D415C6">
              <w:rPr>
                <w:spacing w:val="-12"/>
              </w:rPr>
              <w:t>: (</w:t>
            </w:r>
            <w:proofErr w:type="spellStart"/>
            <w:r w:rsidRPr="00D415C6">
              <w:rPr>
                <w:spacing w:val="-12"/>
              </w:rPr>
              <w:t>i</w:t>
            </w:r>
            <w:proofErr w:type="spellEnd"/>
            <w:r w:rsidRPr="00D415C6">
              <w:rPr>
                <w:spacing w:val="-12"/>
              </w:rPr>
              <w:t xml:space="preserve">) </w:t>
            </w:r>
            <w:proofErr w:type="spellStart"/>
            <w:r w:rsidRPr="00D415C6">
              <w:rPr>
                <w:spacing w:val="-12"/>
              </w:rPr>
              <w:t>Người</w:t>
            </w:r>
            <w:proofErr w:type="spellEnd"/>
            <w:r w:rsidRPr="00D415C6">
              <w:rPr>
                <w:spacing w:val="-12"/>
              </w:rPr>
              <w:t xml:space="preserve"> </w:t>
            </w:r>
            <w:proofErr w:type="spellStart"/>
            <w:r w:rsidRPr="00D415C6">
              <w:rPr>
                <w:spacing w:val="-12"/>
              </w:rPr>
              <w:t>làm</w:t>
            </w:r>
            <w:proofErr w:type="spellEnd"/>
            <w:r w:rsidRPr="00D415C6">
              <w:rPr>
                <w:spacing w:val="-12"/>
              </w:rPr>
              <w:t xml:space="preserve"> </w:t>
            </w:r>
            <w:proofErr w:type="spellStart"/>
            <w:r w:rsidRPr="00D415C6">
              <w:rPr>
                <w:spacing w:val="-12"/>
              </w:rPr>
              <w:t>công</w:t>
            </w:r>
            <w:proofErr w:type="spellEnd"/>
            <w:r w:rsidRPr="00D415C6">
              <w:rPr>
                <w:spacing w:val="-12"/>
              </w:rPr>
              <w:t xml:space="preserve"> </w:t>
            </w:r>
            <w:proofErr w:type="spellStart"/>
            <w:r w:rsidRPr="00D415C6">
              <w:rPr>
                <w:spacing w:val="-12"/>
              </w:rPr>
              <w:t>tác</w:t>
            </w:r>
            <w:proofErr w:type="spellEnd"/>
            <w:r w:rsidRPr="00D415C6">
              <w:rPr>
                <w:spacing w:val="-12"/>
              </w:rPr>
              <w:t xml:space="preserve"> </w:t>
            </w:r>
            <w:proofErr w:type="spellStart"/>
            <w:r w:rsidRPr="00D415C6">
              <w:rPr>
                <w:spacing w:val="-12"/>
              </w:rPr>
              <w:t>cơ</w:t>
            </w:r>
            <w:proofErr w:type="spellEnd"/>
            <w:r w:rsidRPr="00D415C6">
              <w:rPr>
                <w:spacing w:val="-12"/>
              </w:rPr>
              <w:t xml:space="preserve"> </w:t>
            </w:r>
            <w:proofErr w:type="spellStart"/>
            <w:r w:rsidRPr="00D415C6">
              <w:rPr>
                <w:spacing w:val="-12"/>
              </w:rPr>
              <w:t>yếu</w:t>
            </w:r>
            <w:proofErr w:type="spellEnd"/>
            <w:r w:rsidRPr="00D415C6">
              <w:rPr>
                <w:spacing w:val="-12"/>
              </w:rPr>
              <w:t xml:space="preserve"> </w:t>
            </w:r>
            <w:proofErr w:type="spellStart"/>
            <w:r w:rsidRPr="00D415C6">
              <w:rPr>
                <w:spacing w:val="-12"/>
              </w:rPr>
              <w:t>khi</w:t>
            </w:r>
            <w:proofErr w:type="spellEnd"/>
            <w:r w:rsidRPr="00D415C6">
              <w:rPr>
                <w:spacing w:val="-12"/>
              </w:rPr>
              <w:t xml:space="preserve"> </w:t>
            </w:r>
            <w:proofErr w:type="spellStart"/>
            <w:r w:rsidRPr="00D415C6">
              <w:rPr>
                <w:spacing w:val="-12"/>
              </w:rPr>
              <w:t>được</w:t>
            </w:r>
            <w:proofErr w:type="spellEnd"/>
            <w:r w:rsidRPr="00D415C6">
              <w:rPr>
                <w:spacing w:val="-12"/>
              </w:rPr>
              <w:t xml:space="preserve"> </w:t>
            </w:r>
            <w:proofErr w:type="spellStart"/>
            <w:r w:rsidRPr="00D415C6">
              <w:rPr>
                <w:spacing w:val="-12"/>
              </w:rPr>
              <w:t>bố</w:t>
            </w:r>
            <w:proofErr w:type="spellEnd"/>
            <w:r w:rsidRPr="00D415C6">
              <w:rPr>
                <w:spacing w:val="-12"/>
              </w:rPr>
              <w:t xml:space="preserve"> </w:t>
            </w:r>
            <w:proofErr w:type="spellStart"/>
            <w:r w:rsidRPr="00D415C6">
              <w:rPr>
                <w:spacing w:val="-12"/>
              </w:rPr>
              <w:t>trí</w:t>
            </w:r>
            <w:proofErr w:type="spellEnd"/>
            <w:r w:rsidRPr="00D415C6">
              <w:rPr>
                <w:spacing w:val="-12"/>
              </w:rPr>
              <w:t xml:space="preserve"> </w:t>
            </w:r>
            <w:proofErr w:type="spellStart"/>
            <w:r w:rsidRPr="00D415C6">
              <w:rPr>
                <w:spacing w:val="-12"/>
              </w:rPr>
              <w:t>thực</w:t>
            </w:r>
            <w:proofErr w:type="spellEnd"/>
            <w:r w:rsidRPr="00D415C6">
              <w:rPr>
                <w:spacing w:val="-12"/>
              </w:rPr>
              <w:t xml:space="preserve"> </w:t>
            </w:r>
            <w:proofErr w:type="spellStart"/>
            <w:r w:rsidRPr="00D415C6">
              <w:rPr>
                <w:spacing w:val="-12"/>
              </w:rPr>
              <w:t>hiện</w:t>
            </w:r>
            <w:proofErr w:type="spellEnd"/>
            <w:r w:rsidRPr="00D415C6">
              <w:rPr>
                <w:spacing w:val="-12"/>
              </w:rPr>
              <w:t xml:space="preserve"> </w:t>
            </w:r>
            <w:proofErr w:type="spellStart"/>
            <w:r w:rsidRPr="00D415C6">
              <w:rPr>
                <w:spacing w:val="-12"/>
              </w:rPr>
              <w:t>nhiệm</w:t>
            </w:r>
            <w:proofErr w:type="spellEnd"/>
            <w:r w:rsidRPr="00D415C6">
              <w:rPr>
                <w:spacing w:val="-12"/>
              </w:rPr>
              <w:t xml:space="preserve"> vụ </w:t>
            </w:r>
            <w:proofErr w:type="spellStart"/>
            <w:r w:rsidRPr="00D415C6">
              <w:rPr>
                <w:spacing w:val="-12"/>
              </w:rPr>
              <w:t>kiểm</w:t>
            </w:r>
            <w:proofErr w:type="spellEnd"/>
            <w:r w:rsidRPr="00D415C6">
              <w:rPr>
                <w:spacing w:val="-12"/>
              </w:rPr>
              <w:t xml:space="preserve"> </w:t>
            </w:r>
            <w:proofErr w:type="spellStart"/>
            <w:r w:rsidRPr="00D415C6">
              <w:rPr>
                <w:spacing w:val="-12"/>
              </w:rPr>
              <w:t>tra</w:t>
            </w:r>
            <w:proofErr w:type="spellEnd"/>
            <w:r w:rsidRPr="00D415C6">
              <w:rPr>
                <w:spacing w:val="-12"/>
              </w:rPr>
              <w:t xml:space="preserve"> </w:t>
            </w:r>
            <w:proofErr w:type="spellStart"/>
            <w:r w:rsidRPr="00D415C6">
              <w:rPr>
                <w:spacing w:val="-12"/>
              </w:rPr>
              <w:t>chất</w:t>
            </w:r>
            <w:proofErr w:type="spellEnd"/>
            <w:r w:rsidRPr="00D415C6">
              <w:rPr>
                <w:spacing w:val="-12"/>
              </w:rPr>
              <w:t xml:space="preserve"> </w:t>
            </w:r>
            <w:proofErr w:type="spellStart"/>
            <w:r w:rsidRPr="00D415C6">
              <w:rPr>
                <w:spacing w:val="-12"/>
              </w:rPr>
              <w:t>lượng</w:t>
            </w:r>
            <w:proofErr w:type="spellEnd"/>
            <w:r w:rsidRPr="00D415C6">
              <w:rPr>
                <w:spacing w:val="-12"/>
              </w:rPr>
              <w:t xml:space="preserve"> </w:t>
            </w:r>
            <w:proofErr w:type="spellStart"/>
            <w:r w:rsidRPr="00D415C6">
              <w:rPr>
                <w:spacing w:val="-12"/>
              </w:rPr>
              <w:t>sản</w:t>
            </w:r>
            <w:proofErr w:type="spellEnd"/>
            <w:r w:rsidRPr="00D415C6">
              <w:rPr>
                <w:spacing w:val="-12"/>
              </w:rPr>
              <w:t xml:space="preserve"> </w:t>
            </w:r>
            <w:proofErr w:type="spellStart"/>
            <w:r w:rsidRPr="00D415C6">
              <w:rPr>
                <w:spacing w:val="-12"/>
              </w:rPr>
              <w:t>phẩm</w:t>
            </w:r>
            <w:proofErr w:type="spellEnd"/>
            <w:r w:rsidRPr="00D415C6">
              <w:rPr>
                <w:spacing w:val="-12"/>
              </w:rPr>
              <w:t xml:space="preserve">, </w:t>
            </w:r>
            <w:proofErr w:type="spellStart"/>
            <w:r w:rsidRPr="00D415C6">
              <w:rPr>
                <w:spacing w:val="-12"/>
              </w:rPr>
              <w:t>hàng</w:t>
            </w:r>
            <w:proofErr w:type="spellEnd"/>
            <w:r w:rsidRPr="00D415C6">
              <w:rPr>
                <w:spacing w:val="-12"/>
              </w:rPr>
              <w:t xml:space="preserve"> </w:t>
            </w:r>
            <w:proofErr w:type="spellStart"/>
            <w:r w:rsidRPr="00D415C6">
              <w:rPr>
                <w:spacing w:val="-12"/>
              </w:rPr>
              <w:t>hóa</w:t>
            </w:r>
            <w:proofErr w:type="spellEnd"/>
            <w:r w:rsidRPr="00D415C6">
              <w:rPr>
                <w:spacing w:val="-12"/>
              </w:rPr>
              <w:t xml:space="preserve"> </w:t>
            </w:r>
            <w:proofErr w:type="spellStart"/>
            <w:r w:rsidRPr="00D415C6">
              <w:rPr>
                <w:spacing w:val="-12"/>
              </w:rPr>
              <w:t>thì</w:t>
            </w:r>
            <w:proofErr w:type="spellEnd"/>
            <w:r w:rsidRPr="00D415C6">
              <w:rPr>
                <w:spacing w:val="-12"/>
              </w:rPr>
              <w:t xml:space="preserve"> </w:t>
            </w:r>
            <w:proofErr w:type="spellStart"/>
            <w:r w:rsidRPr="00D415C6">
              <w:rPr>
                <w:spacing w:val="-12"/>
              </w:rPr>
              <w:t>có</w:t>
            </w:r>
            <w:proofErr w:type="spellEnd"/>
            <w:r w:rsidRPr="00D415C6">
              <w:rPr>
                <w:spacing w:val="-12"/>
              </w:rPr>
              <w:t xml:space="preserve"> </w:t>
            </w:r>
            <w:proofErr w:type="spellStart"/>
            <w:r w:rsidRPr="00D415C6">
              <w:rPr>
                <w:spacing w:val="-12"/>
              </w:rPr>
              <w:t>áp</w:t>
            </w:r>
            <w:proofErr w:type="spellEnd"/>
            <w:r w:rsidRPr="00D415C6">
              <w:rPr>
                <w:spacing w:val="-12"/>
              </w:rPr>
              <w:t xml:space="preserve"> </w:t>
            </w:r>
            <w:proofErr w:type="spellStart"/>
            <w:r w:rsidRPr="00D415C6">
              <w:rPr>
                <w:spacing w:val="-12"/>
              </w:rPr>
              <w:t>dụng</w:t>
            </w:r>
            <w:proofErr w:type="spellEnd"/>
            <w:r w:rsidRPr="00D415C6">
              <w:rPr>
                <w:spacing w:val="-12"/>
              </w:rPr>
              <w:t xml:space="preserve"> </w:t>
            </w:r>
            <w:proofErr w:type="spellStart"/>
            <w:r w:rsidRPr="00D415C6">
              <w:rPr>
                <w:spacing w:val="-12"/>
              </w:rPr>
              <w:t>quy</w:t>
            </w:r>
            <w:proofErr w:type="spellEnd"/>
            <w:r w:rsidRPr="00D415C6">
              <w:rPr>
                <w:spacing w:val="-12"/>
              </w:rPr>
              <w:t xml:space="preserve"> </w:t>
            </w:r>
            <w:proofErr w:type="spellStart"/>
            <w:r w:rsidRPr="00D415C6">
              <w:rPr>
                <w:spacing w:val="-12"/>
              </w:rPr>
              <w:t>định</w:t>
            </w:r>
            <w:proofErr w:type="spellEnd"/>
            <w:r w:rsidRPr="00D415C6">
              <w:rPr>
                <w:spacing w:val="-12"/>
              </w:rPr>
              <w:t xml:space="preserve"> </w:t>
            </w:r>
            <w:proofErr w:type="spellStart"/>
            <w:r w:rsidRPr="00D415C6">
              <w:rPr>
                <w:spacing w:val="-12"/>
              </w:rPr>
              <w:t>tại</w:t>
            </w:r>
            <w:proofErr w:type="spellEnd"/>
            <w:r w:rsidRPr="00D415C6">
              <w:rPr>
                <w:spacing w:val="-12"/>
              </w:rPr>
              <w:t xml:space="preserve"> Thông </w:t>
            </w:r>
            <w:proofErr w:type="spellStart"/>
            <w:r w:rsidRPr="00D415C6">
              <w:rPr>
                <w:spacing w:val="-12"/>
              </w:rPr>
              <w:t>tư</w:t>
            </w:r>
            <w:proofErr w:type="spellEnd"/>
            <w:r w:rsidRPr="00D415C6">
              <w:rPr>
                <w:spacing w:val="-12"/>
              </w:rPr>
              <w:t xml:space="preserve"> </w:t>
            </w:r>
            <w:proofErr w:type="spellStart"/>
            <w:r w:rsidRPr="00D415C6">
              <w:rPr>
                <w:spacing w:val="-12"/>
              </w:rPr>
              <w:t>này</w:t>
            </w:r>
            <w:proofErr w:type="spellEnd"/>
            <w:r w:rsidRPr="00D415C6">
              <w:rPr>
                <w:spacing w:val="-12"/>
              </w:rPr>
              <w:t xml:space="preserve"> hay </w:t>
            </w:r>
            <w:proofErr w:type="spellStart"/>
            <w:r w:rsidRPr="00D415C6">
              <w:rPr>
                <w:spacing w:val="-12"/>
              </w:rPr>
              <w:t>không</w:t>
            </w:r>
            <w:proofErr w:type="spellEnd"/>
            <w:r w:rsidRPr="00D415C6">
              <w:rPr>
                <w:spacing w:val="-12"/>
              </w:rPr>
              <w:t xml:space="preserve">; </w:t>
            </w:r>
            <w:proofErr w:type="spellStart"/>
            <w:r w:rsidRPr="00D415C6">
              <w:rPr>
                <w:spacing w:val="-12"/>
              </w:rPr>
              <w:t>va</w:t>
            </w:r>
            <w:proofErr w:type="spellEnd"/>
            <w:r w:rsidRPr="00D415C6">
              <w:rPr>
                <w:spacing w:val="-12"/>
              </w:rPr>
              <w:t xml:space="preserve">̀ (ii) </w:t>
            </w:r>
            <w:proofErr w:type="spellStart"/>
            <w:r w:rsidRPr="00D415C6">
              <w:rPr>
                <w:spacing w:val="-12"/>
              </w:rPr>
              <w:t>việc</w:t>
            </w:r>
            <w:proofErr w:type="spellEnd"/>
            <w:r w:rsidRPr="00D415C6">
              <w:rPr>
                <w:spacing w:val="-12"/>
              </w:rPr>
              <w:t xml:space="preserve"> </w:t>
            </w:r>
            <w:proofErr w:type="spellStart"/>
            <w:r w:rsidRPr="00D415C6">
              <w:rPr>
                <w:spacing w:val="-12"/>
              </w:rPr>
              <w:t>bổ</w:t>
            </w:r>
            <w:proofErr w:type="spellEnd"/>
            <w:r w:rsidRPr="00D415C6">
              <w:rPr>
                <w:spacing w:val="-12"/>
              </w:rPr>
              <w:t xml:space="preserve"> </w:t>
            </w:r>
            <w:proofErr w:type="spellStart"/>
            <w:r w:rsidRPr="00D415C6">
              <w:rPr>
                <w:spacing w:val="-12"/>
              </w:rPr>
              <w:t>nhiệm</w:t>
            </w:r>
            <w:proofErr w:type="spellEnd"/>
            <w:r w:rsidRPr="00D415C6">
              <w:rPr>
                <w:spacing w:val="-12"/>
              </w:rPr>
              <w:t xml:space="preserve"> </w:t>
            </w:r>
            <w:proofErr w:type="spellStart"/>
            <w:r w:rsidRPr="00D415C6">
              <w:rPr>
                <w:spacing w:val="-12"/>
              </w:rPr>
              <w:t>ngạch</w:t>
            </w:r>
            <w:proofErr w:type="spellEnd"/>
            <w:r w:rsidRPr="00D415C6">
              <w:rPr>
                <w:spacing w:val="-12"/>
              </w:rPr>
              <w:t xml:space="preserve">, </w:t>
            </w:r>
            <w:proofErr w:type="spellStart"/>
            <w:r w:rsidRPr="00D415C6">
              <w:rPr>
                <w:spacing w:val="-12"/>
              </w:rPr>
              <w:t>xếp</w:t>
            </w:r>
            <w:proofErr w:type="spellEnd"/>
            <w:r w:rsidRPr="00D415C6">
              <w:rPr>
                <w:spacing w:val="-12"/>
              </w:rPr>
              <w:t xml:space="preserve"> </w:t>
            </w:r>
            <w:proofErr w:type="spellStart"/>
            <w:r w:rsidRPr="00D415C6">
              <w:rPr>
                <w:spacing w:val="-12"/>
              </w:rPr>
              <w:t>lương</w:t>
            </w:r>
            <w:proofErr w:type="spellEnd"/>
            <w:r w:rsidRPr="00D415C6">
              <w:rPr>
                <w:spacing w:val="-12"/>
              </w:rPr>
              <w:t xml:space="preserve">, </w:t>
            </w:r>
            <w:proofErr w:type="spellStart"/>
            <w:r w:rsidRPr="00D415C6">
              <w:rPr>
                <w:spacing w:val="-12"/>
              </w:rPr>
              <w:t>đánh</w:t>
            </w:r>
            <w:proofErr w:type="spellEnd"/>
            <w:r w:rsidRPr="00D415C6">
              <w:rPr>
                <w:spacing w:val="-12"/>
              </w:rPr>
              <w:t xml:space="preserve"> </w:t>
            </w:r>
            <w:proofErr w:type="spellStart"/>
            <w:r w:rsidRPr="00D415C6">
              <w:rPr>
                <w:spacing w:val="-12"/>
              </w:rPr>
              <w:t>giá</w:t>
            </w:r>
            <w:proofErr w:type="spellEnd"/>
            <w:r w:rsidRPr="00D415C6">
              <w:rPr>
                <w:spacing w:val="-12"/>
              </w:rPr>
              <w:t xml:space="preserve">, </w:t>
            </w:r>
            <w:proofErr w:type="spellStart"/>
            <w:r w:rsidRPr="00D415C6">
              <w:rPr>
                <w:spacing w:val="-12"/>
              </w:rPr>
              <w:t>quản</w:t>
            </w:r>
            <w:proofErr w:type="spellEnd"/>
            <w:r w:rsidRPr="00D415C6">
              <w:rPr>
                <w:spacing w:val="-12"/>
              </w:rPr>
              <w:t xml:space="preserve"> </w:t>
            </w:r>
            <w:proofErr w:type="spellStart"/>
            <w:r w:rsidRPr="00D415C6">
              <w:rPr>
                <w:spacing w:val="-12"/>
              </w:rPr>
              <w:t>lý</w:t>
            </w:r>
            <w:proofErr w:type="spellEnd"/>
            <w:r w:rsidRPr="00D415C6">
              <w:rPr>
                <w:spacing w:val="-12"/>
              </w:rPr>
              <w:t xml:space="preserve"> </w:t>
            </w:r>
            <w:proofErr w:type="spellStart"/>
            <w:r w:rsidRPr="00D415C6">
              <w:rPr>
                <w:spacing w:val="-12"/>
              </w:rPr>
              <w:t>được</w:t>
            </w:r>
            <w:proofErr w:type="spellEnd"/>
            <w:r w:rsidRPr="00D415C6">
              <w:rPr>
                <w:spacing w:val="-12"/>
              </w:rPr>
              <w:t xml:space="preserve"> </w:t>
            </w:r>
            <w:proofErr w:type="spellStart"/>
            <w:r w:rsidRPr="00D415C6">
              <w:rPr>
                <w:spacing w:val="-12"/>
              </w:rPr>
              <w:t>thực</w:t>
            </w:r>
            <w:proofErr w:type="spellEnd"/>
            <w:r w:rsidRPr="00D415C6">
              <w:rPr>
                <w:spacing w:val="-12"/>
              </w:rPr>
              <w:t xml:space="preserve"> </w:t>
            </w:r>
            <w:proofErr w:type="spellStart"/>
            <w:r w:rsidRPr="00D415C6">
              <w:rPr>
                <w:spacing w:val="-12"/>
              </w:rPr>
              <w:t>hiện</w:t>
            </w:r>
            <w:proofErr w:type="spellEnd"/>
            <w:r w:rsidRPr="00D415C6">
              <w:rPr>
                <w:spacing w:val="-12"/>
              </w:rPr>
              <w:t xml:space="preserve"> </w:t>
            </w:r>
            <w:proofErr w:type="spellStart"/>
            <w:r w:rsidRPr="00D415C6">
              <w:rPr>
                <w:spacing w:val="-12"/>
              </w:rPr>
              <w:t>theo</w:t>
            </w:r>
            <w:proofErr w:type="spellEnd"/>
            <w:r w:rsidRPr="00D415C6">
              <w:rPr>
                <w:spacing w:val="-12"/>
              </w:rPr>
              <w:t xml:space="preserve"> </w:t>
            </w:r>
            <w:proofErr w:type="spellStart"/>
            <w:r w:rsidRPr="00D415C6">
              <w:rPr>
                <w:spacing w:val="-12"/>
              </w:rPr>
              <w:t>pháp</w:t>
            </w:r>
            <w:proofErr w:type="spellEnd"/>
            <w:r w:rsidRPr="00D415C6">
              <w:rPr>
                <w:spacing w:val="-12"/>
              </w:rPr>
              <w:t xml:space="preserve"> </w:t>
            </w:r>
            <w:proofErr w:type="spellStart"/>
            <w:r w:rsidRPr="00D415C6">
              <w:rPr>
                <w:spacing w:val="-12"/>
              </w:rPr>
              <w:t>luật</w:t>
            </w:r>
            <w:proofErr w:type="spellEnd"/>
            <w:r w:rsidRPr="00D415C6">
              <w:rPr>
                <w:spacing w:val="-12"/>
              </w:rPr>
              <w:t xml:space="preserve"> </w:t>
            </w:r>
            <w:proofErr w:type="spellStart"/>
            <w:r w:rsidRPr="00D415C6">
              <w:rPr>
                <w:spacing w:val="-12"/>
              </w:rPr>
              <w:t>về</w:t>
            </w:r>
            <w:proofErr w:type="spellEnd"/>
            <w:r w:rsidRPr="00D415C6">
              <w:rPr>
                <w:spacing w:val="-12"/>
              </w:rPr>
              <w:t xml:space="preserve"> </w:t>
            </w:r>
            <w:proofErr w:type="spellStart"/>
            <w:r w:rsidRPr="00D415C6">
              <w:rPr>
                <w:spacing w:val="-12"/>
              </w:rPr>
              <w:t>cơ</w:t>
            </w:r>
            <w:proofErr w:type="spellEnd"/>
            <w:r w:rsidRPr="00D415C6">
              <w:rPr>
                <w:spacing w:val="-12"/>
              </w:rPr>
              <w:t xml:space="preserve"> </w:t>
            </w:r>
            <w:proofErr w:type="spellStart"/>
            <w:r w:rsidRPr="00D415C6">
              <w:rPr>
                <w:spacing w:val="-12"/>
              </w:rPr>
              <w:t>yếu</w:t>
            </w:r>
            <w:proofErr w:type="spellEnd"/>
            <w:r w:rsidRPr="00D415C6">
              <w:rPr>
                <w:spacing w:val="-12"/>
              </w:rPr>
              <w:t xml:space="preserve">, </w:t>
            </w:r>
            <w:proofErr w:type="spellStart"/>
            <w:r w:rsidRPr="00D415C6">
              <w:rPr>
                <w:spacing w:val="-12"/>
              </w:rPr>
              <w:t>theo</w:t>
            </w:r>
            <w:proofErr w:type="spellEnd"/>
            <w:r w:rsidRPr="00D415C6">
              <w:rPr>
                <w:spacing w:val="-12"/>
              </w:rPr>
              <w:t xml:space="preserve"> </w:t>
            </w:r>
            <w:proofErr w:type="spellStart"/>
            <w:r w:rsidRPr="00D415C6">
              <w:rPr>
                <w:spacing w:val="-12"/>
              </w:rPr>
              <w:t>quy</w:t>
            </w:r>
            <w:proofErr w:type="spellEnd"/>
            <w:r w:rsidRPr="00D415C6">
              <w:rPr>
                <w:spacing w:val="-12"/>
              </w:rPr>
              <w:t xml:space="preserve"> </w:t>
            </w:r>
            <w:proofErr w:type="spellStart"/>
            <w:r w:rsidRPr="00D415C6">
              <w:rPr>
                <w:spacing w:val="-12"/>
              </w:rPr>
              <w:t>định</w:t>
            </w:r>
            <w:proofErr w:type="spellEnd"/>
            <w:r w:rsidRPr="00D415C6">
              <w:rPr>
                <w:spacing w:val="-12"/>
              </w:rPr>
              <w:t xml:space="preserve"> </w:t>
            </w:r>
            <w:proofErr w:type="spellStart"/>
            <w:r w:rsidRPr="00D415C6">
              <w:rPr>
                <w:spacing w:val="-12"/>
              </w:rPr>
              <w:t>của</w:t>
            </w:r>
            <w:proofErr w:type="spellEnd"/>
            <w:r w:rsidRPr="00D415C6">
              <w:rPr>
                <w:spacing w:val="-12"/>
              </w:rPr>
              <w:t xml:space="preserve"> </w:t>
            </w:r>
            <w:proofErr w:type="spellStart"/>
            <w:r w:rsidRPr="00D415C6">
              <w:rPr>
                <w:spacing w:val="-12"/>
              </w:rPr>
              <w:t>Bộ</w:t>
            </w:r>
            <w:proofErr w:type="spellEnd"/>
            <w:r w:rsidRPr="00D415C6">
              <w:rPr>
                <w:spacing w:val="-12"/>
              </w:rPr>
              <w:t xml:space="preserve"> Quốc </w:t>
            </w:r>
            <w:proofErr w:type="spellStart"/>
            <w:r w:rsidRPr="00D415C6">
              <w:rPr>
                <w:spacing w:val="-12"/>
              </w:rPr>
              <w:t>phòng</w:t>
            </w:r>
            <w:proofErr w:type="spellEnd"/>
            <w:r w:rsidRPr="00D415C6">
              <w:rPr>
                <w:spacing w:val="-12"/>
              </w:rPr>
              <w:t xml:space="preserve"> hay </w:t>
            </w:r>
            <w:proofErr w:type="spellStart"/>
            <w:r w:rsidRPr="00D415C6">
              <w:rPr>
                <w:spacing w:val="-12"/>
              </w:rPr>
              <w:t>theo</w:t>
            </w:r>
            <w:proofErr w:type="spellEnd"/>
            <w:r w:rsidRPr="00D415C6">
              <w:rPr>
                <w:spacing w:val="-12"/>
              </w:rPr>
              <w:t xml:space="preserve"> Thông </w:t>
            </w:r>
            <w:proofErr w:type="spellStart"/>
            <w:r w:rsidRPr="00D415C6">
              <w:rPr>
                <w:spacing w:val="-12"/>
              </w:rPr>
              <w:t>tư</w:t>
            </w:r>
            <w:proofErr w:type="spellEnd"/>
            <w:r w:rsidRPr="00D415C6">
              <w:rPr>
                <w:spacing w:val="-12"/>
              </w:rPr>
              <w:t xml:space="preserve"> </w:t>
            </w:r>
            <w:proofErr w:type="spellStart"/>
            <w:r w:rsidRPr="00D415C6">
              <w:rPr>
                <w:spacing w:val="-12"/>
              </w:rPr>
              <w:t>này</w:t>
            </w:r>
            <w:proofErr w:type="spellEnd"/>
            <w:r w:rsidRPr="00D415C6">
              <w:rPr>
                <w:spacing w:val="-12"/>
              </w:rPr>
              <w:t xml:space="preserve">. </w:t>
            </w:r>
            <w:proofErr w:type="spellStart"/>
            <w:r w:rsidRPr="00D415C6">
              <w:rPr>
                <w:spacing w:val="-12"/>
              </w:rPr>
              <w:t>Đề</w:t>
            </w:r>
            <w:proofErr w:type="spellEnd"/>
            <w:r w:rsidRPr="00D415C6">
              <w:rPr>
                <w:spacing w:val="-12"/>
              </w:rPr>
              <w:t xml:space="preserve"> </w:t>
            </w:r>
            <w:proofErr w:type="spellStart"/>
            <w:r w:rsidRPr="00D415C6">
              <w:rPr>
                <w:spacing w:val="-12"/>
              </w:rPr>
              <w:t>nghị</w:t>
            </w:r>
            <w:proofErr w:type="spellEnd"/>
            <w:r w:rsidRPr="00D415C6">
              <w:rPr>
                <w:spacing w:val="-12"/>
              </w:rPr>
              <w:t xml:space="preserve"> </w:t>
            </w:r>
            <w:proofErr w:type="spellStart"/>
            <w:r w:rsidRPr="00D415C6">
              <w:rPr>
                <w:spacing w:val="-12"/>
              </w:rPr>
              <w:t>cơ</w:t>
            </w:r>
            <w:proofErr w:type="spellEnd"/>
            <w:r w:rsidRPr="00D415C6">
              <w:rPr>
                <w:spacing w:val="-12"/>
              </w:rPr>
              <w:t xml:space="preserve"> </w:t>
            </w:r>
            <w:proofErr w:type="spellStart"/>
            <w:r w:rsidRPr="00D415C6">
              <w:rPr>
                <w:spacing w:val="-12"/>
              </w:rPr>
              <w:t>quan</w:t>
            </w:r>
            <w:proofErr w:type="spellEnd"/>
            <w:r w:rsidRPr="00D415C6">
              <w:rPr>
                <w:spacing w:val="-12"/>
              </w:rPr>
              <w:t xml:space="preserve"> </w:t>
            </w:r>
            <w:proofErr w:type="spellStart"/>
            <w:r w:rsidRPr="00D415C6">
              <w:rPr>
                <w:spacing w:val="-12"/>
              </w:rPr>
              <w:t>soạn</w:t>
            </w:r>
            <w:proofErr w:type="spellEnd"/>
            <w:r w:rsidRPr="00D415C6">
              <w:rPr>
                <w:spacing w:val="-12"/>
              </w:rPr>
              <w:t xml:space="preserve"> </w:t>
            </w:r>
            <w:proofErr w:type="spellStart"/>
            <w:r w:rsidRPr="00D415C6">
              <w:rPr>
                <w:spacing w:val="-12"/>
              </w:rPr>
              <w:t>thảo</w:t>
            </w:r>
            <w:proofErr w:type="spellEnd"/>
            <w:r w:rsidRPr="00D415C6">
              <w:rPr>
                <w:spacing w:val="-12"/>
              </w:rPr>
              <w:t xml:space="preserve"> </w:t>
            </w:r>
            <w:proofErr w:type="spellStart"/>
            <w:r w:rsidRPr="00D415C6">
              <w:rPr>
                <w:spacing w:val="-12"/>
              </w:rPr>
              <w:t>nghiên</w:t>
            </w:r>
            <w:proofErr w:type="spellEnd"/>
            <w:r w:rsidRPr="00D415C6">
              <w:rPr>
                <w:spacing w:val="-12"/>
              </w:rPr>
              <w:t xml:space="preserve"> </w:t>
            </w:r>
            <w:proofErr w:type="spellStart"/>
            <w:r w:rsidRPr="00D415C6">
              <w:rPr>
                <w:spacing w:val="-12"/>
              </w:rPr>
              <w:t>cứu</w:t>
            </w:r>
            <w:proofErr w:type="spellEnd"/>
            <w:r w:rsidRPr="00D415C6">
              <w:rPr>
                <w:spacing w:val="-12"/>
              </w:rPr>
              <w:t xml:space="preserve"> </w:t>
            </w:r>
            <w:proofErr w:type="spellStart"/>
            <w:r w:rsidRPr="00D415C6">
              <w:rPr>
                <w:spacing w:val="-12"/>
              </w:rPr>
              <w:t>để</w:t>
            </w:r>
            <w:proofErr w:type="spellEnd"/>
            <w:r w:rsidRPr="00D415C6">
              <w:rPr>
                <w:spacing w:val="-12"/>
              </w:rPr>
              <w:t xml:space="preserve"> </w:t>
            </w:r>
            <w:proofErr w:type="spellStart"/>
            <w:r w:rsidRPr="00D415C6">
              <w:rPr>
                <w:spacing w:val="-12"/>
              </w:rPr>
              <w:t>quy</w:t>
            </w:r>
            <w:proofErr w:type="spellEnd"/>
            <w:r w:rsidRPr="00D415C6">
              <w:rPr>
                <w:spacing w:val="-12"/>
              </w:rPr>
              <w:t xml:space="preserve"> </w:t>
            </w:r>
            <w:proofErr w:type="spellStart"/>
            <w:r w:rsidRPr="00D415C6">
              <w:rPr>
                <w:spacing w:val="-12"/>
              </w:rPr>
              <w:t>định</w:t>
            </w:r>
            <w:proofErr w:type="spellEnd"/>
            <w:r w:rsidRPr="00D415C6">
              <w:rPr>
                <w:spacing w:val="-12"/>
              </w:rPr>
              <w:t xml:space="preserve"> </w:t>
            </w:r>
            <w:proofErr w:type="spellStart"/>
            <w:r w:rsidRPr="00D415C6">
              <w:rPr>
                <w:spacing w:val="-12"/>
              </w:rPr>
              <w:t>rõ</w:t>
            </w:r>
            <w:proofErr w:type="spellEnd"/>
            <w:r w:rsidRPr="00D415C6">
              <w:rPr>
                <w:spacing w:val="-12"/>
              </w:rPr>
              <w:t xml:space="preserve"> </w:t>
            </w:r>
            <w:proofErr w:type="spellStart"/>
            <w:r w:rsidRPr="00D415C6">
              <w:rPr>
                <w:spacing w:val="-12"/>
              </w:rPr>
              <w:t>hơn</w:t>
            </w:r>
            <w:proofErr w:type="spellEnd"/>
            <w:r w:rsidRPr="00D415C6">
              <w:rPr>
                <w:spacing w:val="-12"/>
              </w:rPr>
              <w:t xml:space="preserve"> </w:t>
            </w:r>
            <w:proofErr w:type="spellStart"/>
            <w:r w:rsidRPr="00D415C6">
              <w:rPr>
                <w:spacing w:val="-12"/>
              </w:rPr>
              <w:t>nhằm</w:t>
            </w:r>
            <w:proofErr w:type="spellEnd"/>
            <w:r w:rsidRPr="00D415C6">
              <w:rPr>
                <w:spacing w:val="-12"/>
              </w:rPr>
              <w:t xml:space="preserve"> </w:t>
            </w:r>
            <w:proofErr w:type="spellStart"/>
            <w:r w:rsidRPr="00D415C6">
              <w:rPr>
                <w:spacing w:val="-12"/>
              </w:rPr>
              <w:t>tránh</w:t>
            </w:r>
            <w:proofErr w:type="spellEnd"/>
            <w:r w:rsidRPr="00D415C6">
              <w:rPr>
                <w:spacing w:val="-12"/>
              </w:rPr>
              <w:t xml:space="preserve"> </w:t>
            </w:r>
            <w:proofErr w:type="spellStart"/>
            <w:r w:rsidRPr="00D415C6">
              <w:rPr>
                <w:spacing w:val="-12"/>
              </w:rPr>
              <w:t>chồng</w:t>
            </w:r>
            <w:proofErr w:type="spellEnd"/>
            <w:r w:rsidRPr="00D415C6">
              <w:rPr>
                <w:spacing w:val="-12"/>
              </w:rPr>
              <w:t xml:space="preserve"> </w:t>
            </w:r>
            <w:proofErr w:type="spellStart"/>
            <w:r w:rsidRPr="00D415C6">
              <w:rPr>
                <w:spacing w:val="-12"/>
              </w:rPr>
              <w:t>chéo</w:t>
            </w:r>
            <w:proofErr w:type="spellEnd"/>
            <w:r w:rsidRPr="00D415C6">
              <w:rPr>
                <w:spacing w:val="-12"/>
              </w:rPr>
              <w:t xml:space="preserve"> </w:t>
            </w:r>
            <w:proofErr w:type="spellStart"/>
            <w:r w:rsidRPr="00D415C6">
              <w:rPr>
                <w:spacing w:val="-12"/>
              </w:rPr>
              <w:t>thẩm</w:t>
            </w:r>
            <w:proofErr w:type="spellEnd"/>
            <w:r w:rsidRPr="00D415C6">
              <w:rPr>
                <w:spacing w:val="-12"/>
              </w:rPr>
              <w:t xml:space="preserve"> </w:t>
            </w:r>
            <w:proofErr w:type="spellStart"/>
            <w:r w:rsidRPr="00D415C6">
              <w:rPr>
                <w:spacing w:val="-12"/>
              </w:rPr>
              <w:t>quyền</w:t>
            </w:r>
            <w:proofErr w:type="spellEnd"/>
            <w:r w:rsidRPr="00D415C6">
              <w:rPr>
                <w:spacing w:val="-12"/>
              </w:rPr>
              <w:t xml:space="preserve"> </w:t>
            </w:r>
            <w:proofErr w:type="spellStart"/>
            <w:r w:rsidRPr="00D415C6">
              <w:rPr>
                <w:spacing w:val="-12"/>
              </w:rPr>
              <w:t>quản</w:t>
            </w:r>
            <w:proofErr w:type="spellEnd"/>
            <w:r w:rsidRPr="00D415C6">
              <w:rPr>
                <w:spacing w:val="-12"/>
              </w:rPr>
              <w:t xml:space="preserve"> </w:t>
            </w:r>
            <w:proofErr w:type="spellStart"/>
            <w:r w:rsidRPr="00D415C6">
              <w:rPr>
                <w:spacing w:val="-12"/>
              </w:rPr>
              <w:t>lý</w:t>
            </w:r>
            <w:proofErr w:type="spellEnd"/>
            <w:r w:rsidRPr="00D415C6">
              <w:rPr>
                <w:spacing w:val="-12"/>
              </w:rPr>
              <w:t xml:space="preserve"> </w:t>
            </w:r>
            <w:proofErr w:type="spellStart"/>
            <w:r w:rsidRPr="00D415C6">
              <w:rPr>
                <w:spacing w:val="-12"/>
              </w:rPr>
              <w:t>giữa</w:t>
            </w:r>
            <w:proofErr w:type="spellEnd"/>
            <w:r w:rsidRPr="00D415C6">
              <w:rPr>
                <w:spacing w:val="-12"/>
              </w:rPr>
              <w:t xml:space="preserve"> </w:t>
            </w:r>
            <w:proofErr w:type="spellStart"/>
            <w:r w:rsidRPr="00D415C6">
              <w:rPr>
                <w:spacing w:val="-12"/>
              </w:rPr>
              <w:t>cơ</w:t>
            </w:r>
            <w:proofErr w:type="spellEnd"/>
            <w:r w:rsidRPr="00D415C6">
              <w:rPr>
                <w:spacing w:val="-12"/>
              </w:rPr>
              <w:t xml:space="preserve"> </w:t>
            </w:r>
            <w:proofErr w:type="spellStart"/>
            <w:r w:rsidRPr="00D415C6">
              <w:rPr>
                <w:spacing w:val="-12"/>
              </w:rPr>
              <w:t>quan</w:t>
            </w:r>
            <w:proofErr w:type="spellEnd"/>
            <w:r w:rsidRPr="00D415C6">
              <w:rPr>
                <w:spacing w:val="-12"/>
              </w:rPr>
              <w:t xml:space="preserve"> ban </w:t>
            </w:r>
            <w:proofErr w:type="spellStart"/>
            <w:r w:rsidRPr="00D415C6">
              <w:rPr>
                <w:spacing w:val="-12"/>
              </w:rPr>
              <w:t>hành</w:t>
            </w:r>
            <w:proofErr w:type="spellEnd"/>
            <w:r w:rsidRPr="00D415C6">
              <w:rPr>
                <w:spacing w:val="-12"/>
              </w:rPr>
              <w:t xml:space="preserve"> Thông </w:t>
            </w:r>
            <w:proofErr w:type="spellStart"/>
            <w:r w:rsidRPr="00D415C6">
              <w:rPr>
                <w:spacing w:val="-12"/>
              </w:rPr>
              <w:t>tư</w:t>
            </w:r>
            <w:proofErr w:type="spellEnd"/>
            <w:r w:rsidRPr="00D415C6">
              <w:rPr>
                <w:spacing w:val="-12"/>
              </w:rPr>
              <w:t xml:space="preserve"> </w:t>
            </w:r>
            <w:proofErr w:type="spellStart"/>
            <w:r w:rsidRPr="00D415C6">
              <w:rPr>
                <w:spacing w:val="-12"/>
              </w:rPr>
              <w:t>va</w:t>
            </w:r>
            <w:proofErr w:type="spellEnd"/>
            <w:r w:rsidRPr="00D415C6">
              <w:rPr>
                <w:spacing w:val="-12"/>
              </w:rPr>
              <w:t xml:space="preserve">̀ </w:t>
            </w:r>
            <w:proofErr w:type="spellStart"/>
            <w:r w:rsidRPr="00D415C6">
              <w:rPr>
                <w:spacing w:val="-12"/>
              </w:rPr>
              <w:t>cơ</w:t>
            </w:r>
            <w:proofErr w:type="spellEnd"/>
            <w:r w:rsidRPr="00D415C6">
              <w:rPr>
                <w:spacing w:val="-12"/>
              </w:rPr>
              <w:t xml:space="preserve"> </w:t>
            </w:r>
            <w:proofErr w:type="spellStart"/>
            <w:r w:rsidRPr="00D415C6">
              <w:rPr>
                <w:spacing w:val="-12"/>
              </w:rPr>
              <w:t>quan</w:t>
            </w:r>
            <w:proofErr w:type="spellEnd"/>
            <w:r w:rsidRPr="00D415C6">
              <w:rPr>
                <w:spacing w:val="-12"/>
              </w:rPr>
              <w:t xml:space="preserve"> </w:t>
            </w:r>
            <w:proofErr w:type="spellStart"/>
            <w:r w:rsidRPr="00D415C6">
              <w:rPr>
                <w:spacing w:val="-12"/>
              </w:rPr>
              <w:t>quản</w:t>
            </w:r>
            <w:proofErr w:type="spellEnd"/>
            <w:r w:rsidRPr="00D415C6">
              <w:rPr>
                <w:spacing w:val="-12"/>
              </w:rPr>
              <w:t xml:space="preserve"> </w:t>
            </w:r>
            <w:proofErr w:type="spellStart"/>
            <w:r w:rsidRPr="00D415C6">
              <w:rPr>
                <w:spacing w:val="-12"/>
              </w:rPr>
              <w:t>lý</w:t>
            </w:r>
            <w:proofErr w:type="spellEnd"/>
            <w:r w:rsidRPr="00D415C6">
              <w:rPr>
                <w:spacing w:val="-12"/>
              </w:rPr>
              <w:t xml:space="preserve"> </w:t>
            </w:r>
            <w:proofErr w:type="spellStart"/>
            <w:r w:rsidRPr="00D415C6">
              <w:rPr>
                <w:spacing w:val="-12"/>
              </w:rPr>
              <w:t>chuyên</w:t>
            </w:r>
            <w:proofErr w:type="spellEnd"/>
            <w:r w:rsidRPr="00D415C6">
              <w:rPr>
                <w:spacing w:val="-12"/>
              </w:rPr>
              <w:t xml:space="preserve"> </w:t>
            </w:r>
            <w:proofErr w:type="spellStart"/>
            <w:r w:rsidRPr="00D415C6">
              <w:rPr>
                <w:spacing w:val="-12"/>
              </w:rPr>
              <w:t>ngành</w:t>
            </w:r>
            <w:proofErr w:type="spellEnd"/>
            <w:r w:rsidRPr="00D415C6">
              <w:rPr>
                <w:spacing w:val="-12"/>
              </w:rPr>
              <w:t xml:space="preserve"> </w:t>
            </w:r>
            <w:proofErr w:type="spellStart"/>
            <w:r w:rsidRPr="00D415C6">
              <w:rPr>
                <w:spacing w:val="-12"/>
              </w:rPr>
              <w:t>cơ</w:t>
            </w:r>
            <w:proofErr w:type="spellEnd"/>
            <w:r w:rsidRPr="00D415C6">
              <w:rPr>
                <w:spacing w:val="-12"/>
              </w:rPr>
              <w:t xml:space="preserve"> </w:t>
            </w:r>
            <w:proofErr w:type="spellStart"/>
            <w:r w:rsidRPr="00D415C6">
              <w:rPr>
                <w:spacing w:val="-12"/>
              </w:rPr>
              <w:t>yếu</w:t>
            </w:r>
            <w:proofErr w:type="spellEnd"/>
            <w:r w:rsidRPr="00D415C6">
              <w:rPr>
                <w:spacing w:val="-12"/>
              </w:rPr>
              <w:t>.</w:t>
            </w:r>
          </w:p>
        </w:tc>
        <w:tc>
          <w:tcPr>
            <w:tcW w:w="3165" w:type="dxa"/>
          </w:tcPr>
          <w:p w14:paraId="5F8B512F" w14:textId="607F32E5" w:rsidR="00883EBC" w:rsidRPr="004543E3" w:rsidRDefault="00883EBC" w:rsidP="00883EBC">
            <w:pPr>
              <w:spacing w:after="120" w:line="320" w:lineRule="exact"/>
              <w:jc w:val="both"/>
              <w:rPr>
                <w:szCs w:val="26"/>
              </w:rPr>
            </w:pPr>
            <w:r w:rsidRPr="004543E3">
              <w:rPr>
                <w:szCs w:val="26"/>
              </w:rPr>
              <w:lastRenderedPageBreak/>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sẽ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vào</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cho</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hiện</w:t>
            </w:r>
            <w:proofErr w:type="spellEnd"/>
            <w:r w:rsidRPr="004543E3">
              <w:rPr>
                <w:szCs w:val="26"/>
              </w:rPr>
              <w:t xml:space="preserve"> </w:t>
            </w:r>
            <w:proofErr w:type="spellStart"/>
            <w:r w:rsidRPr="004543E3">
              <w:rPr>
                <w:szCs w:val="26"/>
              </w:rPr>
              <w:t>hành</w:t>
            </w:r>
            <w:proofErr w:type="spellEnd"/>
            <w:r w:rsidRPr="004543E3">
              <w:rPr>
                <w:szCs w:val="26"/>
              </w:rPr>
              <w:t>.</w:t>
            </w:r>
          </w:p>
        </w:tc>
      </w:tr>
      <w:tr w:rsidR="00883EBC" w:rsidRPr="004543E3" w14:paraId="0652F3B2" w14:textId="77777777" w:rsidTr="00FF0027">
        <w:tc>
          <w:tcPr>
            <w:tcW w:w="1098" w:type="dxa"/>
          </w:tcPr>
          <w:p w14:paraId="4E2AE3E6" w14:textId="0AD0684A" w:rsidR="00883EBC" w:rsidRPr="004543E3" w:rsidRDefault="00883EBC" w:rsidP="00883EBC">
            <w:pPr>
              <w:jc w:val="both"/>
            </w:pPr>
            <w:proofErr w:type="spellStart"/>
            <w:r w:rsidRPr="004543E3">
              <w:lastRenderedPageBreak/>
              <w:t>Điều</w:t>
            </w:r>
            <w:proofErr w:type="spellEnd"/>
            <w:r w:rsidRPr="004543E3">
              <w:t xml:space="preserve"> 3</w:t>
            </w:r>
          </w:p>
        </w:tc>
        <w:tc>
          <w:tcPr>
            <w:tcW w:w="5113" w:type="dxa"/>
          </w:tcPr>
          <w:p w14:paraId="783DA457" w14:textId="77777777" w:rsidR="00883EBC" w:rsidRPr="004543E3" w:rsidRDefault="00883EBC" w:rsidP="00D415C6">
            <w:pPr>
              <w:pStyle w:val="FirstParagraph"/>
              <w:spacing w:before="0" w:after="0"/>
              <w:ind w:firstLine="720"/>
              <w:jc w:val="both"/>
              <w:rPr>
                <w:rFonts w:ascii="Times New Roman" w:hAnsi="Times New Roman"/>
                <w:b/>
                <w:bCs/>
                <w:sz w:val="26"/>
                <w:szCs w:val="26"/>
                <w:lang w:val="en-US"/>
              </w:rPr>
            </w:pPr>
            <w:r w:rsidRPr="004543E3">
              <w:rPr>
                <w:rFonts w:ascii="Times New Roman" w:hAnsi="Times New Roman"/>
                <w:b/>
                <w:bCs/>
                <w:sz w:val="26"/>
                <w:szCs w:val="26"/>
              </w:rPr>
              <w:t>Điều 3. Chức danh và mã số ngạch công chức, chức danh nghề nghiệp viên chức chuyên ngành kiểm soát chất lượng sản phẩm, hàng hóa</w:t>
            </w:r>
          </w:p>
          <w:p w14:paraId="6FD6860E" w14:textId="77777777" w:rsidR="00883EBC" w:rsidRPr="004543E3" w:rsidRDefault="00883EBC" w:rsidP="00D415C6">
            <w:pPr>
              <w:spacing w:after="0" w:line="240" w:lineRule="auto"/>
              <w:ind w:firstLine="720"/>
              <w:jc w:val="both"/>
              <w:rPr>
                <w:szCs w:val="26"/>
              </w:rPr>
            </w:pPr>
            <w:r w:rsidRPr="004543E3">
              <w:rPr>
                <w:szCs w:val="26"/>
              </w:rPr>
              <w:t xml:space="preserve">1.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hạng</w:t>
            </w:r>
            <w:proofErr w:type="spellEnd"/>
            <w:r w:rsidRPr="004543E3">
              <w:rPr>
                <w:szCs w:val="26"/>
              </w:rPr>
              <w:t xml:space="preserve"> I),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13.280;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V.05.03.09.</w:t>
            </w:r>
          </w:p>
          <w:p w14:paraId="13E1A905" w14:textId="77777777" w:rsidR="00883EBC" w:rsidRPr="004543E3" w:rsidRDefault="00883EBC" w:rsidP="00D415C6">
            <w:pPr>
              <w:spacing w:after="0" w:line="240" w:lineRule="auto"/>
              <w:ind w:firstLine="720"/>
              <w:jc w:val="both"/>
              <w:rPr>
                <w:szCs w:val="26"/>
              </w:rPr>
            </w:pPr>
            <w:r w:rsidRPr="004543E3">
              <w:rPr>
                <w:szCs w:val="26"/>
              </w:rPr>
              <w:t xml:space="preserve">2.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hạng</w:t>
            </w:r>
            <w:proofErr w:type="spellEnd"/>
            <w:r w:rsidRPr="004543E3">
              <w:rPr>
                <w:szCs w:val="26"/>
              </w:rPr>
              <w:t xml:space="preserve"> II),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13.281;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V.05.03.10.</w:t>
            </w:r>
          </w:p>
          <w:p w14:paraId="5E75D67B" w14:textId="531DE7E0" w:rsidR="00883EBC" w:rsidRPr="004543E3" w:rsidRDefault="00883EBC" w:rsidP="00D415C6">
            <w:pPr>
              <w:spacing w:after="0" w:line="240" w:lineRule="auto"/>
              <w:ind w:firstLine="709"/>
              <w:jc w:val="both"/>
              <w:rPr>
                <w:i/>
                <w:iCs/>
                <w:sz w:val="28"/>
                <w:szCs w:val="28"/>
                <w:lang w:val="de-DE"/>
              </w:rPr>
            </w:pPr>
            <w:r w:rsidRPr="004543E3">
              <w:rPr>
                <w:szCs w:val="26"/>
              </w:rPr>
              <w:t xml:space="preserve">3.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hạng</w:t>
            </w:r>
            <w:proofErr w:type="spellEnd"/>
            <w:r w:rsidRPr="004543E3">
              <w:rPr>
                <w:szCs w:val="26"/>
              </w:rPr>
              <w:t xml:space="preserve"> III),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13.282;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V.05.03.11.</w:t>
            </w:r>
          </w:p>
        </w:tc>
        <w:tc>
          <w:tcPr>
            <w:tcW w:w="5220" w:type="dxa"/>
          </w:tcPr>
          <w:p w14:paraId="3E8F373E" w14:textId="77777777" w:rsidR="00883EBC" w:rsidRPr="004543E3" w:rsidRDefault="00883EBC" w:rsidP="005664CC">
            <w:pPr>
              <w:spacing w:before="120" w:after="120" w:line="240" w:lineRule="auto"/>
              <w:jc w:val="both"/>
              <w:rPr>
                <w:b/>
                <w:bCs/>
              </w:rPr>
            </w:pPr>
            <w:proofErr w:type="spellStart"/>
            <w:r w:rsidRPr="004543E3">
              <w:rPr>
                <w:b/>
                <w:bCs/>
              </w:rPr>
              <w:t>Quỹ</w:t>
            </w:r>
            <w:proofErr w:type="spellEnd"/>
            <w:r w:rsidRPr="004543E3">
              <w:rPr>
                <w:b/>
                <w:bCs/>
              </w:rPr>
              <w:t xml:space="preserve"> </w:t>
            </w:r>
            <w:proofErr w:type="spellStart"/>
            <w:r w:rsidRPr="004543E3">
              <w:rPr>
                <w:b/>
                <w:bCs/>
              </w:rPr>
              <w:t>Phát</w:t>
            </w:r>
            <w:proofErr w:type="spellEnd"/>
            <w:r w:rsidRPr="004543E3">
              <w:rPr>
                <w:b/>
                <w:bCs/>
              </w:rPr>
              <w:t xml:space="preserve"> </w:t>
            </w:r>
            <w:proofErr w:type="spellStart"/>
            <w:r w:rsidRPr="004543E3">
              <w:rPr>
                <w:b/>
                <w:bCs/>
              </w:rPr>
              <w:t>triển</w:t>
            </w:r>
            <w:proofErr w:type="spellEnd"/>
            <w:r w:rsidRPr="004543E3">
              <w:rPr>
                <w:b/>
                <w:bCs/>
              </w:rPr>
              <w:t xml:space="preserve"> khoa </w:t>
            </w:r>
            <w:proofErr w:type="spellStart"/>
            <w:r w:rsidRPr="004543E3">
              <w:rPr>
                <w:b/>
                <w:bCs/>
              </w:rPr>
              <w:t>học</w:t>
            </w:r>
            <w:proofErr w:type="spellEnd"/>
            <w:r w:rsidRPr="004543E3">
              <w:rPr>
                <w:b/>
                <w:bCs/>
              </w:rPr>
              <w:t xml:space="preserve"> </w:t>
            </w:r>
            <w:proofErr w:type="spellStart"/>
            <w:r w:rsidRPr="004543E3">
              <w:rPr>
                <w:b/>
                <w:bCs/>
              </w:rPr>
              <w:t>và</w:t>
            </w:r>
            <w:proofErr w:type="spellEnd"/>
            <w:r w:rsidRPr="004543E3">
              <w:rPr>
                <w:b/>
                <w:bCs/>
              </w:rPr>
              <w:t xml:space="preserve"> </w:t>
            </w:r>
            <w:proofErr w:type="spellStart"/>
            <w:r w:rsidRPr="004543E3">
              <w:rPr>
                <w:b/>
                <w:bCs/>
              </w:rPr>
              <w:t>công</w:t>
            </w:r>
            <w:proofErr w:type="spellEnd"/>
            <w:r w:rsidRPr="004543E3">
              <w:rPr>
                <w:b/>
                <w:bCs/>
              </w:rPr>
              <w:t xml:space="preserve"> </w:t>
            </w:r>
            <w:proofErr w:type="spellStart"/>
            <w:r w:rsidRPr="004543E3">
              <w:rPr>
                <w:b/>
                <w:bCs/>
              </w:rPr>
              <w:t>nghệ</w:t>
            </w:r>
            <w:proofErr w:type="spellEnd"/>
            <w:r w:rsidRPr="004543E3">
              <w:rPr>
                <w:b/>
                <w:bCs/>
              </w:rPr>
              <w:t xml:space="preserve"> Quốc </w:t>
            </w:r>
            <w:proofErr w:type="spellStart"/>
            <w:r w:rsidRPr="004543E3">
              <w:rPr>
                <w:b/>
                <w:bCs/>
              </w:rPr>
              <w:t>gia</w:t>
            </w:r>
            <w:proofErr w:type="spellEnd"/>
            <w:r w:rsidRPr="004543E3">
              <w:rPr>
                <w:b/>
                <w:bCs/>
              </w:rPr>
              <w:t>:</w:t>
            </w:r>
          </w:p>
          <w:p w14:paraId="17470DAF" w14:textId="77777777" w:rsidR="00883EBC" w:rsidRPr="004543E3" w:rsidRDefault="00883EBC" w:rsidP="005664CC">
            <w:pPr>
              <w:spacing w:before="120" w:after="120" w:line="240" w:lineRule="auto"/>
              <w:jc w:val="both"/>
            </w:pPr>
            <w:proofErr w:type="spellStart"/>
            <w:r w:rsidRPr="004543E3">
              <w:t>Về</w:t>
            </w:r>
            <w:proofErr w:type="spellEnd"/>
            <w:r w:rsidRPr="004543E3">
              <w:t xml:space="preserve"> </w:t>
            </w:r>
            <w:proofErr w:type="spellStart"/>
            <w:r w:rsidRPr="004543E3">
              <w:t>chức</w:t>
            </w:r>
            <w:proofErr w:type="spellEnd"/>
            <w:r w:rsidRPr="004543E3">
              <w:t xml:space="preserve"> </w:t>
            </w:r>
            <w:proofErr w:type="spellStart"/>
            <w:r w:rsidRPr="004543E3">
              <w:t>danh</w:t>
            </w:r>
            <w:proofErr w:type="spellEnd"/>
            <w:r w:rsidRPr="004543E3">
              <w:t xml:space="preserve">, </w:t>
            </w:r>
            <w:proofErr w:type="spellStart"/>
            <w:r w:rsidRPr="004543E3">
              <w:t>mã</w:t>
            </w:r>
            <w:proofErr w:type="spellEnd"/>
            <w:r w:rsidRPr="004543E3">
              <w:t xml:space="preserve"> </w:t>
            </w:r>
            <w:proofErr w:type="spellStart"/>
            <w:r w:rsidRPr="004543E3">
              <w:t>số</w:t>
            </w:r>
            <w:proofErr w:type="spellEnd"/>
            <w:r w:rsidRPr="004543E3">
              <w:t xml:space="preserve"> </w:t>
            </w:r>
            <w:proofErr w:type="spellStart"/>
            <w:r w:rsidRPr="004543E3">
              <w:t>ngạch</w:t>
            </w:r>
            <w:proofErr w:type="spellEnd"/>
            <w:r w:rsidRPr="004543E3">
              <w:t xml:space="preserve"> (</w:t>
            </w:r>
            <w:proofErr w:type="spellStart"/>
            <w:r w:rsidRPr="004543E3">
              <w:t>Điều</w:t>
            </w:r>
            <w:proofErr w:type="spellEnd"/>
            <w:r w:rsidRPr="004543E3">
              <w:t xml:space="preserve"> 3): </w:t>
            </w:r>
          </w:p>
          <w:p w14:paraId="69B2040C" w14:textId="1BE4A2FB" w:rsidR="00883EBC" w:rsidRPr="004543E3" w:rsidRDefault="00883EBC" w:rsidP="005664CC">
            <w:pPr>
              <w:spacing w:before="120" w:after="120" w:line="240" w:lineRule="auto"/>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bổ</w:t>
            </w:r>
            <w:proofErr w:type="spellEnd"/>
            <w:r w:rsidRPr="004543E3">
              <w:t xml:space="preserve"> sung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chuyển</w:t>
            </w:r>
            <w:proofErr w:type="spellEnd"/>
            <w:r w:rsidRPr="004543E3">
              <w:t xml:space="preserve"> </w:t>
            </w:r>
            <w:proofErr w:type="spellStart"/>
            <w:r w:rsidRPr="004543E3">
              <w:t>tiếp</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đội</w:t>
            </w:r>
            <w:proofErr w:type="spellEnd"/>
            <w:r w:rsidRPr="004543E3">
              <w:t xml:space="preserve"> </w:t>
            </w:r>
            <w:proofErr w:type="spellStart"/>
            <w:r w:rsidRPr="004543E3">
              <w:t>ngũ</w:t>
            </w:r>
            <w:proofErr w:type="spellEnd"/>
            <w:r w:rsidRPr="004543E3">
              <w:t xml:space="preserve"> </w:t>
            </w:r>
            <w:proofErr w:type="spellStart"/>
            <w:r w:rsidRPr="004543E3">
              <w:t>hiện</w:t>
            </w:r>
            <w:proofErr w:type="spellEnd"/>
            <w:r w:rsidRPr="004543E3">
              <w:t xml:space="preserve"> </w:t>
            </w:r>
            <w:proofErr w:type="spellStart"/>
            <w:r w:rsidRPr="004543E3">
              <w:t>đang</w:t>
            </w:r>
            <w:proofErr w:type="spellEnd"/>
            <w:r w:rsidRPr="004543E3">
              <w:t xml:space="preserve"> </w:t>
            </w:r>
            <w:proofErr w:type="spellStart"/>
            <w:r w:rsidRPr="004543E3">
              <w:t>giữ</w:t>
            </w:r>
            <w:proofErr w:type="spellEnd"/>
            <w:r w:rsidRPr="004543E3">
              <w:t xml:space="preserve"> </w:t>
            </w:r>
            <w:proofErr w:type="spellStart"/>
            <w:r w:rsidRPr="004543E3">
              <w:t>ngạch</w:t>
            </w:r>
            <w:proofErr w:type="spellEnd"/>
            <w:r w:rsidRPr="004543E3">
              <w:t xml:space="preserve"> </w:t>
            </w:r>
            <w:proofErr w:type="spellStart"/>
            <w:r w:rsidRPr="004543E3">
              <w:t>trung</w:t>
            </w:r>
            <w:proofErr w:type="spellEnd"/>
            <w:r w:rsidRPr="004543E3">
              <w:t xml:space="preserve"> </w:t>
            </w:r>
            <w:proofErr w:type="spellStart"/>
            <w:r w:rsidRPr="004543E3">
              <w:t>cấp</w:t>
            </w:r>
            <w:proofErr w:type="spellEnd"/>
            <w:r w:rsidRPr="004543E3">
              <w:t xml:space="preserve"> </w:t>
            </w:r>
            <w:proofErr w:type="spellStart"/>
            <w:r w:rsidRPr="004543E3">
              <w:t>nhằm</w:t>
            </w:r>
            <w:proofErr w:type="spellEnd"/>
            <w:r w:rsidRPr="004543E3">
              <w:t xml:space="preserve"> </w:t>
            </w:r>
            <w:proofErr w:type="spellStart"/>
            <w:r w:rsidRPr="004543E3">
              <w:t>bảo</w:t>
            </w:r>
            <w:proofErr w:type="spellEnd"/>
            <w:r w:rsidRPr="004543E3">
              <w:t xml:space="preserve"> </w:t>
            </w:r>
            <w:proofErr w:type="spellStart"/>
            <w:r w:rsidRPr="004543E3">
              <w:t>đảm</w:t>
            </w:r>
            <w:proofErr w:type="spellEnd"/>
            <w:r w:rsidRPr="004543E3">
              <w:t xml:space="preserve"> </w:t>
            </w:r>
            <w:proofErr w:type="spellStart"/>
            <w:r w:rsidRPr="004543E3">
              <w:t>ổn</w:t>
            </w:r>
            <w:proofErr w:type="spellEnd"/>
            <w:r w:rsidRPr="004543E3">
              <w:t xml:space="preserve"> </w:t>
            </w:r>
            <w:proofErr w:type="spellStart"/>
            <w:r w:rsidRPr="004543E3">
              <w:t>định</w:t>
            </w:r>
            <w:proofErr w:type="spellEnd"/>
            <w:r w:rsidRPr="004543E3">
              <w:t xml:space="preserve"> </w:t>
            </w:r>
            <w:proofErr w:type="spellStart"/>
            <w:r w:rsidRPr="004543E3">
              <w:t>tổ</w:t>
            </w:r>
            <w:proofErr w:type="spellEnd"/>
            <w:r w:rsidRPr="004543E3">
              <w:t xml:space="preserve"> </w:t>
            </w:r>
            <w:proofErr w:type="spellStart"/>
            <w:r w:rsidRPr="004543E3">
              <w:t>chức</w:t>
            </w:r>
            <w:proofErr w:type="spellEnd"/>
            <w:r w:rsidRPr="004543E3">
              <w:t xml:space="preserve"> </w:t>
            </w:r>
            <w:proofErr w:type="spellStart"/>
            <w:r w:rsidRPr="004543E3">
              <w:t>và</w:t>
            </w:r>
            <w:proofErr w:type="spellEnd"/>
            <w:r w:rsidRPr="004543E3">
              <w:t xml:space="preserve"> </w:t>
            </w:r>
            <w:proofErr w:type="spellStart"/>
            <w:r w:rsidRPr="004543E3">
              <w:t>quyền</w:t>
            </w:r>
            <w:proofErr w:type="spellEnd"/>
            <w:r w:rsidRPr="004543E3">
              <w:t xml:space="preserve"> </w:t>
            </w:r>
            <w:proofErr w:type="spellStart"/>
            <w:r w:rsidRPr="004543E3">
              <w:t>lợi</w:t>
            </w:r>
            <w:proofErr w:type="spellEnd"/>
            <w:r w:rsidRPr="004543E3">
              <w:t xml:space="preserve"> </w:t>
            </w:r>
            <w:proofErr w:type="spellStart"/>
            <w:r w:rsidRPr="004543E3">
              <w:t>của</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w:t>
            </w:r>
          </w:p>
        </w:tc>
        <w:tc>
          <w:tcPr>
            <w:tcW w:w="3165" w:type="dxa"/>
          </w:tcPr>
          <w:p w14:paraId="065E9091" w14:textId="77777777" w:rsidR="00883EBC" w:rsidRDefault="00883EBC" w:rsidP="00883EBC">
            <w:pPr>
              <w:spacing w:before="120" w:after="120" w:line="320" w:lineRule="exact"/>
              <w:jc w:val="both"/>
              <w:rPr>
                <w:szCs w:val="26"/>
              </w:rPr>
            </w:pPr>
          </w:p>
          <w:p w14:paraId="6D52389E" w14:textId="552C9C2E" w:rsidR="00883EBC" w:rsidRPr="004543E3" w:rsidRDefault="00883EBC" w:rsidP="00883EBC">
            <w:pPr>
              <w:spacing w:after="120" w:line="320" w:lineRule="exact"/>
              <w:jc w:val="both"/>
              <w:rPr>
                <w:szCs w:val="26"/>
              </w:rPr>
            </w:pPr>
            <w:r>
              <w:rPr>
                <w:szCs w:val="26"/>
              </w:rPr>
              <w:t xml:space="preserve">- </w:t>
            </w:r>
            <w:proofErr w:type="spellStart"/>
            <w:r>
              <w:rPr>
                <w:szCs w:val="26"/>
              </w:rPr>
              <w:t>Tiếp</w:t>
            </w:r>
            <w:proofErr w:type="spellEnd"/>
            <w:r>
              <w:rPr>
                <w:szCs w:val="26"/>
              </w:rPr>
              <w:t xml:space="preserve"> </w:t>
            </w:r>
            <w:proofErr w:type="spellStart"/>
            <w:r>
              <w:rPr>
                <w:szCs w:val="26"/>
              </w:rPr>
              <w:t>thu</w:t>
            </w:r>
            <w:proofErr w:type="spellEnd"/>
            <w:r>
              <w:rPr>
                <w:szCs w:val="26"/>
              </w:rPr>
              <w:t xml:space="preserve"> ý </w:t>
            </w:r>
            <w:proofErr w:type="spellStart"/>
            <w:r>
              <w:rPr>
                <w:szCs w:val="26"/>
              </w:rPr>
              <w:t>kiến</w:t>
            </w:r>
            <w:proofErr w:type="spellEnd"/>
          </w:p>
        </w:tc>
      </w:tr>
      <w:tr w:rsidR="00883EBC" w:rsidRPr="004543E3" w14:paraId="55EC9789" w14:textId="77777777" w:rsidTr="00FF0027">
        <w:tc>
          <w:tcPr>
            <w:tcW w:w="1098" w:type="dxa"/>
          </w:tcPr>
          <w:p w14:paraId="0188C5F1" w14:textId="2B708407" w:rsidR="00883EBC" w:rsidRPr="004543E3" w:rsidRDefault="00883EBC" w:rsidP="00883EBC">
            <w:pPr>
              <w:jc w:val="both"/>
            </w:pPr>
            <w:proofErr w:type="spellStart"/>
            <w:r w:rsidRPr="004543E3">
              <w:t>Điều</w:t>
            </w:r>
            <w:proofErr w:type="spellEnd"/>
            <w:r w:rsidRPr="004543E3">
              <w:t xml:space="preserve"> 4</w:t>
            </w:r>
          </w:p>
        </w:tc>
        <w:tc>
          <w:tcPr>
            <w:tcW w:w="5113" w:type="dxa"/>
          </w:tcPr>
          <w:p w14:paraId="1685C8ED" w14:textId="77777777" w:rsidR="00883EBC" w:rsidRPr="009A71AA" w:rsidRDefault="00883EBC" w:rsidP="00D14A04">
            <w:pPr>
              <w:spacing w:after="0" w:line="240" w:lineRule="auto"/>
              <w:ind w:firstLine="720"/>
              <w:jc w:val="both"/>
              <w:rPr>
                <w:rFonts w:cs="Times New Roman"/>
                <w:spacing w:val="-10"/>
                <w:szCs w:val="26"/>
              </w:rPr>
            </w:pPr>
            <w:proofErr w:type="spellStart"/>
            <w:r w:rsidRPr="009A71AA">
              <w:rPr>
                <w:rFonts w:cs="Times New Roman"/>
                <w:b/>
                <w:bCs/>
                <w:spacing w:val="-10"/>
                <w:szCs w:val="26"/>
              </w:rPr>
              <w:t>Điều</w:t>
            </w:r>
            <w:proofErr w:type="spellEnd"/>
            <w:r w:rsidRPr="009A71AA">
              <w:rPr>
                <w:rFonts w:cs="Times New Roman"/>
                <w:b/>
                <w:bCs/>
                <w:spacing w:val="-10"/>
                <w:szCs w:val="26"/>
              </w:rPr>
              <w:t xml:space="preserve"> 4. </w:t>
            </w:r>
            <w:proofErr w:type="spellStart"/>
            <w:r w:rsidRPr="009A71AA">
              <w:rPr>
                <w:rFonts w:cs="Times New Roman"/>
                <w:b/>
                <w:bCs/>
                <w:spacing w:val="-10"/>
                <w:szCs w:val="26"/>
              </w:rPr>
              <w:t>Tiêu</w:t>
            </w:r>
            <w:proofErr w:type="spellEnd"/>
            <w:r w:rsidRPr="009A71AA">
              <w:rPr>
                <w:rFonts w:cs="Times New Roman"/>
                <w:b/>
                <w:bCs/>
                <w:spacing w:val="-10"/>
                <w:szCs w:val="26"/>
              </w:rPr>
              <w:t xml:space="preserve"> </w:t>
            </w:r>
            <w:proofErr w:type="spellStart"/>
            <w:r w:rsidRPr="009A71AA">
              <w:rPr>
                <w:rFonts w:cs="Times New Roman"/>
                <w:b/>
                <w:bCs/>
                <w:spacing w:val="-10"/>
                <w:szCs w:val="26"/>
              </w:rPr>
              <w:t>chuẩn</w:t>
            </w:r>
            <w:proofErr w:type="spellEnd"/>
            <w:r w:rsidRPr="009A71AA">
              <w:rPr>
                <w:rFonts w:cs="Times New Roman"/>
                <w:b/>
                <w:bCs/>
                <w:spacing w:val="-10"/>
                <w:szCs w:val="26"/>
              </w:rPr>
              <w:t xml:space="preserve"> </w:t>
            </w:r>
            <w:proofErr w:type="spellStart"/>
            <w:r w:rsidRPr="009A71AA">
              <w:rPr>
                <w:rFonts w:cs="Times New Roman"/>
                <w:b/>
                <w:bCs/>
                <w:spacing w:val="-10"/>
                <w:szCs w:val="26"/>
              </w:rPr>
              <w:t>chung</w:t>
            </w:r>
            <w:proofErr w:type="spellEnd"/>
            <w:r w:rsidRPr="009A71AA">
              <w:rPr>
                <w:rFonts w:cs="Times New Roman"/>
                <w:b/>
                <w:bCs/>
                <w:spacing w:val="-10"/>
                <w:szCs w:val="26"/>
              </w:rPr>
              <w:t xml:space="preserve"> </w:t>
            </w:r>
            <w:proofErr w:type="spellStart"/>
            <w:r w:rsidRPr="009A71AA">
              <w:rPr>
                <w:rFonts w:cs="Times New Roman"/>
                <w:b/>
                <w:bCs/>
                <w:spacing w:val="-10"/>
                <w:szCs w:val="26"/>
              </w:rPr>
              <w:t>về</w:t>
            </w:r>
            <w:proofErr w:type="spellEnd"/>
            <w:r w:rsidRPr="009A71AA">
              <w:rPr>
                <w:rFonts w:cs="Times New Roman"/>
                <w:b/>
                <w:bCs/>
                <w:spacing w:val="-10"/>
                <w:szCs w:val="26"/>
              </w:rPr>
              <w:t xml:space="preserve"> </w:t>
            </w:r>
            <w:proofErr w:type="spellStart"/>
            <w:r w:rsidRPr="009A71AA">
              <w:rPr>
                <w:rFonts w:cs="Times New Roman"/>
                <w:b/>
                <w:bCs/>
                <w:spacing w:val="-10"/>
                <w:szCs w:val="26"/>
              </w:rPr>
              <w:t>phẩm</w:t>
            </w:r>
            <w:proofErr w:type="spellEnd"/>
            <w:r w:rsidRPr="009A71AA">
              <w:rPr>
                <w:rFonts w:cs="Times New Roman"/>
                <w:b/>
                <w:bCs/>
                <w:spacing w:val="-10"/>
                <w:szCs w:val="26"/>
              </w:rPr>
              <w:t xml:space="preserve"> </w:t>
            </w:r>
            <w:proofErr w:type="spellStart"/>
            <w:r w:rsidRPr="009A71AA">
              <w:rPr>
                <w:rFonts w:cs="Times New Roman"/>
                <w:b/>
                <w:bCs/>
                <w:spacing w:val="-10"/>
                <w:szCs w:val="26"/>
              </w:rPr>
              <w:t>chất</w:t>
            </w:r>
            <w:proofErr w:type="spellEnd"/>
            <w:r w:rsidRPr="009A71AA">
              <w:rPr>
                <w:rFonts w:cs="Times New Roman"/>
                <w:b/>
                <w:bCs/>
                <w:spacing w:val="-10"/>
                <w:szCs w:val="26"/>
              </w:rPr>
              <w:t xml:space="preserve"> </w:t>
            </w:r>
            <w:proofErr w:type="spellStart"/>
            <w:r w:rsidRPr="009A71AA">
              <w:rPr>
                <w:rFonts w:cs="Times New Roman"/>
                <w:b/>
                <w:bCs/>
                <w:spacing w:val="-10"/>
                <w:szCs w:val="26"/>
              </w:rPr>
              <w:t>chính</w:t>
            </w:r>
            <w:proofErr w:type="spellEnd"/>
            <w:r w:rsidRPr="009A71AA">
              <w:rPr>
                <w:rFonts w:cs="Times New Roman"/>
                <w:b/>
                <w:bCs/>
                <w:spacing w:val="-10"/>
                <w:szCs w:val="26"/>
              </w:rPr>
              <w:t xml:space="preserve"> </w:t>
            </w:r>
            <w:proofErr w:type="spellStart"/>
            <w:r w:rsidRPr="009A71AA">
              <w:rPr>
                <w:rFonts w:cs="Times New Roman"/>
                <w:b/>
                <w:bCs/>
                <w:spacing w:val="-10"/>
                <w:szCs w:val="26"/>
              </w:rPr>
              <w:t>trị</w:t>
            </w:r>
            <w:proofErr w:type="spellEnd"/>
            <w:r w:rsidRPr="009A71AA">
              <w:rPr>
                <w:rFonts w:cs="Times New Roman"/>
                <w:b/>
                <w:bCs/>
                <w:spacing w:val="-10"/>
                <w:szCs w:val="26"/>
              </w:rPr>
              <w:t xml:space="preserve">, </w:t>
            </w:r>
            <w:proofErr w:type="spellStart"/>
            <w:r w:rsidRPr="009A71AA">
              <w:rPr>
                <w:rFonts w:cs="Times New Roman"/>
                <w:b/>
                <w:bCs/>
                <w:spacing w:val="-10"/>
                <w:szCs w:val="26"/>
              </w:rPr>
              <w:t>đạo</w:t>
            </w:r>
            <w:proofErr w:type="spellEnd"/>
            <w:r w:rsidRPr="009A71AA">
              <w:rPr>
                <w:rFonts w:cs="Times New Roman"/>
                <w:b/>
                <w:bCs/>
                <w:spacing w:val="-10"/>
                <w:szCs w:val="26"/>
              </w:rPr>
              <w:t xml:space="preserve"> </w:t>
            </w:r>
            <w:proofErr w:type="spellStart"/>
            <w:r w:rsidRPr="009A71AA">
              <w:rPr>
                <w:rFonts w:cs="Times New Roman"/>
                <w:b/>
                <w:bCs/>
                <w:spacing w:val="-10"/>
                <w:szCs w:val="26"/>
              </w:rPr>
              <w:t>đức</w:t>
            </w:r>
            <w:proofErr w:type="spellEnd"/>
            <w:r w:rsidRPr="009A71AA">
              <w:rPr>
                <w:rFonts w:cs="Times New Roman"/>
                <w:b/>
                <w:bCs/>
                <w:spacing w:val="-10"/>
                <w:szCs w:val="26"/>
              </w:rPr>
              <w:t xml:space="preserve">, </w:t>
            </w:r>
            <w:proofErr w:type="spellStart"/>
            <w:r w:rsidRPr="009A71AA">
              <w:rPr>
                <w:rFonts w:cs="Times New Roman"/>
                <w:b/>
                <w:bCs/>
                <w:spacing w:val="-10"/>
                <w:szCs w:val="26"/>
              </w:rPr>
              <w:t>lối</w:t>
            </w:r>
            <w:proofErr w:type="spellEnd"/>
            <w:r w:rsidRPr="009A71AA">
              <w:rPr>
                <w:rFonts w:cs="Times New Roman"/>
                <w:b/>
                <w:bCs/>
                <w:spacing w:val="-10"/>
                <w:szCs w:val="26"/>
              </w:rPr>
              <w:t xml:space="preserve"> </w:t>
            </w:r>
            <w:proofErr w:type="spellStart"/>
            <w:r w:rsidRPr="009A71AA">
              <w:rPr>
                <w:rFonts w:cs="Times New Roman"/>
                <w:b/>
                <w:bCs/>
                <w:spacing w:val="-10"/>
                <w:szCs w:val="26"/>
              </w:rPr>
              <w:t>sống</w:t>
            </w:r>
            <w:proofErr w:type="spellEnd"/>
          </w:p>
          <w:p w14:paraId="2579F169" w14:textId="77777777" w:rsidR="00883EBC" w:rsidRPr="009A71AA" w:rsidRDefault="00883EBC" w:rsidP="00D14A04">
            <w:pPr>
              <w:spacing w:after="0" w:line="240" w:lineRule="auto"/>
              <w:ind w:firstLine="720"/>
              <w:jc w:val="both"/>
              <w:rPr>
                <w:rFonts w:cs="Times New Roman"/>
                <w:spacing w:val="-10"/>
                <w:szCs w:val="26"/>
              </w:rPr>
            </w:pPr>
            <w:r w:rsidRPr="009A71AA">
              <w:rPr>
                <w:rFonts w:cs="Times New Roman"/>
                <w:spacing w:val="-10"/>
                <w:szCs w:val="26"/>
              </w:rPr>
              <w:t xml:space="preserve">1. </w:t>
            </w:r>
            <w:proofErr w:type="spellStart"/>
            <w:r w:rsidRPr="009A71AA">
              <w:rPr>
                <w:rFonts w:cs="Times New Roman"/>
                <w:spacing w:val="-10"/>
                <w:szCs w:val="26"/>
              </w:rPr>
              <w:t>Có</w:t>
            </w:r>
            <w:proofErr w:type="spellEnd"/>
            <w:r w:rsidRPr="009A71AA">
              <w:rPr>
                <w:rFonts w:cs="Times New Roman"/>
                <w:spacing w:val="-10"/>
                <w:szCs w:val="26"/>
              </w:rPr>
              <w:t xml:space="preserve"> </w:t>
            </w:r>
            <w:proofErr w:type="spellStart"/>
            <w:r w:rsidRPr="009A71AA">
              <w:rPr>
                <w:rFonts w:cs="Times New Roman"/>
                <w:spacing w:val="-10"/>
                <w:szCs w:val="26"/>
              </w:rPr>
              <w:t>quan</w:t>
            </w:r>
            <w:proofErr w:type="spellEnd"/>
            <w:r w:rsidRPr="009A71AA">
              <w:rPr>
                <w:rFonts w:cs="Times New Roman"/>
                <w:spacing w:val="-10"/>
                <w:szCs w:val="26"/>
              </w:rPr>
              <w:t xml:space="preserve"> </w:t>
            </w:r>
            <w:proofErr w:type="spellStart"/>
            <w:r w:rsidRPr="009A71AA">
              <w:rPr>
                <w:rFonts w:cs="Times New Roman"/>
                <w:spacing w:val="-10"/>
                <w:szCs w:val="26"/>
              </w:rPr>
              <w:t>điểm</w:t>
            </w:r>
            <w:proofErr w:type="spellEnd"/>
            <w:r w:rsidRPr="009A71AA">
              <w:rPr>
                <w:rFonts w:cs="Times New Roman"/>
                <w:spacing w:val="-10"/>
                <w:szCs w:val="26"/>
              </w:rPr>
              <w:t xml:space="preserve">, </w:t>
            </w:r>
            <w:proofErr w:type="spellStart"/>
            <w:r w:rsidRPr="009A71AA">
              <w:rPr>
                <w:rFonts w:cs="Times New Roman"/>
                <w:spacing w:val="-10"/>
                <w:szCs w:val="26"/>
              </w:rPr>
              <w:t>bản</w:t>
            </w:r>
            <w:proofErr w:type="spellEnd"/>
            <w:r w:rsidRPr="009A71AA">
              <w:rPr>
                <w:rFonts w:cs="Times New Roman"/>
                <w:spacing w:val="-10"/>
                <w:szCs w:val="26"/>
              </w:rPr>
              <w:t xml:space="preserve"> </w:t>
            </w:r>
            <w:proofErr w:type="spellStart"/>
            <w:r w:rsidRPr="009A71AA">
              <w:rPr>
                <w:rFonts w:cs="Times New Roman"/>
                <w:spacing w:val="-10"/>
                <w:szCs w:val="26"/>
              </w:rPr>
              <w:t>lĩnh</w:t>
            </w:r>
            <w:proofErr w:type="spellEnd"/>
            <w:r w:rsidRPr="009A71AA">
              <w:rPr>
                <w:rFonts w:cs="Times New Roman"/>
                <w:spacing w:val="-10"/>
                <w:szCs w:val="26"/>
              </w:rPr>
              <w:t xml:space="preserve"> </w:t>
            </w:r>
            <w:proofErr w:type="spellStart"/>
            <w:r w:rsidRPr="009A71AA">
              <w:rPr>
                <w:rFonts w:cs="Times New Roman"/>
                <w:spacing w:val="-10"/>
                <w:szCs w:val="26"/>
              </w:rPr>
              <w:t>chính</w:t>
            </w:r>
            <w:proofErr w:type="spellEnd"/>
            <w:r w:rsidRPr="009A71AA">
              <w:rPr>
                <w:rFonts w:cs="Times New Roman"/>
                <w:spacing w:val="-10"/>
                <w:szCs w:val="26"/>
              </w:rPr>
              <w:t xml:space="preserve"> </w:t>
            </w:r>
            <w:proofErr w:type="spellStart"/>
            <w:r w:rsidRPr="009A71AA">
              <w:rPr>
                <w:rFonts w:cs="Times New Roman"/>
                <w:spacing w:val="-10"/>
                <w:szCs w:val="26"/>
              </w:rPr>
              <w:t>trị</w:t>
            </w:r>
            <w:proofErr w:type="spellEnd"/>
            <w:r w:rsidRPr="009A71AA">
              <w:rPr>
                <w:rFonts w:cs="Times New Roman"/>
                <w:spacing w:val="-10"/>
                <w:szCs w:val="26"/>
              </w:rPr>
              <w:t xml:space="preserve"> </w:t>
            </w:r>
            <w:proofErr w:type="spellStart"/>
            <w:r w:rsidRPr="009A71AA">
              <w:rPr>
                <w:rFonts w:cs="Times New Roman"/>
                <w:spacing w:val="-10"/>
                <w:szCs w:val="26"/>
              </w:rPr>
              <w:t>vững</w:t>
            </w:r>
            <w:proofErr w:type="spellEnd"/>
            <w:r w:rsidRPr="009A71AA">
              <w:rPr>
                <w:rFonts w:cs="Times New Roman"/>
                <w:spacing w:val="-10"/>
                <w:szCs w:val="26"/>
              </w:rPr>
              <w:t xml:space="preserve"> </w:t>
            </w:r>
            <w:proofErr w:type="spellStart"/>
            <w:r w:rsidRPr="009A71AA">
              <w:rPr>
                <w:rFonts w:cs="Times New Roman"/>
                <w:spacing w:val="-10"/>
                <w:szCs w:val="26"/>
              </w:rPr>
              <w:t>vàng</w:t>
            </w:r>
            <w:proofErr w:type="spellEnd"/>
            <w:r w:rsidRPr="009A71AA">
              <w:rPr>
                <w:rFonts w:cs="Times New Roman"/>
                <w:spacing w:val="-10"/>
                <w:szCs w:val="26"/>
              </w:rPr>
              <w:t xml:space="preserve">, </w:t>
            </w:r>
            <w:proofErr w:type="spellStart"/>
            <w:r w:rsidRPr="009A71AA">
              <w:rPr>
                <w:rFonts w:cs="Times New Roman"/>
                <w:spacing w:val="-10"/>
                <w:szCs w:val="26"/>
              </w:rPr>
              <w:t>kiên</w:t>
            </w:r>
            <w:proofErr w:type="spellEnd"/>
            <w:r w:rsidRPr="009A71AA">
              <w:rPr>
                <w:rFonts w:cs="Times New Roman"/>
                <w:spacing w:val="-10"/>
                <w:szCs w:val="26"/>
              </w:rPr>
              <w:t xml:space="preserve"> </w:t>
            </w:r>
            <w:proofErr w:type="spellStart"/>
            <w:r w:rsidRPr="009A71AA">
              <w:rPr>
                <w:rFonts w:cs="Times New Roman"/>
                <w:spacing w:val="-10"/>
                <w:szCs w:val="26"/>
              </w:rPr>
              <w:t>định</w:t>
            </w:r>
            <w:proofErr w:type="spellEnd"/>
            <w:r w:rsidRPr="009A71AA">
              <w:rPr>
                <w:rFonts w:cs="Times New Roman"/>
                <w:spacing w:val="-10"/>
                <w:szCs w:val="26"/>
              </w:rPr>
              <w:t xml:space="preserve"> </w:t>
            </w:r>
            <w:proofErr w:type="spellStart"/>
            <w:r w:rsidRPr="009A71AA">
              <w:rPr>
                <w:rFonts w:cs="Times New Roman"/>
                <w:spacing w:val="-10"/>
                <w:szCs w:val="26"/>
              </w:rPr>
              <w:t>với</w:t>
            </w:r>
            <w:proofErr w:type="spellEnd"/>
            <w:r w:rsidRPr="009A71AA">
              <w:rPr>
                <w:rFonts w:cs="Times New Roman"/>
                <w:spacing w:val="-10"/>
                <w:szCs w:val="26"/>
              </w:rPr>
              <w:t xml:space="preserve"> </w:t>
            </w:r>
            <w:proofErr w:type="spellStart"/>
            <w:r w:rsidRPr="009A71AA">
              <w:rPr>
                <w:rFonts w:cs="Times New Roman"/>
                <w:spacing w:val="-10"/>
                <w:szCs w:val="26"/>
              </w:rPr>
              <w:t>chủ</w:t>
            </w:r>
            <w:proofErr w:type="spellEnd"/>
            <w:r w:rsidRPr="009A71AA">
              <w:rPr>
                <w:rFonts w:cs="Times New Roman"/>
                <w:spacing w:val="-10"/>
                <w:szCs w:val="26"/>
              </w:rPr>
              <w:t xml:space="preserve"> </w:t>
            </w:r>
            <w:proofErr w:type="spellStart"/>
            <w:r w:rsidRPr="009A71AA">
              <w:rPr>
                <w:rFonts w:cs="Times New Roman"/>
                <w:spacing w:val="-10"/>
                <w:szCs w:val="26"/>
              </w:rPr>
              <w:t>nghĩa</w:t>
            </w:r>
            <w:proofErr w:type="spellEnd"/>
            <w:r w:rsidRPr="009A71AA">
              <w:rPr>
                <w:rFonts w:cs="Times New Roman"/>
                <w:spacing w:val="-10"/>
                <w:szCs w:val="26"/>
              </w:rPr>
              <w:t xml:space="preserve"> </w:t>
            </w:r>
            <w:proofErr w:type="spellStart"/>
            <w:r w:rsidRPr="009A71AA">
              <w:rPr>
                <w:rFonts w:cs="Times New Roman"/>
                <w:spacing w:val="-10"/>
                <w:szCs w:val="26"/>
              </w:rPr>
              <w:t>Mác</w:t>
            </w:r>
            <w:proofErr w:type="spellEnd"/>
            <w:r w:rsidRPr="009A71AA">
              <w:rPr>
                <w:rFonts w:cs="Times New Roman"/>
                <w:spacing w:val="-10"/>
                <w:szCs w:val="26"/>
              </w:rPr>
              <w:t xml:space="preserve"> - </w:t>
            </w:r>
            <w:proofErr w:type="spellStart"/>
            <w:r w:rsidRPr="009A71AA">
              <w:rPr>
                <w:rFonts w:cs="Times New Roman"/>
                <w:spacing w:val="-10"/>
                <w:szCs w:val="26"/>
              </w:rPr>
              <w:t>Lênin</w:t>
            </w:r>
            <w:proofErr w:type="spellEnd"/>
            <w:r w:rsidRPr="009A71AA">
              <w:rPr>
                <w:rFonts w:cs="Times New Roman"/>
                <w:spacing w:val="-10"/>
                <w:szCs w:val="26"/>
              </w:rPr>
              <w:t xml:space="preserve"> </w:t>
            </w:r>
            <w:proofErr w:type="spellStart"/>
            <w:r w:rsidRPr="009A71AA">
              <w:rPr>
                <w:rFonts w:cs="Times New Roman"/>
                <w:spacing w:val="-10"/>
                <w:szCs w:val="26"/>
              </w:rPr>
              <w:t>và</w:t>
            </w:r>
            <w:proofErr w:type="spellEnd"/>
            <w:r w:rsidRPr="009A71AA">
              <w:rPr>
                <w:rFonts w:cs="Times New Roman"/>
                <w:spacing w:val="-10"/>
                <w:szCs w:val="26"/>
              </w:rPr>
              <w:t xml:space="preserve"> </w:t>
            </w:r>
            <w:proofErr w:type="spellStart"/>
            <w:r w:rsidRPr="009A71AA">
              <w:rPr>
                <w:rFonts w:cs="Times New Roman"/>
                <w:spacing w:val="-10"/>
                <w:szCs w:val="26"/>
              </w:rPr>
              <w:t>tư</w:t>
            </w:r>
            <w:proofErr w:type="spellEnd"/>
            <w:r w:rsidRPr="009A71AA">
              <w:rPr>
                <w:rFonts w:cs="Times New Roman"/>
                <w:spacing w:val="-10"/>
                <w:szCs w:val="26"/>
              </w:rPr>
              <w:t xml:space="preserve"> </w:t>
            </w:r>
            <w:proofErr w:type="spellStart"/>
            <w:r w:rsidRPr="009A71AA">
              <w:rPr>
                <w:rFonts w:cs="Times New Roman"/>
                <w:spacing w:val="-10"/>
                <w:szCs w:val="26"/>
              </w:rPr>
              <w:t>tưởng</w:t>
            </w:r>
            <w:proofErr w:type="spellEnd"/>
            <w:r w:rsidRPr="009A71AA">
              <w:rPr>
                <w:rFonts w:cs="Times New Roman"/>
                <w:spacing w:val="-10"/>
                <w:szCs w:val="26"/>
              </w:rPr>
              <w:t xml:space="preserve"> </w:t>
            </w:r>
            <w:proofErr w:type="spellStart"/>
            <w:r w:rsidRPr="009A71AA">
              <w:rPr>
                <w:rFonts w:cs="Times New Roman"/>
                <w:spacing w:val="-10"/>
                <w:szCs w:val="26"/>
              </w:rPr>
              <w:t>Hồ</w:t>
            </w:r>
            <w:proofErr w:type="spellEnd"/>
            <w:r w:rsidRPr="009A71AA">
              <w:rPr>
                <w:rFonts w:cs="Times New Roman"/>
                <w:spacing w:val="-10"/>
                <w:szCs w:val="26"/>
              </w:rPr>
              <w:t xml:space="preserve"> Chí Minh; </w:t>
            </w:r>
            <w:proofErr w:type="spellStart"/>
            <w:r w:rsidRPr="009A71AA">
              <w:rPr>
                <w:rFonts w:cs="Times New Roman"/>
                <w:spacing w:val="-10"/>
                <w:szCs w:val="26"/>
              </w:rPr>
              <w:t>nắm</w:t>
            </w:r>
            <w:proofErr w:type="spellEnd"/>
            <w:r w:rsidRPr="009A71AA">
              <w:rPr>
                <w:rFonts w:cs="Times New Roman"/>
                <w:spacing w:val="-10"/>
                <w:szCs w:val="26"/>
              </w:rPr>
              <w:t xml:space="preserve"> </w:t>
            </w:r>
            <w:proofErr w:type="spellStart"/>
            <w:r w:rsidRPr="009A71AA">
              <w:rPr>
                <w:rFonts w:cs="Times New Roman"/>
                <w:spacing w:val="-10"/>
                <w:szCs w:val="26"/>
              </w:rPr>
              <w:t>vững</w:t>
            </w:r>
            <w:proofErr w:type="spellEnd"/>
            <w:r w:rsidRPr="009A71AA">
              <w:rPr>
                <w:rFonts w:cs="Times New Roman"/>
                <w:spacing w:val="-10"/>
                <w:szCs w:val="26"/>
              </w:rPr>
              <w:t xml:space="preserve"> </w:t>
            </w:r>
            <w:proofErr w:type="spellStart"/>
            <w:r w:rsidRPr="009A71AA">
              <w:rPr>
                <w:rFonts w:cs="Times New Roman"/>
                <w:spacing w:val="-10"/>
                <w:szCs w:val="26"/>
              </w:rPr>
              <w:t>chủ</w:t>
            </w:r>
            <w:proofErr w:type="spellEnd"/>
            <w:r w:rsidRPr="009A71AA">
              <w:rPr>
                <w:rFonts w:cs="Times New Roman"/>
                <w:spacing w:val="-10"/>
                <w:szCs w:val="26"/>
              </w:rPr>
              <w:t xml:space="preserve"> </w:t>
            </w:r>
            <w:proofErr w:type="spellStart"/>
            <w:r w:rsidRPr="009A71AA">
              <w:rPr>
                <w:rFonts w:cs="Times New Roman"/>
                <w:spacing w:val="-10"/>
                <w:szCs w:val="26"/>
              </w:rPr>
              <w:t>trương</w:t>
            </w:r>
            <w:proofErr w:type="spellEnd"/>
            <w:r w:rsidRPr="009A71AA">
              <w:rPr>
                <w:rFonts w:cs="Times New Roman"/>
                <w:spacing w:val="-10"/>
                <w:szCs w:val="26"/>
              </w:rPr>
              <w:t xml:space="preserve">, </w:t>
            </w:r>
            <w:proofErr w:type="spellStart"/>
            <w:r w:rsidRPr="009A71AA">
              <w:rPr>
                <w:rFonts w:cs="Times New Roman"/>
                <w:spacing w:val="-10"/>
                <w:szCs w:val="26"/>
              </w:rPr>
              <w:t>đường</w:t>
            </w:r>
            <w:proofErr w:type="spellEnd"/>
            <w:r w:rsidRPr="009A71AA">
              <w:rPr>
                <w:rFonts w:cs="Times New Roman"/>
                <w:spacing w:val="-10"/>
                <w:szCs w:val="26"/>
              </w:rPr>
              <w:t xml:space="preserve"> </w:t>
            </w:r>
            <w:proofErr w:type="spellStart"/>
            <w:r w:rsidRPr="009A71AA">
              <w:rPr>
                <w:rFonts w:cs="Times New Roman"/>
                <w:spacing w:val="-10"/>
                <w:szCs w:val="26"/>
              </w:rPr>
              <w:lastRenderedPageBreak/>
              <w:t>lối</w:t>
            </w:r>
            <w:proofErr w:type="spellEnd"/>
            <w:r w:rsidRPr="009A71AA">
              <w:rPr>
                <w:rFonts w:cs="Times New Roman"/>
                <w:spacing w:val="-10"/>
                <w:szCs w:val="26"/>
              </w:rPr>
              <w:t xml:space="preserve">, </w:t>
            </w:r>
            <w:proofErr w:type="spellStart"/>
            <w:r w:rsidRPr="009A71AA">
              <w:rPr>
                <w:rFonts w:cs="Times New Roman"/>
                <w:spacing w:val="-10"/>
                <w:szCs w:val="26"/>
              </w:rPr>
              <w:t>quy</w:t>
            </w:r>
            <w:proofErr w:type="spellEnd"/>
            <w:r w:rsidRPr="009A71AA">
              <w:rPr>
                <w:rFonts w:cs="Times New Roman"/>
                <w:spacing w:val="-10"/>
                <w:szCs w:val="26"/>
              </w:rPr>
              <w:t xml:space="preserve"> </w:t>
            </w:r>
            <w:proofErr w:type="spellStart"/>
            <w:r w:rsidRPr="009A71AA">
              <w:rPr>
                <w:rFonts w:cs="Times New Roman"/>
                <w:spacing w:val="-10"/>
                <w:szCs w:val="26"/>
              </w:rPr>
              <w:t>định</w:t>
            </w:r>
            <w:proofErr w:type="spellEnd"/>
            <w:r w:rsidRPr="009A71AA">
              <w:rPr>
                <w:rFonts w:cs="Times New Roman"/>
                <w:spacing w:val="-10"/>
                <w:szCs w:val="26"/>
              </w:rPr>
              <w:t xml:space="preserve"> </w:t>
            </w:r>
            <w:proofErr w:type="spellStart"/>
            <w:r w:rsidRPr="009A71AA">
              <w:rPr>
                <w:rFonts w:cs="Times New Roman"/>
                <w:spacing w:val="-10"/>
                <w:szCs w:val="26"/>
              </w:rPr>
              <w:t>của</w:t>
            </w:r>
            <w:proofErr w:type="spellEnd"/>
            <w:r w:rsidRPr="009A71AA">
              <w:rPr>
                <w:rFonts w:cs="Times New Roman"/>
                <w:spacing w:val="-10"/>
                <w:szCs w:val="26"/>
              </w:rPr>
              <w:t xml:space="preserve"> Đảng, </w:t>
            </w:r>
            <w:proofErr w:type="spellStart"/>
            <w:r w:rsidRPr="009A71AA">
              <w:rPr>
                <w:rFonts w:cs="Times New Roman"/>
                <w:spacing w:val="-10"/>
                <w:szCs w:val="26"/>
              </w:rPr>
              <w:t>chính</w:t>
            </w:r>
            <w:proofErr w:type="spellEnd"/>
            <w:r w:rsidRPr="009A71AA">
              <w:rPr>
                <w:rFonts w:cs="Times New Roman"/>
                <w:spacing w:val="-10"/>
                <w:szCs w:val="26"/>
              </w:rPr>
              <w:t xml:space="preserve"> </w:t>
            </w:r>
            <w:proofErr w:type="spellStart"/>
            <w:r w:rsidRPr="009A71AA">
              <w:rPr>
                <w:rFonts w:cs="Times New Roman"/>
                <w:spacing w:val="-10"/>
                <w:szCs w:val="26"/>
              </w:rPr>
              <w:t>sách</w:t>
            </w:r>
            <w:proofErr w:type="spellEnd"/>
            <w:r w:rsidRPr="009A71AA">
              <w:rPr>
                <w:rFonts w:cs="Times New Roman"/>
                <w:spacing w:val="-10"/>
                <w:szCs w:val="26"/>
              </w:rPr>
              <w:t xml:space="preserve">, </w:t>
            </w:r>
            <w:proofErr w:type="spellStart"/>
            <w:r w:rsidRPr="009A71AA">
              <w:rPr>
                <w:rFonts w:cs="Times New Roman"/>
                <w:spacing w:val="-10"/>
                <w:szCs w:val="26"/>
              </w:rPr>
              <w:t>pháp</w:t>
            </w:r>
            <w:proofErr w:type="spellEnd"/>
            <w:r w:rsidRPr="009A71AA">
              <w:rPr>
                <w:rFonts w:cs="Times New Roman"/>
                <w:spacing w:val="-10"/>
                <w:szCs w:val="26"/>
              </w:rPr>
              <w:t xml:space="preserve"> </w:t>
            </w:r>
            <w:proofErr w:type="spellStart"/>
            <w:r w:rsidRPr="009A71AA">
              <w:rPr>
                <w:rFonts w:cs="Times New Roman"/>
                <w:spacing w:val="-10"/>
                <w:szCs w:val="26"/>
              </w:rPr>
              <w:t>luật</w:t>
            </w:r>
            <w:proofErr w:type="spellEnd"/>
            <w:r w:rsidRPr="009A71AA">
              <w:rPr>
                <w:rFonts w:cs="Times New Roman"/>
                <w:spacing w:val="-10"/>
                <w:szCs w:val="26"/>
              </w:rPr>
              <w:t xml:space="preserve"> </w:t>
            </w:r>
            <w:proofErr w:type="spellStart"/>
            <w:r w:rsidRPr="009A71AA">
              <w:rPr>
                <w:rFonts w:cs="Times New Roman"/>
                <w:spacing w:val="-10"/>
                <w:szCs w:val="26"/>
              </w:rPr>
              <w:t>của</w:t>
            </w:r>
            <w:proofErr w:type="spellEnd"/>
            <w:r w:rsidRPr="009A71AA">
              <w:rPr>
                <w:rFonts w:cs="Times New Roman"/>
                <w:spacing w:val="-10"/>
                <w:szCs w:val="26"/>
              </w:rPr>
              <w:t xml:space="preserve"> </w:t>
            </w:r>
            <w:proofErr w:type="spellStart"/>
            <w:r w:rsidRPr="009A71AA">
              <w:rPr>
                <w:rFonts w:cs="Times New Roman"/>
                <w:spacing w:val="-10"/>
                <w:szCs w:val="26"/>
              </w:rPr>
              <w:t>Nhà</w:t>
            </w:r>
            <w:proofErr w:type="spellEnd"/>
            <w:r w:rsidRPr="009A71AA">
              <w:rPr>
                <w:rFonts w:cs="Times New Roman"/>
                <w:spacing w:val="-10"/>
                <w:szCs w:val="26"/>
              </w:rPr>
              <w:t xml:space="preserve"> </w:t>
            </w:r>
            <w:proofErr w:type="spellStart"/>
            <w:r w:rsidRPr="009A71AA">
              <w:rPr>
                <w:rFonts w:cs="Times New Roman"/>
                <w:spacing w:val="-10"/>
                <w:szCs w:val="26"/>
              </w:rPr>
              <w:t>nước</w:t>
            </w:r>
            <w:proofErr w:type="spellEnd"/>
            <w:r w:rsidRPr="009A71AA">
              <w:rPr>
                <w:rFonts w:cs="Times New Roman"/>
                <w:spacing w:val="-10"/>
                <w:szCs w:val="26"/>
              </w:rPr>
              <w:t xml:space="preserve">; </w:t>
            </w:r>
            <w:proofErr w:type="spellStart"/>
            <w:r w:rsidRPr="009A71AA">
              <w:rPr>
                <w:rFonts w:cs="Times New Roman"/>
                <w:spacing w:val="-10"/>
                <w:szCs w:val="26"/>
              </w:rPr>
              <w:t>trung</w:t>
            </w:r>
            <w:proofErr w:type="spellEnd"/>
            <w:r w:rsidRPr="009A71AA">
              <w:rPr>
                <w:rFonts w:cs="Times New Roman"/>
                <w:spacing w:val="-10"/>
                <w:szCs w:val="26"/>
              </w:rPr>
              <w:t xml:space="preserve"> </w:t>
            </w:r>
            <w:proofErr w:type="spellStart"/>
            <w:r w:rsidRPr="009A71AA">
              <w:rPr>
                <w:rFonts w:cs="Times New Roman"/>
                <w:spacing w:val="-10"/>
                <w:szCs w:val="26"/>
              </w:rPr>
              <w:t>thành</w:t>
            </w:r>
            <w:proofErr w:type="spellEnd"/>
            <w:r w:rsidRPr="009A71AA">
              <w:rPr>
                <w:rFonts w:cs="Times New Roman"/>
                <w:spacing w:val="-10"/>
                <w:szCs w:val="26"/>
              </w:rPr>
              <w:t xml:space="preserve"> </w:t>
            </w:r>
            <w:proofErr w:type="spellStart"/>
            <w:r w:rsidRPr="009A71AA">
              <w:rPr>
                <w:rFonts w:cs="Times New Roman"/>
                <w:spacing w:val="-10"/>
                <w:szCs w:val="26"/>
              </w:rPr>
              <w:t>với</w:t>
            </w:r>
            <w:proofErr w:type="spellEnd"/>
            <w:r w:rsidRPr="009A71AA">
              <w:rPr>
                <w:rFonts w:cs="Times New Roman"/>
                <w:spacing w:val="-10"/>
                <w:szCs w:val="26"/>
              </w:rPr>
              <w:t xml:space="preserve"> </w:t>
            </w:r>
            <w:proofErr w:type="spellStart"/>
            <w:r w:rsidRPr="009A71AA">
              <w:rPr>
                <w:rFonts w:cs="Times New Roman"/>
                <w:spacing w:val="-10"/>
                <w:szCs w:val="26"/>
              </w:rPr>
              <w:t>Tổ</w:t>
            </w:r>
            <w:proofErr w:type="spellEnd"/>
            <w:r w:rsidRPr="009A71AA">
              <w:rPr>
                <w:rFonts w:cs="Times New Roman"/>
                <w:spacing w:val="-10"/>
                <w:szCs w:val="26"/>
              </w:rPr>
              <w:t xml:space="preserve"> </w:t>
            </w:r>
            <w:proofErr w:type="spellStart"/>
            <w:r w:rsidRPr="009A71AA">
              <w:rPr>
                <w:rFonts w:cs="Times New Roman"/>
                <w:spacing w:val="-10"/>
                <w:szCs w:val="26"/>
              </w:rPr>
              <w:t>quốc</w:t>
            </w:r>
            <w:proofErr w:type="spellEnd"/>
            <w:r w:rsidRPr="009A71AA">
              <w:rPr>
                <w:rFonts w:cs="Times New Roman"/>
                <w:spacing w:val="-10"/>
                <w:szCs w:val="26"/>
              </w:rPr>
              <w:t xml:space="preserve"> </w:t>
            </w:r>
            <w:proofErr w:type="spellStart"/>
            <w:r w:rsidRPr="009A71AA">
              <w:rPr>
                <w:rFonts w:cs="Times New Roman"/>
                <w:spacing w:val="-10"/>
                <w:szCs w:val="26"/>
              </w:rPr>
              <w:t>và</w:t>
            </w:r>
            <w:proofErr w:type="spellEnd"/>
            <w:r w:rsidRPr="009A71AA">
              <w:rPr>
                <w:rFonts w:cs="Times New Roman"/>
                <w:spacing w:val="-10"/>
                <w:szCs w:val="26"/>
              </w:rPr>
              <w:t xml:space="preserve"> </w:t>
            </w:r>
            <w:proofErr w:type="spellStart"/>
            <w:r w:rsidRPr="009A71AA">
              <w:rPr>
                <w:rFonts w:cs="Times New Roman"/>
                <w:spacing w:val="-10"/>
                <w:szCs w:val="26"/>
              </w:rPr>
              <w:t>tuân</w:t>
            </w:r>
            <w:proofErr w:type="spellEnd"/>
            <w:r w:rsidRPr="009A71AA">
              <w:rPr>
                <w:rFonts w:cs="Times New Roman"/>
                <w:spacing w:val="-10"/>
                <w:szCs w:val="26"/>
              </w:rPr>
              <w:t xml:space="preserve"> </w:t>
            </w:r>
            <w:proofErr w:type="spellStart"/>
            <w:r w:rsidRPr="009A71AA">
              <w:rPr>
                <w:rFonts w:cs="Times New Roman"/>
                <w:spacing w:val="-10"/>
                <w:szCs w:val="26"/>
              </w:rPr>
              <w:t>thủ</w:t>
            </w:r>
            <w:proofErr w:type="spellEnd"/>
            <w:r w:rsidRPr="009A71AA">
              <w:rPr>
                <w:rFonts w:cs="Times New Roman"/>
                <w:spacing w:val="-10"/>
                <w:szCs w:val="26"/>
              </w:rPr>
              <w:t xml:space="preserve"> </w:t>
            </w:r>
            <w:proofErr w:type="spellStart"/>
            <w:r w:rsidRPr="009A71AA">
              <w:rPr>
                <w:rFonts w:cs="Times New Roman"/>
                <w:spacing w:val="-10"/>
                <w:szCs w:val="26"/>
              </w:rPr>
              <w:t>Hiến</w:t>
            </w:r>
            <w:proofErr w:type="spellEnd"/>
            <w:r w:rsidRPr="009A71AA">
              <w:rPr>
                <w:rFonts w:cs="Times New Roman"/>
                <w:spacing w:val="-10"/>
                <w:szCs w:val="26"/>
              </w:rPr>
              <w:t xml:space="preserve"> </w:t>
            </w:r>
            <w:proofErr w:type="spellStart"/>
            <w:r w:rsidRPr="009A71AA">
              <w:rPr>
                <w:rFonts w:cs="Times New Roman"/>
                <w:spacing w:val="-10"/>
                <w:szCs w:val="26"/>
              </w:rPr>
              <w:t>pháp</w:t>
            </w:r>
            <w:proofErr w:type="spellEnd"/>
            <w:r w:rsidRPr="009A71AA">
              <w:rPr>
                <w:rFonts w:cs="Times New Roman"/>
                <w:spacing w:val="-10"/>
                <w:szCs w:val="26"/>
              </w:rPr>
              <w:t xml:space="preserve"> </w:t>
            </w:r>
            <w:proofErr w:type="spellStart"/>
            <w:r w:rsidRPr="009A71AA">
              <w:rPr>
                <w:rFonts w:cs="Times New Roman"/>
                <w:spacing w:val="-10"/>
                <w:szCs w:val="26"/>
              </w:rPr>
              <w:t>nước</w:t>
            </w:r>
            <w:proofErr w:type="spellEnd"/>
            <w:r w:rsidRPr="009A71AA">
              <w:rPr>
                <w:rFonts w:cs="Times New Roman"/>
                <w:spacing w:val="-10"/>
                <w:szCs w:val="26"/>
              </w:rPr>
              <w:t xml:space="preserve"> </w:t>
            </w:r>
            <w:proofErr w:type="spellStart"/>
            <w:r w:rsidRPr="009A71AA">
              <w:rPr>
                <w:rFonts w:cs="Times New Roman"/>
                <w:spacing w:val="-10"/>
                <w:szCs w:val="26"/>
              </w:rPr>
              <w:t>Cộng</w:t>
            </w:r>
            <w:proofErr w:type="spellEnd"/>
            <w:r w:rsidRPr="009A71AA">
              <w:rPr>
                <w:rFonts w:cs="Times New Roman"/>
                <w:spacing w:val="-10"/>
                <w:szCs w:val="26"/>
              </w:rPr>
              <w:t xml:space="preserve"> </w:t>
            </w:r>
            <w:proofErr w:type="spellStart"/>
            <w:r w:rsidRPr="009A71AA">
              <w:rPr>
                <w:rFonts w:cs="Times New Roman"/>
                <w:spacing w:val="-10"/>
                <w:szCs w:val="26"/>
              </w:rPr>
              <w:t>hòa</w:t>
            </w:r>
            <w:proofErr w:type="spellEnd"/>
            <w:r w:rsidRPr="009A71AA">
              <w:rPr>
                <w:rFonts w:cs="Times New Roman"/>
                <w:spacing w:val="-10"/>
                <w:szCs w:val="26"/>
              </w:rPr>
              <w:t xml:space="preserve"> </w:t>
            </w:r>
            <w:proofErr w:type="spellStart"/>
            <w:r w:rsidRPr="009A71AA">
              <w:rPr>
                <w:rFonts w:cs="Times New Roman"/>
                <w:spacing w:val="-10"/>
                <w:szCs w:val="26"/>
              </w:rPr>
              <w:t>xã</w:t>
            </w:r>
            <w:proofErr w:type="spellEnd"/>
            <w:r w:rsidRPr="009A71AA">
              <w:rPr>
                <w:rFonts w:cs="Times New Roman"/>
                <w:spacing w:val="-10"/>
                <w:szCs w:val="26"/>
              </w:rPr>
              <w:t xml:space="preserve"> </w:t>
            </w:r>
            <w:proofErr w:type="spellStart"/>
            <w:r w:rsidRPr="009A71AA">
              <w:rPr>
                <w:rFonts w:cs="Times New Roman"/>
                <w:spacing w:val="-10"/>
                <w:szCs w:val="26"/>
              </w:rPr>
              <w:t>hội</w:t>
            </w:r>
            <w:proofErr w:type="spellEnd"/>
            <w:r w:rsidRPr="009A71AA">
              <w:rPr>
                <w:rFonts w:cs="Times New Roman"/>
                <w:spacing w:val="-10"/>
                <w:szCs w:val="26"/>
              </w:rPr>
              <w:t xml:space="preserve"> </w:t>
            </w:r>
            <w:proofErr w:type="spellStart"/>
            <w:r w:rsidRPr="009A71AA">
              <w:rPr>
                <w:rFonts w:cs="Times New Roman"/>
                <w:spacing w:val="-10"/>
                <w:szCs w:val="26"/>
              </w:rPr>
              <w:t>chủ</w:t>
            </w:r>
            <w:proofErr w:type="spellEnd"/>
            <w:r w:rsidRPr="009A71AA">
              <w:rPr>
                <w:rFonts w:cs="Times New Roman"/>
                <w:spacing w:val="-10"/>
                <w:szCs w:val="26"/>
              </w:rPr>
              <w:t xml:space="preserve"> </w:t>
            </w:r>
            <w:proofErr w:type="spellStart"/>
            <w:r w:rsidRPr="009A71AA">
              <w:rPr>
                <w:rFonts w:cs="Times New Roman"/>
                <w:spacing w:val="-10"/>
                <w:szCs w:val="26"/>
              </w:rPr>
              <w:t>nghĩa</w:t>
            </w:r>
            <w:proofErr w:type="spellEnd"/>
            <w:r w:rsidRPr="009A71AA">
              <w:rPr>
                <w:rFonts w:cs="Times New Roman"/>
                <w:spacing w:val="-10"/>
                <w:szCs w:val="26"/>
              </w:rPr>
              <w:t xml:space="preserve"> Việt Nam; </w:t>
            </w:r>
            <w:proofErr w:type="spellStart"/>
            <w:r w:rsidRPr="009A71AA">
              <w:rPr>
                <w:rFonts w:cs="Times New Roman"/>
                <w:spacing w:val="-10"/>
                <w:szCs w:val="26"/>
              </w:rPr>
              <w:t>bảo</w:t>
            </w:r>
            <w:proofErr w:type="spellEnd"/>
            <w:r w:rsidRPr="009A71AA">
              <w:rPr>
                <w:rFonts w:cs="Times New Roman"/>
                <w:spacing w:val="-10"/>
                <w:szCs w:val="26"/>
              </w:rPr>
              <w:t xml:space="preserve"> </w:t>
            </w:r>
            <w:proofErr w:type="spellStart"/>
            <w:r w:rsidRPr="009A71AA">
              <w:rPr>
                <w:rFonts w:cs="Times New Roman"/>
                <w:spacing w:val="-10"/>
                <w:szCs w:val="26"/>
              </w:rPr>
              <w:t>vệ</w:t>
            </w:r>
            <w:proofErr w:type="spellEnd"/>
            <w:r w:rsidRPr="009A71AA">
              <w:rPr>
                <w:rFonts w:cs="Times New Roman"/>
                <w:spacing w:val="-10"/>
                <w:szCs w:val="26"/>
              </w:rPr>
              <w:t xml:space="preserve"> </w:t>
            </w:r>
            <w:proofErr w:type="spellStart"/>
            <w:r w:rsidRPr="009A71AA">
              <w:rPr>
                <w:rFonts w:cs="Times New Roman"/>
                <w:spacing w:val="-10"/>
                <w:szCs w:val="26"/>
              </w:rPr>
              <w:t>lợi</w:t>
            </w:r>
            <w:proofErr w:type="spellEnd"/>
            <w:r w:rsidRPr="009A71AA">
              <w:rPr>
                <w:rFonts w:cs="Times New Roman"/>
                <w:spacing w:val="-10"/>
                <w:szCs w:val="26"/>
              </w:rPr>
              <w:t xml:space="preserve"> </w:t>
            </w:r>
            <w:proofErr w:type="spellStart"/>
            <w:r w:rsidRPr="009A71AA">
              <w:rPr>
                <w:rFonts w:cs="Times New Roman"/>
                <w:spacing w:val="-10"/>
                <w:szCs w:val="26"/>
              </w:rPr>
              <w:t>ích</w:t>
            </w:r>
            <w:proofErr w:type="spellEnd"/>
            <w:r w:rsidRPr="009A71AA">
              <w:rPr>
                <w:rFonts w:cs="Times New Roman"/>
                <w:spacing w:val="-10"/>
                <w:szCs w:val="26"/>
              </w:rPr>
              <w:t xml:space="preserve"> </w:t>
            </w:r>
            <w:proofErr w:type="spellStart"/>
            <w:r w:rsidRPr="009A71AA">
              <w:rPr>
                <w:rFonts w:cs="Times New Roman"/>
                <w:spacing w:val="-10"/>
                <w:szCs w:val="26"/>
              </w:rPr>
              <w:t>của</w:t>
            </w:r>
            <w:proofErr w:type="spellEnd"/>
            <w:r w:rsidRPr="009A71AA">
              <w:rPr>
                <w:rFonts w:cs="Times New Roman"/>
                <w:spacing w:val="-10"/>
                <w:szCs w:val="26"/>
              </w:rPr>
              <w:t xml:space="preserve"> </w:t>
            </w:r>
            <w:proofErr w:type="spellStart"/>
            <w:r w:rsidRPr="009A71AA">
              <w:rPr>
                <w:rFonts w:cs="Times New Roman"/>
                <w:spacing w:val="-10"/>
                <w:szCs w:val="26"/>
              </w:rPr>
              <w:t>quốc</w:t>
            </w:r>
            <w:proofErr w:type="spellEnd"/>
            <w:r w:rsidRPr="009A71AA">
              <w:rPr>
                <w:rFonts w:cs="Times New Roman"/>
                <w:spacing w:val="-10"/>
                <w:szCs w:val="26"/>
              </w:rPr>
              <w:t xml:space="preserve"> </w:t>
            </w:r>
            <w:proofErr w:type="spellStart"/>
            <w:r w:rsidRPr="009A71AA">
              <w:rPr>
                <w:rFonts w:cs="Times New Roman"/>
                <w:spacing w:val="-10"/>
                <w:szCs w:val="26"/>
              </w:rPr>
              <w:t>gia</w:t>
            </w:r>
            <w:proofErr w:type="spellEnd"/>
            <w:r w:rsidRPr="009A71AA">
              <w:rPr>
                <w:rFonts w:cs="Times New Roman"/>
                <w:spacing w:val="-10"/>
                <w:szCs w:val="26"/>
              </w:rPr>
              <w:t xml:space="preserve">, </w:t>
            </w:r>
            <w:proofErr w:type="spellStart"/>
            <w:r w:rsidRPr="009A71AA">
              <w:rPr>
                <w:rFonts w:cs="Times New Roman"/>
                <w:spacing w:val="-10"/>
                <w:szCs w:val="26"/>
              </w:rPr>
              <w:t>dân</w:t>
            </w:r>
            <w:proofErr w:type="spellEnd"/>
            <w:r w:rsidRPr="009A71AA">
              <w:rPr>
                <w:rFonts w:cs="Times New Roman"/>
                <w:spacing w:val="-10"/>
                <w:szCs w:val="26"/>
              </w:rPr>
              <w:t xml:space="preserve"> </w:t>
            </w:r>
            <w:proofErr w:type="spellStart"/>
            <w:r w:rsidRPr="009A71AA">
              <w:rPr>
                <w:rFonts w:cs="Times New Roman"/>
                <w:spacing w:val="-10"/>
                <w:szCs w:val="26"/>
              </w:rPr>
              <w:t>tộc</w:t>
            </w:r>
            <w:proofErr w:type="spellEnd"/>
            <w:r w:rsidRPr="009A71AA">
              <w:rPr>
                <w:rFonts w:cs="Times New Roman"/>
                <w:spacing w:val="-10"/>
                <w:szCs w:val="26"/>
              </w:rPr>
              <w:t xml:space="preserve"> </w:t>
            </w:r>
            <w:proofErr w:type="spellStart"/>
            <w:r w:rsidRPr="009A71AA">
              <w:rPr>
                <w:rFonts w:cs="Times New Roman"/>
                <w:spacing w:val="-10"/>
                <w:szCs w:val="26"/>
              </w:rPr>
              <w:t>và</w:t>
            </w:r>
            <w:proofErr w:type="spellEnd"/>
            <w:r w:rsidRPr="009A71AA">
              <w:rPr>
                <w:rFonts w:cs="Times New Roman"/>
                <w:spacing w:val="-10"/>
                <w:szCs w:val="26"/>
              </w:rPr>
              <w:t xml:space="preserve"> </w:t>
            </w:r>
            <w:proofErr w:type="spellStart"/>
            <w:r w:rsidRPr="009A71AA">
              <w:rPr>
                <w:rFonts w:cs="Times New Roman"/>
                <w:spacing w:val="-10"/>
                <w:szCs w:val="26"/>
              </w:rPr>
              <w:t>nhân</w:t>
            </w:r>
            <w:proofErr w:type="spellEnd"/>
            <w:r w:rsidRPr="009A71AA">
              <w:rPr>
                <w:rFonts w:cs="Times New Roman"/>
                <w:spacing w:val="-10"/>
                <w:szCs w:val="26"/>
              </w:rPr>
              <w:t xml:space="preserve"> </w:t>
            </w:r>
            <w:proofErr w:type="spellStart"/>
            <w:r w:rsidRPr="009A71AA">
              <w:rPr>
                <w:rFonts w:cs="Times New Roman"/>
                <w:spacing w:val="-10"/>
                <w:szCs w:val="26"/>
              </w:rPr>
              <w:t>dân</w:t>
            </w:r>
            <w:proofErr w:type="spellEnd"/>
            <w:r w:rsidRPr="009A71AA">
              <w:rPr>
                <w:rFonts w:cs="Times New Roman"/>
                <w:spacing w:val="-10"/>
                <w:szCs w:val="26"/>
              </w:rPr>
              <w:t>.</w:t>
            </w:r>
          </w:p>
          <w:p w14:paraId="522EFD4B" w14:textId="77777777" w:rsidR="00883EBC" w:rsidRPr="009A71AA" w:rsidRDefault="00883EBC" w:rsidP="00D14A04">
            <w:pPr>
              <w:spacing w:after="0" w:line="240" w:lineRule="auto"/>
              <w:ind w:firstLine="720"/>
              <w:jc w:val="both"/>
              <w:rPr>
                <w:rFonts w:cs="Times New Roman"/>
                <w:spacing w:val="-10"/>
                <w:szCs w:val="26"/>
              </w:rPr>
            </w:pPr>
            <w:r w:rsidRPr="009A71AA">
              <w:rPr>
                <w:rFonts w:cs="Times New Roman"/>
                <w:spacing w:val="-10"/>
                <w:szCs w:val="26"/>
              </w:rPr>
              <w:t xml:space="preserve">2. </w:t>
            </w:r>
            <w:proofErr w:type="spellStart"/>
            <w:r w:rsidRPr="009A71AA">
              <w:rPr>
                <w:rFonts w:cs="Times New Roman"/>
                <w:spacing w:val="-10"/>
                <w:szCs w:val="26"/>
              </w:rPr>
              <w:t>Thực</w:t>
            </w:r>
            <w:proofErr w:type="spellEnd"/>
            <w:r w:rsidRPr="009A71AA">
              <w:rPr>
                <w:rFonts w:cs="Times New Roman"/>
                <w:spacing w:val="-10"/>
                <w:szCs w:val="26"/>
              </w:rPr>
              <w:t xml:space="preserve"> </w:t>
            </w:r>
            <w:proofErr w:type="spellStart"/>
            <w:r w:rsidRPr="009A71AA">
              <w:rPr>
                <w:rFonts w:cs="Times New Roman"/>
                <w:spacing w:val="-10"/>
                <w:szCs w:val="26"/>
              </w:rPr>
              <w:t>hiện</w:t>
            </w:r>
            <w:proofErr w:type="spellEnd"/>
            <w:r w:rsidRPr="009A71AA">
              <w:rPr>
                <w:rFonts w:cs="Times New Roman"/>
                <w:spacing w:val="-10"/>
                <w:szCs w:val="26"/>
              </w:rPr>
              <w:t xml:space="preserve"> </w:t>
            </w:r>
            <w:proofErr w:type="spellStart"/>
            <w:r w:rsidRPr="009A71AA">
              <w:rPr>
                <w:rFonts w:cs="Times New Roman"/>
                <w:spacing w:val="-10"/>
                <w:szCs w:val="26"/>
              </w:rPr>
              <w:t>đầy</w:t>
            </w:r>
            <w:proofErr w:type="spellEnd"/>
            <w:r w:rsidRPr="009A71AA">
              <w:rPr>
                <w:rFonts w:cs="Times New Roman"/>
                <w:spacing w:val="-10"/>
                <w:szCs w:val="26"/>
              </w:rPr>
              <w:t xml:space="preserve"> </w:t>
            </w:r>
            <w:proofErr w:type="spellStart"/>
            <w:r w:rsidRPr="009A71AA">
              <w:rPr>
                <w:rFonts w:cs="Times New Roman"/>
                <w:spacing w:val="-10"/>
                <w:szCs w:val="26"/>
              </w:rPr>
              <w:t>đủ</w:t>
            </w:r>
            <w:proofErr w:type="spellEnd"/>
            <w:r w:rsidRPr="009A71AA">
              <w:rPr>
                <w:rFonts w:cs="Times New Roman"/>
                <w:spacing w:val="-10"/>
                <w:szCs w:val="26"/>
              </w:rPr>
              <w:t xml:space="preserve"> </w:t>
            </w:r>
            <w:proofErr w:type="spellStart"/>
            <w:r w:rsidRPr="009A71AA">
              <w:rPr>
                <w:rFonts w:cs="Times New Roman"/>
                <w:spacing w:val="-10"/>
                <w:szCs w:val="26"/>
              </w:rPr>
              <w:t>nghĩa</w:t>
            </w:r>
            <w:proofErr w:type="spellEnd"/>
            <w:r w:rsidRPr="009A71AA">
              <w:rPr>
                <w:rFonts w:cs="Times New Roman"/>
                <w:spacing w:val="-10"/>
                <w:szCs w:val="26"/>
              </w:rPr>
              <w:t xml:space="preserve"> </w:t>
            </w:r>
            <w:proofErr w:type="spellStart"/>
            <w:r w:rsidRPr="009A71AA">
              <w:rPr>
                <w:rFonts w:cs="Times New Roman"/>
                <w:spacing w:val="-10"/>
                <w:szCs w:val="26"/>
              </w:rPr>
              <w:t>vụ</w:t>
            </w:r>
            <w:proofErr w:type="spellEnd"/>
            <w:r w:rsidRPr="009A71AA">
              <w:rPr>
                <w:rFonts w:cs="Times New Roman"/>
                <w:spacing w:val="-10"/>
                <w:szCs w:val="26"/>
              </w:rPr>
              <w:t xml:space="preserve"> </w:t>
            </w:r>
            <w:proofErr w:type="spellStart"/>
            <w:r w:rsidRPr="009A71AA">
              <w:rPr>
                <w:rFonts w:cs="Times New Roman"/>
                <w:spacing w:val="-10"/>
                <w:szCs w:val="26"/>
              </w:rPr>
              <w:t>của</w:t>
            </w:r>
            <w:proofErr w:type="spellEnd"/>
            <w:r w:rsidRPr="009A71AA">
              <w:rPr>
                <w:rFonts w:cs="Times New Roman"/>
                <w:spacing w:val="-10"/>
                <w:szCs w:val="26"/>
              </w:rPr>
              <w:t xml:space="preserve"> </w:t>
            </w:r>
            <w:proofErr w:type="spellStart"/>
            <w:r w:rsidRPr="009A71AA">
              <w:rPr>
                <w:rFonts w:cs="Times New Roman"/>
                <w:spacing w:val="-10"/>
                <w:szCs w:val="26"/>
              </w:rPr>
              <w:t>công</w:t>
            </w:r>
            <w:proofErr w:type="spellEnd"/>
            <w:r w:rsidRPr="009A71AA">
              <w:rPr>
                <w:rFonts w:cs="Times New Roman"/>
                <w:spacing w:val="-10"/>
                <w:szCs w:val="26"/>
              </w:rPr>
              <w:t xml:space="preserve"> </w:t>
            </w:r>
            <w:proofErr w:type="spellStart"/>
            <w:r w:rsidRPr="009A71AA">
              <w:rPr>
                <w:rFonts w:cs="Times New Roman"/>
                <w:spacing w:val="-10"/>
                <w:szCs w:val="26"/>
              </w:rPr>
              <w:t>chức</w:t>
            </w:r>
            <w:proofErr w:type="spellEnd"/>
            <w:r w:rsidRPr="009A71AA">
              <w:rPr>
                <w:rFonts w:cs="Times New Roman"/>
                <w:spacing w:val="-10"/>
                <w:szCs w:val="26"/>
              </w:rPr>
              <w:t xml:space="preserve">, </w:t>
            </w:r>
            <w:proofErr w:type="spellStart"/>
            <w:r w:rsidRPr="009A71AA">
              <w:rPr>
                <w:rFonts w:cs="Times New Roman"/>
                <w:spacing w:val="-10"/>
                <w:szCs w:val="26"/>
              </w:rPr>
              <w:t>viên</w:t>
            </w:r>
            <w:proofErr w:type="spellEnd"/>
            <w:r w:rsidRPr="009A71AA">
              <w:rPr>
                <w:rFonts w:cs="Times New Roman"/>
                <w:spacing w:val="-10"/>
                <w:szCs w:val="26"/>
              </w:rPr>
              <w:t xml:space="preserve"> </w:t>
            </w:r>
            <w:proofErr w:type="spellStart"/>
            <w:r w:rsidRPr="009A71AA">
              <w:rPr>
                <w:rFonts w:cs="Times New Roman"/>
                <w:spacing w:val="-10"/>
                <w:szCs w:val="26"/>
              </w:rPr>
              <w:t>chức</w:t>
            </w:r>
            <w:proofErr w:type="spellEnd"/>
            <w:r w:rsidRPr="009A71AA">
              <w:rPr>
                <w:rFonts w:cs="Times New Roman"/>
                <w:spacing w:val="-10"/>
                <w:szCs w:val="26"/>
              </w:rPr>
              <w:t xml:space="preserve"> </w:t>
            </w:r>
            <w:proofErr w:type="spellStart"/>
            <w:r w:rsidRPr="009A71AA">
              <w:rPr>
                <w:rFonts w:cs="Times New Roman"/>
                <w:spacing w:val="-10"/>
                <w:szCs w:val="26"/>
              </w:rPr>
              <w:t>theo</w:t>
            </w:r>
            <w:proofErr w:type="spellEnd"/>
            <w:r w:rsidRPr="009A71AA">
              <w:rPr>
                <w:rFonts w:cs="Times New Roman"/>
                <w:spacing w:val="-10"/>
                <w:szCs w:val="26"/>
              </w:rPr>
              <w:t xml:space="preserve"> </w:t>
            </w:r>
            <w:proofErr w:type="spellStart"/>
            <w:r w:rsidRPr="009A71AA">
              <w:rPr>
                <w:rFonts w:cs="Times New Roman"/>
                <w:spacing w:val="-10"/>
                <w:szCs w:val="26"/>
              </w:rPr>
              <w:t>quy</w:t>
            </w:r>
            <w:proofErr w:type="spellEnd"/>
            <w:r w:rsidRPr="009A71AA">
              <w:rPr>
                <w:rFonts w:cs="Times New Roman"/>
                <w:spacing w:val="-10"/>
                <w:szCs w:val="26"/>
              </w:rPr>
              <w:t xml:space="preserve"> </w:t>
            </w:r>
            <w:proofErr w:type="spellStart"/>
            <w:r w:rsidRPr="009A71AA">
              <w:rPr>
                <w:rFonts w:cs="Times New Roman"/>
                <w:spacing w:val="-10"/>
                <w:szCs w:val="26"/>
              </w:rPr>
              <w:t>định</w:t>
            </w:r>
            <w:proofErr w:type="spellEnd"/>
            <w:r w:rsidRPr="009A71AA">
              <w:rPr>
                <w:rFonts w:cs="Times New Roman"/>
                <w:spacing w:val="-10"/>
                <w:szCs w:val="26"/>
              </w:rPr>
              <w:t xml:space="preserve"> </w:t>
            </w:r>
            <w:proofErr w:type="spellStart"/>
            <w:r w:rsidRPr="009A71AA">
              <w:rPr>
                <w:rFonts w:cs="Times New Roman"/>
                <w:spacing w:val="-10"/>
                <w:szCs w:val="26"/>
              </w:rPr>
              <w:t>của</w:t>
            </w:r>
            <w:proofErr w:type="spellEnd"/>
            <w:r w:rsidRPr="009A71AA">
              <w:rPr>
                <w:rFonts w:cs="Times New Roman"/>
                <w:spacing w:val="-10"/>
                <w:szCs w:val="26"/>
              </w:rPr>
              <w:t xml:space="preserve"> </w:t>
            </w:r>
            <w:proofErr w:type="spellStart"/>
            <w:r w:rsidRPr="009A71AA">
              <w:rPr>
                <w:rFonts w:cs="Times New Roman"/>
                <w:spacing w:val="-10"/>
                <w:szCs w:val="26"/>
              </w:rPr>
              <w:t>pháp</w:t>
            </w:r>
            <w:proofErr w:type="spellEnd"/>
            <w:r w:rsidRPr="009A71AA">
              <w:rPr>
                <w:rFonts w:cs="Times New Roman"/>
                <w:spacing w:val="-10"/>
                <w:szCs w:val="26"/>
              </w:rPr>
              <w:t xml:space="preserve"> </w:t>
            </w:r>
            <w:proofErr w:type="spellStart"/>
            <w:r w:rsidRPr="009A71AA">
              <w:rPr>
                <w:rFonts w:cs="Times New Roman"/>
                <w:spacing w:val="-10"/>
                <w:szCs w:val="26"/>
              </w:rPr>
              <w:t>luật</w:t>
            </w:r>
            <w:proofErr w:type="spellEnd"/>
            <w:r w:rsidRPr="009A71AA">
              <w:rPr>
                <w:rFonts w:cs="Times New Roman"/>
                <w:spacing w:val="-10"/>
                <w:szCs w:val="26"/>
              </w:rPr>
              <w:t xml:space="preserve">; </w:t>
            </w:r>
            <w:proofErr w:type="spellStart"/>
            <w:r w:rsidRPr="009A71AA">
              <w:rPr>
                <w:rFonts w:cs="Times New Roman"/>
                <w:spacing w:val="-10"/>
                <w:szCs w:val="26"/>
              </w:rPr>
              <w:t>tuân</w:t>
            </w:r>
            <w:proofErr w:type="spellEnd"/>
            <w:r w:rsidRPr="009A71AA">
              <w:rPr>
                <w:rFonts w:cs="Times New Roman"/>
                <w:spacing w:val="-10"/>
                <w:szCs w:val="26"/>
              </w:rPr>
              <w:t xml:space="preserve"> </w:t>
            </w:r>
            <w:proofErr w:type="spellStart"/>
            <w:r w:rsidRPr="009A71AA">
              <w:rPr>
                <w:rFonts w:cs="Times New Roman"/>
                <w:spacing w:val="-10"/>
                <w:szCs w:val="26"/>
              </w:rPr>
              <w:t>thủ</w:t>
            </w:r>
            <w:proofErr w:type="spellEnd"/>
            <w:r w:rsidRPr="009A71AA">
              <w:rPr>
                <w:rFonts w:cs="Times New Roman"/>
                <w:spacing w:val="-10"/>
                <w:szCs w:val="26"/>
              </w:rPr>
              <w:t xml:space="preserve"> </w:t>
            </w:r>
            <w:proofErr w:type="spellStart"/>
            <w:r w:rsidRPr="009A71AA">
              <w:rPr>
                <w:rFonts w:cs="Times New Roman"/>
                <w:spacing w:val="-10"/>
                <w:szCs w:val="26"/>
              </w:rPr>
              <w:t>pháp</w:t>
            </w:r>
            <w:proofErr w:type="spellEnd"/>
            <w:r w:rsidRPr="009A71AA">
              <w:rPr>
                <w:rFonts w:cs="Times New Roman"/>
                <w:spacing w:val="-10"/>
                <w:szCs w:val="26"/>
              </w:rPr>
              <w:t xml:space="preserve"> </w:t>
            </w:r>
            <w:proofErr w:type="spellStart"/>
            <w:r w:rsidRPr="009A71AA">
              <w:rPr>
                <w:rFonts w:cs="Times New Roman"/>
                <w:spacing w:val="-10"/>
                <w:szCs w:val="26"/>
              </w:rPr>
              <w:t>luật</w:t>
            </w:r>
            <w:proofErr w:type="spellEnd"/>
            <w:r w:rsidRPr="009A71AA">
              <w:rPr>
                <w:rFonts w:cs="Times New Roman"/>
                <w:spacing w:val="-10"/>
                <w:szCs w:val="26"/>
              </w:rPr>
              <w:t xml:space="preserve">, </w:t>
            </w:r>
            <w:proofErr w:type="spellStart"/>
            <w:r w:rsidRPr="009A71AA">
              <w:rPr>
                <w:rFonts w:cs="Times New Roman"/>
                <w:spacing w:val="-10"/>
                <w:szCs w:val="26"/>
              </w:rPr>
              <w:t>giữ</w:t>
            </w:r>
            <w:proofErr w:type="spellEnd"/>
            <w:r w:rsidRPr="009A71AA">
              <w:rPr>
                <w:rFonts w:cs="Times New Roman"/>
                <w:spacing w:val="-10"/>
                <w:szCs w:val="26"/>
              </w:rPr>
              <w:t xml:space="preserve"> </w:t>
            </w:r>
            <w:proofErr w:type="spellStart"/>
            <w:r w:rsidRPr="009A71AA">
              <w:rPr>
                <w:rFonts w:cs="Times New Roman"/>
                <w:spacing w:val="-10"/>
                <w:szCs w:val="26"/>
              </w:rPr>
              <w:t>vững</w:t>
            </w:r>
            <w:proofErr w:type="spellEnd"/>
            <w:r w:rsidRPr="009A71AA">
              <w:rPr>
                <w:rFonts w:cs="Times New Roman"/>
                <w:spacing w:val="-10"/>
                <w:szCs w:val="26"/>
              </w:rPr>
              <w:t xml:space="preserve"> </w:t>
            </w:r>
            <w:proofErr w:type="spellStart"/>
            <w:r w:rsidRPr="009A71AA">
              <w:rPr>
                <w:rFonts w:cs="Times New Roman"/>
                <w:spacing w:val="-10"/>
                <w:szCs w:val="26"/>
              </w:rPr>
              <w:t>kỷ</w:t>
            </w:r>
            <w:proofErr w:type="spellEnd"/>
            <w:r w:rsidRPr="009A71AA">
              <w:rPr>
                <w:rFonts w:cs="Times New Roman"/>
                <w:spacing w:val="-10"/>
                <w:szCs w:val="26"/>
              </w:rPr>
              <w:t xml:space="preserve"> </w:t>
            </w:r>
            <w:proofErr w:type="spellStart"/>
            <w:r w:rsidRPr="009A71AA">
              <w:rPr>
                <w:rFonts w:cs="Times New Roman"/>
                <w:spacing w:val="-10"/>
                <w:szCs w:val="26"/>
              </w:rPr>
              <w:t>luật</w:t>
            </w:r>
            <w:proofErr w:type="spellEnd"/>
            <w:r w:rsidRPr="009A71AA">
              <w:rPr>
                <w:rFonts w:cs="Times New Roman"/>
                <w:spacing w:val="-10"/>
                <w:szCs w:val="26"/>
              </w:rPr>
              <w:t xml:space="preserve">, </w:t>
            </w:r>
            <w:proofErr w:type="spellStart"/>
            <w:r w:rsidRPr="009A71AA">
              <w:rPr>
                <w:rFonts w:cs="Times New Roman"/>
                <w:spacing w:val="-10"/>
                <w:szCs w:val="26"/>
              </w:rPr>
              <w:t>kỷ</w:t>
            </w:r>
            <w:proofErr w:type="spellEnd"/>
            <w:r w:rsidRPr="009A71AA">
              <w:rPr>
                <w:rFonts w:cs="Times New Roman"/>
                <w:spacing w:val="-10"/>
                <w:szCs w:val="26"/>
              </w:rPr>
              <w:t xml:space="preserve"> </w:t>
            </w:r>
            <w:proofErr w:type="spellStart"/>
            <w:r w:rsidRPr="009A71AA">
              <w:rPr>
                <w:rFonts w:cs="Times New Roman"/>
                <w:spacing w:val="-10"/>
                <w:szCs w:val="26"/>
              </w:rPr>
              <w:t>cương</w:t>
            </w:r>
            <w:proofErr w:type="spellEnd"/>
            <w:r w:rsidRPr="009A71AA">
              <w:rPr>
                <w:rFonts w:cs="Times New Roman"/>
                <w:spacing w:val="-10"/>
                <w:szCs w:val="26"/>
              </w:rPr>
              <w:t xml:space="preserve"> </w:t>
            </w:r>
            <w:proofErr w:type="spellStart"/>
            <w:r w:rsidRPr="009A71AA">
              <w:rPr>
                <w:rFonts w:cs="Times New Roman"/>
                <w:spacing w:val="-10"/>
                <w:szCs w:val="26"/>
              </w:rPr>
              <w:t>hành</w:t>
            </w:r>
            <w:proofErr w:type="spellEnd"/>
            <w:r w:rsidRPr="009A71AA">
              <w:rPr>
                <w:rFonts w:cs="Times New Roman"/>
                <w:spacing w:val="-10"/>
                <w:szCs w:val="26"/>
              </w:rPr>
              <w:t xml:space="preserve"> </w:t>
            </w:r>
            <w:proofErr w:type="spellStart"/>
            <w:r w:rsidRPr="009A71AA">
              <w:rPr>
                <w:rFonts w:cs="Times New Roman"/>
                <w:spacing w:val="-10"/>
                <w:szCs w:val="26"/>
              </w:rPr>
              <w:t>chính</w:t>
            </w:r>
            <w:proofErr w:type="spellEnd"/>
            <w:r w:rsidRPr="009A71AA">
              <w:rPr>
                <w:rFonts w:cs="Times New Roman"/>
                <w:spacing w:val="-10"/>
                <w:szCs w:val="26"/>
              </w:rPr>
              <w:t xml:space="preserve">, </w:t>
            </w:r>
            <w:proofErr w:type="spellStart"/>
            <w:r w:rsidRPr="009A71AA">
              <w:rPr>
                <w:rFonts w:cs="Times New Roman"/>
                <w:spacing w:val="-10"/>
                <w:szCs w:val="26"/>
              </w:rPr>
              <w:t>chấp</w:t>
            </w:r>
            <w:proofErr w:type="spellEnd"/>
            <w:r w:rsidRPr="009A71AA">
              <w:rPr>
                <w:rFonts w:cs="Times New Roman"/>
                <w:spacing w:val="-10"/>
                <w:szCs w:val="26"/>
              </w:rPr>
              <w:t xml:space="preserve"> </w:t>
            </w:r>
            <w:proofErr w:type="spellStart"/>
            <w:r w:rsidRPr="009A71AA">
              <w:rPr>
                <w:rFonts w:cs="Times New Roman"/>
                <w:spacing w:val="-10"/>
                <w:szCs w:val="26"/>
              </w:rPr>
              <w:t>hành</w:t>
            </w:r>
            <w:proofErr w:type="spellEnd"/>
            <w:r w:rsidRPr="009A71AA">
              <w:rPr>
                <w:rFonts w:cs="Times New Roman"/>
                <w:spacing w:val="-10"/>
                <w:szCs w:val="26"/>
              </w:rPr>
              <w:t xml:space="preserve"> </w:t>
            </w:r>
            <w:proofErr w:type="spellStart"/>
            <w:r w:rsidRPr="009A71AA">
              <w:rPr>
                <w:rFonts w:cs="Times New Roman"/>
                <w:spacing w:val="-10"/>
                <w:szCs w:val="26"/>
              </w:rPr>
              <w:t>sự</w:t>
            </w:r>
            <w:proofErr w:type="spellEnd"/>
            <w:r w:rsidRPr="009A71AA">
              <w:rPr>
                <w:rFonts w:cs="Times New Roman"/>
                <w:spacing w:val="-10"/>
                <w:szCs w:val="26"/>
              </w:rPr>
              <w:t xml:space="preserve"> </w:t>
            </w:r>
            <w:proofErr w:type="spellStart"/>
            <w:r w:rsidRPr="009A71AA">
              <w:rPr>
                <w:rFonts w:cs="Times New Roman"/>
                <w:spacing w:val="-10"/>
                <w:szCs w:val="26"/>
              </w:rPr>
              <w:t>phân</w:t>
            </w:r>
            <w:proofErr w:type="spellEnd"/>
            <w:r w:rsidRPr="009A71AA">
              <w:rPr>
                <w:rFonts w:cs="Times New Roman"/>
                <w:spacing w:val="-10"/>
                <w:szCs w:val="26"/>
              </w:rPr>
              <w:t xml:space="preserve"> </w:t>
            </w:r>
            <w:proofErr w:type="spellStart"/>
            <w:r w:rsidRPr="009A71AA">
              <w:rPr>
                <w:rFonts w:cs="Times New Roman"/>
                <w:spacing w:val="-10"/>
                <w:szCs w:val="26"/>
              </w:rPr>
              <w:t>công</w:t>
            </w:r>
            <w:proofErr w:type="spellEnd"/>
            <w:r w:rsidRPr="009A71AA">
              <w:rPr>
                <w:rFonts w:cs="Times New Roman"/>
                <w:spacing w:val="-10"/>
                <w:szCs w:val="26"/>
              </w:rPr>
              <w:t xml:space="preserve"> </w:t>
            </w:r>
            <w:proofErr w:type="spellStart"/>
            <w:r w:rsidRPr="009A71AA">
              <w:rPr>
                <w:rFonts w:cs="Times New Roman"/>
                <w:spacing w:val="-10"/>
                <w:szCs w:val="26"/>
              </w:rPr>
              <w:t>nhiệm</w:t>
            </w:r>
            <w:proofErr w:type="spellEnd"/>
            <w:r w:rsidRPr="009A71AA">
              <w:rPr>
                <w:rFonts w:cs="Times New Roman"/>
                <w:spacing w:val="-10"/>
                <w:szCs w:val="26"/>
              </w:rPr>
              <w:t xml:space="preserve"> </w:t>
            </w:r>
            <w:proofErr w:type="spellStart"/>
            <w:r w:rsidRPr="009A71AA">
              <w:rPr>
                <w:rFonts w:cs="Times New Roman"/>
                <w:spacing w:val="-10"/>
                <w:szCs w:val="26"/>
              </w:rPr>
              <w:t>vụ</w:t>
            </w:r>
            <w:proofErr w:type="spellEnd"/>
            <w:r w:rsidRPr="009A71AA">
              <w:rPr>
                <w:rFonts w:cs="Times New Roman"/>
                <w:spacing w:val="-10"/>
                <w:szCs w:val="26"/>
              </w:rPr>
              <w:t xml:space="preserve"> </w:t>
            </w:r>
            <w:proofErr w:type="spellStart"/>
            <w:r w:rsidRPr="009A71AA">
              <w:rPr>
                <w:rFonts w:cs="Times New Roman"/>
                <w:spacing w:val="-10"/>
                <w:szCs w:val="26"/>
              </w:rPr>
              <w:t>của</w:t>
            </w:r>
            <w:proofErr w:type="spellEnd"/>
            <w:r w:rsidRPr="009A71AA">
              <w:rPr>
                <w:rFonts w:cs="Times New Roman"/>
                <w:spacing w:val="-10"/>
                <w:szCs w:val="26"/>
              </w:rPr>
              <w:t xml:space="preserve"> </w:t>
            </w:r>
            <w:proofErr w:type="spellStart"/>
            <w:r w:rsidRPr="009A71AA">
              <w:rPr>
                <w:rFonts w:cs="Times New Roman"/>
                <w:spacing w:val="-10"/>
                <w:szCs w:val="26"/>
              </w:rPr>
              <w:t>cấp</w:t>
            </w:r>
            <w:proofErr w:type="spellEnd"/>
            <w:r w:rsidRPr="009A71AA">
              <w:rPr>
                <w:rFonts w:cs="Times New Roman"/>
                <w:spacing w:val="-10"/>
                <w:szCs w:val="26"/>
              </w:rPr>
              <w:t xml:space="preserve"> </w:t>
            </w:r>
            <w:proofErr w:type="spellStart"/>
            <w:r w:rsidRPr="009A71AA">
              <w:rPr>
                <w:rFonts w:cs="Times New Roman"/>
                <w:spacing w:val="-10"/>
                <w:szCs w:val="26"/>
              </w:rPr>
              <w:t>trên</w:t>
            </w:r>
            <w:proofErr w:type="spellEnd"/>
            <w:r w:rsidRPr="009A71AA">
              <w:rPr>
                <w:rFonts w:cs="Times New Roman"/>
                <w:spacing w:val="-10"/>
                <w:szCs w:val="26"/>
              </w:rPr>
              <w:t xml:space="preserve">, </w:t>
            </w:r>
            <w:proofErr w:type="spellStart"/>
            <w:r w:rsidRPr="009A71AA">
              <w:rPr>
                <w:rFonts w:cs="Times New Roman"/>
                <w:spacing w:val="-10"/>
                <w:szCs w:val="26"/>
              </w:rPr>
              <w:t>gương</w:t>
            </w:r>
            <w:proofErr w:type="spellEnd"/>
            <w:r w:rsidRPr="009A71AA">
              <w:rPr>
                <w:rFonts w:cs="Times New Roman"/>
                <w:spacing w:val="-10"/>
                <w:szCs w:val="26"/>
              </w:rPr>
              <w:t xml:space="preserve"> </w:t>
            </w:r>
            <w:proofErr w:type="spellStart"/>
            <w:r w:rsidRPr="009A71AA">
              <w:rPr>
                <w:rFonts w:cs="Times New Roman"/>
                <w:spacing w:val="-10"/>
                <w:szCs w:val="26"/>
              </w:rPr>
              <w:t>mẫu</w:t>
            </w:r>
            <w:proofErr w:type="spellEnd"/>
            <w:r w:rsidRPr="009A71AA">
              <w:rPr>
                <w:rFonts w:cs="Times New Roman"/>
                <w:spacing w:val="-10"/>
                <w:szCs w:val="26"/>
              </w:rPr>
              <w:t xml:space="preserve"> </w:t>
            </w:r>
            <w:proofErr w:type="spellStart"/>
            <w:r w:rsidRPr="009A71AA">
              <w:rPr>
                <w:rFonts w:cs="Times New Roman"/>
                <w:spacing w:val="-10"/>
                <w:szCs w:val="26"/>
              </w:rPr>
              <w:t>thực</w:t>
            </w:r>
            <w:proofErr w:type="spellEnd"/>
            <w:r w:rsidRPr="009A71AA">
              <w:rPr>
                <w:rFonts w:cs="Times New Roman"/>
                <w:spacing w:val="-10"/>
                <w:szCs w:val="26"/>
              </w:rPr>
              <w:t xml:space="preserve"> </w:t>
            </w:r>
            <w:proofErr w:type="spellStart"/>
            <w:r w:rsidRPr="009A71AA">
              <w:rPr>
                <w:rFonts w:cs="Times New Roman"/>
                <w:spacing w:val="-10"/>
                <w:szCs w:val="26"/>
              </w:rPr>
              <w:t>hiện</w:t>
            </w:r>
            <w:proofErr w:type="spellEnd"/>
            <w:r w:rsidRPr="009A71AA">
              <w:rPr>
                <w:rFonts w:cs="Times New Roman"/>
                <w:spacing w:val="-10"/>
                <w:szCs w:val="26"/>
              </w:rPr>
              <w:t xml:space="preserve"> </w:t>
            </w:r>
            <w:proofErr w:type="spellStart"/>
            <w:r w:rsidRPr="009A71AA">
              <w:rPr>
                <w:rFonts w:cs="Times New Roman"/>
                <w:spacing w:val="-10"/>
                <w:szCs w:val="26"/>
              </w:rPr>
              <w:t>nội</w:t>
            </w:r>
            <w:proofErr w:type="spellEnd"/>
            <w:r w:rsidRPr="009A71AA">
              <w:rPr>
                <w:rFonts w:cs="Times New Roman"/>
                <w:spacing w:val="-10"/>
                <w:szCs w:val="26"/>
              </w:rPr>
              <w:t xml:space="preserve"> </w:t>
            </w:r>
            <w:proofErr w:type="spellStart"/>
            <w:r w:rsidRPr="009A71AA">
              <w:rPr>
                <w:rFonts w:cs="Times New Roman"/>
                <w:spacing w:val="-10"/>
                <w:szCs w:val="26"/>
              </w:rPr>
              <w:t>quy</w:t>
            </w:r>
            <w:proofErr w:type="spellEnd"/>
            <w:r w:rsidRPr="009A71AA">
              <w:rPr>
                <w:rFonts w:cs="Times New Roman"/>
                <w:spacing w:val="-10"/>
                <w:szCs w:val="26"/>
              </w:rPr>
              <w:t xml:space="preserve">, </w:t>
            </w:r>
            <w:proofErr w:type="spellStart"/>
            <w:r w:rsidRPr="009A71AA">
              <w:rPr>
                <w:rFonts w:cs="Times New Roman"/>
                <w:spacing w:val="-10"/>
                <w:szCs w:val="26"/>
              </w:rPr>
              <w:t>quy</w:t>
            </w:r>
            <w:proofErr w:type="spellEnd"/>
            <w:r w:rsidRPr="009A71AA">
              <w:rPr>
                <w:rFonts w:cs="Times New Roman"/>
                <w:spacing w:val="-10"/>
                <w:szCs w:val="26"/>
              </w:rPr>
              <w:t xml:space="preserve"> </w:t>
            </w:r>
            <w:proofErr w:type="spellStart"/>
            <w:r w:rsidRPr="009A71AA">
              <w:rPr>
                <w:rFonts w:cs="Times New Roman"/>
                <w:spacing w:val="-10"/>
                <w:szCs w:val="26"/>
              </w:rPr>
              <w:t>chế</w:t>
            </w:r>
            <w:proofErr w:type="spellEnd"/>
            <w:r w:rsidRPr="009A71AA">
              <w:rPr>
                <w:rFonts w:cs="Times New Roman"/>
                <w:spacing w:val="-10"/>
                <w:szCs w:val="26"/>
              </w:rPr>
              <w:t xml:space="preserve"> </w:t>
            </w:r>
            <w:proofErr w:type="spellStart"/>
            <w:r w:rsidRPr="009A71AA">
              <w:rPr>
                <w:rFonts w:cs="Times New Roman"/>
                <w:spacing w:val="-10"/>
                <w:szCs w:val="26"/>
              </w:rPr>
              <w:t>của</w:t>
            </w:r>
            <w:proofErr w:type="spellEnd"/>
            <w:r w:rsidRPr="009A71AA">
              <w:rPr>
                <w:rFonts w:cs="Times New Roman"/>
                <w:spacing w:val="-10"/>
                <w:szCs w:val="26"/>
              </w:rPr>
              <w:t xml:space="preserve"> </w:t>
            </w:r>
            <w:proofErr w:type="spellStart"/>
            <w:r w:rsidRPr="009A71AA">
              <w:rPr>
                <w:rFonts w:cs="Times New Roman"/>
                <w:spacing w:val="-10"/>
                <w:szCs w:val="26"/>
              </w:rPr>
              <w:t>cơ</w:t>
            </w:r>
            <w:proofErr w:type="spellEnd"/>
            <w:r w:rsidRPr="009A71AA">
              <w:rPr>
                <w:rFonts w:cs="Times New Roman"/>
                <w:spacing w:val="-10"/>
                <w:szCs w:val="26"/>
              </w:rPr>
              <w:t xml:space="preserve"> </w:t>
            </w:r>
            <w:proofErr w:type="spellStart"/>
            <w:r w:rsidRPr="009A71AA">
              <w:rPr>
                <w:rFonts w:cs="Times New Roman"/>
                <w:spacing w:val="-10"/>
                <w:szCs w:val="26"/>
              </w:rPr>
              <w:t>quan</w:t>
            </w:r>
            <w:proofErr w:type="spellEnd"/>
            <w:r w:rsidRPr="009A71AA">
              <w:rPr>
                <w:rFonts w:cs="Times New Roman"/>
                <w:spacing w:val="-10"/>
                <w:szCs w:val="26"/>
              </w:rPr>
              <w:t xml:space="preserve">, </w:t>
            </w:r>
            <w:proofErr w:type="spellStart"/>
            <w:r w:rsidRPr="009A71AA">
              <w:rPr>
                <w:rFonts w:cs="Times New Roman"/>
                <w:spacing w:val="-10"/>
                <w:szCs w:val="26"/>
              </w:rPr>
              <w:t>đơn</w:t>
            </w:r>
            <w:proofErr w:type="spellEnd"/>
            <w:r w:rsidRPr="009A71AA">
              <w:rPr>
                <w:rFonts w:cs="Times New Roman"/>
                <w:spacing w:val="-10"/>
                <w:szCs w:val="26"/>
              </w:rPr>
              <w:t xml:space="preserve"> vị.</w:t>
            </w:r>
          </w:p>
          <w:p w14:paraId="6FB81044" w14:textId="77777777" w:rsidR="00883EBC" w:rsidRPr="009A71AA" w:rsidRDefault="00883EBC" w:rsidP="00D14A04">
            <w:pPr>
              <w:spacing w:after="0" w:line="240" w:lineRule="auto"/>
              <w:ind w:firstLine="720"/>
              <w:jc w:val="both"/>
              <w:rPr>
                <w:rFonts w:cs="Times New Roman"/>
                <w:spacing w:val="-10"/>
                <w:szCs w:val="26"/>
              </w:rPr>
            </w:pPr>
            <w:r w:rsidRPr="009A71AA">
              <w:rPr>
                <w:rFonts w:cs="Times New Roman"/>
                <w:spacing w:val="-10"/>
                <w:szCs w:val="26"/>
              </w:rPr>
              <w:t xml:space="preserve">3. </w:t>
            </w:r>
            <w:proofErr w:type="spellStart"/>
            <w:r w:rsidRPr="009A71AA">
              <w:rPr>
                <w:rFonts w:cs="Times New Roman"/>
                <w:spacing w:val="-10"/>
                <w:szCs w:val="26"/>
              </w:rPr>
              <w:t>Tận</w:t>
            </w:r>
            <w:proofErr w:type="spellEnd"/>
            <w:r w:rsidRPr="009A71AA">
              <w:rPr>
                <w:rFonts w:cs="Times New Roman"/>
                <w:spacing w:val="-10"/>
                <w:szCs w:val="26"/>
              </w:rPr>
              <w:t xml:space="preserve"> </w:t>
            </w:r>
            <w:proofErr w:type="spellStart"/>
            <w:r w:rsidRPr="009A71AA">
              <w:rPr>
                <w:rFonts w:cs="Times New Roman"/>
                <w:spacing w:val="-10"/>
                <w:szCs w:val="26"/>
              </w:rPr>
              <w:t>tụy</w:t>
            </w:r>
            <w:proofErr w:type="spellEnd"/>
            <w:r w:rsidRPr="009A71AA">
              <w:rPr>
                <w:rFonts w:cs="Times New Roman"/>
                <w:spacing w:val="-10"/>
                <w:szCs w:val="26"/>
              </w:rPr>
              <w:t xml:space="preserve">, </w:t>
            </w:r>
            <w:proofErr w:type="spellStart"/>
            <w:r w:rsidRPr="009A71AA">
              <w:rPr>
                <w:rFonts w:cs="Times New Roman"/>
                <w:spacing w:val="-10"/>
                <w:szCs w:val="26"/>
              </w:rPr>
              <w:t>trách</w:t>
            </w:r>
            <w:proofErr w:type="spellEnd"/>
            <w:r w:rsidRPr="009A71AA">
              <w:rPr>
                <w:rFonts w:cs="Times New Roman"/>
                <w:spacing w:val="-10"/>
                <w:szCs w:val="26"/>
              </w:rPr>
              <w:t xml:space="preserve"> </w:t>
            </w:r>
            <w:proofErr w:type="spellStart"/>
            <w:r w:rsidRPr="009A71AA">
              <w:rPr>
                <w:rFonts w:cs="Times New Roman"/>
                <w:spacing w:val="-10"/>
                <w:szCs w:val="26"/>
              </w:rPr>
              <w:t>nhiệm</w:t>
            </w:r>
            <w:proofErr w:type="spellEnd"/>
            <w:r w:rsidRPr="009A71AA">
              <w:rPr>
                <w:rFonts w:cs="Times New Roman"/>
                <w:spacing w:val="-10"/>
                <w:szCs w:val="26"/>
              </w:rPr>
              <w:t xml:space="preserve">, </w:t>
            </w:r>
            <w:proofErr w:type="spellStart"/>
            <w:r w:rsidRPr="009A71AA">
              <w:rPr>
                <w:rFonts w:cs="Times New Roman"/>
                <w:spacing w:val="-10"/>
                <w:szCs w:val="26"/>
              </w:rPr>
              <w:t>liêm</w:t>
            </w:r>
            <w:proofErr w:type="spellEnd"/>
            <w:r w:rsidRPr="009A71AA">
              <w:rPr>
                <w:rFonts w:cs="Times New Roman"/>
                <w:spacing w:val="-10"/>
                <w:szCs w:val="26"/>
              </w:rPr>
              <w:t xml:space="preserve"> </w:t>
            </w:r>
            <w:proofErr w:type="spellStart"/>
            <w:r w:rsidRPr="009A71AA">
              <w:rPr>
                <w:rFonts w:cs="Times New Roman"/>
                <w:spacing w:val="-10"/>
                <w:szCs w:val="26"/>
              </w:rPr>
              <w:t>khiết</w:t>
            </w:r>
            <w:proofErr w:type="spellEnd"/>
            <w:r w:rsidRPr="009A71AA">
              <w:rPr>
                <w:rFonts w:cs="Times New Roman"/>
                <w:spacing w:val="-10"/>
                <w:szCs w:val="26"/>
              </w:rPr>
              <w:t xml:space="preserve">, </w:t>
            </w:r>
            <w:proofErr w:type="spellStart"/>
            <w:r w:rsidRPr="009A71AA">
              <w:rPr>
                <w:rFonts w:cs="Times New Roman"/>
                <w:spacing w:val="-10"/>
                <w:szCs w:val="26"/>
              </w:rPr>
              <w:t>trung</w:t>
            </w:r>
            <w:proofErr w:type="spellEnd"/>
            <w:r w:rsidRPr="009A71AA">
              <w:rPr>
                <w:rFonts w:cs="Times New Roman"/>
                <w:spacing w:val="-10"/>
                <w:szCs w:val="26"/>
              </w:rPr>
              <w:t xml:space="preserve"> </w:t>
            </w:r>
            <w:proofErr w:type="spellStart"/>
            <w:r w:rsidRPr="009A71AA">
              <w:rPr>
                <w:rFonts w:cs="Times New Roman"/>
                <w:spacing w:val="-10"/>
                <w:szCs w:val="26"/>
              </w:rPr>
              <w:t>thực</w:t>
            </w:r>
            <w:proofErr w:type="spellEnd"/>
            <w:r w:rsidRPr="009A71AA">
              <w:rPr>
                <w:rFonts w:cs="Times New Roman"/>
                <w:spacing w:val="-10"/>
                <w:szCs w:val="26"/>
              </w:rPr>
              <w:t xml:space="preserve">, </w:t>
            </w:r>
            <w:proofErr w:type="spellStart"/>
            <w:r w:rsidRPr="009A71AA">
              <w:rPr>
                <w:rFonts w:cs="Times New Roman"/>
                <w:spacing w:val="-10"/>
                <w:szCs w:val="26"/>
              </w:rPr>
              <w:t>khách</w:t>
            </w:r>
            <w:proofErr w:type="spellEnd"/>
            <w:r w:rsidRPr="009A71AA">
              <w:rPr>
                <w:rFonts w:cs="Times New Roman"/>
                <w:spacing w:val="-10"/>
                <w:szCs w:val="26"/>
              </w:rPr>
              <w:t xml:space="preserve"> </w:t>
            </w:r>
            <w:proofErr w:type="spellStart"/>
            <w:r w:rsidRPr="009A71AA">
              <w:rPr>
                <w:rFonts w:cs="Times New Roman"/>
                <w:spacing w:val="-10"/>
                <w:szCs w:val="26"/>
              </w:rPr>
              <w:t>quan</w:t>
            </w:r>
            <w:proofErr w:type="spellEnd"/>
            <w:r w:rsidRPr="009A71AA">
              <w:rPr>
                <w:rFonts w:cs="Times New Roman"/>
                <w:spacing w:val="-10"/>
                <w:szCs w:val="26"/>
              </w:rPr>
              <w:t xml:space="preserve">, </w:t>
            </w:r>
            <w:proofErr w:type="spellStart"/>
            <w:r w:rsidRPr="009A71AA">
              <w:rPr>
                <w:rFonts w:cs="Times New Roman"/>
                <w:spacing w:val="-10"/>
                <w:szCs w:val="26"/>
              </w:rPr>
              <w:t>công</w:t>
            </w:r>
            <w:proofErr w:type="spellEnd"/>
            <w:r w:rsidRPr="009A71AA">
              <w:rPr>
                <w:rFonts w:cs="Times New Roman"/>
                <w:spacing w:val="-10"/>
                <w:szCs w:val="26"/>
              </w:rPr>
              <w:t xml:space="preserve"> </w:t>
            </w:r>
            <w:proofErr w:type="spellStart"/>
            <w:r w:rsidRPr="009A71AA">
              <w:rPr>
                <w:rFonts w:cs="Times New Roman"/>
                <w:spacing w:val="-10"/>
                <w:szCs w:val="26"/>
              </w:rPr>
              <w:t>tâm</w:t>
            </w:r>
            <w:proofErr w:type="spellEnd"/>
            <w:r w:rsidRPr="009A71AA">
              <w:rPr>
                <w:rFonts w:cs="Times New Roman"/>
                <w:spacing w:val="-10"/>
                <w:szCs w:val="26"/>
              </w:rPr>
              <w:t xml:space="preserve"> </w:t>
            </w:r>
            <w:proofErr w:type="spellStart"/>
            <w:r w:rsidRPr="009A71AA">
              <w:rPr>
                <w:rFonts w:cs="Times New Roman"/>
                <w:spacing w:val="-10"/>
                <w:szCs w:val="26"/>
              </w:rPr>
              <w:t>và</w:t>
            </w:r>
            <w:proofErr w:type="spellEnd"/>
            <w:r w:rsidRPr="009A71AA">
              <w:rPr>
                <w:rFonts w:cs="Times New Roman"/>
                <w:spacing w:val="-10"/>
                <w:szCs w:val="26"/>
              </w:rPr>
              <w:t xml:space="preserve"> </w:t>
            </w:r>
            <w:proofErr w:type="spellStart"/>
            <w:r w:rsidRPr="009A71AA">
              <w:rPr>
                <w:rFonts w:cs="Times New Roman"/>
                <w:spacing w:val="-10"/>
                <w:szCs w:val="26"/>
              </w:rPr>
              <w:t>gương</w:t>
            </w:r>
            <w:proofErr w:type="spellEnd"/>
            <w:r w:rsidRPr="009A71AA">
              <w:rPr>
                <w:rFonts w:cs="Times New Roman"/>
                <w:spacing w:val="-10"/>
                <w:szCs w:val="26"/>
              </w:rPr>
              <w:t xml:space="preserve"> </w:t>
            </w:r>
            <w:proofErr w:type="spellStart"/>
            <w:r w:rsidRPr="009A71AA">
              <w:rPr>
                <w:rFonts w:cs="Times New Roman"/>
                <w:spacing w:val="-10"/>
                <w:szCs w:val="26"/>
              </w:rPr>
              <w:t>mẫu</w:t>
            </w:r>
            <w:proofErr w:type="spellEnd"/>
            <w:r w:rsidRPr="009A71AA">
              <w:rPr>
                <w:rFonts w:cs="Times New Roman"/>
                <w:spacing w:val="-10"/>
                <w:szCs w:val="26"/>
              </w:rPr>
              <w:t xml:space="preserve"> </w:t>
            </w:r>
            <w:proofErr w:type="spellStart"/>
            <w:r w:rsidRPr="009A71AA">
              <w:rPr>
                <w:rFonts w:cs="Times New Roman"/>
                <w:spacing w:val="-10"/>
                <w:szCs w:val="26"/>
              </w:rPr>
              <w:t>trong</w:t>
            </w:r>
            <w:proofErr w:type="spellEnd"/>
            <w:r w:rsidRPr="009A71AA">
              <w:rPr>
                <w:rFonts w:cs="Times New Roman"/>
                <w:spacing w:val="-10"/>
                <w:szCs w:val="26"/>
              </w:rPr>
              <w:t xml:space="preserve"> </w:t>
            </w:r>
            <w:proofErr w:type="spellStart"/>
            <w:r w:rsidRPr="009A71AA">
              <w:rPr>
                <w:rFonts w:cs="Times New Roman"/>
                <w:spacing w:val="-10"/>
                <w:szCs w:val="26"/>
              </w:rPr>
              <w:t>thực</w:t>
            </w:r>
            <w:proofErr w:type="spellEnd"/>
            <w:r w:rsidRPr="009A71AA">
              <w:rPr>
                <w:rFonts w:cs="Times New Roman"/>
                <w:spacing w:val="-10"/>
                <w:szCs w:val="26"/>
              </w:rPr>
              <w:t xml:space="preserve"> </w:t>
            </w:r>
            <w:proofErr w:type="spellStart"/>
            <w:r w:rsidRPr="009A71AA">
              <w:rPr>
                <w:rFonts w:cs="Times New Roman"/>
                <w:spacing w:val="-10"/>
                <w:szCs w:val="26"/>
              </w:rPr>
              <w:t>thi</w:t>
            </w:r>
            <w:proofErr w:type="spellEnd"/>
            <w:r w:rsidRPr="009A71AA">
              <w:rPr>
                <w:rFonts w:cs="Times New Roman"/>
                <w:spacing w:val="-10"/>
                <w:szCs w:val="26"/>
              </w:rPr>
              <w:t xml:space="preserve"> </w:t>
            </w:r>
            <w:proofErr w:type="spellStart"/>
            <w:r w:rsidRPr="009A71AA">
              <w:rPr>
                <w:rFonts w:cs="Times New Roman"/>
                <w:spacing w:val="-10"/>
                <w:szCs w:val="26"/>
              </w:rPr>
              <w:t>công</w:t>
            </w:r>
            <w:proofErr w:type="spellEnd"/>
            <w:r w:rsidRPr="009A71AA">
              <w:rPr>
                <w:rFonts w:cs="Times New Roman"/>
                <w:spacing w:val="-10"/>
                <w:szCs w:val="26"/>
              </w:rPr>
              <w:t xml:space="preserve"> </w:t>
            </w:r>
            <w:proofErr w:type="spellStart"/>
            <w:r w:rsidRPr="009A71AA">
              <w:rPr>
                <w:rFonts w:cs="Times New Roman"/>
                <w:spacing w:val="-10"/>
                <w:szCs w:val="26"/>
              </w:rPr>
              <w:t>vụ</w:t>
            </w:r>
            <w:proofErr w:type="spellEnd"/>
            <w:r w:rsidRPr="009A71AA">
              <w:rPr>
                <w:rFonts w:cs="Times New Roman"/>
                <w:spacing w:val="-10"/>
                <w:szCs w:val="26"/>
              </w:rPr>
              <w:t xml:space="preserve">; </w:t>
            </w:r>
            <w:proofErr w:type="spellStart"/>
            <w:r w:rsidRPr="009A71AA">
              <w:rPr>
                <w:rFonts w:cs="Times New Roman"/>
                <w:spacing w:val="-10"/>
                <w:szCs w:val="26"/>
              </w:rPr>
              <w:t>lịch</w:t>
            </w:r>
            <w:proofErr w:type="spellEnd"/>
            <w:r w:rsidRPr="009A71AA">
              <w:rPr>
                <w:rFonts w:cs="Times New Roman"/>
                <w:spacing w:val="-10"/>
                <w:szCs w:val="26"/>
              </w:rPr>
              <w:t xml:space="preserve"> </w:t>
            </w:r>
            <w:proofErr w:type="spellStart"/>
            <w:r w:rsidRPr="009A71AA">
              <w:rPr>
                <w:rFonts w:cs="Times New Roman"/>
                <w:spacing w:val="-10"/>
                <w:szCs w:val="26"/>
              </w:rPr>
              <w:t>sự</w:t>
            </w:r>
            <w:proofErr w:type="spellEnd"/>
            <w:r w:rsidRPr="009A71AA">
              <w:rPr>
                <w:rFonts w:cs="Times New Roman"/>
                <w:spacing w:val="-10"/>
                <w:szCs w:val="26"/>
              </w:rPr>
              <w:t xml:space="preserve">, </w:t>
            </w:r>
            <w:proofErr w:type="spellStart"/>
            <w:r w:rsidRPr="009A71AA">
              <w:rPr>
                <w:rFonts w:cs="Times New Roman"/>
                <w:spacing w:val="-10"/>
                <w:szCs w:val="26"/>
              </w:rPr>
              <w:t>văn</w:t>
            </w:r>
            <w:proofErr w:type="spellEnd"/>
            <w:r w:rsidRPr="009A71AA">
              <w:rPr>
                <w:rFonts w:cs="Times New Roman"/>
                <w:spacing w:val="-10"/>
                <w:szCs w:val="26"/>
              </w:rPr>
              <w:t xml:space="preserve"> </w:t>
            </w:r>
            <w:proofErr w:type="spellStart"/>
            <w:r w:rsidRPr="009A71AA">
              <w:rPr>
                <w:rFonts w:cs="Times New Roman"/>
                <w:spacing w:val="-10"/>
                <w:szCs w:val="26"/>
              </w:rPr>
              <w:t>hóa</w:t>
            </w:r>
            <w:proofErr w:type="spellEnd"/>
            <w:r w:rsidRPr="009A71AA">
              <w:rPr>
                <w:rFonts w:cs="Times New Roman"/>
                <w:spacing w:val="-10"/>
                <w:szCs w:val="26"/>
              </w:rPr>
              <w:t xml:space="preserve"> </w:t>
            </w:r>
            <w:proofErr w:type="spellStart"/>
            <w:r w:rsidRPr="009A71AA">
              <w:rPr>
                <w:rFonts w:cs="Times New Roman"/>
                <w:spacing w:val="-10"/>
                <w:szCs w:val="26"/>
              </w:rPr>
              <w:t>và</w:t>
            </w:r>
            <w:proofErr w:type="spellEnd"/>
            <w:r w:rsidRPr="009A71AA">
              <w:rPr>
                <w:rFonts w:cs="Times New Roman"/>
                <w:spacing w:val="-10"/>
                <w:szCs w:val="26"/>
              </w:rPr>
              <w:t xml:space="preserve"> </w:t>
            </w:r>
            <w:proofErr w:type="spellStart"/>
            <w:r w:rsidRPr="009A71AA">
              <w:rPr>
                <w:rFonts w:cs="Times New Roman"/>
                <w:spacing w:val="-10"/>
                <w:szCs w:val="26"/>
              </w:rPr>
              <w:t>chuẩn</w:t>
            </w:r>
            <w:proofErr w:type="spellEnd"/>
            <w:r w:rsidRPr="009A71AA">
              <w:rPr>
                <w:rFonts w:cs="Times New Roman"/>
                <w:spacing w:val="-10"/>
                <w:szCs w:val="26"/>
              </w:rPr>
              <w:t xml:space="preserve"> </w:t>
            </w:r>
            <w:proofErr w:type="spellStart"/>
            <w:r w:rsidRPr="009A71AA">
              <w:rPr>
                <w:rFonts w:cs="Times New Roman"/>
                <w:spacing w:val="-10"/>
                <w:szCs w:val="26"/>
              </w:rPr>
              <w:t>mực</w:t>
            </w:r>
            <w:proofErr w:type="spellEnd"/>
            <w:r w:rsidRPr="009A71AA">
              <w:rPr>
                <w:rFonts w:cs="Times New Roman"/>
                <w:spacing w:val="-10"/>
                <w:szCs w:val="26"/>
              </w:rPr>
              <w:t xml:space="preserve"> </w:t>
            </w:r>
            <w:proofErr w:type="spellStart"/>
            <w:r w:rsidRPr="009A71AA">
              <w:rPr>
                <w:rFonts w:cs="Times New Roman"/>
                <w:spacing w:val="-10"/>
                <w:szCs w:val="26"/>
              </w:rPr>
              <w:t>trong</w:t>
            </w:r>
            <w:proofErr w:type="spellEnd"/>
            <w:r w:rsidRPr="009A71AA">
              <w:rPr>
                <w:rFonts w:cs="Times New Roman"/>
                <w:spacing w:val="-10"/>
                <w:szCs w:val="26"/>
              </w:rPr>
              <w:t xml:space="preserve"> </w:t>
            </w:r>
            <w:proofErr w:type="spellStart"/>
            <w:r w:rsidRPr="009A71AA">
              <w:rPr>
                <w:rFonts w:cs="Times New Roman"/>
                <w:spacing w:val="-10"/>
                <w:szCs w:val="26"/>
              </w:rPr>
              <w:t>giao</w:t>
            </w:r>
            <w:proofErr w:type="spellEnd"/>
            <w:r w:rsidRPr="009A71AA">
              <w:rPr>
                <w:rFonts w:cs="Times New Roman"/>
                <w:spacing w:val="-10"/>
                <w:szCs w:val="26"/>
              </w:rPr>
              <w:t xml:space="preserve"> </w:t>
            </w:r>
            <w:proofErr w:type="spellStart"/>
            <w:r w:rsidRPr="009A71AA">
              <w:rPr>
                <w:rFonts w:cs="Times New Roman"/>
                <w:spacing w:val="-10"/>
                <w:szCs w:val="26"/>
              </w:rPr>
              <w:t>tiếp</w:t>
            </w:r>
            <w:proofErr w:type="spellEnd"/>
            <w:r w:rsidRPr="009A71AA">
              <w:rPr>
                <w:rFonts w:cs="Times New Roman"/>
                <w:spacing w:val="-10"/>
                <w:szCs w:val="26"/>
              </w:rPr>
              <w:t xml:space="preserve">, </w:t>
            </w:r>
            <w:proofErr w:type="spellStart"/>
            <w:r w:rsidRPr="009A71AA">
              <w:rPr>
                <w:rFonts w:cs="Times New Roman"/>
                <w:spacing w:val="-10"/>
                <w:szCs w:val="26"/>
              </w:rPr>
              <w:t>phục</w:t>
            </w:r>
            <w:proofErr w:type="spellEnd"/>
            <w:r w:rsidRPr="009A71AA">
              <w:rPr>
                <w:rFonts w:cs="Times New Roman"/>
                <w:spacing w:val="-10"/>
                <w:szCs w:val="26"/>
              </w:rPr>
              <w:t xml:space="preserve"> </w:t>
            </w:r>
            <w:proofErr w:type="spellStart"/>
            <w:r w:rsidRPr="009A71AA">
              <w:rPr>
                <w:rFonts w:cs="Times New Roman"/>
                <w:spacing w:val="-10"/>
                <w:szCs w:val="26"/>
              </w:rPr>
              <w:t>vụ</w:t>
            </w:r>
            <w:proofErr w:type="spellEnd"/>
            <w:r w:rsidRPr="009A71AA">
              <w:rPr>
                <w:rFonts w:cs="Times New Roman"/>
                <w:spacing w:val="-10"/>
                <w:szCs w:val="26"/>
              </w:rPr>
              <w:t xml:space="preserve"> </w:t>
            </w:r>
            <w:proofErr w:type="spellStart"/>
            <w:r w:rsidRPr="009A71AA">
              <w:rPr>
                <w:rFonts w:cs="Times New Roman"/>
                <w:spacing w:val="-10"/>
                <w:szCs w:val="26"/>
              </w:rPr>
              <w:t>nhân</w:t>
            </w:r>
            <w:proofErr w:type="spellEnd"/>
            <w:r w:rsidRPr="009A71AA">
              <w:rPr>
                <w:rFonts w:cs="Times New Roman"/>
                <w:spacing w:val="-10"/>
                <w:szCs w:val="26"/>
              </w:rPr>
              <w:t xml:space="preserve"> </w:t>
            </w:r>
            <w:proofErr w:type="spellStart"/>
            <w:r w:rsidRPr="009A71AA">
              <w:rPr>
                <w:rFonts w:cs="Times New Roman"/>
                <w:spacing w:val="-10"/>
                <w:szCs w:val="26"/>
              </w:rPr>
              <w:t>dân</w:t>
            </w:r>
            <w:proofErr w:type="spellEnd"/>
            <w:r w:rsidRPr="009A71AA">
              <w:rPr>
                <w:rFonts w:cs="Times New Roman"/>
                <w:spacing w:val="-10"/>
                <w:szCs w:val="26"/>
              </w:rPr>
              <w:t>.</w:t>
            </w:r>
          </w:p>
          <w:p w14:paraId="035501BC" w14:textId="77777777" w:rsidR="00883EBC" w:rsidRPr="009A71AA" w:rsidRDefault="00883EBC" w:rsidP="00D14A04">
            <w:pPr>
              <w:spacing w:after="0" w:line="240" w:lineRule="auto"/>
              <w:ind w:firstLine="720"/>
              <w:jc w:val="both"/>
              <w:rPr>
                <w:rFonts w:cs="Times New Roman"/>
                <w:spacing w:val="-10"/>
                <w:szCs w:val="26"/>
              </w:rPr>
            </w:pPr>
            <w:r w:rsidRPr="009A71AA">
              <w:rPr>
                <w:rFonts w:cs="Times New Roman"/>
                <w:spacing w:val="-10"/>
                <w:szCs w:val="26"/>
              </w:rPr>
              <w:t xml:space="preserve">4. </w:t>
            </w:r>
            <w:proofErr w:type="spellStart"/>
            <w:r w:rsidRPr="009A71AA">
              <w:rPr>
                <w:rFonts w:cs="Times New Roman"/>
                <w:spacing w:val="-10"/>
                <w:szCs w:val="26"/>
              </w:rPr>
              <w:t>Có</w:t>
            </w:r>
            <w:proofErr w:type="spellEnd"/>
            <w:r w:rsidRPr="009A71AA">
              <w:rPr>
                <w:rFonts w:cs="Times New Roman"/>
                <w:spacing w:val="-10"/>
                <w:szCs w:val="26"/>
              </w:rPr>
              <w:t xml:space="preserve"> </w:t>
            </w:r>
            <w:proofErr w:type="spellStart"/>
            <w:r w:rsidRPr="009A71AA">
              <w:rPr>
                <w:rFonts w:cs="Times New Roman"/>
                <w:spacing w:val="-10"/>
                <w:szCs w:val="26"/>
              </w:rPr>
              <w:t>lối</w:t>
            </w:r>
            <w:proofErr w:type="spellEnd"/>
            <w:r w:rsidRPr="009A71AA">
              <w:rPr>
                <w:rFonts w:cs="Times New Roman"/>
                <w:spacing w:val="-10"/>
                <w:szCs w:val="26"/>
              </w:rPr>
              <w:t xml:space="preserve"> </w:t>
            </w:r>
            <w:proofErr w:type="spellStart"/>
            <w:r w:rsidRPr="009A71AA">
              <w:rPr>
                <w:rFonts w:cs="Times New Roman"/>
                <w:spacing w:val="-10"/>
                <w:szCs w:val="26"/>
              </w:rPr>
              <w:t>sống</w:t>
            </w:r>
            <w:proofErr w:type="spellEnd"/>
            <w:r w:rsidRPr="009A71AA">
              <w:rPr>
                <w:rFonts w:cs="Times New Roman"/>
                <w:spacing w:val="-10"/>
                <w:szCs w:val="26"/>
              </w:rPr>
              <w:t xml:space="preserve"> </w:t>
            </w:r>
            <w:proofErr w:type="spellStart"/>
            <w:r w:rsidRPr="009A71AA">
              <w:rPr>
                <w:rFonts w:cs="Times New Roman"/>
                <w:spacing w:val="-10"/>
                <w:szCs w:val="26"/>
              </w:rPr>
              <w:t>và</w:t>
            </w:r>
            <w:proofErr w:type="spellEnd"/>
            <w:r w:rsidRPr="009A71AA">
              <w:rPr>
                <w:rFonts w:cs="Times New Roman"/>
                <w:spacing w:val="-10"/>
                <w:szCs w:val="26"/>
              </w:rPr>
              <w:t xml:space="preserve"> </w:t>
            </w:r>
            <w:proofErr w:type="spellStart"/>
            <w:r w:rsidRPr="009A71AA">
              <w:rPr>
                <w:rFonts w:cs="Times New Roman"/>
                <w:spacing w:val="-10"/>
                <w:szCs w:val="26"/>
              </w:rPr>
              <w:t>sinh</w:t>
            </w:r>
            <w:proofErr w:type="spellEnd"/>
            <w:r w:rsidRPr="009A71AA">
              <w:rPr>
                <w:rFonts w:cs="Times New Roman"/>
                <w:spacing w:val="-10"/>
                <w:szCs w:val="26"/>
              </w:rPr>
              <w:t xml:space="preserve"> </w:t>
            </w:r>
            <w:proofErr w:type="spellStart"/>
            <w:r w:rsidRPr="009A71AA">
              <w:rPr>
                <w:rFonts w:cs="Times New Roman"/>
                <w:spacing w:val="-10"/>
                <w:szCs w:val="26"/>
              </w:rPr>
              <w:t>hoạt</w:t>
            </w:r>
            <w:proofErr w:type="spellEnd"/>
            <w:r w:rsidRPr="009A71AA">
              <w:rPr>
                <w:rFonts w:cs="Times New Roman"/>
                <w:spacing w:val="-10"/>
                <w:szCs w:val="26"/>
              </w:rPr>
              <w:t xml:space="preserve"> </w:t>
            </w:r>
            <w:proofErr w:type="spellStart"/>
            <w:r w:rsidRPr="009A71AA">
              <w:rPr>
                <w:rFonts w:cs="Times New Roman"/>
                <w:spacing w:val="-10"/>
                <w:szCs w:val="26"/>
              </w:rPr>
              <w:t>lành</w:t>
            </w:r>
            <w:proofErr w:type="spellEnd"/>
            <w:r w:rsidRPr="009A71AA">
              <w:rPr>
                <w:rFonts w:cs="Times New Roman"/>
                <w:spacing w:val="-10"/>
                <w:szCs w:val="26"/>
              </w:rPr>
              <w:t xml:space="preserve"> </w:t>
            </w:r>
            <w:proofErr w:type="spellStart"/>
            <w:r w:rsidRPr="009A71AA">
              <w:rPr>
                <w:rFonts w:cs="Times New Roman"/>
                <w:spacing w:val="-10"/>
                <w:szCs w:val="26"/>
              </w:rPr>
              <w:t>mạnh</w:t>
            </w:r>
            <w:proofErr w:type="spellEnd"/>
            <w:r w:rsidRPr="009A71AA">
              <w:rPr>
                <w:rFonts w:cs="Times New Roman"/>
                <w:spacing w:val="-10"/>
                <w:szCs w:val="26"/>
              </w:rPr>
              <w:t xml:space="preserve">, </w:t>
            </w:r>
            <w:proofErr w:type="spellStart"/>
            <w:r w:rsidRPr="009A71AA">
              <w:rPr>
                <w:rFonts w:cs="Times New Roman"/>
                <w:spacing w:val="-10"/>
                <w:szCs w:val="26"/>
              </w:rPr>
              <w:t>khiêm</w:t>
            </w:r>
            <w:proofErr w:type="spellEnd"/>
            <w:r w:rsidRPr="009A71AA">
              <w:rPr>
                <w:rFonts w:cs="Times New Roman"/>
                <w:spacing w:val="-10"/>
                <w:szCs w:val="26"/>
              </w:rPr>
              <w:t xml:space="preserve"> </w:t>
            </w:r>
            <w:proofErr w:type="spellStart"/>
            <w:r w:rsidRPr="009A71AA">
              <w:rPr>
                <w:rFonts w:cs="Times New Roman"/>
                <w:spacing w:val="-10"/>
                <w:szCs w:val="26"/>
              </w:rPr>
              <w:t>tốn</w:t>
            </w:r>
            <w:proofErr w:type="spellEnd"/>
            <w:r w:rsidRPr="009A71AA">
              <w:rPr>
                <w:rFonts w:cs="Times New Roman"/>
                <w:spacing w:val="-10"/>
                <w:szCs w:val="26"/>
              </w:rPr>
              <w:t xml:space="preserve">, </w:t>
            </w:r>
            <w:proofErr w:type="spellStart"/>
            <w:r w:rsidRPr="009A71AA">
              <w:rPr>
                <w:rFonts w:cs="Times New Roman"/>
                <w:spacing w:val="-10"/>
                <w:szCs w:val="26"/>
              </w:rPr>
              <w:t>đoàn</w:t>
            </w:r>
            <w:proofErr w:type="spellEnd"/>
            <w:r w:rsidRPr="009A71AA">
              <w:rPr>
                <w:rFonts w:cs="Times New Roman"/>
                <w:spacing w:val="-10"/>
                <w:szCs w:val="26"/>
              </w:rPr>
              <w:t xml:space="preserve"> </w:t>
            </w:r>
            <w:proofErr w:type="spellStart"/>
            <w:r w:rsidRPr="009A71AA">
              <w:rPr>
                <w:rFonts w:cs="Times New Roman"/>
                <w:spacing w:val="-10"/>
                <w:szCs w:val="26"/>
              </w:rPr>
              <w:t>kết</w:t>
            </w:r>
            <w:proofErr w:type="spellEnd"/>
            <w:r w:rsidRPr="009A71AA">
              <w:rPr>
                <w:rFonts w:cs="Times New Roman"/>
                <w:spacing w:val="-10"/>
                <w:szCs w:val="26"/>
              </w:rPr>
              <w:t xml:space="preserve">; </w:t>
            </w:r>
            <w:proofErr w:type="spellStart"/>
            <w:r w:rsidRPr="009A71AA">
              <w:rPr>
                <w:rFonts w:cs="Times New Roman"/>
                <w:spacing w:val="-10"/>
                <w:szCs w:val="26"/>
              </w:rPr>
              <w:t>cần</w:t>
            </w:r>
            <w:proofErr w:type="spellEnd"/>
            <w:r w:rsidRPr="009A71AA">
              <w:rPr>
                <w:rFonts w:cs="Times New Roman"/>
                <w:spacing w:val="-10"/>
                <w:szCs w:val="26"/>
              </w:rPr>
              <w:t xml:space="preserve">, </w:t>
            </w:r>
            <w:proofErr w:type="spellStart"/>
            <w:r w:rsidRPr="009A71AA">
              <w:rPr>
                <w:rFonts w:cs="Times New Roman"/>
                <w:spacing w:val="-10"/>
                <w:szCs w:val="26"/>
              </w:rPr>
              <w:t>kiệm</w:t>
            </w:r>
            <w:proofErr w:type="spellEnd"/>
            <w:r w:rsidRPr="009A71AA">
              <w:rPr>
                <w:rFonts w:cs="Times New Roman"/>
                <w:spacing w:val="-10"/>
                <w:szCs w:val="26"/>
              </w:rPr>
              <w:t xml:space="preserve">, </w:t>
            </w:r>
            <w:proofErr w:type="spellStart"/>
            <w:r w:rsidRPr="009A71AA">
              <w:rPr>
                <w:rFonts w:cs="Times New Roman"/>
                <w:spacing w:val="-10"/>
                <w:szCs w:val="26"/>
              </w:rPr>
              <w:t>liêm</w:t>
            </w:r>
            <w:proofErr w:type="spellEnd"/>
            <w:r w:rsidRPr="009A71AA">
              <w:rPr>
                <w:rFonts w:cs="Times New Roman"/>
                <w:spacing w:val="-10"/>
                <w:szCs w:val="26"/>
              </w:rPr>
              <w:t xml:space="preserve">, </w:t>
            </w:r>
            <w:proofErr w:type="spellStart"/>
            <w:r w:rsidRPr="009A71AA">
              <w:rPr>
                <w:rFonts w:cs="Times New Roman"/>
                <w:spacing w:val="-10"/>
                <w:szCs w:val="26"/>
              </w:rPr>
              <w:t>chính</w:t>
            </w:r>
            <w:proofErr w:type="spellEnd"/>
            <w:r w:rsidRPr="009A71AA">
              <w:rPr>
                <w:rFonts w:cs="Times New Roman"/>
                <w:spacing w:val="-10"/>
                <w:szCs w:val="26"/>
              </w:rPr>
              <w:t xml:space="preserve">, </w:t>
            </w:r>
            <w:proofErr w:type="spellStart"/>
            <w:r w:rsidRPr="009A71AA">
              <w:rPr>
                <w:rFonts w:cs="Times New Roman"/>
                <w:spacing w:val="-10"/>
                <w:szCs w:val="26"/>
              </w:rPr>
              <w:t>chí</w:t>
            </w:r>
            <w:proofErr w:type="spellEnd"/>
            <w:r w:rsidRPr="009A71AA">
              <w:rPr>
                <w:rFonts w:cs="Times New Roman"/>
                <w:spacing w:val="-10"/>
                <w:szCs w:val="26"/>
              </w:rPr>
              <w:t xml:space="preserve"> </w:t>
            </w:r>
            <w:proofErr w:type="spellStart"/>
            <w:r w:rsidRPr="009A71AA">
              <w:rPr>
                <w:rFonts w:cs="Times New Roman"/>
                <w:spacing w:val="-10"/>
                <w:szCs w:val="26"/>
              </w:rPr>
              <w:t>công</w:t>
            </w:r>
            <w:proofErr w:type="spellEnd"/>
            <w:r w:rsidRPr="009A71AA">
              <w:rPr>
                <w:rFonts w:cs="Times New Roman"/>
                <w:spacing w:val="-10"/>
                <w:szCs w:val="26"/>
              </w:rPr>
              <w:t xml:space="preserve"> </w:t>
            </w:r>
            <w:proofErr w:type="spellStart"/>
            <w:r w:rsidRPr="009A71AA">
              <w:rPr>
                <w:rFonts w:cs="Times New Roman"/>
                <w:spacing w:val="-10"/>
                <w:szCs w:val="26"/>
              </w:rPr>
              <w:t>vô</w:t>
            </w:r>
            <w:proofErr w:type="spellEnd"/>
            <w:r w:rsidRPr="009A71AA">
              <w:rPr>
                <w:rFonts w:cs="Times New Roman"/>
                <w:spacing w:val="-10"/>
                <w:szCs w:val="26"/>
              </w:rPr>
              <w:t xml:space="preserve"> </w:t>
            </w:r>
            <w:proofErr w:type="spellStart"/>
            <w:r w:rsidRPr="009A71AA">
              <w:rPr>
                <w:rFonts w:cs="Times New Roman"/>
                <w:spacing w:val="-10"/>
                <w:szCs w:val="26"/>
              </w:rPr>
              <w:t>tư</w:t>
            </w:r>
            <w:proofErr w:type="spellEnd"/>
            <w:r w:rsidRPr="009A71AA">
              <w:rPr>
                <w:rFonts w:cs="Times New Roman"/>
                <w:spacing w:val="-10"/>
                <w:szCs w:val="26"/>
              </w:rPr>
              <w:t xml:space="preserve">; </w:t>
            </w:r>
            <w:proofErr w:type="spellStart"/>
            <w:r w:rsidRPr="009A71AA">
              <w:rPr>
                <w:rFonts w:cs="Times New Roman"/>
                <w:spacing w:val="-10"/>
                <w:szCs w:val="26"/>
              </w:rPr>
              <w:t>không</w:t>
            </w:r>
            <w:proofErr w:type="spellEnd"/>
            <w:r w:rsidRPr="009A71AA">
              <w:rPr>
                <w:rFonts w:cs="Times New Roman"/>
                <w:spacing w:val="-10"/>
                <w:szCs w:val="26"/>
              </w:rPr>
              <w:t xml:space="preserve"> </w:t>
            </w:r>
            <w:proofErr w:type="spellStart"/>
            <w:r w:rsidRPr="009A71AA">
              <w:rPr>
                <w:rFonts w:cs="Times New Roman"/>
                <w:spacing w:val="-10"/>
                <w:szCs w:val="26"/>
              </w:rPr>
              <w:t>lợi</w:t>
            </w:r>
            <w:proofErr w:type="spellEnd"/>
            <w:r w:rsidRPr="009A71AA">
              <w:rPr>
                <w:rFonts w:cs="Times New Roman"/>
                <w:spacing w:val="-10"/>
                <w:szCs w:val="26"/>
              </w:rPr>
              <w:t xml:space="preserve"> </w:t>
            </w:r>
            <w:proofErr w:type="spellStart"/>
            <w:r w:rsidRPr="009A71AA">
              <w:rPr>
                <w:rFonts w:cs="Times New Roman"/>
                <w:spacing w:val="-10"/>
                <w:szCs w:val="26"/>
              </w:rPr>
              <w:t>dụng</w:t>
            </w:r>
            <w:proofErr w:type="spellEnd"/>
            <w:r w:rsidRPr="009A71AA">
              <w:rPr>
                <w:rFonts w:cs="Times New Roman"/>
                <w:spacing w:val="-10"/>
                <w:szCs w:val="26"/>
              </w:rPr>
              <w:t xml:space="preserve"> </w:t>
            </w:r>
            <w:proofErr w:type="spellStart"/>
            <w:r w:rsidRPr="009A71AA">
              <w:rPr>
                <w:rFonts w:cs="Times New Roman"/>
                <w:spacing w:val="-10"/>
                <w:szCs w:val="26"/>
              </w:rPr>
              <w:t>việc</w:t>
            </w:r>
            <w:proofErr w:type="spellEnd"/>
            <w:r w:rsidRPr="009A71AA">
              <w:rPr>
                <w:rFonts w:cs="Times New Roman"/>
                <w:spacing w:val="-10"/>
                <w:szCs w:val="26"/>
              </w:rPr>
              <w:t xml:space="preserve"> </w:t>
            </w:r>
            <w:proofErr w:type="spellStart"/>
            <w:r w:rsidRPr="009A71AA">
              <w:rPr>
                <w:rFonts w:cs="Times New Roman"/>
                <w:spacing w:val="-10"/>
                <w:szCs w:val="26"/>
              </w:rPr>
              <w:t>công</w:t>
            </w:r>
            <w:proofErr w:type="spellEnd"/>
            <w:r w:rsidRPr="009A71AA">
              <w:rPr>
                <w:rFonts w:cs="Times New Roman"/>
                <w:spacing w:val="-10"/>
                <w:szCs w:val="26"/>
              </w:rPr>
              <w:t xml:space="preserve"> </w:t>
            </w:r>
            <w:proofErr w:type="spellStart"/>
            <w:r w:rsidRPr="009A71AA">
              <w:rPr>
                <w:rFonts w:cs="Times New Roman"/>
                <w:spacing w:val="-10"/>
                <w:szCs w:val="26"/>
              </w:rPr>
              <w:t>để</w:t>
            </w:r>
            <w:proofErr w:type="spellEnd"/>
            <w:r w:rsidRPr="009A71AA">
              <w:rPr>
                <w:rFonts w:cs="Times New Roman"/>
                <w:spacing w:val="-10"/>
                <w:szCs w:val="26"/>
              </w:rPr>
              <w:t xml:space="preserve"> </w:t>
            </w:r>
            <w:proofErr w:type="spellStart"/>
            <w:r w:rsidRPr="009A71AA">
              <w:rPr>
                <w:rFonts w:cs="Times New Roman"/>
                <w:spacing w:val="-10"/>
                <w:szCs w:val="26"/>
              </w:rPr>
              <w:t>mưu</w:t>
            </w:r>
            <w:proofErr w:type="spellEnd"/>
            <w:r w:rsidRPr="009A71AA">
              <w:rPr>
                <w:rFonts w:cs="Times New Roman"/>
                <w:spacing w:val="-10"/>
                <w:szCs w:val="26"/>
              </w:rPr>
              <w:t xml:space="preserve"> </w:t>
            </w:r>
            <w:proofErr w:type="spellStart"/>
            <w:r w:rsidRPr="009A71AA">
              <w:rPr>
                <w:rFonts w:cs="Times New Roman"/>
                <w:spacing w:val="-10"/>
                <w:szCs w:val="26"/>
              </w:rPr>
              <w:t>cầu</w:t>
            </w:r>
            <w:proofErr w:type="spellEnd"/>
            <w:r w:rsidRPr="009A71AA">
              <w:rPr>
                <w:rFonts w:cs="Times New Roman"/>
                <w:spacing w:val="-10"/>
                <w:szCs w:val="26"/>
              </w:rPr>
              <w:t xml:space="preserve"> </w:t>
            </w:r>
            <w:proofErr w:type="spellStart"/>
            <w:r w:rsidRPr="009A71AA">
              <w:rPr>
                <w:rFonts w:cs="Times New Roman"/>
                <w:spacing w:val="-10"/>
                <w:szCs w:val="26"/>
              </w:rPr>
              <w:t>lợi</w:t>
            </w:r>
            <w:proofErr w:type="spellEnd"/>
            <w:r w:rsidRPr="009A71AA">
              <w:rPr>
                <w:rFonts w:cs="Times New Roman"/>
                <w:spacing w:val="-10"/>
                <w:szCs w:val="26"/>
              </w:rPr>
              <w:t xml:space="preserve"> </w:t>
            </w:r>
            <w:proofErr w:type="spellStart"/>
            <w:r w:rsidRPr="009A71AA">
              <w:rPr>
                <w:rFonts w:cs="Times New Roman"/>
                <w:spacing w:val="-10"/>
                <w:szCs w:val="26"/>
              </w:rPr>
              <w:t>ích</w:t>
            </w:r>
            <w:proofErr w:type="spellEnd"/>
            <w:r w:rsidRPr="009A71AA">
              <w:rPr>
                <w:rFonts w:cs="Times New Roman"/>
                <w:spacing w:val="-10"/>
                <w:szCs w:val="26"/>
              </w:rPr>
              <w:t xml:space="preserve"> </w:t>
            </w:r>
            <w:proofErr w:type="spellStart"/>
            <w:r w:rsidRPr="009A71AA">
              <w:rPr>
                <w:rFonts w:cs="Times New Roman"/>
                <w:spacing w:val="-10"/>
                <w:szCs w:val="26"/>
              </w:rPr>
              <w:t>cá</w:t>
            </w:r>
            <w:proofErr w:type="spellEnd"/>
            <w:r w:rsidRPr="009A71AA">
              <w:rPr>
                <w:rFonts w:cs="Times New Roman"/>
                <w:spacing w:val="-10"/>
                <w:szCs w:val="26"/>
              </w:rPr>
              <w:t xml:space="preserve"> </w:t>
            </w:r>
            <w:proofErr w:type="spellStart"/>
            <w:r w:rsidRPr="009A71AA">
              <w:rPr>
                <w:rFonts w:cs="Times New Roman"/>
                <w:spacing w:val="-10"/>
                <w:szCs w:val="26"/>
              </w:rPr>
              <w:t>nhân</w:t>
            </w:r>
            <w:proofErr w:type="spellEnd"/>
            <w:r w:rsidRPr="009A71AA">
              <w:rPr>
                <w:rFonts w:cs="Times New Roman"/>
                <w:spacing w:val="-10"/>
                <w:szCs w:val="26"/>
              </w:rPr>
              <w:t xml:space="preserve">; </w:t>
            </w:r>
            <w:proofErr w:type="spellStart"/>
            <w:r w:rsidRPr="009A71AA">
              <w:rPr>
                <w:rFonts w:cs="Times New Roman"/>
                <w:spacing w:val="-10"/>
                <w:szCs w:val="26"/>
              </w:rPr>
              <w:t>không</w:t>
            </w:r>
            <w:proofErr w:type="spellEnd"/>
            <w:r w:rsidRPr="009A71AA">
              <w:rPr>
                <w:rFonts w:cs="Times New Roman"/>
                <w:spacing w:val="-10"/>
                <w:szCs w:val="26"/>
              </w:rPr>
              <w:t xml:space="preserve"> </w:t>
            </w:r>
            <w:proofErr w:type="spellStart"/>
            <w:r w:rsidRPr="009A71AA">
              <w:rPr>
                <w:rFonts w:cs="Times New Roman"/>
                <w:spacing w:val="-10"/>
                <w:szCs w:val="26"/>
              </w:rPr>
              <w:t>quan</w:t>
            </w:r>
            <w:proofErr w:type="spellEnd"/>
            <w:r w:rsidRPr="009A71AA">
              <w:rPr>
                <w:rFonts w:cs="Times New Roman"/>
                <w:spacing w:val="-10"/>
                <w:szCs w:val="26"/>
              </w:rPr>
              <w:t xml:space="preserve"> </w:t>
            </w:r>
            <w:proofErr w:type="spellStart"/>
            <w:r w:rsidRPr="009A71AA">
              <w:rPr>
                <w:rFonts w:cs="Times New Roman"/>
                <w:spacing w:val="-10"/>
                <w:szCs w:val="26"/>
              </w:rPr>
              <w:t>liêu</w:t>
            </w:r>
            <w:proofErr w:type="spellEnd"/>
            <w:r w:rsidRPr="009A71AA">
              <w:rPr>
                <w:rFonts w:cs="Times New Roman"/>
                <w:spacing w:val="-10"/>
                <w:szCs w:val="26"/>
              </w:rPr>
              <w:t xml:space="preserve">, </w:t>
            </w:r>
            <w:proofErr w:type="spellStart"/>
            <w:r w:rsidRPr="009A71AA">
              <w:rPr>
                <w:rFonts w:cs="Times New Roman"/>
                <w:spacing w:val="-10"/>
                <w:szCs w:val="26"/>
              </w:rPr>
              <w:t>tham</w:t>
            </w:r>
            <w:proofErr w:type="spellEnd"/>
            <w:r w:rsidRPr="009A71AA">
              <w:rPr>
                <w:rFonts w:cs="Times New Roman"/>
                <w:spacing w:val="-10"/>
                <w:szCs w:val="26"/>
              </w:rPr>
              <w:t xml:space="preserve"> </w:t>
            </w:r>
            <w:proofErr w:type="spellStart"/>
            <w:r w:rsidRPr="009A71AA">
              <w:rPr>
                <w:rFonts w:cs="Times New Roman"/>
                <w:spacing w:val="-10"/>
                <w:szCs w:val="26"/>
              </w:rPr>
              <w:t>nhũng</w:t>
            </w:r>
            <w:proofErr w:type="spellEnd"/>
            <w:r w:rsidRPr="009A71AA">
              <w:rPr>
                <w:rFonts w:cs="Times New Roman"/>
                <w:spacing w:val="-10"/>
                <w:szCs w:val="26"/>
              </w:rPr>
              <w:t xml:space="preserve">, </w:t>
            </w:r>
            <w:proofErr w:type="spellStart"/>
            <w:r w:rsidRPr="009A71AA">
              <w:rPr>
                <w:rFonts w:cs="Times New Roman"/>
                <w:spacing w:val="-10"/>
                <w:szCs w:val="26"/>
              </w:rPr>
              <w:t>lãng</w:t>
            </w:r>
            <w:proofErr w:type="spellEnd"/>
            <w:r w:rsidRPr="009A71AA">
              <w:rPr>
                <w:rFonts w:cs="Times New Roman"/>
                <w:spacing w:val="-10"/>
                <w:szCs w:val="26"/>
              </w:rPr>
              <w:t xml:space="preserve"> </w:t>
            </w:r>
            <w:proofErr w:type="spellStart"/>
            <w:r w:rsidRPr="009A71AA">
              <w:rPr>
                <w:rFonts w:cs="Times New Roman"/>
                <w:spacing w:val="-10"/>
                <w:szCs w:val="26"/>
              </w:rPr>
              <w:t>phí</w:t>
            </w:r>
            <w:proofErr w:type="spellEnd"/>
            <w:r w:rsidRPr="009A71AA">
              <w:rPr>
                <w:rFonts w:cs="Times New Roman"/>
                <w:spacing w:val="-10"/>
                <w:szCs w:val="26"/>
              </w:rPr>
              <w:t xml:space="preserve">, </w:t>
            </w:r>
            <w:proofErr w:type="spellStart"/>
            <w:r w:rsidRPr="009A71AA">
              <w:rPr>
                <w:rFonts w:cs="Times New Roman"/>
                <w:spacing w:val="-10"/>
                <w:szCs w:val="26"/>
              </w:rPr>
              <w:t>tiêu</w:t>
            </w:r>
            <w:proofErr w:type="spellEnd"/>
            <w:r w:rsidRPr="009A71AA">
              <w:rPr>
                <w:rFonts w:cs="Times New Roman"/>
                <w:spacing w:val="-10"/>
                <w:szCs w:val="26"/>
              </w:rPr>
              <w:t xml:space="preserve"> </w:t>
            </w:r>
            <w:proofErr w:type="spellStart"/>
            <w:r w:rsidRPr="009A71AA">
              <w:rPr>
                <w:rFonts w:cs="Times New Roman"/>
                <w:spacing w:val="-10"/>
                <w:szCs w:val="26"/>
              </w:rPr>
              <w:t>cực</w:t>
            </w:r>
            <w:proofErr w:type="spellEnd"/>
            <w:r w:rsidRPr="009A71AA">
              <w:rPr>
                <w:rFonts w:cs="Times New Roman"/>
                <w:spacing w:val="-10"/>
                <w:szCs w:val="26"/>
              </w:rPr>
              <w:t>.</w:t>
            </w:r>
          </w:p>
          <w:p w14:paraId="771E4F71" w14:textId="6F3034AE" w:rsidR="00883EBC" w:rsidRPr="009A71AA" w:rsidRDefault="00883EBC" w:rsidP="00D14A04">
            <w:pPr>
              <w:spacing w:after="0" w:line="240" w:lineRule="auto"/>
              <w:ind w:firstLine="709"/>
              <w:jc w:val="both"/>
              <w:rPr>
                <w:i/>
                <w:iCs/>
                <w:spacing w:val="-10"/>
                <w:sz w:val="28"/>
                <w:szCs w:val="28"/>
                <w:lang w:val="de-DE"/>
              </w:rPr>
            </w:pPr>
            <w:r w:rsidRPr="009A71AA">
              <w:rPr>
                <w:spacing w:val="-10"/>
                <w:szCs w:val="26"/>
              </w:rPr>
              <w:t xml:space="preserve">5. Thường </w:t>
            </w:r>
            <w:proofErr w:type="spellStart"/>
            <w:r w:rsidRPr="009A71AA">
              <w:rPr>
                <w:spacing w:val="-10"/>
                <w:szCs w:val="26"/>
              </w:rPr>
              <w:t>xuyên</w:t>
            </w:r>
            <w:proofErr w:type="spellEnd"/>
            <w:r w:rsidRPr="009A71AA">
              <w:rPr>
                <w:spacing w:val="-10"/>
                <w:szCs w:val="26"/>
              </w:rPr>
              <w:t xml:space="preserve"> </w:t>
            </w:r>
            <w:proofErr w:type="spellStart"/>
            <w:r w:rsidRPr="009A71AA">
              <w:rPr>
                <w:spacing w:val="-10"/>
                <w:szCs w:val="26"/>
              </w:rPr>
              <w:t>có</w:t>
            </w:r>
            <w:proofErr w:type="spellEnd"/>
            <w:r w:rsidRPr="009A71AA">
              <w:rPr>
                <w:spacing w:val="-10"/>
                <w:szCs w:val="26"/>
              </w:rPr>
              <w:t xml:space="preserve"> ý </w:t>
            </w:r>
            <w:proofErr w:type="spellStart"/>
            <w:r w:rsidRPr="009A71AA">
              <w:rPr>
                <w:spacing w:val="-10"/>
                <w:szCs w:val="26"/>
              </w:rPr>
              <w:t>thức</w:t>
            </w:r>
            <w:proofErr w:type="spellEnd"/>
            <w:r w:rsidRPr="009A71AA">
              <w:rPr>
                <w:spacing w:val="-10"/>
                <w:szCs w:val="26"/>
              </w:rPr>
              <w:t xml:space="preserve"> </w:t>
            </w:r>
            <w:proofErr w:type="spellStart"/>
            <w:r w:rsidRPr="009A71AA">
              <w:rPr>
                <w:spacing w:val="-10"/>
                <w:szCs w:val="26"/>
              </w:rPr>
              <w:t>học</w:t>
            </w:r>
            <w:proofErr w:type="spellEnd"/>
            <w:r w:rsidRPr="009A71AA">
              <w:rPr>
                <w:spacing w:val="-10"/>
                <w:szCs w:val="26"/>
              </w:rPr>
              <w:t xml:space="preserve"> </w:t>
            </w:r>
            <w:proofErr w:type="spellStart"/>
            <w:r w:rsidRPr="009A71AA">
              <w:rPr>
                <w:spacing w:val="-10"/>
                <w:szCs w:val="26"/>
              </w:rPr>
              <w:t>tập</w:t>
            </w:r>
            <w:proofErr w:type="spellEnd"/>
            <w:r w:rsidRPr="009A71AA">
              <w:rPr>
                <w:spacing w:val="-10"/>
                <w:szCs w:val="26"/>
              </w:rPr>
              <w:t xml:space="preserve">, </w:t>
            </w:r>
            <w:proofErr w:type="spellStart"/>
            <w:r w:rsidRPr="009A71AA">
              <w:rPr>
                <w:spacing w:val="-10"/>
                <w:szCs w:val="26"/>
              </w:rPr>
              <w:t>rèn</w:t>
            </w:r>
            <w:proofErr w:type="spellEnd"/>
            <w:r w:rsidRPr="009A71AA">
              <w:rPr>
                <w:spacing w:val="-10"/>
                <w:szCs w:val="26"/>
              </w:rPr>
              <w:t xml:space="preserve"> </w:t>
            </w:r>
            <w:proofErr w:type="spellStart"/>
            <w:r w:rsidRPr="009A71AA">
              <w:rPr>
                <w:spacing w:val="-10"/>
                <w:szCs w:val="26"/>
              </w:rPr>
              <w:t>luyện</w:t>
            </w:r>
            <w:proofErr w:type="spellEnd"/>
            <w:r w:rsidRPr="009A71AA">
              <w:rPr>
                <w:spacing w:val="-10"/>
                <w:szCs w:val="26"/>
              </w:rPr>
              <w:t xml:space="preserve"> </w:t>
            </w:r>
            <w:proofErr w:type="spellStart"/>
            <w:r w:rsidRPr="009A71AA">
              <w:rPr>
                <w:spacing w:val="-10"/>
                <w:szCs w:val="26"/>
              </w:rPr>
              <w:t>nâng</w:t>
            </w:r>
            <w:proofErr w:type="spellEnd"/>
            <w:r w:rsidRPr="009A71AA">
              <w:rPr>
                <w:spacing w:val="-10"/>
                <w:szCs w:val="26"/>
              </w:rPr>
              <w:t xml:space="preserve"> </w:t>
            </w:r>
            <w:proofErr w:type="spellStart"/>
            <w:r w:rsidRPr="009A71AA">
              <w:rPr>
                <w:spacing w:val="-10"/>
                <w:szCs w:val="26"/>
              </w:rPr>
              <w:t>cao</w:t>
            </w:r>
            <w:proofErr w:type="spellEnd"/>
            <w:r w:rsidRPr="009A71AA">
              <w:rPr>
                <w:spacing w:val="-10"/>
                <w:szCs w:val="26"/>
              </w:rPr>
              <w:t xml:space="preserve"> </w:t>
            </w:r>
            <w:proofErr w:type="spellStart"/>
            <w:r w:rsidRPr="009A71AA">
              <w:rPr>
                <w:spacing w:val="-10"/>
                <w:szCs w:val="26"/>
              </w:rPr>
              <w:t>phẩm</w:t>
            </w:r>
            <w:proofErr w:type="spellEnd"/>
            <w:r w:rsidRPr="009A71AA">
              <w:rPr>
                <w:spacing w:val="-10"/>
                <w:szCs w:val="26"/>
              </w:rPr>
              <w:t xml:space="preserve"> </w:t>
            </w:r>
            <w:proofErr w:type="spellStart"/>
            <w:r w:rsidRPr="009A71AA">
              <w:rPr>
                <w:spacing w:val="-10"/>
                <w:szCs w:val="26"/>
              </w:rPr>
              <w:t>chất</w:t>
            </w:r>
            <w:proofErr w:type="spellEnd"/>
            <w:r w:rsidRPr="009A71AA">
              <w:rPr>
                <w:spacing w:val="-10"/>
                <w:szCs w:val="26"/>
              </w:rPr>
              <w:t xml:space="preserve"> </w:t>
            </w:r>
            <w:proofErr w:type="spellStart"/>
            <w:r w:rsidRPr="009A71AA">
              <w:rPr>
                <w:spacing w:val="-10"/>
                <w:szCs w:val="26"/>
              </w:rPr>
              <w:t>chính</w:t>
            </w:r>
            <w:proofErr w:type="spellEnd"/>
            <w:r w:rsidRPr="009A71AA">
              <w:rPr>
                <w:spacing w:val="-10"/>
                <w:szCs w:val="26"/>
              </w:rPr>
              <w:t xml:space="preserve"> </w:t>
            </w:r>
            <w:proofErr w:type="spellStart"/>
            <w:r w:rsidRPr="009A71AA">
              <w:rPr>
                <w:spacing w:val="-10"/>
                <w:szCs w:val="26"/>
              </w:rPr>
              <w:t>trị</w:t>
            </w:r>
            <w:proofErr w:type="spellEnd"/>
            <w:r w:rsidRPr="009A71AA">
              <w:rPr>
                <w:spacing w:val="-10"/>
                <w:szCs w:val="26"/>
              </w:rPr>
              <w:t xml:space="preserve">, </w:t>
            </w:r>
            <w:proofErr w:type="spellStart"/>
            <w:r w:rsidRPr="009A71AA">
              <w:rPr>
                <w:spacing w:val="-10"/>
                <w:szCs w:val="26"/>
              </w:rPr>
              <w:t>đạo</w:t>
            </w:r>
            <w:proofErr w:type="spellEnd"/>
            <w:r w:rsidRPr="009A71AA">
              <w:rPr>
                <w:spacing w:val="-10"/>
                <w:szCs w:val="26"/>
              </w:rPr>
              <w:t xml:space="preserve"> </w:t>
            </w:r>
            <w:proofErr w:type="spellStart"/>
            <w:r w:rsidRPr="009A71AA">
              <w:rPr>
                <w:spacing w:val="-10"/>
                <w:szCs w:val="26"/>
              </w:rPr>
              <w:t>đức</w:t>
            </w:r>
            <w:proofErr w:type="spellEnd"/>
            <w:r w:rsidRPr="009A71AA">
              <w:rPr>
                <w:spacing w:val="-10"/>
                <w:szCs w:val="26"/>
              </w:rPr>
              <w:t xml:space="preserve"> </w:t>
            </w:r>
            <w:proofErr w:type="spellStart"/>
            <w:r w:rsidRPr="009A71AA">
              <w:rPr>
                <w:spacing w:val="-10"/>
                <w:szCs w:val="26"/>
              </w:rPr>
              <w:t>lối</w:t>
            </w:r>
            <w:proofErr w:type="spellEnd"/>
            <w:r w:rsidRPr="009A71AA">
              <w:rPr>
                <w:spacing w:val="-10"/>
                <w:szCs w:val="26"/>
              </w:rPr>
              <w:t xml:space="preserve"> </w:t>
            </w:r>
            <w:proofErr w:type="spellStart"/>
            <w:r w:rsidRPr="009A71AA">
              <w:rPr>
                <w:spacing w:val="-10"/>
                <w:szCs w:val="26"/>
              </w:rPr>
              <w:t>sống</w:t>
            </w:r>
            <w:proofErr w:type="spellEnd"/>
            <w:r w:rsidRPr="009A71AA">
              <w:rPr>
                <w:spacing w:val="-10"/>
                <w:szCs w:val="26"/>
              </w:rPr>
              <w:t xml:space="preserve">, </w:t>
            </w:r>
            <w:proofErr w:type="spellStart"/>
            <w:r w:rsidRPr="009A71AA">
              <w:rPr>
                <w:spacing w:val="-10"/>
                <w:szCs w:val="26"/>
              </w:rPr>
              <w:t>đạo</w:t>
            </w:r>
            <w:proofErr w:type="spellEnd"/>
            <w:r w:rsidRPr="009A71AA">
              <w:rPr>
                <w:spacing w:val="-10"/>
                <w:szCs w:val="26"/>
              </w:rPr>
              <w:t xml:space="preserve"> </w:t>
            </w:r>
            <w:proofErr w:type="spellStart"/>
            <w:r w:rsidRPr="009A71AA">
              <w:rPr>
                <w:spacing w:val="-10"/>
                <w:szCs w:val="26"/>
              </w:rPr>
              <w:t>đức</w:t>
            </w:r>
            <w:proofErr w:type="spellEnd"/>
            <w:r w:rsidRPr="009A71AA">
              <w:rPr>
                <w:spacing w:val="-10"/>
                <w:szCs w:val="26"/>
              </w:rPr>
              <w:t xml:space="preserve"> </w:t>
            </w:r>
            <w:proofErr w:type="spellStart"/>
            <w:r w:rsidRPr="009A71AA">
              <w:rPr>
                <w:spacing w:val="-10"/>
                <w:szCs w:val="26"/>
              </w:rPr>
              <w:t>công</w:t>
            </w:r>
            <w:proofErr w:type="spellEnd"/>
            <w:r w:rsidRPr="009A71AA">
              <w:rPr>
                <w:spacing w:val="-10"/>
                <w:szCs w:val="26"/>
              </w:rPr>
              <w:t xml:space="preserve"> </w:t>
            </w:r>
            <w:proofErr w:type="spellStart"/>
            <w:r w:rsidRPr="009A71AA">
              <w:rPr>
                <w:spacing w:val="-10"/>
                <w:szCs w:val="26"/>
              </w:rPr>
              <w:t>vụ</w:t>
            </w:r>
            <w:proofErr w:type="spellEnd"/>
            <w:r w:rsidRPr="009A71AA">
              <w:rPr>
                <w:spacing w:val="-10"/>
                <w:szCs w:val="26"/>
              </w:rPr>
              <w:t xml:space="preserve"> </w:t>
            </w:r>
            <w:proofErr w:type="spellStart"/>
            <w:r w:rsidRPr="009A71AA">
              <w:rPr>
                <w:spacing w:val="-10"/>
                <w:szCs w:val="26"/>
              </w:rPr>
              <w:t>và</w:t>
            </w:r>
            <w:proofErr w:type="spellEnd"/>
            <w:r w:rsidRPr="009A71AA">
              <w:rPr>
                <w:spacing w:val="-10"/>
                <w:szCs w:val="26"/>
              </w:rPr>
              <w:t xml:space="preserve"> </w:t>
            </w:r>
            <w:proofErr w:type="spellStart"/>
            <w:r w:rsidRPr="009A71AA">
              <w:rPr>
                <w:spacing w:val="-10"/>
                <w:szCs w:val="26"/>
              </w:rPr>
              <w:t>trình</w:t>
            </w:r>
            <w:proofErr w:type="spellEnd"/>
            <w:r w:rsidRPr="009A71AA">
              <w:rPr>
                <w:spacing w:val="-10"/>
                <w:szCs w:val="26"/>
              </w:rPr>
              <w:t xml:space="preserve"> </w:t>
            </w:r>
            <w:proofErr w:type="spellStart"/>
            <w:r w:rsidRPr="009A71AA">
              <w:rPr>
                <w:spacing w:val="-10"/>
                <w:szCs w:val="26"/>
              </w:rPr>
              <w:t>độ</w:t>
            </w:r>
            <w:proofErr w:type="spellEnd"/>
            <w:r w:rsidRPr="009A71AA">
              <w:rPr>
                <w:spacing w:val="-10"/>
                <w:szCs w:val="26"/>
              </w:rPr>
              <w:t xml:space="preserve">, </w:t>
            </w:r>
            <w:proofErr w:type="spellStart"/>
            <w:r w:rsidRPr="009A71AA">
              <w:rPr>
                <w:spacing w:val="-10"/>
                <w:szCs w:val="26"/>
              </w:rPr>
              <w:t>năng</w:t>
            </w:r>
            <w:proofErr w:type="spellEnd"/>
            <w:r w:rsidRPr="009A71AA">
              <w:rPr>
                <w:spacing w:val="-10"/>
                <w:szCs w:val="26"/>
              </w:rPr>
              <w:t xml:space="preserve"> </w:t>
            </w:r>
            <w:proofErr w:type="spellStart"/>
            <w:r w:rsidRPr="009A71AA">
              <w:rPr>
                <w:spacing w:val="-10"/>
                <w:szCs w:val="26"/>
              </w:rPr>
              <w:t>lực</w:t>
            </w:r>
            <w:proofErr w:type="spellEnd"/>
            <w:r w:rsidRPr="009A71AA">
              <w:rPr>
                <w:spacing w:val="-10"/>
                <w:szCs w:val="26"/>
              </w:rPr>
              <w:t>.</w:t>
            </w:r>
          </w:p>
        </w:tc>
        <w:tc>
          <w:tcPr>
            <w:tcW w:w="5220" w:type="dxa"/>
          </w:tcPr>
          <w:p w14:paraId="2761D793" w14:textId="77777777" w:rsidR="00883EBC" w:rsidRPr="004543E3" w:rsidRDefault="00883EBC" w:rsidP="00D14A04">
            <w:pPr>
              <w:spacing w:before="120" w:after="120" w:line="240" w:lineRule="auto"/>
              <w:jc w:val="both"/>
              <w:rPr>
                <w:b/>
                <w:bCs/>
              </w:rPr>
            </w:pPr>
            <w:proofErr w:type="spellStart"/>
            <w:r w:rsidRPr="004543E3">
              <w:rPr>
                <w:b/>
                <w:bCs/>
              </w:rPr>
              <w:lastRenderedPageBreak/>
              <w:t>Quỹ</w:t>
            </w:r>
            <w:proofErr w:type="spellEnd"/>
            <w:r w:rsidRPr="004543E3">
              <w:rPr>
                <w:b/>
                <w:bCs/>
              </w:rPr>
              <w:t xml:space="preserve"> </w:t>
            </w:r>
            <w:proofErr w:type="spellStart"/>
            <w:r w:rsidRPr="004543E3">
              <w:rPr>
                <w:b/>
                <w:bCs/>
              </w:rPr>
              <w:t>Phát</w:t>
            </w:r>
            <w:proofErr w:type="spellEnd"/>
            <w:r w:rsidRPr="004543E3">
              <w:rPr>
                <w:b/>
                <w:bCs/>
              </w:rPr>
              <w:t xml:space="preserve"> </w:t>
            </w:r>
            <w:proofErr w:type="spellStart"/>
            <w:r w:rsidRPr="004543E3">
              <w:rPr>
                <w:b/>
                <w:bCs/>
              </w:rPr>
              <w:t>triển</w:t>
            </w:r>
            <w:proofErr w:type="spellEnd"/>
            <w:r w:rsidRPr="004543E3">
              <w:rPr>
                <w:b/>
                <w:bCs/>
              </w:rPr>
              <w:t xml:space="preserve"> khoa </w:t>
            </w:r>
            <w:proofErr w:type="spellStart"/>
            <w:r w:rsidRPr="004543E3">
              <w:rPr>
                <w:b/>
                <w:bCs/>
              </w:rPr>
              <w:t>học</w:t>
            </w:r>
            <w:proofErr w:type="spellEnd"/>
            <w:r w:rsidRPr="004543E3">
              <w:rPr>
                <w:b/>
                <w:bCs/>
              </w:rPr>
              <w:t xml:space="preserve"> </w:t>
            </w:r>
            <w:proofErr w:type="spellStart"/>
            <w:r w:rsidRPr="004543E3">
              <w:rPr>
                <w:b/>
                <w:bCs/>
              </w:rPr>
              <w:t>và</w:t>
            </w:r>
            <w:proofErr w:type="spellEnd"/>
            <w:r w:rsidRPr="004543E3">
              <w:rPr>
                <w:b/>
                <w:bCs/>
              </w:rPr>
              <w:t xml:space="preserve"> </w:t>
            </w:r>
            <w:proofErr w:type="spellStart"/>
            <w:r w:rsidRPr="004543E3">
              <w:rPr>
                <w:b/>
                <w:bCs/>
              </w:rPr>
              <w:t>công</w:t>
            </w:r>
            <w:proofErr w:type="spellEnd"/>
            <w:r w:rsidRPr="004543E3">
              <w:rPr>
                <w:b/>
                <w:bCs/>
              </w:rPr>
              <w:t xml:space="preserve"> </w:t>
            </w:r>
            <w:proofErr w:type="spellStart"/>
            <w:r w:rsidRPr="004543E3">
              <w:rPr>
                <w:b/>
                <w:bCs/>
              </w:rPr>
              <w:t>nghệ</w:t>
            </w:r>
            <w:proofErr w:type="spellEnd"/>
            <w:r w:rsidRPr="004543E3">
              <w:rPr>
                <w:b/>
                <w:bCs/>
              </w:rPr>
              <w:t xml:space="preserve"> Quốc </w:t>
            </w:r>
            <w:proofErr w:type="spellStart"/>
            <w:r w:rsidRPr="004543E3">
              <w:rPr>
                <w:b/>
                <w:bCs/>
              </w:rPr>
              <w:t>gia</w:t>
            </w:r>
            <w:proofErr w:type="spellEnd"/>
            <w:r w:rsidRPr="004543E3">
              <w:rPr>
                <w:b/>
                <w:bCs/>
              </w:rPr>
              <w:t>:</w:t>
            </w:r>
          </w:p>
          <w:p w14:paraId="6F97DD38" w14:textId="77777777" w:rsidR="00883EBC" w:rsidRPr="004543E3" w:rsidRDefault="00883EBC" w:rsidP="00D14A04">
            <w:pPr>
              <w:spacing w:before="120" w:after="120" w:line="240" w:lineRule="auto"/>
              <w:jc w:val="both"/>
            </w:pPr>
            <w:proofErr w:type="spellStart"/>
            <w:r w:rsidRPr="004543E3">
              <w:t>Về</w:t>
            </w:r>
            <w:proofErr w:type="spellEnd"/>
            <w:r w:rsidRPr="004543E3">
              <w:t xml:space="preserve"> </w:t>
            </w:r>
            <w:proofErr w:type="spellStart"/>
            <w:r w:rsidRPr="004543E3">
              <w:t>tiêu</w:t>
            </w:r>
            <w:proofErr w:type="spellEnd"/>
            <w:r w:rsidRPr="004543E3">
              <w:t xml:space="preserve"> </w:t>
            </w:r>
            <w:proofErr w:type="spellStart"/>
            <w:r w:rsidRPr="004543E3">
              <w:t>chuẩn</w:t>
            </w:r>
            <w:proofErr w:type="spellEnd"/>
            <w:r w:rsidRPr="004543E3">
              <w:t xml:space="preserve"> </w:t>
            </w:r>
            <w:proofErr w:type="spellStart"/>
            <w:r w:rsidRPr="004543E3">
              <w:t>chung</w:t>
            </w:r>
            <w:proofErr w:type="spellEnd"/>
            <w:r w:rsidRPr="004543E3">
              <w:t xml:space="preserve"> (</w:t>
            </w:r>
            <w:proofErr w:type="spellStart"/>
            <w:r w:rsidRPr="004543E3">
              <w:t>Điều</w:t>
            </w:r>
            <w:proofErr w:type="spellEnd"/>
            <w:r w:rsidRPr="004543E3">
              <w:t xml:space="preserve"> 4): </w:t>
            </w:r>
          </w:p>
          <w:p w14:paraId="300E9DBD" w14:textId="77777777" w:rsidR="00883EBC" w:rsidRPr="004543E3" w:rsidRDefault="00883EBC" w:rsidP="00D14A04">
            <w:pPr>
              <w:spacing w:before="120" w:after="120" w:line="240" w:lineRule="auto"/>
              <w:jc w:val="both"/>
            </w:pPr>
            <w:r w:rsidRPr="004543E3">
              <w:lastRenderedPageBreak/>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bổ</w:t>
            </w:r>
            <w:proofErr w:type="spellEnd"/>
            <w:r w:rsidRPr="004543E3">
              <w:t xml:space="preserve"> sung </w:t>
            </w:r>
            <w:proofErr w:type="spellStart"/>
            <w:r w:rsidRPr="004543E3">
              <w:t>các</w:t>
            </w:r>
            <w:proofErr w:type="spellEnd"/>
            <w:r w:rsidRPr="004543E3">
              <w:t xml:space="preserve"> </w:t>
            </w:r>
            <w:proofErr w:type="spellStart"/>
            <w:r w:rsidRPr="004543E3">
              <w:t>tiêu</w:t>
            </w:r>
            <w:proofErr w:type="spellEnd"/>
            <w:r w:rsidRPr="004543E3">
              <w:t xml:space="preserve"> </w:t>
            </w:r>
            <w:proofErr w:type="spellStart"/>
            <w:r w:rsidRPr="004543E3">
              <w:t>chí</w:t>
            </w:r>
            <w:proofErr w:type="spellEnd"/>
            <w:r w:rsidRPr="004543E3">
              <w:t xml:space="preserve"> </w:t>
            </w:r>
            <w:proofErr w:type="spellStart"/>
            <w:r w:rsidRPr="004543E3">
              <w:t>có</w:t>
            </w:r>
            <w:proofErr w:type="spellEnd"/>
            <w:r w:rsidRPr="004543E3">
              <w:t xml:space="preserve"> </w:t>
            </w:r>
            <w:proofErr w:type="spellStart"/>
            <w:r w:rsidRPr="004543E3">
              <w:t>thể</w:t>
            </w:r>
            <w:proofErr w:type="spellEnd"/>
            <w:r w:rsidRPr="004543E3">
              <w:t xml:space="preserve"> </w:t>
            </w:r>
            <w:proofErr w:type="spellStart"/>
            <w:r w:rsidRPr="004543E3">
              <w:t>lượng</w:t>
            </w:r>
            <w:proofErr w:type="spellEnd"/>
            <w:r w:rsidRPr="004543E3">
              <w:t xml:space="preserve"> </w:t>
            </w:r>
            <w:proofErr w:type="spellStart"/>
            <w:r w:rsidRPr="004543E3">
              <w:t>hóa</w:t>
            </w:r>
            <w:proofErr w:type="spellEnd"/>
            <w:r w:rsidRPr="004543E3">
              <w:t xml:space="preserve"> </w:t>
            </w:r>
            <w:proofErr w:type="spellStart"/>
            <w:r w:rsidRPr="004543E3">
              <w:t>hoặc</w:t>
            </w:r>
            <w:proofErr w:type="spellEnd"/>
            <w:r w:rsidRPr="004543E3">
              <w:t xml:space="preserve"> </w:t>
            </w:r>
            <w:proofErr w:type="spellStart"/>
            <w:r w:rsidRPr="004543E3">
              <w:t>đánh</w:t>
            </w:r>
            <w:proofErr w:type="spellEnd"/>
            <w:r w:rsidRPr="004543E3">
              <w:t xml:space="preserve"> </w:t>
            </w:r>
            <w:proofErr w:type="spellStart"/>
            <w:r w:rsidRPr="004543E3">
              <w:t>giá</w:t>
            </w:r>
            <w:proofErr w:type="spellEnd"/>
            <w:r w:rsidRPr="004543E3">
              <w:t xml:space="preserve"> </w:t>
            </w:r>
            <w:proofErr w:type="spellStart"/>
            <w:r w:rsidRPr="004543E3">
              <w:t>được</w:t>
            </w:r>
            <w:proofErr w:type="spellEnd"/>
            <w:r w:rsidRPr="004543E3">
              <w:t xml:space="preserve">, </w:t>
            </w:r>
            <w:proofErr w:type="spellStart"/>
            <w:r w:rsidRPr="004543E3">
              <w:t>gắn</w:t>
            </w:r>
            <w:proofErr w:type="spellEnd"/>
            <w:r w:rsidRPr="004543E3">
              <w:t xml:space="preserve"> </w:t>
            </w:r>
            <w:proofErr w:type="spellStart"/>
            <w:r w:rsidRPr="004543E3">
              <w:t>với</w:t>
            </w:r>
            <w:proofErr w:type="spellEnd"/>
            <w:r w:rsidRPr="004543E3">
              <w:t xml:space="preserve"> </w:t>
            </w:r>
            <w:proofErr w:type="spellStart"/>
            <w:r w:rsidRPr="004543E3">
              <w:t>kết</w:t>
            </w:r>
            <w:proofErr w:type="spellEnd"/>
            <w:r w:rsidRPr="004543E3">
              <w:t xml:space="preserve"> </w:t>
            </w:r>
            <w:proofErr w:type="spellStart"/>
            <w:r w:rsidRPr="004543E3">
              <w:t>quả</w:t>
            </w:r>
            <w:proofErr w:type="spellEnd"/>
            <w:r w:rsidRPr="004543E3">
              <w:t xml:space="preserve"> </w:t>
            </w:r>
            <w:proofErr w:type="spellStart"/>
            <w:r w:rsidRPr="004543E3">
              <w:t>thực</w:t>
            </w:r>
            <w:proofErr w:type="spellEnd"/>
            <w:r w:rsidRPr="004543E3">
              <w:t xml:space="preserve"> </w:t>
            </w:r>
            <w:proofErr w:type="spellStart"/>
            <w:r w:rsidRPr="004543E3">
              <w:t>thi</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w:t>
            </w:r>
          </w:p>
          <w:p w14:paraId="3BC620D2" w14:textId="77777777" w:rsidR="00883EBC" w:rsidRPr="004543E3" w:rsidRDefault="00883EBC" w:rsidP="00D14A04">
            <w:pPr>
              <w:spacing w:before="120" w:after="120" w:line="240" w:lineRule="auto"/>
              <w:jc w:val="both"/>
              <w:rPr>
                <w:b/>
                <w:bCs/>
              </w:rPr>
            </w:pPr>
            <w:r w:rsidRPr="004543E3">
              <w:rPr>
                <w:b/>
                <w:bCs/>
              </w:rPr>
              <w:t xml:space="preserve">Vụ Khoa </w:t>
            </w:r>
            <w:proofErr w:type="spellStart"/>
            <w:r w:rsidRPr="004543E3">
              <w:rPr>
                <w:b/>
                <w:bCs/>
              </w:rPr>
              <w:t>học</w:t>
            </w:r>
            <w:proofErr w:type="spellEnd"/>
            <w:r w:rsidRPr="004543E3">
              <w:rPr>
                <w:b/>
                <w:bCs/>
              </w:rPr>
              <w:t xml:space="preserve"> Xã </w:t>
            </w:r>
            <w:proofErr w:type="spellStart"/>
            <w:r w:rsidRPr="004543E3">
              <w:rPr>
                <w:b/>
                <w:bCs/>
              </w:rPr>
              <w:t>hội</w:t>
            </w:r>
            <w:proofErr w:type="spellEnd"/>
            <w:r w:rsidRPr="004543E3">
              <w:rPr>
                <w:b/>
                <w:bCs/>
              </w:rPr>
              <w:t xml:space="preserve">, </w:t>
            </w:r>
            <w:proofErr w:type="spellStart"/>
            <w:r w:rsidRPr="004543E3">
              <w:rPr>
                <w:b/>
                <w:bCs/>
              </w:rPr>
              <w:t>Nhân</w:t>
            </w:r>
            <w:proofErr w:type="spellEnd"/>
            <w:r w:rsidRPr="004543E3">
              <w:rPr>
                <w:b/>
                <w:bCs/>
              </w:rPr>
              <w:t xml:space="preserve"> </w:t>
            </w:r>
            <w:proofErr w:type="spellStart"/>
            <w:r w:rsidRPr="004543E3">
              <w:rPr>
                <w:b/>
                <w:bCs/>
              </w:rPr>
              <w:t>văn</w:t>
            </w:r>
            <w:proofErr w:type="spellEnd"/>
            <w:r w:rsidRPr="004543E3">
              <w:rPr>
                <w:b/>
                <w:bCs/>
              </w:rPr>
              <w:t xml:space="preserve"> </w:t>
            </w:r>
            <w:proofErr w:type="spellStart"/>
            <w:r w:rsidRPr="004543E3">
              <w:rPr>
                <w:b/>
                <w:bCs/>
              </w:rPr>
              <w:t>va</w:t>
            </w:r>
            <w:proofErr w:type="spellEnd"/>
            <w:r w:rsidRPr="004543E3">
              <w:rPr>
                <w:b/>
                <w:bCs/>
              </w:rPr>
              <w:t xml:space="preserve">̀ </w:t>
            </w:r>
            <w:proofErr w:type="spellStart"/>
            <w:r w:rsidRPr="004543E3">
              <w:rPr>
                <w:b/>
                <w:bCs/>
              </w:rPr>
              <w:t>Tự</w:t>
            </w:r>
            <w:proofErr w:type="spellEnd"/>
            <w:r w:rsidRPr="004543E3">
              <w:rPr>
                <w:b/>
                <w:bCs/>
              </w:rPr>
              <w:t xml:space="preserve"> </w:t>
            </w:r>
            <w:proofErr w:type="spellStart"/>
            <w:r w:rsidRPr="004543E3">
              <w:rPr>
                <w:b/>
                <w:bCs/>
              </w:rPr>
              <w:t>nhiên</w:t>
            </w:r>
            <w:proofErr w:type="spellEnd"/>
            <w:r w:rsidRPr="004543E3">
              <w:rPr>
                <w:b/>
                <w:bCs/>
              </w:rPr>
              <w:t>:</w:t>
            </w:r>
          </w:p>
          <w:p w14:paraId="3AE5E4DE" w14:textId="77777777" w:rsidR="00883EBC" w:rsidRPr="004543E3" w:rsidRDefault="00883EBC" w:rsidP="00D14A04">
            <w:pPr>
              <w:spacing w:before="120" w:after="120" w:line="240" w:lineRule="auto"/>
              <w:jc w:val="both"/>
            </w:pPr>
            <w:proofErr w:type="spellStart"/>
            <w:r w:rsidRPr="004543E3">
              <w:t>Tại</w:t>
            </w:r>
            <w:proofErr w:type="spellEnd"/>
            <w:r w:rsidRPr="004543E3">
              <w:t xml:space="preserve"> </w:t>
            </w:r>
            <w:proofErr w:type="spellStart"/>
            <w:r w:rsidRPr="004543E3">
              <w:t>Điều</w:t>
            </w:r>
            <w:proofErr w:type="spellEnd"/>
            <w:r w:rsidRPr="004543E3">
              <w:t xml:space="preserve"> 4.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chung</w:t>
            </w:r>
            <w:proofErr w:type="spellEnd"/>
            <w:r w:rsidRPr="004543E3">
              <w:t xml:space="preserve"> </w:t>
            </w:r>
            <w:proofErr w:type="spellStart"/>
            <w:r w:rsidRPr="004543E3">
              <w:t>về</w:t>
            </w:r>
            <w:proofErr w:type="spellEnd"/>
            <w:r w:rsidRPr="004543E3">
              <w:t xml:space="preserve"> </w:t>
            </w:r>
            <w:proofErr w:type="spellStart"/>
            <w:r w:rsidRPr="004543E3">
              <w:t>phẩm</w:t>
            </w:r>
            <w:proofErr w:type="spellEnd"/>
            <w:r w:rsidRPr="004543E3">
              <w:t xml:space="preserve"> </w:t>
            </w:r>
            <w:proofErr w:type="spellStart"/>
            <w:r w:rsidRPr="004543E3">
              <w:t>chất</w:t>
            </w:r>
            <w:proofErr w:type="spellEnd"/>
            <w:r w:rsidRPr="004543E3">
              <w:t xml:space="preserve"> </w:t>
            </w:r>
            <w:proofErr w:type="spellStart"/>
            <w:r w:rsidRPr="004543E3">
              <w:t>chính</w:t>
            </w:r>
            <w:proofErr w:type="spellEnd"/>
            <w:r w:rsidRPr="004543E3">
              <w:t xml:space="preserve"> </w:t>
            </w:r>
            <w:proofErr w:type="spellStart"/>
            <w:r w:rsidRPr="004543E3">
              <w:t>trị</w:t>
            </w:r>
            <w:proofErr w:type="spellEnd"/>
            <w:r w:rsidRPr="004543E3">
              <w:t xml:space="preserve">, </w:t>
            </w:r>
            <w:proofErr w:type="spellStart"/>
            <w:r w:rsidRPr="004543E3">
              <w:t>đạo</w:t>
            </w:r>
            <w:proofErr w:type="spellEnd"/>
            <w:r w:rsidRPr="004543E3">
              <w:t xml:space="preserve"> </w:t>
            </w:r>
            <w:proofErr w:type="spellStart"/>
            <w:r w:rsidRPr="004543E3">
              <w:t>đức</w:t>
            </w:r>
            <w:proofErr w:type="spellEnd"/>
            <w:r w:rsidRPr="004543E3">
              <w:t xml:space="preserve">, </w:t>
            </w:r>
            <w:proofErr w:type="spellStart"/>
            <w:r w:rsidRPr="004543E3">
              <w:t>lối</w:t>
            </w:r>
            <w:proofErr w:type="spellEnd"/>
            <w:r w:rsidRPr="004543E3">
              <w:t xml:space="preserve"> </w:t>
            </w:r>
            <w:proofErr w:type="spellStart"/>
            <w:r w:rsidRPr="004543E3">
              <w:t>sống</w:t>
            </w:r>
            <w:proofErr w:type="spellEnd"/>
            <w:r w:rsidRPr="004543E3">
              <w:t xml:space="preserve"> </w:t>
            </w:r>
          </w:p>
          <w:p w14:paraId="2089E48E" w14:textId="77777777" w:rsidR="00883EBC" w:rsidRPr="004543E3" w:rsidRDefault="00883EBC" w:rsidP="00D14A04">
            <w:pPr>
              <w:spacing w:before="120" w:after="120" w:line="240" w:lineRule="auto"/>
              <w:jc w:val="both"/>
            </w:pP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chỉnh</w:t>
            </w:r>
            <w:proofErr w:type="spellEnd"/>
            <w:r w:rsidRPr="004543E3">
              <w:t xml:space="preserve"> </w:t>
            </w:r>
            <w:proofErr w:type="spellStart"/>
            <w:r w:rsidRPr="004543E3">
              <w:t>sửa</w:t>
            </w:r>
            <w:proofErr w:type="spellEnd"/>
            <w:r w:rsidRPr="004543E3">
              <w:t xml:space="preserve"> </w:t>
            </w:r>
            <w:proofErr w:type="spellStart"/>
            <w:r w:rsidRPr="004543E3">
              <w:t>ngắn</w:t>
            </w:r>
            <w:proofErr w:type="spellEnd"/>
            <w:r w:rsidRPr="004543E3">
              <w:t xml:space="preserve"> </w:t>
            </w:r>
            <w:proofErr w:type="spellStart"/>
            <w:r w:rsidRPr="004543E3">
              <w:t>gọn</w:t>
            </w:r>
            <w:proofErr w:type="spellEnd"/>
            <w:r w:rsidRPr="004543E3">
              <w:t xml:space="preserve"> </w:t>
            </w:r>
            <w:proofErr w:type="spellStart"/>
            <w:r w:rsidRPr="004543E3">
              <w:t>theo</w:t>
            </w:r>
            <w:proofErr w:type="spellEnd"/>
            <w:r w:rsidRPr="004543E3">
              <w:t xml:space="preserve"> </w:t>
            </w:r>
            <w:proofErr w:type="spellStart"/>
            <w:r w:rsidRPr="004543E3">
              <w:t>hướng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cụ </w:t>
            </w:r>
            <w:proofErr w:type="spellStart"/>
            <w:r w:rsidRPr="004543E3">
              <w:t>thể</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riêng</w:t>
            </w:r>
            <w:proofErr w:type="spellEnd"/>
            <w:r w:rsidRPr="004543E3">
              <w:t xml:space="preserve">, </w:t>
            </w:r>
            <w:proofErr w:type="spellStart"/>
            <w:r w:rsidRPr="004543E3">
              <w:t>đặc</w:t>
            </w:r>
            <w:proofErr w:type="spellEnd"/>
            <w:r w:rsidRPr="004543E3">
              <w:t xml:space="preserve"> </w:t>
            </w:r>
            <w:proofErr w:type="spellStart"/>
            <w:r w:rsidRPr="004543E3">
              <w:t>thù</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ngạch</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chức</w:t>
            </w:r>
            <w:proofErr w:type="spellEnd"/>
            <w:r w:rsidRPr="004543E3">
              <w:t xml:space="preserve"> </w:t>
            </w:r>
            <w:proofErr w:type="spellStart"/>
            <w:r w:rsidRPr="004543E3">
              <w:t>danh</w:t>
            </w:r>
            <w:proofErr w:type="spellEnd"/>
            <w:r w:rsidRPr="004543E3">
              <w:t xml:space="preserve"> </w:t>
            </w:r>
            <w:proofErr w:type="spellStart"/>
            <w:r w:rsidRPr="004543E3">
              <w:t>nghề</w:t>
            </w:r>
            <w:proofErr w:type="spellEnd"/>
            <w:r w:rsidRPr="004543E3">
              <w:t xml:space="preserve"> </w:t>
            </w:r>
            <w:proofErr w:type="spellStart"/>
            <w:r w:rsidRPr="004543E3">
              <w:t>nghiệp</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chuyên</w:t>
            </w:r>
            <w:proofErr w:type="spellEnd"/>
            <w:r w:rsidRPr="004543E3">
              <w:t xml:space="preserve"> </w:t>
            </w:r>
            <w:proofErr w:type="spellStart"/>
            <w:r w:rsidRPr="004543E3">
              <w:t>ngành</w:t>
            </w:r>
            <w:proofErr w:type="spellEnd"/>
            <w:r w:rsidRPr="004543E3">
              <w:t xml:space="preserve"> KSVCLSPHH. Các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chung</w:t>
            </w:r>
            <w:proofErr w:type="spellEnd"/>
            <w:r w:rsidRPr="004543E3">
              <w:t xml:space="preserve"> </w:t>
            </w:r>
            <w:proofErr w:type="spellStart"/>
            <w:r w:rsidRPr="004543E3">
              <w:t>đa</w:t>
            </w:r>
            <w:proofErr w:type="spellEnd"/>
            <w:r w:rsidRPr="004543E3">
              <w:t xml:space="preserve">̃ </w:t>
            </w:r>
            <w:proofErr w:type="spellStart"/>
            <w:r w:rsidRPr="004543E3">
              <w:t>được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tại</w:t>
            </w:r>
            <w:proofErr w:type="spellEnd"/>
            <w:r w:rsidRPr="004543E3">
              <w:t xml:space="preserve"> </w:t>
            </w:r>
            <w:proofErr w:type="spellStart"/>
            <w:r w:rsidRPr="004543E3">
              <w:t>Luật</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và</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hướng</w:t>
            </w:r>
            <w:proofErr w:type="spellEnd"/>
            <w:r w:rsidRPr="004543E3">
              <w:t xml:space="preserve"> </w:t>
            </w:r>
            <w:proofErr w:type="spellStart"/>
            <w:r w:rsidRPr="004543E3">
              <w:t>dẫn</w:t>
            </w:r>
            <w:proofErr w:type="spellEnd"/>
            <w:r w:rsidRPr="004543E3">
              <w:t xml:space="preserve"> </w:t>
            </w:r>
            <w:proofErr w:type="spellStart"/>
            <w:r w:rsidRPr="004543E3">
              <w:t>thì</w:t>
            </w:r>
            <w:proofErr w:type="spellEnd"/>
            <w:r w:rsidRPr="004543E3">
              <w:t xml:space="preserve"> </w:t>
            </w:r>
            <w:proofErr w:type="spellStart"/>
            <w:r w:rsidRPr="004543E3">
              <w:t>nên</w:t>
            </w:r>
            <w:proofErr w:type="spellEnd"/>
            <w:r w:rsidRPr="004543E3">
              <w:t xml:space="preserve"> </w:t>
            </w:r>
            <w:proofErr w:type="spellStart"/>
            <w:r w:rsidRPr="004543E3">
              <w:t>được</w:t>
            </w:r>
            <w:proofErr w:type="spellEnd"/>
            <w:r w:rsidRPr="004543E3">
              <w:t xml:space="preserve"> </w:t>
            </w:r>
            <w:proofErr w:type="spellStart"/>
            <w:r w:rsidRPr="004543E3">
              <w:t>dẫn</w:t>
            </w:r>
            <w:proofErr w:type="spellEnd"/>
            <w:r w:rsidRPr="004543E3">
              <w:t xml:space="preserve"> </w:t>
            </w:r>
            <w:proofErr w:type="spellStart"/>
            <w:r w:rsidRPr="004543E3">
              <w:t>chiếu</w:t>
            </w:r>
            <w:proofErr w:type="spellEnd"/>
            <w:r w:rsidRPr="004543E3">
              <w:t xml:space="preserve">, </w:t>
            </w:r>
            <w:proofErr w:type="spellStart"/>
            <w:r w:rsidRPr="004543E3">
              <w:t>không</w:t>
            </w:r>
            <w:proofErr w:type="spellEnd"/>
            <w:r w:rsidRPr="004543E3">
              <w:t xml:space="preserve"> </w:t>
            </w:r>
            <w:proofErr w:type="spellStart"/>
            <w:r w:rsidRPr="004543E3">
              <w:t>nên</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lại</w:t>
            </w:r>
            <w:proofErr w:type="spellEnd"/>
            <w:r w:rsidRPr="004543E3">
              <w:t>.</w:t>
            </w:r>
          </w:p>
          <w:p w14:paraId="6511CF22" w14:textId="77777777" w:rsidR="00883EBC" w:rsidRPr="004543E3" w:rsidRDefault="00883EBC" w:rsidP="00D14A04">
            <w:pPr>
              <w:spacing w:before="120" w:after="120" w:line="240" w:lineRule="auto"/>
              <w:jc w:val="both"/>
              <w:rPr>
                <w:b/>
                <w:bCs/>
              </w:rPr>
            </w:pPr>
            <w:r w:rsidRPr="004543E3">
              <w:rPr>
                <w:b/>
                <w:bCs/>
              </w:rPr>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60DA984A" w14:textId="77444A5A" w:rsidR="00883EBC" w:rsidRPr="004543E3" w:rsidRDefault="00883EBC" w:rsidP="00D14A04">
            <w:pPr>
              <w:spacing w:before="120" w:after="120" w:line="240" w:lineRule="auto"/>
              <w:jc w:val="both"/>
            </w:pPr>
            <w:proofErr w:type="spellStart"/>
            <w:r w:rsidRPr="004543E3">
              <w:t>Tại</w:t>
            </w:r>
            <w:proofErr w:type="spellEnd"/>
            <w:r w:rsidRPr="004543E3">
              <w:t xml:space="preserve"> </w:t>
            </w:r>
            <w:proofErr w:type="spellStart"/>
            <w:r w:rsidRPr="004543E3">
              <w:t>Điều</w:t>
            </w:r>
            <w:proofErr w:type="spellEnd"/>
            <w:r w:rsidRPr="004543E3">
              <w:t xml:space="preserve"> 4: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tính</w:t>
            </w:r>
            <w:proofErr w:type="spellEnd"/>
            <w:r w:rsidRPr="004543E3">
              <w:t xml:space="preserve"> </w:t>
            </w:r>
            <w:proofErr w:type="spellStart"/>
            <w:r w:rsidRPr="004543E3">
              <w:t>cần</w:t>
            </w:r>
            <w:proofErr w:type="spellEnd"/>
            <w:r w:rsidRPr="004543E3">
              <w:t xml:space="preserve"> </w:t>
            </w:r>
            <w:proofErr w:type="spellStart"/>
            <w:r w:rsidRPr="004543E3">
              <w:t>thiết</w:t>
            </w:r>
            <w:proofErr w:type="spellEnd"/>
            <w:r w:rsidRPr="004543E3">
              <w:t xml:space="preserve"> </w:t>
            </w:r>
            <w:proofErr w:type="spellStart"/>
            <w:r w:rsidRPr="004543E3">
              <w:t>của</w:t>
            </w:r>
            <w:proofErr w:type="spellEnd"/>
            <w:r w:rsidRPr="004543E3">
              <w:t xml:space="preserve"> </w:t>
            </w:r>
            <w:proofErr w:type="spellStart"/>
            <w:r w:rsidRPr="004543E3">
              <w:t>Điều</w:t>
            </w:r>
            <w:proofErr w:type="spellEnd"/>
            <w:r w:rsidRPr="004543E3">
              <w:t xml:space="preserve"> </w:t>
            </w:r>
            <w:proofErr w:type="spellStart"/>
            <w:r w:rsidRPr="004543E3">
              <w:t>này</w:t>
            </w:r>
            <w:proofErr w:type="spellEnd"/>
          </w:p>
        </w:tc>
        <w:tc>
          <w:tcPr>
            <w:tcW w:w="3165" w:type="dxa"/>
          </w:tcPr>
          <w:p w14:paraId="11E55A55" w14:textId="77777777" w:rsidR="00883EBC" w:rsidRPr="004543E3" w:rsidRDefault="00883EBC" w:rsidP="00883EBC">
            <w:pPr>
              <w:spacing w:before="120" w:after="120" w:line="320" w:lineRule="exact"/>
              <w:jc w:val="both"/>
              <w:rPr>
                <w:szCs w:val="26"/>
              </w:rPr>
            </w:pPr>
            <w:r w:rsidRPr="004543E3">
              <w:rPr>
                <w:szCs w:val="26"/>
              </w:rPr>
              <w:lastRenderedPageBreak/>
              <w:t xml:space="preserve">- Sau </w:t>
            </w:r>
            <w:proofErr w:type="spellStart"/>
            <w:r w:rsidRPr="004543E3">
              <w:rPr>
                <w:szCs w:val="26"/>
              </w:rPr>
              <w:t>khi</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nghiên</w:t>
            </w:r>
            <w:proofErr w:type="spellEnd"/>
            <w:r w:rsidRPr="004543E3">
              <w:rPr>
                <w:szCs w:val="26"/>
              </w:rPr>
              <w:t xml:space="preserve"> </w:t>
            </w:r>
            <w:proofErr w:type="spellStart"/>
            <w:r w:rsidRPr="004543E3">
              <w:rPr>
                <w:szCs w:val="26"/>
              </w:rPr>
              <w:t>cứu</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sẽ </w:t>
            </w:r>
            <w:proofErr w:type="spellStart"/>
            <w:r w:rsidRPr="004543E3">
              <w:rPr>
                <w:szCs w:val="26"/>
              </w:rPr>
              <w:t>đưa</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này</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w:t>
            </w:r>
          </w:p>
          <w:p w14:paraId="26C71744" w14:textId="77777777" w:rsidR="00883EBC" w:rsidRPr="004543E3" w:rsidRDefault="00883EBC" w:rsidP="00883EBC">
            <w:pPr>
              <w:spacing w:before="120" w:after="120" w:line="320" w:lineRule="exact"/>
              <w:jc w:val="both"/>
              <w:rPr>
                <w:szCs w:val="26"/>
              </w:rPr>
            </w:pPr>
          </w:p>
          <w:p w14:paraId="3ED461DF" w14:textId="77777777" w:rsidR="00883EBC" w:rsidRPr="004543E3" w:rsidRDefault="00883EBC" w:rsidP="00883EBC">
            <w:pPr>
              <w:spacing w:before="120" w:after="120" w:line="320" w:lineRule="exact"/>
              <w:jc w:val="both"/>
              <w:rPr>
                <w:szCs w:val="26"/>
              </w:rPr>
            </w:pPr>
          </w:p>
          <w:p w14:paraId="57CAA15E" w14:textId="77777777" w:rsidR="00883EBC" w:rsidRPr="004543E3" w:rsidRDefault="00883EBC" w:rsidP="00883EBC">
            <w:pPr>
              <w:spacing w:before="120" w:after="120" w:line="320" w:lineRule="exact"/>
              <w:jc w:val="both"/>
              <w:rPr>
                <w:szCs w:val="26"/>
              </w:rPr>
            </w:pPr>
            <w:r w:rsidRPr="004543E3">
              <w:rPr>
                <w:szCs w:val="26"/>
              </w:rPr>
              <w:t xml:space="preserve">- Sau </w:t>
            </w:r>
            <w:proofErr w:type="spellStart"/>
            <w:r w:rsidRPr="004543E3">
              <w:rPr>
                <w:szCs w:val="26"/>
              </w:rPr>
              <w:t>khi</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nghiên</w:t>
            </w:r>
            <w:proofErr w:type="spellEnd"/>
            <w:r w:rsidRPr="004543E3">
              <w:rPr>
                <w:szCs w:val="26"/>
              </w:rPr>
              <w:t xml:space="preserve"> </w:t>
            </w:r>
            <w:proofErr w:type="spellStart"/>
            <w:r w:rsidRPr="004543E3">
              <w:rPr>
                <w:szCs w:val="26"/>
              </w:rPr>
              <w:t>cứu</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sẽ </w:t>
            </w:r>
            <w:proofErr w:type="spellStart"/>
            <w:r w:rsidRPr="004543E3">
              <w:rPr>
                <w:szCs w:val="26"/>
              </w:rPr>
              <w:t>đưa</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này</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w:t>
            </w:r>
          </w:p>
          <w:p w14:paraId="139D7562" w14:textId="77777777" w:rsidR="00883EBC" w:rsidRPr="004543E3" w:rsidRDefault="00883EBC" w:rsidP="00883EBC">
            <w:pPr>
              <w:spacing w:before="120" w:after="120" w:line="320" w:lineRule="exact"/>
              <w:jc w:val="both"/>
              <w:rPr>
                <w:szCs w:val="26"/>
              </w:rPr>
            </w:pPr>
          </w:p>
          <w:p w14:paraId="57501B40" w14:textId="77777777" w:rsidR="00883EBC" w:rsidRPr="004543E3" w:rsidRDefault="00883EBC" w:rsidP="00883EBC">
            <w:pPr>
              <w:spacing w:before="120" w:after="120" w:line="320" w:lineRule="exact"/>
              <w:jc w:val="both"/>
              <w:rPr>
                <w:szCs w:val="26"/>
              </w:rPr>
            </w:pPr>
          </w:p>
          <w:p w14:paraId="37324D94" w14:textId="77777777" w:rsidR="00883EBC" w:rsidRPr="004543E3" w:rsidRDefault="00883EBC" w:rsidP="00883EBC">
            <w:pPr>
              <w:spacing w:before="120" w:after="120" w:line="320" w:lineRule="exact"/>
              <w:jc w:val="both"/>
              <w:rPr>
                <w:szCs w:val="26"/>
              </w:rPr>
            </w:pPr>
          </w:p>
          <w:p w14:paraId="1FD6ECC0" w14:textId="77777777" w:rsidR="00883EBC" w:rsidRPr="004543E3" w:rsidRDefault="00883EBC" w:rsidP="00883EBC">
            <w:pPr>
              <w:spacing w:before="120" w:after="120" w:line="320" w:lineRule="exact"/>
              <w:jc w:val="both"/>
              <w:rPr>
                <w:szCs w:val="26"/>
              </w:rPr>
            </w:pPr>
          </w:p>
          <w:p w14:paraId="3D112606" w14:textId="13454E41" w:rsidR="00883EBC" w:rsidRPr="004543E3" w:rsidRDefault="00883EBC" w:rsidP="00883EBC">
            <w:pPr>
              <w:spacing w:after="120" w:line="320" w:lineRule="exact"/>
              <w:jc w:val="both"/>
              <w:rPr>
                <w:szCs w:val="26"/>
              </w:rPr>
            </w:pPr>
            <w:r>
              <w:rPr>
                <w:szCs w:val="26"/>
              </w:rPr>
              <w:t xml:space="preserve">- </w:t>
            </w:r>
            <w:r w:rsidRPr="004543E3">
              <w:rPr>
                <w:szCs w:val="26"/>
              </w:rPr>
              <w:t xml:space="preserve">Sau </w:t>
            </w:r>
            <w:proofErr w:type="spellStart"/>
            <w:r w:rsidRPr="004543E3">
              <w:rPr>
                <w:szCs w:val="26"/>
              </w:rPr>
              <w:t>khi</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nghiên</w:t>
            </w:r>
            <w:proofErr w:type="spellEnd"/>
            <w:r w:rsidRPr="004543E3">
              <w:rPr>
                <w:szCs w:val="26"/>
              </w:rPr>
              <w:t xml:space="preserve"> </w:t>
            </w:r>
            <w:proofErr w:type="spellStart"/>
            <w:r w:rsidRPr="004543E3">
              <w:rPr>
                <w:szCs w:val="26"/>
              </w:rPr>
              <w:t>cứu</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sẽ </w:t>
            </w:r>
            <w:proofErr w:type="spellStart"/>
            <w:r w:rsidRPr="004543E3">
              <w:rPr>
                <w:szCs w:val="26"/>
              </w:rPr>
              <w:t>đưa</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này</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khỏi</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w:t>
            </w:r>
          </w:p>
        </w:tc>
      </w:tr>
      <w:tr w:rsidR="00855AF9" w:rsidRPr="004543E3" w14:paraId="1F4065C6" w14:textId="77777777" w:rsidTr="00FF0027">
        <w:tc>
          <w:tcPr>
            <w:tcW w:w="14596" w:type="dxa"/>
            <w:gridSpan w:val="4"/>
          </w:tcPr>
          <w:p w14:paraId="0EBDB7C9" w14:textId="5B07D31F" w:rsidR="00855AF9" w:rsidRPr="004543E3" w:rsidRDefault="00855AF9" w:rsidP="00855AF9">
            <w:pPr>
              <w:spacing w:after="120" w:line="320" w:lineRule="exact"/>
              <w:jc w:val="center"/>
              <w:rPr>
                <w:szCs w:val="26"/>
              </w:rPr>
            </w:pPr>
            <w:r w:rsidRPr="004543E3">
              <w:rPr>
                <w:b/>
              </w:rPr>
              <w:lastRenderedPageBreak/>
              <w:t xml:space="preserve">CHƯƠNG II. </w:t>
            </w:r>
            <w:r w:rsidRPr="004543E3">
              <w:rPr>
                <w:b/>
                <w:bCs/>
                <w:sz w:val="28"/>
                <w:szCs w:val="28"/>
              </w:rPr>
              <w:t xml:space="preserve">TIÊU CHUẨN NGHIỆP VỤ CỦA CÁC NGẠCH CÔNG CHỨC, CHỨC DANH NGHỀ NGHIỆP VIÊN CHỨC CHUYÊN NGÀNH KIỂM SOÁT </w:t>
            </w:r>
            <w:r w:rsidR="00F3229C">
              <w:rPr>
                <w:b/>
                <w:bCs/>
                <w:sz w:val="28"/>
                <w:szCs w:val="28"/>
              </w:rPr>
              <w:t xml:space="preserve">VIÊN </w:t>
            </w:r>
            <w:r w:rsidRPr="004543E3">
              <w:rPr>
                <w:b/>
                <w:bCs/>
                <w:sz w:val="28"/>
                <w:szCs w:val="28"/>
              </w:rPr>
              <w:t>CHẤT LƯỢNG SẢN PHẨM, HÀNG HÓA</w:t>
            </w:r>
          </w:p>
        </w:tc>
      </w:tr>
      <w:tr w:rsidR="00855AF9" w:rsidRPr="004543E3" w14:paraId="3B6B5DB9" w14:textId="77777777" w:rsidTr="00FF0027">
        <w:tc>
          <w:tcPr>
            <w:tcW w:w="1098" w:type="dxa"/>
          </w:tcPr>
          <w:p w14:paraId="118BA545" w14:textId="76A90C86" w:rsidR="00855AF9" w:rsidRPr="004543E3" w:rsidRDefault="00855AF9" w:rsidP="009A71AA">
            <w:pPr>
              <w:spacing w:after="0" w:line="240" w:lineRule="auto"/>
              <w:jc w:val="both"/>
            </w:pPr>
            <w:proofErr w:type="spellStart"/>
            <w:r w:rsidRPr="004543E3">
              <w:t>Điều</w:t>
            </w:r>
            <w:proofErr w:type="spellEnd"/>
            <w:r w:rsidRPr="004543E3">
              <w:t xml:space="preserve"> 5</w:t>
            </w:r>
          </w:p>
        </w:tc>
        <w:tc>
          <w:tcPr>
            <w:tcW w:w="5113" w:type="dxa"/>
          </w:tcPr>
          <w:p w14:paraId="354FFBB1" w14:textId="4E52709F" w:rsidR="00855AF9" w:rsidRPr="004543E3" w:rsidRDefault="00855AF9" w:rsidP="009A71AA">
            <w:pPr>
              <w:spacing w:after="0" w:line="240" w:lineRule="auto"/>
              <w:ind w:firstLine="709"/>
              <w:jc w:val="both"/>
              <w:rPr>
                <w:i/>
                <w:iCs/>
                <w:sz w:val="28"/>
                <w:szCs w:val="28"/>
                <w:lang w:val="de-DE"/>
              </w:rPr>
            </w:pPr>
            <w:proofErr w:type="spellStart"/>
            <w:r w:rsidRPr="004543E3">
              <w:rPr>
                <w:b/>
                <w:bCs/>
                <w:spacing w:val="-6"/>
                <w:szCs w:val="26"/>
              </w:rPr>
              <w:t>Điều</w:t>
            </w:r>
            <w:proofErr w:type="spellEnd"/>
            <w:r w:rsidRPr="004543E3">
              <w:rPr>
                <w:b/>
                <w:bCs/>
                <w:spacing w:val="-6"/>
                <w:szCs w:val="26"/>
              </w:rPr>
              <w:t xml:space="preserve"> 5. </w:t>
            </w:r>
            <w:proofErr w:type="spellStart"/>
            <w:r w:rsidRPr="004543E3">
              <w:rPr>
                <w:b/>
                <w:bCs/>
                <w:spacing w:val="-6"/>
                <w:szCs w:val="26"/>
              </w:rPr>
              <w:t>Kiểm</w:t>
            </w:r>
            <w:proofErr w:type="spellEnd"/>
            <w:r w:rsidRPr="004543E3">
              <w:rPr>
                <w:b/>
                <w:bCs/>
                <w:spacing w:val="-6"/>
                <w:szCs w:val="26"/>
              </w:rPr>
              <w:t xml:space="preserve"> </w:t>
            </w:r>
            <w:proofErr w:type="spellStart"/>
            <w:r w:rsidRPr="004543E3">
              <w:rPr>
                <w:b/>
                <w:bCs/>
                <w:spacing w:val="-6"/>
                <w:szCs w:val="26"/>
              </w:rPr>
              <w:t>soát</w:t>
            </w:r>
            <w:proofErr w:type="spellEnd"/>
            <w:r w:rsidRPr="004543E3">
              <w:rPr>
                <w:b/>
                <w:bCs/>
                <w:spacing w:val="-6"/>
                <w:szCs w:val="26"/>
              </w:rPr>
              <w:t xml:space="preserve"> </w:t>
            </w:r>
            <w:proofErr w:type="spellStart"/>
            <w:r w:rsidRPr="004543E3">
              <w:rPr>
                <w:b/>
                <w:bCs/>
                <w:spacing w:val="-6"/>
                <w:szCs w:val="26"/>
              </w:rPr>
              <w:t>viên</w:t>
            </w:r>
            <w:proofErr w:type="spellEnd"/>
            <w:r w:rsidRPr="004543E3">
              <w:rPr>
                <w:b/>
                <w:bCs/>
                <w:spacing w:val="-6"/>
                <w:szCs w:val="26"/>
              </w:rPr>
              <w:t xml:space="preserve"> </w:t>
            </w:r>
            <w:proofErr w:type="spellStart"/>
            <w:r w:rsidRPr="004543E3">
              <w:rPr>
                <w:b/>
                <w:bCs/>
                <w:spacing w:val="-6"/>
                <w:szCs w:val="26"/>
              </w:rPr>
              <w:t>cao</w:t>
            </w:r>
            <w:proofErr w:type="spellEnd"/>
            <w:r w:rsidRPr="004543E3">
              <w:rPr>
                <w:b/>
                <w:bCs/>
                <w:spacing w:val="-6"/>
                <w:szCs w:val="26"/>
              </w:rPr>
              <w:t xml:space="preserve"> </w:t>
            </w:r>
            <w:proofErr w:type="spellStart"/>
            <w:r w:rsidRPr="004543E3">
              <w:rPr>
                <w:b/>
                <w:bCs/>
                <w:spacing w:val="-6"/>
                <w:szCs w:val="26"/>
              </w:rPr>
              <w:t>cấp</w:t>
            </w:r>
            <w:proofErr w:type="spellEnd"/>
            <w:r w:rsidRPr="004543E3">
              <w:rPr>
                <w:b/>
                <w:bCs/>
                <w:spacing w:val="-6"/>
                <w:szCs w:val="26"/>
              </w:rPr>
              <w:t xml:space="preserve"> </w:t>
            </w:r>
            <w:proofErr w:type="spellStart"/>
            <w:r w:rsidRPr="004543E3">
              <w:rPr>
                <w:b/>
                <w:bCs/>
                <w:spacing w:val="-6"/>
                <w:szCs w:val="26"/>
              </w:rPr>
              <w:t>chất</w:t>
            </w:r>
            <w:proofErr w:type="spellEnd"/>
            <w:r w:rsidRPr="004543E3">
              <w:rPr>
                <w:b/>
                <w:bCs/>
                <w:spacing w:val="-6"/>
                <w:szCs w:val="26"/>
              </w:rPr>
              <w:t xml:space="preserve"> </w:t>
            </w:r>
            <w:proofErr w:type="spellStart"/>
            <w:r w:rsidRPr="004543E3">
              <w:rPr>
                <w:b/>
                <w:bCs/>
                <w:spacing w:val="-6"/>
                <w:szCs w:val="26"/>
              </w:rPr>
              <w:t>lượng</w:t>
            </w:r>
            <w:proofErr w:type="spellEnd"/>
            <w:r w:rsidRPr="004543E3">
              <w:rPr>
                <w:b/>
                <w:bCs/>
                <w:spacing w:val="-6"/>
                <w:szCs w:val="26"/>
              </w:rPr>
              <w:t xml:space="preserve"> </w:t>
            </w:r>
            <w:proofErr w:type="spellStart"/>
            <w:r w:rsidRPr="004543E3">
              <w:rPr>
                <w:b/>
                <w:bCs/>
                <w:spacing w:val="-6"/>
                <w:szCs w:val="26"/>
              </w:rPr>
              <w:t>sản</w:t>
            </w:r>
            <w:proofErr w:type="spellEnd"/>
            <w:r w:rsidRPr="004543E3">
              <w:rPr>
                <w:b/>
                <w:bCs/>
                <w:spacing w:val="-6"/>
                <w:szCs w:val="26"/>
              </w:rPr>
              <w:t xml:space="preserve"> </w:t>
            </w:r>
            <w:proofErr w:type="spellStart"/>
            <w:r w:rsidRPr="004543E3">
              <w:rPr>
                <w:b/>
                <w:bCs/>
                <w:spacing w:val="-6"/>
                <w:szCs w:val="26"/>
              </w:rPr>
              <w:t>phẩm</w:t>
            </w:r>
            <w:proofErr w:type="spellEnd"/>
            <w:r w:rsidRPr="004543E3">
              <w:rPr>
                <w:b/>
                <w:bCs/>
                <w:spacing w:val="-6"/>
                <w:szCs w:val="26"/>
              </w:rPr>
              <w:t xml:space="preserve">, </w:t>
            </w:r>
            <w:proofErr w:type="spellStart"/>
            <w:r w:rsidRPr="004543E3">
              <w:rPr>
                <w:b/>
                <w:bCs/>
                <w:spacing w:val="-6"/>
                <w:szCs w:val="26"/>
              </w:rPr>
              <w:t>hàng</w:t>
            </w:r>
            <w:proofErr w:type="spellEnd"/>
            <w:r w:rsidRPr="004543E3">
              <w:rPr>
                <w:b/>
                <w:bCs/>
                <w:spacing w:val="-6"/>
                <w:szCs w:val="26"/>
              </w:rPr>
              <w:t xml:space="preserve"> </w:t>
            </w:r>
            <w:proofErr w:type="spellStart"/>
            <w:r w:rsidRPr="004543E3">
              <w:rPr>
                <w:b/>
                <w:bCs/>
                <w:spacing w:val="-6"/>
                <w:szCs w:val="26"/>
              </w:rPr>
              <w:t>hóa</w:t>
            </w:r>
            <w:proofErr w:type="spellEnd"/>
            <w:r w:rsidRPr="004543E3">
              <w:rPr>
                <w:b/>
                <w:bCs/>
                <w:spacing w:val="-6"/>
                <w:szCs w:val="26"/>
              </w:rPr>
              <w:t xml:space="preserve"> (</w:t>
            </w:r>
            <w:proofErr w:type="spellStart"/>
            <w:r w:rsidRPr="004543E3">
              <w:rPr>
                <w:b/>
                <w:bCs/>
                <w:spacing w:val="-6"/>
                <w:szCs w:val="26"/>
              </w:rPr>
              <w:t>hạng</w:t>
            </w:r>
            <w:proofErr w:type="spellEnd"/>
            <w:r w:rsidRPr="004543E3">
              <w:rPr>
                <w:b/>
                <w:bCs/>
                <w:spacing w:val="-6"/>
                <w:szCs w:val="26"/>
              </w:rPr>
              <w:t xml:space="preserve"> I)</w:t>
            </w:r>
          </w:p>
        </w:tc>
        <w:tc>
          <w:tcPr>
            <w:tcW w:w="5220" w:type="dxa"/>
          </w:tcPr>
          <w:p w14:paraId="587794E8" w14:textId="77777777" w:rsidR="00855AF9" w:rsidRPr="004543E3" w:rsidRDefault="00855AF9" w:rsidP="00855AF9">
            <w:pPr>
              <w:jc w:val="both"/>
            </w:pPr>
          </w:p>
        </w:tc>
        <w:tc>
          <w:tcPr>
            <w:tcW w:w="3165" w:type="dxa"/>
          </w:tcPr>
          <w:p w14:paraId="7E987FCA" w14:textId="77777777" w:rsidR="00855AF9" w:rsidRPr="004543E3" w:rsidRDefault="00855AF9" w:rsidP="00855AF9">
            <w:pPr>
              <w:spacing w:after="120" w:line="320" w:lineRule="exact"/>
              <w:jc w:val="both"/>
              <w:rPr>
                <w:szCs w:val="26"/>
              </w:rPr>
            </w:pPr>
          </w:p>
        </w:tc>
      </w:tr>
      <w:tr w:rsidR="00855AF9" w:rsidRPr="004543E3" w14:paraId="12BB38A8" w14:textId="77777777" w:rsidTr="00FF0027">
        <w:tc>
          <w:tcPr>
            <w:tcW w:w="1098" w:type="dxa"/>
          </w:tcPr>
          <w:p w14:paraId="2932DD8F" w14:textId="77777777" w:rsidR="00855AF9" w:rsidRPr="004543E3" w:rsidRDefault="00855AF9" w:rsidP="00855AF9">
            <w:pPr>
              <w:jc w:val="both"/>
            </w:pPr>
          </w:p>
        </w:tc>
        <w:tc>
          <w:tcPr>
            <w:tcW w:w="5113" w:type="dxa"/>
          </w:tcPr>
          <w:p w14:paraId="488902EC" w14:textId="77777777" w:rsidR="00855AF9" w:rsidRPr="004543E3" w:rsidRDefault="00855AF9" w:rsidP="00855AF9">
            <w:pPr>
              <w:spacing w:after="0" w:line="340" w:lineRule="exact"/>
              <w:ind w:firstLine="709"/>
              <w:jc w:val="both"/>
              <w:rPr>
                <w:b/>
                <w:bCs/>
                <w:szCs w:val="26"/>
              </w:rPr>
            </w:pPr>
            <w:r w:rsidRPr="004543E3">
              <w:rPr>
                <w:b/>
                <w:bCs/>
                <w:szCs w:val="26"/>
              </w:rPr>
              <w:t>3.</w:t>
            </w:r>
            <w:r w:rsidRPr="004543E3">
              <w:rPr>
                <w:szCs w:val="26"/>
              </w:rPr>
              <w:t xml:space="preserve"> </w:t>
            </w:r>
            <w:proofErr w:type="spellStart"/>
            <w:r w:rsidRPr="004543E3">
              <w:rPr>
                <w:b/>
                <w:bCs/>
                <w:szCs w:val="26"/>
              </w:rPr>
              <w:t>Tiêu</w:t>
            </w:r>
            <w:proofErr w:type="spellEnd"/>
            <w:r w:rsidRPr="004543E3">
              <w:rPr>
                <w:b/>
                <w:bCs/>
                <w:szCs w:val="26"/>
              </w:rPr>
              <w:t xml:space="preserve"> </w:t>
            </w:r>
            <w:proofErr w:type="spellStart"/>
            <w:r w:rsidRPr="004543E3">
              <w:rPr>
                <w:b/>
                <w:bCs/>
                <w:szCs w:val="26"/>
              </w:rPr>
              <w:t>chuẩn</w:t>
            </w:r>
            <w:proofErr w:type="spellEnd"/>
            <w:r w:rsidRPr="004543E3">
              <w:rPr>
                <w:b/>
                <w:bCs/>
                <w:szCs w:val="26"/>
              </w:rPr>
              <w:t xml:space="preserve"> </w:t>
            </w:r>
            <w:proofErr w:type="spellStart"/>
            <w:r w:rsidRPr="004543E3">
              <w:rPr>
                <w:b/>
                <w:bCs/>
                <w:szCs w:val="26"/>
              </w:rPr>
              <w:t>về</w:t>
            </w:r>
            <w:proofErr w:type="spellEnd"/>
            <w:r w:rsidRPr="004543E3">
              <w:rPr>
                <w:b/>
                <w:bCs/>
                <w:szCs w:val="26"/>
              </w:rPr>
              <w:t xml:space="preserve"> </w:t>
            </w:r>
            <w:proofErr w:type="spellStart"/>
            <w:r w:rsidRPr="004543E3">
              <w:rPr>
                <w:b/>
                <w:bCs/>
                <w:szCs w:val="26"/>
              </w:rPr>
              <w:t>trình</w:t>
            </w:r>
            <w:proofErr w:type="spellEnd"/>
            <w:r w:rsidRPr="004543E3">
              <w:rPr>
                <w:b/>
                <w:bCs/>
                <w:szCs w:val="26"/>
              </w:rPr>
              <w:t xml:space="preserve"> </w:t>
            </w:r>
            <w:proofErr w:type="spellStart"/>
            <w:r w:rsidRPr="004543E3">
              <w:rPr>
                <w:b/>
                <w:bCs/>
                <w:szCs w:val="26"/>
              </w:rPr>
              <w:t>độ</w:t>
            </w:r>
            <w:proofErr w:type="spellEnd"/>
            <w:r w:rsidRPr="004543E3">
              <w:rPr>
                <w:b/>
                <w:bCs/>
                <w:szCs w:val="26"/>
              </w:rPr>
              <w:t xml:space="preserve"> </w:t>
            </w:r>
            <w:proofErr w:type="spellStart"/>
            <w:r w:rsidRPr="004543E3">
              <w:rPr>
                <w:b/>
                <w:bCs/>
                <w:szCs w:val="26"/>
              </w:rPr>
              <w:t>đào</w:t>
            </w:r>
            <w:proofErr w:type="spellEnd"/>
            <w:r w:rsidRPr="004543E3">
              <w:rPr>
                <w:b/>
                <w:bCs/>
                <w:szCs w:val="26"/>
              </w:rPr>
              <w:t xml:space="preserve"> </w:t>
            </w:r>
            <w:proofErr w:type="spellStart"/>
            <w:r w:rsidRPr="004543E3">
              <w:rPr>
                <w:b/>
                <w:bCs/>
                <w:szCs w:val="26"/>
              </w:rPr>
              <w:t>tạo</w:t>
            </w:r>
            <w:proofErr w:type="spellEnd"/>
            <w:r w:rsidRPr="004543E3">
              <w:rPr>
                <w:b/>
                <w:bCs/>
                <w:szCs w:val="26"/>
              </w:rPr>
              <w:t xml:space="preserve">, </w:t>
            </w:r>
            <w:proofErr w:type="spellStart"/>
            <w:r w:rsidRPr="004543E3">
              <w:rPr>
                <w:b/>
                <w:bCs/>
                <w:szCs w:val="26"/>
              </w:rPr>
              <w:t>bồi</w:t>
            </w:r>
            <w:proofErr w:type="spellEnd"/>
            <w:r w:rsidRPr="004543E3">
              <w:rPr>
                <w:b/>
                <w:bCs/>
                <w:szCs w:val="26"/>
              </w:rPr>
              <w:t xml:space="preserve"> </w:t>
            </w:r>
            <w:proofErr w:type="spellStart"/>
            <w:r w:rsidRPr="004543E3">
              <w:rPr>
                <w:b/>
                <w:bCs/>
                <w:szCs w:val="26"/>
              </w:rPr>
              <w:t>dưỡng</w:t>
            </w:r>
            <w:proofErr w:type="spellEnd"/>
            <w:r w:rsidRPr="004543E3">
              <w:rPr>
                <w:b/>
                <w:bCs/>
                <w:szCs w:val="26"/>
              </w:rPr>
              <w:t>:</w:t>
            </w:r>
          </w:p>
          <w:p w14:paraId="4B41F7F1" w14:textId="77777777" w:rsidR="00855AF9" w:rsidRPr="004543E3" w:rsidRDefault="00855AF9" w:rsidP="00855AF9">
            <w:pPr>
              <w:spacing w:after="0" w:line="340" w:lineRule="exact"/>
              <w:ind w:firstLine="709"/>
              <w:jc w:val="both"/>
              <w:rPr>
                <w:szCs w:val="26"/>
              </w:rPr>
            </w:pPr>
            <w:r w:rsidRPr="004543E3">
              <w:rPr>
                <w:szCs w:val="26"/>
              </w:rPr>
              <w:t xml:space="preserve">a) </w:t>
            </w:r>
            <w:proofErr w:type="spellStart"/>
            <w:r w:rsidRPr="004543E3">
              <w:rPr>
                <w:szCs w:val="26"/>
              </w:rPr>
              <w:t>Có</w:t>
            </w:r>
            <w:proofErr w:type="spellEnd"/>
            <w:r w:rsidRPr="004543E3">
              <w:rPr>
                <w:szCs w:val="26"/>
              </w:rPr>
              <w:t xml:space="preserve"> </w:t>
            </w:r>
            <w:proofErr w:type="spellStart"/>
            <w:r w:rsidRPr="004543E3">
              <w:rPr>
                <w:szCs w:val="26"/>
              </w:rPr>
              <w:t>bằng</w:t>
            </w:r>
            <w:proofErr w:type="spellEnd"/>
            <w:r w:rsidRPr="004543E3">
              <w:rPr>
                <w:szCs w:val="26"/>
              </w:rPr>
              <w:t xml:space="preserve"> </w:t>
            </w:r>
            <w:proofErr w:type="spellStart"/>
            <w:r w:rsidRPr="004543E3">
              <w:rPr>
                <w:szCs w:val="26"/>
              </w:rPr>
              <w:t>tốt</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đại</w:t>
            </w:r>
            <w:proofErr w:type="spellEnd"/>
            <w:r w:rsidRPr="004543E3">
              <w:rPr>
                <w:szCs w:val="26"/>
              </w:rPr>
              <w:t xml:space="preserve"> </w:t>
            </w:r>
            <w:proofErr w:type="spellStart"/>
            <w:r w:rsidRPr="004543E3">
              <w:rPr>
                <w:szCs w:val="26"/>
              </w:rPr>
              <w:t>học</w:t>
            </w:r>
            <w:proofErr w:type="spellEnd"/>
            <w:r w:rsidRPr="004543E3">
              <w:rPr>
                <w:szCs w:val="26"/>
              </w:rPr>
              <w:t xml:space="preserve"> </w:t>
            </w:r>
            <w:proofErr w:type="spellStart"/>
            <w:r w:rsidRPr="004543E3">
              <w:rPr>
                <w:szCs w:val="26"/>
              </w:rPr>
              <w:t>trở</w:t>
            </w:r>
            <w:proofErr w:type="spellEnd"/>
            <w:r w:rsidRPr="004543E3">
              <w:rPr>
                <w:szCs w:val="26"/>
              </w:rPr>
              <w:t xml:space="preserve"> </w:t>
            </w:r>
            <w:proofErr w:type="spellStart"/>
            <w:r w:rsidRPr="004543E3">
              <w:rPr>
                <w:szCs w:val="26"/>
              </w:rPr>
              <w:t>lên</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phù</w:t>
            </w:r>
            <w:proofErr w:type="spellEnd"/>
            <w:r w:rsidRPr="004543E3">
              <w:rPr>
                <w:szCs w:val="26"/>
              </w:rPr>
              <w:t xml:space="preserve"> </w:t>
            </w:r>
            <w:proofErr w:type="spellStart"/>
            <w:r w:rsidRPr="004543E3">
              <w:rPr>
                <w:szCs w:val="26"/>
              </w:rPr>
              <w:t>hợp</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lĩnh</w:t>
            </w:r>
            <w:proofErr w:type="spellEnd"/>
            <w:r w:rsidRPr="004543E3">
              <w:rPr>
                <w:szCs w:val="26"/>
              </w:rPr>
              <w:t xml:space="preserve"> </w:t>
            </w:r>
            <w:proofErr w:type="spellStart"/>
            <w:r w:rsidRPr="004543E3">
              <w:rPr>
                <w:szCs w:val="26"/>
              </w:rPr>
              <w:t>vực</w:t>
            </w:r>
            <w:proofErr w:type="spellEnd"/>
            <w:r w:rsidRPr="004543E3">
              <w:rPr>
                <w:szCs w:val="26"/>
              </w:rPr>
              <w:t xml:space="preserve"> </w:t>
            </w:r>
            <w:proofErr w:type="spellStart"/>
            <w:r w:rsidRPr="004543E3">
              <w:rPr>
                <w:szCs w:val="26"/>
              </w:rPr>
              <w:lastRenderedPageBreak/>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tra</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w:t>
            </w:r>
          </w:p>
          <w:p w14:paraId="3CD1BB15" w14:textId="77777777" w:rsidR="00855AF9" w:rsidRPr="004543E3" w:rsidRDefault="00855AF9" w:rsidP="00855AF9">
            <w:pPr>
              <w:spacing w:after="0" w:line="340" w:lineRule="exact"/>
              <w:ind w:firstLine="709"/>
              <w:jc w:val="both"/>
              <w:rPr>
                <w:szCs w:val="26"/>
              </w:rPr>
            </w:pPr>
            <w:r w:rsidRPr="004543E3">
              <w:rPr>
                <w:szCs w:val="26"/>
              </w:rPr>
              <w:t xml:space="preserve">b) </w:t>
            </w:r>
            <w:proofErr w:type="spellStart"/>
            <w:r w:rsidRPr="004543E3">
              <w:rPr>
                <w:szCs w:val="26"/>
              </w:rPr>
              <w:t>Có</w:t>
            </w:r>
            <w:proofErr w:type="spellEnd"/>
            <w:r w:rsidRPr="004543E3">
              <w:rPr>
                <w:szCs w:val="26"/>
              </w:rPr>
              <w:t xml:space="preserve"> </w:t>
            </w:r>
            <w:proofErr w:type="spellStart"/>
            <w:r w:rsidRPr="004543E3">
              <w:rPr>
                <w:szCs w:val="26"/>
              </w:rPr>
              <w:t>chứng</w:t>
            </w:r>
            <w:proofErr w:type="spellEnd"/>
            <w:r w:rsidRPr="004543E3">
              <w:rPr>
                <w:szCs w:val="26"/>
              </w:rPr>
              <w:t xml:space="preserve"> </w:t>
            </w:r>
            <w:proofErr w:type="spellStart"/>
            <w:r w:rsidRPr="004543E3">
              <w:rPr>
                <w:szCs w:val="26"/>
              </w:rPr>
              <w:t>chỉ</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
          <w:p w14:paraId="5502E8FF" w14:textId="77777777" w:rsidR="00855AF9" w:rsidRPr="004543E3" w:rsidRDefault="00855AF9" w:rsidP="00855AF9">
            <w:pPr>
              <w:spacing w:after="0" w:line="340" w:lineRule="exact"/>
              <w:ind w:firstLine="709"/>
              <w:jc w:val="both"/>
              <w:rPr>
                <w:szCs w:val="26"/>
              </w:rPr>
            </w:pPr>
            <w:r w:rsidRPr="004543E3">
              <w:rPr>
                <w:szCs w:val="26"/>
              </w:rPr>
              <w:t xml:space="preserve">c) </w:t>
            </w:r>
            <w:proofErr w:type="spellStart"/>
            <w:r w:rsidRPr="004543E3">
              <w:rPr>
                <w:szCs w:val="26"/>
              </w:rPr>
              <w:t>Có</w:t>
            </w:r>
            <w:proofErr w:type="spellEnd"/>
            <w:r w:rsidRPr="004543E3">
              <w:rPr>
                <w:szCs w:val="26"/>
              </w:rPr>
              <w:t xml:space="preserve"> </w:t>
            </w:r>
            <w:proofErr w:type="spellStart"/>
            <w:r w:rsidRPr="004543E3">
              <w:rPr>
                <w:szCs w:val="26"/>
              </w:rPr>
              <w:t>bằng</w:t>
            </w:r>
            <w:proofErr w:type="spellEnd"/>
            <w:r w:rsidRPr="004543E3">
              <w:rPr>
                <w:szCs w:val="26"/>
              </w:rPr>
              <w:t xml:space="preserve"> </w:t>
            </w:r>
            <w:proofErr w:type="spellStart"/>
            <w:r w:rsidRPr="004543E3">
              <w:rPr>
                <w:szCs w:val="26"/>
              </w:rPr>
              <w:t>tốt</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cử</w:t>
            </w:r>
            <w:proofErr w:type="spellEnd"/>
            <w:r w:rsidRPr="004543E3">
              <w:rPr>
                <w:szCs w:val="26"/>
              </w:rPr>
              <w:t xml:space="preserve"> </w:t>
            </w:r>
            <w:proofErr w:type="spellStart"/>
            <w:r w:rsidRPr="004543E3">
              <w:rPr>
                <w:szCs w:val="26"/>
              </w:rPr>
              <w:t>nhân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luận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luận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 </w:t>
            </w:r>
            <w:proofErr w:type="spellStart"/>
            <w:r w:rsidRPr="004543E3">
              <w:rPr>
                <w:szCs w:val="26"/>
              </w:rPr>
              <w:t>hành</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hoặc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giấy</w:t>
            </w:r>
            <w:proofErr w:type="spellEnd"/>
            <w:r w:rsidRPr="004543E3">
              <w:rPr>
                <w:szCs w:val="26"/>
              </w:rPr>
              <w:t xml:space="preserve"> </w:t>
            </w:r>
            <w:proofErr w:type="spellStart"/>
            <w:r w:rsidRPr="004543E3">
              <w:rPr>
                <w:szCs w:val="26"/>
              </w:rPr>
              <w:t>xác</w:t>
            </w:r>
            <w:proofErr w:type="spellEnd"/>
            <w:r w:rsidRPr="004543E3">
              <w:rPr>
                <w:szCs w:val="26"/>
              </w:rPr>
              <w:t xml:space="preserve"> </w:t>
            </w:r>
            <w:proofErr w:type="spellStart"/>
            <w:r w:rsidRPr="004543E3">
              <w:rPr>
                <w:szCs w:val="26"/>
              </w:rPr>
              <w:t>nhận</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trình</w:t>
            </w:r>
            <w:proofErr w:type="spellEnd"/>
            <w:r w:rsidRPr="004543E3">
              <w:rPr>
                <w:szCs w:val="26"/>
              </w:rPr>
              <w:t xml:space="preserve"> </w:t>
            </w:r>
            <w:proofErr w:type="spellStart"/>
            <w:r w:rsidRPr="004543E3">
              <w:rPr>
                <w:szCs w:val="26"/>
              </w:rPr>
              <w:t>độ</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luận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trị</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thẩm</w:t>
            </w:r>
            <w:proofErr w:type="spellEnd"/>
            <w:r w:rsidRPr="004543E3">
              <w:rPr>
                <w:szCs w:val="26"/>
              </w:rPr>
              <w:t xml:space="preserve"> </w:t>
            </w:r>
            <w:proofErr w:type="spellStart"/>
            <w:r w:rsidRPr="004543E3">
              <w:rPr>
                <w:szCs w:val="26"/>
              </w:rPr>
              <w:t>quyền</w:t>
            </w:r>
            <w:proofErr w:type="spellEnd"/>
            <w:r w:rsidRPr="004543E3">
              <w:rPr>
                <w:szCs w:val="26"/>
              </w:rPr>
              <w:t>.</w:t>
            </w:r>
          </w:p>
          <w:p w14:paraId="1F6A8E3E" w14:textId="77777777" w:rsidR="00855AF9" w:rsidRPr="004543E3" w:rsidRDefault="00855AF9" w:rsidP="00855AF9">
            <w:pPr>
              <w:ind w:firstLine="709"/>
              <w:jc w:val="both"/>
              <w:rPr>
                <w:i/>
                <w:iCs/>
                <w:sz w:val="28"/>
                <w:szCs w:val="28"/>
                <w:lang w:val="de-DE"/>
              </w:rPr>
            </w:pPr>
          </w:p>
        </w:tc>
        <w:tc>
          <w:tcPr>
            <w:tcW w:w="5220" w:type="dxa"/>
          </w:tcPr>
          <w:p w14:paraId="464B06B0" w14:textId="77777777" w:rsidR="00855AF9" w:rsidRPr="005259A4" w:rsidRDefault="00855AF9" w:rsidP="00D54818">
            <w:pPr>
              <w:spacing w:before="120" w:after="120" w:line="240" w:lineRule="auto"/>
              <w:jc w:val="both"/>
              <w:rPr>
                <w:b/>
                <w:bCs/>
                <w:spacing w:val="-8"/>
              </w:rPr>
            </w:pPr>
            <w:proofErr w:type="spellStart"/>
            <w:r w:rsidRPr="005259A4">
              <w:rPr>
                <w:b/>
                <w:bCs/>
                <w:spacing w:val="-8"/>
              </w:rPr>
              <w:lastRenderedPageBreak/>
              <w:t>Viện</w:t>
            </w:r>
            <w:proofErr w:type="spellEnd"/>
            <w:r w:rsidRPr="005259A4">
              <w:rPr>
                <w:b/>
                <w:bCs/>
                <w:spacing w:val="-8"/>
              </w:rPr>
              <w:t xml:space="preserve"> Khoa </w:t>
            </w:r>
            <w:proofErr w:type="spellStart"/>
            <w:r w:rsidRPr="005259A4">
              <w:rPr>
                <w:b/>
                <w:bCs/>
                <w:spacing w:val="-8"/>
              </w:rPr>
              <w:t>học</w:t>
            </w:r>
            <w:proofErr w:type="spellEnd"/>
            <w:r w:rsidRPr="005259A4">
              <w:rPr>
                <w:b/>
                <w:bCs/>
                <w:spacing w:val="-8"/>
              </w:rPr>
              <w:t xml:space="preserve"> </w:t>
            </w:r>
            <w:proofErr w:type="spellStart"/>
            <w:r w:rsidRPr="005259A4">
              <w:rPr>
                <w:b/>
                <w:bCs/>
                <w:spacing w:val="-8"/>
              </w:rPr>
              <w:t>va</w:t>
            </w:r>
            <w:proofErr w:type="spellEnd"/>
            <w:r w:rsidRPr="005259A4">
              <w:rPr>
                <w:b/>
                <w:bCs/>
                <w:spacing w:val="-8"/>
              </w:rPr>
              <w:t xml:space="preserve">̀ Công </w:t>
            </w:r>
            <w:proofErr w:type="spellStart"/>
            <w:r w:rsidRPr="005259A4">
              <w:rPr>
                <w:b/>
                <w:bCs/>
                <w:spacing w:val="-8"/>
              </w:rPr>
              <w:t>nghê</w:t>
            </w:r>
            <w:proofErr w:type="spellEnd"/>
            <w:r w:rsidRPr="005259A4">
              <w:rPr>
                <w:b/>
                <w:bCs/>
                <w:spacing w:val="-8"/>
              </w:rPr>
              <w:t xml:space="preserve">̣ </w:t>
            </w:r>
            <w:proofErr w:type="spellStart"/>
            <w:r w:rsidRPr="005259A4">
              <w:rPr>
                <w:b/>
                <w:bCs/>
                <w:spacing w:val="-8"/>
              </w:rPr>
              <w:t>Việt</w:t>
            </w:r>
            <w:proofErr w:type="spellEnd"/>
            <w:r w:rsidRPr="005259A4">
              <w:rPr>
                <w:b/>
                <w:bCs/>
                <w:spacing w:val="-8"/>
              </w:rPr>
              <w:t xml:space="preserve"> Nam - </w:t>
            </w:r>
            <w:proofErr w:type="spellStart"/>
            <w:r w:rsidRPr="005259A4">
              <w:rPr>
                <w:b/>
                <w:bCs/>
                <w:spacing w:val="-8"/>
              </w:rPr>
              <w:t>Hàn</w:t>
            </w:r>
            <w:proofErr w:type="spellEnd"/>
            <w:r w:rsidRPr="005259A4">
              <w:rPr>
                <w:b/>
                <w:bCs/>
                <w:spacing w:val="-8"/>
              </w:rPr>
              <w:t xml:space="preserve"> Quốc:</w:t>
            </w:r>
          </w:p>
          <w:p w14:paraId="55DFAB73" w14:textId="474C75DD" w:rsidR="00855AF9" w:rsidRPr="005259A4" w:rsidRDefault="00855AF9" w:rsidP="00D54818">
            <w:pPr>
              <w:spacing w:before="120" w:after="120" w:line="240" w:lineRule="auto"/>
              <w:jc w:val="both"/>
              <w:rPr>
                <w:spacing w:val="-8"/>
              </w:rPr>
            </w:pPr>
            <w:proofErr w:type="spellStart"/>
            <w:r w:rsidRPr="005259A4">
              <w:rPr>
                <w:spacing w:val="-8"/>
              </w:rPr>
              <w:t>Đề</w:t>
            </w:r>
            <w:proofErr w:type="spellEnd"/>
            <w:r w:rsidRPr="005259A4">
              <w:rPr>
                <w:spacing w:val="-8"/>
              </w:rPr>
              <w:t xml:space="preserve"> </w:t>
            </w:r>
            <w:proofErr w:type="spellStart"/>
            <w:r w:rsidRPr="005259A4">
              <w:rPr>
                <w:spacing w:val="-8"/>
              </w:rPr>
              <w:t>xuất</w:t>
            </w:r>
            <w:proofErr w:type="spellEnd"/>
            <w:r w:rsidRPr="005259A4">
              <w:rPr>
                <w:spacing w:val="-8"/>
              </w:rPr>
              <w:t xml:space="preserve"> </w:t>
            </w:r>
            <w:proofErr w:type="spellStart"/>
            <w:r w:rsidRPr="005259A4">
              <w:rPr>
                <w:spacing w:val="-8"/>
              </w:rPr>
              <w:t>xem</w:t>
            </w:r>
            <w:proofErr w:type="spellEnd"/>
            <w:r w:rsidRPr="005259A4">
              <w:rPr>
                <w:spacing w:val="-8"/>
              </w:rPr>
              <w:t xml:space="preserve"> </w:t>
            </w:r>
            <w:proofErr w:type="spellStart"/>
            <w:r w:rsidRPr="005259A4">
              <w:rPr>
                <w:spacing w:val="-8"/>
              </w:rPr>
              <w:t>xét</w:t>
            </w:r>
            <w:proofErr w:type="spellEnd"/>
            <w:r w:rsidRPr="005259A4">
              <w:rPr>
                <w:spacing w:val="-8"/>
              </w:rPr>
              <w:t xml:space="preserve"> </w:t>
            </w:r>
            <w:proofErr w:type="spellStart"/>
            <w:r w:rsidRPr="005259A4">
              <w:rPr>
                <w:spacing w:val="-8"/>
              </w:rPr>
              <w:t>bỏ</w:t>
            </w:r>
            <w:proofErr w:type="spellEnd"/>
            <w:r w:rsidRPr="005259A4">
              <w:rPr>
                <w:spacing w:val="-8"/>
              </w:rPr>
              <w:t xml:space="preserve"> </w:t>
            </w:r>
            <w:proofErr w:type="spellStart"/>
            <w:r w:rsidRPr="005259A4">
              <w:rPr>
                <w:spacing w:val="-8"/>
              </w:rPr>
              <w:t>điểm</w:t>
            </w:r>
            <w:proofErr w:type="spellEnd"/>
            <w:r w:rsidRPr="005259A4">
              <w:rPr>
                <w:spacing w:val="-8"/>
              </w:rPr>
              <w:t xml:space="preserve"> c </w:t>
            </w:r>
            <w:proofErr w:type="spellStart"/>
            <w:r w:rsidRPr="005259A4">
              <w:rPr>
                <w:spacing w:val="-8"/>
              </w:rPr>
              <w:t>khoản</w:t>
            </w:r>
            <w:proofErr w:type="spellEnd"/>
            <w:r w:rsidRPr="005259A4">
              <w:rPr>
                <w:spacing w:val="-8"/>
              </w:rPr>
              <w:t xml:space="preserve"> 3 </w:t>
            </w:r>
            <w:proofErr w:type="spellStart"/>
            <w:r w:rsidRPr="005259A4">
              <w:rPr>
                <w:spacing w:val="-8"/>
              </w:rPr>
              <w:t>Điều</w:t>
            </w:r>
            <w:proofErr w:type="spellEnd"/>
            <w:r w:rsidRPr="005259A4">
              <w:rPr>
                <w:spacing w:val="-8"/>
              </w:rPr>
              <w:t xml:space="preserve"> 5: </w:t>
            </w:r>
            <w:proofErr w:type="spellStart"/>
            <w:r w:rsidRPr="005259A4">
              <w:rPr>
                <w:spacing w:val="-8"/>
              </w:rPr>
              <w:t>Tiêu</w:t>
            </w:r>
            <w:proofErr w:type="spellEnd"/>
            <w:r w:rsidRPr="005259A4">
              <w:rPr>
                <w:spacing w:val="-8"/>
              </w:rPr>
              <w:t xml:space="preserve"> </w:t>
            </w:r>
            <w:proofErr w:type="spellStart"/>
            <w:r w:rsidRPr="005259A4">
              <w:rPr>
                <w:spacing w:val="-8"/>
              </w:rPr>
              <w:t>chuẩn</w:t>
            </w:r>
            <w:proofErr w:type="spellEnd"/>
            <w:r w:rsidRPr="005259A4">
              <w:rPr>
                <w:spacing w:val="-8"/>
              </w:rPr>
              <w:t xml:space="preserve"> </w:t>
            </w:r>
            <w:proofErr w:type="spellStart"/>
            <w:r w:rsidRPr="005259A4">
              <w:rPr>
                <w:spacing w:val="-8"/>
              </w:rPr>
              <w:t>về</w:t>
            </w:r>
            <w:proofErr w:type="spellEnd"/>
            <w:r w:rsidRPr="005259A4">
              <w:rPr>
                <w:spacing w:val="-8"/>
              </w:rPr>
              <w:t xml:space="preserve"> </w:t>
            </w:r>
            <w:proofErr w:type="spellStart"/>
            <w:r w:rsidRPr="005259A4">
              <w:rPr>
                <w:spacing w:val="-8"/>
              </w:rPr>
              <w:t>trình</w:t>
            </w:r>
            <w:proofErr w:type="spellEnd"/>
            <w:r w:rsidRPr="005259A4">
              <w:rPr>
                <w:spacing w:val="-8"/>
              </w:rPr>
              <w:t xml:space="preserve"> </w:t>
            </w:r>
            <w:proofErr w:type="spellStart"/>
            <w:r w:rsidRPr="005259A4">
              <w:rPr>
                <w:spacing w:val="-8"/>
              </w:rPr>
              <w:t>độ</w:t>
            </w:r>
            <w:proofErr w:type="spellEnd"/>
            <w:r w:rsidRPr="005259A4">
              <w:rPr>
                <w:spacing w:val="-8"/>
              </w:rPr>
              <w:t xml:space="preserve"> </w:t>
            </w:r>
            <w:proofErr w:type="spellStart"/>
            <w:r w:rsidRPr="005259A4">
              <w:rPr>
                <w:spacing w:val="-8"/>
              </w:rPr>
              <w:t>đào</w:t>
            </w:r>
            <w:proofErr w:type="spellEnd"/>
            <w:r w:rsidRPr="005259A4">
              <w:rPr>
                <w:spacing w:val="-8"/>
              </w:rPr>
              <w:t xml:space="preserve"> </w:t>
            </w:r>
            <w:proofErr w:type="spellStart"/>
            <w:r w:rsidRPr="005259A4">
              <w:rPr>
                <w:spacing w:val="-8"/>
              </w:rPr>
              <w:t>tạo</w:t>
            </w:r>
            <w:proofErr w:type="spellEnd"/>
            <w:r w:rsidRPr="005259A4">
              <w:rPr>
                <w:spacing w:val="-8"/>
              </w:rPr>
              <w:t xml:space="preserve">, </w:t>
            </w:r>
            <w:proofErr w:type="spellStart"/>
            <w:r w:rsidRPr="005259A4">
              <w:rPr>
                <w:spacing w:val="-8"/>
              </w:rPr>
              <w:t>bồi</w:t>
            </w:r>
            <w:proofErr w:type="spellEnd"/>
            <w:r w:rsidRPr="005259A4">
              <w:rPr>
                <w:spacing w:val="-8"/>
              </w:rPr>
              <w:t xml:space="preserve"> </w:t>
            </w:r>
            <w:proofErr w:type="spellStart"/>
            <w:r w:rsidRPr="005259A4">
              <w:rPr>
                <w:spacing w:val="-8"/>
              </w:rPr>
              <w:t>dưỡng</w:t>
            </w:r>
            <w:proofErr w:type="spellEnd"/>
            <w:r w:rsidRPr="005259A4">
              <w:rPr>
                <w:spacing w:val="-8"/>
              </w:rPr>
              <w:t xml:space="preserve"> </w:t>
            </w:r>
            <w:proofErr w:type="spellStart"/>
            <w:r w:rsidRPr="005259A4">
              <w:rPr>
                <w:spacing w:val="-8"/>
              </w:rPr>
              <w:t>đối</w:t>
            </w:r>
            <w:proofErr w:type="spellEnd"/>
            <w:r w:rsidRPr="005259A4">
              <w:rPr>
                <w:spacing w:val="-8"/>
              </w:rPr>
              <w:t xml:space="preserve"> </w:t>
            </w:r>
            <w:proofErr w:type="spellStart"/>
            <w:r w:rsidRPr="005259A4">
              <w:rPr>
                <w:spacing w:val="-8"/>
              </w:rPr>
              <w:t>với</w:t>
            </w:r>
            <w:proofErr w:type="spellEnd"/>
            <w:r w:rsidRPr="005259A4">
              <w:rPr>
                <w:spacing w:val="-8"/>
              </w:rPr>
              <w:t xml:space="preserve"> </w:t>
            </w:r>
            <w:proofErr w:type="spellStart"/>
            <w:r w:rsidRPr="005259A4">
              <w:rPr>
                <w:spacing w:val="-8"/>
              </w:rPr>
              <w:t>Kiểm</w:t>
            </w:r>
            <w:proofErr w:type="spellEnd"/>
            <w:r w:rsidRPr="005259A4">
              <w:rPr>
                <w:spacing w:val="-8"/>
              </w:rPr>
              <w:t xml:space="preserve"> </w:t>
            </w:r>
            <w:proofErr w:type="spellStart"/>
            <w:r w:rsidRPr="005259A4">
              <w:rPr>
                <w:spacing w:val="-8"/>
              </w:rPr>
              <w:t>soát</w:t>
            </w:r>
            <w:proofErr w:type="spellEnd"/>
            <w:r w:rsidRPr="005259A4">
              <w:rPr>
                <w:spacing w:val="-8"/>
              </w:rPr>
              <w:t xml:space="preserve"> </w:t>
            </w:r>
            <w:proofErr w:type="spellStart"/>
            <w:r w:rsidRPr="005259A4">
              <w:rPr>
                <w:spacing w:val="-8"/>
              </w:rPr>
              <w:t>viên</w:t>
            </w:r>
            <w:proofErr w:type="spellEnd"/>
            <w:r w:rsidRPr="005259A4">
              <w:rPr>
                <w:spacing w:val="-8"/>
              </w:rPr>
              <w:t xml:space="preserve"> </w:t>
            </w:r>
            <w:proofErr w:type="spellStart"/>
            <w:r w:rsidRPr="005259A4">
              <w:rPr>
                <w:spacing w:val="-8"/>
              </w:rPr>
              <w:t>cao</w:t>
            </w:r>
            <w:proofErr w:type="spellEnd"/>
            <w:r w:rsidRPr="005259A4">
              <w:rPr>
                <w:spacing w:val="-8"/>
              </w:rPr>
              <w:t xml:space="preserve"> </w:t>
            </w:r>
            <w:proofErr w:type="spellStart"/>
            <w:r w:rsidRPr="005259A4">
              <w:rPr>
                <w:spacing w:val="-8"/>
              </w:rPr>
              <w:t>cấp</w:t>
            </w:r>
            <w:proofErr w:type="spellEnd"/>
            <w:r w:rsidRPr="005259A4">
              <w:rPr>
                <w:spacing w:val="-8"/>
              </w:rPr>
              <w:t xml:space="preserve"> </w:t>
            </w:r>
            <w:proofErr w:type="spellStart"/>
            <w:r w:rsidRPr="005259A4">
              <w:rPr>
                <w:spacing w:val="-8"/>
              </w:rPr>
              <w:t>chất</w:t>
            </w:r>
            <w:proofErr w:type="spellEnd"/>
            <w:r w:rsidRPr="005259A4">
              <w:rPr>
                <w:spacing w:val="-8"/>
              </w:rPr>
              <w:t xml:space="preserve"> </w:t>
            </w:r>
            <w:proofErr w:type="spellStart"/>
            <w:r w:rsidRPr="005259A4">
              <w:rPr>
                <w:spacing w:val="-8"/>
              </w:rPr>
              <w:t>lượng</w:t>
            </w:r>
            <w:proofErr w:type="spellEnd"/>
            <w:r w:rsidRPr="005259A4">
              <w:rPr>
                <w:spacing w:val="-8"/>
              </w:rPr>
              <w:t xml:space="preserve"> </w:t>
            </w:r>
            <w:proofErr w:type="spellStart"/>
            <w:r w:rsidRPr="005259A4">
              <w:rPr>
                <w:spacing w:val="-8"/>
              </w:rPr>
              <w:t>sản</w:t>
            </w:r>
            <w:proofErr w:type="spellEnd"/>
            <w:r w:rsidRPr="005259A4">
              <w:rPr>
                <w:spacing w:val="-8"/>
              </w:rPr>
              <w:t xml:space="preserve"> </w:t>
            </w:r>
            <w:proofErr w:type="spellStart"/>
            <w:r w:rsidRPr="005259A4">
              <w:rPr>
                <w:spacing w:val="-8"/>
              </w:rPr>
              <w:t>phẩm</w:t>
            </w:r>
            <w:proofErr w:type="spellEnd"/>
            <w:r w:rsidRPr="005259A4">
              <w:rPr>
                <w:spacing w:val="-8"/>
              </w:rPr>
              <w:t xml:space="preserve">, </w:t>
            </w:r>
            <w:proofErr w:type="spellStart"/>
            <w:r w:rsidRPr="005259A4">
              <w:rPr>
                <w:spacing w:val="-8"/>
              </w:rPr>
              <w:t>hàng</w:t>
            </w:r>
            <w:proofErr w:type="spellEnd"/>
            <w:r w:rsidRPr="005259A4">
              <w:rPr>
                <w:spacing w:val="-8"/>
              </w:rPr>
              <w:t xml:space="preserve"> </w:t>
            </w:r>
            <w:proofErr w:type="spellStart"/>
            <w:r w:rsidRPr="005259A4">
              <w:rPr>
                <w:spacing w:val="-8"/>
              </w:rPr>
              <w:t>hóa</w:t>
            </w:r>
            <w:proofErr w:type="spellEnd"/>
            <w:r w:rsidRPr="005259A4">
              <w:rPr>
                <w:spacing w:val="-8"/>
              </w:rPr>
              <w:t xml:space="preserve"> </w:t>
            </w:r>
            <w:r w:rsidRPr="005259A4">
              <w:rPr>
                <w:spacing w:val="-8"/>
              </w:rPr>
              <w:lastRenderedPageBreak/>
              <w:t>(</w:t>
            </w:r>
            <w:proofErr w:type="spellStart"/>
            <w:r w:rsidRPr="005259A4">
              <w:rPr>
                <w:spacing w:val="-8"/>
              </w:rPr>
              <w:t>hạng</w:t>
            </w:r>
            <w:proofErr w:type="spellEnd"/>
            <w:r w:rsidRPr="005259A4">
              <w:rPr>
                <w:spacing w:val="-8"/>
              </w:rPr>
              <w:t xml:space="preserve"> I</w:t>
            </w:r>
            <w:r w:rsidRPr="005259A4">
              <w:rPr>
                <w:i/>
                <w:iCs/>
                <w:spacing w:val="-8"/>
              </w:rPr>
              <w:t>) “</w:t>
            </w:r>
            <w:proofErr w:type="spellStart"/>
            <w:r w:rsidRPr="005259A4">
              <w:rPr>
                <w:i/>
                <w:iCs/>
                <w:spacing w:val="-8"/>
              </w:rPr>
              <w:t>Có</w:t>
            </w:r>
            <w:proofErr w:type="spellEnd"/>
            <w:r w:rsidRPr="005259A4">
              <w:rPr>
                <w:i/>
                <w:iCs/>
                <w:spacing w:val="-8"/>
              </w:rPr>
              <w:t xml:space="preserve"> </w:t>
            </w:r>
            <w:proofErr w:type="spellStart"/>
            <w:r w:rsidRPr="005259A4">
              <w:rPr>
                <w:i/>
                <w:iCs/>
                <w:spacing w:val="-8"/>
              </w:rPr>
              <w:t>bằng</w:t>
            </w:r>
            <w:proofErr w:type="spellEnd"/>
            <w:r w:rsidRPr="005259A4">
              <w:rPr>
                <w:i/>
                <w:iCs/>
                <w:spacing w:val="-8"/>
              </w:rPr>
              <w:t xml:space="preserve"> </w:t>
            </w:r>
            <w:proofErr w:type="spellStart"/>
            <w:r w:rsidRPr="005259A4">
              <w:rPr>
                <w:i/>
                <w:iCs/>
                <w:spacing w:val="-8"/>
              </w:rPr>
              <w:t>tốt</w:t>
            </w:r>
            <w:proofErr w:type="spellEnd"/>
            <w:r w:rsidRPr="005259A4">
              <w:rPr>
                <w:i/>
                <w:iCs/>
                <w:spacing w:val="-8"/>
              </w:rPr>
              <w:t xml:space="preserve"> </w:t>
            </w:r>
            <w:proofErr w:type="spellStart"/>
            <w:r w:rsidRPr="005259A4">
              <w:rPr>
                <w:i/>
                <w:iCs/>
                <w:spacing w:val="-8"/>
              </w:rPr>
              <w:t>nghiệp</w:t>
            </w:r>
            <w:proofErr w:type="spellEnd"/>
            <w:r w:rsidRPr="005259A4">
              <w:rPr>
                <w:i/>
                <w:iCs/>
                <w:spacing w:val="-8"/>
              </w:rPr>
              <w:t xml:space="preserve"> </w:t>
            </w:r>
            <w:proofErr w:type="spellStart"/>
            <w:r w:rsidRPr="005259A4">
              <w:rPr>
                <w:i/>
                <w:iCs/>
                <w:spacing w:val="-8"/>
              </w:rPr>
              <w:t>cử</w:t>
            </w:r>
            <w:proofErr w:type="spellEnd"/>
            <w:r w:rsidRPr="005259A4">
              <w:rPr>
                <w:i/>
                <w:iCs/>
                <w:spacing w:val="-8"/>
              </w:rPr>
              <w:t xml:space="preserve"> </w:t>
            </w:r>
            <w:proofErr w:type="spellStart"/>
            <w:r w:rsidRPr="005259A4">
              <w:rPr>
                <w:i/>
                <w:iCs/>
                <w:spacing w:val="-8"/>
              </w:rPr>
              <w:t>nhân</w:t>
            </w:r>
            <w:proofErr w:type="spellEnd"/>
            <w:r w:rsidRPr="005259A4">
              <w:rPr>
                <w:i/>
                <w:iCs/>
                <w:spacing w:val="-8"/>
              </w:rPr>
              <w:t xml:space="preserve"> </w:t>
            </w:r>
            <w:proofErr w:type="spellStart"/>
            <w:r w:rsidRPr="005259A4">
              <w:rPr>
                <w:i/>
                <w:iCs/>
                <w:spacing w:val="-8"/>
              </w:rPr>
              <w:t>chính</w:t>
            </w:r>
            <w:proofErr w:type="spellEnd"/>
            <w:r w:rsidRPr="005259A4">
              <w:rPr>
                <w:i/>
                <w:iCs/>
                <w:spacing w:val="-8"/>
              </w:rPr>
              <w:t xml:space="preserve"> </w:t>
            </w:r>
            <w:proofErr w:type="spellStart"/>
            <w:r w:rsidRPr="005259A4">
              <w:rPr>
                <w:i/>
                <w:iCs/>
                <w:spacing w:val="-8"/>
              </w:rPr>
              <w:t>trị</w:t>
            </w:r>
            <w:proofErr w:type="spellEnd"/>
            <w:r w:rsidRPr="005259A4">
              <w:rPr>
                <w:i/>
                <w:iCs/>
                <w:spacing w:val="-8"/>
              </w:rPr>
              <w:t xml:space="preserve"> </w:t>
            </w:r>
            <w:proofErr w:type="spellStart"/>
            <w:r w:rsidRPr="005259A4">
              <w:rPr>
                <w:i/>
                <w:iCs/>
                <w:spacing w:val="-8"/>
              </w:rPr>
              <w:t>hoặc</w:t>
            </w:r>
            <w:proofErr w:type="spellEnd"/>
            <w:r w:rsidRPr="005259A4">
              <w:rPr>
                <w:i/>
                <w:iCs/>
                <w:spacing w:val="-8"/>
              </w:rPr>
              <w:t xml:space="preserve"> </w:t>
            </w:r>
            <w:proofErr w:type="spellStart"/>
            <w:r w:rsidRPr="005259A4">
              <w:rPr>
                <w:i/>
                <w:iCs/>
                <w:spacing w:val="-8"/>
              </w:rPr>
              <w:t>cao</w:t>
            </w:r>
            <w:proofErr w:type="spellEnd"/>
            <w:r w:rsidRPr="005259A4">
              <w:rPr>
                <w:i/>
                <w:iCs/>
                <w:spacing w:val="-8"/>
              </w:rPr>
              <w:t xml:space="preserve"> </w:t>
            </w:r>
            <w:proofErr w:type="spellStart"/>
            <w:r w:rsidRPr="005259A4">
              <w:rPr>
                <w:i/>
                <w:iCs/>
                <w:spacing w:val="-8"/>
              </w:rPr>
              <w:t>cấp</w:t>
            </w:r>
            <w:proofErr w:type="spellEnd"/>
            <w:r w:rsidRPr="005259A4">
              <w:rPr>
                <w:i/>
                <w:iCs/>
                <w:spacing w:val="-8"/>
              </w:rPr>
              <w:t xml:space="preserve"> </w:t>
            </w:r>
            <w:proofErr w:type="spellStart"/>
            <w:r w:rsidRPr="005259A4">
              <w:rPr>
                <w:i/>
                <w:iCs/>
                <w:spacing w:val="-8"/>
              </w:rPr>
              <w:t>lý</w:t>
            </w:r>
            <w:proofErr w:type="spellEnd"/>
            <w:r w:rsidRPr="005259A4">
              <w:rPr>
                <w:i/>
                <w:iCs/>
                <w:spacing w:val="-8"/>
              </w:rPr>
              <w:t xml:space="preserve"> </w:t>
            </w:r>
            <w:proofErr w:type="spellStart"/>
            <w:r w:rsidRPr="005259A4">
              <w:rPr>
                <w:i/>
                <w:iCs/>
                <w:spacing w:val="-8"/>
              </w:rPr>
              <w:t>luận</w:t>
            </w:r>
            <w:proofErr w:type="spellEnd"/>
            <w:r w:rsidRPr="005259A4">
              <w:rPr>
                <w:i/>
                <w:iCs/>
                <w:spacing w:val="-8"/>
              </w:rPr>
              <w:t xml:space="preserve"> </w:t>
            </w:r>
            <w:proofErr w:type="spellStart"/>
            <w:r w:rsidRPr="005259A4">
              <w:rPr>
                <w:i/>
                <w:iCs/>
                <w:spacing w:val="-8"/>
              </w:rPr>
              <w:t>chính</w:t>
            </w:r>
            <w:proofErr w:type="spellEnd"/>
            <w:r w:rsidRPr="005259A4">
              <w:rPr>
                <w:i/>
                <w:iCs/>
                <w:spacing w:val="-8"/>
              </w:rPr>
              <w:t xml:space="preserve"> </w:t>
            </w:r>
            <w:proofErr w:type="spellStart"/>
            <w:r w:rsidRPr="005259A4">
              <w:rPr>
                <w:i/>
                <w:iCs/>
                <w:spacing w:val="-8"/>
              </w:rPr>
              <w:t>trị</w:t>
            </w:r>
            <w:proofErr w:type="spellEnd"/>
            <w:r w:rsidRPr="005259A4">
              <w:rPr>
                <w:i/>
                <w:iCs/>
                <w:spacing w:val="-8"/>
              </w:rPr>
              <w:t xml:space="preserve"> </w:t>
            </w:r>
            <w:proofErr w:type="spellStart"/>
            <w:r w:rsidRPr="005259A4">
              <w:rPr>
                <w:i/>
                <w:iCs/>
                <w:spacing w:val="-8"/>
              </w:rPr>
              <w:t>hoặc</w:t>
            </w:r>
            <w:proofErr w:type="spellEnd"/>
            <w:r w:rsidRPr="005259A4">
              <w:rPr>
                <w:i/>
                <w:iCs/>
                <w:spacing w:val="-8"/>
              </w:rPr>
              <w:t xml:space="preserve"> </w:t>
            </w:r>
            <w:proofErr w:type="spellStart"/>
            <w:r w:rsidRPr="005259A4">
              <w:rPr>
                <w:i/>
                <w:iCs/>
                <w:spacing w:val="-8"/>
              </w:rPr>
              <w:t>cao</w:t>
            </w:r>
            <w:proofErr w:type="spellEnd"/>
            <w:r w:rsidRPr="005259A4">
              <w:rPr>
                <w:i/>
                <w:iCs/>
                <w:spacing w:val="-8"/>
              </w:rPr>
              <w:t xml:space="preserve"> </w:t>
            </w:r>
            <w:proofErr w:type="spellStart"/>
            <w:r w:rsidRPr="005259A4">
              <w:rPr>
                <w:i/>
                <w:iCs/>
                <w:spacing w:val="-8"/>
              </w:rPr>
              <w:t>cấp</w:t>
            </w:r>
            <w:proofErr w:type="spellEnd"/>
            <w:r w:rsidRPr="005259A4">
              <w:rPr>
                <w:i/>
                <w:iCs/>
                <w:spacing w:val="-8"/>
              </w:rPr>
              <w:t xml:space="preserve"> </w:t>
            </w:r>
            <w:proofErr w:type="spellStart"/>
            <w:r w:rsidRPr="005259A4">
              <w:rPr>
                <w:i/>
                <w:iCs/>
                <w:spacing w:val="-8"/>
              </w:rPr>
              <w:t>lý</w:t>
            </w:r>
            <w:proofErr w:type="spellEnd"/>
            <w:r w:rsidRPr="005259A4">
              <w:rPr>
                <w:i/>
                <w:iCs/>
                <w:spacing w:val="-8"/>
              </w:rPr>
              <w:t xml:space="preserve"> </w:t>
            </w:r>
            <w:proofErr w:type="spellStart"/>
            <w:r w:rsidRPr="005259A4">
              <w:rPr>
                <w:i/>
                <w:iCs/>
                <w:spacing w:val="-8"/>
              </w:rPr>
              <w:t>luận</w:t>
            </w:r>
            <w:proofErr w:type="spellEnd"/>
            <w:r w:rsidRPr="005259A4">
              <w:rPr>
                <w:i/>
                <w:iCs/>
                <w:spacing w:val="-8"/>
              </w:rPr>
              <w:t xml:space="preserve"> </w:t>
            </w:r>
            <w:proofErr w:type="spellStart"/>
            <w:r w:rsidRPr="005259A4">
              <w:rPr>
                <w:i/>
                <w:iCs/>
                <w:spacing w:val="-8"/>
              </w:rPr>
              <w:t>chính</w:t>
            </w:r>
            <w:proofErr w:type="spellEnd"/>
            <w:r w:rsidRPr="005259A4">
              <w:rPr>
                <w:i/>
                <w:iCs/>
                <w:spacing w:val="-8"/>
              </w:rPr>
              <w:t xml:space="preserve"> </w:t>
            </w:r>
            <w:proofErr w:type="spellStart"/>
            <w:r w:rsidRPr="005259A4">
              <w:rPr>
                <w:i/>
                <w:iCs/>
                <w:spacing w:val="-8"/>
              </w:rPr>
              <w:t>trị</w:t>
            </w:r>
            <w:proofErr w:type="spellEnd"/>
            <w:r w:rsidRPr="005259A4">
              <w:rPr>
                <w:i/>
                <w:iCs/>
                <w:spacing w:val="-8"/>
              </w:rPr>
              <w:t xml:space="preserve"> - </w:t>
            </w:r>
            <w:proofErr w:type="spellStart"/>
            <w:r w:rsidRPr="005259A4">
              <w:rPr>
                <w:i/>
                <w:iCs/>
                <w:spacing w:val="-8"/>
              </w:rPr>
              <w:t>hành</w:t>
            </w:r>
            <w:proofErr w:type="spellEnd"/>
            <w:r w:rsidRPr="005259A4">
              <w:rPr>
                <w:i/>
                <w:iCs/>
                <w:spacing w:val="-8"/>
              </w:rPr>
              <w:t xml:space="preserve"> </w:t>
            </w:r>
            <w:proofErr w:type="spellStart"/>
            <w:r w:rsidRPr="005259A4">
              <w:rPr>
                <w:i/>
                <w:iCs/>
                <w:spacing w:val="-8"/>
              </w:rPr>
              <w:t>chính</w:t>
            </w:r>
            <w:proofErr w:type="spellEnd"/>
            <w:r w:rsidRPr="005259A4">
              <w:rPr>
                <w:i/>
                <w:iCs/>
                <w:spacing w:val="-8"/>
              </w:rPr>
              <w:t xml:space="preserve"> </w:t>
            </w:r>
            <w:proofErr w:type="spellStart"/>
            <w:r w:rsidRPr="005259A4">
              <w:rPr>
                <w:i/>
                <w:iCs/>
                <w:spacing w:val="-8"/>
              </w:rPr>
              <w:t>hoặc</w:t>
            </w:r>
            <w:proofErr w:type="spellEnd"/>
            <w:r w:rsidRPr="005259A4">
              <w:rPr>
                <w:i/>
                <w:iCs/>
                <w:spacing w:val="-8"/>
              </w:rPr>
              <w:t xml:space="preserve"> </w:t>
            </w:r>
            <w:proofErr w:type="spellStart"/>
            <w:r w:rsidRPr="005259A4">
              <w:rPr>
                <w:i/>
                <w:iCs/>
                <w:spacing w:val="-8"/>
              </w:rPr>
              <w:t>có</w:t>
            </w:r>
            <w:proofErr w:type="spellEnd"/>
            <w:r w:rsidRPr="005259A4">
              <w:rPr>
                <w:i/>
                <w:iCs/>
                <w:spacing w:val="-8"/>
              </w:rPr>
              <w:t xml:space="preserve"> </w:t>
            </w:r>
            <w:proofErr w:type="spellStart"/>
            <w:r w:rsidRPr="005259A4">
              <w:rPr>
                <w:i/>
                <w:iCs/>
                <w:spacing w:val="-8"/>
              </w:rPr>
              <w:t>giấy</w:t>
            </w:r>
            <w:proofErr w:type="spellEnd"/>
            <w:r w:rsidRPr="005259A4">
              <w:rPr>
                <w:i/>
                <w:iCs/>
                <w:spacing w:val="-8"/>
              </w:rPr>
              <w:t xml:space="preserve"> </w:t>
            </w:r>
            <w:proofErr w:type="spellStart"/>
            <w:r w:rsidRPr="005259A4">
              <w:rPr>
                <w:i/>
                <w:iCs/>
                <w:spacing w:val="-8"/>
              </w:rPr>
              <w:t>xác</w:t>
            </w:r>
            <w:proofErr w:type="spellEnd"/>
            <w:r w:rsidRPr="005259A4">
              <w:rPr>
                <w:i/>
                <w:iCs/>
                <w:spacing w:val="-8"/>
              </w:rPr>
              <w:t xml:space="preserve"> </w:t>
            </w:r>
            <w:proofErr w:type="spellStart"/>
            <w:r w:rsidRPr="005259A4">
              <w:rPr>
                <w:i/>
                <w:iCs/>
                <w:spacing w:val="-8"/>
              </w:rPr>
              <w:t>nhận</w:t>
            </w:r>
            <w:proofErr w:type="spellEnd"/>
            <w:r w:rsidRPr="005259A4">
              <w:rPr>
                <w:i/>
                <w:iCs/>
                <w:spacing w:val="-8"/>
              </w:rPr>
              <w:t xml:space="preserve"> </w:t>
            </w:r>
            <w:proofErr w:type="spellStart"/>
            <w:r w:rsidRPr="005259A4">
              <w:rPr>
                <w:i/>
                <w:iCs/>
                <w:spacing w:val="-8"/>
              </w:rPr>
              <w:t>tương</w:t>
            </w:r>
            <w:proofErr w:type="spellEnd"/>
            <w:r w:rsidRPr="005259A4">
              <w:rPr>
                <w:i/>
                <w:iCs/>
                <w:spacing w:val="-8"/>
              </w:rPr>
              <w:t xml:space="preserve"> </w:t>
            </w:r>
            <w:proofErr w:type="spellStart"/>
            <w:r w:rsidRPr="005259A4">
              <w:rPr>
                <w:i/>
                <w:iCs/>
                <w:spacing w:val="-8"/>
              </w:rPr>
              <w:t>đương</w:t>
            </w:r>
            <w:proofErr w:type="spellEnd"/>
            <w:r w:rsidRPr="005259A4">
              <w:rPr>
                <w:i/>
                <w:iCs/>
                <w:spacing w:val="-8"/>
              </w:rPr>
              <w:t xml:space="preserve"> </w:t>
            </w:r>
            <w:proofErr w:type="spellStart"/>
            <w:r w:rsidRPr="005259A4">
              <w:rPr>
                <w:i/>
                <w:iCs/>
                <w:spacing w:val="-8"/>
              </w:rPr>
              <w:t>trình</w:t>
            </w:r>
            <w:proofErr w:type="spellEnd"/>
            <w:r w:rsidRPr="005259A4">
              <w:rPr>
                <w:i/>
                <w:iCs/>
                <w:spacing w:val="-8"/>
              </w:rPr>
              <w:t xml:space="preserve"> </w:t>
            </w:r>
            <w:proofErr w:type="spellStart"/>
            <w:r w:rsidRPr="005259A4">
              <w:rPr>
                <w:i/>
                <w:iCs/>
                <w:spacing w:val="-8"/>
              </w:rPr>
              <w:t>độ</w:t>
            </w:r>
            <w:proofErr w:type="spellEnd"/>
            <w:r w:rsidRPr="005259A4">
              <w:rPr>
                <w:i/>
                <w:iCs/>
                <w:spacing w:val="-8"/>
              </w:rPr>
              <w:t xml:space="preserve"> </w:t>
            </w:r>
            <w:proofErr w:type="spellStart"/>
            <w:r w:rsidRPr="005259A4">
              <w:rPr>
                <w:i/>
                <w:iCs/>
                <w:spacing w:val="-8"/>
              </w:rPr>
              <w:t>cao</w:t>
            </w:r>
            <w:proofErr w:type="spellEnd"/>
            <w:r w:rsidRPr="005259A4">
              <w:rPr>
                <w:i/>
                <w:iCs/>
                <w:spacing w:val="-8"/>
              </w:rPr>
              <w:t xml:space="preserve"> </w:t>
            </w:r>
            <w:proofErr w:type="spellStart"/>
            <w:r w:rsidRPr="005259A4">
              <w:rPr>
                <w:i/>
                <w:iCs/>
                <w:spacing w:val="-8"/>
              </w:rPr>
              <w:t>cấp</w:t>
            </w:r>
            <w:proofErr w:type="spellEnd"/>
            <w:r w:rsidRPr="005259A4">
              <w:rPr>
                <w:i/>
                <w:iCs/>
                <w:spacing w:val="-8"/>
              </w:rPr>
              <w:t xml:space="preserve"> </w:t>
            </w:r>
            <w:proofErr w:type="spellStart"/>
            <w:r w:rsidRPr="005259A4">
              <w:rPr>
                <w:i/>
                <w:iCs/>
                <w:spacing w:val="-8"/>
              </w:rPr>
              <w:t>lý</w:t>
            </w:r>
            <w:proofErr w:type="spellEnd"/>
            <w:r w:rsidRPr="005259A4">
              <w:rPr>
                <w:i/>
                <w:iCs/>
                <w:spacing w:val="-8"/>
              </w:rPr>
              <w:t xml:space="preserve"> </w:t>
            </w:r>
            <w:proofErr w:type="spellStart"/>
            <w:r w:rsidRPr="005259A4">
              <w:rPr>
                <w:i/>
                <w:iCs/>
                <w:spacing w:val="-8"/>
              </w:rPr>
              <w:t>luận</w:t>
            </w:r>
            <w:proofErr w:type="spellEnd"/>
            <w:r w:rsidRPr="005259A4">
              <w:rPr>
                <w:i/>
                <w:iCs/>
                <w:spacing w:val="-8"/>
              </w:rPr>
              <w:t xml:space="preserve"> </w:t>
            </w:r>
            <w:proofErr w:type="spellStart"/>
            <w:r w:rsidRPr="005259A4">
              <w:rPr>
                <w:i/>
                <w:iCs/>
                <w:spacing w:val="-8"/>
              </w:rPr>
              <w:t>chính</w:t>
            </w:r>
            <w:proofErr w:type="spellEnd"/>
            <w:r w:rsidRPr="005259A4">
              <w:rPr>
                <w:i/>
                <w:iCs/>
                <w:spacing w:val="-8"/>
              </w:rPr>
              <w:t xml:space="preserve"> </w:t>
            </w:r>
            <w:proofErr w:type="spellStart"/>
            <w:r w:rsidRPr="005259A4">
              <w:rPr>
                <w:i/>
                <w:iCs/>
                <w:spacing w:val="-8"/>
              </w:rPr>
              <w:t>trị</w:t>
            </w:r>
            <w:proofErr w:type="spellEnd"/>
            <w:r w:rsidRPr="005259A4">
              <w:rPr>
                <w:i/>
                <w:iCs/>
                <w:spacing w:val="-8"/>
              </w:rPr>
              <w:t xml:space="preserve"> </w:t>
            </w:r>
            <w:proofErr w:type="spellStart"/>
            <w:r w:rsidRPr="005259A4">
              <w:rPr>
                <w:i/>
                <w:iCs/>
                <w:spacing w:val="-8"/>
              </w:rPr>
              <w:t>của</w:t>
            </w:r>
            <w:proofErr w:type="spellEnd"/>
            <w:r w:rsidRPr="005259A4">
              <w:rPr>
                <w:i/>
                <w:iCs/>
                <w:spacing w:val="-8"/>
              </w:rPr>
              <w:t xml:space="preserve"> </w:t>
            </w:r>
            <w:proofErr w:type="spellStart"/>
            <w:r w:rsidRPr="005259A4">
              <w:rPr>
                <w:i/>
                <w:iCs/>
                <w:spacing w:val="-8"/>
              </w:rPr>
              <w:t>cơ</w:t>
            </w:r>
            <w:proofErr w:type="spellEnd"/>
            <w:r w:rsidRPr="005259A4">
              <w:rPr>
                <w:i/>
                <w:iCs/>
                <w:spacing w:val="-8"/>
              </w:rPr>
              <w:t xml:space="preserve"> </w:t>
            </w:r>
            <w:proofErr w:type="spellStart"/>
            <w:r w:rsidRPr="005259A4">
              <w:rPr>
                <w:i/>
                <w:iCs/>
                <w:spacing w:val="-8"/>
              </w:rPr>
              <w:t>quan</w:t>
            </w:r>
            <w:proofErr w:type="spellEnd"/>
            <w:r w:rsidRPr="005259A4">
              <w:rPr>
                <w:i/>
                <w:iCs/>
                <w:spacing w:val="-8"/>
              </w:rPr>
              <w:t xml:space="preserve"> </w:t>
            </w:r>
            <w:proofErr w:type="spellStart"/>
            <w:r w:rsidRPr="005259A4">
              <w:rPr>
                <w:i/>
                <w:iCs/>
                <w:spacing w:val="-8"/>
              </w:rPr>
              <w:t>có</w:t>
            </w:r>
            <w:proofErr w:type="spellEnd"/>
            <w:r w:rsidRPr="005259A4">
              <w:rPr>
                <w:i/>
                <w:iCs/>
                <w:spacing w:val="-8"/>
              </w:rPr>
              <w:t xml:space="preserve"> </w:t>
            </w:r>
            <w:proofErr w:type="spellStart"/>
            <w:r w:rsidRPr="005259A4">
              <w:rPr>
                <w:i/>
                <w:iCs/>
                <w:spacing w:val="-8"/>
              </w:rPr>
              <w:t>thẩm</w:t>
            </w:r>
            <w:proofErr w:type="spellEnd"/>
            <w:r w:rsidRPr="005259A4">
              <w:rPr>
                <w:i/>
                <w:iCs/>
                <w:spacing w:val="-8"/>
              </w:rPr>
              <w:t xml:space="preserve"> </w:t>
            </w:r>
            <w:proofErr w:type="spellStart"/>
            <w:r w:rsidRPr="005259A4">
              <w:rPr>
                <w:i/>
                <w:iCs/>
                <w:spacing w:val="-8"/>
              </w:rPr>
              <w:t>quyền</w:t>
            </w:r>
            <w:proofErr w:type="spellEnd"/>
            <w:r w:rsidRPr="005259A4">
              <w:rPr>
                <w:i/>
                <w:iCs/>
                <w:spacing w:val="-8"/>
              </w:rPr>
              <w:t xml:space="preserve">” </w:t>
            </w:r>
            <w:r w:rsidRPr="005259A4">
              <w:rPr>
                <w:spacing w:val="-8"/>
              </w:rPr>
              <w:t xml:space="preserve">do </w:t>
            </w:r>
            <w:proofErr w:type="spellStart"/>
            <w:r w:rsidRPr="005259A4">
              <w:rPr>
                <w:spacing w:val="-8"/>
              </w:rPr>
              <w:t>tiêu</w:t>
            </w:r>
            <w:proofErr w:type="spellEnd"/>
            <w:r w:rsidRPr="005259A4">
              <w:rPr>
                <w:spacing w:val="-8"/>
              </w:rPr>
              <w:t xml:space="preserve"> </w:t>
            </w:r>
            <w:proofErr w:type="spellStart"/>
            <w:r w:rsidRPr="005259A4">
              <w:rPr>
                <w:spacing w:val="-8"/>
              </w:rPr>
              <w:t>chuẩn</w:t>
            </w:r>
            <w:proofErr w:type="spellEnd"/>
            <w:r w:rsidRPr="005259A4">
              <w:rPr>
                <w:spacing w:val="-8"/>
              </w:rPr>
              <w:t xml:space="preserve"> </w:t>
            </w:r>
            <w:proofErr w:type="spellStart"/>
            <w:r w:rsidRPr="005259A4">
              <w:rPr>
                <w:spacing w:val="-8"/>
              </w:rPr>
              <w:t>về</w:t>
            </w:r>
            <w:proofErr w:type="spellEnd"/>
            <w:r w:rsidRPr="005259A4">
              <w:rPr>
                <w:spacing w:val="-8"/>
              </w:rPr>
              <w:t xml:space="preserve"> </w:t>
            </w:r>
            <w:proofErr w:type="spellStart"/>
            <w:r w:rsidRPr="005259A4">
              <w:rPr>
                <w:spacing w:val="-8"/>
              </w:rPr>
              <w:t>phẩm</w:t>
            </w:r>
            <w:proofErr w:type="spellEnd"/>
            <w:r w:rsidRPr="005259A4">
              <w:rPr>
                <w:spacing w:val="-8"/>
              </w:rPr>
              <w:t xml:space="preserve"> </w:t>
            </w:r>
            <w:proofErr w:type="spellStart"/>
            <w:r w:rsidRPr="005259A4">
              <w:rPr>
                <w:spacing w:val="-8"/>
              </w:rPr>
              <w:t>chất</w:t>
            </w:r>
            <w:proofErr w:type="spellEnd"/>
            <w:r w:rsidRPr="005259A4">
              <w:rPr>
                <w:spacing w:val="-8"/>
              </w:rPr>
              <w:t xml:space="preserve"> </w:t>
            </w:r>
            <w:proofErr w:type="spellStart"/>
            <w:r w:rsidRPr="005259A4">
              <w:rPr>
                <w:spacing w:val="-8"/>
              </w:rPr>
              <w:t>chính</w:t>
            </w:r>
            <w:proofErr w:type="spellEnd"/>
            <w:r w:rsidRPr="005259A4">
              <w:rPr>
                <w:spacing w:val="-8"/>
              </w:rPr>
              <w:t xml:space="preserve"> </w:t>
            </w:r>
            <w:proofErr w:type="spellStart"/>
            <w:r w:rsidRPr="005259A4">
              <w:rPr>
                <w:spacing w:val="-8"/>
              </w:rPr>
              <w:t>trị</w:t>
            </w:r>
            <w:proofErr w:type="spellEnd"/>
            <w:r w:rsidRPr="005259A4">
              <w:rPr>
                <w:spacing w:val="-8"/>
              </w:rPr>
              <w:t xml:space="preserve">, </w:t>
            </w:r>
            <w:proofErr w:type="spellStart"/>
            <w:r w:rsidRPr="005259A4">
              <w:rPr>
                <w:spacing w:val="-8"/>
              </w:rPr>
              <w:t>tư</w:t>
            </w:r>
            <w:proofErr w:type="spellEnd"/>
            <w:r w:rsidRPr="005259A4">
              <w:rPr>
                <w:spacing w:val="-8"/>
              </w:rPr>
              <w:t xml:space="preserve"> </w:t>
            </w:r>
            <w:proofErr w:type="spellStart"/>
            <w:r w:rsidRPr="005259A4">
              <w:rPr>
                <w:spacing w:val="-8"/>
              </w:rPr>
              <w:t>tưởng</w:t>
            </w:r>
            <w:proofErr w:type="spellEnd"/>
            <w:r w:rsidRPr="005259A4">
              <w:rPr>
                <w:spacing w:val="-8"/>
              </w:rPr>
              <w:t xml:space="preserve">, </w:t>
            </w:r>
            <w:proofErr w:type="spellStart"/>
            <w:r w:rsidRPr="005259A4">
              <w:rPr>
                <w:spacing w:val="-8"/>
              </w:rPr>
              <w:t>đạo</w:t>
            </w:r>
            <w:proofErr w:type="spellEnd"/>
            <w:r w:rsidRPr="005259A4">
              <w:rPr>
                <w:spacing w:val="-8"/>
              </w:rPr>
              <w:t xml:space="preserve"> </w:t>
            </w:r>
            <w:proofErr w:type="spellStart"/>
            <w:r w:rsidRPr="005259A4">
              <w:rPr>
                <w:spacing w:val="-8"/>
              </w:rPr>
              <w:t>đức</w:t>
            </w:r>
            <w:proofErr w:type="spellEnd"/>
            <w:r w:rsidRPr="005259A4">
              <w:rPr>
                <w:spacing w:val="-8"/>
              </w:rPr>
              <w:t xml:space="preserve">, </w:t>
            </w:r>
            <w:proofErr w:type="spellStart"/>
            <w:r w:rsidRPr="005259A4">
              <w:rPr>
                <w:spacing w:val="-8"/>
              </w:rPr>
              <w:t>lối</w:t>
            </w:r>
            <w:proofErr w:type="spellEnd"/>
            <w:r w:rsidRPr="005259A4">
              <w:rPr>
                <w:spacing w:val="-8"/>
              </w:rPr>
              <w:t xml:space="preserve"> </w:t>
            </w:r>
            <w:proofErr w:type="spellStart"/>
            <w:r w:rsidRPr="005259A4">
              <w:rPr>
                <w:spacing w:val="-8"/>
              </w:rPr>
              <w:t>sống</w:t>
            </w:r>
            <w:proofErr w:type="spellEnd"/>
            <w:r w:rsidRPr="005259A4">
              <w:rPr>
                <w:spacing w:val="-8"/>
              </w:rPr>
              <w:t xml:space="preserve"> </w:t>
            </w:r>
            <w:proofErr w:type="spellStart"/>
            <w:r w:rsidRPr="005259A4">
              <w:rPr>
                <w:spacing w:val="-8"/>
              </w:rPr>
              <w:t>đa</w:t>
            </w:r>
            <w:proofErr w:type="spellEnd"/>
            <w:r w:rsidRPr="005259A4">
              <w:rPr>
                <w:spacing w:val="-8"/>
              </w:rPr>
              <w:t xml:space="preserve">̃ </w:t>
            </w:r>
            <w:proofErr w:type="spellStart"/>
            <w:r w:rsidRPr="005259A4">
              <w:rPr>
                <w:spacing w:val="-8"/>
              </w:rPr>
              <w:t>được</w:t>
            </w:r>
            <w:proofErr w:type="spellEnd"/>
            <w:r w:rsidRPr="005259A4">
              <w:rPr>
                <w:spacing w:val="-8"/>
              </w:rPr>
              <w:t xml:space="preserve"> </w:t>
            </w:r>
            <w:proofErr w:type="spellStart"/>
            <w:r w:rsidRPr="005259A4">
              <w:rPr>
                <w:spacing w:val="-8"/>
              </w:rPr>
              <w:t>quy</w:t>
            </w:r>
            <w:proofErr w:type="spellEnd"/>
            <w:r w:rsidRPr="005259A4">
              <w:rPr>
                <w:spacing w:val="-8"/>
              </w:rPr>
              <w:t xml:space="preserve"> </w:t>
            </w:r>
            <w:proofErr w:type="spellStart"/>
            <w:r w:rsidRPr="005259A4">
              <w:rPr>
                <w:spacing w:val="-8"/>
              </w:rPr>
              <w:t>định</w:t>
            </w:r>
            <w:proofErr w:type="spellEnd"/>
            <w:r w:rsidRPr="005259A4">
              <w:rPr>
                <w:spacing w:val="-8"/>
              </w:rPr>
              <w:t xml:space="preserve"> </w:t>
            </w:r>
            <w:proofErr w:type="spellStart"/>
            <w:r w:rsidRPr="005259A4">
              <w:rPr>
                <w:spacing w:val="-8"/>
              </w:rPr>
              <w:t>thống</w:t>
            </w:r>
            <w:proofErr w:type="spellEnd"/>
            <w:r w:rsidRPr="005259A4">
              <w:rPr>
                <w:spacing w:val="-8"/>
              </w:rPr>
              <w:t xml:space="preserve"> </w:t>
            </w:r>
            <w:proofErr w:type="spellStart"/>
            <w:r w:rsidRPr="005259A4">
              <w:rPr>
                <w:spacing w:val="-8"/>
              </w:rPr>
              <w:t>nhất</w:t>
            </w:r>
            <w:proofErr w:type="spellEnd"/>
            <w:r w:rsidRPr="005259A4">
              <w:rPr>
                <w:spacing w:val="-8"/>
              </w:rPr>
              <w:t xml:space="preserve"> </w:t>
            </w:r>
            <w:proofErr w:type="spellStart"/>
            <w:r w:rsidRPr="005259A4">
              <w:rPr>
                <w:spacing w:val="-8"/>
              </w:rPr>
              <w:t>tại</w:t>
            </w:r>
            <w:proofErr w:type="spellEnd"/>
            <w:r w:rsidRPr="005259A4">
              <w:rPr>
                <w:spacing w:val="-8"/>
              </w:rPr>
              <w:t xml:space="preserve"> </w:t>
            </w:r>
            <w:proofErr w:type="spellStart"/>
            <w:r w:rsidRPr="005259A4">
              <w:rPr>
                <w:spacing w:val="-8"/>
              </w:rPr>
              <w:t>Điều</w:t>
            </w:r>
            <w:proofErr w:type="spellEnd"/>
            <w:r w:rsidRPr="005259A4">
              <w:rPr>
                <w:spacing w:val="-8"/>
              </w:rPr>
              <w:t xml:space="preserve"> 4, </w:t>
            </w:r>
            <w:proofErr w:type="spellStart"/>
            <w:r w:rsidRPr="005259A4">
              <w:rPr>
                <w:spacing w:val="-8"/>
              </w:rPr>
              <w:t>bảo</w:t>
            </w:r>
            <w:proofErr w:type="spellEnd"/>
            <w:r w:rsidRPr="005259A4">
              <w:rPr>
                <w:spacing w:val="-8"/>
              </w:rPr>
              <w:t xml:space="preserve"> </w:t>
            </w:r>
            <w:proofErr w:type="spellStart"/>
            <w:r w:rsidRPr="005259A4">
              <w:rPr>
                <w:spacing w:val="-8"/>
              </w:rPr>
              <w:t>đảm</w:t>
            </w:r>
            <w:proofErr w:type="spellEnd"/>
            <w:r w:rsidRPr="005259A4">
              <w:rPr>
                <w:spacing w:val="-8"/>
              </w:rPr>
              <w:t xml:space="preserve"> </w:t>
            </w:r>
            <w:proofErr w:type="spellStart"/>
            <w:r w:rsidRPr="005259A4">
              <w:rPr>
                <w:spacing w:val="-8"/>
              </w:rPr>
              <w:t>yêu</w:t>
            </w:r>
            <w:proofErr w:type="spellEnd"/>
            <w:r w:rsidRPr="005259A4">
              <w:rPr>
                <w:spacing w:val="-8"/>
              </w:rPr>
              <w:t xml:space="preserve"> </w:t>
            </w:r>
            <w:proofErr w:type="spellStart"/>
            <w:r w:rsidRPr="005259A4">
              <w:rPr>
                <w:spacing w:val="-8"/>
              </w:rPr>
              <w:t>cầu</w:t>
            </w:r>
            <w:proofErr w:type="spellEnd"/>
            <w:r w:rsidRPr="005259A4">
              <w:rPr>
                <w:spacing w:val="-8"/>
              </w:rPr>
              <w:t xml:space="preserve"> </w:t>
            </w:r>
            <w:proofErr w:type="spellStart"/>
            <w:r w:rsidRPr="005259A4">
              <w:rPr>
                <w:spacing w:val="-8"/>
              </w:rPr>
              <w:t>chung</w:t>
            </w:r>
            <w:proofErr w:type="spellEnd"/>
            <w:r w:rsidRPr="005259A4">
              <w:rPr>
                <w:spacing w:val="-8"/>
              </w:rPr>
              <w:t xml:space="preserve"> </w:t>
            </w:r>
            <w:proofErr w:type="spellStart"/>
            <w:r w:rsidRPr="005259A4">
              <w:rPr>
                <w:spacing w:val="-8"/>
              </w:rPr>
              <w:t>đối</w:t>
            </w:r>
            <w:proofErr w:type="spellEnd"/>
            <w:r w:rsidRPr="005259A4">
              <w:rPr>
                <w:spacing w:val="-8"/>
              </w:rPr>
              <w:t xml:space="preserve"> </w:t>
            </w:r>
            <w:proofErr w:type="spellStart"/>
            <w:r w:rsidRPr="005259A4">
              <w:rPr>
                <w:spacing w:val="-8"/>
              </w:rPr>
              <w:t>với</w:t>
            </w:r>
            <w:proofErr w:type="spellEnd"/>
            <w:r w:rsidRPr="005259A4">
              <w:rPr>
                <w:spacing w:val="-8"/>
              </w:rPr>
              <w:t xml:space="preserve"> </w:t>
            </w:r>
            <w:proofErr w:type="spellStart"/>
            <w:r w:rsidRPr="005259A4">
              <w:rPr>
                <w:spacing w:val="-8"/>
              </w:rPr>
              <w:t>đội</w:t>
            </w:r>
            <w:proofErr w:type="spellEnd"/>
            <w:r w:rsidRPr="005259A4">
              <w:rPr>
                <w:spacing w:val="-8"/>
              </w:rPr>
              <w:t xml:space="preserve"> </w:t>
            </w:r>
            <w:proofErr w:type="spellStart"/>
            <w:r w:rsidRPr="005259A4">
              <w:rPr>
                <w:spacing w:val="-8"/>
              </w:rPr>
              <w:t>ngũ</w:t>
            </w:r>
            <w:proofErr w:type="spellEnd"/>
            <w:r w:rsidRPr="005259A4">
              <w:rPr>
                <w:spacing w:val="-8"/>
              </w:rPr>
              <w:t xml:space="preserve"> </w:t>
            </w:r>
            <w:proofErr w:type="spellStart"/>
            <w:r w:rsidRPr="005259A4">
              <w:rPr>
                <w:spacing w:val="-8"/>
              </w:rPr>
              <w:t>công</w:t>
            </w:r>
            <w:proofErr w:type="spellEnd"/>
            <w:r w:rsidRPr="005259A4">
              <w:rPr>
                <w:spacing w:val="-8"/>
              </w:rPr>
              <w:t xml:space="preserve"> </w:t>
            </w:r>
            <w:proofErr w:type="spellStart"/>
            <w:r w:rsidRPr="005259A4">
              <w:rPr>
                <w:spacing w:val="-8"/>
              </w:rPr>
              <w:t>chức</w:t>
            </w:r>
            <w:proofErr w:type="spellEnd"/>
            <w:r w:rsidRPr="005259A4">
              <w:rPr>
                <w:spacing w:val="-8"/>
              </w:rPr>
              <w:t xml:space="preserve">, </w:t>
            </w:r>
            <w:proofErr w:type="spellStart"/>
            <w:r w:rsidRPr="005259A4">
              <w:rPr>
                <w:spacing w:val="-8"/>
              </w:rPr>
              <w:t>viên</w:t>
            </w:r>
            <w:proofErr w:type="spellEnd"/>
            <w:r w:rsidRPr="005259A4">
              <w:rPr>
                <w:spacing w:val="-8"/>
              </w:rPr>
              <w:t xml:space="preserve"> </w:t>
            </w:r>
            <w:proofErr w:type="spellStart"/>
            <w:r w:rsidRPr="005259A4">
              <w:rPr>
                <w:spacing w:val="-8"/>
              </w:rPr>
              <w:t>chức</w:t>
            </w:r>
            <w:proofErr w:type="spellEnd"/>
            <w:r w:rsidRPr="005259A4">
              <w:rPr>
                <w:spacing w:val="-8"/>
              </w:rPr>
              <w:t xml:space="preserve"> </w:t>
            </w:r>
            <w:proofErr w:type="spellStart"/>
            <w:r w:rsidRPr="005259A4">
              <w:rPr>
                <w:spacing w:val="-8"/>
              </w:rPr>
              <w:t>chuyên</w:t>
            </w:r>
            <w:proofErr w:type="spellEnd"/>
            <w:r w:rsidRPr="005259A4">
              <w:rPr>
                <w:spacing w:val="-8"/>
              </w:rPr>
              <w:t xml:space="preserve"> </w:t>
            </w:r>
            <w:proofErr w:type="spellStart"/>
            <w:r w:rsidRPr="005259A4">
              <w:rPr>
                <w:spacing w:val="-8"/>
              </w:rPr>
              <w:t>ngành</w:t>
            </w:r>
            <w:proofErr w:type="spellEnd"/>
            <w:r w:rsidRPr="005259A4">
              <w:rPr>
                <w:spacing w:val="-8"/>
              </w:rPr>
              <w:t xml:space="preserve"> KSCLSPHH. </w:t>
            </w:r>
            <w:proofErr w:type="spellStart"/>
            <w:r w:rsidRPr="005259A4">
              <w:rPr>
                <w:spacing w:val="-8"/>
              </w:rPr>
              <w:t>Yêu</w:t>
            </w:r>
            <w:proofErr w:type="spellEnd"/>
            <w:r w:rsidRPr="005259A4">
              <w:rPr>
                <w:spacing w:val="-8"/>
              </w:rPr>
              <w:t xml:space="preserve"> </w:t>
            </w:r>
            <w:proofErr w:type="spellStart"/>
            <w:r w:rsidRPr="005259A4">
              <w:rPr>
                <w:spacing w:val="-8"/>
              </w:rPr>
              <w:t>cầu</w:t>
            </w:r>
            <w:proofErr w:type="spellEnd"/>
            <w:r w:rsidRPr="005259A4">
              <w:rPr>
                <w:spacing w:val="-8"/>
              </w:rPr>
              <w:t xml:space="preserve"> </w:t>
            </w:r>
            <w:proofErr w:type="spellStart"/>
            <w:r w:rsidRPr="005259A4">
              <w:rPr>
                <w:spacing w:val="-8"/>
              </w:rPr>
              <w:t>về</w:t>
            </w:r>
            <w:proofErr w:type="spellEnd"/>
            <w:r w:rsidRPr="005259A4">
              <w:rPr>
                <w:spacing w:val="-8"/>
              </w:rPr>
              <w:t xml:space="preserve"> </w:t>
            </w:r>
            <w:proofErr w:type="spellStart"/>
            <w:r w:rsidRPr="005259A4">
              <w:rPr>
                <w:spacing w:val="-8"/>
              </w:rPr>
              <w:t>trình</w:t>
            </w:r>
            <w:proofErr w:type="spellEnd"/>
            <w:r w:rsidRPr="005259A4">
              <w:rPr>
                <w:spacing w:val="-8"/>
              </w:rPr>
              <w:t xml:space="preserve"> </w:t>
            </w:r>
            <w:proofErr w:type="spellStart"/>
            <w:r w:rsidRPr="005259A4">
              <w:rPr>
                <w:spacing w:val="-8"/>
              </w:rPr>
              <w:t>độ</w:t>
            </w:r>
            <w:proofErr w:type="spellEnd"/>
            <w:r w:rsidRPr="005259A4">
              <w:rPr>
                <w:spacing w:val="-8"/>
              </w:rPr>
              <w:t xml:space="preserve"> </w:t>
            </w:r>
            <w:proofErr w:type="spellStart"/>
            <w:r w:rsidRPr="005259A4">
              <w:rPr>
                <w:spacing w:val="-8"/>
              </w:rPr>
              <w:t>lý</w:t>
            </w:r>
            <w:proofErr w:type="spellEnd"/>
            <w:r w:rsidRPr="005259A4">
              <w:rPr>
                <w:spacing w:val="-8"/>
              </w:rPr>
              <w:t xml:space="preserve"> </w:t>
            </w:r>
            <w:proofErr w:type="spellStart"/>
            <w:r w:rsidRPr="005259A4">
              <w:rPr>
                <w:spacing w:val="-8"/>
              </w:rPr>
              <w:t>luận</w:t>
            </w:r>
            <w:proofErr w:type="spellEnd"/>
            <w:r w:rsidRPr="005259A4">
              <w:rPr>
                <w:spacing w:val="-8"/>
              </w:rPr>
              <w:t xml:space="preserve"> </w:t>
            </w:r>
            <w:proofErr w:type="spellStart"/>
            <w:r w:rsidRPr="005259A4">
              <w:rPr>
                <w:spacing w:val="-8"/>
              </w:rPr>
              <w:t>chính</w:t>
            </w:r>
            <w:proofErr w:type="spellEnd"/>
            <w:r w:rsidRPr="005259A4">
              <w:rPr>
                <w:spacing w:val="-8"/>
              </w:rPr>
              <w:t xml:space="preserve"> </w:t>
            </w:r>
            <w:proofErr w:type="spellStart"/>
            <w:r w:rsidRPr="005259A4">
              <w:rPr>
                <w:spacing w:val="-8"/>
              </w:rPr>
              <w:t>trị</w:t>
            </w:r>
            <w:proofErr w:type="spellEnd"/>
            <w:r w:rsidRPr="005259A4">
              <w:rPr>
                <w:spacing w:val="-8"/>
              </w:rPr>
              <w:t xml:space="preserve"> </w:t>
            </w:r>
            <w:proofErr w:type="spellStart"/>
            <w:r w:rsidRPr="005259A4">
              <w:rPr>
                <w:spacing w:val="-8"/>
              </w:rPr>
              <w:t>nên</w:t>
            </w:r>
            <w:proofErr w:type="spellEnd"/>
            <w:r w:rsidRPr="005259A4">
              <w:rPr>
                <w:spacing w:val="-8"/>
              </w:rPr>
              <w:t xml:space="preserve"> </w:t>
            </w:r>
            <w:proofErr w:type="spellStart"/>
            <w:r w:rsidRPr="005259A4">
              <w:rPr>
                <w:spacing w:val="-8"/>
              </w:rPr>
              <w:t>áp</w:t>
            </w:r>
            <w:proofErr w:type="spellEnd"/>
            <w:r w:rsidRPr="005259A4">
              <w:rPr>
                <w:spacing w:val="-8"/>
              </w:rPr>
              <w:t xml:space="preserve"> </w:t>
            </w:r>
            <w:proofErr w:type="spellStart"/>
            <w:r w:rsidRPr="005259A4">
              <w:rPr>
                <w:spacing w:val="-8"/>
              </w:rPr>
              <w:t>dụng</w:t>
            </w:r>
            <w:proofErr w:type="spellEnd"/>
            <w:r w:rsidRPr="005259A4">
              <w:rPr>
                <w:spacing w:val="-8"/>
              </w:rPr>
              <w:t xml:space="preserve"> </w:t>
            </w:r>
            <w:proofErr w:type="spellStart"/>
            <w:r w:rsidRPr="005259A4">
              <w:rPr>
                <w:spacing w:val="-8"/>
              </w:rPr>
              <w:t>đối</w:t>
            </w:r>
            <w:proofErr w:type="spellEnd"/>
            <w:r w:rsidRPr="005259A4">
              <w:rPr>
                <w:spacing w:val="-8"/>
              </w:rPr>
              <w:t xml:space="preserve"> </w:t>
            </w:r>
            <w:proofErr w:type="spellStart"/>
            <w:r w:rsidRPr="005259A4">
              <w:rPr>
                <w:spacing w:val="-8"/>
              </w:rPr>
              <w:t>với</w:t>
            </w:r>
            <w:proofErr w:type="spellEnd"/>
            <w:r w:rsidRPr="005259A4">
              <w:rPr>
                <w:spacing w:val="-8"/>
              </w:rPr>
              <w:t xml:space="preserve"> </w:t>
            </w:r>
            <w:proofErr w:type="spellStart"/>
            <w:r w:rsidRPr="005259A4">
              <w:rPr>
                <w:spacing w:val="-8"/>
              </w:rPr>
              <w:t>cán</w:t>
            </w:r>
            <w:proofErr w:type="spellEnd"/>
            <w:r w:rsidRPr="005259A4">
              <w:rPr>
                <w:spacing w:val="-8"/>
              </w:rPr>
              <w:t xml:space="preserve"> </w:t>
            </w:r>
            <w:proofErr w:type="spellStart"/>
            <w:r w:rsidRPr="005259A4">
              <w:rPr>
                <w:spacing w:val="-8"/>
              </w:rPr>
              <w:t>bộ</w:t>
            </w:r>
            <w:proofErr w:type="spellEnd"/>
            <w:r w:rsidRPr="005259A4">
              <w:rPr>
                <w:spacing w:val="-8"/>
              </w:rPr>
              <w:t xml:space="preserve">, </w:t>
            </w:r>
            <w:proofErr w:type="spellStart"/>
            <w:r w:rsidRPr="005259A4">
              <w:rPr>
                <w:spacing w:val="-8"/>
              </w:rPr>
              <w:t>công</w:t>
            </w:r>
            <w:proofErr w:type="spellEnd"/>
            <w:r w:rsidRPr="005259A4">
              <w:rPr>
                <w:spacing w:val="-8"/>
              </w:rPr>
              <w:t xml:space="preserve"> </w:t>
            </w:r>
            <w:proofErr w:type="spellStart"/>
            <w:r w:rsidRPr="005259A4">
              <w:rPr>
                <w:spacing w:val="-8"/>
              </w:rPr>
              <w:t>chức</w:t>
            </w:r>
            <w:proofErr w:type="spellEnd"/>
            <w:r w:rsidRPr="005259A4">
              <w:rPr>
                <w:spacing w:val="-8"/>
              </w:rPr>
              <w:t xml:space="preserve">, </w:t>
            </w:r>
            <w:proofErr w:type="spellStart"/>
            <w:r w:rsidRPr="005259A4">
              <w:rPr>
                <w:spacing w:val="-8"/>
              </w:rPr>
              <w:t>viên</w:t>
            </w:r>
            <w:proofErr w:type="spellEnd"/>
            <w:r w:rsidRPr="005259A4">
              <w:rPr>
                <w:spacing w:val="-8"/>
              </w:rPr>
              <w:t xml:space="preserve"> </w:t>
            </w:r>
            <w:proofErr w:type="spellStart"/>
            <w:r w:rsidRPr="005259A4">
              <w:rPr>
                <w:spacing w:val="-8"/>
              </w:rPr>
              <w:t>chức</w:t>
            </w:r>
            <w:proofErr w:type="spellEnd"/>
            <w:r w:rsidRPr="005259A4">
              <w:rPr>
                <w:spacing w:val="-8"/>
              </w:rPr>
              <w:t xml:space="preserve"> </w:t>
            </w:r>
            <w:proofErr w:type="spellStart"/>
            <w:r w:rsidRPr="005259A4">
              <w:rPr>
                <w:spacing w:val="-8"/>
              </w:rPr>
              <w:t>giữ</w:t>
            </w:r>
            <w:proofErr w:type="spellEnd"/>
            <w:r w:rsidRPr="005259A4">
              <w:rPr>
                <w:spacing w:val="-8"/>
              </w:rPr>
              <w:t xml:space="preserve"> </w:t>
            </w:r>
            <w:proofErr w:type="spellStart"/>
            <w:r w:rsidRPr="005259A4">
              <w:rPr>
                <w:spacing w:val="-8"/>
              </w:rPr>
              <w:t>chức</w:t>
            </w:r>
            <w:proofErr w:type="spellEnd"/>
            <w:r w:rsidRPr="005259A4">
              <w:rPr>
                <w:spacing w:val="-8"/>
              </w:rPr>
              <w:t xml:space="preserve"> vụ </w:t>
            </w:r>
            <w:proofErr w:type="spellStart"/>
            <w:r w:rsidRPr="005259A4">
              <w:rPr>
                <w:spacing w:val="-8"/>
              </w:rPr>
              <w:t>lãnh</w:t>
            </w:r>
            <w:proofErr w:type="spellEnd"/>
            <w:r w:rsidRPr="005259A4">
              <w:rPr>
                <w:spacing w:val="-8"/>
              </w:rPr>
              <w:t xml:space="preserve"> </w:t>
            </w:r>
            <w:proofErr w:type="spellStart"/>
            <w:r w:rsidRPr="005259A4">
              <w:rPr>
                <w:spacing w:val="-8"/>
              </w:rPr>
              <w:t>đạo</w:t>
            </w:r>
            <w:proofErr w:type="spellEnd"/>
            <w:r w:rsidRPr="005259A4">
              <w:rPr>
                <w:spacing w:val="-8"/>
              </w:rPr>
              <w:t xml:space="preserve">, </w:t>
            </w:r>
            <w:proofErr w:type="spellStart"/>
            <w:r w:rsidRPr="005259A4">
              <w:rPr>
                <w:spacing w:val="-8"/>
              </w:rPr>
              <w:t>quản</w:t>
            </w:r>
            <w:proofErr w:type="spellEnd"/>
            <w:r w:rsidRPr="005259A4">
              <w:rPr>
                <w:spacing w:val="-8"/>
              </w:rPr>
              <w:t xml:space="preserve"> </w:t>
            </w:r>
            <w:proofErr w:type="spellStart"/>
            <w:r w:rsidRPr="005259A4">
              <w:rPr>
                <w:spacing w:val="-8"/>
              </w:rPr>
              <w:t>lý</w:t>
            </w:r>
            <w:proofErr w:type="spellEnd"/>
            <w:r w:rsidRPr="005259A4">
              <w:rPr>
                <w:spacing w:val="-8"/>
              </w:rPr>
              <w:t xml:space="preserve"> </w:t>
            </w:r>
            <w:proofErr w:type="spellStart"/>
            <w:r w:rsidRPr="005259A4">
              <w:rPr>
                <w:spacing w:val="-8"/>
              </w:rPr>
              <w:t>theo</w:t>
            </w:r>
            <w:proofErr w:type="spellEnd"/>
            <w:r w:rsidRPr="005259A4">
              <w:rPr>
                <w:spacing w:val="-8"/>
              </w:rPr>
              <w:t xml:space="preserve"> </w:t>
            </w:r>
            <w:proofErr w:type="spellStart"/>
            <w:r w:rsidRPr="005259A4">
              <w:rPr>
                <w:spacing w:val="-8"/>
              </w:rPr>
              <w:t>quy</w:t>
            </w:r>
            <w:proofErr w:type="spellEnd"/>
            <w:r w:rsidRPr="005259A4">
              <w:rPr>
                <w:spacing w:val="-8"/>
              </w:rPr>
              <w:t xml:space="preserve"> </w:t>
            </w:r>
            <w:proofErr w:type="spellStart"/>
            <w:r w:rsidRPr="005259A4">
              <w:rPr>
                <w:spacing w:val="-8"/>
              </w:rPr>
              <w:t>định</w:t>
            </w:r>
            <w:proofErr w:type="spellEnd"/>
            <w:r w:rsidRPr="005259A4">
              <w:rPr>
                <w:spacing w:val="-8"/>
              </w:rPr>
              <w:t xml:space="preserve"> </w:t>
            </w:r>
            <w:proofErr w:type="spellStart"/>
            <w:r w:rsidRPr="005259A4">
              <w:rPr>
                <w:spacing w:val="-8"/>
              </w:rPr>
              <w:t>của</w:t>
            </w:r>
            <w:proofErr w:type="spellEnd"/>
            <w:r w:rsidRPr="005259A4">
              <w:rPr>
                <w:spacing w:val="-8"/>
              </w:rPr>
              <w:t xml:space="preserve"> </w:t>
            </w:r>
            <w:proofErr w:type="spellStart"/>
            <w:r w:rsidRPr="005259A4">
              <w:rPr>
                <w:spacing w:val="-8"/>
              </w:rPr>
              <w:t>Đảng</w:t>
            </w:r>
            <w:proofErr w:type="spellEnd"/>
            <w:r w:rsidRPr="005259A4">
              <w:rPr>
                <w:spacing w:val="-8"/>
              </w:rPr>
              <w:t xml:space="preserve"> </w:t>
            </w:r>
            <w:proofErr w:type="spellStart"/>
            <w:r w:rsidRPr="005259A4">
              <w:rPr>
                <w:spacing w:val="-8"/>
              </w:rPr>
              <w:t>va</w:t>
            </w:r>
            <w:proofErr w:type="spellEnd"/>
            <w:r w:rsidRPr="005259A4">
              <w:rPr>
                <w:spacing w:val="-8"/>
              </w:rPr>
              <w:t xml:space="preserve">̀ </w:t>
            </w:r>
            <w:proofErr w:type="spellStart"/>
            <w:r w:rsidRPr="005259A4">
              <w:rPr>
                <w:spacing w:val="-8"/>
              </w:rPr>
              <w:t>pháp</w:t>
            </w:r>
            <w:proofErr w:type="spellEnd"/>
            <w:r w:rsidRPr="005259A4">
              <w:rPr>
                <w:spacing w:val="-8"/>
              </w:rPr>
              <w:t xml:space="preserve"> </w:t>
            </w:r>
            <w:proofErr w:type="spellStart"/>
            <w:r w:rsidRPr="005259A4">
              <w:rPr>
                <w:spacing w:val="-8"/>
              </w:rPr>
              <w:t>luật</w:t>
            </w:r>
            <w:proofErr w:type="spellEnd"/>
            <w:r w:rsidRPr="005259A4">
              <w:rPr>
                <w:spacing w:val="-8"/>
              </w:rPr>
              <w:t xml:space="preserve">, </w:t>
            </w:r>
            <w:proofErr w:type="spellStart"/>
            <w:r w:rsidRPr="005259A4">
              <w:rPr>
                <w:spacing w:val="-8"/>
              </w:rPr>
              <w:t>thay</w:t>
            </w:r>
            <w:proofErr w:type="spellEnd"/>
            <w:r w:rsidRPr="005259A4">
              <w:rPr>
                <w:spacing w:val="-8"/>
              </w:rPr>
              <w:t xml:space="preserve"> </w:t>
            </w:r>
            <w:proofErr w:type="spellStart"/>
            <w:r w:rsidRPr="005259A4">
              <w:rPr>
                <w:spacing w:val="-8"/>
              </w:rPr>
              <w:t>vì</w:t>
            </w:r>
            <w:proofErr w:type="spellEnd"/>
            <w:r w:rsidRPr="005259A4">
              <w:rPr>
                <w:spacing w:val="-8"/>
              </w:rPr>
              <w:t xml:space="preserve"> </w:t>
            </w:r>
            <w:proofErr w:type="spellStart"/>
            <w:r w:rsidRPr="005259A4">
              <w:rPr>
                <w:spacing w:val="-8"/>
              </w:rPr>
              <w:t>quy</w:t>
            </w:r>
            <w:proofErr w:type="spellEnd"/>
            <w:r w:rsidRPr="005259A4">
              <w:rPr>
                <w:spacing w:val="-8"/>
              </w:rPr>
              <w:t xml:space="preserve"> </w:t>
            </w:r>
            <w:proofErr w:type="spellStart"/>
            <w:r w:rsidRPr="005259A4">
              <w:rPr>
                <w:spacing w:val="-8"/>
              </w:rPr>
              <w:t>định</w:t>
            </w:r>
            <w:proofErr w:type="spellEnd"/>
            <w:r w:rsidRPr="005259A4">
              <w:rPr>
                <w:spacing w:val="-8"/>
              </w:rPr>
              <w:t xml:space="preserve"> </w:t>
            </w:r>
            <w:proofErr w:type="spellStart"/>
            <w:r w:rsidRPr="005259A4">
              <w:rPr>
                <w:spacing w:val="-8"/>
              </w:rPr>
              <w:t>bắt</w:t>
            </w:r>
            <w:proofErr w:type="spellEnd"/>
            <w:r w:rsidRPr="005259A4">
              <w:rPr>
                <w:spacing w:val="-8"/>
              </w:rPr>
              <w:t xml:space="preserve"> </w:t>
            </w:r>
            <w:proofErr w:type="spellStart"/>
            <w:r w:rsidRPr="005259A4">
              <w:rPr>
                <w:spacing w:val="-8"/>
              </w:rPr>
              <w:t>buộc</w:t>
            </w:r>
            <w:proofErr w:type="spellEnd"/>
            <w:r w:rsidRPr="005259A4">
              <w:rPr>
                <w:spacing w:val="-8"/>
              </w:rPr>
              <w:t xml:space="preserve"> </w:t>
            </w:r>
            <w:proofErr w:type="spellStart"/>
            <w:r w:rsidRPr="005259A4">
              <w:rPr>
                <w:spacing w:val="-8"/>
              </w:rPr>
              <w:t>đối</w:t>
            </w:r>
            <w:proofErr w:type="spellEnd"/>
            <w:r w:rsidRPr="005259A4">
              <w:rPr>
                <w:spacing w:val="-8"/>
              </w:rPr>
              <w:t xml:space="preserve"> </w:t>
            </w:r>
            <w:proofErr w:type="spellStart"/>
            <w:r w:rsidRPr="005259A4">
              <w:rPr>
                <w:spacing w:val="-8"/>
              </w:rPr>
              <w:t>với</w:t>
            </w:r>
            <w:proofErr w:type="spellEnd"/>
            <w:r w:rsidRPr="005259A4">
              <w:rPr>
                <w:spacing w:val="-8"/>
              </w:rPr>
              <w:t xml:space="preserve"> </w:t>
            </w:r>
            <w:proofErr w:type="spellStart"/>
            <w:r w:rsidRPr="005259A4">
              <w:rPr>
                <w:spacing w:val="-8"/>
              </w:rPr>
              <w:t>toàn</w:t>
            </w:r>
            <w:proofErr w:type="spellEnd"/>
            <w:r w:rsidRPr="005259A4">
              <w:rPr>
                <w:spacing w:val="-8"/>
              </w:rPr>
              <w:t xml:space="preserve"> </w:t>
            </w:r>
            <w:proofErr w:type="spellStart"/>
            <w:r w:rsidRPr="005259A4">
              <w:rPr>
                <w:spacing w:val="-8"/>
              </w:rPr>
              <w:t>bộ</w:t>
            </w:r>
            <w:proofErr w:type="spellEnd"/>
            <w:r w:rsidRPr="005259A4">
              <w:rPr>
                <w:spacing w:val="-8"/>
              </w:rPr>
              <w:t xml:space="preserve"> </w:t>
            </w:r>
            <w:proofErr w:type="spellStart"/>
            <w:r w:rsidRPr="005259A4">
              <w:rPr>
                <w:spacing w:val="-8"/>
              </w:rPr>
              <w:t>công</w:t>
            </w:r>
            <w:proofErr w:type="spellEnd"/>
            <w:r w:rsidRPr="005259A4">
              <w:rPr>
                <w:spacing w:val="-8"/>
              </w:rPr>
              <w:t xml:space="preserve"> </w:t>
            </w:r>
            <w:proofErr w:type="spellStart"/>
            <w:r w:rsidRPr="005259A4">
              <w:rPr>
                <w:spacing w:val="-8"/>
              </w:rPr>
              <w:t>chức</w:t>
            </w:r>
            <w:proofErr w:type="spellEnd"/>
            <w:r w:rsidRPr="005259A4">
              <w:rPr>
                <w:spacing w:val="-8"/>
              </w:rPr>
              <w:t xml:space="preserve">, </w:t>
            </w:r>
            <w:proofErr w:type="spellStart"/>
            <w:r w:rsidRPr="005259A4">
              <w:rPr>
                <w:spacing w:val="-8"/>
              </w:rPr>
              <w:t>viên</w:t>
            </w:r>
            <w:proofErr w:type="spellEnd"/>
            <w:r w:rsidRPr="005259A4">
              <w:rPr>
                <w:spacing w:val="-8"/>
              </w:rPr>
              <w:t xml:space="preserve"> </w:t>
            </w:r>
            <w:proofErr w:type="spellStart"/>
            <w:r w:rsidRPr="005259A4">
              <w:rPr>
                <w:spacing w:val="-8"/>
              </w:rPr>
              <w:t>chức</w:t>
            </w:r>
            <w:proofErr w:type="spellEnd"/>
            <w:r w:rsidRPr="005259A4">
              <w:rPr>
                <w:spacing w:val="-8"/>
              </w:rPr>
              <w:t xml:space="preserve">, bao </w:t>
            </w:r>
            <w:proofErr w:type="spellStart"/>
            <w:r w:rsidRPr="005259A4">
              <w:rPr>
                <w:spacing w:val="-8"/>
              </w:rPr>
              <w:t>gồm</w:t>
            </w:r>
            <w:proofErr w:type="spellEnd"/>
            <w:r w:rsidRPr="005259A4">
              <w:rPr>
                <w:spacing w:val="-8"/>
              </w:rPr>
              <w:t xml:space="preserve"> </w:t>
            </w:r>
            <w:proofErr w:type="spellStart"/>
            <w:r w:rsidRPr="005259A4">
              <w:rPr>
                <w:spacing w:val="-8"/>
              </w:rPr>
              <w:t>những</w:t>
            </w:r>
            <w:proofErr w:type="spellEnd"/>
            <w:r w:rsidRPr="005259A4">
              <w:rPr>
                <w:spacing w:val="-8"/>
              </w:rPr>
              <w:t xml:space="preserve"> </w:t>
            </w:r>
            <w:proofErr w:type="spellStart"/>
            <w:r w:rsidRPr="005259A4">
              <w:rPr>
                <w:spacing w:val="-8"/>
              </w:rPr>
              <w:t>người</w:t>
            </w:r>
            <w:proofErr w:type="spellEnd"/>
            <w:r w:rsidRPr="005259A4">
              <w:rPr>
                <w:spacing w:val="-8"/>
              </w:rPr>
              <w:t xml:space="preserve"> </w:t>
            </w:r>
            <w:proofErr w:type="spellStart"/>
            <w:r w:rsidRPr="005259A4">
              <w:rPr>
                <w:spacing w:val="-8"/>
              </w:rPr>
              <w:t>làm</w:t>
            </w:r>
            <w:proofErr w:type="spellEnd"/>
            <w:r w:rsidRPr="005259A4">
              <w:rPr>
                <w:spacing w:val="-8"/>
              </w:rPr>
              <w:t xml:space="preserve"> </w:t>
            </w:r>
            <w:proofErr w:type="spellStart"/>
            <w:r w:rsidRPr="005259A4">
              <w:rPr>
                <w:spacing w:val="-8"/>
              </w:rPr>
              <w:t>chuyên</w:t>
            </w:r>
            <w:proofErr w:type="spellEnd"/>
            <w:r w:rsidRPr="005259A4">
              <w:rPr>
                <w:spacing w:val="-8"/>
              </w:rPr>
              <w:t xml:space="preserve"> </w:t>
            </w:r>
            <w:proofErr w:type="spellStart"/>
            <w:r w:rsidRPr="005259A4">
              <w:rPr>
                <w:spacing w:val="-8"/>
              </w:rPr>
              <w:t>môn</w:t>
            </w:r>
            <w:proofErr w:type="spellEnd"/>
            <w:r w:rsidRPr="005259A4">
              <w:rPr>
                <w:spacing w:val="-8"/>
              </w:rPr>
              <w:t xml:space="preserve"> </w:t>
            </w:r>
            <w:proofErr w:type="spellStart"/>
            <w:r w:rsidRPr="005259A4">
              <w:rPr>
                <w:spacing w:val="-8"/>
              </w:rPr>
              <w:t>thuần</w:t>
            </w:r>
            <w:proofErr w:type="spellEnd"/>
            <w:r w:rsidRPr="005259A4">
              <w:rPr>
                <w:spacing w:val="-8"/>
              </w:rPr>
              <w:t xml:space="preserve"> </w:t>
            </w:r>
            <w:proofErr w:type="spellStart"/>
            <w:r w:rsidRPr="005259A4">
              <w:rPr>
                <w:spacing w:val="-8"/>
              </w:rPr>
              <w:t>túy</w:t>
            </w:r>
            <w:proofErr w:type="spellEnd"/>
            <w:r w:rsidRPr="005259A4">
              <w:rPr>
                <w:spacing w:val="-8"/>
              </w:rPr>
              <w:t>.</w:t>
            </w:r>
          </w:p>
        </w:tc>
        <w:tc>
          <w:tcPr>
            <w:tcW w:w="3165" w:type="dxa"/>
          </w:tcPr>
          <w:p w14:paraId="2943D704" w14:textId="77777777" w:rsidR="00855AF9" w:rsidRPr="004543E3" w:rsidRDefault="00855AF9" w:rsidP="00855AF9">
            <w:pPr>
              <w:jc w:val="both"/>
              <w:rPr>
                <w:szCs w:val="26"/>
              </w:rPr>
            </w:pPr>
          </w:p>
          <w:p w14:paraId="00C14D32" w14:textId="75D5532F" w:rsidR="00855AF9" w:rsidRPr="004543E3" w:rsidRDefault="00855AF9" w:rsidP="00855AF9">
            <w:pPr>
              <w:spacing w:after="120" w:line="320" w:lineRule="exact"/>
              <w:jc w:val="both"/>
              <w:rPr>
                <w:szCs w:val="26"/>
              </w:rPr>
            </w:pPr>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va</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sửa</w:t>
            </w:r>
            <w:proofErr w:type="spellEnd"/>
            <w:r w:rsidRPr="004543E3">
              <w:rPr>
                <w:szCs w:val="26"/>
              </w:rPr>
              <w:t xml:space="preserve"> </w:t>
            </w:r>
            <w:proofErr w:type="spellStart"/>
            <w:r w:rsidRPr="004543E3">
              <w:t>về</w:t>
            </w:r>
            <w:proofErr w:type="spellEnd"/>
            <w:r w:rsidRPr="004543E3">
              <w:t xml:space="preserve"> </w:t>
            </w:r>
            <w:proofErr w:type="spellStart"/>
            <w:r w:rsidRPr="004543E3">
              <w:t>tiêu</w:t>
            </w:r>
            <w:proofErr w:type="spellEnd"/>
            <w:r w:rsidRPr="004543E3">
              <w:t xml:space="preserve"> </w:t>
            </w:r>
            <w:proofErr w:type="spellStart"/>
            <w:r w:rsidRPr="004543E3">
              <w:t>chuẩn</w:t>
            </w:r>
            <w:proofErr w:type="spellEnd"/>
            <w:r w:rsidRPr="004543E3">
              <w:t xml:space="preserve"> </w:t>
            </w:r>
            <w:proofErr w:type="spellStart"/>
            <w:r w:rsidRPr="004543E3">
              <w:t>trình</w:t>
            </w:r>
            <w:proofErr w:type="spellEnd"/>
            <w:r w:rsidRPr="004543E3">
              <w:t xml:space="preserve"> </w:t>
            </w:r>
            <w:proofErr w:type="spellStart"/>
            <w:r w:rsidRPr="004543E3">
              <w:t>độ</w:t>
            </w:r>
            <w:proofErr w:type="spellEnd"/>
            <w:r w:rsidRPr="004543E3">
              <w:t xml:space="preserve"> </w:t>
            </w:r>
            <w:proofErr w:type="spellStart"/>
            <w:r w:rsidRPr="004543E3">
              <w:t>đào</w:t>
            </w:r>
            <w:proofErr w:type="spellEnd"/>
            <w:r w:rsidRPr="004543E3">
              <w:t xml:space="preserve"> </w:t>
            </w:r>
            <w:proofErr w:type="spellStart"/>
            <w:r w:rsidRPr="004543E3">
              <w:t>tạo</w:t>
            </w:r>
            <w:proofErr w:type="spellEnd"/>
            <w:r w:rsidRPr="004543E3">
              <w:t xml:space="preserve">, </w:t>
            </w:r>
            <w:proofErr w:type="spellStart"/>
            <w:r w:rsidRPr="004543E3">
              <w:t>bồi</w:t>
            </w:r>
            <w:proofErr w:type="spellEnd"/>
            <w:r w:rsidRPr="004543E3">
              <w:t xml:space="preserve"> </w:t>
            </w:r>
            <w:proofErr w:type="spellStart"/>
            <w:r w:rsidRPr="004543E3">
              <w:t>dưỡng</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lastRenderedPageBreak/>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cao</w:t>
            </w:r>
            <w:proofErr w:type="spellEnd"/>
            <w:r w:rsidRPr="004543E3">
              <w:t xml:space="preserve"> </w:t>
            </w:r>
            <w:proofErr w:type="spellStart"/>
            <w:r w:rsidRPr="004543E3">
              <w:t>cấp</w:t>
            </w:r>
            <w:proofErr w:type="spellEnd"/>
            <w:r w:rsidRPr="004543E3">
              <w:t xml:space="preserve"> </w:t>
            </w:r>
            <w:proofErr w:type="spellStart"/>
            <w:r w:rsidRPr="004543E3">
              <w:t>chất</w:t>
            </w:r>
            <w:proofErr w:type="spellEnd"/>
            <w:r w:rsidRPr="004543E3">
              <w:t xml:space="preserve"> </w:t>
            </w:r>
            <w:proofErr w:type="spellStart"/>
            <w:r w:rsidRPr="004543E3">
              <w:t>lượng</w:t>
            </w:r>
            <w:proofErr w:type="spellEnd"/>
            <w:r w:rsidRPr="004543E3">
              <w:t xml:space="preserve"> </w:t>
            </w:r>
            <w:proofErr w:type="spellStart"/>
            <w:r w:rsidRPr="004543E3">
              <w:t>sản</w:t>
            </w:r>
            <w:proofErr w:type="spellEnd"/>
            <w:r w:rsidRPr="004543E3">
              <w:t xml:space="preserve"> </w:t>
            </w:r>
            <w:proofErr w:type="spellStart"/>
            <w:r w:rsidRPr="004543E3">
              <w:t>phẩm</w:t>
            </w:r>
            <w:proofErr w:type="spellEnd"/>
            <w:r w:rsidRPr="004543E3">
              <w:t xml:space="preserve">, </w:t>
            </w:r>
            <w:proofErr w:type="spellStart"/>
            <w:r w:rsidRPr="004543E3">
              <w:t>hàng</w:t>
            </w:r>
            <w:proofErr w:type="spellEnd"/>
            <w:r w:rsidRPr="004543E3">
              <w:t xml:space="preserve"> </w:t>
            </w:r>
            <w:proofErr w:type="spellStart"/>
            <w:r w:rsidRPr="004543E3">
              <w:t>hóa</w:t>
            </w:r>
            <w:proofErr w:type="spellEnd"/>
            <w:r w:rsidRPr="004543E3">
              <w:t xml:space="preserve"> </w:t>
            </w:r>
            <w:proofErr w:type="spellStart"/>
            <w:r w:rsidRPr="004543E3">
              <w:t>thành</w:t>
            </w:r>
            <w:proofErr w:type="spellEnd"/>
            <w:r w:rsidRPr="004543E3">
              <w:t xml:space="preserve"> </w:t>
            </w:r>
            <w:r w:rsidRPr="004543E3">
              <w:rPr>
                <w:i/>
                <w:iCs/>
                <w:szCs w:val="26"/>
              </w:rPr>
              <w:t>“</w:t>
            </w:r>
            <w:proofErr w:type="spellStart"/>
            <w:r w:rsidRPr="004543E3">
              <w:rPr>
                <w:i/>
                <w:iCs/>
                <w:szCs w:val="26"/>
              </w:rPr>
              <w:t>Có</w:t>
            </w:r>
            <w:proofErr w:type="spellEnd"/>
            <w:r w:rsidRPr="004543E3">
              <w:rPr>
                <w:i/>
                <w:iCs/>
                <w:szCs w:val="26"/>
              </w:rPr>
              <w:t xml:space="preserve"> </w:t>
            </w:r>
            <w:proofErr w:type="spellStart"/>
            <w:r w:rsidRPr="004543E3">
              <w:rPr>
                <w:i/>
                <w:iCs/>
                <w:szCs w:val="26"/>
              </w:rPr>
              <w:t>bằng</w:t>
            </w:r>
            <w:proofErr w:type="spellEnd"/>
            <w:r w:rsidRPr="004543E3">
              <w:rPr>
                <w:i/>
                <w:iCs/>
                <w:szCs w:val="26"/>
              </w:rPr>
              <w:t xml:space="preserve"> </w:t>
            </w:r>
            <w:proofErr w:type="spellStart"/>
            <w:r w:rsidRPr="004543E3">
              <w:rPr>
                <w:i/>
                <w:iCs/>
                <w:szCs w:val="26"/>
              </w:rPr>
              <w:t>tốt</w:t>
            </w:r>
            <w:proofErr w:type="spellEnd"/>
            <w:r w:rsidRPr="004543E3">
              <w:rPr>
                <w:i/>
                <w:iCs/>
                <w:szCs w:val="26"/>
              </w:rPr>
              <w:t xml:space="preserve"> </w:t>
            </w:r>
            <w:proofErr w:type="spellStart"/>
            <w:r w:rsidRPr="004543E3">
              <w:rPr>
                <w:i/>
                <w:iCs/>
                <w:szCs w:val="26"/>
              </w:rPr>
              <w:t>nghiệp</w:t>
            </w:r>
            <w:proofErr w:type="spellEnd"/>
            <w:r w:rsidRPr="004543E3">
              <w:rPr>
                <w:i/>
                <w:iCs/>
                <w:szCs w:val="26"/>
              </w:rPr>
              <w:t xml:space="preserve"> </w:t>
            </w:r>
            <w:proofErr w:type="spellStart"/>
            <w:r w:rsidRPr="004543E3">
              <w:rPr>
                <w:i/>
                <w:iCs/>
                <w:szCs w:val="26"/>
              </w:rPr>
              <w:t>trung</w:t>
            </w:r>
            <w:proofErr w:type="spellEnd"/>
            <w:r w:rsidRPr="004543E3">
              <w:rPr>
                <w:i/>
                <w:iCs/>
                <w:szCs w:val="26"/>
              </w:rPr>
              <w:t xml:space="preserve"> </w:t>
            </w:r>
            <w:proofErr w:type="spellStart"/>
            <w:r w:rsidRPr="004543E3">
              <w:rPr>
                <w:i/>
                <w:iCs/>
                <w:szCs w:val="26"/>
              </w:rPr>
              <w:t>cấp</w:t>
            </w:r>
            <w:proofErr w:type="spellEnd"/>
            <w:r w:rsidRPr="004543E3">
              <w:rPr>
                <w:i/>
                <w:iCs/>
                <w:szCs w:val="26"/>
              </w:rPr>
              <w:t xml:space="preserve"> </w:t>
            </w:r>
            <w:proofErr w:type="spellStart"/>
            <w:r w:rsidRPr="004543E3">
              <w:rPr>
                <w:i/>
                <w:iCs/>
                <w:szCs w:val="26"/>
              </w:rPr>
              <w:t>lý</w:t>
            </w:r>
            <w:proofErr w:type="spellEnd"/>
            <w:r w:rsidRPr="004543E3">
              <w:rPr>
                <w:i/>
                <w:iCs/>
                <w:szCs w:val="26"/>
              </w:rPr>
              <w:t xml:space="preserve"> </w:t>
            </w:r>
            <w:proofErr w:type="spellStart"/>
            <w:r w:rsidRPr="004543E3">
              <w:rPr>
                <w:i/>
                <w:iCs/>
                <w:szCs w:val="26"/>
              </w:rPr>
              <w:t>luận</w:t>
            </w:r>
            <w:proofErr w:type="spellEnd"/>
            <w:r w:rsidRPr="004543E3">
              <w:rPr>
                <w:i/>
                <w:iCs/>
                <w:szCs w:val="26"/>
              </w:rPr>
              <w:t xml:space="preserve"> </w:t>
            </w:r>
            <w:proofErr w:type="spellStart"/>
            <w:r w:rsidRPr="004543E3">
              <w:rPr>
                <w:i/>
                <w:iCs/>
                <w:szCs w:val="26"/>
              </w:rPr>
              <w:t>chính</w:t>
            </w:r>
            <w:proofErr w:type="spellEnd"/>
            <w:r w:rsidRPr="004543E3">
              <w:rPr>
                <w:i/>
                <w:iCs/>
                <w:szCs w:val="26"/>
              </w:rPr>
              <w:t xml:space="preserve"> </w:t>
            </w:r>
            <w:proofErr w:type="spellStart"/>
            <w:r w:rsidRPr="004543E3">
              <w:rPr>
                <w:i/>
                <w:iCs/>
                <w:szCs w:val="26"/>
              </w:rPr>
              <w:t>trị</w:t>
            </w:r>
            <w:proofErr w:type="spellEnd"/>
            <w:r w:rsidRPr="004543E3">
              <w:rPr>
                <w:i/>
                <w:iCs/>
                <w:szCs w:val="26"/>
              </w:rPr>
              <w:t xml:space="preserve"> </w:t>
            </w:r>
            <w:proofErr w:type="spellStart"/>
            <w:r w:rsidRPr="004543E3">
              <w:rPr>
                <w:i/>
                <w:iCs/>
                <w:szCs w:val="26"/>
              </w:rPr>
              <w:t>trơ</w:t>
            </w:r>
            <w:proofErr w:type="spellEnd"/>
            <w:r w:rsidRPr="004543E3">
              <w:rPr>
                <w:i/>
                <w:iCs/>
                <w:szCs w:val="26"/>
              </w:rPr>
              <w:t xml:space="preserve">̉ </w:t>
            </w:r>
            <w:proofErr w:type="spellStart"/>
            <w:r w:rsidRPr="004543E3">
              <w:rPr>
                <w:i/>
                <w:iCs/>
                <w:szCs w:val="26"/>
              </w:rPr>
              <w:t>lên</w:t>
            </w:r>
            <w:proofErr w:type="spellEnd"/>
            <w:r w:rsidRPr="004543E3">
              <w:rPr>
                <w:i/>
                <w:iCs/>
                <w:szCs w:val="26"/>
              </w:rPr>
              <w:t xml:space="preserve"> </w:t>
            </w:r>
            <w:proofErr w:type="spellStart"/>
            <w:r w:rsidRPr="004543E3">
              <w:rPr>
                <w:i/>
                <w:iCs/>
                <w:szCs w:val="26"/>
              </w:rPr>
              <w:t>hoặc</w:t>
            </w:r>
            <w:proofErr w:type="spellEnd"/>
            <w:r w:rsidRPr="004543E3">
              <w:rPr>
                <w:i/>
                <w:iCs/>
                <w:szCs w:val="26"/>
              </w:rPr>
              <w:t xml:space="preserve"> </w:t>
            </w:r>
            <w:proofErr w:type="spellStart"/>
            <w:r w:rsidRPr="004543E3">
              <w:rPr>
                <w:i/>
                <w:iCs/>
                <w:szCs w:val="26"/>
              </w:rPr>
              <w:t>có</w:t>
            </w:r>
            <w:proofErr w:type="spellEnd"/>
            <w:r w:rsidRPr="004543E3">
              <w:rPr>
                <w:i/>
                <w:iCs/>
                <w:szCs w:val="26"/>
              </w:rPr>
              <w:t xml:space="preserve"> </w:t>
            </w:r>
            <w:proofErr w:type="spellStart"/>
            <w:r w:rsidRPr="004543E3">
              <w:rPr>
                <w:i/>
                <w:iCs/>
                <w:szCs w:val="26"/>
              </w:rPr>
              <w:t>giấy</w:t>
            </w:r>
            <w:proofErr w:type="spellEnd"/>
            <w:r w:rsidRPr="004543E3">
              <w:rPr>
                <w:i/>
                <w:iCs/>
                <w:szCs w:val="26"/>
              </w:rPr>
              <w:t xml:space="preserve"> </w:t>
            </w:r>
            <w:proofErr w:type="spellStart"/>
            <w:r w:rsidRPr="004543E3">
              <w:rPr>
                <w:i/>
                <w:iCs/>
                <w:szCs w:val="26"/>
              </w:rPr>
              <w:t>xác</w:t>
            </w:r>
            <w:proofErr w:type="spellEnd"/>
            <w:r w:rsidRPr="004543E3">
              <w:rPr>
                <w:i/>
                <w:iCs/>
                <w:szCs w:val="26"/>
              </w:rPr>
              <w:t xml:space="preserve"> </w:t>
            </w:r>
            <w:proofErr w:type="spellStart"/>
            <w:r w:rsidRPr="004543E3">
              <w:rPr>
                <w:i/>
                <w:iCs/>
                <w:szCs w:val="26"/>
              </w:rPr>
              <w:t>nhận</w:t>
            </w:r>
            <w:proofErr w:type="spellEnd"/>
            <w:r w:rsidRPr="004543E3">
              <w:rPr>
                <w:i/>
                <w:iCs/>
                <w:szCs w:val="26"/>
              </w:rPr>
              <w:t xml:space="preserve"> </w:t>
            </w:r>
            <w:proofErr w:type="spellStart"/>
            <w:r w:rsidRPr="004543E3">
              <w:rPr>
                <w:i/>
                <w:iCs/>
                <w:szCs w:val="26"/>
              </w:rPr>
              <w:t>tương</w:t>
            </w:r>
            <w:proofErr w:type="spellEnd"/>
            <w:r w:rsidRPr="004543E3">
              <w:rPr>
                <w:i/>
                <w:iCs/>
                <w:szCs w:val="26"/>
              </w:rPr>
              <w:t xml:space="preserve"> </w:t>
            </w:r>
            <w:proofErr w:type="spellStart"/>
            <w:r w:rsidRPr="004543E3">
              <w:rPr>
                <w:i/>
                <w:iCs/>
                <w:szCs w:val="26"/>
              </w:rPr>
              <w:t>đương</w:t>
            </w:r>
            <w:proofErr w:type="spellEnd"/>
            <w:r w:rsidRPr="004543E3">
              <w:rPr>
                <w:i/>
                <w:iCs/>
                <w:szCs w:val="26"/>
              </w:rPr>
              <w:t xml:space="preserve"> </w:t>
            </w:r>
            <w:proofErr w:type="spellStart"/>
            <w:r w:rsidRPr="004543E3">
              <w:rPr>
                <w:i/>
                <w:iCs/>
                <w:szCs w:val="26"/>
              </w:rPr>
              <w:t>trình</w:t>
            </w:r>
            <w:proofErr w:type="spellEnd"/>
            <w:r w:rsidRPr="004543E3">
              <w:rPr>
                <w:i/>
                <w:iCs/>
                <w:szCs w:val="26"/>
              </w:rPr>
              <w:t xml:space="preserve"> </w:t>
            </w:r>
            <w:proofErr w:type="spellStart"/>
            <w:r w:rsidRPr="004543E3">
              <w:rPr>
                <w:i/>
                <w:iCs/>
                <w:szCs w:val="26"/>
              </w:rPr>
              <w:t>độ</w:t>
            </w:r>
            <w:proofErr w:type="spellEnd"/>
            <w:r w:rsidRPr="004543E3">
              <w:rPr>
                <w:i/>
                <w:iCs/>
                <w:szCs w:val="26"/>
              </w:rPr>
              <w:t xml:space="preserve"> </w:t>
            </w:r>
            <w:proofErr w:type="spellStart"/>
            <w:r w:rsidRPr="004543E3">
              <w:rPr>
                <w:i/>
                <w:iCs/>
                <w:szCs w:val="26"/>
              </w:rPr>
              <w:t>trung</w:t>
            </w:r>
            <w:proofErr w:type="spellEnd"/>
            <w:r w:rsidRPr="004543E3">
              <w:rPr>
                <w:i/>
                <w:iCs/>
                <w:szCs w:val="26"/>
              </w:rPr>
              <w:t xml:space="preserve"> </w:t>
            </w:r>
            <w:proofErr w:type="spellStart"/>
            <w:r w:rsidRPr="004543E3">
              <w:rPr>
                <w:i/>
                <w:iCs/>
                <w:szCs w:val="26"/>
              </w:rPr>
              <w:t>cấp</w:t>
            </w:r>
            <w:proofErr w:type="spellEnd"/>
            <w:r w:rsidRPr="004543E3">
              <w:rPr>
                <w:i/>
                <w:iCs/>
                <w:szCs w:val="26"/>
              </w:rPr>
              <w:t xml:space="preserve"> </w:t>
            </w:r>
            <w:proofErr w:type="spellStart"/>
            <w:r w:rsidRPr="004543E3">
              <w:rPr>
                <w:i/>
                <w:iCs/>
                <w:szCs w:val="26"/>
              </w:rPr>
              <w:t>lý</w:t>
            </w:r>
            <w:proofErr w:type="spellEnd"/>
            <w:r w:rsidRPr="004543E3">
              <w:rPr>
                <w:i/>
                <w:iCs/>
                <w:szCs w:val="26"/>
              </w:rPr>
              <w:t xml:space="preserve"> </w:t>
            </w:r>
            <w:proofErr w:type="spellStart"/>
            <w:r w:rsidRPr="004543E3">
              <w:rPr>
                <w:i/>
                <w:iCs/>
                <w:szCs w:val="26"/>
              </w:rPr>
              <w:t>luận</w:t>
            </w:r>
            <w:proofErr w:type="spellEnd"/>
            <w:r w:rsidRPr="004543E3">
              <w:rPr>
                <w:i/>
                <w:iCs/>
                <w:szCs w:val="26"/>
              </w:rPr>
              <w:t xml:space="preserve"> </w:t>
            </w:r>
            <w:proofErr w:type="spellStart"/>
            <w:r w:rsidRPr="004543E3">
              <w:rPr>
                <w:i/>
                <w:iCs/>
                <w:szCs w:val="26"/>
              </w:rPr>
              <w:t>chính</w:t>
            </w:r>
            <w:proofErr w:type="spellEnd"/>
            <w:r w:rsidRPr="004543E3">
              <w:rPr>
                <w:i/>
                <w:iCs/>
                <w:szCs w:val="26"/>
              </w:rPr>
              <w:t xml:space="preserve"> </w:t>
            </w:r>
            <w:proofErr w:type="spellStart"/>
            <w:r w:rsidRPr="004543E3">
              <w:rPr>
                <w:i/>
                <w:iCs/>
                <w:szCs w:val="26"/>
              </w:rPr>
              <w:t>trị</w:t>
            </w:r>
            <w:proofErr w:type="spellEnd"/>
            <w:r w:rsidRPr="004543E3">
              <w:rPr>
                <w:i/>
                <w:iCs/>
                <w:szCs w:val="26"/>
              </w:rPr>
              <w:t xml:space="preserve"> </w:t>
            </w:r>
            <w:proofErr w:type="spellStart"/>
            <w:r w:rsidRPr="004543E3">
              <w:rPr>
                <w:i/>
                <w:iCs/>
                <w:szCs w:val="26"/>
              </w:rPr>
              <w:t>của</w:t>
            </w:r>
            <w:proofErr w:type="spellEnd"/>
            <w:r w:rsidRPr="004543E3">
              <w:rPr>
                <w:i/>
                <w:iCs/>
                <w:szCs w:val="26"/>
              </w:rPr>
              <w:t xml:space="preserve"> </w:t>
            </w:r>
            <w:proofErr w:type="spellStart"/>
            <w:r w:rsidRPr="004543E3">
              <w:rPr>
                <w:i/>
                <w:iCs/>
                <w:szCs w:val="26"/>
              </w:rPr>
              <w:t>cơ</w:t>
            </w:r>
            <w:proofErr w:type="spellEnd"/>
            <w:r w:rsidRPr="004543E3">
              <w:rPr>
                <w:i/>
                <w:iCs/>
                <w:szCs w:val="26"/>
              </w:rPr>
              <w:t xml:space="preserve"> </w:t>
            </w:r>
            <w:proofErr w:type="spellStart"/>
            <w:r w:rsidRPr="004543E3">
              <w:rPr>
                <w:i/>
                <w:iCs/>
                <w:szCs w:val="26"/>
              </w:rPr>
              <w:t>quan</w:t>
            </w:r>
            <w:proofErr w:type="spellEnd"/>
            <w:r w:rsidRPr="004543E3">
              <w:rPr>
                <w:i/>
                <w:iCs/>
                <w:szCs w:val="26"/>
              </w:rPr>
              <w:t xml:space="preserve"> </w:t>
            </w:r>
            <w:proofErr w:type="spellStart"/>
            <w:r w:rsidRPr="004543E3">
              <w:rPr>
                <w:i/>
                <w:iCs/>
                <w:szCs w:val="26"/>
              </w:rPr>
              <w:t>có</w:t>
            </w:r>
            <w:proofErr w:type="spellEnd"/>
            <w:r w:rsidRPr="004543E3">
              <w:rPr>
                <w:i/>
                <w:iCs/>
                <w:szCs w:val="26"/>
              </w:rPr>
              <w:t xml:space="preserve"> </w:t>
            </w:r>
            <w:proofErr w:type="spellStart"/>
            <w:r w:rsidRPr="004543E3">
              <w:rPr>
                <w:i/>
                <w:iCs/>
                <w:szCs w:val="26"/>
              </w:rPr>
              <w:t>thẩm</w:t>
            </w:r>
            <w:proofErr w:type="spellEnd"/>
            <w:r w:rsidRPr="004543E3">
              <w:rPr>
                <w:i/>
                <w:iCs/>
                <w:szCs w:val="26"/>
              </w:rPr>
              <w:t xml:space="preserve"> </w:t>
            </w:r>
            <w:proofErr w:type="spellStart"/>
            <w:r w:rsidRPr="004543E3">
              <w:rPr>
                <w:i/>
                <w:iCs/>
                <w:szCs w:val="26"/>
              </w:rPr>
              <w:t>quyền</w:t>
            </w:r>
            <w:proofErr w:type="spellEnd"/>
            <w:r w:rsidRPr="004543E3">
              <w:rPr>
                <w:i/>
                <w:iCs/>
                <w:szCs w:val="26"/>
              </w:rPr>
              <w:t xml:space="preserve">” </w:t>
            </w:r>
            <w:proofErr w:type="spellStart"/>
            <w:r w:rsidRPr="004543E3">
              <w:rPr>
                <w:szCs w:val="26"/>
              </w:rPr>
              <w:t>đảm</w:t>
            </w:r>
            <w:proofErr w:type="spellEnd"/>
            <w:r w:rsidRPr="004543E3">
              <w:rPr>
                <w:szCs w:val="26"/>
              </w:rPr>
              <w:t xml:space="preserve"> </w:t>
            </w:r>
            <w:proofErr w:type="spellStart"/>
            <w:r w:rsidRPr="004543E3">
              <w:rPr>
                <w:szCs w:val="26"/>
              </w:rPr>
              <w:t>bảo</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tình</w:t>
            </w:r>
            <w:proofErr w:type="spellEnd"/>
            <w:r w:rsidRPr="004543E3">
              <w:rPr>
                <w:szCs w:val="26"/>
              </w:rPr>
              <w:t xml:space="preserve"> </w:t>
            </w:r>
            <w:proofErr w:type="spellStart"/>
            <w:r w:rsidRPr="004543E3">
              <w:rPr>
                <w:szCs w:val="26"/>
              </w:rPr>
              <w:t>hình</w:t>
            </w:r>
            <w:proofErr w:type="spellEnd"/>
            <w:r w:rsidRPr="004543E3">
              <w:rPr>
                <w:szCs w:val="26"/>
              </w:rPr>
              <w:t xml:space="preserve"> </w:t>
            </w:r>
            <w:proofErr w:type="spellStart"/>
            <w:r w:rsidRPr="004543E3">
              <w:rPr>
                <w:szCs w:val="26"/>
              </w:rPr>
              <w:t>thực</w:t>
            </w:r>
            <w:proofErr w:type="spellEnd"/>
            <w:r w:rsidRPr="004543E3">
              <w:rPr>
                <w:szCs w:val="26"/>
              </w:rPr>
              <w:t xml:space="preserve"> </w:t>
            </w:r>
            <w:proofErr w:type="spellStart"/>
            <w:r w:rsidRPr="004543E3">
              <w:rPr>
                <w:szCs w:val="26"/>
              </w:rPr>
              <w:t>tê</w:t>
            </w:r>
            <w:proofErr w:type="spellEnd"/>
            <w:r w:rsidRPr="004543E3">
              <w:rPr>
                <w:szCs w:val="26"/>
              </w:rPr>
              <w:t xml:space="preserve">́ </w:t>
            </w:r>
            <w:proofErr w:type="spellStart"/>
            <w:r w:rsidRPr="004543E3">
              <w:rPr>
                <w:szCs w:val="26"/>
              </w:rPr>
              <w:t>hiện</w:t>
            </w:r>
            <w:proofErr w:type="spellEnd"/>
            <w:r w:rsidRPr="004543E3">
              <w:rPr>
                <w:szCs w:val="26"/>
              </w:rPr>
              <w:t xml:space="preserve"> nay </w:t>
            </w:r>
            <w:proofErr w:type="spellStart"/>
            <w:r w:rsidRPr="004543E3">
              <w:rPr>
                <w:szCs w:val="26"/>
              </w:rPr>
              <w:t>tại</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đơn</w:t>
            </w:r>
            <w:proofErr w:type="spellEnd"/>
            <w:r w:rsidRPr="004543E3">
              <w:rPr>
                <w:szCs w:val="26"/>
              </w:rPr>
              <w:t xml:space="preserve"> vị</w:t>
            </w:r>
            <w:r w:rsidR="003E7081">
              <w:rPr>
                <w:color w:val="000000" w:themeColor="text1"/>
                <w:szCs w:val="26"/>
              </w:rPr>
              <w:t>.</w:t>
            </w:r>
          </w:p>
        </w:tc>
      </w:tr>
      <w:tr w:rsidR="00BE5D3B" w:rsidRPr="004543E3" w14:paraId="5DC1CAA2" w14:textId="77777777" w:rsidTr="00FF0027">
        <w:tc>
          <w:tcPr>
            <w:tcW w:w="14596" w:type="dxa"/>
            <w:gridSpan w:val="4"/>
          </w:tcPr>
          <w:p w14:paraId="7F5AE9A1" w14:textId="313946A5" w:rsidR="00BE5D3B" w:rsidRPr="004543E3" w:rsidRDefault="00BE5D3B" w:rsidP="00BE5D3B">
            <w:pPr>
              <w:spacing w:after="120" w:line="320" w:lineRule="exact"/>
              <w:jc w:val="center"/>
              <w:rPr>
                <w:szCs w:val="26"/>
              </w:rPr>
            </w:pPr>
            <w:r w:rsidRPr="004543E3">
              <w:rPr>
                <w:b/>
              </w:rPr>
              <w:t>CHƯƠNG III. ĐIỀU KHOẢN THI HÀNH</w:t>
            </w:r>
          </w:p>
        </w:tc>
      </w:tr>
      <w:tr w:rsidR="00BE5D3B" w:rsidRPr="004543E3" w14:paraId="5CDB4470" w14:textId="77777777" w:rsidTr="00FF0027">
        <w:tc>
          <w:tcPr>
            <w:tcW w:w="1098" w:type="dxa"/>
          </w:tcPr>
          <w:p w14:paraId="773A0D0F" w14:textId="11AC7D70" w:rsidR="00BE5D3B" w:rsidRPr="004543E3" w:rsidRDefault="00BE5D3B" w:rsidP="00BE5D3B">
            <w:pPr>
              <w:jc w:val="both"/>
            </w:pPr>
            <w:proofErr w:type="spellStart"/>
            <w:r w:rsidRPr="004543E3">
              <w:t>Điều</w:t>
            </w:r>
            <w:proofErr w:type="spellEnd"/>
            <w:r w:rsidRPr="004543E3">
              <w:t xml:space="preserve"> 8</w:t>
            </w:r>
          </w:p>
        </w:tc>
        <w:tc>
          <w:tcPr>
            <w:tcW w:w="5113" w:type="dxa"/>
          </w:tcPr>
          <w:p w14:paraId="2154FCC5" w14:textId="77777777" w:rsidR="00BE5D3B" w:rsidRPr="004543E3" w:rsidRDefault="00BE5D3B" w:rsidP="005259A4">
            <w:pPr>
              <w:pStyle w:val="FirstParagraph"/>
              <w:spacing w:before="0" w:after="0"/>
              <w:ind w:firstLine="709"/>
              <w:jc w:val="both"/>
              <w:rPr>
                <w:rFonts w:ascii="Times New Roman" w:hAnsi="Times New Roman"/>
                <w:b/>
                <w:bCs/>
                <w:sz w:val="26"/>
                <w:szCs w:val="26"/>
                <w:lang w:val="en-US"/>
              </w:rPr>
            </w:pPr>
            <w:r w:rsidRPr="004543E3">
              <w:rPr>
                <w:rFonts w:ascii="Times New Roman" w:hAnsi="Times New Roman"/>
                <w:b/>
                <w:bCs/>
                <w:sz w:val="26"/>
                <w:szCs w:val="26"/>
              </w:rPr>
              <w:t xml:space="preserve">Điều </w:t>
            </w:r>
            <w:r w:rsidRPr="004543E3">
              <w:rPr>
                <w:rFonts w:ascii="Times New Roman" w:hAnsi="Times New Roman"/>
                <w:b/>
                <w:bCs/>
                <w:sz w:val="26"/>
                <w:szCs w:val="26"/>
                <w:lang w:val="en-US"/>
              </w:rPr>
              <w:t>8</w:t>
            </w:r>
            <w:r w:rsidRPr="004543E3">
              <w:rPr>
                <w:rFonts w:ascii="Times New Roman" w:hAnsi="Times New Roman"/>
                <w:b/>
                <w:bCs/>
                <w:sz w:val="26"/>
                <w:szCs w:val="26"/>
              </w:rPr>
              <w:t xml:space="preserve">. </w:t>
            </w:r>
            <w:proofErr w:type="spellStart"/>
            <w:r w:rsidRPr="004543E3">
              <w:rPr>
                <w:rFonts w:ascii="Times New Roman" w:hAnsi="Times New Roman"/>
                <w:b/>
                <w:bCs/>
                <w:sz w:val="26"/>
                <w:szCs w:val="26"/>
                <w:lang w:val="en-US"/>
              </w:rPr>
              <w:t>Hiệu</w:t>
            </w:r>
            <w:proofErr w:type="spellEnd"/>
            <w:r w:rsidRPr="004543E3">
              <w:rPr>
                <w:rFonts w:ascii="Times New Roman" w:hAnsi="Times New Roman"/>
                <w:b/>
                <w:bCs/>
                <w:sz w:val="26"/>
                <w:szCs w:val="26"/>
                <w:lang w:val="en-US"/>
              </w:rPr>
              <w:t xml:space="preserve"> </w:t>
            </w:r>
            <w:proofErr w:type="spellStart"/>
            <w:r w:rsidRPr="004543E3">
              <w:rPr>
                <w:rFonts w:ascii="Times New Roman" w:hAnsi="Times New Roman"/>
                <w:b/>
                <w:bCs/>
                <w:sz w:val="26"/>
                <w:szCs w:val="26"/>
                <w:lang w:val="en-US"/>
              </w:rPr>
              <w:t>lực</w:t>
            </w:r>
            <w:proofErr w:type="spellEnd"/>
            <w:r w:rsidRPr="004543E3">
              <w:rPr>
                <w:rFonts w:ascii="Times New Roman" w:hAnsi="Times New Roman"/>
                <w:b/>
                <w:bCs/>
                <w:sz w:val="26"/>
                <w:szCs w:val="26"/>
                <w:lang w:val="en-US"/>
              </w:rPr>
              <w:t xml:space="preserve"> </w:t>
            </w:r>
            <w:proofErr w:type="spellStart"/>
            <w:r w:rsidRPr="004543E3">
              <w:rPr>
                <w:rFonts w:ascii="Times New Roman" w:hAnsi="Times New Roman"/>
                <w:b/>
                <w:bCs/>
                <w:sz w:val="26"/>
                <w:szCs w:val="26"/>
                <w:lang w:val="en-US"/>
              </w:rPr>
              <w:t>thi</w:t>
            </w:r>
            <w:proofErr w:type="spellEnd"/>
            <w:r w:rsidRPr="004543E3">
              <w:rPr>
                <w:rFonts w:ascii="Times New Roman" w:hAnsi="Times New Roman"/>
                <w:b/>
                <w:bCs/>
                <w:sz w:val="26"/>
                <w:szCs w:val="26"/>
                <w:lang w:val="en-US"/>
              </w:rPr>
              <w:t xml:space="preserve"> </w:t>
            </w:r>
            <w:proofErr w:type="spellStart"/>
            <w:r w:rsidRPr="004543E3">
              <w:rPr>
                <w:rFonts w:ascii="Times New Roman" w:hAnsi="Times New Roman"/>
                <w:b/>
                <w:bCs/>
                <w:sz w:val="26"/>
                <w:szCs w:val="26"/>
                <w:lang w:val="en-US"/>
              </w:rPr>
              <w:t>hành</w:t>
            </w:r>
            <w:proofErr w:type="spellEnd"/>
          </w:p>
          <w:p w14:paraId="5471C531" w14:textId="77777777" w:rsidR="00BE5D3B" w:rsidRPr="004543E3" w:rsidRDefault="00BE5D3B" w:rsidP="005259A4">
            <w:pPr>
              <w:pStyle w:val="BodyText"/>
              <w:spacing w:after="0" w:line="240" w:lineRule="auto"/>
              <w:ind w:firstLine="709"/>
              <w:jc w:val="both"/>
              <w:rPr>
                <w:szCs w:val="26"/>
              </w:rPr>
            </w:pPr>
            <w:r w:rsidRPr="004543E3">
              <w:rPr>
                <w:szCs w:val="26"/>
              </w:rPr>
              <w:t xml:space="preserve">1. Thông </w:t>
            </w:r>
            <w:proofErr w:type="spellStart"/>
            <w:r w:rsidRPr="004543E3">
              <w:rPr>
                <w:szCs w:val="26"/>
              </w:rPr>
              <w:t>tư</w:t>
            </w:r>
            <w:proofErr w:type="spellEnd"/>
            <w:r w:rsidRPr="004543E3">
              <w:rPr>
                <w:szCs w:val="26"/>
              </w:rPr>
              <w:t xml:space="preserve"> </w:t>
            </w:r>
            <w:proofErr w:type="spellStart"/>
            <w:r w:rsidRPr="004543E3">
              <w:rPr>
                <w:szCs w:val="26"/>
              </w:rPr>
              <w:t>này</w:t>
            </w:r>
            <w:proofErr w:type="spellEnd"/>
            <w:r w:rsidRPr="004543E3">
              <w:rPr>
                <w:szCs w:val="26"/>
              </w:rPr>
              <w:t xml:space="preserve"> có </w:t>
            </w:r>
            <w:proofErr w:type="spellStart"/>
            <w:r w:rsidRPr="004543E3">
              <w:rPr>
                <w:szCs w:val="26"/>
              </w:rPr>
              <w:t>hiệu</w:t>
            </w:r>
            <w:proofErr w:type="spellEnd"/>
            <w:r w:rsidRPr="004543E3">
              <w:rPr>
                <w:szCs w:val="26"/>
              </w:rPr>
              <w:t xml:space="preserve"> </w:t>
            </w:r>
            <w:proofErr w:type="spellStart"/>
            <w:r w:rsidRPr="004543E3">
              <w:rPr>
                <w:szCs w:val="26"/>
              </w:rPr>
              <w:t>lực</w:t>
            </w:r>
            <w:proofErr w:type="spellEnd"/>
            <w:r w:rsidRPr="004543E3">
              <w:rPr>
                <w:szCs w:val="26"/>
              </w:rPr>
              <w:t xml:space="preserve"> </w:t>
            </w:r>
            <w:proofErr w:type="spellStart"/>
            <w:r w:rsidRPr="004543E3">
              <w:rPr>
                <w:szCs w:val="26"/>
              </w:rPr>
              <w:t>thi</w:t>
            </w:r>
            <w:proofErr w:type="spellEnd"/>
            <w:r w:rsidRPr="004543E3">
              <w:rPr>
                <w:szCs w:val="26"/>
              </w:rPr>
              <w:t xml:space="preserve"> </w:t>
            </w:r>
            <w:proofErr w:type="spellStart"/>
            <w:r w:rsidRPr="004543E3">
              <w:rPr>
                <w:szCs w:val="26"/>
              </w:rPr>
              <w:t>hành</w:t>
            </w:r>
            <w:proofErr w:type="spellEnd"/>
            <w:r w:rsidRPr="004543E3">
              <w:rPr>
                <w:szCs w:val="26"/>
              </w:rPr>
              <w:t xml:space="preserve"> </w:t>
            </w:r>
            <w:proofErr w:type="spellStart"/>
            <w:r w:rsidRPr="004543E3">
              <w:rPr>
                <w:szCs w:val="26"/>
              </w:rPr>
              <w:t>kê</w:t>
            </w:r>
            <w:proofErr w:type="spellEnd"/>
            <w:r w:rsidRPr="004543E3">
              <w:rPr>
                <w:szCs w:val="26"/>
              </w:rPr>
              <w:t xml:space="preserve">̉ </w:t>
            </w:r>
            <w:proofErr w:type="spellStart"/>
            <w:r w:rsidRPr="004543E3">
              <w:rPr>
                <w:szCs w:val="26"/>
              </w:rPr>
              <w:t>tư</w:t>
            </w:r>
            <w:proofErr w:type="spellEnd"/>
            <w:r w:rsidRPr="004543E3">
              <w:rPr>
                <w:szCs w:val="26"/>
              </w:rPr>
              <w:t xml:space="preserve">̀ </w:t>
            </w:r>
            <w:proofErr w:type="spellStart"/>
            <w:r w:rsidRPr="004543E3">
              <w:rPr>
                <w:szCs w:val="26"/>
              </w:rPr>
              <w:t>ngày</w:t>
            </w:r>
            <w:proofErr w:type="spellEnd"/>
            <w:r w:rsidRPr="004543E3">
              <w:rPr>
                <w:szCs w:val="26"/>
              </w:rPr>
              <w:t xml:space="preserve"> 01 </w:t>
            </w:r>
            <w:proofErr w:type="spellStart"/>
            <w:r w:rsidRPr="004543E3">
              <w:rPr>
                <w:szCs w:val="26"/>
              </w:rPr>
              <w:t>tháng</w:t>
            </w:r>
            <w:proofErr w:type="spellEnd"/>
            <w:r w:rsidRPr="004543E3">
              <w:rPr>
                <w:szCs w:val="26"/>
              </w:rPr>
              <w:t xml:space="preserve"> 7 </w:t>
            </w:r>
            <w:proofErr w:type="spellStart"/>
            <w:r w:rsidRPr="004543E3">
              <w:rPr>
                <w:szCs w:val="26"/>
              </w:rPr>
              <w:t>năm</w:t>
            </w:r>
            <w:proofErr w:type="spellEnd"/>
            <w:r w:rsidRPr="004543E3">
              <w:rPr>
                <w:szCs w:val="26"/>
              </w:rPr>
              <w:t xml:space="preserve"> 2026.</w:t>
            </w:r>
          </w:p>
          <w:p w14:paraId="2BA6C869" w14:textId="77777777" w:rsidR="00BE5D3B" w:rsidRPr="004543E3" w:rsidRDefault="00BE5D3B" w:rsidP="005259A4">
            <w:pPr>
              <w:pStyle w:val="BodyText"/>
              <w:spacing w:after="0" w:line="240" w:lineRule="auto"/>
              <w:ind w:firstLine="709"/>
              <w:jc w:val="both"/>
              <w:rPr>
                <w:szCs w:val="26"/>
              </w:rPr>
            </w:pPr>
            <w:r w:rsidRPr="004543E3">
              <w:rPr>
                <w:szCs w:val="26"/>
              </w:rPr>
              <w:t xml:space="preserve">2. </w:t>
            </w:r>
            <w:proofErr w:type="spellStart"/>
            <w:r w:rsidRPr="004543E3">
              <w:rPr>
                <w:szCs w:val="26"/>
              </w:rPr>
              <w:t>Bãi</w:t>
            </w:r>
            <w:proofErr w:type="spellEnd"/>
            <w:r w:rsidRPr="004543E3">
              <w:rPr>
                <w:szCs w:val="26"/>
              </w:rPr>
              <w:t xml:space="preserve"> </w:t>
            </w:r>
            <w:proofErr w:type="spellStart"/>
            <w:r w:rsidRPr="004543E3">
              <w:rPr>
                <w:szCs w:val="26"/>
              </w:rPr>
              <w:t>bo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số</w:t>
            </w:r>
            <w:proofErr w:type="spellEnd"/>
            <w:r w:rsidRPr="004543E3">
              <w:rPr>
                <w:szCs w:val="26"/>
              </w:rPr>
              <w:t xml:space="preserve"> 10/2009/TT-BNV </w:t>
            </w:r>
            <w:proofErr w:type="spellStart"/>
            <w:r w:rsidRPr="004543E3">
              <w:rPr>
                <w:szCs w:val="26"/>
              </w:rPr>
              <w:t>ngày</w:t>
            </w:r>
            <w:proofErr w:type="spellEnd"/>
            <w:r w:rsidRPr="004543E3">
              <w:rPr>
                <w:szCs w:val="26"/>
              </w:rPr>
              <w:t xml:space="preserve"> 21 </w:t>
            </w:r>
            <w:proofErr w:type="spellStart"/>
            <w:r w:rsidRPr="004543E3">
              <w:rPr>
                <w:szCs w:val="26"/>
              </w:rPr>
              <w:t>tháng</w:t>
            </w:r>
            <w:proofErr w:type="spellEnd"/>
            <w:r w:rsidRPr="004543E3">
              <w:rPr>
                <w:szCs w:val="26"/>
              </w:rPr>
              <w:t xml:space="preserve"> 10 </w:t>
            </w:r>
            <w:proofErr w:type="spellStart"/>
            <w:r w:rsidRPr="004543E3">
              <w:rPr>
                <w:szCs w:val="26"/>
              </w:rPr>
              <w:t>năm</w:t>
            </w:r>
            <w:proofErr w:type="spellEnd"/>
            <w:r w:rsidRPr="004543E3">
              <w:rPr>
                <w:szCs w:val="26"/>
              </w:rPr>
              <w:t xml:space="preserve"> 2009 </w:t>
            </w:r>
            <w:proofErr w:type="spellStart"/>
            <w:r w:rsidRPr="004543E3">
              <w:rPr>
                <w:szCs w:val="26"/>
              </w:rPr>
              <w:t>của</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trưởng</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Nội</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ngành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
          <w:p w14:paraId="0913F3A3" w14:textId="3863354B" w:rsidR="00BE5D3B" w:rsidRPr="004543E3" w:rsidRDefault="00BE5D3B" w:rsidP="005259A4">
            <w:pPr>
              <w:spacing w:after="0" w:line="240" w:lineRule="auto"/>
              <w:ind w:firstLine="709"/>
              <w:jc w:val="both"/>
              <w:rPr>
                <w:i/>
                <w:iCs/>
                <w:sz w:val="28"/>
                <w:szCs w:val="28"/>
                <w:lang w:val="de-DE"/>
              </w:rPr>
            </w:pPr>
            <w:r w:rsidRPr="004543E3">
              <w:rPr>
                <w:szCs w:val="26"/>
              </w:rPr>
              <w:t xml:space="preserve"> 3. Những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trước</w:t>
            </w:r>
            <w:proofErr w:type="spellEnd"/>
            <w:r w:rsidRPr="004543E3">
              <w:rPr>
                <w:szCs w:val="26"/>
              </w:rPr>
              <w:t xml:space="preserve"> </w:t>
            </w:r>
            <w:proofErr w:type="spellStart"/>
            <w:r w:rsidRPr="004543E3">
              <w:rPr>
                <w:szCs w:val="26"/>
              </w:rPr>
              <w:t>đây</w:t>
            </w:r>
            <w:proofErr w:type="spellEnd"/>
            <w:r w:rsidRPr="004543E3">
              <w:rPr>
                <w:szCs w:val="26"/>
              </w:rPr>
              <w:t xml:space="preserve"> </w:t>
            </w:r>
            <w:proofErr w:type="spellStart"/>
            <w:r w:rsidRPr="004543E3">
              <w:rPr>
                <w:szCs w:val="26"/>
              </w:rPr>
              <w:t>trái</w:t>
            </w:r>
            <w:proofErr w:type="spellEnd"/>
            <w:r w:rsidRPr="004543E3">
              <w:rPr>
                <w:szCs w:val="26"/>
              </w:rPr>
              <w:t xml:space="preserve"> </w:t>
            </w:r>
            <w:proofErr w:type="spellStart"/>
            <w:r w:rsidRPr="004543E3">
              <w:rPr>
                <w:szCs w:val="26"/>
              </w:rPr>
              <w:t>với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đều</w:t>
            </w:r>
            <w:proofErr w:type="spellEnd"/>
            <w:r w:rsidRPr="004543E3">
              <w:rPr>
                <w:szCs w:val="26"/>
              </w:rPr>
              <w:t xml:space="preserve"> </w:t>
            </w:r>
            <w:proofErr w:type="spellStart"/>
            <w:r w:rsidRPr="004543E3">
              <w:rPr>
                <w:szCs w:val="26"/>
              </w:rPr>
              <w:t>bị</w:t>
            </w:r>
            <w:proofErr w:type="spellEnd"/>
            <w:r w:rsidRPr="004543E3">
              <w:rPr>
                <w:szCs w:val="26"/>
              </w:rPr>
              <w:t xml:space="preserve"> </w:t>
            </w:r>
            <w:proofErr w:type="spellStart"/>
            <w:r w:rsidRPr="004543E3">
              <w:rPr>
                <w:szCs w:val="26"/>
              </w:rPr>
              <w:t>bãi</w:t>
            </w:r>
            <w:proofErr w:type="spellEnd"/>
            <w:r w:rsidRPr="004543E3">
              <w:rPr>
                <w:szCs w:val="26"/>
              </w:rPr>
              <w:t xml:space="preserve"> </w:t>
            </w:r>
            <w:proofErr w:type="spellStart"/>
            <w:r w:rsidRPr="004543E3">
              <w:rPr>
                <w:szCs w:val="26"/>
              </w:rPr>
              <w:t>bỏ</w:t>
            </w:r>
            <w:proofErr w:type="spellEnd"/>
            <w:r w:rsidRPr="004543E3">
              <w:rPr>
                <w:szCs w:val="26"/>
              </w:rPr>
              <w:t>.</w:t>
            </w:r>
          </w:p>
        </w:tc>
        <w:tc>
          <w:tcPr>
            <w:tcW w:w="5220" w:type="dxa"/>
          </w:tcPr>
          <w:p w14:paraId="51004D38" w14:textId="77777777" w:rsidR="00BE5D3B" w:rsidRPr="004543E3" w:rsidRDefault="00BE5D3B" w:rsidP="009678B4">
            <w:pPr>
              <w:spacing w:after="0" w:line="240" w:lineRule="auto"/>
              <w:jc w:val="both"/>
              <w:rPr>
                <w:b/>
                <w:bCs/>
              </w:rPr>
            </w:pPr>
            <w:r w:rsidRPr="004543E3">
              <w:rPr>
                <w:b/>
                <w:bCs/>
              </w:rPr>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5D76648B" w14:textId="0FF63C1C" w:rsidR="00BE5D3B" w:rsidRPr="004543E3" w:rsidRDefault="00BE5D3B" w:rsidP="005259A4">
            <w:pPr>
              <w:spacing w:after="0" w:line="240" w:lineRule="auto"/>
              <w:jc w:val="both"/>
            </w:pPr>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3 </w:t>
            </w:r>
            <w:proofErr w:type="spellStart"/>
            <w:r w:rsidRPr="004543E3">
              <w:t>Điều</w:t>
            </w:r>
            <w:proofErr w:type="spellEnd"/>
            <w:r w:rsidRPr="004543E3">
              <w:t xml:space="preserve"> 8: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lại</w:t>
            </w:r>
            <w:proofErr w:type="spellEnd"/>
            <w:r w:rsidRPr="004543E3">
              <w:t xml:space="preserve"> </w:t>
            </w:r>
            <w:proofErr w:type="spellStart"/>
            <w:r w:rsidRPr="004543E3">
              <w:t>nội</w:t>
            </w:r>
            <w:proofErr w:type="spellEnd"/>
            <w:r w:rsidRPr="004543E3">
              <w:t xml:space="preserve"> dung </w:t>
            </w:r>
            <w:proofErr w:type="spellStart"/>
            <w:r w:rsidRPr="004543E3">
              <w:t>này</w:t>
            </w:r>
            <w:proofErr w:type="spellEnd"/>
            <w:r w:rsidRPr="004543E3">
              <w:t xml:space="preserve">, </w:t>
            </w:r>
            <w:proofErr w:type="spellStart"/>
            <w:r w:rsidRPr="004543E3">
              <w:t>không</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theo</w:t>
            </w:r>
            <w:proofErr w:type="spellEnd"/>
            <w:r w:rsidRPr="004543E3">
              <w:t xml:space="preserve"> </w:t>
            </w:r>
            <w:proofErr w:type="spellStart"/>
            <w:r w:rsidRPr="004543E3">
              <w:t>hướng</w:t>
            </w:r>
            <w:proofErr w:type="spellEnd"/>
            <w:r w:rsidRPr="004543E3">
              <w:t xml:space="preserve"> </w:t>
            </w:r>
            <w:proofErr w:type="spellStart"/>
            <w:r w:rsidRPr="004543E3">
              <w:t>chung</w:t>
            </w:r>
            <w:proofErr w:type="spellEnd"/>
            <w:r w:rsidRPr="004543E3">
              <w:t xml:space="preserve"> </w:t>
            </w:r>
            <w:proofErr w:type="spellStart"/>
            <w:r w:rsidRPr="004543E3">
              <w:t>chung</w:t>
            </w:r>
            <w:proofErr w:type="spellEnd"/>
            <w:r w:rsidRPr="004543E3">
              <w:t xml:space="preserve"> </w:t>
            </w:r>
            <w:r w:rsidRPr="004543E3">
              <w:rPr>
                <w:i/>
                <w:iCs/>
              </w:rPr>
              <w:t>“</w:t>
            </w:r>
            <w:proofErr w:type="spellStart"/>
            <w:r w:rsidRPr="004543E3">
              <w:rPr>
                <w:i/>
                <w:iCs/>
              </w:rPr>
              <w:t>những</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trước</w:t>
            </w:r>
            <w:proofErr w:type="spellEnd"/>
            <w:r w:rsidRPr="004543E3">
              <w:rPr>
                <w:i/>
                <w:iCs/>
              </w:rPr>
              <w:t xml:space="preserve"> </w:t>
            </w:r>
            <w:proofErr w:type="spellStart"/>
            <w:r w:rsidRPr="004543E3">
              <w:rPr>
                <w:i/>
                <w:iCs/>
              </w:rPr>
              <w:t>đây</w:t>
            </w:r>
            <w:proofErr w:type="spellEnd"/>
            <w:r w:rsidRPr="004543E3">
              <w:rPr>
                <w:i/>
                <w:iCs/>
              </w:rPr>
              <w:t xml:space="preserve">” </w:t>
            </w:r>
            <w:r w:rsidRPr="004543E3">
              <w:t>(</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được</w:t>
            </w:r>
            <w:proofErr w:type="spellEnd"/>
            <w:r w:rsidRPr="004543E3">
              <w:t xml:space="preserve"> ban </w:t>
            </w:r>
            <w:proofErr w:type="spellStart"/>
            <w:r w:rsidRPr="004543E3">
              <w:t>hành</w:t>
            </w:r>
            <w:proofErr w:type="spellEnd"/>
            <w:r w:rsidRPr="004543E3">
              <w:t xml:space="preserve"> </w:t>
            </w:r>
            <w:proofErr w:type="spellStart"/>
            <w:r w:rsidRPr="004543E3">
              <w:t>trước</w:t>
            </w:r>
            <w:proofErr w:type="spellEnd"/>
            <w:r w:rsidRPr="004543E3">
              <w:t xml:space="preserve"> </w:t>
            </w:r>
            <w:proofErr w:type="spellStart"/>
            <w:r w:rsidRPr="004543E3">
              <w:t>thời</w:t>
            </w:r>
            <w:proofErr w:type="spellEnd"/>
            <w:r w:rsidRPr="004543E3">
              <w:t xml:space="preserve"> </w:t>
            </w:r>
            <w:proofErr w:type="spellStart"/>
            <w:r w:rsidRPr="004543E3">
              <w:t>điểm</w:t>
            </w:r>
            <w:proofErr w:type="spellEnd"/>
            <w:r w:rsidRPr="004543E3">
              <w:t xml:space="preserve"> Thông </w:t>
            </w:r>
            <w:proofErr w:type="spellStart"/>
            <w:r w:rsidRPr="004543E3">
              <w:t>tư</w:t>
            </w:r>
            <w:proofErr w:type="spellEnd"/>
            <w:r w:rsidRPr="004543E3">
              <w:t xml:space="preserve"> </w:t>
            </w:r>
            <w:proofErr w:type="spellStart"/>
            <w:r w:rsidRPr="004543E3">
              <w:t>này</w:t>
            </w:r>
            <w:proofErr w:type="spellEnd"/>
            <w:r w:rsidRPr="004543E3">
              <w:t xml:space="preserve"> </w:t>
            </w:r>
            <w:proofErr w:type="spellStart"/>
            <w:r w:rsidRPr="004543E3">
              <w:t>có</w:t>
            </w:r>
            <w:proofErr w:type="spellEnd"/>
            <w:r w:rsidRPr="004543E3">
              <w:t xml:space="preserve"> </w:t>
            </w:r>
            <w:proofErr w:type="spellStart"/>
            <w:r w:rsidRPr="004543E3">
              <w:t>hiệu</w:t>
            </w:r>
            <w:proofErr w:type="spellEnd"/>
            <w:r w:rsidRPr="004543E3">
              <w:t xml:space="preserve"> </w:t>
            </w:r>
            <w:proofErr w:type="spellStart"/>
            <w:r w:rsidRPr="004543E3">
              <w:t>lực</w:t>
            </w:r>
            <w:proofErr w:type="spellEnd"/>
            <w:r w:rsidRPr="004543E3">
              <w:t xml:space="preserve"> </w:t>
            </w:r>
            <w:proofErr w:type="spellStart"/>
            <w:r w:rsidRPr="004543E3">
              <w:t>có</w:t>
            </w:r>
            <w:proofErr w:type="spellEnd"/>
            <w:r w:rsidRPr="004543E3">
              <w:t xml:space="preserve"> </w:t>
            </w:r>
            <w:proofErr w:type="spellStart"/>
            <w:r w:rsidRPr="004543E3">
              <w:t>thể</w:t>
            </w:r>
            <w:proofErr w:type="spellEnd"/>
            <w:r w:rsidRPr="004543E3">
              <w:t xml:space="preserve"> </w:t>
            </w:r>
            <w:proofErr w:type="spellStart"/>
            <w:r w:rsidRPr="004543E3">
              <w:t>nằm</w:t>
            </w:r>
            <w:proofErr w:type="spellEnd"/>
            <w:r w:rsidRPr="004543E3">
              <w:t xml:space="preserve"> </w:t>
            </w:r>
            <w:proofErr w:type="spellStart"/>
            <w:r w:rsidRPr="004543E3">
              <w:t>tại</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có</w:t>
            </w:r>
            <w:proofErr w:type="spellEnd"/>
            <w:r w:rsidRPr="004543E3">
              <w:t xml:space="preserve"> </w:t>
            </w:r>
            <w:proofErr w:type="spellStart"/>
            <w:r w:rsidRPr="004543E3">
              <w:t>hiệu</w:t>
            </w:r>
            <w:proofErr w:type="spellEnd"/>
            <w:r w:rsidRPr="004543E3">
              <w:t xml:space="preserve"> </w:t>
            </w:r>
            <w:proofErr w:type="spellStart"/>
            <w:r w:rsidRPr="004543E3">
              <w:t>lực</w:t>
            </w:r>
            <w:proofErr w:type="spellEnd"/>
            <w:r w:rsidRPr="004543E3">
              <w:t xml:space="preserve"> </w:t>
            </w:r>
            <w:proofErr w:type="spellStart"/>
            <w:r w:rsidRPr="004543E3">
              <w:t>pháp</w:t>
            </w:r>
            <w:proofErr w:type="spellEnd"/>
            <w:r w:rsidRPr="004543E3">
              <w:t xml:space="preserve"> </w:t>
            </w:r>
            <w:proofErr w:type="spellStart"/>
            <w:r w:rsidRPr="004543E3">
              <w:t>lý</w:t>
            </w:r>
            <w:proofErr w:type="spellEnd"/>
            <w:r w:rsidRPr="004543E3">
              <w:t xml:space="preserve"> </w:t>
            </w:r>
            <w:proofErr w:type="spellStart"/>
            <w:r w:rsidRPr="004543E3">
              <w:t>cao</w:t>
            </w:r>
            <w:proofErr w:type="spellEnd"/>
            <w:r w:rsidRPr="004543E3">
              <w:t xml:space="preserve"> </w:t>
            </w:r>
            <w:proofErr w:type="spellStart"/>
            <w:r w:rsidRPr="004543E3">
              <w:t>hơn</w:t>
            </w:r>
            <w:proofErr w:type="spellEnd"/>
            <w:r w:rsidRPr="004543E3">
              <w:t xml:space="preserve">, </w:t>
            </w:r>
            <w:proofErr w:type="spellStart"/>
            <w:r w:rsidRPr="004543E3">
              <w:t>không</w:t>
            </w:r>
            <w:proofErr w:type="spellEnd"/>
            <w:r w:rsidRPr="004543E3">
              <w:t xml:space="preserve"> </w:t>
            </w:r>
            <w:proofErr w:type="spellStart"/>
            <w:r w:rsidRPr="004543E3">
              <w:t>thể</w:t>
            </w:r>
            <w:proofErr w:type="spellEnd"/>
            <w:r w:rsidRPr="004543E3">
              <w:t xml:space="preserve"> </w:t>
            </w:r>
            <w:r w:rsidRPr="004543E3">
              <w:rPr>
                <w:i/>
                <w:iCs/>
              </w:rPr>
              <w:t>“</w:t>
            </w:r>
            <w:proofErr w:type="spellStart"/>
            <w:r w:rsidRPr="004543E3">
              <w:rPr>
                <w:i/>
                <w:iCs/>
              </w:rPr>
              <w:t>đều</w:t>
            </w:r>
            <w:proofErr w:type="spellEnd"/>
            <w:r w:rsidRPr="004543E3">
              <w:rPr>
                <w:i/>
                <w:iCs/>
              </w:rPr>
              <w:t xml:space="preserve"> </w:t>
            </w:r>
            <w:proofErr w:type="spellStart"/>
            <w:r w:rsidRPr="004543E3">
              <w:rPr>
                <w:i/>
                <w:iCs/>
              </w:rPr>
              <w:t>bị</w:t>
            </w:r>
            <w:proofErr w:type="spellEnd"/>
            <w:r w:rsidRPr="004543E3">
              <w:rPr>
                <w:i/>
                <w:iCs/>
              </w:rPr>
              <w:t xml:space="preserve"> </w:t>
            </w:r>
            <w:proofErr w:type="spellStart"/>
            <w:r w:rsidRPr="004543E3">
              <w:rPr>
                <w:i/>
                <w:iCs/>
              </w:rPr>
              <w:t>bãi</w:t>
            </w:r>
            <w:proofErr w:type="spellEnd"/>
            <w:r w:rsidRPr="004543E3">
              <w:rPr>
                <w:i/>
                <w:iCs/>
              </w:rPr>
              <w:t xml:space="preserve"> </w:t>
            </w:r>
            <w:proofErr w:type="spellStart"/>
            <w:r w:rsidRPr="004543E3">
              <w:rPr>
                <w:i/>
                <w:iCs/>
              </w:rPr>
              <w:t>bỏ</w:t>
            </w:r>
            <w:proofErr w:type="spellEnd"/>
            <w:r w:rsidRPr="004543E3">
              <w:rPr>
                <w:i/>
                <w:iCs/>
              </w:rPr>
              <w:t xml:space="preserve">’’ </w:t>
            </w:r>
            <w:proofErr w:type="spellStart"/>
            <w:r w:rsidRPr="004543E3">
              <w:t>bởi</w:t>
            </w:r>
            <w:proofErr w:type="spellEnd"/>
            <w:r w:rsidRPr="004543E3">
              <w:t xml:space="preserve"> Thông </w:t>
            </w:r>
            <w:proofErr w:type="spellStart"/>
            <w:r w:rsidRPr="004543E3">
              <w:t>tư</w:t>
            </w:r>
            <w:proofErr w:type="spellEnd"/>
            <w:r w:rsidRPr="004543E3">
              <w:t xml:space="preserve"> </w:t>
            </w:r>
            <w:proofErr w:type="spellStart"/>
            <w:r w:rsidRPr="004543E3">
              <w:t>này</w:t>
            </w:r>
            <w:proofErr w:type="spellEnd"/>
            <w:r w:rsidRPr="004543E3">
              <w:t xml:space="preserve">).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đơn</w:t>
            </w:r>
            <w:proofErr w:type="spellEnd"/>
            <w:r w:rsidRPr="004543E3">
              <w:t xml:space="preserve"> </w:t>
            </w:r>
            <w:proofErr w:type="spellStart"/>
            <w:r w:rsidRPr="004543E3">
              <w:t>vị</w:t>
            </w:r>
            <w:proofErr w:type="spellEnd"/>
            <w:r w:rsidRPr="004543E3">
              <w:t xml:space="preserve"> </w:t>
            </w:r>
            <w:proofErr w:type="spellStart"/>
            <w:r w:rsidRPr="004543E3">
              <w:t>chủ</w:t>
            </w:r>
            <w:proofErr w:type="spellEnd"/>
            <w:r w:rsidRPr="004543E3">
              <w:t xml:space="preserve"> </w:t>
            </w:r>
            <w:proofErr w:type="spellStart"/>
            <w:r w:rsidRPr="004543E3">
              <w:t>trì</w:t>
            </w:r>
            <w:proofErr w:type="spellEnd"/>
            <w:r w:rsidRPr="004543E3">
              <w:t xml:space="preserve"> </w:t>
            </w:r>
            <w:proofErr w:type="spellStart"/>
            <w:r w:rsidRPr="004543E3">
              <w:t>soạn</w:t>
            </w:r>
            <w:proofErr w:type="spellEnd"/>
            <w:r w:rsidRPr="004543E3">
              <w:t xml:space="preserve"> </w:t>
            </w:r>
            <w:proofErr w:type="spellStart"/>
            <w:r w:rsidRPr="004543E3">
              <w:t>thảo</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viện</w:t>
            </w:r>
            <w:proofErr w:type="spellEnd"/>
            <w:r w:rsidRPr="004543E3">
              <w:t xml:space="preserve"> </w:t>
            </w:r>
            <w:proofErr w:type="spellStart"/>
            <w:r w:rsidRPr="004543E3">
              <w:t>dẫn</w:t>
            </w:r>
            <w:proofErr w:type="spellEnd"/>
            <w:r w:rsidRPr="004543E3">
              <w:t xml:space="preserve"> </w:t>
            </w:r>
            <w:proofErr w:type="spellStart"/>
            <w:r w:rsidRPr="004543E3">
              <w:t>chính</w:t>
            </w:r>
            <w:proofErr w:type="spellEnd"/>
            <w:r w:rsidRPr="004543E3">
              <w:t xml:space="preserve"> </w:t>
            </w:r>
            <w:proofErr w:type="spellStart"/>
            <w:r w:rsidRPr="004543E3">
              <w:t>xác</w:t>
            </w:r>
            <w:proofErr w:type="spellEnd"/>
            <w:r w:rsidRPr="004543E3">
              <w:t xml:space="preserve"> </w:t>
            </w:r>
            <w:proofErr w:type="spellStart"/>
            <w:r w:rsidRPr="004543E3">
              <w:t>các</w:t>
            </w:r>
            <w:proofErr w:type="spellEnd"/>
            <w:r w:rsidRPr="004543E3">
              <w:t xml:space="preserve"> </w:t>
            </w:r>
            <w:proofErr w:type="spellStart"/>
            <w:r w:rsidRPr="004543E3">
              <w:t>văn</w:t>
            </w:r>
            <w:proofErr w:type="spellEnd"/>
            <w:r w:rsidRPr="004543E3">
              <w:t xml:space="preserve"> </w:t>
            </w:r>
            <w:proofErr w:type="spellStart"/>
            <w:r w:rsidRPr="004543E3">
              <w:t>bản</w:t>
            </w:r>
            <w:proofErr w:type="spellEnd"/>
            <w:r w:rsidRPr="004543E3">
              <w:t xml:space="preserve"> </w:t>
            </w:r>
            <w:proofErr w:type="spellStart"/>
            <w:r w:rsidRPr="004543E3">
              <w:t>dự</w:t>
            </w:r>
            <w:proofErr w:type="spellEnd"/>
            <w:r w:rsidRPr="004543E3">
              <w:t xml:space="preserve"> </w:t>
            </w:r>
            <w:proofErr w:type="spellStart"/>
            <w:r w:rsidRPr="004543E3">
              <w:t>kiến</w:t>
            </w:r>
            <w:proofErr w:type="spellEnd"/>
            <w:r w:rsidRPr="004543E3">
              <w:t xml:space="preserve"> </w:t>
            </w:r>
            <w:proofErr w:type="spellStart"/>
            <w:r w:rsidRPr="004543E3">
              <w:t>sẽ</w:t>
            </w:r>
            <w:proofErr w:type="spellEnd"/>
            <w:r w:rsidRPr="004543E3">
              <w:t xml:space="preserve"> </w:t>
            </w:r>
            <w:proofErr w:type="spellStart"/>
            <w:r w:rsidRPr="004543E3">
              <w:t>hết</w:t>
            </w:r>
            <w:proofErr w:type="spellEnd"/>
            <w:r w:rsidRPr="004543E3">
              <w:t xml:space="preserve"> </w:t>
            </w:r>
            <w:proofErr w:type="spellStart"/>
            <w:r w:rsidRPr="004543E3">
              <w:t>hiệu</w:t>
            </w:r>
            <w:proofErr w:type="spellEnd"/>
            <w:r w:rsidRPr="004543E3">
              <w:t xml:space="preserve"> </w:t>
            </w:r>
            <w:proofErr w:type="spellStart"/>
            <w:r w:rsidRPr="004543E3">
              <w:t>lực</w:t>
            </w:r>
            <w:proofErr w:type="spellEnd"/>
            <w:r w:rsidRPr="004543E3">
              <w:t xml:space="preserve"> </w:t>
            </w:r>
            <w:proofErr w:type="spellStart"/>
            <w:r w:rsidRPr="004543E3">
              <w:t>sau</w:t>
            </w:r>
            <w:proofErr w:type="spellEnd"/>
            <w:r w:rsidRPr="004543E3">
              <w:t xml:space="preserve"> </w:t>
            </w:r>
            <w:proofErr w:type="spellStart"/>
            <w:r w:rsidRPr="004543E3">
              <w:t>khi</w:t>
            </w:r>
            <w:proofErr w:type="spellEnd"/>
            <w:r w:rsidRPr="004543E3">
              <w:t xml:space="preserve"> Thông </w:t>
            </w:r>
            <w:proofErr w:type="spellStart"/>
            <w:r w:rsidRPr="004543E3">
              <w:t>tư</w:t>
            </w:r>
            <w:proofErr w:type="spellEnd"/>
            <w:r w:rsidRPr="004543E3">
              <w:t xml:space="preserve"> </w:t>
            </w:r>
            <w:proofErr w:type="spellStart"/>
            <w:r w:rsidRPr="004543E3">
              <w:t>được</w:t>
            </w:r>
            <w:proofErr w:type="spellEnd"/>
            <w:r w:rsidRPr="004543E3">
              <w:t xml:space="preserve"> ban </w:t>
            </w:r>
            <w:proofErr w:type="spellStart"/>
            <w:r w:rsidRPr="004543E3">
              <w:t>hành</w:t>
            </w:r>
            <w:proofErr w:type="spellEnd"/>
            <w:r w:rsidRPr="004543E3">
              <w:t>.</w:t>
            </w:r>
          </w:p>
        </w:tc>
        <w:tc>
          <w:tcPr>
            <w:tcW w:w="3165" w:type="dxa"/>
          </w:tcPr>
          <w:p w14:paraId="71206BBD" w14:textId="746CA4D5" w:rsidR="00BE5D3B" w:rsidRPr="004543E3" w:rsidRDefault="00BE5D3B" w:rsidP="00BE5D3B">
            <w:pPr>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p>
          <w:p w14:paraId="03D21325" w14:textId="77777777" w:rsidR="00BE5D3B" w:rsidRPr="004543E3" w:rsidRDefault="00BE5D3B" w:rsidP="00BE5D3B">
            <w:pPr>
              <w:jc w:val="both"/>
              <w:rPr>
                <w:szCs w:val="26"/>
              </w:rPr>
            </w:pPr>
          </w:p>
          <w:p w14:paraId="2D35320F" w14:textId="77777777" w:rsidR="00BE5D3B" w:rsidRPr="004543E3" w:rsidRDefault="00BE5D3B" w:rsidP="00BE5D3B">
            <w:pPr>
              <w:jc w:val="both"/>
              <w:rPr>
                <w:szCs w:val="26"/>
              </w:rPr>
            </w:pPr>
          </w:p>
          <w:p w14:paraId="6CCE2517" w14:textId="77777777" w:rsidR="00BE5D3B" w:rsidRPr="004543E3" w:rsidRDefault="00BE5D3B" w:rsidP="00BE5D3B">
            <w:pPr>
              <w:jc w:val="both"/>
              <w:rPr>
                <w:szCs w:val="26"/>
              </w:rPr>
            </w:pPr>
          </w:p>
          <w:p w14:paraId="3B71D3AC" w14:textId="77777777" w:rsidR="00BE5D3B" w:rsidRPr="004543E3" w:rsidRDefault="00BE5D3B" w:rsidP="00BE5D3B">
            <w:pPr>
              <w:jc w:val="both"/>
              <w:rPr>
                <w:szCs w:val="26"/>
              </w:rPr>
            </w:pPr>
          </w:p>
          <w:p w14:paraId="21FC0868" w14:textId="3C1B568A" w:rsidR="00BE5D3B" w:rsidRPr="004543E3" w:rsidRDefault="00BE5D3B" w:rsidP="00BE5D3B">
            <w:pPr>
              <w:spacing w:after="120" w:line="320" w:lineRule="exact"/>
              <w:jc w:val="both"/>
              <w:rPr>
                <w:szCs w:val="26"/>
              </w:rPr>
            </w:pPr>
          </w:p>
        </w:tc>
      </w:tr>
      <w:tr w:rsidR="00BE5D3B" w:rsidRPr="004543E3" w14:paraId="35CD7580" w14:textId="77777777" w:rsidTr="00FF0027">
        <w:tc>
          <w:tcPr>
            <w:tcW w:w="1098" w:type="dxa"/>
          </w:tcPr>
          <w:p w14:paraId="6F93EF27" w14:textId="2257956C" w:rsidR="00BE5D3B" w:rsidRPr="004543E3" w:rsidRDefault="00BE5D3B" w:rsidP="00BE5D3B">
            <w:pPr>
              <w:jc w:val="both"/>
            </w:pPr>
            <w:proofErr w:type="spellStart"/>
            <w:r w:rsidRPr="004543E3">
              <w:t>Điều</w:t>
            </w:r>
            <w:proofErr w:type="spellEnd"/>
            <w:r w:rsidRPr="004543E3">
              <w:t xml:space="preserve"> 9</w:t>
            </w:r>
          </w:p>
        </w:tc>
        <w:tc>
          <w:tcPr>
            <w:tcW w:w="5113" w:type="dxa"/>
          </w:tcPr>
          <w:p w14:paraId="194A9F3C" w14:textId="150C1399" w:rsidR="00BE5D3B" w:rsidRPr="004543E3" w:rsidRDefault="00BE5D3B" w:rsidP="009678B4">
            <w:pPr>
              <w:spacing w:after="0" w:line="240" w:lineRule="auto"/>
              <w:ind w:firstLine="709"/>
              <w:jc w:val="both"/>
              <w:rPr>
                <w:i/>
                <w:iCs/>
                <w:sz w:val="28"/>
                <w:szCs w:val="28"/>
                <w:lang w:val="de-DE"/>
              </w:rPr>
            </w:pPr>
            <w:proofErr w:type="spellStart"/>
            <w:r w:rsidRPr="004543E3">
              <w:rPr>
                <w:b/>
                <w:bCs/>
                <w:szCs w:val="26"/>
              </w:rPr>
              <w:t>Điều</w:t>
            </w:r>
            <w:proofErr w:type="spellEnd"/>
            <w:r w:rsidRPr="004543E3">
              <w:rPr>
                <w:b/>
                <w:bCs/>
                <w:szCs w:val="26"/>
              </w:rPr>
              <w:t xml:space="preserve"> 9. </w:t>
            </w:r>
            <w:proofErr w:type="spellStart"/>
            <w:r w:rsidRPr="004543E3">
              <w:rPr>
                <w:b/>
                <w:bCs/>
                <w:szCs w:val="26"/>
              </w:rPr>
              <w:t>Điều</w:t>
            </w:r>
            <w:proofErr w:type="spellEnd"/>
            <w:r w:rsidRPr="004543E3">
              <w:rPr>
                <w:b/>
                <w:bCs/>
                <w:szCs w:val="26"/>
              </w:rPr>
              <w:t xml:space="preserve"> </w:t>
            </w:r>
            <w:proofErr w:type="spellStart"/>
            <w:r w:rsidRPr="004543E3">
              <w:rPr>
                <w:b/>
                <w:bCs/>
                <w:szCs w:val="26"/>
              </w:rPr>
              <w:t>khoản</w:t>
            </w:r>
            <w:proofErr w:type="spellEnd"/>
            <w:r w:rsidRPr="004543E3">
              <w:rPr>
                <w:b/>
                <w:bCs/>
                <w:szCs w:val="26"/>
              </w:rPr>
              <w:t xml:space="preserve"> </w:t>
            </w:r>
            <w:proofErr w:type="spellStart"/>
            <w:r w:rsidRPr="004543E3">
              <w:rPr>
                <w:b/>
                <w:bCs/>
                <w:szCs w:val="26"/>
              </w:rPr>
              <w:t>chuyển</w:t>
            </w:r>
            <w:proofErr w:type="spellEnd"/>
            <w:r w:rsidRPr="004543E3">
              <w:rPr>
                <w:b/>
                <w:bCs/>
                <w:szCs w:val="26"/>
              </w:rPr>
              <w:t xml:space="preserve"> </w:t>
            </w:r>
            <w:proofErr w:type="spellStart"/>
            <w:r w:rsidRPr="004543E3">
              <w:rPr>
                <w:b/>
                <w:bCs/>
                <w:szCs w:val="26"/>
              </w:rPr>
              <w:t>tiếp</w:t>
            </w:r>
            <w:proofErr w:type="spellEnd"/>
          </w:p>
        </w:tc>
        <w:tc>
          <w:tcPr>
            <w:tcW w:w="5220" w:type="dxa"/>
          </w:tcPr>
          <w:p w14:paraId="5ECB8235" w14:textId="77777777" w:rsidR="00BE5D3B" w:rsidRPr="004543E3" w:rsidRDefault="00BE5D3B" w:rsidP="00BE5D3B">
            <w:pPr>
              <w:jc w:val="both"/>
            </w:pPr>
          </w:p>
        </w:tc>
        <w:tc>
          <w:tcPr>
            <w:tcW w:w="3165" w:type="dxa"/>
          </w:tcPr>
          <w:p w14:paraId="404F1B0C" w14:textId="77777777" w:rsidR="00BE5D3B" w:rsidRPr="004543E3" w:rsidRDefault="00BE5D3B" w:rsidP="00BE5D3B">
            <w:pPr>
              <w:spacing w:after="120" w:line="320" w:lineRule="exact"/>
              <w:jc w:val="both"/>
              <w:rPr>
                <w:szCs w:val="26"/>
              </w:rPr>
            </w:pPr>
          </w:p>
        </w:tc>
      </w:tr>
      <w:tr w:rsidR="00BE5D3B" w:rsidRPr="004543E3" w14:paraId="3DD8BAB7" w14:textId="77777777" w:rsidTr="00FF0027">
        <w:tc>
          <w:tcPr>
            <w:tcW w:w="1098" w:type="dxa"/>
          </w:tcPr>
          <w:p w14:paraId="056A12CE" w14:textId="77777777" w:rsidR="00BE5D3B" w:rsidRPr="004543E3" w:rsidRDefault="00BE5D3B" w:rsidP="00BE5D3B">
            <w:pPr>
              <w:jc w:val="both"/>
            </w:pPr>
          </w:p>
        </w:tc>
        <w:tc>
          <w:tcPr>
            <w:tcW w:w="5113" w:type="dxa"/>
          </w:tcPr>
          <w:p w14:paraId="51602E98" w14:textId="5C9874BC" w:rsidR="00BE5D3B" w:rsidRPr="004543E3" w:rsidRDefault="00BE5D3B" w:rsidP="00BE5D3B">
            <w:pPr>
              <w:ind w:firstLine="709"/>
              <w:jc w:val="both"/>
              <w:rPr>
                <w:i/>
                <w:iCs/>
                <w:sz w:val="28"/>
                <w:szCs w:val="28"/>
                <w:lang w:val="de-DE"/>
              </w:rPr>
            </w:pPr>
            <w:r w:rsidRPr="004543E3">
              <w:rPr>
                <w:szCs w:val="26"/>
              </w:rPr>
              <w:t xml:space="preserve">2. Công </w:t>
            </w:r>
            <w:proofErr w:type="spellStart"/>
            <w:r w:rsidRPr="004543E3">
              <w:rPr>
                <w:szCs w:val="26"/>
              </w:rPr>
              <w:t>chức</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bổ</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vào</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lastRenderedPageBreak/>
              <w:t>trước</w:t>
            </w:r>
            <w:proofErr w:type="spellEnd"/>
            <w:r w:rsidRPr="004543E3">
              <w:rPr>
                <w:szCs w:val="26"/>
              </w:rPr>
              <w:t xml:space="preserve"> </w:t>
            </w:r>
            <w:proofErr w:type="spellStart"/>
            <w:r w:rsidRPr="004543E3">
              <w:rPr>
                <w:szCs w:val="26"/>
              </w:rPr>
              <w:t>ngày</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xác</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là</w:t>
            </w:r>
            <w:proofErr w:type="spellEnd"/>
            <w:r w:rsidRPr="004543E3">
              <w:rPr>
                <w:szCs w:val="26"/>
              </w:rPr>
              <w:t xml:space="preserve"> </w:t>
            </w:r>
            <w:proofErr w:type="spellStart"/>
            <w:r w:rsidRPr="004543E3">
              <w:rPr>
                <w:szCs w:val="26"/>
              </w:rPr>
              <w:t>đáp</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Trường </w:t>
            </w:r>
            <w:proofErr w:type="spellStart"/>
            <w:r w:rsidRPr="004543E3">
              <w:rPr>
                <w:szCs w:val="26"/>
              </w:rPr>
              <w:t>hợp</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chưa</w:t>
            </w:r>
            <w:proofErr w:type="spellEnd"/>
            <w:r w:rsidRPr="004543E3">
              <w:rPr>
                <w:szCs w:val="26"/>
              </w:rPr>
              <w:t xml:space="preserve"> </w:t>
            </w:r>
            <w:proofErr w:type="spellStart"/>
            <w:r w:rsidRPr="004543E3">
              <w:rPr>
                <w:szCs w:val="26"/>
              </w:rPr>
              <w:t>đáp</w:t>
            </w:r>
            <w:proofErr w:type="spellEnd"/>
            <w:r w:rsidRPr="004543E3">
              <w:rPr>
                <w:szCs w:val="26"/>
              </w:rPr>
              <w:t xml:space="preserve"> </w:t>
            </w:r>
            <w:proofErr w:type="spellStart"/>
            <w:r w:rsidRPr="004543E3">
              <w:rPr>
                <w:szCs w:val="26"/>
              </w:rPr>
              <w:t>ứng</w:t>
            </w:r>
            <w:proofErr w:type="spellEnd"/>
            <w:r w:rsidRPr="004543E3">
              <w:rPr>
                <w:szCs w:val="26"/>
              </w:rPr>
              <w:t xml:space="preserve"> </w:t>
            </w:r>
            <w:proofErr w:type="spellStart"/>
            <w:r w:rsidRPr="004543E3">
              <w:rPr>
                <w:szCs w:val="26"/>
              </w:rPr>
              <w:t>đủ</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chuẩn</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thì</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quản</w:t>
            </w:r>
            <w:proofErr w:type="spellEnd"/>
            <w:r w:rsidRPr="004543E3">
              <w:rPr>
                <w:szCs w:val="26"/>
              </w:rPr>
              <w:t xml:space="preserve"> </w:t>
            </w:r>
            <w:proofErr w:type="spellStart"/>
            <w:r w:rsidRPr="004543E3">
              <w:rPr>
                <w:szCs w:val="26"/>
              </w:rPr>
              <w:t>lý</w:t>
            </w:r>
            <w:proofErr w:type="spellEnd"/>
            <w:r w:rsidRPr="004543E3">
              <w:rPr>
                <w:szCs w:val="26"/>
              </w:rPr>
              <w:t xml:space="preserve">, </w:t>
            </w:r>
            <w:proofErr w:type="spellStart"/>
            <w:r w:rsidRPr="004543E3">
              <w:rPr>
                <w:szCs w:val="26"/>
              </w:rPr>
              <w:t>sử</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trách</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điều</w:t>
            </w:r>
            <w:proofErr w:type="spellEnd"/>
            <w:r w:rsidRPr="004543E3">
              <w:rPr>
                <w:szCs w:val="26"/>
              </w:rPr>
              <w:t xml:space="preserve"> </w:t>
            </w:r>
            <w:proofErr w:type="spellStart"/>
            <w:r w:rsidRPr="004543E3">
              <w:rPr>
                <w:szCs w:val="26"/>
              </w:rPr>
              <w:t>kiện</w:t>
            </w:r>
            <w:proofErr w:type="spellEnd"/>
            <w:r w:rsidRPr="004543E3">
              <w:rPr>
                <w:szCs w:val="26"/>
              </w:rPr>
              <w:t xml:space="preserve"> </w:t>
            </w:r>
            <w:proofErr w:type="spellStart"/>
            <w:r w:rsidRPr="004543E3">
              <w:rPr>
                <w:szCs w:val="26"/>
              </w:rPr>
              <w:t>để</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đó</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đào</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bồi</w:t>
            </w:r>
            <w:proofErr w:type="spellEnd"/>
            <w:r w:rsidRPr="004543E3">
              <w:rPr>
                <w:szCs w:val="26"/>
              </w:rPr>
              <w:t xml:space="preserve"> </w:t>
            </w:r>
            <w:proofErr w:type="spellStart"/>
            <w:r w:rsidRPr="004543E3">
              <w:rPr>
                <w:szCs w:val="26"/>
              </w:rPr>
              <w:t>dưỡng</w:t>
            </w:r>
            <w:proofErr w:type="spellEnd"/>
            <w:r w:rsidRPr="004543E3">
              <w:rPr>
                <w:szCs w:val="26"/>
              </w:rPr>
              <w:t xml:space="preserve"> </w:t>
            </w:r>
            <w:proofErr w:type="spellStart"/>
            <w:r w:rsidRPr="004543E3">
              <w:rPr>
                <w:szCs w:val="26"/>
              </w:rPr>
              <w:t>hoàn</w:t>
            </w:r>
            <w:proofErr w:type="spellEnd"/>
            <w:r w:rsidRPr="004543E3">
              <w:rPr>
                <w:szCs w:val="26"/>
              </w:rPr>
              <w:t xml:space="preserve"> </w:t>
            </w:r>
            <w:proofErr w:type="spellStart"/>
            <w:r w:rsidRPr="004543E3">
              <w:rPr>
                <w:szCs w:val="26"/>
              </w:rPr>
              <w:t>thiện</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chuẩn</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thời</w:t>
            </w:r>
            <w:proofErr w:type="spellEnd"/>
            <w:r w:rsidRPr="004543E3">
              <w:rPr>
                <w:szCs w:val="26"/>
              </w:rPr>
              <w:t xml:space="preserve"> </w:t>
            </w:r>
            <w:proofErr w:type="spellStart"/>
            <w:r w:rsidRPr="004543E3">
              <w:rPr>
                <w:szCs w:val="26"/>
              </w:rPr>
              <w:t>hạn</w:t>
            </w:r>
            <w:proofErr w:type="spellEnd"/>
            <w:r w:rsidRPr="004543E3">
              <w:rPr>
                <w:szCs w:val="26"/>
              </w:rPr>
              <w:t xml:space="preserve"> </w:t>
            </w:r>
            <w:proofErr w:type="spellStart"/>
            <w:r w:rsidRPr="004543E3">
              <w:rPr>
                <w:szCs w:val="26"/>
              </w:rPr>
              <w:t>tối</w:t>
            </w:r>
            <w:proofErr w:type="spellEnd"/>
            <w:r w:rsidRPr="004543E3">
              <w:rPr>
                <w:szCs w:val="26"/>
              </w:rPr>
              <w:t xml:space="preserve"> </w:t>
            </w:r>
            <w:proofErr w:type="spellStart"/>
            <w:r w:rsidRPr="004543E3">
              <w:rPr>
                <w:szCs w:val="26"/>
              </w:rPr>
              <w:t>đa</w:t>
            </w:r>
            <w:proofErr w:type="spellEnd"/>
            <w:r w:rsidRPr="004543E3">
              <w:rPr>
                <w:szCs w:val="26"/>
              </w:rPr>
              <w:t xml:space="preserve"> 01 </w:t>
            </w:r>
            <w:proofErr w:type="spellStart"/>
            <w:r w:rsidRPr="004543E3">
              <w:rPr>
                <w:szCs w:val="26"/>
              </w:rPr>
              <w:t>năm</w:t>
            </w:r>
            <w:proofErr w:type="spellEnd"/>
            <w:r w:rsidRPr="004543E3">
              <w:rPr>
                <w:szCs w:val="26"/>
              </w:rPr>
              <w:t xml:space="preserve"> </w:t>
            </w:r>
            <w:proofErr w:type="spellStart"/>
            <w:r w:rsidRPr="004543E3">
              <w:rPr>
                <w:szCs w:val="26"/>
              </w:rPr>
              <w:t>kể</w:t>
            </w:r>
            <w:proofErr w:type="spellEnd"/>
            <w:r w:rsidRPr="004543E3">
              <w:rPr>
                <w:szCs w:val="26"/>
              </w:rPr>
              <w:t xml:space="preserve"> </w:t>
            </w:r>
            <w:proofErr w:type="spellStart"/>
            <w:r w:rsidRPr="004543E3">
              <w:rPr>
                <w:szCs w:val="26"/>
              </w:rPr>
              <w:t>từ</w:t>
            </w:r>
            <w:proofErr w:type="spellEnd"/>
            <w:r w:rsidRPr="004543E3">
              <w:rPr>
                <w:szCs w:val="26"/>
              </w:rPr>
              <w:t xml:space="preserve"> </w:t>
            </w:r>
            <w:proofErr w:type="spellStart"/>
            <w:r w:rsidRPr="004543E3">
              <w:rPr>
                <w:szCs w:val="26"/>
              </w:rPr>
              <w:t>ngày</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có</w:t>
            </w:r>
            <w:proofErr w:type="spellEnd"/>
            <w:r w:rsidRPr="004543E3">
              <w:rPr>
                <w:szCs w:val="26"/>
              </w:rPr>
              <w:t xml:space="preserve"> </w:t>
            </w:r>
            <w:proofErr w:type="spellStart"/>
            <w:r w:rsidRPr="004543E3">
              <w:rPr>
                <w:szCs w:val="26"/>
              </w:rPr>
              <w:t>hiệu</w:t>
            </w:r>
            <w:proofErr w:type="spellEnd"/>
            <w:r w:rsidRPr="004543E3">
              <w:rPr>
                <w:szCs w:val="26"/>
              </w:rPr>
              <w:t xml:space="preserve"> </w:t>
            </w:r>
            <w:proofErr w:type="spellStart"/>
            <w:r w:rsidRPr="004543E3">
              <w:rPr>
                <w:szCs w:val="26"/>
              </w:rPr>
              <w:t>lực</w:t>
            </w:r>
            <w:proofErr w:type="spellEnd"/>
            <w:r w:rsidRPr="004543E3">
              <w:rPr>
                <w:szCs w:val="26"/>
              </w:rPr>
              <w:t>.</w:t>
            </w:r>
          </w:p>
        </w:tc>
        <w:tc>
          <w:tcPr>
            <w:tcW w:w="5220" w:type="dxa"/>
          </w:tcPr>
          <w:p w14:paraId="530D0E6C" w14:textId="77777777" w:rsidR="00BE5D3B" w:rsidRPr="004543E3" w:rsidRDefault="00BE5D3B" w:rsidP="005259A4">
            <w:pPr>
              <w:spacing w:after="0" w:line="240" w:lineRule="auto"/>
              <w:jc w:val="both"/>
              <w:rPr>
                <w:b/>
                <w:bCs/>
              </w:rPr>
            </w:pPr>
            <w:r w:rsidRPr="004543E3">
              <w:rPr>
                <w:b/>
                <w:bCs/>
              </w:rPr>
              <w:lastRenderedPageBreak/>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71E85B2D" w14:textId="36EF35ED" w:rsidR="00BE5D3B" w:rsidRPr="004543E3" w:rsidRDefault="00BE5D3B" w:rsidP="005259A4">
            <w:pPr>
              <w:spacing w:after="0" w:line="240" w:lineRule="auto"/>
              <w:jc w:val="both"/>
            </w:pPr>
            <w:proofErr w:type="spellStart"/>
            <w:r w:rsidRPr="004543E3">
              <w:t>Tại</w:t>
            </w:r>
            <w:proofErr w:type="spellEnd"/>
            <w:r w:rsidRPr="004543E3">
              <w:t xml:space="preserve"> </w:t>
            </w:r>
            <w:proofErr w:type="spellStart"/>
            <w:r w:rsidRPr="004543E3">
              <w:t>khoản</w:t>
            </w:r>
            <w:proofErr w:type="spellEnd"/>
            <w:r w:rsidRPr="004543E3">
              <w:t xml:space="preserve"> 2: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lại</w:t>
            </w:r>
            <w:proofErr w:type="spellEnd"/>
            <w:r w:rsidRPr="004543E3">
              <w:t xml:space="preserve"> </w:t>
            </w:r>
            <w:proofErr w:type="spellStart"/>
            <w:r w:rsidRPr="004543E3">
              <w:t>tính</w:t>
            </w:r>
            <w:proofErr w:type="spellEnd"/>
            <w:r w:rsidRPr="004543E3">
              <w:t xml:space="preserve"> </w:t>
            </w:r>
            <w:proofErr w:type="spellStart"/>
            <w:r w:rsidRPr="004543E3">
              <w:t>hợp</w:t>
            </w:r>
            <w:proofErr w:type="spellEnd"/>
            <w:r w:rsidRPr="004543E3">
              <w:t xml:space="preserve"> </w:t>
            </w:r>
            <w:proofErr w:type="spellStart"/>
            <w:r w:rsidRPr="004543E3">
              <w:t>lý</w:t>
            </w:r>
            <w:proofErr w:type="spellEnd"/>
            <w:r w:rsidRPr="004543E3">
              <w:t xml:space="preserve">, logic </w:t>
            </w:r>
            <w:proofErr w:type="spellStart"/>
            <w:r w:rsidRPr="004543E3">
              <w:t>của</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tại</w:t>
            </w:r>
            <w:proofErr w:type="spellEnd"/>
            <w:r w:rsidRPr="004543E3">
              <w:t xml:space="preserve"> </w:t>
            </w:r>
            <w:proofErr w:type="spellStart"/>
            <w:r w:rsidRPr="004543E3">
              <w:t>khoản</w:t>
            </w:r>
            <w:proofErr w:type="spellEnd"/>
            <w:r w:rsidRPr="004543E3">
              <w:t xml:space="preserve"> </w:t>
            </w:r>
            <w:proofErr w:type="spellStart"/>
            <w:r w:rsidRPr="004543E3">
              <w:t>này</w:t>
            </w:r>
            <w:proofErr w:type="spellEnd"/>
            <w:r w:rsidRPr="004543E3">
              <w:t xml:space="preserve">, </w:t>
            </w:r>
            <w:proofErr w:type="spellStart"/>
            <w:r w:rsidRPr="004543E3">
              <w:t>nghiên</w:t>
            </w:r>
            <w:proofErr w:type="spellEnd"/>
            <w:r w:rsidRPr="004543E3">
              <w:t xml:space="preserve"> </w:t>
            </w:r>
            <w:proofErr w:type="spellStart"/>
            <w:r w:rsidRPr="004543E3">
              <w:t>cứu</w:t>
            </w:r>
            <w:proofErr w:type="spellEnd"/>
            <w:r w:rsidRPr="004543E3">
              <w:t xml:space="preserve"> </w:t>
            </w:r>
            <w:proofErr w:type="spellStart"/>
            <w:r w:rsidRPr="004543E3">
              <w:lastRenderedPageBreak/>
              <w:t>diễn</w:t>
            </w:r>
            <w:proofErr w:type="spellEnd"/>
            <w:r w:rsidRPr="004543E3">
              <w:t xml:space="preserve"> </w:t>
            </w:r>
            <w:proofErr w:type="spellStart"/>
            <w:r w:rsidRPr="004543E3">
              <w:t>đạt</w:t>
            </w:r>
            <w:proofErr w:type="spellEnd"/>
            <w:r w:rsidRPr="004543E3">
              <w:t xml:space="preserve"> </w:t>
            </w:r>
            <w:proofErr w:type="spellStart"/>
            <w:r w:rsidRPr="004543E3">
              <w:t>lại</w:t>
            </w:r>
            <w:proofErr w:type="spellEnd"/>
            <w:r w:rsidRPr="004543E3">
              <w:t xml:space="preserve">, </w:t>
            </w:r>
            <w:proofErr w:type="spellStart"/>
            <w:r w:rsidRPr="004543E3">
              <w:t>cân</w:t>
            </w:r>
            <w:proofErr w:type="spellEnd"/>
            <w:r w:rsidRPr="004543E3">
              <w:t xml:space="preserve"> </w:t>
            </w:r>
            <w:proofErr w:type="spellStart"/>
            <w:r w:rsidRPr="004543E3">
              <w:t>nhắc</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theo</w:t>
            </w:r>
            <w:proofErr w:type="spellEnd"/>
            <w:r w:rsidRPr="004543E3">
              <w:t xml:space="preserve"> </w:t>
            </w:r>
            <w:proofErr w:type="spellStart"/>
            <w:r w:rsidRPr="004543E3">
              <w:t>hướng</w:t>
            </w:r>
            <w:proofErr w:type="spellEnd"/>
            <w:r w:rsidRPr="004543E3">
              <w:t xml:space="preserve"> “Công </w:t>
            </w:r>
            <w:proofErr w:type="spellStart"/>
            <w:r w:rsidRPr="004543E3">
              <w:t>chức</w:t>
            </w:r>
            <w:proofErr w:type="spellEnd"/>
            <w:r w:rsidRPr="004543E3">
              <w:t xml:space="preserve"> </w:t>
            </w:r>
            <w:proofErr w:type="spellStart"/>
            <w:r w:rsidRPr="004543E3">
              <w:t>đã</w:t>
            </w:r>
            <w:proofErr w:type="spellEnd"/>
            <w:r w:rsidRPr="004543E3">
              <w:t xml:space="preserve"> </w:t>
            </w:r>
            <w:proofErr w:type="spellStart"/>
            <w:r w:rsidRPr="004543E3">
              <w:t>được</w:t>
            </w:r>
            <w:proofErr w:type="spellEnd"/>
            <w:r w:rsidRPr="004543E3">
              <w:t xml:space="preserve"> </w:t>
            </w:r>
            <w:proofErr w:type="spellStart"/>
            <w:r w:rsidRPr="004543E3">
              <w:t>bổ</w:t>
            </w:r>
            <w:proofErr w:type="spellEnd"/>
            <w:r w:rsidRPr="004543E3">
              <w:t xml:space="preserve"> </w:t>
            </w:r>
            <w:proofErr w:type="spellStart"/>
            <w:r w:rsidRPr="004543E3">
              <w:t>nhiệm</w:t>
            </w:r>
            <w:proofErr w:type="spellEnd"/>
            <w:r w:rsidRPr="004543E3">
              <w:t xml:space="preserve"> </w:t>
            </w:r>
            <w:proofErr w:type="spellStart"/>
            <w:r w:rsidRPr="004543E3">
              <w:t>vào</w:t>
            </w:r>
            <w:proofErr w:type="spellEnd"/>
            <w:r w:rsidRPr="004543E3">
              <w:t xml:space="preserve"> </w:t>
            </w:r>
            <w:proofErr w:type="spellStart"/>
            <w:r w:rsidRPr="004543E3">
              <w:t>các</w:t>
            </w:r>
            <w:proofErr w:type="spellEnd"/>
            <w:r w:rsidRPr="004543E3">
              <w:t xml:space="preserve">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hóa</w:t>
            </w:r>
            <w:proofErr w:type="spellEnd"/>
            <w:r w:rsidRPr="004543E3">
              <w:t xml:space="preserve"> </w:t>
            </w:r>
            <w:proofErr w:type="spellStart"/>
            <w:r w:rsidRPr="004543E3">
              <w:rPr>
                <w:i/>
                <w:iCs/>
              </w:rPr>
              <w:t>theo</w:t>
            </w:r>
            <w:proofErr w:type="spellEnd"/>
            <w:r w:rsidRPr="004543E3">
              <w:rPr>
                <w:i/>
                <w:iCs/>
              </w:rPr>
              <w:t xml:space="preserve"> </w:t>
            </w:r>
            <w:proofErr w:type="spellStart"/>
            <w:r w:rsidRPr="004543E3">
              <w:rPr>
                <w:i/>
                <w:iCs/>
              </w:rPr>
              <w:t>đúng</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tại</w:t>
            </w:r>
            <w:proofErr w:type="spellEnd"/>
            <w:r w:rsidRPr="004543E3">
              <w:rPr>
                <w:i/>
                <w:iCs/>
              </w:rPr>
              <w:t xml:space="preserve"> Thông </w:t>
            </w:r>
            <w:proofErr w:type="spellStart"/>
            <w:r w:rsidRPr="004543E3">
              <w:rPr>
                <w:i/>
                <w:iCs/>
              </w:rPr>
              <w:t>tư</w:t>
            </w:r>
            <w:proofErr w:type="spellEnd"/>
            <w:r w:rsidRPr="004543E3">
              <w:rPr>
                <w:i/>
                <w:iCs/>
              </w:rPr>
              <w:t xml:space="preserve"> </w:t>
            </w:r>
            <w:proofErr w:type="spellStart"/>
            <w:r w:rsidRPr="004543E3">
              <w:rPr>
                <w:i/>
                <w:iCs/>
              </w:rPr>
              <w:t>số</w:t>
            </w:r>
            <w:proofErr w:type="spellEnd"/>
            <w:r w:rsidRPr="004543E3">
              <w:rPr>
                <w:i/>
                <w:iCs/>
              </w:rPr>
              <w:t xml:space="preserve"> 10/2009/TT-BKHCN </w:t>
            </w:r>
            <w:proofErr w:type="spellStart"/>
            <w:r w:rsidRPr="004543E3">
              <w:t>trước</w:t>
            </w:r>
            <w:proofErr w:type="spellEnd"/>
            <w:r w:rsidRPr="004543E3">
              <w:t xml:space="preserve"> </w:t>
            </w:r>
            <w:proofErr w:type="spellStart"/>
            <w:r w:rsidRPr="004543E3">
              <w:t>ngày</w:t>
            </w:r>
            <w:proofErr w:type="spellEnd"/>
            <w:r w:rsidRPr="004543E3">
              <w:t xml:space="preserve"> </w:t>
            </w:r>
            <w:proofErr w:type="spellStart"/>
            <w:r w:rsidRPr="004543E3">
              <w:t>thông</w:t>
            </w:r>
            <w:proofErr w:type="spellEnd"/>
            <w:r w:rsidRPr="004543E3">
              <w:t xml:space="preserve"> </w:t>
            </w:r>
            <w:proofErr w:type="spellStart"/>
            <w:r w:rsidRPr="004543E3">
              <w:t>tư</w:t>
            </w:r>
            <w:proofErr w:type="spellEnd"/>
            <w:r w:rsidRPr="004543E3">
              <w:t xml:space="preserve"> </w:t>
            </w:r>
            <w:proofErr w:type="spellStart"/>
            <w:r w:rsidRPr="004543E3">
              <w:t>này</w:t>
            </w:r>
            <w:proofErr w:type="spellEnd"/>
            <w:r w:rsidRPr="004543E3">
              <w:t xml:space="preserve"> </w:t>
            </w:r>
            <w:proofErr w:type="spellStart"/>
            <w:r w:rsidRPr="004543E3">
              <w:t>có</w:t>
            </w:r>
            <w:proofErr w:type="spellEnd"/>
            <w:r w:rsidRPr="004543E3">
              <w:t xml:space="preserve"> </w:t>
            </w:r>
            <w:proofErr w:type="spellStart"/>
            <w:r w:rsidRPr="004543E3">
              <w:t>hiệu</w:t>
            </w:r>
            <w:proofErr w:type="spellEnd"/>
            <w:r w:rsidRPr="004543E3">
              <w:t xml:space="preserve"> </w:t>
            </w:r>
            <w:proofErr w:type="spellStart"/>
            <w:r w:rsidRPr="004543E3">
              <w:t>lực</w:t>
            </w:r>
            <w:proofErr w:type="spellEnd"/>
            <w:r w:rsidRPr="004543E3">
              <w:t xml:space="preserve"> </w:t>
            </w:r>
            <w:proofErr w:type="spellStart"/>
            <w:r w:rsidRPr="004543E3">
              <w:t>thì</w:t>
            </w:r>
            <w:proofErr w:type="spellEnd"/>
            <w:r w:rsidRPr="004543E3">
              <w:t xml:space="preserve"> </w:t>
            </w:r>
            <w:proofErr w:type="spellStart"/>
            <w:r w:rsidRPr="004543E3">
              <w:rPr>
                <w:i/>
                <w:iCs/>
              </w:rPr>
              <w:t>tiếp</w:t>
            </w:r>
            <w:proofErr w:type="spellEnd"/>
            <w:r w:rsidRPr="004543E3">
              <w:rPr>
                <w:i/>
                <w:iCs/>
              </w:rPr>
              <w:t xml:space="preserve"> </w:t>
            </w:r>
            <w:proofErr w:type="spellStart"/>
            <w:r w:rsidRPr="004543E3">
              <w:rPr>
                <w:i/>
                <w:iCs/>
              </w:rPr>
              <w:t>tục</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giữ</w:t>
            </w:r>
            <w:proofErr w:type="spellEnd"/>
            <w:r w:rsidRPr="004543E3">
              <w:rPr>
                <w:i/>
                <w:iCs/>
              </w:rPr>
              <w:t xml:space="preserve"> </w:t>
            </w:r>
            <w:proofErr w:type="spellStart"/>
            <w:r w:rsidRPr="004543E3">
              <w:rPr>
                <w:i/>
                <w:iCs/>
              </w:rPr>
              <w:t>ngạch</w:t>
            </w:r>
            <w:proofErr w:type="spellEnd"/>
            <w:r w:rsidRPr="004543E3">
              <w:rPr>
                <w:i/>
                <w:iCs/>
              </w:rPr>
              <w:t>/</w:t>
            </w:r>
            <w:proofErr w:type="spellStart"/>
            <w:r w:rsidRPr="004543E3">
              <w:rPr>
                <w:i/>
                <w:iCs/>
              </w:rPr>
              <w:t>phải</w:t>
            </w:r>
            <w:proofErr w:type="spellEnd"/>
            <w:r w:rsidRPr="004543E3">
              <w:rPr>
                <w:i/>
                <w:iCs/>
              </w:rPr>
              <w:t xml:space="preserve"> </w:t>
            </w:r>
            <w:proofErr w:type="spellStart"/>
            <w:r w:rsidRPr="004543E3">
              <w:rPr>
                <w:i/>
                <w:iCs/>
              </w:rPr>
              <w:t>thực</w:t>
            </w:r>
            <w:proofErr w:type="spellEnd"/>
            <w:r w:rsidRPr="004543E3">
              <w:rPr>
                <w:i/>
                <w:iCs/>
              </w:rPr>
              <w:t xml:space="preserve"> </w:t>
            </w:r>
            <w:proofErr w:type="spellStart"/>
            <w:r w:rsidRPr="004543E3">
              <w:rPr>
                <w:i/>
                <w:iCs/>
              </w:rPr>
              <w:t>hiện</w:t>
            </w:r>
            <w:proofErr w:type="spellEnd"/>
            <w:r w:rsidRPr="004543E3">
              <w:rPr>
                <w:i/>
                <w:iCs/>
              </w:rPr>
              <w:t xml:space="preserve"> </w:t>
            </w:r>
            <w:proofErr w:type="spellStart"/>
            <w:r w:rsidRPr="004543E3">
              <w:rPr>
                <w:i/>
                <w:iCs/>
              </w:rPr>
              <w:t>đào</w:t>
            </w:r>
            <w:proofErr w:type="spellEnd"/>
            <w:r w:rsidRPr="004543E3">
              <w:rPr>
                <w:i/>
                <w:iCs/>
              </w:rPr>
              <w:t xml:space="preserve"> </w:t>
            </w:r>
            <w:proofErr w:type="spellStart"/>
            <w:r w:rsidRPr="004543E3">
              <w:rPr>
                <w:i/>
                <w:iCs/>
              </w:rPr>
              <w:t>tạo</w:t>
            </w:r>
            <w:proofErr w:type="spellEnd"/>
            <w:r w:rsidRPr="004543E3">
              <w:rPr>
                <w:i/>
                <w:iCs/>
              </w:rPr>
              <w:t xml:space="preserve">, </w:t>
            </w:r>
            <w:proofErr w:type="spellStart"/>
            <w:r w:rsidRPr="004543E3">
              <w:rPr>
                <w:i/>
                <w:iCs/>
              </w:rPr>
              <w:t>bồi</w:t>
            </w:r>
            <w:proofErr w:type="spellEnd"/>
            <w:r w:rsidRPr="004543E3">
              <w:rPr>
                <w:i/>
                <w:iCs/>
              </w:rPr>
              <w:t xml:space="preserve"> </w:t>
            </w:r>
            <w:proofErr w:type="spellStart"/>
            <w:r w:rsidRPr="004543E3">
              <w:rPr>
                <w:i/>
                <w:iCs/>
              </w:rPr>
              <w:t>dưỡng</w:t>
            </w:r>
            <w:proofErr w:type="spellEnd"/>
            <w:r w:rsidRPr="004543E3">
              <w:rPr>
                <w:i/>
                <w:iCs/>
              </w:rPr>
              <w:t xml:space="preserve"> </w:t>
            </w:r>
            <w:proofErr w:type="spellStart"/>
            <w:r w:rsidRPr="004543E3">
              <w:rPr>
                <w:i/>
                <w:iCs/>
              </w:rPr>
              <w:t>hoàn</w:t>
            </w:r>
            <w:proofErr w:type="spellEnd"/>
            <w:r w:rsidRPr="004543E3">
              <w:rPr>
                <w:i/>
                <w:iCs/>
              </w:rPr>
              <w:t xml:space="preserve"> </w:t>
            </w:r>
            <w:proofErr w:type="spellStart"/>
            <w:r w:rsidRPr="004543E3">
              <w:rPr>
                <w:i/>
                <w:iCs/>
              </w:rPr>
              <w:t>thiện</w:t>
            </w:r>
            <w:proofErr w:type="spellEnd"/>
            <w:r w:rsidRPr="004543E3">
              <w:rPr>
                <w:i/>
                <w:iCs/>
              </w:rPr>
              <w:t>…</w:t>
            </w:r>
            <w:r w:rsidRPr="004543E3">
              <w:t xml:space="preserve">”. </w:t>
            </w:r>
            <w:proofErr w:type="spellStart"/>
            <w:r w:rsidRPr="004543E3">
              <w:t>Ngoài</w:t>
            </w:r>
            <w:proofErr w:type="spellEnd"/>
            <w:r w:rsidRPr="004543E3">
              <w:t xml:space="preserve"> </w:t>
            </w:r>
            <w:proofErr w:type="spellStart"/>
            <w:r w:rsidRPr="004543E3">
              <w:t>ra</w:t>
            </w:r>
            <w:proofErr w:type="spellEnd"/>
            <w:r w:rsidRPr="004543E3">
              <w:t xml:space="preserve">, </w:t>
            </w:r>
            <w:proofErr w:type="spellStart"/>
            <w:r w:rsidRPr="004543E3">
              <w:t>bên</w:t>
            </w:r>
            <w:proofErr w:type="spellEnd"/>
            <w:r w:rsidRPr="004543E3">
              <w:t xml:space="preserve"> </w:t>
            </w:r>
            <w:proofErr w:type="spellStart"/>
            <w:r w:rsidRPr="004543E3">
              <w:t>cạnh</w:t>
            </w:r>
            <w:proofErr w:type="spellEnd"/>
            <w:r w:rsidRPr="004543E3">
              <w:t xml:space="preserve"> </w:t>
            </w:r>
            <w:proofErr w:type="spellStart"/>
            <w:r w:rsidRPr="004543E3">
              <w:t>các</w:t>
            </w:r>
            <w:proofErr w:type="spellEnd"/>
            <w:r w:rsidRPr="004543E3">
              <w:t xml:space="preserve"> </w:t>
            </w:r>
            <w:proofErr w:type="spellStart"/>
            <w:r w:rsidRPr="004543E3">
              <w:t>ngạch</w:t>
            </w:r>
            <w:proofErr w:type="spellEnd"/>
            <w:r w:rsidRPr="004543E3">
              <w:t xml:space="preserve"> </w:t>
            </w:r>
            <w:proofErr w:type="spellStart"/>
            <w:r w:rsidRPr="004543E3">
              <w:t>như</w:t>
            </w:r>
            <w:proofErr w:type="spellEnd"/>
            <w:r w:rsidRPr="004543E3">
              <w:t xml:space="preserve"> </w:t>
            </w:r>
            <w:proofErr w:type="spellStart"/>
            <w:r w:rsidRPr="004543E3">
              <w:t>dự</w:t>
            </w:r>
            <w:proofErr w:type="spellEnd"/>
            <w:r w:rsidRPr="004543E3">
              <w:t xml:space="preserve"> </w:t>
            </w:r>
            <w:proofErr w:type="spellStart"/>
            <w:r w:rsidRPr="004543E3">
              <w:t>thảo</w:t>
            </w:r>
            <w:proofErr w:type="spellEnd"/>
            <w:r w:rsidRPr="004543E3">
              <w:t xml:space="preserve"> Thông </w:t>
            </w:r>
            <w:proofErr w:type="spellStart"/>
            <w:r w:rsidRPr="004543E3">
              <w:t>tư</w:t>
            </w:r>
            <w:proofErr w:type="spellEnd"/>
            <w:r w:rsidRPr="004543E3">
              <w:t xml:space="preserve">, Thông </w:t>
            </w:r>
            <w:proofErr w:type="spellStart"/>
            <w:r w:rsidRPr="004543E3">
              <w:t>tư</w:t>
            </w:r>
            <w:proofErr w:type="spellEnd"/>
            <w:r w:rsidRPr="004543E3">
              <w:t xml:space="preserve"> </w:t>
            </w:r>
            <w:proofErr w:type="spellStart"/>
            <w:r w:rsidRPr="004543E3">
              <w:t>số</w:t>
            </w:r>
            <w:proofErr w:type="spellEnd"/>
            <w:r w:rsidRPr="004543E3">
              <w:t xml:space="preserve"> 10/2009/TT-BKHCN </w:t>
            </w:r>
            <w:proofErr w:type="spellStart"/>
            <w:r w:rsidRPr="004543E3">
              <w:t>còn</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ngạch</w:t>
            </w:r>
            <w:proofErr w:type="spellEnd"/>
            <w:r w:rsidRPr="004543E3">
              <w:t xml:space="preserve"> “</w:t>
            </w:r>
            <w:proofErr w:type="spellStart"/>
            <w:r w:rsidRPr="004543E3">
              <w:t>Kiểm</w:t>
            </w:r>
            <w:proofErr w:type="spellEnd"/>
            <w:r w:rsidRPr="004543E3">
              <w:t xml:space="preserve"> </w:t>
            </w:r>
            <w:proofErr w:type="spellStart"/>
            <w:r w:rsidRPr="004543E3">
              <w:t>soát</w:t>
            </w:r>
            <w:proofErr w:type="spellEnd"/>
            <w:r w:rsidRPr="004543E3">
              <w:t xml:space="preserve"> </w:t>
            </w:r>
            <w:proofErr w:type="spellStart"/>
            <w:r w:rsidRPr="004543E3">
              <w:t>viên</w:t>
            </w:r>
            <w:proofErr w:type="spellEnd"/>
            <w:r w:rsidRPr="004543E3">
              <w:t xml:space="preserve"> </w:t>
            </w:r>
            <w:proofErr w:type="spellStart"/>
            <w:r w:rsidRPr="004543E3">
              <w:t>trung</w:t>
            </w:r>
            <w:proofErr w:type="spellEnd"/>
            <w:r w:rsidRPr="004543E3">
              <w:t xml:space="preserve"> </w:t>
            </w:r>
            <w:proofErr w:type="spellStart"/>
            <w:r w:rsidRPr="004543E3">
              <w:t>cấp</w:t>
            </w:r>
            <w:proofErr w:type="spellEnd"/>
            <w:r w:rsidRPr="004543E3">
              <w:t xml:space="preserve"> </w:t>
            </w:r>
            <w:proofErr w:type="spellStart"/>
            <w:r w:rsidRPr="004543E3">
              <w:t>chất</w:t>
            </w:r>
            <w:proofErr w:type="spellEnd"/>
            <w:r w:rsidRPr="004543E3">
              <w:t xml:space="preserve"> </w:t>
            </w:r>
            <w:proofErr w:type="spellStart"/>
            <w:r w:rsidRPr="004543E3">
              <w:t>lượng</w:t>
            </w:r>
            <w:proofErr w:type="spellEnd"/>
            <w:r w:rsidRPr="004543E3">
              <w:t xml:space="preserve"> </w:t>
            </w:r>
            <w:proofErr w:type="spellStart"/>
            <w:r w:rsidRPr="004543E3">
              <w:t>sản</w:t>
            </w:r>
            <w:proofErr w:type="spellEnd"/>
            <w:r w:rsidRPr="004543E3">
              <w:t xml:space="preserve"> </w:t>
            </w:r>
            <w:proofErr w:type="spellStart"/>
            <w:r w:rsidRPr="004543E3">
              <w:t>phẩm</w:t>
            </w:r>
            <w:proofErr w:type="spellEnd"/>
            <w:r w:rsidRPr="004543E3">
              <w:t xml:space="preserve">, </w:t>
            </w:r>
            <w:proofErr w:type="spellStart"/>
            <w:r w:rsidRPr="004543E3">
              <w:t>hàng</w:t>
            </w:r>
            <w:proofErr w:type="spellEnd"/>
            <w:r w:rsidRPr="004543E3">
              <w:t xml:space="preserve"> </w:t>
            </w:r>
            <w:proofErr w:type="spellStart"/>
            <w:r w:rsidRPr="004543E3">
              <w:t>hoá</w:t>
            </w:r>
            <w:proofErr w:type="spellEnd"/>
            <w:r w:rsidRPr="004543E3">
              <w:t>” (</w:t>
            </w:r>
            <w:proofErr w:type="spellStart"/>
            <w:r w:rsidRPr="004543E3">
              <w:t>khoản</w:t>
            </w:r>
            <w:proofErr w:type="spellEnd"/>
            <w:r w:rsidRPr="004543E3">
              <w:t xml:space="preserve"> 4 </w:t>
            </w:r>
            <w:proofErr w:type="spellStart"/>
            <w:r w:rsidRPr="004543E3">
              <w:t>Điều</w:t>
            </w:r>
            <w:proofErr w:type="spellEnd"/>
            <w:r w:rsidRPr="004543E3">
              <w:t xml:space="preserve"> 3),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rõ</w:t>
            </w:r>
            <w:proofErr w:type="spellEnd"/>
            <w:r w:rsidRPr="004543E3">
              <w:t xml:space="preserve"> </w:t>
            </w:r>
            <w:proofErr w:type="spellStart"/>
            <w:r w:rsidRPr="004543E3">
              <w:t>việc</w:t>
            </w:r>
            <w:proofErr w:type="spellEnd"/>
            <w:r w:rsidRPr="004543E3">
              <w:t xml:space="preserve"> </w:t>
            </w:r>
            <w:proofErr w:type="spellStart"/>
            <w:r w:rsidRPr="004543E3">
              <w:t>xử</w:t>
            </w:r>
            <w:proofErr w:type="spellEnd"/>
            <w:r w:rsidRPr="004543E3">
              <w:t xml:space="preserve"> </w:t>
            </w:r>
            <w:proofErr w:type="spellStart"/>
            <w:r w:rsidRPr="004543E3">
              <w:t>lý</w:t>
            </w:r>
            <w:proofErr w:type="spellEnd"/>
            <w:r w:rsidRPr="004543E3">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các</w:t>
            </w:r>
            <w:proofErr w:type="spellEnd"/>
            <w:r w:rsidRPr="004543E3">
              <w:t xml:space="preserve"> </w:t>
            </w:r>
            <w:proofErr w:type="spellStart"/>
            <w:r w:rsidRPr="004543E3">
              <w:t>trường</w:t>
            </w:r>
            <w:proofErr w:type="spellEnd"/>
            <w:r w:rsidRPr="004543E3">
              <w:t xml:space="preserve"> </w:t>
            </w:r>
            <w:proofErr w:type="spellStart"/>
            <w:r w:rsidRPr="004543E3">
              <w:t>hợp</w:t>
            </w:r>
            <w:proofErr w:type="spellEnd"/>
            <w:r w:rsidRPr="004543E3">
              <w:t xml:space="preserve"> </w:t>
            </w:r>
            <w:proofErr w:type="spellStart"/>
            <w:r w:rsidRPr="004543E3">
              <w:t>đã</w:t>
            </w:r>
            <w:proofErr w:type="spellEnd"/>
            <w:r w:rsidRPr="004543E3">
              <w:t xml:space="preserve"> </w:t>
            </w:r>
            <w:proofErr w:type="spellStart"/>
            <w:r w:rsidRPr="004543E3">
              <w:t>được</w:t>
            </w:r>
            <w:proofErr w:type="spellEnd"/>
            <w:r w:rsidRPr="004543E3">
              <w:t xml:space="preserve"> </w:t>
            </w:r>
            <w:proofErr w:type="spellStart"/>
            <w:r w:rsidRPr="004543E3">
              <w:t>bổ</w:t>
            </w:r>
            <w:proofErr w:type="spellEnd"/>
            <w:r w:rsidRPr="004543E3">
              <w:t xml:space="preserve"> </w:t>
            </w:r>
            <w:proofErr w:type="spellStart"/>
            <w:r w:rsidRPr="004543E3">
              <w:t>nhiệm</w:t>
            </w:r>
            <w:proofErr w:type="spellEnd"/>
            <w:r w:rsidRPr="004543E3">
              <w:t xml:space="preserve"> </w:t>
            </w:r>
            <w:proofErr w:type="spellStart"/>
            <w:r w:rsidRPr="004543E3">
              <w:t>vào</w:t>
            </w:r>
            <w:proofErr w:type="spellEnd"/>
            <w:r w:rsidRPr="004543E3">
              <w:t xml:space="preserve"> </w:t>
            </w:r>
            <w:proofErr w:type="spellStart"/>
            <w:r w:rsidRPr="004543E3">
              <w:t>ngạch</w:t>
            </w:r>
            <w:proofErr w:type="spellEnd"/>
            <w:r w:rsidRPr="004543E3">
              <w:t xml:space="preserve"> </w:t>
            </w:r>
            <w:proofErr w:type="spellStart"/>
            <w:r w:rsidRPr="004543E3">
              <w:t>này</w:t>
            </w:r>
            <w:proofErr w:type="spellEnd"/>
            <w:r w:rsidRPr="004543E3">
              <w:t>.</w:t>
            </w:r>
          </w:p>
        </w:tc>
        <w:tc>
          <w:tcPr>
            <w:tcW w:w="3165" w:type="dxa"/>
          </w:tcPr>
          <w:p w14:paraId="27B43CD1" w14:textId="77777777" w:rsidR="00BE5D3B" w:rsidRPr="004543E3" w:rsidRDefault="00BE5D3B" w:rsidP="00BE5D3B">
            <w:pPr>
              <w:jc w:val="both"/>
              <w:rPr>
                <w:szCs w:val="26"/>
              </w:rPr>
            </w:pPr>
            <w:r w:rsidRPr="004543E3">
              <w:rPr>
                <w:szCs w:val="26"/>
              </w:rPr>
              <w:lastRenderedPageBreak/>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bô</w:t>
            </w:r>
            <w:proofErr w:type="spellEnd"/>
            <w:r w:rsidRPr="004543E3">
              <w:rPr>
                <w:szCs w:val="26"/>
              </w:rPr>
              <w:t xml:space="preserve">̉ </w:t>
            </w:r>
            <w:r w:rsidRPr="004543E3">
              <w:rPr>
                <w:szCs w:val="26"/>
              </w:rPr>
              <w:lastRenderedPageBreak/>
              <w:t xml:space="preserve">sung </w:t>
            </w:r>
            <w:proofErr w:type="spellStart"/>
            <w:r w:rsidRPr="004543E3">
              <w:rPr>
                <w:szCs w:val="26"/>
              </w:rPr>
              <w:t>nội</w:t>
            </w:r>
            <w:proofErr w:type="spellEnd"/>
            <w:r w:rsidRPr="004543E3">
              <w:rPr>
                <w:szCs w:val="26"/>
              </w:rPr>
              <w:t xml:space="preserve"> dung </w:t>
            </w:r>
            <w:proofErr w:type="spellStart"/>
            <w:r w:rsidRPr="004543E3">
              <w:rPr>
                <w:szCs w:val="26"/>
              </w:rPr>
              <w:t>vào</w:t>
            </w:r>
            <w:proofErr w:type="spellEnd"/>
            <w:r w:rsidRPr="004543E3">
              <w:rPr>
                <w:szCs w:val="26"/>
              </w:rPr>
              <w:t xml:space="preserve"> </w:t>
            </w:r>
            <w:proofErr w:type="spellStart"/>
            <w:r w:rsidRPr="004543E3">
              <w:rPr>
                <w:szCs w:val="26"/>
              </w:rPr>
              <w:t>dư</w:t>
            </w:r>
            <w:proofErr w:type="spellEnd"/>
            <w:r w:rsidRPr="004543E3">
              <w:rPr>
                <w:szCs w:val="26"/>
              </w:rPr>
              <w:t xml:space="preserve">̣ </w:t>
            </w:r>
            <w:proofErr w:type="spellStart"/>
            <w:r w:rsidRPr="004543E3">
              <w:rPr>
                <w:szCs w:val="26"/>
              </w:rPr>
              <w:t>thảo</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đê</w:t>
            </w:r>
            <w:proofErr w:type="spellEnd"/>
            <w:r w:rsidRPr="004543E3">
              <w:rPr>
                <w:szCs w:val="26"/>
              </w:rPr>
              <w:t xml:space="preserve">̉ </w:t>
            </w:r>
            <w:proofErr w:type="spellStart"/>
            <w:r w:rsidRPr="004543E3">
              <w:rPr>
                <w:szCs w:val="26"/>
              </w:rPr>
              <w:t>phu</w:t>
            </w:r>
            <w:proofErr w:type="spellEnd"/>
            <w:r w:rsidRPr="004543E3">
              <w:rPr>
                <w:szCs w:val="26"/>
              </w:rPr>
              <w:t xml:space="preserve">̀ </w:t>
            </w:r>
            <w:proofErr w:type="spellStart"/>
            <w:r w:rsidRPr="004543E3">
              <w:rPr>
                <w:szCs w:val="26"/>
              </w:rPr>
              <w:t>hợp</w:t>
            </w:r>
            <w:proofErr w:type="spellEnd"/>
            <w:r w:rsidRPr="004543E3">
              <w:rPr>
                <w:szCs w:val="26"/>
              </w:rPr>
              <w:t xml:space="preserve"> </w:t>
            </w:r>
            <w:proofErr w:type="spellStart"/>
            <w:r w:rsidRPr="004543E3">
              <w:rPr>
                <w:szCs w:val="26"/>
              </w:rPr>
              <w:t>với</w:t>
            </w:r>
            <w:proofErr w:type="spellEnd"/>
            <w:r w:rsidRPr="004543E3">
              <w:rPr>
                <w:szCs w:val="26"/>
              </w:rPr>
              <w:t xml:space="preserve"> </w:t>
            </w:r>
            <w:proofErr w:type="spellStart"/>
            <w:r w:rsidRPr="004543E3">
              <w:rPr>
                <w:szCs w:val="26"/>
              </w:rPr>
              <w:t>các</w:t>
            </w:r>
            <w:proofErr w:type="spellEnd"/>
            <w:r w:rsidRPr="004543E3">
              <w:rPr>
                <w:szCs w:val="26"/>
              </w:rPr>
              <w:t xml:space="preserve"> </w:t>
            </w:r>
            <w:proofErr w:type="spellStart"/>
            <w:r w:rsidRPr="004543E3">
              <w:rPr>
                <w:szCs w:val="26"/>
              </w:rPr>
              <w:t>văn</w:t>
            </w:r>
            <w:proofErr w:type="spellEnd"/>
            <w:r w:rsidRPr="004543E3">
              <w:rPr>
                <w:szCs w:val="26"/>
              </w:rPr>
              <w:t xml:space="preserve"> bản </w:t>
            </w:r>
            <w:proofErr w:type="spellStart"/>
            <w:r w:rsidRPr="004543E3">
              <w:rPr>
                <w:szCs w:val="26"/>
              </w:rPr>
              <w:t>hiện</w:t>
            </w:r>
            <w:proofErr w:type="spellEnd"/>
            <w:r w:rsidRPr="004543E3">
              <w:rPr>
                <w:szCs w:val="26"/>
              </w:rPr>
              <w:t xml:space="preserve"> </w:t>
            </w:r>
            <w:proofErr w:type="spellStart"/>
            <w:r w:rsidRPr="004543E3">
              <w:rPr>
                <w:szCs w:val="26"/>
              </w:rPr>
              <w:t>hành</w:t>
            </w:r>
            <w:proofErr w:type="spellEnd"/>
            <w:r w:rsidRPr="004543E3">
              <w:rPr>
                <w:szCs w:val="26"/>
              </w:rPr>
              <w:t>.</w:t>
            </w:r>
          </w:p>
          <w:p w14:paraId="488DE9D4" w14:textId="77777777" w:rsidR="00BE5D3B" w:rsidRPr="004543E3" w:rsidRDefault="00BE5D3B" w:rsidP="00BE5D3B">
            <w:pPr>
              <w:jc w:val="both"/>
              <w:rPr>
                <w:szCs w:val="26"/>
              </w:rPr>
            </w:pPr>
          </w:p>
          <w:p w14:paraId="075043EF" w14:textId="77777777" w:rsidR="00BE5D3B" w:rsidRPr="004543E3" w:rsidRDefault="00BE5D3B" w:rsidP="00BE5D3B">
            <w:pPr>
              <w:jc w:val="both"/>
              <w:rPr>
                <w:szCs w:val="26"/>
              </w:rPr>
            </w:pPr>
          </w:p>
          <w:p w14:paraId="2D4ADA1A" w14:textId="77777777" w:rsidR="00BE5D3B" w:rsidRPr="004543E3" w:rsidRDefault="00BE5D3B" w:rsidP="00BE5D3B">
            <w:pPr>
              <w:jc w:val="both"/>
              <w:rPr>
                <w:szCs w:val="26"/>
              </w:rPr>
            </w:pPr>
          </w:p>
          <w:p w14:paraId="2B9DECB7" w14:textId="77777777" w:rsidR="00BE5D3B" w:rsidRPr="004543E3" w:rsidRDefault="00BE5D3B" w:rsidP="00BE5D3B">
            <w:pPr>
              <w:jc w:val="both"/>
              <w:rPr>
                <w:szCs w:val="26"/>
              </w:rPr>
            </w:pPr>
          </w:p>
          <w:p w14:paraId="79FEC501" w14:textId="77777777" w:rsidR="00BE5D3B" w:rsidRPr="004543E3" w:rsidRDefault="00BE5D3B" w:rsidP="00BE5D3B">
            <w:pPr>
              <w:spacing w:after="120" w:line="320" w:lineRule="exact"/>
              <w:jc w:val="both"/>
              <w:rPr>
                <w:szCs w:val="26"/>
              </w:rPr>
            </w:pPr>
          </w:p>
        </w:tc>
      </w:tr>
      <w:tr w:rsidR="00BE5D3B" w:rsidRPr="004543E3" w14:paraId="6E972EFA" w14:textId="77777777" w:rsidTr="00FF0027">
        <w:tc>
          <w:tcPr>
            <w:tcW w:w="1098" w:type="dxa"/>
          </w:tcPr>
          <w:p w14:paraId="42C233D5" w14:textId="77777777" w:rsidR="00BE5D3B" w:rsidRPr="004543E3" w:rsidRDefault="00BE5D3B" w:rsidP="00BE5D3B">
            <w:pPr>
              <w:jc w:val="both"/>
            </w:pPr>
          </w:p>
        </w:tc>
        <w:tc>
          <w:tcPr>
            <w:tcW w:w="5113" w:type="dxa"/>
          </w:tcPr>
          <w:p w14:paraId="648EF714" w14:textId="77777777" w:rsidR="00BE5D3B" w:rsidRPr="004543E3" w:rsidRDefault="00BE5D3B" w:rsidP="009678B4">
            <w:pPr>
              <w:spacing w:before="120" w:after="120" w:line="240" w:lineRule="auto"/>
              <w:ind w:firstLine="709"/>
              <w:jc w:val="both"/>
              <w:rPr>
                <w:szCs w:val="26"/>
              </w:rPr>
            </w:pPr>
            <w:r w:rsidRPr="004543E3">
              <w:rPr>
                <w:szCs w:val="26"/>
              </w:rPr>
              <w:t xml:space="preserve">3.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nghiệm</w:t>
            </w:r>
            <w:proofErr w:type="spellEnd"/>
            <w:r w:rsidRPr="004543E3">
              <w:rPr>
                <w:szCs w:val="26"/>
              </w:rPr>
              <w:t xml:space="preserve"> </w:t>
            </w:r>
            <w:proofErr w:type="spellStart"/>
            <w:r w:rsidRPr="004543E3">
              <w:rPr>
                <w:szCs w:val="26"/>
              </w:rPr>
              <w:t>thu</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Luật</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văn</w:t>
            </w:r>
            <w:proofErr w:type="spellEnd"/>
            <w:r w:rsidRPr="004543E3">
              <w:rPr>
                <w:szCs w:val="26"/>
              </w:rPr>
              <w:t xml:space="preserve"> </w:t>
            </w:r>
            <w:proofErr w:type="spellStart"/>
            <w:r w:rsidRPr="004543E3">
              <w:rPr>
                <w:szCs w:val="26"/>
              </w:rPr>
              <w:t>bản</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chi </w:t>
            </w:r>
            <w:proofErr w:type="spellStart"/>
            <w:r w:rsidRPr="004543E3">
              <w:rPr>
                <w:szCs w:val="26"/>
              </w:rPr>
              <w:t>tiết</w:t>
            </w:r>
            <w:proofErr w:type="spellEnd"/>
            <w:r w:rsidRPr="004543E3">
              <w:rPr>
                <w:szCs w:val="26"/>
              </w:rPr>
              <w:t xml:space="preserve">, </w:t>
            </w:r>
            <w:proofErr w:type="spellStart"/>
            <w:r w:rsidRPr="004543E3">
              <w:rPr>
                <w:szCs w:val="26"/>
              </w:rPr>
              <w:t>hướng</w:t>
            </w:r>
            <w:proofErr w:type="spellEnd"/>
            <w:r w:rsidRPr="004543E3">
              <w:rPr>
                <w:szCs w:val="26"/>
              </w:rPr>
              <w:t xml:space="preserve"> </w:t>
            </w:r>
            <w:proofErr w:type="spellStart"/>
            <w:r w:rsidRPr="004543E3">
              <w:rPr>
                <w:szCs w:val="26"/>
              </w:rPr>
              <w:t>dẫn</w:t>
            </w:r>
            <w:proofErr w:type="spellEnd"/>
            <w:r w:rsidRPr="004543E3">
              <w:rPr>
                <w:szCs w:val="26"/>
              </w:rPr>
              <w:t xml:space="preserve"> </w:t>
            </w:r>
            <w:proofErr w:type="spellStart"/>
            <w:r w:rsidRPr="004543E3">
              <w:rPr>
                <w:szCs w:val="26"/>
              </w:rPr>
              <w:t>thi</w:t>
            </w:r>
            <w:proofErr w:type="spellEnd"/>
            <w:r w:rsidRPr="004543E3">
              <w:rPr>
                <w:szCs w:val="26"/>
              </w:rPr>
              <w:t xml:space="preserve"> </w:t>
            </w:r>
            <w:proofErr w:type="spellStart"/>
            <w:r w:rsidRPr="004543E3">
              <w:rPr>
                <w:szCs w:val="26"/>
              </w:rPr>
              <w:t>hành</w:t>
            </w:r>
            <w:proofErr w:type="spellEnd"/>
            <w:r w:rsidRPr="004543E3">
              <w:rPr>
                <w:szCs w:val="26"/>
              </w:rPr>
              <w:t xml:space="preserve"> </w:t>
            </w:r>
            <w:proofErr w:type="spellStart"/>
            <w:r w:rsidRPr="004543E3">
              <w:rPr>
                <w:szCs w:val="26"/>
              </w:rPr>
              <w:t>Luật</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đã</w:t>
            </w:r>
            <w:proofErr w:type="spellEnd"/>
            <w:r w:rsidRPr="004543E3">
              <w:rPr>
                <w:szCs w:val="26"/>
              </w:rPr>
              <w:t xml:space="preserve"> </w:t>
            </w:r>
            <w:proofErr w:type="spellStart"/>
            <w:r w:rsidRPr="004543E3">
              <w:rPr>
                <w:szCs w:val="26"/>
              </w:rPr>
              <w:t>được</w:t>
            </w:r>
            <w:proofErr w:type="spellEnd"/>
            <w:r w:rsidRPr="004543E3">
              <w:rPr>
                <w:szCs w:val="26"/>
              </w:rPr>
              <w:t xml:space="preserve"> </w:t>
            </w:r>
            <w:proofErr w:type="spellStart"/>
            <w:r w:rsidRPr="004543E3">
              <w:rPr>
                <w:szCs w:val="26"/>
              </w:rPr>
              <w:t>đánh</w:t>
            </w:r>
            <w:proofErr w:type="spellEnd"/>
            <w:r w:rsidRPr="004543E3">
              <w:rPr>
                <w:szCs w:val="26"/>
              </w:rPr>
              <w:t xml:space="preserve"> </w:t>
            </w:r>
            <w:proofErr w:type="spellStart"/>
            <w:r w:rsidRPr="004543E3">
              <w:rPr>
                <w:szCs w:val="26"/>
              </w:rPr>
              <w:t>giá</w:t>
            </w:r>
            <w:proofErr w:type="spellEnd"/>
            <w:r w:rsidRPr="004543E3">
              <w:rPr>
                <w:szCs w:val="26"/>
              </w:rPr>
              <w:t xml:space="preserve"> </w:t>
            </w:r>
            <w:proofErr w:type="spellStart"/>
            <w:r w:rsidRPr="004543E3">
              <w:rPr>
                <w:szCs w:val="26"/>
              </w:rPr>
              <w:t>cuối</w:t>
            </w:r>
            <w:proofErr w:type="spellEnd"/>
            <w:r w:rsidRPr="004543E3">
              <w:rPr>
                <w:szCs w:val="26"/>
              </w:rPr>
              <w:t xml:space="preserve"> </w:t>
            </w:r>
            <w:proofErr w:type="spellStart"/>
            <w:r w:rsidRPr="004543E3">
              <w:rPr>
                <w:szCs w:val="26"/>
              </w:rPr>
              <w:t>kỳ</w:t>
            </w:r>
            <w:proofErr w:type="spellEnd"/>
            <w:r w:rsidRPr="004543E3">
              <w:rPr>
                <w:szCs w:val="26"/>
              </w:rPr>
              <w:t xml:space="preserve"> </w:t>
            </w:r>
            <w:proofErr w:type="spellStart"/>
            <w:r w:rsidRPr="004543E3">
              <w:rPr>
                <w:szCs w:val="26"/>
              </w:rPr>
              <w:t>đạt</w:t>
            </w:r>
            <w:proofErr w:type="spellEnd"/>
            <w:r w:rsidRPr="004543E3">
              <w:rPr>
                <w:szCs w:val="26"/>
              </w:rPr>
              <w:t xml:space="preserve"> </w:t>
            </w:r>
            <w:proofErr w:type="spellStart"/>
            <w:r w:rsidRPr="004543E3">
              <w:rPr>
                <w:szCs w:val="26"/>
              </w:rPr>
              <w:t>kết</w:t>
            </w:r>
            <w:proofErr w:type="spellEnd"/>
            <w:r w:rsidRPr="004543E3">
              <w:rPr>
                <w:szCs w:val="26"/>
              </w:rPr>
              <w:t xml:space="preserve"> </w:t>
            </w:r>
            <w:proofErr w:type="spellStart"/>
            <w:r w:rsidRPr="004543E3">
              <w:rPr>
                <w:szCs w:val="26"/>
              </w:rPr>
              <w:t>quả</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mục</w:t>
            </w:r>
            <w:proofErr w:type="spellEnd"/>
            <w:r w:rsidRPr="004543E3">
              <w:rPr>
                <w:szCs w:val="26"/>
              </w:rPr>
              <w:t xml:space="preserve"> </w:t>
            </w:r>
            <w:proofErr w:type="spellStart"/>
            <w:r w:rsidRPr="004543E3">
              <w:rPr>
                <w:szCs w:val="26"/>
              </w:rPr>
              <w:t>tiêu</w:t>
            </w:r>
            <w:proofErr w:type="spellEnd"/>
            <w:r w:rsidRPr="004543E3">
              <w:rPr>
                <w:szCs w:val="26"/>
              </w:rPr>
              <w:t xml:space="preserve"> </w:t>
            </w:r>
            <w:proofErr w:type="spellStart"/>
            <w:r w:rsidRPr="004543E3">
              <w:rPr>
                <w:szCs w:val="26"/>
              </w:rPr>
              <w:t>đề</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Luật</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như</w:t>
            </w:r>
            <w:proofErr w:type="spellEnd"/>
            <w:r w:rsidRPr="004543E3">
              <w:rPr>
                <w:szCs w:val="26"/>
              </w:rPr>
              <w:t xml:space="preserve"> </w:t>
            </w:r>
            <w:proofErr w:type="spellStart"/>
            <w:r w:rsidRPr="004543E3">
              <w:rPr>
                <w:szCs w:val="26"/>
              </w:rPr>
              <w:t>sau</w:t>
            </w:r>
            <w:proofErr w:type="spellEnd"/>
            <w:r w:rsidRPr="004543E3">
              <w:rPr>
                <w:szCs w:val="26"/>
              </w:rPr>
              <w:t>:</w:t>
            </w:r>
          </w:p>
          <w:p w14:paraId="5BA9A8DC" w14:textId="77777777" w:rsidR="00BE5D3B" w:rsidRPr="004543E3" w:rsidRDefault="00BE5D3B" w:rsidP="009678B4">
            <w:pPr>
              <w:spacing w:before="120" w:after="120" w:line="240" w:lineRule="auto"/>
              <w:ind w:firstLine="709"/>
              <w:jc w:val="both"/>
              <w:rPr>
                <w:szCs w:val="26"/>
              </w:rPr>
            </w:pPr>
            <w:r w:rsidRPr="004543E3">
              <w:rPr>
                <w:szCs w:val="26"/>
              </w:rPr>
              <w:t xml:space="preserve">a)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quốc</w:t>
            </w:r>
            <w:proofErr w:type="spellEnd"/>
            <w:r w:rsidRPr="004543E3">
              <w:rPr>
                <w:szCs w:val="26"/>
              </w:rPr>
              <w:t xml:space="preserve"> </w:t>
            </w:r>
            <w:proofErr w:type="spellStart"/>
            <w:r w:rsidRPr="004543E3">
              <w:rPr>
                <w:szCs w:val="26"/>
              </w:rPr>
              <w:t>gia</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khuôn</w:t>
            </w:r>
            <w:proofErr w:type="spellEnd"/>
            <w:r w:rsidRPr="004543E3">
              <w:rPr>
                <w:szCs w:val="26"/>
              </w:rPr>
              <w:t xml:space="preserve"> </w:t>
            </w:r>
            <w:proofErr w:type="spellStart"/>
            <w:r w:rsidRPr="004543E3">
              <w:rPr>
                <w:szCs w:val="26"/>
              </w:rPr>
              <w:t>khổ</w:t>
            </w:r>
            <w:proofErr w:type="spellEnd"/>
            <w:r w:rsidRPr="004543E3">
              <w:rPr>
                <w:szCs w:val="26"/>
              </w:rPr>
              <w:t xml:space="preserve"> </w:t>
            </w:r>
            <w:proofErr w:type="spellStart"/>
            <w:r w:rsidRPr="004543E3">
              <w:rPr>
                <w:szCs w:val="26"/>
              </w:rPr>
              <w:t>chương</w:t>
            </w:r>
            <w:proofErr w:type="spellEnd"/>
            <w:r w:rsidRPr="004543E3">
              <w:rPr>
                <w:szCs w:val="26"/>
              </w:rPr>
              <w:t xml:space="preserve"> </w:t>
            </w:r>
            <w:proofErr w:type="spellStart"/>
            <w:r w:rsidRPr="004543E3">
              <w:rPr>
                <w:szCs w:val="26"/>
              </w:rPr>
              <w:t>trình</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quốc</w:t>
            </w:r>
            <w:proofErr w:type="spellEnd"/>
            <w:r w:rsidRPr="004543E3">
              <w:rPr>
                <w:szCs w:val="26"/>
              </w:rPr>
              <w:t xml:space="preserve"> </w:t>
            </w:r>
            <w:proofErr w:type="spellStart"/>
            <w:r w:rsidRPr="004543E3">
              <w:rPr>
                <w:szCs w:val="26"/>
              </w:rPr>
              <w:t>gia</w:t>
            </w:r>
            <w:proofErr w:type="spellEnd"/>
            <w:r w:rsidRPr="004543E3">
              <w:rPr>
                <w:szCs w:val="26"/>
              </w:rPr>
              <w:t>;</w:t>
            </w:r>
          </w:p>
          <w:p w14:paraId="16BFDDA9" w14:textId="77777777" w:rsidR="00BE5D3B" w:rsidRPr="004543E3" w:rsidRDefault="00BE5D3B" w:rsidP="009678B4">
            <w:pPr>
              <w:spacing w:before="120" w:after="120" w:line="240" w:lineRule="auto"/>
              <w:ind w:firstLine="709"/>
              <w:jc w:val="both"/>
              <w:rPr>
                <w:szCs w:val="26"/>
              </w:rPr>
            </w:pPr>
            <w:r w:rsidRPr="004543E3">
              <w:rPr>
                <w:szCs w:val="26"/>
              </w:rPr>
              <w:t xml:space="preserve">b)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tỉnh</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khuôn</w:t>
            </w:r>
            <w:proofErr w:type="spellEnd"/>
            <w:r w:rsidRPr="004543E3">
              <w:rPr>
                <w:szCs w:val="26"/>
              </w:rPr>
              <w:t xml:space="preserve"> </w:t>
            </w:r>
            <w:proofErr w:type="spellStart"/>
            <w:r w:rsidRPr="004543E3">
              <w:rPr>
                <w:szCs w:val="26"/>
              </w:rPr>
              <w:t>khổ</w:t>
            </w:r>
            <w:proofErr w:type="spellEnd"/>
            <w:r w:rsidRPr="004543E3">
              <w:rPr>
                <w:szCs w:val="26"/>
              </w:rPr>
              <w:t xml:space="preserve"> </w:t>
            </w:r>
            <w:proofErr w:type="spellStart"/>
            <w:r w:rsidRPr="004543E3">
              <w:rPr>
                <w:szCs w:val="26"/>
              </w:rPr>
              <w:lastRenderedPageBreak/>
              <w:t>chương</w:t>
            </w:r>
            <w:proofErr w:type="spellEnd"/>
            <w:r w:rsidRPr="004543E3">
              <w:rPr>
                <w:szCs w:val="26"/>
              </w:rPr>
              <w:t xml:space="preserve"> </w:t>
            </w:r>
            <w:proofErr w:type="spellStart"/>
            <w:r w:rsidRPr="004543E3">
              <w:rPr>
                <w:szCs w:val="26"/>
              </w:rPr>
              <w:t>trình</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của</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ngang</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thuộc</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khác</w:t>
            </w:r>
            <w:proofErr w:type="spellEnd"/>
            <w:r w:rsidRPr="004543E3">
              <w:rPr>
                <w:szCs w:val="26"/>
              </w:rPr>
              <w:t xml:space="preserve"> ở </w:t>
            </w:r>
            <w:proofErr w:type="spellStart"/>
            <w:r w:rsidRPr="004543E3">
              <w:rPr>
                <w:szCs w:val="26"/>
              </w:rPr>
              <w:t>trung</w:t>
            </w:r>
            <w:proofErr w:type="spellEnd"/>
            <w:r w:rsidRPr="004543E3">
              <w:rPr>
                <w:szCs w:val="26"/>
              </w:rPr>
              <w:t xml:space="preserve"> </w:t>
            </w:r>
            <w:proofErr w:type="spellStart"/>
            <w:r w:rsidRPr="004543E3">
              <w:rPr>
                <w:szCs w:val="26"/>
              </w:rPr>
              <w:t>ương</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Ủy</w:t>
            </w:r>
            <w:proofErr w:type="spellEnd"/>
            <w:r w:rsidRPr="004543E3">
              <w:rPr>
                <w:szCs w:val="26"/>
              </w:rPr>
              <w:t xml:space="preserve"> ban </w:t>
            </w:r>
            <w:proofErr w:type="spellStart"/>
            <w:r w:rsidRPr="004543E3">
              <w:rPr>
                <w:szCs w:val="26"/>
              </w:rPr>
              <w:t>nhân</w:t>
            </w:r>
            <w:proofErr w:type="spellEnd"/>
            <w:r w:rsidRPr="004543E3">
              <w:rPr>
                <w:szCs w:val="26"/>
              </w:rPr>
              <w:t xml:space="preserve"> </w:t>
            </w:r>
            <w:proofErr w:type="spellStart"/>
            <w:r w:rsidRPr="004543E3">
              <w:rPr>
                <w:szCs w:val="26"/>
              </w:rPr>
              <w:t>dân</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tỉnh</w:t>
            </w:r>
            <w:proofErr w:type="spellEnd"/>
            <w:r w:rsidRPr="004543E3">
              <w:rPr>
                <w:szCs w:val="26"/>
              </w:rPr>
              <w:t>;</w:t>
            </w:r>
          </w:p>
          <w:p w14:paraId="2F4B4E8B" w14:textId="59A758C9" w:rsidR="00BE5D3B" w:rsidRPr="004543E3" w:rsidRDefault="00BE5D3B" w:rsidP="009678B4">
            <w:pPr>
              <w:spacing w:before="120" w:after="120" w:line="240" w:lineRule="auto"/>
              <w:ind w:firstLine="709"/>
              <w:jc w:val="both"/>
              <w:rPr>
                <w:i/>
                <w:iCs/>
                <w:sz w:val="28"/>
                <w:szCs w:val="28"/>
                <w:lang w:val="de-DE"/>
              </w:rPr>
            </w:pPr>
            <w:r w:rsidRPr="004543E3">
              <w:rPr>
                <w:szCs w:val="26"/>
              </w:rPr>
              <w:t xml:space="preserve">c)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sở</w:t>
            </w:r>
            <w:proofErr w:type="spellEnd"/>
            <w:r w:rsidRPr="004543E3">
              <w:rPr>
                <w:szCs w:val="26"/>
              </w:rPr>
              <w:t xml:space="preserve"> </w:t>
            </w:r>
            <w:proofErr w:type="spellStart"/>
            <w:r w:rsidRPr="004543E3">
              <w:rPr>
                <w:szCs w:val="26"/>
              </w:rPr>
              <w:t>tương</w:t>
            </w:r>
            <w:proofErr w:type="spellEnd"/>
            <w:r w:rsidRPr="004543E3">
              <w:rPr>
                <w:szCs w:val="26"/>
              </w:rPr>
              <w:t xml:space="preserve"> </w:t>
            </w:r>
            <w:proofErr w:type="spellStart"/>
            <w:r w:rsidRPr="004543E3">
              <w:rPr>
                <w:szCs w:val="26"/>
              </w:rPr>
              <w:t>đương</w:t>
            </w:r>
            <w:proofErr w:type="spellEnd"/>
            <w:r w:rsidRPr="004543E3">
              <w:rPr>
                <w:szCs w:val="26"/>
              </w:rPr>
              <w:t xml:space="preserve"> </w:t>
            </w:r>
            <w:proofErr w:type="spellStart"/>
            <w:r w:rsidRPr="004543E3">
              <w:rPr>
                <w:szCs w:val="26"/>
              </w:rPr>
              <w:t>nhiệm</w:t>
            </w:r>
            <w:proofErr w:type="spellEnd"/>
            <w:r w:rsidRPr="004543E3">
              <w:rPr>
                <w:szCs w:val="26"/>
              </w:rPr>
              <w:t xml:space="preserve"> </w:t>
            </w:r>
            <w:proofErr w:type="spellStart"/>
            <w:r w:rsidRPr="004543E3">
              <w:rPr>
                <w:szCs w:val="26"/>
              </w:rPr>
              <w:t>vụ</w:t>
            </w:r>
            <w:proofErr w:type="spellEnd"/>
            <w:r w:rsidRPr="004543E3">
              <w:rPr>
                <w:szCs w:val="26"/>
              </w:rPr>
              <w:t xml:space="preserve"> khoa </w:t>
            </w:r>
            <w:proofErr w:type="spellStart"/>
            <w:r w:rsidRPr="004543E3">
              <w:rPr>
                <w:szCs w:val="26"/>
              </w:rPr>
              <w:t>học</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nghệ</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đổi</w:t>
            </w:r>
            <w:proofErr w:type="spellEnd"/>
            <w:r w:rsidRPr="004543E3">
              <w:rPr>
                <w:szCs w:val="26"/>
              </w:rPr>
              <w:t xml:space="preserve"> </w:t>
            </w:r>
            <w:proofErr w:type="spellStart"/>
            <w:r w:rsidRPr="004543E3">
              <w:rPr>
                <w:szCs w:val="26"/>
              </w:rPr>
              <w:t>mới</w:t>
            </w:r>
            <w:proofErr w:type="spellEnd"/>
            <w:r w:rsidRPr="004543E3">
              <w:rPr>
                <w:szCs w:val="26"/>
              </w:rPr>
              <w:t xml:space="preserve"> </w:t>
            </w:r>
            <w:proofErr w:type="spellStart"/>
            <w:r w:rsidRPr="004543E3">
              <w:rPr>
                <w:szCs w:val="26"/>
              </w:rPr>
              <w:t>sáng</w:t>
            </w:r>
            <w:proofErr w:type="spellEnd"/>
            <w:r w:rsidRPr="004543E3">
              <w:rPr>
                <w:szCs w:val="26"/>
              </w:rPr>
              <w:t xml:space="preserve"> </w:t>
            </w:r>
            <w:proofErr w:type="spellStart"/>
            <w:r w:rsidRPr="004543E3">
              <w:rPr>
                <w:szCs w:val="26"/>
              </w:rPr>
              <w:t>tạo</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sở</w:t>
            </w:r>
            <w:proofErr w:type="spellEnd"/>
            <w:r w:rsidRPr="004543E3">
              <w:rPr>
                <w:szCs w:val="26"/>
              </w:rPr>
              <w:t>.</w:t>
            </w:r>
          </w:p>
        </w:tc>
        <w:tc>
          <w:tcPr>
            <w:tcW w:w="5220" w:type="dxa"/>
          </w:tcPr>
          <w:p w14:paraId="1E1E4B16" w14:textId="77777777" w:rsidR="00BE5D3B" w:rsidRPr="004543E3" w:rsidRDefault="00BE5D3B" w:rsidP="009678B4">
            <w:pPr>
              <w:spacing w:after="120" w:line="240" w:lineRule="auto"/>
              <w:jc w:val="both"/>
              <w:rPr>
                <w:b/>
                <w:bCs/>
              </w:rPr>
            </w:pPr>
            <w:r w:rsidRPr="004543E3">
              <w:rPr>
                <w:b/>
                <w:bCs/>
              </w:rPr>
              <w:lastRenderedPageBreak/>
              <w:t xml:space="preserve">Vụ </w:t>
            </w:r>
            <w:proofErr w:type="spellStart"/>
            <w:r w:rsidRPr="004543E3">
              <w:rPr>
                <w:b/>
                <w:bCs/>
              </w:rPr>
              <w:t>Pháp</w:t>
            </w:r>
            <w:proofErr w:type="spellEnd"/>
            <w:r w:rsidRPr="004543E3">
              <w:rPr>
                <w:b/>
                <w:bCs/>
              </w:rPr>
              <w:t xml:space="preserve"> </w:t>
            </w:r>
            <w:proofErr w:type="spellStart"/>
            <w:r w:rsidRPr="004543E3">
              <w:rPr>
                <w:b/>
                <w:bCs/>
              </w:rPr>
              <w:t>chê</w:t>
            </w:r>
            <w:proofErr w:type="spellEnd"/>
            <w:r w:rsidRPr="004543E3">
              <w:rPr>
                <w:b/>
                <w:bCs/>
              </w:rPr>
              <w:t>́:</w:t>
            </w:r>
          </w:p>
          <w:p w14:paraId="0B3359BF" w14:textId="77777777" w:rsidR="00BE5D3B" w:rsidRPr="004543E3" w:rsidRDefault="00BE5D3B" w:rsidP="009678B4">
            <w:pPr>
              <w:spacing w:after="120" w:line="240" w:lineRule="auto"/>
              <w:jc w:val="both"/>
              <w:rPr>
                <w:i/>
                <w:iCs/>
              </w:rPr>
            </w:pPr>
            <w:proofErr w:type="spellStart"/>
            <w:r w:rsidRPr="004543E3">
              <w:t>Tại</w:t>
            </w:r>
            <w:proofErr w:type="spellEnd"/>
            <w:r w:rsidRPr="004543E3">
              <w:t xml:space="preserve"> </w:t>
            </w:r>
            <w:proofErr w:type="spellStart"/>
            <w:r w:rsidRPr="004543E3">
              <w:t>khoản</w:t>
            </w:r>
            <w:proofErr w:type="spellEnd"/>
            <w:r w:rsidRPr="004543E3">
              <w:t xml:space="preserve"> 3: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làm</w:t>
            </w:r>
            <w:proofErr w:type="spellEnd"/>
            <w:r w:rsidRPr="004543E3">
              <w:t xml:space="preserve"> </w:t>
            </w:r>
            <w:proofErr w:type="spellStart"/>
            <w:r w:rsidRPr="004543E3">
              <w:t>rõ</w:t>
            </w:r>
            <w:proofErr w:type="spellEnd"/>
            <w:r w:rsidRPr="004543E3">
              <w:t xml:space="preserve"> </w:t>
            </w:r>
            <w:proofErr w:type="spellStart"/>
            <w:r w:rsidRPr="004543E3">
              <w:t>cơ</w:t>
            </w:r>
            <w:proofErr w:type="spellEnd"/>
            <w:r w:rsidRPr="004543E3">
              <w:t xml:space="preserve"> </w:t>
            </w:r>
            <w:proofErr w:type="spellStart"/>
            <w:r w:rsidRPr="004543E3">
              <w:t>căn</w:t>
            </w:r>
            <w:proofErr w:type="spellEnd"/>
            <w:r w:rsidRPr="004543E3">
              <w:t xml:space="preserve"> </w:t>
            </w:r>
            <w:proofErr w:type="spellStart"/>
            <w:r w:rsidRPr="004543E3">
              <w:t>cứ</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r w:rsidRPr="004543E3">
              <w:rPr>
                <w:i/>
                <w:iCs/>
              </w:rPr>
              <w:t>“</w:t>
            </w:r>
            <w:proofErr w:type="spellStart"/>
            <w:r w:rsidRPr="004543E3">
              <w:rPr>
                <w:i/>
                <w:iCs/>
              </w:rPr>
              <w:t>các</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nghệ</w:t>
            </w:r>
            <w:proofErr w:type="spellEnd"/>
            <w:r w:rsidRPr="004543E3">
              <w:rPr>
                <w:i/>
                <w:iCs/>
              </w:rPr>
              <w:t xml:space="preserve"> </w:t>
            </w:r>
            <w:proofErr w:type="spellStart"/>
            <w:r w:rsidRPr="004543E3">
              <w:rPr>
                <w:i/>
                <w:iCs/>
              </w:rPr>
              <w:t>đã</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nghiệm</w:t>
            </w:r>
            <w:proofErr w:type="spellEnd"/>
            <w:r w:rsidRPr="004543E3">
              <w:rPr>
                <w:i/>
                <w:iCs/>
              </w:rPr>
              <w:t xml:space="preserve"> </w:t>
            </w:r>
            <w:proofErr w:type="spellStart"/>
            <w:r w:rsidRPr="004543E3">
              <w:rPr>
                <w:i/>
                <w:iCs/>
              </w:rPr>
              <w:t>thu</w:t>
            </w:r>
            <w:proofErr w:type="spellEnd"/>
            <w:r w:rsidRPr="004543E3">
              <w:rPr>
                <w:i/>
                <w:iCs/>
              </w:rPr>
              <w:t xml:space="preserve"> </w:t>
            </w:r>
            <w:proofErr w:type="spellStart"/>
            <w:r w:rsidRPr="004543E3">
              <w:rPr>
                <w:i/>
                <w:iCs/>
              </w:rPr>
              <w:t>theo</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w:t>
            </w:r>
            <w:proofErr w:type="spellStart"/>
            <w:r w:rsidRPr="004543E3">
              <w:rPr>
                <w:i/>
                <w:iCs/>
              </w:rPr>
              <w:t>của</w:t>
            </w:r>
            <w:proofErr w:type="spellEnd"/>
            <w:r w:rsidRPr="004543E3">
              <w:rPr>
                <w:i/>
                <w:iCs/>
              </w:rPr>
              <w:t xml:space="preserve"> </w:t>
            </w:r>
            <w:proofErr w:type="spellStart"/>
            <w:r w:rsidRPr="004543E3">
              <w:rPr>
                <w:i/>
                <w:iCs/>
              </w:rPr>
              <w:t>Luật</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và</w:t>
            </w:r>
            <w:proofErr w:type="spellEnd"/>
            <w:r w:rsidRPr="004543E3">
              <w:rPr>
                <w:i/>
                <w:iCs/>
              </w:rPr>
              <w:t xml:space="preserve"> Công </w:t>
            </w:r>
            <w:proofErr w:type="spellStart"/>
            <w:r w:rsidRPr="004543E3">
              <w:rPr>
                <w:i/>
                <w:iCs/>
              </w:rPr>
              <w:t>nghệ</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văn</w:t>
            </w:r>
            <w:proofErr w:type="spellEnd"/>
            <w:r w:rsidRPr="004543E3">
              <w:rPr>
                <w:i/>
                <w:iCs/>
              </w:rPr>
              <w:t xml:space="preserve"> </w:t>
            </w:r>
            <w:proofErr w:type="spellStart"/>
            <w:r w:rsidRPr="004543E3">
              <w:rPr>
                <w:i/>
                <w:iCs/>
              </w:rPr>
              <w:t>bản</w:t>
            </w:r>
            <w:proofErr w:type="spellEnd"/>
            <w:r w:rsidRPr="004543E3">
              <w:rPr>
                <w:i/>
                <w:iCs/>
              </w:rPr>
              <w:t xml:space="preserve"> </w:t>
            </w:r>
            <w:proofErr w:type="spellStart"/>
            <w:r w:rsidRPr="004543E3">
              <w:rPr>
                <w:i/>
                <w:iCs/>
              </w:rPr>
              <w:t>quy</w:t>
            </w:r>
            <w:proofErr w:type="spellEnd"/>
            <w:r w:rsidRPr="004543E3">
              <w:rPr>
                <w:i/>
                <w:iCs/>
              </w:rPr>
              <w:t xml:space="preserve"> </w:t>
            </w:r>
            <w:proofErr w:type="spellStart"/>
            <w:r w:rsidRPr="004543E3">
              <w:rPr>
                <w:i/>
                <w:iCs/>
              </w:rPr>
              <w:t>định</w:t>
            </w:r>
            <w:proofErr w:type="spellEnd"/>
            <w:r w:rsidRPr="004543E3">
              <w:rPr>
                <w:i/>
                <w:iCs/>
              </w:rPr>
              <w:t xml:space="preserve"> chi </w:t>
            </w:r>
            <w:proofErr w:type="spellStart"/>
            <w:r w:rsidRPr="004543E3">
              <w:rPr>
                <w:i/>
                <w:iCs/>
              </w:rPr>
              <w:t>tiết</w:t>
            </w:r>
            <w:proofErr w:type="spellEnd"/>
            <w:r w:rsidRPr="004543E3">
              <w:rPr>
                <w:i/>
                <w:iCs/>
              </w:rPr>
              <w:t xml:space="preserve">, </w:t>
            </w:r>
            <w:proofErr w:type="spellStart"/>
            <w:r w:rsidRPr="004543E3">
              <w:rPr>
                <w:i/>
                <w:iCs/>
              </w:rPr>
              <w:t>hướng</w:t>
            </w:r>
            <w:proofErr w:type="spellEnd"/>
            <w:r w:rsidRPr="004543E3">
              <w:rPr>
                <w:i/>
                <w:iCs/>
              </w:rPr>
              <w:t xml:space="preserve"> </w:t>
            </w:r>
            <w:proofErr w:type="spellStart"/>
            <w:r w:rsidRPr="004543E3">
              <w:rPr>
                <w:i/>
                <w:iCs/>
              </w:rPr>
              <w:t>dẫn</w:t>
            </w:r>
            <w:proofErr w:type="spellEnd"/>
            <w:r w:rsidRPr="004543E3">
              <w:rPr>
                <w:i/>
                <w:iCs/>
              </w:rPr>
              <w:t xml:space="preserve"> </w:t>
            </w:r>
            <w:proofErr w:type="spellStart"/>
            <w:r w:rsidRPr="004543E3">
              <w:rPr>
                <w:i/>
                <w:iCs/>
              </w:rPr>
              <w:t>thi</w:t>
            </w:r>
            <w:proofErr w:type="spellEnd"/>
            <w:r w:rsidRPr="004543E3">
              <w:rPr>
                <w:i/>
                <w:iCs/>
              </w:rPr>
              <w:t xml:space="preserve"> </w:t>
            </w:r>
            <w:proofErr w:type="spellStart"/>
            <w:r w:rsidRPr="004543E3">
              <w:rPr>
                <w:i/>
                <w:iCs/>
              </w:rPr>
              <w:t>hành</w:t>
            </w:r>
            <w:proofErr w:type="spellEnd"/>
            <w:r w:rsidRPr="004543E3">
              <w:rPr>
                <w:i/>
                <w:iCs/>
              </w:rPr>
              <w:t xml:space="preserve"> </w:t>
            </w:r>
            <w:proofErr w:type="spellStart"/>
            <w:r w:rsidRPr="004543E3">
              <w:rPr>
                <w:i/>
                <w:iCs/>
              </w:rPr>
              <w:t>Luật</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và</w:t>
            </w:r>
            <w:proofErr w:type="spellEnd"/>
            <w:r w:rsidRPr="004543E3">
              <w:rPr>
                <w:i/>
                <w:iCs/>
              </w:rPr>
              <w:t xml:space="preserve"> Công </w:t>
            </w:r>
            <w:proofErr w:type="spellStart"/>
            <w:r w:rsidRPr="004543E3">
              <w:rPr>
                <w:i/>
                <w:iCs/>
              </w:rPr>
              <w:t>nghệ</w:t>
            </w:r>
            <w:proofErr w:type="spellEnd"/>
            <w:r w:rsidRPr="004543E3">
              <w:rPr>
                <w:i/>
                <w:iCs/>
              </w:rPr>
              <w:t xml:space="preserve"> </w:t>
            </w:r>
            <w:proofErr w:type="spellStart"/>
            <w:r w:rsidRPr="004543E3">
              <w:rPr>
                <w:b/>
                <w:bCs/>
                <w:i/>
                <w:iCs/>
              </w:rPr>
              <w:t>được</w:t>
            </w:r>
            <w:proofErr w:type="spellEnd"/>
            <w:r w:rsidRPr="004543E3">
              <w:rPr>
                <w:b/>
                <w:bCs/>
                <w:i/>
                <w:iCs/>
              </w:rPr>
              <w:t xml:space="preserve"> </w:t>
            </w:r>
            <w:proofErr w:type="spellStart"/>
            <w:r w:rsidRPr="004543E3">
              <w:rPr>
                <w:b/>
                <w:bCs/>
                <w:i/>
                <w:iCs/>
              </w:rPr>
              <w:t>quy</w:t>
            </w:r>
            <w:proofErr w:type="spellEnd"/>
            <w:r w:rsidRPr="004543E3">
              <w:rPr>
                <w:b/>
                <w:bCs/>
                <w:i/>
                <w:iCs/>
              </w:rPr>
              <w:t xml:space="preserve"> </w:t>
            </w:r>
            <w:proofErr w:type="spellStart"/>
            <w:r w:rsidRPr="004543E3">
              <w:rPr>
                <w:b/>
                <w:bCs/>
                <w:i/>
                <w:iCs/>
              </w:rPr>
              <w:t>đổi</w:t>
            </w:r>
            <w:proofErr w:type="spellEnd"/>
            <w:r w:rsidRPr="004543E3">
              <w:rPr>
                <w:b/>
                <w:bCs/>
                <w:i/>
                <w:iCs/>
              </w:rPr>
              <w:t xml:space="preserve"> </w:t>
            </w:r>
            <w:proofErr w:type="spellStart"/>
            <w:r w:rsidRPr="004543E3">
              <w:rPr>
                <w:b/>
                <w:bCs/>
                <w:i/>
                <w:iCs/>
              </w:rPr>
              <w:t>tương</w:t>
            </w:r>
            <w:proofErr w:type="spellEnd"/>
            <w:r w:rsidRPr="004543E3">
              <w:rPr>
                <w:b/>
                <w:bCs/>
                <w:i/>
                <w:iCs/>
              </w:rPr>
              <w:t xml:space="preserve"> </w:t>
            </w:r>
            <w:proofErr w:type="spellStart"/>
            <w:r w:rsidRPr="004543E3">
              <w:rPr>
                <w:b/>
                <w:bCs/>
                <w:i/>
                <w:iCs/>
              </w:rPr>
              <w:t>đương</w:t>
            </w:r>
            <w:proofErr w:type="spellEnd"/>
            <w:r w:rsidRPr="004543E3">
              <w:rPr>
                <w:b/>
                <w:bCs/>
                <w:i/>
                <w:iCs/>
              </w:rPr>
              <w:t xml:space="preserve"> </w:t>
            </w:r>
            <w:proofErr w:type="spellStart"/>
            <w:r w:rsidRPr="004543E3">
              <w:rPr>
                <w:i/>
                <w:iCs/>
              </w:rPr>
              <w:t>với</w:t>
            </w:r>
            <w:proofErr w:type="spellEnd"/>
            <w:r w:rsidRPr="004543E3">
              <w:rPr>
                <w:i/>
                <w:iCs/>
              </w:rPr>
              <w:t xml:space="preserve"> </w:t>
            </w:r>
            <w:proofErr w:type="spellStart"/>
            <w:r w:rsidRPr="004543E3">
              <w:rPr>
                <w:i/>
                <w:iCs/>
              </w:rPr>
              <w:t>nhiệm</w:t>
            </w:r>
            <w:proofErr w:type="spellEnd"/>
            <w:r w:rsidRPr="004543E3">
              <w:rPr>
                <w:i/>
                <w:iCs/>
              </w:rPr>
              <w:t xml:space="preserve"> </w:t>
            </w:r>
            <w:proofErr w:type="spellStart"/>
            <w:r w:rsidRPr="004543E3">
              <w:rPr>
                <w:i/>
                <w:iCs/>
              </w:rPr>
              <w:t>vụ</w:t>
            </w:r>
            <w:proofErr w:type="spellEnd"/>
            <w:r w:rsidRPr="004543E3">
              <w:rPr>
                <w:i/>
                <w:iCs/>
              </w:rPr>
              <w:t xml:space="preserve"> khoa </w:t>
            </w:r>
            <w:proofErr w:type="spellStart"/>
            <w:r w:rsidRPr="004543E3">
              <w:rPr>
                <w:i/>
                <w:iCs/>
              </w:rPr>
              <w:t>học</w:t>
            </w:r>
            <w:proofErr w:type="spellEnd"/>
            <w:r w:rsidRPr="004543E3">
              <w:rPr>
                <w:i/>
                <w:iCs/>
              </w:rPr>
              <w:t xml:space="preserve">, </w:t>
            </w:r>
            <w:proofErr w:type="spellStart"/>
            <w:r w:rsidRPr="004543E3">
              <w:rPr>
                <w:i/>
                <w:iCs/>
              </w:rPr>
              <w:t>công</w:t>
            </w:r>
            <w:proofErr w:type="spellEnd"/>
            <w:r w:rsidRPr="004543E3">
              <w:rPr>
                <w:i/>
                <w:iCs/>
              </w:rPr>
              <w:t xml:space="preserve"> </w:t>
            </w:r>
            <w:proofErr w:type="spellStart"/>
            <w:r w:rsidRPr="004543E3">
              <w:rPr>
                <w:i/>
                <w:iCs/>
              </w:rPr>
              <w:t>nghệ</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đổi</w:t>
            </w:r>
            <w:proofErr w:type="spellEnd"/>
            <w:r w:rsidRPr="004543E3">
              <w:rPr>
                <w:i/>
                <w:iCs/>
              </w:rPr>
              <w:t xml:space="preserve"> </w:t>
            </w:r>
            <w:proofErr w:type="spellStart"/>
            <w:r w:rsidRPr="004543E3">
              <w:rPr>
                <w:i/>
                <w:iCs/>
              </w:rPr>
              <w:t>mới</w:t>
            </w:r>
            <w:proofErr w:type="spellEnd"/>
            <w:r w:rsidRPr="004543E3">
              <w:rPr>
                <w:i/>
                <w:iCs/>
              </w:rPr>
              <w:t xml:space="preserve"> </w:t>
            </w:r>
            <w:proofErr w:type="spellStart"/>
            <w:r w:rsidRPr="004543E3">
              <w:rPr>
                <w:i/>
                <w:iCs/>
              </w:rPr>
              <w:t>sáng</w:t>
            </w:r>
            <w:proofErr w:type="spellEnd"/>
            <w:r w:rsidRPr="004543E3">
              <w:rPr>
                <w:i/>
                <w:iCs/>
              </w:rPr>
              <w:t xml:space="preserve"> </w:t>
            </w:r>
            <w:proofErr w:type="spellStart"/>
            <w:r w:rsidRPr="004543E3">
              <w:rPr>
                <w:i/>
                <w:iCs/>
              </w:rPr>
              <w:t>tạo</w:t>
            </w:r>
            <w:proofErr w:type="spellEnd"/>
            <w:r w:rsidRPr="004543E3">
              <w:rPr>
                <w:i/>
                <w:iCs/>
              </w:rPr>
              <w:t xml:space="preserve"> </w:t>
            </w:r>
            <w:proofErr w:type="spellStart"/>
            <w:r w:rsidRPr="004543E3">
              <w:rPr>
                <w:i/>
                <w:iCs/>
              </w:rPr>
              <w:t>được</w:t>
            </w:r>
            <w:proofErr w:type="spellEnd"/>
            <w:r w:rsidRPr="004543E3">
              <w:rPr>
                <w:i/>
                <w:iCs/>
              </w:rPr>
              <w:t xml:space="preserve"> </w:t>
            </w:r>
            <w:proofErr w:type="spellStart"/>
            <w:r w:rsidRPr="004543E3">
              <w:rPr>
                <w:i/>
                <w:iCs/>
              </w:rPr>
              <w:t>đánh</w:t>
            </w:r>
            <w:proofErr w:type="spellEnd"/>
            <w:r w:rsidRPr="004543E3">
              <w:rPr>
                <w:i/>
                <w:iCs/>
              </w:rPr>
              <w:t xml:space="preserve"> </w:t>
            </w:r>
            <w:proofErr w:type="spellStart"/>
            <w:r w:rsidRPr="004543E3">
              <w:rPr>
                <w:i/>
                <w:iCs/>
              </w:rPr>
              <w:t>giá</w:t>
            </w:r>
            <w:proofErr w:type="spellEnd"/>
            <w:r w:rsidRPr="004543E3">
              <w:rPr>
                <w:i/>
                <w:iCs/>
              </w:rPr>
              <w:t xml:space="preserve"> </w:t>
            </w:r>
            <w:proofErr w:type="spellStart"/>
            <w:r w:rsidRPr="004543E3">
              <w:rPr>
                <w:i/>
                <w:iCs/>
              </w:rPr>
              <w:t>cuối</w:t>
            </w:r>
            <w:proofErr w:type="spellEnd"/>
            <w:r w:rsidRPr="004543E3">
              <w:rPr>
                <w:i/>
                <w:iCs/>
              </w:rPr>
              <w:t xml:space="preserve"> </w:t>
            </w:r>
            <w:proofErr w:type="spellStart"/>
            <w:r w:rsidRPr="004543E3">
              <w:rPr>
                <w:i/>
                <w:iCs/>
              </w:rPr>
              <w:t>kỳ</w:t>
            </w:r>
            <w:proofErr w:type="spellEnd"/>
            <w:r w:rsidRPr="004543E3">
              <w:rPr>
                <w:i/>
                <w:iCs/>
              </w:rPr>
              <w:t xml:space="preserve"> </w:t>
            </w:r>
            <w:proofErr w:type="spellStart"/>
            <w:r w:rsidRPr="004543E3">
              <w:rPr>
                <w:i/>
                <w:iCs/>
              </w:rPr>
              <w:t>đạt</w:t>
            </w:r>
            <w:proofErr w:type="spellEnd"/>
            <w:r w:rsidRPr="004543E3">
              <w:rPr>
                <w:i/>
                <w:iCs/>
              </w:rPr>
              <w:t xml:space="preserve"> </w:t>
            </w:r>
            <w:proofErr w:type="spellStart"/>
            <w:r w:rsidRPr="004543E3">
              <w:rPr>
                <w:i/>
                <w:iCs/>
              </w:rPr>
              <w:t>kết</w:t>
            </w:r>
            <w:proofErr w:type="spellEnd"/>
            <w:r w:rsidRPr="004543E3">
              <w:rPr>
                <w:i/>
                <w:iCs/>
              </w:rPr>
              <w:t xml:space="preserve"> </w:t>
            </w:r>
            <w:proofErr w:type="spellStart"/>
            <w:r w:rsidRPr="004543E3">
              <w:rPr>
                <w:i/>
                <w:iCs/>
              </w:rPr>
              <w:t>quả</w:t>
            </w:r>
            <w:proofErr w:type="spellEnd"/>
            <w:r w:rsidRPr="004543E3">
              <w:rPr>
                <w:i/>
                <w:iCs/>
              </w:rPr>
              <w:t xml:space="preserve"> </w:t>
            </w:r>
            <w:proofErr w:type="spellStart"/>
            <w:r w:rsidRPr="004543E3">
              <w:rPr>
                <w:i/>
                <w:iCs/>
              </w:rPr>
              <w:t>và</w:t>
            </w:r>
            <w:proofErr w:type="spellEnd"/>
            <w:r w:rsidRPr="004543E3">
              <w:rPr>
                <w:i/>
                <w:iCs/>
              </w:rPr>
              <w:t xml:space="preserve"> </w:t>
            </w:r>
            <w:proofErr w:type="spellStart"/>
            <w:r w:rsidRPr="004543E3">
              <w:rPr>
                <w:i/>
                <w:iCs/>
              </w:rPr>
              <w:t>mục</w:t>
            </w:r>
            <w:proofErr w:type="spellEnd"/>
            <w:r w:rsidRPr="004543E3">
              <w:rPr>
                <w:i/>
                <w:iCs/>
              </w:rPr>
              <w:t xml:space="preserve"> </w:t>
            </w:r>
            <w:proofErr w:type="spellStart"/>
            <w:r w:rsidRPr="004543E3">
              <w:rPr>
                <w:i/>
                <w:iCs/>
              </w:rPr>
              <w:t>tiêu</w:t>
            </w:r>
            <w:proofErr w:type="spellEnd"/>
            <w:r w:rsidRPr="004543E3">
              <w:rPr>
                <w:i/>
                <w:iCs/>
              </w:rPr>
              <w:t xml:space="preserve"> </w:t>
            </w:r>
            <w:proofErr w:type="spellStart"/>
            <w:r w:rsidRPr="004543E3">
              <w:rPr>
                <w:i/>
                <w:iCs/>
              </w:rPr>
              <w:t>đề</w:t>
            </w:r>
            <w:proofErr w:type="spellEnd"/>
            <w:r w:rsidRPr="004543E3">
              <w:rPr>
                <w:i/>
                <w:iCs/>
              </w:rPr>
              <w:t xml:space="preserve"> </w:t>
            </w:r>
            <w:proofErr w:type="spellStart"/>
            <w:r w:rsidRPr="004543E3">
              <w:rPr>
                <w:i/>
                <w:iCs/>
              </w:rPr>
              <w:t>ra</w:t>
            </w:r>
            <w:proofErr w:type="spellEnd"/>
            <w:r w:rsidRPr="004543E3">
              <w:rPr>
                <w:i/>
                <w:iCs/>
              </w:rPr>
              <w:t>…”.</w:t>
            </w:r>
          </w:p>
          <w:p w14:paraId="7710EE01" w14:textId="149AECFE" w:rsidR="00BE5D3B" w:rsidRPr="004543E3" w:rsidRDefault="00BE5D3B" w:rsidP="009678B4">
            <w:pPr>
              <w:spacing w:after="120" w:line="240" w:lineRule="auto"/>
              <w:jc w:val="both"/>
            </w:pPr>
          </w:p>
        </w:tc>
        <w:tc>
          <w:tcPr>
            <w:tcW w:w="3165" w:type="dxa"/>
          </w:tcPr>
          <w:p w14:paraId="19C90C4E" w14:textId="77777777" w:rsidR="00BE5D3B" w:rsidRDefault="00BE5D3B" w:rsidP="00BE5D3B">
            <w:pPr>
              <w:jc w:val="both"/>
            </w:pPr>
            <w:r w:rsidRPr="004543E3">
              <w:rPr>
                <w:szCs w:val="26"/>
              </w:rPr>
              <w:t xml:space="preserve">- Sau </w:t>
            </w:r>
            <w:proofErr w:type="spellStart"/>
            <w:r w:rsidRPr="004543E3">
              <w:rPr>
                <w:szCs w:val="26"/>
              </w:rPr>
              <w:t>khi</w:t>
            </w:r>
            <w:proofErr w:type="spellEnd"/>
            <w:r w:rsidRPr="004543E3">
              <w:rPr>
                <w:szCs w:val="26"/>
              </w:rPr>
              <w:t xml:space="preserve"> </w:t>
            </w:r>
            <w:proofErr w:type="spellStart"/>
            <w:r w:rsidRPr="004543E3">
              <w:rPr>
                <w:szCs w:val="26"/>
              </w:rPr>
              <w:t>ra</w:t>
            </w:r>
            <w:proofErr w:type="spellEnd"/>
            <w:r w:rsidRPr="004543E3">
              <w:rPr>
                <w:szCs w:val="26"/>
              </w:rPr>
              <w:t xml:space="preserve">̀ </w:t>
            </w:r>
            <w:proofErr w:type="spellStart"/>
            <w:r w:rsidRPr="004543E3">
              <w:rPr>
                <w:szCs w:val="26"/>
              </w:rPr>
              <w:t>soát</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đưa</w:t>
            </w:r>
            <w:proofErr w:type="spellEnd"/>
            <w:r w:rsidRPr="004543E3">
              <w:rPr>
                <w:szCs w:val="26"/>
              </w:rPr>
              <w:t xml:space="preserve"> </w:t>
            </w:r>
            <w:proofErr w:type="spellStart"/>
            <w:r w:rsidRPr="004543E3">
              <w:rPr>
                <w:szCs w:val="26"/>
              </w:rPr>
              <w:t>nội</w:t>
            </w:r>
            <w:proofErr w:type="spellEnd"/>
            <w:r w:rsidRPr="004543E3">
              <w:rPr>
                <w:szCs w:val="26"/>
              </w:rPr>
              <w:t xml:space="preserve"> dung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t>đối</w:t>
            </w:r>
            <w:proofErr w:type="spellEnd"/>
            <w:r w:rsidRPr="004543E3">
              <w:t xml:space="preserve"> </w:t>
            </w:r>
            <w:proofErr w:type="spellStart"/>
            <w:r w:rsidRPr="004543E3">
              <w:t>với</w:t>
            </w:r>
            <w:proofErr w:type="spellEnd"/>
            <w:r w:rsidRPr="004543E3">
              <w:t xml:space="preserve"> </w:t>
            </w:r>
            <w:proofErr w:type="spellStart"/>
            <w:r w:rsidRPr="004543E3">
              <w:t>nhiệm</w:t>
            </w:r>
            <w:proofErr w:type="spellEnd"/>
            <w:r w:rsidRPr="004543E3">
              <w:t xml:space="preserve"> </w:t>
            </w:r>
            <w:proofErr w:type="spellStart"/>
            <w:r w:rsidRPr="004543E3">
              <w:t>vụ</w:t>
            </w:r>
            <w:proofErr w:type="spellEnd"/>
            <w:r w:rsidRPr="004543E3">
              <w:t xml:space="preserve"> khoa </w:t>
            </w:r>
            <w:proofErr w:type="spellStart"/>
            <w:r w:rsidRPr="004543E3">
              <w:t>học</w:t>
            </w:r>
            <w:proofErr w:type="spellEnd"/>
            <w:r w:rsidRPr="004543E3">
              <w:t xml:space="preserve"> </w:t>
            </w:r>
            <w:proofErr w:type="spellStart"/>
            <w:r w:rsidRPr="004543E3">
              <w:t>và</w:t>
            </w:r>
            <w:proofErr w:type="spellEnd"/>
            <w:r w:rsidRPr="004543E3">
              <w:t xml:space="preserve"> </w:t>
            </w:r>
            <w:proofErr w:type="spellStart"/>
            <w:r w:rsidRPr="004543E3">
              <w:t>công</w:t>
            </w:r>
            <w:proofErr w:type="spellEnd"/>
            <w:r w:rsidRPr="004543E3">
              <w:t xml:space="preserve"> </w:t>
            </w:r>
            <w:proofErr w:type="spellStart"/>
            <w:r w:rsidRPr="004543E3">
              <w:t>nghệ</w:t>
            </w:r>
            <w:proofErr w:type="spellEnd"/>
            <w:r w:rsidRPr="004543E3">
              <w:t xml:space="preserve"> </w:t>
            </w:r>
            <w:proofErr w:type="spellStart"/>
            <w:r w:rsidRPr="004543E3">
              <w:t>ra</w:t>
            </w:r>
            <w:proofErr w:type="spellEnd"/>
            <w:r w:rsidRPr="004543E3">
              <w:t xml:space="preserve"> </w:t>
            </w:r>
            <w:proofErr w:type="spellStart"/>
            <w:r w:rsidRPr="004543E3">
              <w:t>khỏi</w:t>
            </w:r>
            <w:proofErr w:type="spellEnd"/>
            <w:r w:rsidRPr="004543E3">
              <w:t xml:space="preserve"> </w:t>
            </w:r>
            <w:proofErr w:type="spellStart"/>
            <w:r w:rsidRPr="004543E3">
              <w:t>dư</w:t>
            </w:r>
            <w:proofErr w:type="spellEnd"/>
            <w:r w:rsidRPr="004543E3">
              <w:t xml:space="preserve">̣ </w:t>
            </w:r>
            <w:proofErr w:type="spellStart"/>
            <w:r w:rsidRPr="004543E3">
              <w:t>thảo</w:t>
            </w:r>
            <w:proofErr w:type="spellEnd"/>
            <w:r w:rsidRPr="004543E3">
              <w:t xml:space="preserve"> Thông </w:t>
            </w:r>
            <w:proofErr w:type="spellStart"/>
            <w:r w:rsidRPr="004543E3">
              <w:t>tư</w:t>
            </w:r>
            <w:proofErr w:type="spellEnd"/>
            <w:r w:rsidRPr="004543E3">
              <w:t xml:space="preserve"> </w:t>
            </w:r>
            <w:proofErr w:type="spellStart"/>
            <w:r w:rsidRPr="004543E3">
              <w:t>bởi</w:t>
            </w:r>
            <w:proofErr w:type="spellEnd"/>
            <w:r w:rsidRPr="004543E3">
              <w:t xml:space="preserve"> vì </w:t>
            </w:r>
            <w:proofErr w:type="spellStart"/>
            <w:r w:rsidRPr="004543E3">
              <w:t>không</w:t>
            </w:r>
            <w:proofErr w:type="spellEnd"/>
            <w:r w:rsidRPr="004543E3">
              <w:t xml:space="preserve"> </w:t>
            </w:r>
            <w:proofErr w:type="spellStart"/>
            <w:r w:rsidRPr="004543E3">
              <w:t>thuộc</w:t>
            </w:r>
            <w:proofErr w:type="spellEnd"/>
            <w:r w:rsidRPr="004543E3">
              <w:t xml:space="preserve"> </w:t>
            </w:r>
            <w:proofErr w:type="spellStart"/>
            <w:r w:rsidRPr="004543E3">
              <w:t>phạm</w:t>
            </w:r>
            <w:proofErr w:type="spellEnd"/>
            <w:r w:rsidRPr="004543E3">
              <w:t xml:space="preserve"> vi </w:t>
            </w:r>
            <w:proofErr w:type="spellStart"/>
            <w:r w:rsidRPr="004543E3">
              <w:t>điều</w:t>
            </w:r>
            <w:proofErr w:type="spellEnd"/>
            <w:r w:rsidRPr="004543E3">
              <w:t xml:space="preserve"> </w:t>
            </w:r>
            <w:proofErr w:type="spellStart"/>
            <w:r w:rsidRPr="004543E3">
              <w:t>chỉnh</w:t>
            </w:r>
            <w:proofErr w:type="spellEnd"/>
            <w:r w:rsidRPr="004543E3">
              <w:t xml:space="preserve"> </w:t>
            </w:r>
            <w:proofErr w:type="spellStart"/>
            <w:r w:rsidRPr="004543E3">
              <w:t>của</w:t>
            </w:r>
            <w:proofErr w:type="spellEnd"/>
            <w:r w:rsidRPr="004543E3">
              <w:t xml:space="preserve"> </w:t>
            </w:r>
            <w:proofErr w:type="spellStart"/>
            <w:r w:rsidRPr="004543E3">
              <w:t>dư</w:t>
            </w:r>
            <w:proofErr w:type="spellEnd"/>
            <w:r w:rsidRPr="004543E3">
              <w:t xml:space="preserve">̣ </w:t>
            </w:r>
            <w:proofErr w:type="spellStart"/>
            <w:r w:rsidRPr="004543E3">
              <w:t>thảo</w:t>
            </w:r>
            <w:proofErr w:type="spellEnd"/>
            <w:r w:rsidRPr="004543E3">
              <w:t xml:space="preserve"> Thông </w:t>
            </w:r>
            <w:proofErr w:type="spellStart"/>
            <w:r w:rsidRPr="004543E3">
              <w:t>tư</w:t>
            </w:r>
            <w:proofErr w:type="spellEnd"/>
            <w:r w:rsidRPr="004543E3">
              <w:t xml:space="preserve"> </w:t>
            </w:r>
            <w:proofErr w:type="spellStart"/>
            <w:r w:rsidRPr="004543E3">
              <w:t>như</w:t>
            </w:r>
            <w:proofErr w:type="spellEnd"/>
            <w:r w:rsidRPr="004543E3">
              <w:t xml:space="preserve"> </w:t>
            </w:r>
            <w:proofErr w:type="spellStart"/>
            <w:r w:rsidRPr="004543E3">
              <w:t>một</w:t>
            </w:r>
            <w:proofErr w:type="spellEnd"/>
            <w:r w:rsidRPr="004543E3">
              <w:t xml:space="preserve"> </w:t>
            </w:r>
            <w:proofErr w:type="spellStart"/>
            <w:r w:rsidRPr="004543E3">
              <w:t>sô</w:t>
            </w:r>
            <w:proofErr w:type="spellEnd"/>
            <w:r w:rsidRPr="004543E3">
              <w:t xml:space="preserve">́ </w:t>
            </w:r>
            <w:proofErr w:type="spellStart"/>
            <w:r w:rsidRPr="004543E3">
              <w:t>Bô</w:t>
            </w:r>
            <w:proofErr w:type="spellEnd"/>
            <w:r w:rsidRPr="004543E3">
              <w:t xml:space="preserve">̣ </w:t>
            </w:r>
            <w:proofErr w:type="spellStart"/>
            <w:r w:rsidRPr="004543E3">
              <w:t>đa</w:t>
            </w:r>
            <w:proofErr w:type="spellEnd"/>
            <w:r w:rsidRPr="004543E3">
              <w:t xml:space="preserve">̃ </w:t>
            </w:r>
            <w:proofErr w:type="spellStart"/>
            <w:r w:rsidRPr="004543E3">
              <w:t>góp</w:t>
            </w:r>
            <w:proofErr w:type="spellEnd"/>
            <w:r w:rsidRPr="004543E3">
              <w:t xml:space="preserve"> ý.</w:t>
            </w:r>
          </w:p>
          <w:p w14:paraId="50E9D251" w14:textId="77777777" w:rsidR="00BE5D3B" w:rsidRPr="004543E3" w:rsidRDefault="00BE5D3B" w:rsidP="00BE5D3B">
            <w:pPr>
              <w:spacing w:after="0" w:line="240" w:lineRule="auto"/>
              <w:jc w:val="both"/>
              <w:rPr>
                <w:szCs w:val="26"/>
              </w:rPr>
            </w:pPr>
          </w:p>
          <w:p w14:paraId="3536604B" w14:textId="6A400916" w:rsidR="00BE5D3B" w:rsidRPr="004543E3" w:rsidRDefault="00BE5D3B" w:rsidP="00BE5D3B">
            <w:pPr>
              <w:jc w:val="both"/>
              <w:rPr>
                <w:szCs w:val="26"/>
              </w:rPr>
            </w:pPr>
          </w:p>
          <w:p w14:paraId="5F878F74" w14:textId="77777777" w:rsidR="00BE5D3B" w:rsidRPr="004543E3" w:rsidRDefault="00BE5D3B" w:rsidP="00BE5D3B">
            <w:pPr>
              <w:spacing w:after="120" w:line="320" w:lineRule="exact"/>
              <w:jc w:val="both"/>
              <w:rPr>
                <w:szCs w:val="26"/>
              </w:rPr>
            </w:pPr>
          </w:p>
        </w:tc>
      </w:tr>
      <w:tr w:rsidR="00BE5D3B" w:rsidRPr="004543E3" w14:paraId="1A4410F9" w14:textId="77777777" w:rsidTr="00FF0027">
        <w:tc>
          <w:tcPr>
            <w:tcW w:w="1098" w:type="dxa"/>
          </w:tcPr>
          <w:p w14:paraId="760567C7" w14:textId="77777777" w:rsidR="00BE5D3B" w:rsidRPr="004543E3" w:rsidRDefault="00BE5D3B" w:rsidP="00BE5D3B">
            <w:pPr>
              <w:jc w:val="both"/>
            </w:pPr>
          </w:p>
        </w:tc>
        <w:tc>
          <w:tcPr>
            <w:tcW w:w="5113" w:type="dxa"/>
          </w:tcPr>
          <w:p w14:paraId="0218E22F" w14:textId="77777777" w:rsidR="00BE5D3B" w:rsidRPr="004543E3" w:rsidRDefault="00BE5D3B" w:rsidP="00DF7936">
            <w:pPr>
              <w:spacing w:after="0" w:line="240" w:lineRule="auto"/>
              <w:ind w:firstLine="709"/>
              <w:jc w:val="both"/>
              <w:rPr>
                <w:szCs w:val="26"/>
              </w:rPr>
            </w:pPr>
            <w:r w:rsidRPr="004543E3">
              <w:rPr>
                <w:szCs w:val="26"/>
              </w:rPr>
              <w:t xml:space="preserve">4. Các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ngành</w:t>
            </w:r>
            <w:proofErr w:type="spellEnd"/>
            <w:r w:rsidRPr="004543E3">
              <w:rPr>
                <w:szCs w:val="26"/>
              </w:rPr>
              <w:t xml:space="preserve"> </w:t>
            </w:r>
            <w:proofErr w:type="spellStart"/>
            <w:r w:rsidRPr="004543E3">
              <w:rPr>
                <w:szCs w:val="26"/>
              </w:rPr>
              <w:t>Kiểm</w:t>
            </w:r>
            <w:proofErr w:type="spellEnd"/>
            <w:r w:rsidRPr="004543E3">
              <w:rPr>
                <w:szCs w:val="26"/>
              </w:rPr>
              <w:t xml:space="preserve"> </w:t>
            </w:r>
            <w:proofErr w:type="spellStart"/>
            <w:r w:rsidRPr="004543E3">
              <w:rPr>
                <w:szCs w:val="26"/>
              </w:rPr>
              <w:t>soát</w:t>
            </w:r>
            <w:proofErr w:type="spellEnd"/>
            <w:r w:rsidRPr="004543E3">
              <w:rPr>
                <w:szCs w:val="26"/>
              </w:rPr>
              <w:t xml:space="preserve"> </w:t>
            </w:r>
            <w:proofErr w:type="spellStart"/>
            <w:r w:rsidRPr="004543E3">
              <w:rPr>
                <w:szCs w:val="26"/>
              </w:rPr>
              <w:t>chất</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sản</w:t>
            </w:r>
            <w:proofErr w:type="spellEnd"/>
            <w:r w:rsidRPr="004543E3">
              <w:rPr>
                <w:szCs w:val="26"/>
              </w:rPr>
              <w:t xml:space="preserve"> </w:t>
            </w:r>
            <w:proofErr w:type="spellStart"/>
            <w:r w:rsidRPr="004543E3">
              <w:rPr>
                <w:szCs w:val="26"/>
              </w:rPr>
              <w:t>phẩm</w:t>
            </w:r>
            <w:proofErr w:type="spellEnd"/>
            <w:r w:rsidRPr="004543E3">
              <w:rPr>
                <w:szCs w:val="26"/>
              </w:rPr>
              <w:t xml:space="preserve">, </w:t>
            </w:r>
            <w:proofErr w:type="spellStart"/>
            <w:r w:rsidRPr="004543E3">
              <w:rPr>
                <w:szCs w:val="26"/>
              </w:rPr>
              <w:t>hàng</w:t>
            </w:r>
            <w:proofErr w:type="spellEnd"/>
            <w:r w:rsidRPr="004543E3">
              <w:rPr>
                <w:szCs w:val="26"/>
              </w:rPr>
              <w:t xml:space="preserve"> </w:t>
            </w:r>
            <w:proofErr w:type="spellStart"/>
            <w:r w:rsidRPr="004543E3">
              <w:rPr>
                <w:szCs w:val="26"/>
              </w:rPr>
              <w:t>hóa</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tại</w:t>
            </w:r>
            <w:proofErr w:type="spellEnd"/>
            <w:r w:rsidRPr="004543E3">
              <w:rPr>
                <w:szCs w:val="26"/>
              </w:rPr>
              <w:t xml:space="preserve"> Thông </w:t>
            </w:r>
            <w:proofErr w:type="spellStart"/>
            <w:r w:rsidRPr="004543E3">
              <w:rPr>
                <w:szCs w:val="26"/>
              </w:rPr>
              <w:t>tư</w:t>
            </w:r>
            <w:proofErr w:type="spellEnd"/>
            <w:r w:rsidRPr="004543E3">
              <w:rPr>
                <w:szCs w:val="26"/>
              </w:rPr>
              <w:t xml:space="preserve"> </w:t>
            </w:r>
            <w:proofErr w:type="spellStart"/>
            <w:r w:rsidRPr="004543E3">
              <w:rPr>
                <w:szCs w:val="26"/>
              </w:rPr>
              <w:t>này</w:t>
            </w:r>
            <w:proofErr w:type="spellEnd"/>
            <w:r w:rsidRPr="004543E3">
              <w:rPr>
                <w:szCs w:val="26"/>
              </w:rPr>
              <w:t xml:space="preserve"> </w:t>
            </w:r>
            <w:proofErr w:type="spellStart"/>
            <w:r w:rsidRPr="004543E3">
              <w:rPr>
                <w:szCs w:val="26"/>
              </w:rPr>
              <w:t>vận</w:t>
            </w:r>
            <w:proofErr w:type="spellEnd"/>
            <w:r w:rsidRPr="004543E3">
              <w:rPr>
                <w:szCs w:val="26"/>
              </w:rPr>
              <w:t xml:space="preserve"> </w:t>
            </w:r>
            <w:proofErr w:type="spellStart"/>
            <w:r w:rsidRPr="004543E3">
              <w:rPr>
                <w:szCs w:val="26"/>
              </w:rPr>
              <w:t>dụng</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Bảng</w:t>
            </w:r>
            <w:proofErr w:type="spellEnd"/>
            <w:r w:rsidRPr="004543E3">
              <w:rPr>
                <w:szCs w:val="26"/>
              </w:rPr>
              <w:t xml:space="preserve"> 2 (</w:t>
            </w:r>
            <w:proofErr w:type="spellStart"/>
            <w:r w:rsidRPr="004543E3">
              <w:rPr>
                <w:szCs w:val="26"/>
              </w:rPr>
              <w:t>Bảng</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chuyên</w:t>
            </w:r>
            <w:proofErr w:type="spellEnd"/>
            <w:r w:rsidRPr="004543E3">
              <w:rPr>
                <w:szCs w:val="26"/>
              </w:rPr>
              <w:t xml:space="preserve"> </w:t>
            </w:r>
            <w:proofErr w:type="spellStart"/>
            <w:r w:rsidRPr="004543E3">
              <w:rPr>
                <w:szCs w:val="26"/>
              </w:rPr>
              <w:t>môn</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vụ</w:t>
            </w:r>
            <w:proofErr w:type="spellEnd"/>
            <w:r w:rsidRPr="004543E3">
              <w:rPr>
                <w:szCs w:val="26"/>
              </w:rPr>
              <w:t xml:space="preserve">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cán</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trong</w:t>
            </w:r>
            <w:proofErr w:type="spellEnd"/>
            <w:r w:rsidRPr="004543E3">
              <w:rPr>
                <w:szCs w:val="26"/>
              </w:rPr>
              <w:t xml:space="preserve"> </w:t>
            </w:r>
            <w:proofErr w:type="spellStart"/>
            <w:r w:rsidRPr="004543E3">
              <w:rPr>
                <w:szCs w:val="26"/>
              </w:rPr>
              <w:t>các</w:t>
            </w:r>
            <w:proofErr w:type="spellEnd"/>
            <w:r w:rsidRPr="004543E3">
              <w:rPr>
                <w:szCs w:val="26"/>
              </w:rPr>
              <w:t xml:space="preserve"> </w:t>
            </w:r>
            <w:proofErr w:type="spellStart"/>
            <w:r w:rsidRPr="004543E3">
              <w:rPr>
                <w:szCs w:val="26"/>
              </w:rPr>
              <w:t>cơ</w:t>
            </w:r>
            <w:proofErr w:type="spellEnd"/>
            <w:r w:rsidRPr="004543E3">
              <w:rPr>
                <w:szCs w:val="26"/>
              </w:rPr>
              <w:t xml:space="preserve"> </w:t>
            </w:r>
            <w:proofErr w:type="spellStart"/>
            <w:r w:rsidRPr="004543E3">
              <w:rPr>
                <w:szCs w:val="26"/>
              </w:rPr>
              <w:t>quan</w:t>
            </w:r>
            <w:proofErr w:type="spellEnd"/>
            <w:r w:rsidRPr="004543E3">
              <w:rPr>
                <w:szCs w:val="26"/>
              </w:rPr>
              <w:t xml:space="preserve"> </w:t>
            </w:r>
            <w:proofErr w:type="spellStart"/>
            <w:r w:rsidRPr="004543E3">
              <w:rPr>
                <w:szCs w:val="26"/>
              </w:rPr>
              <w:t>nhà</w:t>
            </w:r>
            <w:proofErr w:type="spellEnd"/>
            <w:r w:rsidRPr="004543E3">
              <w:rPr>
                <w:szCs w:val="26"/>
              </w:rPr>
              <w:t xml:space="preserve"> </w:t>
            </w:r>
            <w:proofErr w:type="spellStart"/>
            <w:r w:rsidRPr="004543E3">
              <w:rPr>
                <w:szCs w:val="26"/>
              </w:rPr>
              <w:t>nước</w:t>
            </w:r>
            <w:proofErr w:type="spellEnd"/>
            <w:r w:rsidRPr="004543E3">
              <w:rPr>
                <w:szCs w:val="26"/>
              </w:rPr>
              <w:t xml:space="preserve">) ban </w:t>
            </w:r>
            <w:proofErr w:type="spellStart"/>
            <w:r w:rsidRPr="004543E3">
              <w:rPr>
                <w:szCs w:val="26"/>
              </w:rPr>
              <w:t>hành</w:t>
            </w:r>
            <w:proofErr w:type="spellEnd"/>
            <w:r w:rsidRPr="004543E3">
              <w:rPr>
                <w:szCs w:val="26"/>
              </w:rPr>
              <w:t xml:space="preserve"> </w:t>
            </w:r>
            <w:proofErr w:type="spellStart"/>
            <w:r w:rsidRPr="004543E3">
              <w:rPr>
                <w:szCs w:val="26"/>
              </w:rPr>
              <w:t>kèm</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Nghị</w:t>
            </w:r>
            <w:proofErr w:type="spellEnd"/>
            <w:r w:rsidRPr="004543E3">
              <w:rPr>
                <w:szCs w:val="26"/>
              </w:rPr>
              <w:t xml:space="preserve"> </w:t>
            </w:r>
            <w:proofErr w:type="spellStart"/>
            <w:r w:rsidRPr="004543E3">
              <w:rPr>
                <w:szCs w:val="26"/>
              </w:rPr>
              <w:t>định</w:t>
            </w:r>
            <w:proofErr w:type="spellEnd"/>
            <w:r w:rsidRPr="004543E3">
              <w:rPr>
                <w:szCs w:val="26"/>
              </w:rPr>
              <w:t xml:space="preserve"> </w:t>
            </w:r>
            <w:proofErr w:type="spellStart"/>
            <w:r w:rsidRPr="004543E3">
              <w:rPr>
                <w:szCs w:val="26"/>
              </w:rPr>
              <w:t>số</w:t>
            </w:r>
            <w:proofErr w:type="spellEnd"/>
            <w:r w:rsidRPr="004543E3">
              <w:rPr>
                <w:szCs w:val="26"/>
              </w:rPr>
              <w:t xml:space="preserve"> 204/2004/NĐ-CP </w:t>
            </w:r>
            <w:proofErr w:type="spellStart"/>
            <w:r w:rsidRPr="004543E3">
              <w:rPr>
                <w:szCs w:val="26"/>
              </w:rPr>
              <w:t>ngày</w:t>
            </w:r>
            <w:proofErr w:type="spellEnd"/>
            <w:r w:rsidRPr="004543E3">
              <w:rPr>
                <w:szCs w:val="26"/>
              </w:rPr>
              <w:t xml:space="preserve"> 14 </w:t>
            </w:r>
            <w:proofErr w:type="spellStart"/>
            <w:r w:rsidRPr="004543E3">
              <w:rPr>
                <w:szCs w:val="26"/>
              </w:rPr>
              <w:t>tháng</w:t>
            </w:r>
            <w:proofErr w:type="spellEnd"/>
            <w:r w:rsidRPr="004543E3">
              <w:rPr>
                <w:szCs w:val="26"/>
              </w:rPr>
              <w:t xml:space="preserve"> 12 </w:t>
            </w:r>
            <w:proofErr w:type="spellStart"/>
            <w:r w:rsidRPr="004543E3">
              <w:rPr>
                <w:szCs w:val="26"/>
              </w:rPr>
              <w:t>năm</w:t>
            </w:r>
            <w:proofErr w:type="spellEnd"/>
            <w:r w:rsidRPr="004543E3">
              <w:rPr>
                <w:szCs w:val="26"/>
              </w:rPr>
              <w:t xml:space="preserve"> 2004 </w:t>
            </w:r>
            <w:proofErr w:type="spellStart"/>
            <w:r w:rsidRPr="004543E3">
              <w:rPr>
                <w:szCs w:val="26"/>
              </w:rPr>
              <w:t>của</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phủ</w:t>
            </w:r>
            <w:proofErr w:type="spellEnd"/>
            <w:r w:rsidRPr="004543E3">
              <w:rPr>
                <w:szCs w:val="26"/>
              </w:rPr>
              <w:t xml:space="preserve"> </w:t>
            </w:r>
            <w:proofErr w:type="spellStart"/>
            <w:r w:rsidRPr="004543E3">
              <w:rPr>
                <w:szCs w:val="26"/>
              </w:rPr>
              <w:t>về</w:t>
            </w:r>
            <w:proofErr w:type="spellEnd"/>
            <w:r w:rsidRPr="004543E3">
              <w:rPr>
                <w:szCs w:val="26"/>
              </w:rPr>
              <w:t xml:space="preserve"> </w:t>
            </w:r>
            <w:proofErr w:type="spellStart"/>
            <w:r w:rsidRPr="004543E3">
              <w:rPr>
                <w:szCs w:val="26"/>
              </w:rPr>
              <w:t>chế</w:t>
            </w:r>
            <w:proofErr w:type="spellEnd"/>
            <w:r w:rsidRPr="004543E3">
              <w:rPr>
                <w:szCs w:val="26"/>
              </w:rPr>
              <w:t xml:space="preserve"> </w:t>
            </w:r>
            <w:proofErr w:type="spellStart"/>
            <w:r w:rsidRPr="004543E3">
              <w:rPr>
                <w:szCs w:val="26"/>
              </w:rPr>
              <w:t>độ</w:t>
            </w:r>
            <w:proofErr w:type="spellEnd"/>
            <w:r w:rsidRPr="004543E3">
              <w:rPr>
                <w:szCs w:val="26"/>
              </w:rPr>
              <w:t xml:space="preserve"> </w:t>
            </w:r>
            <w:proofErr w:type="spellStart"/>
            <w:r w:rsidRPr="004543E3">
              <w:rPr>
                <w:szCs w:val="26"/>
              </w:rPr>
              <w:t>tiền</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đối</w:t>
            </w:r>
            <w:proofErr w:type="spellEnd"/>
            <w:r w:rsidRPr="004543E3">
              <w:rPr>
                <w:szCs w:val="26"/>
              </w:rPr>
              <w:t xml:space="preserve"> </w:t>
            </w:r>
            <w:proofErr w:type="spellStart"/>
            <w:r w:rsidRPr="004543E3">
              <w:rPr>
                <w:szCs w:val="26"/>
              </w:rPr>
              <w:t>với</w:t>
            </w:r>
            <w:proofErr w:type="spellEnd"/>
            <w:r w:rsidRPr="004543E3">
              <w:rPr>
                <w:szCs w:val="26"/>
              </w:rPr>
              <w:t xml:space="preserve"> </w:t>
            </w:r>
            <w:proofErr w:type="spellStart"/>
            <w:r w:rsidRPr="004543E3">
              <w:rPr>
                <w:szCs w:val="26"/>
              </w:rPr>
              <w:t>cán</w:t>
            </w:r>
            <w:proofErr w:type="spellEnd"/>
            <w:r w:rsidRPr="004543E3">
              <w:rPr>
                <w:szCs w:val="26"/>
              </w:rPr>
              <w:t xml:space="preserve"> </w:t>
            </w:r>
            <w:proofErr w:type="spellStart"/>
            <w:r w:rsidRPr="004543E3">
              <w:rPr>
                <w:szCs w:val="26"/>
              </w:rPr>
              <w:t>bộ</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và</w:t>
            </w:r>
            <w:proofErr w:type="spellEnd"/>
            <w:r w:rsidRPr="004543E3">
              <w:rPr>
                <w:szCs w:val="26"/>
              </w:rPr>
              <w:t xml:space="preserve"> </w:t>
            </w:r>
            <w:proofErr w:type="spellStart"/>
            <w:r w:rsidRPr="004543E3">
              <w:rPr>
                <w:szCs w:val="26"/>
              </w:rPr>
              <w:t>lực</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vũ</w:t>
            </w:r>
            <w:proofErr w:type="spellEnd"/>
            <w:r w:rsidRPr="004543E3">
              <w:rPr>
                <w:szCs w:val="26"/>
              </w:rPr>
              <w:t xml:space="preserve"> </w:t>
            </w:r>
            <w:proofErr w:type="spellStart"/>
            <w:r w:rsidRPr="004543E3">
              <w:rPr>
                <w:szCs w:val="26"/>
              </w:rPr>
              <w:t>trang</w:t>
            </w:r>
            <w:proofErr w:type="spellEnd"/>
            <w:r w:rsidRPr="004543E3">
              <w:rPr>
                <w:szCs w:val="26"/>
              </w:rPr>
              <w:t xml:space="preserve"> </w:t>
            </w:r>
            <w:proofErr w:type="spellStart"/>
            <w:r w:rsidRPr="004543E3">
              <w:rPr>
                <w:szCs w:val="26"/>
              </w:rPr>
              <w:t>như</w:t>
            </w:r>
            <w:proofErr w:type="spellEnd"/>
            <w:r w:rsidRPr="004543E3">
              <w:rPr>
                <w:szCs w:val="26"/>
              </w:rPr>
              <w:t xml:space="preserve"> </w:t>
            </w:r>
            <w:proofErr w:type="spellStart"/>
            <w:r w:rsidRPr="004543E3">
              <w:rPr>
                <w:szCs w:val="26"/>
              </w:rPr>
              <w:t>sau</w:t>
            </w:r>
            <w:proofErr w:type="spellEnd"/>
            <w:r w:rsidRPr="004543E3">
              <w:rPr>
                <w:szCs w:val="26"/>
              </w:rPr>
              <w:t>:</w:t>
            </w:r>
          </w:p>
          <w:p w14:paraId="0FA9DCC0" w14:textId="77777777" w:rsidR="00BE5D3B" w:rsidRPr="004543E3" w:rsidRDefault="00BE5D3B" w:rsidP="00DF7936">
            <w:pPr>
              <w:spacing w:after="0" w:line="240" w:lineRule="auto"/>
              <w:ind w:firstLine="709"/>
              <w:jc w:val="both"/>
              <w:rPr>
                <w:szCs w:val="26"/>
              </w:rPr>
            </w:pPr>
            <w:r w:rsidRPr="004543E3">
              <w:rPr>
                <w:szCs w:val="26"/>
              </w:rPr>
              <w:t xml:space="preserve">a) </w:t>
            </w:r>
            <w:proofErr w:type="spellStart"/>
            <w:r w:rsidRPr="004543E3">
              <w:rPr>
                <w:szCs w:val="26"/>
              </w:rPr>
              <w:t>Ngạch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cao</w:t>
            </w:r>
            <w:proofErr w:type="spellEnd"/>
            <w:r w:rsidRPr="004543E3">
              <w:rPr>
                <w:szCs w:val="26"/>
              </w:rPr>
              <w:t xml:space="preserve"> </w:t>
            </w:r>
            <w:proofErr w:type="spellStart"/>
            <w:r w:rsidRPr="004543E3">
              <w:rPr>
                <w:szCs w:val="26"/>
              </w:rPr>
              <w:t>cấp</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hạng</w:t>
            </w:r>
            <w:proofErr w:type="spellEnd"/>
            <w:r w:rsidRPr="004543E3">
              <w:rPr>
                <w:szCs w:val="26"/>
              </w:rPr>
              <w:t xml:space="preserve"> I);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13.280;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V.05.03.09 </w:t>
            </w:r>
            <w:proofErr w:type="spellStart"/>
            <w:r w:rsidRPr="004543E3">
              <w:rPr>
                <w:szCs w:val="26"/>
              </w:rPr>
              <w:t>áp</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bảng</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loại</w:t>
            </w:r>
            <w:proofErr w:type="spellEnd"/>
            <w:r w:rsidRPr="004543E3">
              <w:rPr>
                <w:szCs w:val="26"/>
              </w:rPr>
              <w:t xml:space="preserve"> A3, </w:t>
            </w:r>
            <w:proofErr w:type="spellStart"/>
            <w:r w:rsidRPr="004543E3">
              <w:rPr>
                <w:szCs w:val="26"/>
              </w:rPr>
              <w:t>nhóm</w:t>
            </w:r>
            <w:proofErr w:type="spellEnd"/>
            <w:r w:rsidRPr="004543E3">
              <w:rPr>
                <w:szCs w:val="26"/>
              </w:rPr>
              <w:t xml:space="preserve"> 1 (A3.1), </w:t>
            </w:r>
            <w:proofErr w:type="spellStart"/>
            <w:r w:rsidRPr="004543E3">
              <w:rPr>
                <w:szCs w:val="26"/>
              </w:rPr>
              <w:t>từ</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lương</w:t>
            </w:r>
            <w:proofErr w:type="spellEnd"/>
            <w:r w:rsidRPr="004543E3">
              <w:rPr>
                <w:szCs w:val="26"/>
              </w:rPr>
              <w:t xml:space="preserve"> 6,20 </w:t>
            </w:r>
            <w:proofErr w:type="spellStart"/>
            <w:r w:rsidRPr="004543E3">
              <w:rPr>
                <w:szCs w:val="26"/>
              </w:rPr>
              <w:t>đến</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lương</w:t>
            </w:r>
            <w:proofErr w:type="spellEnd"/>
            <w:r w:rsidRPr="004543E3">
              <w:rPr>
                <w:szCs w:val="26"/>
              </w:rPr>
              <w:t xml:space="preserve"> 8,00;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loại</w:t>
            </w:r>
            <w:proofErr w:type="spellEnd"/>
            <w:r w:rsidRPr="004543E3">
              <w:rPr>
                <w:szCs w:val="26"/>
              </w:rPr>
              <w:t xml:space="preserve"> A3, </w:t>
            </w:r>
            <w:proofErr w:type="spellStart"/>
            <w:r w:rsidRPr="004543E3">
              <w:rPr>
                <w:szCs w:val="26"/>
              </w:rPr>
              <w:t>nhóm</w:t>
            </w:r>
            <w:proofErr w:type="spellEnd"/>
            <w:r w:rsidRPr="004543E3">
              <w:rPr>
                <w:szCs w:val="26"/>
              </w:rPr>
              <w:t xml:space="preserve"> 1 (A3.1), </w:t>
            </w:r>
            <w:proofErr w:type="spellStart"/>
            <w:r w:rsidRPr="004543E3">
              <w:rPr>
                <w:szCs w:val="26"/>
              </w:rPr>
              <w:t>từ</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6,20 </w:t>
            </w:r>
            <w:proofErr w:type="spellStart"/>
            <w:r w:rsidRPr="004543E3">
              <w:rPr>
                <w:szCs w:val="26"/>
              </w:rPr>
              <w:t>đến</w:t>
            </w:r>
            <w:proofErr w:type="spellEnd"/>
            <w:r w:rsidRPr="004543E3">
              <w:rPr>
                <w:szCs w:val="26"/>
              </w:rPr>
              <w:t xml:space="preserve"> 8,20.</w:t>
            </w:r>
          </w:p>
          <w:p w14:paraId="028663A9" w14:textId="77777777" w:rsidR="00BE5D3B" w:rsidRPr="004543E3" w:rsidRDefault="00BE5D3B" w:rsidP="00DF7936">
            <w:pPr>
              <w:spacing w:after="0" w:line="240" w:lineRule="auto"/>
              <w:ind w:firstLine="709"/>
              <w:jc w:val="both"/>
              <w:rPr>
                <w:szCs w:val="26"/>
              </w:rPr>
            </w:pPr>
            <w:r w:rsidRPr="004543E3">
              <w:rPr>
                <w:szCs w:val="26"/>
              </w:rPr>
              <w:t xml:space="preserve">b) </w:t>
            </w:r>
            <w:proofErr w:type="spellStart"/>
            <w:r w:rsidRPr="004543E3">
              <w:rPr>
                <w:szCs w:val="26"/>
              </w:rPr>
              <w:t>Ngạch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chính</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hạng</w:t>
            </w:r>
            <w:proofErr w:type="spellEnd"/>
            <w:r w:rsidRPr="004543E3">
              <w:rPr>
                <w:szCs w:val="26"/>
              </w:rPr>
              <w:t xml:space="preserve"> II);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13.281;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V.05.03.10 </w:t>
            </w:r>
            <w:proofErr w:type="spellStart"/>
            <w:r w:rsidRPr="004543E3">
              <w:rPr>
                <w:szCs w:val="26"/>
              </w:rPr>
              <w:t>áp</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bảng</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loại</w:t>
            </w:r>
            <w:proofErr w:type="spellEnd"/>
            <w:r w:rsidRPr="004543E3">
              <w:rPr>
                <w:szCs w:val="26"/>
              </w:rPr>
              <w:t xml:space="preserve"> A2, </w:t>
            </w:r>
            <w:proofErr w:type="spellStart"/>
            <w:r w:rsidRPr="004543E3">
              <w:rPr>
                <w:szCs w:val="26"/>
              </w:rPr>
              <w:t>nhóm</w:t>
            </w:r>
            <w:proofErr w:type="spellEnd"/>
            <w:r w:rsidRPr="004543E3">
              <w:rPr>
                <w:szCs w:val="26"/>
              </w:rPr>
              <w:t xml:space="preserve"> 1 (A2.1), </w:t>
            </w:r>
            <w:proofErr w:type="spellStart"/>
            <w:r w:rsidRPr="004543E3">
              <w:rPr>
                <w:szCs w:val="26"/>
              </w:rPr>
              <w:t>từ</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lương</w:t>
            </w:r>
            <w:proofErr w:type="spellEnd"/>
            <w:r w:rsidRPr="004543E3">
              <w:rPr>
                <w:szCs w:val="26"/>
              </w:rPr>
              <w:t xml:space="preserve"> 4,40 </w:t>
            </w:r>
            <w:proofErr w:type="spellStart"/>
            <w:r w:rsidRPr="004543E3">
              <w:rPr>
                <w:szCs w:val="26"/>
              </w:rPr>
              <w:t>đến</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lương</w:t>
            </w:r>
            <w:proofErr w:type="spellEnd"/>
            <w:r w:rsidRPr="004543E3">
              <w:rPr>
                <w:szCs w:val="26"/>
              </w:rPr>
              <w:t xml:space="preserve"> 6,78; </w:t>
            </w:r>
            <w:proofErr w:type="spellStart"/>
            <w:r w:rsidRPr="004543E3">
              <w:rPr>
                <w:szCs w:val="26"/>
              </w:rPr>
              <w:t>viên</w:t>
            </w:r>
            <w:proofErr w:type="spellEnd"/>
            <w:r w:rsidRPr="004543E3">
              <w:rPr>
                <w:szCs w:val="26"/>
              </w:rPr>
              <w:t xml:space="preserve"> </w:t>
            </w:r>
            <w:proofErr w:type="spellStart"/>
            <w:r w:rsidRPr="004543E3">
              <w:rPr>
                <w:szCs w:val="26"/>
              </w:rPr>
              <w:lastRenderedPageBreak/>
              <w:t>chức</w:t>
            </w:r>
            <w:proofErr w:type="spellEnd"/>
            <w:r w:rsidRPr="004543E3">
              <w:rPr>
                <w:szCs w:val="26"/>
              </w:rPr>
              <w:t xml:space="preserve"> </w:t>
            </w:r>
            <w:proofErr w:type="spellStart"/>
            <w:r w:rsidRPr="004543E3">
              <w:rPr>
                <w:szCs w:val="26"/>
              </w:rPr>
              <w:t>loại</w:t>
            </w:r>
            <w:proofErr w:type="spellEnd"/>
            <w:r w:rsidRPr="004543E3">
              <w:rPr>
                <w:szCs w:val="26"/>
              </w:rPr>
              <w:t xml:space="preserve"> A2, </w:t>
            </w:r>
            <w:proofErr w:type="spellStart"/>
            <w:r w:rsidRPr="004543E3">
              <w:rPr>
                <w:szCs w:val="26"/>
              </w:rPr>
              <w:t>nhóm</w:t>
            </w:r>
            <w:proofErr w:type="spellEnd"/>
            <w:r w:rsidRPr="004543E3">
              <w:rPr>
                <w:szCs w:val="26"/>
              </w:rPr>
              <w:t xml:space="preserve"> 1 (A2.1), </w:t>
            </w:r>
            <w:proofErr w:type="spellStart"/>
            <w:r w:rsidRPr="004543E3">
              <w:rPr>
                <w:szCs w:val="26"/>
              </w:rPr>
              <w:t>từ</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4,40 </w:t>
            </w:r>
            <w:proofErr w:type="spellStart"/>
            <w:r w:rsidRPr="004543E3">
              <w:rPr>
                <w:szCs w:val="26"/>
              </w:rPr>
              <w:t>đến</w:t>
            </w:r>
            <w:proofErr w:type="spellEnd"/>
            <w:r w:rsidRPr="004543E3">
              <w:rPr>
                <w:szCs w:val="26"/>
              </w:rPr>
              <w:t xml:space="preserve"> 6,78.</w:t>
            </w:r>
          </w:p>
          <w:p w14:paraId="486B3D7F" w14:textId="78A9ED75" w:rsidR="00BE5D3B" w:rsidRPr="004543E3" w:rsidRDefault="00BE5D3B" w:rsidP="00DF7936">
            <w:pPr>
              <w:spacing w:after="0" w:line="240" w:lineRule="auto"/>
              <w:ind w:firstLine="709"/>
              <w:jc w:val="both"/>
              <w:rPr>
                <w:i/>
                <w:iCs/>
                <w:sz w:val="28"/>
                <w:szCs w:val="28"/>
                <w:lang w:val="de-DE"/>
              </w:rPr>
            </w:pPr>
            <w:r w:rsidRPr="004543E3">
              <w:rPr>
                <w:szCs w:val="26"/>
              </w:rPr>
              <w:t xml:space="preserve">c) </w:t>
            </w:r>
            <w:proofErr w:type="spellStart"/>
            <w:r w:rsidRPr="004543E3">
              <w:rPr>
                <w:szCs w:val="26"/>
              </w:rPr>
              <w:t>Ngạch</w:t>
            </w:r>
            <w:proofErr w:type="spellEnd"/>
            <w:r w:rsidRPr="004543E3">
              <w:rPr>
                <w:szCs w:val="26"/>
              </w:rPr>
              <w:t xml:space="preserve"> </w:t>
            </w:r>
            <w:proofErr w:type="spellStart"/>
            <w:r w:rsidRPr="004543E3">
              <w:rPr>
                <w:szCs w:val="26"/>
              </w:rPr>
              <w:t>Kiểm</w:t>
            </w:r>
            <w:proofErr w:type="spellEnd"/>
            <w:r w:rsidRPr="004543E3">
              <w:rPr>
                <w:szCs w:val="26"/>
              </w:rPr>
              <w:t xml:space="preserve"> </w:t>
            </w:r>
            <w:proofErr w:type="spellStart"/>
            <w:r w:rsidRPr="004543E3">
              <w:rPr>
                <w:szCs w:val="26"/>
              </w:rPr>
              <w:t>soát</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chất</w:t>
            </w:r>
            <w:proofErr w:type="spellEnd"/>
            <w:r w:rsidRPr="004543E3">
              <w:rPr>
                <w:szCs w:val="26"/>
              </w:rPr>
              <w:t xml:space="preserve"> </w:t>
            </w:r>
            <w:proofErr w:type="spellStart"/>
            <w:r w:rsidRPr="004543E3">
              <w:rPr>
                <w:szCs w:val="26"/>
              </w:rPr>
              <w:t>lượng</w:t>
            </w:r>
            <w:proofErr w:type="spellEnd"/>
            <w:r w:rsidRPr="004543E3">
              <w:rPr>
                <w:szCs w:val="26"/>
              </w:rPr>
              <w:t xml:space="preserve"> </w:t>
            </w:r>
            <w:proofErr w:type="spellStart"/>
            <w:r w:rsidRPr="004543E3">
              <w:rPr>
                <w:szCs w:val="26"/>
              </w:rPr>
              <w:t>sản</w:t>
            </w:r>
            <w:proofErr w:type="spellEnd"/>
            <w:r w:rsidRPr="004543E3">
              <w:rPr>
                <w:szCs w:val="26"/>
              </w:rPr>
              <w:t xml:space="preserve"> </w:t>
            </w:r>
            <w:proofErr w:type="spellStart"/>
            <w:r w:rsidRPr="004543E3">
              <w:rPr>
                <w:szCs w:val="26"/>
              </w:rPr>
              <w:t>phẩm</w:t>
            </w:r>
            <w:proofErr w:type="spellEnd"/>
            <w:r w:rsidRPr="004543E3">
              <w:rPr>
                <w:szCs w:val="26"/>
              </w:rPr>
              <w:t xml:space="preserve">, </w:t>
            </w:r>
            <w:proofErr w:type="spellStart"/>
            <w:r w:rsidRPr="004543E3">
              <w:rPr>
                <w:szCs w:val="26"/>
              </w:rPr>
              <w:t>hàng</w:t>
            </w:r>
            <w:proofErr w:type="spellEnd"/>
            <w:r w:rsidRPr="004543E3">
              <w:rPr>
                <w:szCs w:val="26"/>
              </w:rPr>
              <w:t xml:space="preserve"> </w:t>
            </w:r>
            <w:proofErr w:type="spellStart"/>
            <w:r w:rsidRPr="004543E3">
              <w:rPr>
                <w:szCs w:val="26"/>
              </w:rPr>
              <w:t>hóa</w:t>
            </w:r>
            <w:proofErr w:type="spellEnd"/>
            <w:r w:rsidRPr="004543E3">
              <w:rPr>
                <w:szCs w:val="26"/>
              </w:rPr>
              <w:t xml:space="preserve"> (</w:t>
            </w:r>
            <w:proofErr w:type="spellStart"/>
            <w:r w:rsidRPr="004543E3">
              <w:rPr>
                <w:szCs w:val="26"/>
              </w:rPr>
              <w:t>hạng</w:t>
            </w:r>
            <w:proofErr w:type="spellEnd"/>
            <w:r w:rsidRPr="004543E3">
              <w:rPr>
                <w:szCs w:val="26"/>
              </w:rPr>
              <w:t xml:space="preserve"> III);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ngạch</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13.282; </w:t>
            </w:r>
            <w:proofErr w:type="spellStart"/>
            <w:r w:rsidRPr="004543E3">
              <w:rPr>
                <w:szCs w:val="26"/>
              </w:rPr>
              <w:t>mã</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danh</w:t>
            </w:r>
            <w:proofErr w:type="spellEnd"/>
            <w:r w:rsidRPr="004543E3">
              <w:rPr>
                <w:szCs w:val="26"/>
              </w:rPr>
              <w:t xml:space="preserve"> </w:t>
            </w:r>
            <w:proofErr w:type="spellStart"/>
            <w:r w:rsidRPr="004543E3">
              <w:rPr>
                <w:szCs w:val="26"/>
              </w:rPr>
              <w:t>nghề</w:t>
            </w:r>
            <w:proofErr w:type="spellEnd"/>
            <w:r w:rsidRPr="004543E3">
              <w:rPr>
                <w:szCs w:val="26"/>
              </w:rPr>
              <w:t xml:space="preserve"> </w:t>
            </w:r>
            <w:proofErr w:type="spellStart"/>
            <w:r w:rsidRPr="004543E3">
              <w:rPr>
                <w:szCs w:val="26"/>
              </w:rPr>
              <w:t>nghiệp</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V.05.03.11 </w:t>
            </w:r>
            <w:proofErr w:type="spellStart"/>
            <w:r w:rsidRPr="004543E3">
              <w:rPr>
                <w:szCs w:val="26"/>
              </w:rPr>
              <w:t>áp</w:t>
            </w:r>
            <w:proofErr w:type="spellEnd"/>
            <w:r w:rsidRPr="004543E3">
              <w:rPr>
                <w:szCs w:val="26"/>
              </w:rPr>
              <w:t xml:space="preserve"> </w:t>
            </w:r>
            <w:proofErr w:type="spellStart"/>
            <w:r w:rsidRPr="004543E3">
              <w:rPr>
                <w:szCs w:val="26"/>
              </w:rPr>
              <w:t>dụng</w:t>
            </w:r>
            <w:proofErr w:type="spellEnd"/>
            <w:r w:rsidRPr="004543E3">
              <w:rPr>
                <w:szCs w:val="26"/>
              </w:rPr>
              <w:t xml:space="preserve"> </w:t>
            </w:r>
            <w:proofErr w:type="spellStart"/>
            <w:r w:rsidRPr="004543E3">
              <w:rPr>
                <w:szCs w:val="26"/>
              </w:rPr>
              <w:t>bảng</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công</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loại</w:t>
            </w:r>
            <w:proofErr w:type="spellEnd"/>
            <w:r w:rsidRPr="004543E3">
              <w:rPr>
                <w:szCs w:val="26"/>
              </w:rPr>
              <w:t xml:space="preserve"> A1, </w:t>
            </w:r>
            <w:proofErr w:type="spellStart"/>
            <w:r w:rsidRPr="004543E3">
              <w:rPr>
                <w:szCs w:val="26"/>
              </w:rPr>
              <w:t>từ</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lương</w:t>
            </w:r>
            <w:proofErr w:type="spellEnd"/>
            <w:r w:rsidRPr="004543E3">
              <w:rPr>
                <w:szCs w:val="26"/>
              </w:rPr>
              <w:t xml:space="preserve"> 2,34 </w:t>
            </w:r>
            <w:proofErr w:type="spellStart"/>
            <w:r w:rsidRPr="004543E3">
              <w:rPr>
                <w:szCs w:val="26"/>
              </w:rPr>
              <w:t>đến</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w:t>
            </w:r>
            <w:proofErr w:type="spellStart"/>
            <w:r w:rsidRPr="004543E3">
              <w:rPr>
                <w:szCs w:val="26"/>
              </w:rPr>
              <w:t>lương</w:t>
            </w:r>
            <w:proofErr w:type="spellEnd"/>
            <w:r w:rsidRPr="004543E3">
              <w:rPr>
                <w:szCs w:val="26"/>
              </w:rPr>
              <w:t xml:space="preserve"> 4,98; </w:t>
            </w:r>
            <w:proofErr w:type="spellStart"/>
            <w:r w:rsidRPr="004543E3">
              <w:rPr>
                <w:szCs w:val="26"/>
              </w:rPr>
              <w:t>viên</w:t>
            </w:r>
            <w:proofErr w:type="spellEnd"/>
            <w:r w:rsidRPr="004543E3">
              <w:rPr>
                <w:szCs w:val="26"/>
              </w:rPr>
              <w:t xml:space="preserve"> </w:t>
            </w:r>
            <w:proofErr w:type="spellStart"/>
            <w:r w:rsidRPr="004543E3">
              <w:rPr>
                <w:szCs w:val="26"/>
              </w:rPr>
              <w:t>chức</w:t>
            </w:r>
            <w:proofErr w:type="spellEnd"/>
            <w:r w:rsidRPr="004543E3">
              <w:rPr>
                <w:szCs w:val="26"/>
              </w:rPr>
              <w:t xml:space="preserve"> </w:t>
            </w:r>
            <w:proofErr w:type="spellStart"/>
            <w:r w:rsidRPr="004543E3">
              <w:rPr>
                <w:szCs w:val="26"/>
              </w:rPr>
              <w:t>loại</w:t>
            </w:r>
            <w:proofErr w:type="spellEnd"/>
            <w:r w:rsidRPr="004543E3">
              <w:rPr>
                <w:szCs w:val="26"/>
              </w:rPr>
              <w:t xml:space="preserve"> A1, </w:t>
            </w:r>
            <w:proofErr w:type="spellStart"/>
            <w:r w:rsidRPr="004543E3">
              <w:rPr>
                <w:szCs w:val="26"/>
              </w:rPr>
              <w:t>nhóm</w:t>
            </w:r>
            <w:proofErr w:type="spellEnd"/>
            <w:r w:rsidRPr="004543E3">
              <w:rPr>
                <w:szCs w:val="26"/>
              </w:rPr>
              <w:t xml:space="preserve"> 1 (A1.1), </w:t>
            </w:r>
            <w:proofErr w:type="spellStart"/>
            <w:r w:rsidRPr="004543E3">
              <w:rPr>
                <w:szCs w:val="26"/>
              </w:rPr>
              <w:t>từ</w:t>
            </w:r>
            <w:proofErr w:type="spellEnd"/>
            <w:r w:rsidRPr="004543E3">
              <w:rPr>
                <w:szCs w:val="26"/>
              </w:rPr>
              <w:t xml:space="preserve"> </w:t>
            </w:r>
            <w:proofErr w:type="spellStart"/>
            <w:r w:rsidRPr="004543E3">
              <w:rPr>
                <w:szCs w:val="26"/>
              </w:rPr>
              <w:t>hệ</w:t>
            </w:r>
            <w:proofErr w:type="spellEnd"/>
            <w:r w:rsidRPr="004543E3">
              <w:rPr>
                <w:szCs w:val="26"/>
              </w:rPr>
              <w:t xml:space="preserve"> </w:t>
            </w:r>
            <w:proofErr w:type="spellStart"/>
            <w:r w:rsidRPr="004543E3">
              <w:rPr>
                <w:szCs w:val="26"/>
              </w:rPr>
              <w:t>số</w:t>
            </w:r>
            <w:proofErr w:type="spellEnd"/>
            <w:r w:rsidRPr="004543E3">
              <w:rPr>
                <w:szCs w:val="26"/>
              </w:rPr>
              <w:t xml:space="preserve"> 2,34 </w:t>
            </w:r>
            <w:proofErr w:type="spellStart"/>
            <w:r w:rsidRPr="004543E3">
              <w:rPr>
                <w:szCs w:val="26"/>
              </w:rPr>
              <w:t>đến</w:t>
            </w:r>
            <w:proofErr w:type="spellEnd"/>
            <w:r w:rsidRPr="004543E3">
              <w:rPr>
                <w:szCs w:val="26"/>
              </w:rPr>
              <w:t xml:space="preserve"> 4,98.</w:t>
            </w:r>
          </w:p>
        </w:tc>
        <w:tc>
          <w:tcPr>
            <w:tcW w:w="5220" w:type="dxa"/>
          </w:tcPr>
          <w:p w14:paraId="36641C40" w14:textId="77777777" w:rsidR="00BE5D3B" w:rsidRPr="004543E3" w:rsidRDefault="00BE5D3B" w:rsidP="009678B4">
            <w:pPr>
              <w:spacing w:before="120" w:after="120" w:line="240" w:lineRule="auto"/>
              <w:jc w:val="both"/>
              <w:rPr>
                <w:b/>
                <w:bCs/>
              </w:rPr>
            </w:pPr>
            <w:r w:rsidRPr="004543E3">
              <w:rPr>
                <w:b/>
                <w:bCs/>
              </w:rPr>
              <w:lastRenderedPageBreak/>
              <w:t xml:space="preserve">Cục </w:t>
            </w:r>
            <w:proofErr w:type="spellStart"/>
            <w:r w:rsidRPr="004543E3">
              <w:rPr>
                <w:b/>
                <w:bCs/>
              </w:rPr>
              <w:t>Đổi</w:t>
            </w:r>
            <w:proofErr w:type="spellEnd"/>
            <w:r w:rsidRPr="004543E3">
              <w:rPr>
                <w:b/>
                <w:bCs/>
              </w:rPr>
              <w:t xml:space="preserve"> </w:t>
            </w:r>
            <w:proofErr w:type="spellStart"/>
            <w:r w:rsidRPr="004543E3">
              <w:rPr>
                <w:b/>
                <w:bCs/>
              </w:rPr>
              <w:t>mới</w:t>
            </w:r>
            <w:proofErr w:type="spellEnd"/>
            <w:r w:rsidRPr="004543E3">
              <w:rPr>
                <w:b/>
                <w:bCs/>
              </w:rPr>
              <w:t xml:space="preserve"> </w:t>
            </w:r>
            <w:proofErr w:type="spellStart"/>
            <w:r w:rsidRPr="004543E3">
              <w:rPr>
                <w:b/>
                <w:bCs/>
              </w:rPr>
              <w:t>sáng</w:t>
            </w:r>
            <w:proofErr w:type="spellEnd"/>
            <w:r w:rsidRPr="004543E3">
              <w:rPr>
                <w:b/>
                <w:bCs/>
              </w:rPr>
              <w:t xml:space="preserve"> </w:t>
            </w:r>
            <w:proofErr w:type="spellStart"/>
            <w:r w:rsidRPr="004543E3">
              <w:rPr>
                <w:b/>
                <w:bCs/>
              </w:rPr>
              <w:t>tạo</w:t>
            </w:r>
            <w:proofErr w:type="spellEnd"/>
            <w:r w:rsidRPr="004543E3">
              <w:rPr>
                <w:b/>
                <w:bCs/>
              </w:rPr>
              <w:t>:</w:t>
            </w:r>
          </w:p>
          <w:p w14:paraId="399C9D9D" w14:textId="77777777" w:rsidR="00BE5D3B" w:rsidRPr="004543E3" w:rsidRDefault="00BE5D3B" w:rsidP="009678B4">
            <w:pPr>
              <w:spacing w:before="120" w:after="120" w:line="240" w:lineRule="auto"/>
              <w:jc w:val="both"/>
            </w:pPr>
            <w:r w:rsidRPr="004543E3">
              <w:t xml:space="preserve"> </w:t>
            </w:r>
            <w:proofErr w:type="spellStart"/>
            <w:r w:rsidRPr="004543E3">
              <w:t>Tại</w:t>
            </w:r>
            <w:proofErr w:type="spellEnd"/>
            <w:r w:rsidRPr="004543E3">
              <w:t xml:space="preserve"> </w:t>
            </w:r>
            <w:proofErr w:type="spellStart"/>
            <w:r w:rsidRPr="004543E3">
              <w:t>điểm</w:t>
            </w:r>
            <w:proofErr w:type="spellEnd"/>
            <w:r w:rsidRPr="004543E3">
              <w:t xml:space="preserve"> a </w:t>
            </w:r>
            <w:proofErr w:type="spellStart"/>
            <w:r w:rsidRPr="004543E3">
              <w:t>khoản</w:t>
            </w:r>
            <w:proofErr w:type="spellEnd"/>
            <w:r w:rsidRPr="004543E3">
              <w:t xml:space="preserve"> 4 </w:t>
            </w:r>
            <w:proofErr w:type="spellStart"/>
            <w:r w:rsidRPr="004543E3">
              <w:t>Điều</w:t>
            </w:r>
            <w:proofErr w:type="spellEnd"/>
            <w:r w:rsidRPr="004543E3">
              <w:t xml:space="preserve"> 9: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rà</w:t>
            </w:r>
            <w:proofErr w:type="spellEnd"/>
            <w:r w:rsidRPr="004543E3">
              <w:t xml:space="preserve"> </w:t>
            </w:r>
            <w:proofErr w:type="spellStart"/>
            <w:r w:rsidRPr="004543E3">
              <w:t>soát</w:t>
            </w:r>
            <w:proofErr w:type="spellEnd"/>
            <w:r w:rsidRPr="004543E3">
              <w:t xml:space="preserve"> </w:t>
            </w:r>
            <w:proofErr w:type="spellStart"/>
            <w:r w:rsidRPr="004543E3">
              <w:t>lại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về</w:t>
            </w:r>
            <w:proofErr w:type="spellEnd"/>
            <w:r w:rsidRPr="004543E3">
              <w:t xml:space="preserve"> </w:t>
            </w:r>
            <w:proofErr w:type="spellStart"/>
            <w:r w:rsidRPr="004543E3">
              <w:t>hê</w:t>
            </w:r>
            <w:proofErr w:type="spellEnd"/>
            <w:r w:rsidRPr="004543E3">
              <w:t xml:space="preserve">̣ </w:t>
            </w:r>
            <w:proofErr w:type="spellStart"/>
            <w:r w:rsidRPr="004543E3">
              <w:t>số</w:t>
            </w:r>
            <w:proofErr w:type="spellEnd"/>
            <w:r w:rsidRPr="004543E3">
              <w:t xml:space="preserve"> </w:t>
            </w:r>
            <w:proofErr w:type="spellStart"/>
            <w:r w:rsidRPr="004543E3">
              <w:t>lương</w:t>
            </w:r>
            <w:proofErr w:type="spellEnd"/>
            <w:r w:rsidRPr="004543E3">
              <w:t xml:space="preserve"> </w:t>
            </w:r>
            <w:proofErr w:type="spellStart"/>
            <w:r w:rsidRPr="004543E3">
              <w:t>của</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loại</w:t>
            </w:r>
            <w:proofErr w:type="spellEnd"/>
            <w:r w:rsidRPr="004543E3">
              <w:t xml:space="preserve"> A3, </w:t>
            </w:r>
            <w:proofErr w:type="spellStart"/>
            <w:r w:rsidRPr="004543E3">
              <w:t>nhóm</w:t>
            </w:r>
            <w:proofErr w:type="spellEnd"/>
            <w:r w:rsidRPr="004543E3">
              <w:t xml:space="preserve"> 1 (A3.1), </w:t>
            </w:r>
            <w:proofErr w:type="spellStart"/>
            <w:r w:rsidRPr="004543E3">
              <w:t>từ</w:t>
            </w:r>
            <w:proofErr w:type="spellEnd"/>
            <w:r w:rsidRPr="004543E3">
              <w:t xml:space="preserve"> </w:t>
            </w:r>
            <w:proofErr w:type="spellStart"/>
            <w:r w:rsidRPr="004543E3">
              <w:t>hê</w:t>
            </w:r>
            <w:proofErr w:type="spellEnd"/>
            <w:r w:rsidRPr="004543E3">
              <w:t xml:space="preserve">̣ </w:t>
            </w:r>
            <w:proofErr w:type="spellStart"/>
            <w:r w:rsidRPr="004543E3">
              <w:t>số</w:t>
            </w:r>
            <w:proofErr w:type="spellEnd"/>
            <w:r w:rsidRPr="004543E3">
              <w:t xml:space="preserve"> 6,20 </w:t>
            </w:r>
            <w:proofErr w:type="spellStart"/>
            <w:r w:rsidRPr="004543E3">
              <w:t>đến</w:t>
            </w:r>
            <w:proofErr w:type="spellEnd"/>
            <w:r w:rsidRPr="004543E3">
              <w:t xml:space="preserve"> 8,20” </w:t>
            </w:r>
            <w:proofErr w:type="spellStart"/>
            <w:r w:rsidRPr="004543E3">
              <w:t>đê</w:t>
            </w:r>
            <w:proofErr w:type="spellEnd"/>
            <w:r w:rsidRPr="004543E3">
              <w:t xml:space="preserve">̉ </w:t>
            </w:r>
            <w:proofErr w:type="spellStart"/>
            <w:r w:rsidRPr="004543E3">
              <w:t>phù</w:t>
            </w:r>
            <w:proofErr w:type="spellEnd"/>
            <w:r w:rsidRPr="004543E3">
              <w:t xml:space="preserve"> </w:t>
            </w:r>
            <w:proofErr w:type="spellStart"/>
            <w:r w:rsidRPr="004543E3">
              <w:t>hợp</w:t>
            </w:r>
            <w:proofErr w:type="spellEnd"/>
            <w:r w:rsidRPr="004543E3">
              <w:t xml:space="preserve"> </w:t>
            </w:r>
            <w:proofErr w:type="spellStart"/>
            <w:r w:rsidRPr="004543E3">
              <w:t>với</w:t>
            </w:r>
            <w:proofErr w:type="spellEnd"/>
            <w:r w:rsidRPr="004543E3">
              <w:t xml:space="preserve"> </w:t>
            </w:r>
            <w:proofErr w:type="spellStart"/>
            <w:r w:rsidRPr="004543E3">
              <w:t>việc</w:t>
            </w:r>
            <w:proofErr w:type="spellEnd"/>
            <w:r w:rsidRPr="004543E3">
              <w:t xml:space="preserve"> </w:t>
            </w:r>
            <w:proofErr w:type="spellStart"/>
            <w:r w:rsidRPr="004543E3">
              <w:t>vận</w:t>
            </w:r>
            <w:proofErr w:type="spellEnd"/>
            <w:r w:rsidRPr="004543E3">
              <w:t xml:space="preserve"> </w:t>
            </w:r>
            <w:proofErr w:type="spellStart"/>
            <w:r w:rsidRPr="004543E3">
              <w:t>dụng</w:t>
            </w:r>
            <w:proofErr w:type="spellEnd"/>
            <w:r w:rsidRPr="004543E3">
              <w:t xml:space="preserve"> </w:t>
            </w:r>
            <w:proofErr w:type="spellStart"/>
            <w:r w:rsidRPr="004543E3">
              <w:t>Bảng</w:t>
            </w:r>
            <w:proofErr w:type="spellEnd"/>
            <w:r w:rsidRPr="004543E3">
              <w:t xml:space="preserve"> 2 (</w:t>
            </w:r>
            <w:proofErr w:type="spellStart"/>
            <w:r w:rsidRPr="004543E3">
              <w:t>Bảng</w:t>
            </w:r>
            <w:proofErr w:type="spellEnd"/>
            <w:r w:rsidRPr="004543E3">
              <w:t xml:space="preserve"> </w:t>
            </w:r>
            <w:proofErr w:type="spellStart"/>
            <w:r w:rsidRPr="004543E3">
              <w:t>lương</w:t>
            </w:r>
            <w:proofErr w:type="spellEnd"/>
            <w:r w:rsidRPr="004543E3">
              <w:t xml:space="preserve"> </w:t>
            </w:r>
            <w:proofErr w:type="spellStart"/>
            <w:r w:rsidRPr="004543E3">
              <w:t>chuyên</w:t>
            </w:r>
            <w:proofErr w:type="spellEnd"/>
            <w:r w:rsidRPr="004543E3">
              <w:t xml:space="preserve"> </w:t>
            </w:r>
            <w:proofErr w:type="spellStart"/>
            <w:r w:rsidRPr="004543E3">
              <w:t>môn</w:t>
            </w:r>
            <w:proofErr w:type="spellEnd"/>
            <w:r w:rsidRPr="004543E3">
              <w:t xml:space="preserve">, </w:t>
            </w:r>
            <w:proofErr w:type="spellStart"/>
            <w:r w:rsidRPr="004543E3">
              <w:t>nghiệp</w:t>
            </w:r>
            <w:proofErr w:type="spellEnd"/>
            <w:r w:rsidRPr="004543E3">
              <w:t xml:space="preserve"> vụ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trong</w:t>
            </w:r>
            <w:proofErr w:type="spellEnd"/>
            <w:r w:rsidRPr="004543E3">
              <w:t xml:space="preserve"> </w:t>
            </w:r>
            <w:proofErr w:type="spellStart"/>
            <w:r w:rsidRPr="004543E3">
              <w:t>các</w:t>
            </w:r>
            <w:proofErr w:type="spellEnd"/>
            <w:r w:rsidRPr="004543E3">
              <w:t xml:space="preserve"> </w:t>
            </w:r>
            <w:proofErr w:type="spellStart"/>
            <w:r w:rsidRPr="004543E3">
              <w:t>cơ</w:t>
            </w:r>
            <w:proofErr w:type="spellEnd"/>
            <w:r w:rsidRPr="004543E3">
              <w:t xml:space="preserve"> </w:t>
            </w:r>
            <w:proofErr w:type="spellStart"/>
            <w:r w:rsidRPr="004543E3">
              <w:t>quan</w:t>
            </w:r>
            <w:proofErr w:type="spellEnd"/>
            <w:r w:rsidRPr="004543E3">
              <w:t xml:space="preserve"> </w:t>
            </w:r>
            <w:proofErr w:type="spellStart"/>
            <w:r w:rsidRPr="004543E3">
              <w:t>nha</w:t>
            </w:r>
            <w:proofErr w:type="spellEnd"/>
            <w:r w:rsidRPr="004543E3">
              <w:t xml:space="preserve">̀ </w:t>
            </w:r>
            <w:proofErr w:type="spellStart"/>
            <w:r w:rsidRPr="004543E3">
              <w:t>nước</w:t>
            </w:r>
            <w:proofErr w:type="spellEnd"/>
            <w:r w:rsidRPr="004543E3">
              <w:t xml:space="preserve">) ban </w:t>
            </w:r>
            <w:proofErr w:type="spellStart"/>
            <w:r w:rsidRPr="004543E3">
              <w:t>hành</w:t>
            </w:r>
            <w:proofErr w:type="spellEnd"/>
            <w:r w:rsidRPr="004543E3">
              <w:t xml:space="preserve"> </w:t>
            </w:r>
            <w:proofErr w:type="spellStart"/>
            <w:r w:rsidRPr="004543E3">
              <w:t>kèm</w:t>
            </w:r>
            <w:proofErr w:type="spellEnd"/>
            <w:r w:rsidRPr="004543E3">
              <w:t xml:space="preserve"> </w:t>
            </w:r>
            <w:proofErr w:type="spellStart"/>
            <w:r w:rsidRPr="004543E3">
              <w:t>theo</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 </w:t>
            </w:r>
            <w:proofErr w:type="spellStart"/>
            <w:r w:rsidRPr="004543E3">
              <w:t>ngày</w:t>
            </w:r>
            <w:proofErr w:type="spellEnd"/>
            <w:r w:rsidRPr="004543E3">
              <w:t xml:space="preserve"> 14/12/2004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về</w:t>
            </w:r>
            <w:proofErr w:type="spellEnd"/>
            <w:r w:rsidRPr="004543E3">
              <w:t xml:space="preserve"> </w:t>
            </w:r>
            <w:proofErr w:type="spellStart"/>
            <w:r w:rsidRPr="004543E3">
              <w:t>chế</w:t>
            </w:r>
            <w:proofErr w:type="spellEnd"/>
            <w:r w:rsidRPr="004543E3">
              <w:t xml:space="preserve"> </w:t>
            </w:r>
            <w:proofErr w:type="spellStart"/>
            <w:r w:rsidRPr="004543E3">
              <w:t>độ</w:t>
            </w:r>
            <w:proofErr w:type="spellEnd"/>
            <w:r w:rsidRPr="004543E3">
              <w:t xml:space="preserve"> </w:t>
            </w:r>
            <w:proofErr w:type="spellStart"/>
            <w:r w:rsidRPr="004543E3">
              <w:t>tiền</w:t>
            </w:r>
            <w:proofErr w:type="spellEnd"/>
            <w:r w:rsidRPr="004543E3">
              <w:t xml:space="preserve"> </w:t>
            </w:r>
            <w:proofErr w:type="spellStart"/>
            <w:r w:rsidRPr="004543E3">
              <w:t>lương</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va</w:t>
            </w:r>
            <w:proofErr w:type="spellEnd"/>
            <w:r w:rsidRPr="004543E3">
              <w:t xml:space="preserve">̀ </w:t>
            </w:r>
            <w:proofErr w:type="spellStart"/>
            <w:r w:rsidRPr="004543E3">
              <w:t>lực</w:t>
            </w:r>
            <w:proofErr w:type="spellEnd"/>
            <w:r w:rsidRPr="004543E3">
              <w:t xml:space="preserve"> </w:t>
            </w:r>
            <w:proofErr w:type="spellStart"/>
            <w:r w:rsidRPr="004543E3">
              <w:t>lượng</w:t>
            </w:r>
            <w:proofErr w:type="spellEnd"/>
            <w:r w:rsidRPr="004543E3">
              <w:t xml:space="preserve"> </w:t>
            </w:r>
            <w:proofErr w:type="spellStart"/>
            <w:r w:rsidRPr="004543E3">
              <w:t>vũ</w:t>
            </w:r>
            <w:proofErr w:type="spellEnd"/>
            <w:r w:rsidRPr="004543E3">
              <w:t xml:space="preserve"> </w:t>
            </w:r>
            <w:proofErr w:type="spellStart"/>
            <w:r w:rsidRPr="004543E3">
              <w:t>trang</w:t>
            </w:r>
            <w:proofErr w:type="spellEnd"/>
            <w:r w:rsidRPr="004543E3">
              <w:t xml:space="preserve"> (</w:t>
            </w:r>
            <w:proofErr w:type="spellStart"/>
            <w:r w:rsidRPr="004543E3">
              <w:t>không</w:t>
            </w:r>
            <w:proofErr w:type="spellEnd"/>
            <w:r w:rsidRPr="004543E3">
              <w:t xml:space="preserve"> </w:t>
            </w:r>
            <w:proofErr w:type="spellStart"/>
            <w:r w:rsidRPr="004543E3">
              <w:t>có</w:t>
            </w:r>
            <w:proofErr w:type="spellEnd"/>
            <w:r w:rsidRPr="004543E3">
              <w:t xml:space="preserve"> </w:t>
            </w:r>
            <w:proofErr w:type="spellStart"/>
            <w:r w:rsidRPr="004543E3">
              <w:t>hê</w:t>
            </w:r>
            <w:proofErr w:type="spellEnd"/>
            <w:r w:rsidRPr="004543E3">
              <w:t xml:space="preserve">̣ </w:t>
            </w:r>
            <w:proofErr w:type="spellStart"/>
            <w:r w:rsidRPr="004543E3">
              <w:t>số</w:t>
            </w:r>
            <w:proofErr w:type="spellEnd"/>
            <w:r w:rsidRPr="004543E3">
              <w:t xml:space="preserve"> 8,20).</w:t>
            </w:r>
          </w:p>
          <w:p w14:paraId="48576C1F" w14:textId="77777777" w:rsidR="00BE5D3B" w:rsidRPr="004543E3" w:rsidRDefault="00BE5D3B" w:rsidP="009678B4">
            <w:pPr>
              <w:spacing w:before="120" w:after="120" w:line="240" w:lineRule="auto"/>
              <w:jc w:val="both"/>
              <w:rPr>
                <w:b/>
                <w:bCs/>
              </w:rPr>
            </w:pPr>
            <w:proofErr w:type="spellStart"/>
            <w:r w:rsidRPr="004543E3">
              <w:rPr>
                <w:b/>
                <w:bCs/>
              </w:rPr>
              <w:t>Viện</w:t>
            </w:r>
            <w:proofErr w:type="spellEnd"/>
            <w:r w:rsidRPr="004543E3">
              <w:rPr>
                <w:b/>
                <w:bCs/>
              </w:rPr>
              <w:t xml:space="preserve"> Khoa </w:t>
            </w:r>
            <w:proofErr w:type="spellStart"/>
            <w:r w:rsidRPr="004543E3">
              <w:rPr>
                <w:b/>
                <w:bCs/>
              </w:rPr>
              <w:t>học</w:t>
            </w:r>
            <w:proofErr w:type="spellEnd"/>
            <w:r w:rsidRPr="004543E3">
              <w:rPr>
                <w:b/>
                <w:bCs/>
              </w:rPr>
              <w:t xml:space="preserve"> </w:t>
            </w:r>
            <w:proofErr w:type="spellStart"/>
            <w:r w:rsidRPr="004543E3">
              <w:rPr>
                <w:b/>
                <w:bCs/>
              </w:rPr>
              <w:t>va</w:t>
            </w:r>
            <w:proofErr w:type="spellEnd"/>
            <w:r w:rsidRPr="004543E3">
              <w:rPr>
                <w:b/>
                <w:bCs/>
              </w:rPr>
              <w:t xml:space="preserve">̀ Công </w:t>
            </w:r>
            <w:proofErr w:type="spellStart"/>
            <w:r w:rsidRPr="004543E3">
              <w:rPr>
                <w:b/>
                <w:bCs/>
              </w:rPr>
              <w:t>nghê</w:t>
            </w:r>
            <w:proofErr w:type="spellEnd"/>
            <w:r w:rsidRPr="004543E3">
              <w:rPr>
                <w:b/>
                <w:bCs/>
              </w:rPr>
              <w:t xml:space="preserve">̣ </w:t>
            </w:r>
            <w:proofErr w:type="spellStart"/>
            <w:r w:rsidRPr="004543E3">
              <w:rPr>
                <w:b/>
                <w:bCs/>
              </w:rPr>
              <w:t>Việt</w:t>
            </w:r>
            <w:proofErr w:type="spellEnd"/>
            <w:r w:rsidRPr="004543E3">
              <w:rPr>
                <w:b/>
                <w:bCs/>
              </w:rPr>
              <w:t xml:space="preserve"> Nam - </w:t>
            </w:r>
            <w:proofErr w:type="spellStart"/>
            <w:r w:rsidRPr="004543E3">
              <w:rPr>
                <w:b/>
                <w:bCs/>
              </w:rPr>
              <w:t>Hàn</w:t>
            </w:r>
            <w:proofErr w:type="spellEnd"/>
            <w:r w:rsidRPr="004543E3">
              <w:rPr>
                <w:b/>
                <w:bCs/>
              </w:rPr>
              <w:t xml:space="preserve"> Quốc:</w:t>
            </w:r>
          </w:p>
          <w:p w14:paraId="552302E2" w14:textId="5CDBC42A" w:rsidR="00BE5D3B" w:rsidRPr="004543E3" w:rsidRDefault="00BE5D3B" w:rsidP="009678B4">
            <w:pPr>
              <w:spacing w:before="120" w:after="120" w:line="240" w:lineRule="auto"/>
              <w:jc w:val="both"/>
            </w:pPr>
            <w:proofErr w:type="spellStart"/>
            <w:r w:rsidRPr="004543E3">
              <w:t>Tại</w:t>
            </w:r>
            <w:proofErr w:type="spellEnd"/>
            <w:r w:rsidRPr="004543E3">
              <w:t xml:space="preserve"> </w:t>
            </w:r>
            <w:proofErr w:type="spellStart"/>
            <w:r w:rsidRPr="004543E3">
              <w:t>điểm</w:t>
            </w:r>
            <w:proofErr w:type="spellEnd"/>
            <w:r w:rsidRPr="004543E3">
              <w:t xml:space="preserve"> a </w:t>
            </w:r>
            <w:proofErr w:type="spellStart"/>
            <w:r w:rsidRPr="004543E3">
              <w:t>khoản</w:t>
            </w:r>
            <w:proofErr w:type="spellEnd"/>
            <w:r w:rsidRPr="004543E3">
              <w:t xml:space="preserve"> 4 </w:t>
            </w:r>
            <w:proofErr w:type="spellStart"/>
            <w:r w:rsidRPr="004543E3">
              <w:t>Điều</w:t>
            </w:r>
            <w:proofErr w:type="spellEnd"/>
            <w:r w:rsidRPr="004543E3">
              <w:t xml:space="preserve"> 9, </w:t>
            </w:r>
            <w:proofErr w:type="spellStart"/>
            <w:r w:rsidRPr="004543E3">
              <w:t>đề</w:t>
            </w:r>
            <w:proofErr w:type="spellEnd"/>
            <w:r w:rsidRPr="004543E3">
              <w:t xml:space="preserve"> </w:t>
            </w:r>
            <w:proofErr w:type="spellStart"/>
            <w:r w:rsidRPr="004543E3">
              <w:t>nghị</w:t>
            </w:r>
            <w:proofErr w:type="spellEnd"/>
            <w:r w:rsidRPr="004543E3">
              <w:t xml:space="preserve"> </w:t>
            </w:r>
            <w:proofErr w:type="spellStart"/>
            <w:r w:rsidRPr="004543E3">
              <w:t>xem</w:t>
            </w:r>
            <w:proofErr w:type="spellEnd"/>
            <w:r w:rsidRPr="004543E3">
              <w:t xml:space="preserve"> </w:t>
            </w:r>
            <w:proofErr w:type="spellStart"/>
            <w:r w:rsidRPr="004543E3">
              <w:t>xét</w:t>
            </w:r>
            <w:proofErr w:type="spellEnd"/>
            <w:r w:rsidRPr="004543E3">
              <w:t xml:space="preserve">, </w:t>
            </w:r>
            <w:proofErr w:type="spellStart"/>
            <w:r w:rsidRPr="004543E3">
              <w:t>chỉnh</w:t>
            </w:r>
            <w:proofErr w:type="spellEnd"/>
            <w:r w:rsidRPr="004543E3">
              <w:t xml:space="preserve"> </w:t>
            </w:r>
            <w:proofErr w:type="spellStart"/>
            <w:r w:rsidRPr="004543E3">
              <w:t>sửa</w:t>
            </w:r>
            <w:proofErr w:type="spellEnd"/>
            <w:r w:rsidRPr="004543E3">
              <w:t xml:space="preserve"> </w:t>
            </w:r>
            <w:r w:rsidRPr="004543E3">
              <w:rPr>
                <w:i/>
                <w:iCs/>
              </w:rPr>
              <w:t>“</w:t>
            </w:r>
            <w:proofErr w:type="spellStart"/>
            <w:r w:rsidRPr="004543E3">
              <w:rPr>
                <w:i/>
                <w:iCs/>
              </w:rPr>
              <w:t>viên</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loại</w:t>
            </w:r>
            <w:proofErr w:type="spellEnd"/>
            <w:r w:rsidRPr="004543E3">
              <w:rPr>
                <w:i/>
                <w:iCs/>
              </w:rPr>
              <w:t xml:space="preserve"> A3, </w:t>
            </w:r>
            <w:proofErr w:type="spellStart"/>
            <w:r w:rsidRPr="004543E3">
              <w:rPr>
                <w:i/>
                <w:iCs/>
              </w:rPr>
              <w:t>nhóm</w:t>
            </w:r>
            <w:proofErr w:type="spellEnd"/>
            <w:r w:rsidRPr="004543E3">
              <w:rPr>
                <w:i/>
                <w:iCs/>
              </w:rPr>
              <w:t xml:space="preserve"> 1 (A3.1), </w:t>
            </w:r>
            <w:proofErr w:type="spellStart"/>
            <w:r w:rsidRPr="004543E3">
              <w:rPr>
                <w:i/>
                <w:iCs/>
              </w:rPr>
              <w:t>từ</w:t>
            </w:r>
            <w:proofErr w:type="spellEnd"/>
            <w:r w:rsidRPr="004543E3">
              <w:rPr>
                <w:i/>
                <w:iCs/>
              </w:rPr>
              <w:t xml:space="preserve"> </w:t>
            </w:r>
            <w:proofErr w:type="spellStart"/>
            <w:r w:rsidRPr="004543E3">
              <w:rPr>
                <w:i/>
                <w:iCs/>
              </w:rPr>
              <w:t>hệ</w:t>
            </w:r>
            <w:proofErr w:type="spellEnd"/>
            <w:r w:rsidRPr="004543E3">
              <w:rPr>
                <w:i/>
                <w:iCs/>
              </w:rPr>
              <w:t xml:space="preserve"> </w:t>
            </w:r>
            <w:proofErr w:type="spellStart"/>
            <w:r w:rsidRPr="004543E3">
              <w:rPr>
                <w:i/>
                <w:iCs/>
              </w:rPr>
              <w:t>số</w:t>
            </w:r>
            <w:proofErr w:type="spellEnd"/>
            <w:r w:rsidRPr="004543E3">
              <w:rPr>
                <w:i/>
                <w:iCs/>
              </w:rPr>
              <w:t xml:space="preserve"> 6,20 </w:t>
            </w:r>
            <w:proofErr w:type="spellStart"/>
            <w:r w:rsidRPr="004543E3">
              <w:rPr>
                <w:i/>
                <w:iCs/>
              </w:rPr>
              <w:t>đến</w:t>
            </w:r>
            <w:proofErr w:type="spellEnd"/>
            <w:r w:rsidRPr="004543E3">
              <w:rPr>
                <w:i/>
                <w:iCs/>
              </w:rPr>
              <w:t xml:space="preserve"> </w:t>
            </w:r>
            <w:r w:rsidRPr="004543E3">
              <w:rPr>
                <w:b/>
                <w:bCs/>
                <w:i/>
                <w:iCs/>
              </w:rPr>
              <w:t>8,20</w:t>
            </w:r>
            <w:r w:rsidRPr="004543E3">
              <w:rPr>
                <w:i/>
                <w:iCs/>
              </w:rPr>
              <w:t xml:space="preserve">” </w:t>
            </w:r>
            <w:proofErr w:type="spellStart"/>
            <w:r w:rsidRPr="004543E3">
              <w:t>thành</w:t>
            </w:r>
            <w:proofErr w:type="spellEnd"/>
            <w:r w:rsidRPr="004543E3">
              <w:t xml:space="preserve"> </w:t>
            </w:r>
            <w:r w:rsidRPr="004543E3">
              <w:rPr>
                <w:i/>
                <w:iCs/>
              </w:rPr>
              <w:t>“</w:t>
            </w:r>
            <w:proofErr w:type="spellStart"/>
            <w:r w:rsidRPr="004543E3">
              <w:rPr>
                <w:i/>
                <w:iCs/>
              </w:rPr>
              <w:t>viên</w:t>
            </w:r>
            <w:proofErr w:type="spellEnd"/>
            <w:r w:rsidRPr="004543E3">
              <w:rPr>
                <w:i/>
                <w:iCs/>
              </w:rPr>
              <w:t xml:space="preserve"> </w:t>
            </w:r>
            <w:proofErr w:type="spellStart"/>
            <w:r w:rsidRPr="004543E3">
              <w:rPr>
                <w:i/>
                <w:iCs/>
              </w:rPr>
              <w:t>chức</w:t>
            </w:r>
            <w:proofErr w:type="spellEnd"/>
            <w:r w:rsidRPr="004543E3">
              <w:rPr>
                <w:i/>
                <w:iCs/>
              </w:rPr>
              <w:t xml:space="preserve"> </w:t>
            </w:r>
            <w:proofErr w:type="spellStart"/>
            <w:r w:rsidRPr="004543E3">
              <w:rPr>
                <w:i/>
                <w:iCs/>
              </w:rPr>
              <w:t>loại</w:t>
            </w:r>
            <w:proofErr w:type="spellEnd"/>
            <w:r w:rsidRPr="004543E3">
              <w:rPr>
                <w:i/>
                <w:iCs/>
              </w:rPr>
              <w:t xml:space="preserve"> A3, </w:t>
            </w:r>
            <w:proofErr w:type="spellStart"/>
            <w:r w:rsidRPr="004543E3">
              <w:rPr>
                <w:i/>
                <w:iCs/>
              </w:rPr>
              <w:t>nhóm</w:t>
            </w:r>
            <w:proofErr w:type="spellEnd"/>
            <w:r w:rsidRPr="004543E3">
              <w:rPr>
                <w:i/>
                <w:iCs/>
              </w:rPr>
              <w:t xml:space="preserve"> 1 (A3.1), </w:t>
            </w:r>
            <w:proofErr w:type="spellStart"/>
            <w:r w:rsidRPr="004543E3">
              <w:rPr>
                <w:i/>
                <w:iCs/>
              </w:rPr>
              <w:t>từ</w:t>
            </w:r>
            <w:proofErr w:type="spellEnd"/>
            <w:r w:rsidRPr="004543E3">
              <w:rPr>
                <w:i/>
                <w:iCs/>
              </w:rPr>
              <w:t xml:space="preserve"> </w:t>
            </w:r>
            <w:proofErr w:type="spellStart"/>
            <w:r w:rsidRPr="004543E3">
              <w:rPr>
                <w:i/>
                <w:iCs/>
              </w:rPr>
              <w:t>hệ</w:t>
            </w:r>
            <w:proofErr w:type="spellEnd"/>
            <w:r w:rsidRPr="004543E3">
              <w:rPr>
                <w:i/>
                <w:iCs/>
              </w:rPr>
              <w:t xml:space="preserve"> </w:t>
            </w:r>
            <w:proofErr w:type="spellStart"/>
            <w:r w:rsidRPr="004543E3">
              <w:rPr>
                <w:i/>
                <w:iCs/>
              </w:rPr>
              <w:t>số</w:t>
            </w:r>
            <w:proofErr w:type="spellEnd"/>
            <w:r w:rsidRPr="004543E3">
              <w:rPr>
                <w:i/>
                <w:iCs/>
              </w:rPr>
              <w:t xml:space="preserve"> 6,20 </w:t>
            </w:r>
            <w:proofErr w:type="spellStart"/>
            <w:r w:rsidRPr="004543E3">
              <w:rPr>
                <w:i/>
                <w:iCs/>
              </w:rPr>
              <w:t>đến</w:t>
            </w:r>
            <w:proofErr w:type="spellEnd"/>
            <w:r w:rsidRPr="004543E3">
              <w:rPr>
                <w:i/>
                <w:iCs/>
              </w:rPr>
              <w:t xml:space="preserve"> </w:t>
            </w:r>
            <w:r w:rsidRPr="004543E3">
              <w:rPr>
                <w:b/>
                <w:bCs/>
                <w:i/>
                <w:iCs/>
              </w:rPr>
              <w:t>8,00</w:t>
            </w:r>
            <w:r w:rsidRPr="004543E3">
              <w:rPr>
                <w:i/>
                <w:iCs/>
              </w:rPr>
              <w:t xml:space="preserve">” </w:t>
            </w:r>
            <w:proofErr w:type="spellStart"/>
            <w:r w:rsidRPr="004543E3">
              <w:t>để</w:t>
            </w:r>
            <w:proofErr w:type="spellEnd"/>
            <w:r w:rsidRPr="004543E3">
              <w:t xml:space="preserve"> </w:t>
            </w:r>
            <w:proofErr w:type="spellStart"/>
            <w:r w:rsidRPr="004543E3">
              <w:t>thống</w:t>
            </w:r>
            <w:proofErr w:type="spellEnd"/>
            <w:r w:rsidRPr="004543E3">
              <w:t xml:space="preserve"> </w:t>
            </w:r>
            <w:proofErr w:type="spellStart"/>
            <w:r w:rsidRPr="004543E3">
              <w:t>nhất</w:t>
            </w:r>
            <w:proofErr w:type="spellEnd"/>
            <w:r w:rsidRPr="004543E3">
              <w:t xml:space="preserve"> </w:t>
            </w:r>
            <w:proofErr w:type="spellStart"/>
            <w:r w:rsidRPr="004543E3">
              <w:t>với</w:t>
            </w:r>
            <w:proofErr w:type="spellEnd"/>
            <w:r w:rsidRPr="004543E3">
              <w:t xml:space="preserve"> </w:t>
            </w:r>
            <w:proofErr w:type="spellStart"/>
            <w:r w:rsidRPr="004543E3">
              <w:t>quy</w:t>
            </w:r>
            <w:proofErr w:type="spellEnd"/>
            <w:r w:rsidRPr="004543E3">
              <w:t xml:space="preserve"> </w:t>
            </w:r>
            <w:proofErr w:type="spellStart"/>
            <w:r w:rsidRPr="004543E3">
              <w:t>định</w:t>
            </w:r>
            <w:proofErr w:type="spellEnd"/>
            <w:r w:rsidRPr="004543E3">
              <w:t xml:space="preserve"> </w:t>
            </w:r>
            <w:proofErr w:type="spellStart"/>
            <w:r w:rsidRPr="004543E3">
              <w:t>tại</w:t>
            </w:r>
            <w:proofErr w:type="spellEnd"/>
            <w:r w:rsidRPr="004543E3">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 </w:t>
            </w:r>
            <w:proofErr w:type="spellStart"/>
            <w:r w:rsidRPr="004543E3">
              <w:t>của</w:t>
            </w:r>
            <w:proofErr w:type="spellEnd"/>
            <w:r w:rsidRPr="004543E3">
              <w:t xml:space="preserve"> </w:t>
            </w:r>
            <w:proofErr w:type="spellStart"/>
            <w:r w:rsidRPr="004543E3">
              <w:t>Chính</w:t>
            </w:r>
            <w:proofErr w:type="spellEnd"/>
            <w:r w:rsidRPr="004543E3">
              <w:t xml:space="preserve"> </w:t>
            </w:r>
            <w:proofErr w:type="spellStart"/>
            <w:r w:rsidRPr="004543E3">
              <w:t>phủ</w:t>
            </w:r>
            <w:proofErr w:type="spellEnd"/>
            <w:r w:rsidRPr="004543E3">
              <w:t xml:space="preserve"> </w:t>
            </w:r>
            <w:proofErr w:type="spellStart"/>
            <w:r w:rsidRPr="004543E3">
              <w:t>về</w:t>
            </w:r>
            <w:proofErr w:type="spellEnd"/>
            <w:r w:rsidRPr="004543E3">
              <w:t xml:space="preserve"> </w:t>
            </w:r>
            <w:proofErr w:type="spellStart"/>
            <w:r w:rsidRPr="004543E3">
              <w:t>chế</w:t>
            </w:r>
            <w:proofErr w:type="spellEnd"/>
            <w:r w:rsidRPr="004543E3">
              <w:t xml:space="preserve"> </w:t>
            </w:r>
            <w:proofErr w:type="spellStart"/>
            <w:r w:rsidRPr="004543E3">
              <w:t>độ</w:t>
            </w:r>
            <w:proofErr w:type="spellEnd"/>
            <w:r w:rsidRPr="004543E3">
              <w:t xml:space="preserve"> </w:t>
            </w:r>
            <w:proofErr w:type="spellStart"/>
            <w:r w:rsidRPr="004543E3">
              <w:t>tiền</w:t>
            </w:r>
            <w:proofErr w:type="spellEnd"/>
            <w:r w:rsidRPr="004543E3">
              <w:t xml:space="preserve"> </w:t>
            </w:r>
            <w:proofErr w:type="spellStart"/>
            <w:r w:rsidRPr="004543E3">
              <w:t>lương</w:t>
            </w:r>
            <w:proofErr w:type="spellEnd"/>
            <w:r w:rsidRPr="004543E3">
              <w:t xml:space="preserve"> </w:t>
            </w:r>
            <w:proofErr w:type="spellStart"/>
            <w:r w:rsidRPr="004543E3">
              <w:t>đối</w:t>
            </w:r>
            <w:proofErr w:type="spellEnd"/>
            <w:r w:rsidRPr="004543E3">
              <w:t xml:space="preserve"> </w:t>
            </w:r>
            <w:proofErr w:type="spellStart"/>
            <w:r w:rsidRPr="004543E3">
              <w:t>với</w:t>
            </w:r>
            <w:proofErr w:type="spellEnd"/>
            <w:r w:rsidRPr="004543E3">
              <w:t xml:space="preserve"> </w:t>
            </w:r>
            <w:proofErr w:type="spellStart"/>
            <w:r w:rsidRPr="004543E3">
              <w:t>cán</w:t>
            </w:r>
            <w:proofErr w:type="spellEnd"/>
            <w:r w:rsidRPr="004543E3">
              <w:t xml:space="preserve"> </w:t>
            </w:r>
            <w:proofErr w:type="spellStart"/>
            <w:r w:rsidRPr="004543E3">
              <w:t>bộ</w:t>
            </w:r>
            <w:proofErr w:type="spellEnd"/>
            <w:r w:rsidRPr="004543E3">
              <w:t xml:space="preserve">, </w:t>
            </w:r>
            <w:proofErr w:type="spellStart"/>
            <w:r w:rsidRPr="004543E3">
              <w:t>công</w:t>
            </w:r>
            <w:proofErr w:type="spellEnd"/>
            <w:r w:rsidRPr="004543E3">
              <w:t xml:space="preserve"> </w:t>
            </w:r>
            <w:proofErr w:type="spellStart"/>
            <w:r w:rsidRPr="004543E3">
              <w:t>chức</w:t>
            </w:r>
            <w:proofErr w:type="spellEnd"/>
            <w:r w:rsidRPr="004543E3">
              <w:t xml:space="preserve">, </w:t>
            </w:r>
            <w:proofErr w:type="spellStart"/>
            <w:r w:rsidRPr="004543E3">
              <w:t>viên</w:t>
            </w:r>
            <w:proofErr w:type="spellEnd"/>
            <w:r w:rsidRPr="004543E3">
              <w:t xml:space="preserve"> </w:t>
            </w:r>
            <w:proofErr w:type="spellStart"/>
            <w:r w:rsidRPr="004543E3">
              <w:t>chức</w:t>
            </w:r>
            <w:proofErr w:type="spellEnd"/>
            <w:r w:rsidRPr="004543E3">
              <w:t xml:space="preserve"> </w:t>
            </w:r>
            <w:proofErr w:type="spellStart"/>
            <w:r w:rsidRPr="004543E3">
              <w:t>va</w:t>
            </w:r>
            <w:proofErr w:type="spellEnd"/>
            <w:r w:rsidRPr="004543E3">
              <w:t xml:space="preserve">̀ </w:t>
            </w:r>
            <w:proofErr w:type="spellStart"/>
            <w:r w:rsidRPr="004543E3">
              <w:t>lực</w:t>
            </w:r>
            <w:proofErr w:type="spellEnd"/>
            <w:r w:rsidRPr="004543E3">
              <w:t xml:space="preserve"> </w:t>
            </w:r>
            <w:proofErr w:type="spellStart"/>
            <w:r w:rsidRPr="004543E3">
              <w:t>lượng</w:t>
            </w:r>
            <w:proofErr w:type="spellEnd"/>
            <w:r w:rsidRPr="004543E3">
              <w:t xml:space="preserve"> </w:t>
            </w:r>
            <w:proofErr w:type="spellStart"/>
            <w:r w:rsidRPr="004543E3">
              <w:t>vũ</w:t>
            </w:r>
            <w:proofErr w:type="spellEnd"/>
            <w:r w:rsidRPr="004543E3">
              <w:t xml:space="preserve"> </w:t>
            </w:r>
            <w:proofErr w:type="spellStart"/>
            <w:r w:rsidRPr="004543E3">
              <w:t>trang</w:t>
            </w:r>
            <w:proofErr w:type="spellEnd"/>
            <w:r w:rsidRPr="004543E3">
              <w:t>.</w:t>
            </w:r>
          </w:p>
        </w:tc>
        <w:tc>
          <w:tcPr>
            <w:tcW w:w="3165" w:type="dxa"/>
          </w:tcPr>
          <w:p w14:paraId="53FF9927" w14:textId="77777777" w:rsidR="00BE5D3B" w:rsidRPr="004543E3" w:rsidRDefault="00BE5D3B" w:rsidP="00BE5D3B">
            <w:pPr>
              <w:jc w:val="both"/>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hê</w:t>
            </w:r>
            <w:proofErr w:type="spellEnd"/>
            <w:r w:rsidRPr="004543E3">
              <w:rPr>
                <w:szCs w:val="26"/>
              </w:rPr>
              <w:t xml:space="preserve">̣ </w:t>
            </w:r>
            <w:proofErr w:type="spellStart"/>
            <w:r w:rsidRPr="004543E3">
              <w:rPr>
                <w:szCs w:val="26"/>
              </w:rPr>
              <w:t>sô</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w:t>
            </w:r>
          </w:p>
          <w:p w14:paraId="0FA35F10" w14:textId="77777777" w:rsidR="00BE5D3B" w:rsidRPr="004543E3" w:rsidRDefault="00BE5D3B" w:rsidP="00BE5D3B">
            <w:pPr>
              <w:jc w:val="both"/>
            </w:pPr>
          </w:p>
          <w:p w14:paraId="09829FE3" w14:textId="77777777" w:rsidR="00BE5D3B" w:rsidRPr="004543E3" w:rsidRDefault="00BE5D3B" w:rsidP="00BE5D3B">
            <w:pPr>
              <w:jc w:val="both"/>
            </w:pPr>
          </w:p>
          <w:p w14:paraId="733C8E58" w14:textId="77777777" w:rsidR="00BE5D3B" w:rsidRPr="004543E3" w:rsidRDefault="00BE5D3B" w:rsidP="00BE5D3B">
            <w:pPr>
              <w:jc w:val="both"/>
            </w:pPr>
          </w:p>
          <w:p w14:paraId="752DBFB9" w14:textId="77777777" w:rsidR="00BE5D3B" w:rsidRPr="004543E3" w:rsidRDefault="00BE5D3B" w:rsidP="00BE5D3B">
            <w:pPr>
              <w:jc w:val="both"/>
            </w:pPr>
          </w:p>
          <w:p w14:paraId="3B327876" w14:textId="772122DA" w:rsidR="00BE5D3B" w:rsidRPr="004543E3" w:rsidRDefault="00BE5D3B" w:rsidP="00BE5D3B">
            <w:pPr>
              <w:spacing w:after="120" w:line="320" w:lineRule="exact"/>
              <w:jc w:val="both"/>
              <w:rPr>
                <w:szCs w:val="26"/>
              </w:rPr>
            </w:pPr>
            <w:r w:rsidRPr="004543E3">
              <w:rPr>
                <w:szCs w:val="26"/>
              </w:rPr>
              <w:t xml:space="preserve">- </w:t>
            </w:r>
            <w:proofErr w:type="spellStart"/>
            <w:r w:rsidRPr="004543E3">
              <w:rPr>
                <w:szCs w:val="26"/>
              </w:rPr>
              <w:t>Tiếp</w:t>
            </w:r>
            <w:proofErr w:type="spellEnd"/>
            <w:r w:rsidRPr="004543E3">
              <w:rPr>
                <w:szCs w:val="26"/>
              </w:rPr>
              <w:t xml:space="preserve"> </w:t>
            </w:r>
            <w:proofErr w:type="spellStart"/>
            <w:r w:rsidRPr="004543E3">
              <w:rPr>
                <w:szCs w:val="26"/>
              </w:rPr>
              <w:t>thu</w:t>
            </w:r>
            <w:proofErr w:type="spellEnd"/>
            <w:r w:rsidRPr="004543E3">
              <w:rPr>
                <w:szCs w:val="26"/>
              </w:rPr>
              <w:t xml:space="preserve"> ý </w:t>
            </w:r>
            <w:proofErr w:type="spellStart"/>
            <w:r w:rsidRPr="004543E3">
              <w:rPr>
                <w:szCs w:val="26"/>
              </w:rPr>
              <w:t>kiến</w:t>
            </w:r>
            <w:proofErr w:type="spellEnd"/>
            <w:r w:rsidRPr="004543E3">
              <w:rPr>
                <w:szCs w:val="26"/>
              </w:rPr>
              <w:t xml:space="preserve"> </w:t>
            </w:r>
            <w:proofErr w:type="spellStart"/>
            <w:r w:rsidRPr="004543E3">
              <w:rPr>
                <w:szCs w:val="26"/>
              </w:rPr>
              <w:t>va</w:t>
            </w:r>
            <w:proofErr w:type="spellEnd"/>
            <w:r w:rsidRPr="004543E3">
              <w:rPr>
                <w:szCs w:val="26"/>
              </w:rPr>
              <w:t xml:space="preserve">̀ Ban </w:t>
            </w:r>
            <w:proofErr w:type="spellStart"/>
            <w:r w:rsidRPr="004543E3">
              <w:rPr>
                <w:szCs w:val="26"/>
              </w:rPr>
              <w:t>soạn</w:t>
            </w:r>
            <w:proofErr w:type="spellEnd"/>
            <w:r w:rsidRPr="004543E3">
              <w:rPr>
                <w:szCs w:val="26"/>
              </w:rPr>
              <w:t xml:space="preserve"> </w:t>
            </w:r>
            <w:proofErr w:type="spellStart"/>
            <w:r w:rsidRPr="004543E3">
              <w:rPr>
                <w:szCs w:val="26"/>
              </w:rPr>
              <w:t>thảo</w:t>
            </w:r>
            <w:proofErr w:type="spellEnd"/>
            <w:r w:rsidRPr="004543E3">
              <w:rPr>
                <w:szCs w:val="26"/>
              </w:rPr>
              <w:t xml:space="preserve"> </w:t>
            </w:r>
            <w:proofErr w:type="spellStart"/>
            <w:r w:rsidRPr="004543E3">
              <w:rPr>
                <w:szCs w:val="26"/>
              </w:rPr>
              <w:t>đa</w:t>
            </w:r>
            <w:proofErr w:type="spellEnd"/>
            <w:r w:rsidRPr="004543E3">
              <w:rPr>
                <w:szCs w:val="26"/>
              </w:rPr>
              <w:t xml:space="preserve">̃ </w:t>
            </w:r>
            <w:proofErr w:type="spellStart"/>
            <w:r w:rsidRPr="004543E3">
              <w:rPr>
                <w:szCs w:val="26"/>
              </w:rPr>
              <w:t>điều</w:t>
            </w:r>
            <w:proofErr w:type="spellEnd"/>
            <w:r w:rsidRPr="004543E3">
              <w:rPr>
                <w:szCs w:val="26"/>
              </w:rPr>
              <w:t xml:space="preserve"> </w:t>
            </w:r>
            <w:proofErr w:type="spellStart"/>
            <w:r w:rsidRPr="004543E3">
              <w:rPr>
                <w:szCs w:val="26"/>
              </w:rPr>
              <w:t>chỉnh</w:t>
            </w:r>
            <w:proofErr w:type="spellEnd"/>
            <w:r w:rsidRPr="004543E3">
              <w:rPr>
                <w:szCs w:val="26"/>
              </w:rPr>
              <w:t xml:space="preserve"> </w:t>
            </w:r>
            <w:proofErr w:type="spellStart"/>
            <w:r w:rsidRPr="004543E3">
              <w:rPr>
                <w:szCs w:val="26"/>
              </w:rPr>
              <w:t>lại</w:t>
            </w:r>
            <w:proofErr w:type="spellEnd"/>
            <w:r w:rsidRPr="004543E3">
              <w:rPr>
                <w:szCs w:val="26"/>
              </w:rPr>
              <w:t xml:space="preserve"> </w:t>
            </w:r>
            <w:proofErr w:type="spellStart"/>
            <w:r w:rsidRPr="004543E3">
              <w:rPr>
                <w:szCs w:val="26"/>
              </w:rPr>
              <w:t>hê</w:t>
            </w:r>
            <w:proofErr w:type="spellEnd"/>
            <w:r w:rsidRPr="004543E3">
              <w:rPr>
                <w:szCs w:val="26"/>
              </w:rPr>
              <w:t xml:space="preserve">̣ </w:t>
            </w:r>
            <w:proofErr w:type="spellStart"/>
            <w:r w:rsidRPr="004543E3">
              <w:rPr>
                <w:szCs w:val="26"/>
              </w:rPr>
              <w:t>sô</w:t>
            </w:r>
            <w:proofErr w:type="spellEnd"/>
            <w:r w:rsidRPr="004543E3">
              <w:rPr>
                <w:szCs w:val="26"/>
              </w:rPr>
              <w:t xml:space="preserve">́ </w:t>
            </w:r>
            <w:proofErr w:type="spellStart"/>
            <w:r w:rsidRPr="004543E3">
              <w:rPr>
                <w:szCs w:val="26"/>
              </w:rPr>
              <w:t>lương</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rPr>
                <w:szCs w:val="26"/>
              </w:rPr>
              <w:t>viên</w:t>
            </w:r>
            <w:proofErr w:type="spellEnd"/>
            <w:r w:rsidRPr="004543E3">
              <w:rPr>
                <w:szCs w:val="26"/>
              </w:rPr>
              <w:t xml:space="preserve"> </w:t>
            </w:r>
            <w:proofErr w:type="spellStart"/>
            <w:r w:rsidRPr="004543E3">
              <w:rPr>
                <w:szCs w:val="26"/>
              </w:rPr>
              <w:t>chức</w:t>
            </w:r>
            <w:proofErr w:type="spellEnd"/>
            <w:r w:rsidRPr="004543E3">
              <w:rPr>
                <w:szCs w:val="26"/>
              </w:rPr>
              <w:t xml:space="preserve"> </w:t>
            </w:r>
            <w:proofErr w:type="spellStart"/>
            <w:r w:rsidRPr="004543E3">
              <w:rPr>
                <w:szCs w:val="26"/>
              </w:rPr>
              <w:t>theo</w:t>
            </w:r>
            <w:proofErr w:type="spellEnd"/>
            <w:r w:rsidRPr="004543E3">
              <w:rPr>
                <w:szCs w:val="26"/>
              </w:rPr>
              <w:t xml:space="preserve"> </w:t>
            </w:r>
            <w:proofErr w:type="spellStart"/>
            <w:r w:rsidRPr="004543E3">
              <w:rPr>
                <w:szCs w:val="26"/>
              </w:rPr>
              <w:t>quy</w:t>
            </w:r>
            <w:proofErr w:type="spellEnd"/>
            <w:r w:rsidRPr="004543E3">
              <w:rPr>
                <w:szCs w:val="26"/>
              </w:rPr>
              <w:t xml:space="preserve"> </w:t>
            </w:r>
            <w:proofErr w:type="spellStart"/>
            <w:r w:rsidRPr="004543E3">
              <w:rPr>
                <w:szCs w:val="26"/>
              </w:rPr>
              <w:t>định</w:t>
            </w:r>
            <w:proofErr w:type="spellEnd"/>
            <w:r w:rsidRPr="004543E3">
              <w:rPr>
                <w:szCs w:val="26"/>
              </w:rPr>
              <w:t xml:space="preserve"> </w:t>
            </w:r>
            <w:proofErr w:type="spellStart"/>
            <w:r w:rsidRPr="004543E3">
              <w:rPr>
                <w:szCs w:val="26"/>
              </w:rPr>
              <w:t>của</w:t>
            </w:r>
            <w:proofErr w:type="spellEnd"/>
            <w:r w:rsidRPr="004543E3">
              <w:rPr>
                <w:szCs w:val="26"/>
              </w:rPr>
              <w:t xml:space="preserve"> </w:t>
            </w:r>
            <w:proofErr w:type="spellStart"/>
            <w:r w:rsidRPr="004543E3">
              <w:t>Nghị</w:t>
            </w:r>
            <w:proofErr w:type="spellEnd"/>
            <w:r w:rsidRPr="004543E3">
              <w:t xml:space="preserve"> </w:t>
            </w:r>
            <w:proofErr w:type="spellStart"/>
            <w:r w:rsidRPr="004543E3">
              <w:t>định</w:t>
            </w:r>
            <w:proofErr w:type="spellEnd"/>
            <w:r w:rsidRPr="004543E3">
              <w:t xml:space="preserve"> </w:t>
            </w:r>
            <w:proofErr w:type="spellStart"/>
            <w:r w:rsidRPr="004543E3">
              <w:t>số</w:t>
            </w:r>
            <w:proofErr w:type="spellEnd"/>
            <w:r w:rsidRPr="004543E3">
              <w:t xml:space="preserve"> 204/2004/NĐ-CP</w:t>
            </w:r>
          </w:p>
        </w:tc>
      </w:tr>
    </w:tbl>
    <w:p w14:paraId="309E2A28" w14:textId="77777777" w:rsidR="0099723B" w:rsidRPr="0099723B" w:rsidRDefault="0099723B">
      <w:pPr>
        <w:rPr>
          <w:b/>
          <w:bCs/>
        </w:rPr>
      </w:pPr>
    </w:p>
    <w:sectPr w:rsidR="0099723B" w:rsidRPr="0099723B" w:rsidSect="006A304E">
      <w:pgSz w:w="16840" w:h="11907" w:orient="landscape" w:code="9"/>
      <w:pgMar w:top="1134" w:right="1418" w:bottom="1134"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Times New Roman Bold">
    <w:altName w:val="Times New Roman"/>
    <w:panose1 w:val="02020803070505020304"/>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1D2E3596"/>
    <w:multiLevelType w:val="hybridMultilevel"/>
    <w:tmpl w:val="747637F8"/>
    <w:lvl w:ilvl="0" w:tplc="CFB8810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7B4684"/>
    <w:multiLevelType w:val="multilevel"/>
    <w:tmpl w:val="F1C6CA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AFC0C3C"/>
    <w:multiLevelType w:val="multilevel"/>
    <w:tmpl w:val="3496E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25757807">
    <w:abstractNumId w:val="8"/>
  </w:num>
  <w:num w:numId="2" w16cid:durableId="1390034659">
    <w:abstractNumId w:val="6"/>
  </w:num>
  <w:num w:numId="3" w16cid:durableId="16854282">
    <w:abstractNumId w:val="5"/>
  </w:num>
  <w:num w:numId="4" w16cid:durableId="1268342867">
    <w:abstractNumId w:val="4"/>
  </w:num>
  <w:num w:numId="5" w16cid:durableId="1282229449">
    <w:abstractNumId w:val="7"/>
  </w:num>
  <w:num w:numId="6" w16cid:durableId="517741994">
    <w:abstractNumId w:val="3"/>
  </w:num>
  <w:num w:numId="7" w16cid:durableId="600652114">
    <w:abstractNumId w:val="2"/>
  </w:num>
  <w:num w:numId="8" w16cid:durableId="1201430232">
    <w:abstractNumId w:val="1"/>
  </w:num>
  <w:num w:numId="9" w16cid:durableId="402070193">
    <w:abstractNumId w:val="0"/>
  </w:num>
  <w:num w:numId="10" w16cid:durableId="1689601981">
    <w:abstractNumId w:val="9"/>
  </w:num>
  <w:num w:numId="11" w16cid:durableId="2032493443">
    <w:abstractNumId w:val="11"/>
  </w:num>
  <w:num w:numId="12" w16cid:durableId="70027807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hideSpellingErrors/>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08D1"/>
    <w:rsid w:val="00025273"/>
    <w:rsid w:val="00034616"/>
    <w:rsid w:val="0003683B"/>
    <w:rsid w:val="00050558"/>
    <w:rsid w:val="0005307B"/>
    <w:rsid w:val="00053D3F"/>
    <w:rsid w:val="000574BD"/>
    <w:rsid w:val="0006063C"/>
    <w:rsid w:val="000612F2"/>
    <w:rsid w:val="0006747B"/>
    <w:rsid w:val="0007078F"/>
    <w:rsid w:val="000710C5"/>
    <w:rsid w:val="00075003"/>
    <w:rsid w:val="0007665F"/>
    <w:rsid w:val="00077D3E"/>
    <w:rsid w:val="00081A51"/>
    <w:rsid w:val="00086089"/>
    <w:rsid w:val="000861FD"/>
    <w:rsid w:val="0008776C"/>
    <w:rsid w:val="00091C53"/>
    <w:rsid w:val="000A376F"/>
    <w:rsid w:val="000B4F00"/>
    <w:rsid w:val="000B52E5"/>
    <w:rsid w:val="000B64AD"/>
    <w:rsid w:val="000C296B"/>
    <w:rsid w:val="000D5864"/>
    <w:rsid w:val="000D7D14"/>
    <w:rsid w:val="000E3776"/>
    <w:rsid w:val="000E3EDA"/>
    <w:rsid w:val="000E5B87"/>
    <w:rsid w:val="000E5C99"/>
    <w:rsid w:val="000E7A7F"/>
    <w:rsid w:val="000F41AB"/>
    <w:rsid w:val="001011E2"/>
    <w:rsid w:val="00102168"/>
    <w:rsid w:val="00103E4A"/>
    <w:rsid w:val="00112BB1"/>
    <w:rsid w:val="00117A81"/>
    <w:rsid w:val="00122D64"/>
    <w:rsid w:val="0012600B"/>
    <w:rsid w:val="001266BB"/>
    <w:rsid w:val="00130943"/>
    <w:rsid w:val="00140DA6"/>
    <w:rsid w:val="00142835"/>
    <w:rsid w:val="00145AEB"/>
    <w:rsid w:val="001506EA"/>
    <w:rsid w:val="0015074B"/>
    <w:rsid w:val="00151ECE"/>
    <w:rsid w:val="001545C0"/>
    <w:rsid w:val="001560E5"/>
    <w:rsid w:val="00157D42"/>
    <w:rsid w:val="001600E4"/>
    <w:rsid w:val="00161917"/>
    <w:rsid w:val="00163A64"/>
    <w:rsid w:val="0016526B"/>
    <w:rsid w:val="00165A40"/>
    <w:rsid w:val="00165C83"/>
    <w:rsid w:val="001672AB"/>
    <w:rsid w:val="00173954"/>
    <w:rsid w:val="001868DC"/>
    <w:rsid w:val="00193A59"/>
    <w:rsid w:val="0019775D"/>
    <w:rsid w:val="001A0598"/>
    <w:rsid w:val="001A2A95"/>
    <w:rsid w:val="001A4478"/>
    <w:rsid w:val="001A6D8A"/>
    <w:rsid w:val="001A750B"/>
    <w:rsid w:val="001B0C2E"/>
    <w:rsid w:val="001B696A"/>
    <w:rsid w:val="001B7573"/>
    <w:rsid w:val="001C2971"/>
    <w:rsid w:val="001C4010"/>
    <w:rsid w:val="001C5D5F"/>
    <w:rsid w:val="001C75A8"/>
    <w:rsid w:val="001D1DCF"/>
    <w:rsid w:val="001D5591"/>
    <w:rsid w:val="001E09DF"/>
    <w:rsid w:val="001F1BDF"/>
    <w:rsid w:val="001F5C35"/>
    <w:rsid w:val="001F7328"/>
    <w:rsid w:val="00200960"/>
    <w:rsid w:val="002014DD"/>
    <w:rsid w:val="00202F28"/>
    <w:rsid w:val="00203502"/>
    <w:rsid w:val="00203FA7"/>
    <w:rsid w:val="00216760"/>
    <w:rsid w:val="00217E3A"/>
    <w:rsid w:val="002262DE"/>
    <w:rsid w:val="00236845"/>
    <w:rsid w:val="00236D79"/>
    <w:rsid w:val="00255EB0"/>
    <w:rsid w:val="002605FE"/>
    <w:rsid w:val="00261A12"/>
    <w:rsid w:val="00265AC1"/>
    <w:rsid w:val="002710B4"/>
    <w:rsid w:val="002856BB"/>
    <w:rsid w:val="002859BF"/>
    <w:rsid w:val="00290F5C"/>
    <w:rsid w:val="002939C2"/>
    <w:rsid w:val="0029639D"/>
    <w:rsid w:val="002A3F66"/>
    <w:rsid w:val="002A7D4F"/>
    <w:rsid w:val="002B1733"/>
    <w:rsid w:val="002B34C8"/>
    <w:rsid w:val="002C16B5"/>
    <w:rsid w:val="002C27F3"/>
    <w:rsid w:val="002C2904"/>
    <w:rsid w:val="002C2F0A"/>
    <w:rsid w:val="002C4EB7"/>
    <w:rsid w:val="002D4AD0"/>
    <w:rsid w:val="002D4EDE"/>
    <w:rsid w:val="002D7337"/>
    <w:rsid w:val="002E147F"/>
    <w:rsid w:val="002E6173"/>
    <w:rsid w:val="002E68B0"/>
    <w:rsid w:val="002F5CA4"/>
    <w:rsid w:val="00302635"/>
    <w:rsid w:val="003059DF"/>
    <w:rsid w:val="003076FC"/>
    <w:rsid w:val="00312BF8"/>
    <w:rsid w:val="003144EF"/>
    <w:rsid w:val="003172E5"/>
    <w:rsid w:val="00317857"/>
    <w:rsid w:val="00321A11"/>
    <w:rsid w:val="003262F5"/>
    <w:rsid w:val="00326F90"/>
    <w:rsid w:val="00327FE1"/>
    <w:rsid w:val="00331811"/>
    <w:rsid w:val="003343F1"/>
    <w:rsid w:val="00337AC1"/>
    <w:rsid w:val="0034023E"/>
    <w:rsid w:val="00340E94"/>
    <w:rsid w:val="003475CA"/>
    <w:rsid w:val="00366208"/>
    <w:rsid w:val="0036713D"/>
    <w:rsid w:val="00367D33"/>
    <w:rsid w:val="003765ED"/>
    <w:rsid w:val="00376B2B"/>
    <w:rsid w:val="0037753D"/>
    <w:rsid w:val="00382003"/>
    <w:rsid w:val="0038359E"/>
    <w:rsid w:val="00384371"/>
    <w:rsid w:val="0038489E"/>
    <w:rsid w:val="0038550F"/>
    <w:rsid w:val="00391489"/>
    <w:rsid w:val="00397474"/>
    <w:rsid w:val="003A05EB"/>
    <w:rsid w:val="003A0C11"/>
    <w:rsid w:val="003A1272"/>
    <w:rsid w:val="003B4675"/>
    <w:rsid w:val="003C2256"/>
    <w:rsid w:val="003C4214"/>
    <w:rsid w:val="003C6A19"/>
    <w:rsid w:val="003C6E56"/>
    <w:rsid w:val="003D16EA"/>
    <w:rsid w:val="003D214E"/>
    <w:rsid w:val="003D41BF"/>
    <w:rsid w:val="003E6FA4"/>
    <w:rsid w:val="003E7081"/>
    <w:rsid w:val="003F0DEF"/>
    <w:rsid w:val="003F2189"/>
    <w:rsid w:val="003F2632"/>
    <w:rsid w:val="003F5438"/>
    <w:rsid w:val="003F7715"/>
    <w:rsid w:val="00404643"/>
    <w:rsid w:val="00405384"/>
    <w:rsid w:val="00411345"/>
    <w:rsid w:val="00413147"/>
    <w:rsid w:val="0041359D"/>
    <w:rsid w:val="0041461A"/>
    <w:rsid w:val="00420078"/>
    <w:rsid w:val="00420B36"/>
    <w:rsid w:val="004315C5"/>
    <w:rsid w:val="0043195A"/>
    <w:rsid w:val="00445A6E"/>
    <w:rsid w:val="00451246"/>
    <w:rsid w:val="004526D7"/>
    <w:rsid w:val="004543E3"/>
    <w:rsid w:val="00465A64"/>
    <w:rsid w:val="00470DD3"/>
    <w:rsid w:val="00481032"/>
    <w:rsid w:val="00482AA7"/>
    <w:rsid w:val="00484876"/>
    <w:rsid w:val="004970A6"/>
    <w:rsid w:val="004A2761"/>
    <w:rsid w:val="004B1C69"/>
    <w:rsid w:val="004B5882"/>
    <w:rsid w:val="004C2B3E"/>
    <w:rsid w:val="004C2CE7"/>
    <w:rsid w:val="004C3757"/>
    <w:rsid w:val="004C3EEE"/>
    <w:rsid w:val="004C72F2"/>
    <w:rsid w:val="004D00A4"/>
    <w:rsid w:val="004D2068"/>
    <w:rsid w:val="004D4264"/>
    <w:rsid w:val="004E15C6"/>
    <w:rsid w:val="004E3598"/>
    <w:rsid w:val="004E4672"/>
    <w:rsid w:val="004E51B8"/>
    <w:rsid w:val="004E5430"/>
    <w:rsid w:val="004E599C"/>
    <w:rsid w:val="004F00C7"/>
    <w:rsid w:val="004F1998"/>
    <w:rsid w:val="00511E98"/>
    <w:rsid w:val="00514ADB"/>
    <w:rsid w:val="005159F0"/>
    <w:rsid w:val="00517115"/>
    <w:rsid w:val="005200FE"/>
    <w:rsid w:val="00520292"/>
    <w:rsid w:val="00525271"/>
    <w:rsid w:val="005259A4"/>
    <w:rsid w:val="00534ECA"/>
    <w:rsid w:val="005403E5"/>
    <w:rsid w:val="00540845"/>
    <w:rsid w:val="00546D25"/>
    <w:rsid w:val="00547740"/>
    <w:rsid w:val="005542A3"/>
    <w:rsid w:val="00563DD4"/>
    <w:rsid w:val="00565773"/>
    <w:rsid w:val="005664CC"/>
    <w:rsid w:val="005667E2"/>
    <w:rsid w:val="00566BAC"/>
    <w:rsid w:val="00577184"/>
    <w:rsid w:val="00577D74"/>
    <w:rsid w:val="005848EE"/>
    <w:rsid w:val="00593632"/>
    <w:rsid w:val="005954B1"/>
    <w:rsid w:val="005A3173"/>
    <w:rsid w:val="005A374F"/>
    <w:rsid w:val="005B10C0"/>
    <w:rsid w:val="005B443B"/>
    <w:rsid w:val="005B4E66"/>
    <w:rsid w:val="005C7F79"/>
    <w:rsid w:val="005D00D9"/>
    <w:rsid w:val="005D13B7"/>
    <w:rsid w:val="005D3D1F"/>
    <w:rsid w:val="00600AFB"/>
    <w:rsid w:val="00605BAA"/>
    <w:rsid w:val="00611633"/>
    <w:rsid w:val="00612A82"/>
    <w:rsid w:val="00613E12"/>
    <w:rsid w:val="00616B2C"/>
    <w:rsid w:val="00617C63"/>
    <w:rsid w:val="00620086"/>
    <w:rsid w:val="00621A01"/>
    <w:rsid w:val="00626DFE"/>
    <w:rsid w:val="00634D51"/>
    <w:rsid w:val="00636CC6"/>
    <w:rsid w:val="00657D75"/>
    <w:rsid w:val="00666014"/>
    <w:rsid w:val="00672E9E"/>
    <w:rsid w:val="0067527A"/>
    <w:rsid w:val="006755A0"/>
    <w:rsid w:val="00676BC9"/>
    <w:rsid w:val="00682BCB"/>
    <w:rsid w:val="006872B9"/>
    <w:rsid w:val="00697656"/>
    <w:rsid w:val="006A304E"/>
    <w:rsid w:val="006A65DB"/>
    <w:rsid w:val="006B3043"/>
    <w:rsid w:val="006D3FEE"/>
    <w:rsid w:val="006D55D4"/>
    <w:rsid w:val="006F5965"/>
    <w:rsid w:val="006F6C5D"/>
    <w:rsid w:val="006F6C96"/>
    <w:rsid w:val="00703E28"/>
    <w:rsid w:val="00704594"/>
    <w:rsid w:val="00705F17"/>
    <w:rsid w:val="00706744"/>
    <w:rsid w:val="00706BD9"/>
    <w:rsid w:val="00712ABE"/>
    <w:rsid w:val="00714CE6"/>
    <w:rsid w:val="007210FE"/>
    <w:rsid w:val="00727158"/>
    <w:rsid w:val="00736203"/>
    <w:rsid w:val="00742E09"/>
    <w:rsid w:val="00743A44"/>
    <w:rsid w:val="007476F5"/>
    <w:rsid w:val="00747915"/>
    <w:rsid w:val="00750C26"/>
    <w:rsid w:val="007544D1"/>
    <w:rsid w:val="007557E9"/>
    <w:rsid w:val="007572D9"/>
    <w:rsid w:val="00757CB4"/>
    <w:rsid w:val="00770B21"/>
    <w:rsid w:val="007743B6"/>
    <w:rsid w:val="0078023B"/>
    <w:rsid w:val="007843CC"/>
    <w:rsid w:val="0079275D"/>
    <w:rsid w:val="00796F35"/>
    <w:rsid w:val="007A1A21"/>
    <w:rsid w:val="007A3D2D"/>
    <w:rsid w:val="007B0AB5"/>
    <w:rsid w:val="007B49A9"/>
    <w:rsid w:val="007B5E9E"/>
    <w:rsid w:val="007D297B"/>
    <w:rsid w:val="007D5CB1"/>
    <w:rsid w:val="007E1EB0"/>
    <w:rsid w:val="007E442A"/>
    <w:rsid w:val="007F488D"/>
    <w:rsid w:val="007F61CA"/>
    <w:rsid w:val="00803777"/>
    <w:rsid w:val="0080497C"/>
    <w:rsid w:val="0080591E"/>
    <w:rsid w:val="00821334"/>
    <w:rsid w:val="0082196E"/>
    <w:rsid w:val="00832C85"/>
    <w:rsid w:val="008358E1"/>
    <w:rsid w:val="00835E44"/>
    <w:rsid w:val="00836B84"/>
    <w:rsid w:val="00840620"/>
    <w:rsid w:val="008479C2"/>
    <w:rsid w:val="00852517"/>
    <w:rsid w:val="00855AF9"/>
    <w:rsid w:val="00867A0E"/>
    <w:rsid w:val="0087291F"/>
    <w:rsid w:val="00872C1E"/>
    <w:rsid w:val="00872E4E"/>
    <w:rsid w:val="00873716"/>
    <w:rsid w:val="00874F7F"/>
    <w:rsid w:val="00877034"/>
    <w:rsid w:val="00877B25"/>
    <w:rsid w:val="00883EBC"/>
    <w:rsid w:val="00884C89"/>
    <w:rsid w:val="00885207"/>
    <w:rsid w:val="00891B70"/>
    <w:rsid w:val="00892F17"/>
    <w:rsid w:val="008A0027"/>
    <w:rsid w:val="008A040C"/>
    <w:rsid w:val="008A243E"/>
    <w:rsid w:val="008A56EC"/>
    <w:rsid w:val="008A7A08"/>
    <w:rsid w:val="008B4107"/>
    <w:rsid w:val="008D4635"/>
    <w:rsid w:val="008E168E"/>
    <w:rsid w:val="008F2559"/>
    <w:rsid w:val="0090059E"/>
    <w:rsid w:val="00905293"/>
    <w:rsid w:val="00907809"/>
    <w:rsid w:val="00912721"/>
    <w:rsid w:val="00914ACC"/>
    <w:rsid w:val="00915DB3"/>
    <w:rsid w:val="00916F06"/>
    <w:rsid w:val="0091749A"/>
    <w:rsid w:val="0092120A"/>
    <w:rsid w:val="00924DED"/>
    <w:rsid w:val="00927A0F"/>
    <w:rsid w:val="00931127"/>
    <w:rsid w:val="00931890"/>
    <w:rsid w:val="009349A8"/>
    <w:rsid w:val="00934A8F"/>
    <w:rsid w:val="00934F14"/>
    <w:rsid w:val="0095300B"/>
    <w:rsid w:val="00955AE3"/>
    <w:rsid w:val="00955E4E"/>
    <w:rsid w:val="00956D1C"/>
    <w:rsid w:val="00957A2C"/>
    <w:rsid w:val="00957CC7"/>
    <w:rsid w:val="00966CD0"/>
    <w:rsid w:val="00966ECA"/>
    <w:rsid w:val="009678B4"/>
    <w:rsid w:val="009678DC"/>
    <w:rsid w:val="00972CD6"/>
    <w:rsid w:val="0097500E"/>
    <w:rsid w:val="0097618F"/>
    <w:rsid w:val="00976312"/>
    <w:rsid w:val="009813C5"/>
    <w:rsid w:val="00981E99"/>
    <w:rsid w:val="00982E62"/>
    <w:rsid w:val="00983672"/>
    <w:rsid w:val="00990329"/>
    <w:rsid w:val="009966FA"/>
    <w:rsid w:val="0099723B"/>
    <w:rsid w:val="009A239A"/>
    <w:rsid w:val="009A318C"/>
    <w:rsid w:val="009A6137"/>
    <w:rsid w:val="009A71AA"/>
    <w:rsid w:val="009A7B97"/>
    <w:rsid w:val="009B2967"/>
    <w:rsid w:val="009B466E"/>
    <w:rsid w:val="009B4F6F"/>
    <w:rsid w:val="009B51B6"/>
    <w:rsid w:val="009B7729"/>
    <w:rsid w:val="009C48B2"/>
    <w:rsid w:val="009D4386"/>
    <w:rsid w:val="009D5A62"/>
    <w:rsid w:val="009E52A7"/>
    <w:rsid w:val="009F2B6C"/>
    <w:rsid w:val="00A00319"/>
    <w:rsid w:val="00A206A2"/>
    <w:rsid w:val="00A21F32"/>
    <w:rsid w:val="00A24118"/>
    <w:rsid w:val="00A27400"/>
    <w:rsid w:val="00A27976"/>
    <w:rsid w:val="00A36E0D"/>
    <w:rsid w:val="00A430BB"/>
    <w:rsid w:val="00A4351C"/>
    <w:rsid w:val="00A450F8"/>
    <w:rsid w:val="00A4525B"/>
    <w:rsid w:val="00A55E5E"/>
    <w:rsid w:val="00A55EE8"/>
    <w:rsid w:val="00A600F0"/>
    <w:rsid w:val="00A666F5"/>
    <w:rsid w:val="00A751EA"/>
    <w:rsid w:val="00A8306D"/>
    <w:rsid w:val="00A8381C"/>
    <w:rsid w:val="00A840E3"/>
    <w:rsid w:val="00A8531F"/>
    <w:rsid w:val="00A858D3"/>
    <w:rsid w:val="00A85AF2"/>
    <w:rsid w:val="00A90BED"/>
    <w:rsid w:val="00A90BF5"/>
    <w:rsid w:val="00AA007F"/>
    <w:rsid w:val="00AA1D8D"/>
    <w:rsid w:val="00AB4D1D"/>
    <w:rsid w:val="00AC0534"/>
    <w:rsid w:val="00AC0968"/>
    <w:rsid w:val="00AC6F26"/>
    <w:rsid w:val="00AE1E33"/>
    <w:rsid w:val="00AE5028"/>
    <w:rsid w:val="00AF112B"/>
    <w:rsid w:val="00AF15CE"/>
    <w:rsid w:val="00AF3E56"/>
    <w:rsid w:val="00AF5468"/>
    <w:rsid w:val="00AF5C44"/>
    <w:rsid w:val="00B008C2"/>
    <w:rsid w:val="00B0332F"/>
    <w:rsid w:val="00B1018A"/>
    <w:rsid w:val="00B102C9"/>
    <w:rsid w:val="00B15EF1"/>
    <w:rsid w:val="00B2347B"/>
    <w:rsid w:val="00B311D9"/>
    <w:rsid w:val="00B32CF4"/>
    <w:rsid w:val="00B3420F"/>
    <w:rsid w:val="00B36711"/>
    <w:rsid w:val="00B376D8"/>
    <w:rsid w:val="00B41774"/>
    <w:rsid w:val="00B452EC"/>
    <w:rsid w:val="00B4574E"/>
    <w:rsid w:val="00B45DFD"/>
    <w:rsid w:val="00B47730"/>
    <w:rsid w:val="00B54283"/>
    <w:rsid w:val="00B61561"/>
    <w:rsid w:val="00B61950"/>
    <w:rsid w:val="00B64D01"/>
    <w:rsid w:val="00B7087C"/>
    <w:rsid w:val="00B736A0"/>
    <w:rsid w:val="00B844A8"/>
    <w:rsid w:val="00B9316E"/>
    <w:rsid w:val="00B935CD"/>
    <w:rsid w:val="00B93730"/>
    <w:rsid w:val="00BB2412"/>
    <w:rsid w:val="00BB3B94"/>
    <w:rsid w:val="00BB7481"/>
    <w:rsid w:val="00BC0987"/>
    <w:rsid w:val="00BC1630"/>
    <w:rsid w:val="00BC3ED2"/>
    <w:rsid w:val="00BC4542"/>
    <w:rsid w:val="00BC5579"/>
    <w:rsid w:val="00BD3E5F"/>
    <w:rsid w:val="00BD54B5"/>
    <w:rsid w:val="00BD7628"/>
    <w:rsid w:val="00BE22FB"/>
    <w:rsid w:val="00BE30E1"/>
    <w:rsid w:val="00BE3FC8"/>
    <w:rsid w:val="00BE438D"/>
    <w:rsid w:val="00BE5D3B"/>
    <w:rsid w:val="00BE7571"/>
    <w:rsid w:val="00C02932"/>
    <w:rsid w:val="00C02D90"/>
    <w:rsid w:val="00C02E26"/>
    <w:rsid w:val="00C0586F"/>
    <w:rsid w:val="00C05EA3"/>
    <w:rsid w:val="00C06211"/>
    <w:rsid w:val="00C11AFA"/>
    <w:rsid w:val="00C13430"/>
    <w:rsid w:val="00C23927"/>
    <w:rsid w:val="00C2657B"/>
    <w:rsid w:val="00C325A3"/>
    <w:rsid w:val="00C356A8"/>
    <w:rsid w:val="00C46EF0"/>
    <w:rsid w:val="00C500CB"/>
    <w:rsid w:val="00C53CC3"/>
    <w:rsid w:val="00C71FAC"/>
    <w:rsid w:val="00C72410"/>
    <w:rsid w:val="00C93241"/>
    <w:rsid w:val="00CA2399"/>
    <w:rsid w:val="00CA293D"/>
    <w:rsid w:val="00CA302E"/>
    <w:rsid w:val="00CA5513"/>
    <w:rsid w:val="00CA59C0"/>
    <w:rsid w:val="00CA66FA"/>
    <w:rsid w:val="00CA6DB6"/>
    <w:rsid w:val="00CB0664"/>
    <w:rsid w:val="00CB17DB"/>
    <w:rsid w:val="00CB6770"/>
    <w:rsid w:val="00CC1847"/>
    <w:rsid w:val="00CC53C1"/>
    <w:rsid w:val="00CC64CF"/>
    <w:rsid w:val="00CD3B04"/>
    <w:rsid w:val="00CD417B"/>
    <w:rsid w:val="00CD5B19"/>
    <w:rsid w:val="00CD6EA4"/>
    <w:rsid w:val="00CD705A"/>
    <w:rsid w:val="00CE1143"/>
    <w:rsid w:val="00CE4CEF"/>
    <w:rsid w:val="00CE71E7"/>
    <w:rsid w:val="00CF01A3"/>
    <w:rsid w:val="00CF0ABB"/>
    <w:rsid w:val="00CF15AE"/>
    <w:rsid w:val="00CF1A71"/>
    <w:rsid w:val="00CF2AC0"/>
    <w:rsid w:val="00CF30E2"/>
    <w:rsid w:val="00CF352F"/>
    <w:rsid w:val="00CF48F2"/>
    <w:rsid w:val="00CF63CD"/>
    <w:rsid w:val="00CF71F4"/>
    <w:rsid w:val="00D00DA2"/>
    <w:rsid w:val="00D01FA5"/>
    <w:rsid w:val="00D06F0B"/>
    <w:rsid w:val="00D1279F"/>
    <w:rsid w:val="00D13EB3"/>
    <w:rsid w:val="00D14A04"/>
    <w:rsid w:val="00D30CA9"/>
    <w:rsid w:val="00D3259D"/>
    <w:rsid w:val="00D415C6"/>
    <w:rsid w:val="00D46440"/>
    <w:rsid w:val="00D54818"/>
    <w:rsid w:val="00D54DE2"/>
    <w:rsid w:val="00D553B1"/>
    <w:rsid w:val="00D6418E"/>
    <w:rsid w:val="00D74673"/>
    <w:rsid w:val="00D772A8"/>
    <w:rsid w:val="00D8533B"/>
    <w:rsid w:val="00D92DB8"/>
    <w:rsid w:val="00DA0343"/>
    <w:rsid w:val="00DA1DC4"/>
    <w:rsid w:val="00DA34BD"/>
    <w:rsid w:val="00DA4DB3"/>
    <w:rsid w:val="00DA5291"/>
    <w:rsid w:val="00DA6ABE"/>
    <w:rsid w:val="00DB504F"/>
    <w:rsid w:val="00DC1E2C"/>
    <w:rsid w:val="00DC4641"/>
    <w:rsid w:val="00DD0E16"/>
    <w:rsid w:val="00DD1F91"/>
    <w:rsid w:val="00DD6079"/>
    <w:rsid w:val="00DD793F"/>
    <w:rsid w:val="00DE52B5"/>
    <w:rsid w:val="00DE6755"/>
    <w:rsid w:val="00DF2FBE"/>
    <w:rsid w:val="00DF3148"/>
    <w:rsid w:val="00DF4A4D"/>
    <w:rsid w:val="00DF5C62"/>
    <w:rsid w:val="00DF670A"/>
    <w:rsid w:val="00DF783A"/>
    <w:rsid w:val="00DF7936"/>
    <w:rsid w:val="00E057D6"/>
    <w:rsid w:val="00E07430"/>
    <w:rsid w:val="00E112BF"/>
    <w:rsid w:val="00E1776F"/>
    <w:rsid w:val="00E20675"/>
    <w:rsid w:val="00E27CC1"/>
    <w:rsid w:val="00E30E1E"/>
    <w:rsid w:val="00E36938"/>
    <w:rsid w:val="00E37211"/>
    <w:rsid w:val="00E42713"/>
    <w:rsid w:val="00E45C7C"/>
    <w:rsid w:val="00E47C30"/>
    <w:rsid w:val="00E510A1"/>
    <w:rsid w:val="00E55531"/>
    <w:rsid w:val="00E5558D"/>
    <w:rsid w:val="00E633E6"/>
    <w:rsid w:val="00E63805"/>
    <w:rsid w:val="00E6437B"/>
    <w:rsid w:val="00E70C1C"/>
    <w:rsid w:val="00E74FC5"/>
    <w:rsid w:val="00E82319"/>
    <w:rsid w:val="00E84277"/>
    <w:rsid w:val="00E87E9B"/>
    <w:rsid w:val="00E9140D"/>
    <w:rsid w:val="00E93195"/>
    <w:rsid w:val="00EA0C73"/>
    <w:rsid w:val="00EA533F"/>
    <w:rsid w:val="00EB215E"/>
    <w:rsid w:val="00EB6C00"/>
    <w:rsid w:val="00EC41FD"/>
    <w:rsid w:val="00EC7FC7"/>
    <w:rsid w:val="00ED2ABA"/>
    <w:rsid w:val="00ED4EEB"/>
    <w:rsid w:val="00EF1066"/>
    <w:rsid w:val="00EF26A9"/>
    <w:rsid w:val="00EF54A4"/>
    <w:rsid w:val="00F133A7"/>
    <w:rsid w:val="00F157DB"/>
    <w:rsid w:val="00F3229C"/>
    <w:rsid w:val="00F3706A"/>
    <w:rsid w:val="00F40C74"/>
    <w:rsid w:val="00F429FB"/>
    <w:rsid w:val="00F42E32"/>
    <w:rsid w:val="00F438B8"/>
    <w:rsid w:val="00F513C5"/>
    <w:rsid w:val="00F53841"/>
    <w:rsid w:val="00F641CB"/>
    <w:rsid w:val="00F64442"/>
    <w:rsid w:val="00F71529"/>
    <w:rsid w:val="00F716B5"/>
    <w:rsid w:val="00F74B26"/>
    <w:rsid w:val="00F80097"/>
    <w:rsid w:val="00F82232"/>
    <w:rsid w:val="00F86B2D"/>
    <w:rsid w:val="00F911E7"/>
    <w:rsid w:val="00F91455"/>
    <w:rsid w:val="00F92C02"/>
    <w:rsid w:val="00F94C7B"/>
    <w:rsid w:val="00F94E11"/>
    <w:rsid w:val="00FA68B5"/>
    <w:rsid w:val="00FB21A9"/>
    <w:rsid w:val="00FB65BD"/>
    <w:rsid w:val="00FB70CE"/>
    <w:rsid w:val="00FC6919"/>
    <w:rsid w:val="00FC693F"/>
    <w:rsid w:val="00FD2515"/>
    <w:rsid w:val="00FD5843"/>
    <w:rsid w:val="00FE21A6"/>
    <w:rsid w:val="00FE22A2"/>
    <w:rsid w:val="00FE27C6"/>
    <w:rsid w:val="00FE3DA1"/>
    <w:rsid w:val="00FE7564"/>
    <w:rsid w:val="00FF0027"/>
    <w:rsid w:val="00FF5B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5460BFF"/>
  <w14:defaultImageDpi w14:val="300"/>
  <w15:docId w15:val="{9491241C-712B-4A90-ABBC-EAB6A88B8E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10FE"/>
    <w:rPr>
      <w:rFonts w:ascii="Times New Roman" w:hAnsi="Times New Roman"/>
      <w:sz w:val="26"/>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customStyle="1" w:styleId="FirstParagraph">
    <w:name w:val="First Paragraph"/>
    <w:basedOn w:val="BodyText"/>
    <w:next w:val="BodyText"/>
    <w:qFormat/>
    <w:rsid w:val="00C02932"/>
    <w:pPr>
      <w:spacing w:before="180" w:after="180" w:line="240" w:lineRule="auto"/>
    </w:pPr>
    <w:rPr>
      <w:rFonts w:ascii="Aptos" w:eastAsia="Aptos" w:hAnsi="Aptos" w:cs="Times New Roman"/>
      <w:sz w:val="24"/>
      <w:szCs w:val="24"/>
      <w:lang w:val="v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thuvienphapluat.vn/van-ban/bo-may-hanh-chinh/nghi-dinh-55-2025-nd-cp-chuc-nang-nhiem-vu-quyen-han-va-co-cau-to-chuc-bo-khoa-hoc-va-cong-nghe-645212.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thuvienphapluat.vn/van-ban/bo-may-hanh-chinh/nghi-dinh-55-2025-nd-cp-chuc-nang-nhiem-vu-quyen-han-va-co-cau-to-chuc-bo-khoa-hoc-va-cong-nghe-645212.aspx"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008D56-B3C0-46E4-8E37-783DDACAE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18</Pages>
  <Words>5724</Words>
  <Characters>32630</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38278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Dũng Nguyễn</cp:lastModifiedBy>
  <cp:revision>173</cp:revision>
  <dcterms:created xsi:type="dcterms:W3CDTF">2026-04-02T09:04:00Z</dcterms:created>
  <dcterms:modified xsi:type="dcterms:W3CDTF">2026-04-02T09:49:00Z</dcterms:modified>
  <cp:category/>
</cp:coreProperties>
</file>