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EAAE94" w14:textId="34F0CA75" w:rsidR="00CF1A71" w:rsidRDefault="001C5D5F" w:rsidP="003D41BF">
      <w:pPr>
        <w:spacing w:after="0" w:line="240" w:lineRule="auto"/>
        <w:jc w:val="center"/>
        <w:rPr>
          <w:b/>
          <w:sz w:val="28"/>
          <w:szCs w:val="28"/>
        </w:rPr>
      </w:pPr>
      <w:r w:rsidRPr="004543E3">
        <w:rPr>
          <w:b/>
          <w:sz w:val="28"/>
          <w:szCs w:val="28"/>
        </w:rPr>
        <w:t xml:space="preserve">BẢNG </w:t>
      </w:r>
      <w:r w:rsidR="006D55D4" w:rsidRPr="004543E3">
        <w:rPr>
          <w:b/>
          <w:sz w:val="28"/>
          <w:szCs w:val="28"/>
        </w:rPr>
        <w:t>TỔNG HỢP XỬ LÝ Ý KIẾN GÓP Ý CÁC BỘ NGÀNH, ĐỊA PHƯƠNG</w:t>
      </w:r>
      <w:r w:rsidR="004B4C6D">
        <w:rPr>
          <w:b/>
          <w:sz w:val="28"/>
          <w:szCs w:val="28"/>
        </w:rPr>
        <w:t xml:space="preserve"> </w:t>
      </w:r>
      <w:r w:rsidR="009B7729" w:rsidRPr="004543E3">
        <w:rPr>
          <w:b/>
          <w:sz w:val="28"/>
          <w:szCs w:val="28"/>
        </w:rPr>
        <w:t xml:space="preserve">ĐỐI VỚI </w:t>
      </w:r>
      <w:r w:rsidRPr="004543E3">
        <w:rPr>
          <w:b/>
          <w:sz w:val="28"/>
          <w:szCs w:val="28"/>
        </w:rPr>
        <w:t xml:space="preserve">DỰ THẢO THÔNG TƯ </w:t>
      </w:r>
      <w:r w:rsidR="009B7729" w:rsidRPr="004543E3">
        <w:rPr>
          <w:b/>
          <w:sz w:val="28"/>
          <w:szCs w:val="28"/>
        </w:rPr>
        <w:t>QUY ĐỊNH MÃ SỐ, TIÊU CHUẨN CHUYÊN MÔN, NGHIỆP VỤ</w:t>
      </w:r>
      <w:r w:rsidR="004B4C6D">
        <w:rPr>
          <w:b/>
          <w:sz w:val="28"/>
          <w:szCs w:val="28"/>
        </w:rPr>
        <w:t xml:space="preserve"> </w:t>
      </w:r>
      <w:r w:rsidR="009B7729" w:rsidRPr="004543E3">
        <w:rPr>
          <w:b/>
          <w:sz w:val="28"/>
          <w:szCs w:val="28"/>
        </w:rPr>
        <w:t>ĐỐI VỚI NGẠCH CÔNG CHỨC, CHỨC DANH NGHỀ NGHIỆP VIÊN CHỨC CHUYÊN NGÀNH</w:t>
      </w:r>
      <w:r w:rsidR="004B4C6D">
        <w:rPr>
          <w:b/>
          <w:sz w:val="28"/>
          <w:szCs w:val="28"/>
        </w:rPr>
        <w:t xml:space="preserve"> </w:t>
      </w:r>
      <w:r w:rsidR="009B7729" w:rsidRPr="004543E3">
        <w:rPr>
          <w:b/>
          <w:sz w:val="28"/>
          <w:szCs w:val="28"/>
        </w:rPr>
        <w:t>KIỂM SOÁT CHẤT LƯỢNG SẢN PHẨM, HÀNG HÓA</w:t>
      </w:r>
    </w:p>
    <w:p w14:paraId="75FFE9C2" w14:textId="77777777" w:rsidR="003D41BF" w:rsidRPr="004543E3" w:rsidRDefault="003D41BF" w:rsidP="003D41BF">
      <w:pPr>
        <w:spacing w:after="0" w:line="240" w:lineRule="auto"/>
        <w:jc w:val="center"/>
        <w:rPr>
          <w:b/>
          <w:sz w:val="28"/>
          <w:szCs w:val="28"/>
        </w:rPr>
      </w:pPr>
    </w:p>
    <w:p w14:paraId="0DD2AFA2" w14:textId="039C32A8" w:rsidR="002C2904" w:rsidRPr="004543E3" w:rsidRDefault="002C2904">
      <w:pPr>
        <w:rPr>
          <w:b/>
          <w:bCs/>
        </w:rPr>
      </w:pPr>
      <w:proofErr w:type="spellStart"/>
      <w:r w:rsidRPr="004543E3">
        <w:rPr>
          <w:b/>
          <w:bCs/>
        </w:rPr>
        <w:t>Tiếp</w:t>
      </w:r>
      <w:proofErr w:type="spellEnd"/>
      <w:r w:rsidRPr="004543E3">
        <w:rPr>
          <w:b/>
          <w:bCs/>
        </w:rPr>
        <w:t xml:space="preserve"> </w:t>
      </w:r>
      <w:proofErr w:type="spellStart"/>
      <w:r w:rsidRPr="004543E3">
        <w:rPr>
          <w:b/>
          <w:bCs/>
        </w:rPr>
        <w:t>nhận</w:t>
      </w:r>
      <w:proofErr w:type="spellEnd"/>
      <w:r w:rsidRPr="004543E3">
        <w:rPr>
          <w:b/>
          <w:bCs/>
        </w:rPr>
        <w:t xml:space="preserve"> </w:t>
      </w:r>
      <w:r w:rsidR="00A600F0" w:rsidRPr="004543E3">
        <w:rPr>
          <w:b/>
          <w:bCs/>
        </w:rPr>
        <w:t xml:space="preserve">Công </w:t>
      </w:r>
      <w:proofErr w:type="spellStart"/>
      <w:r w:rsidR="00A600F0" w:rsidRPr="004543E3">
        <w:rPr>
          <w:b/>
          <w:bCs/>
        </w:rPr>
        <w:t>văn</w:t>
      </w:r>
      <w:proofErr w:type="spellEnd"/>
      <w:r w:rsidRPr="004543E3">
        <w:rPr>
          <w:b/>
          <w:bCs/>
        </w:rPr>
        <w:t xml:space="preserve"> </w:t>
      </w:r>
      <w:proofErr w:type="spellStart"/>
      <w:r w:rsidRPr="004543E3">
        <w:rPr>
          <w:b/>
          <w:bCs/>
        </w:rPr>
        <w:t>góp</w:t>
      </w:r>
      <w:proofErr w:type="spellEnd"/>
      <w:r w:rsidRPr="004543E3">
        <w:rPr>
          <w:b/>
          <w:bCs/>
        </w:rPr>
        <w:t xml:space="preserve"> ý </w:t>
      </w:r>
      <w:proofErr w:type="spellStart"/>
      <w:r w:rsidRPr="004543E3">
        <w:rPr>
          <w:b/>
          <w:bCs/>
        </w:rPr>
        <w:t>của</w:t>
      </w:r>
      <w:proofErr w:type="spellEnd"/>
      <w:r w:rsidRPr="004543E3">
        <w:rPr>
          <w:b/>
          <w:bCs/>
        </w:rPr>
        <w:t xml:space="preserve"> </w:t>
      </w:r>
      <w:r w:rsidR="00F737A2">
        <w:rPr>
          <w:b/>
          <w:bCs/>
        </w:rPr>
        <w:t>46</w:t>
      </w:r>
      <w:r w:rsidR="00931127" w:rsidRPr="004543E3">
        <w:rPr>
          <w:b/>
          <w:bCs/>
        </w:rPr>
        <w:t>/</w:t>
      </w:r>
      <w:r w:rsidR="00F737A2">
        <w:rPr>
          <w:b/>
          <w:bCs/>
        </w:rPr>
        <w:t>5</w:t>
      </w:r>
      <w:r w:rsidR="00931127" w:rsidRPr="004543E3">
        <w:rPr>
          <w:b/>
          <w:bCs/>
        </w:rPr>
        <w:t>6</w:t>
      </w:r>
      <w:r w:rsidRPr="004543E3">
        <w:rPr>
          <w:b/>
          <w:bCs/>
        </w:rPr>
        <w:t xml:space="preserve"> </w:t>
      </w:r>
      <w:proofErr w:type="spellStart"/>
      <w:r w:rsidRPr="004543E3">
        <w:rPr>
          <w:b/>
          <w:bCs/>
        </w:rPr>
        <w:t>cơ</w:t>
      </w:r>
      <w:proofErr w:type="spellEnd"/>
      <w:r w:rsidRPr="004543E3">
        <w:rPr>
          <w:b/>
          <w:bCs/>
        </w:rPr>
        <w:t xml:space="preserve"> </w:t>
      </w:r>
      <w:proofErr w:type="spellStart"/>
      <w:r w:rsidRPr="004543E3">
        <w:rPr>
          <w:b/>
          <w:bCs/>
        </w:rPr>
        <w:t>quan</w:t>
      </w:r>
      <w:proofErr w:type="spellEnd"/>
      <w:r w:rsidRPr="004543E3">
        <w:rPr>
          <w:b/>
          <w:bCs/>
        </w:rPr>
        <w:t xml:space="preserve">, </w:t>
      </w:r>
      <w:proofErr w:type="spellStart"/>
      <w:r w:rsidRPr="004543E3">
        <w:rPr>
          <w:b/>
          <w:bCs/>
        </w:rPr>
        <w:t>tổ</w:t>
      </w:r>
      <w:proofErr w:type="spellEnd"/>
      <w:r w:rsidRPr="004543E3">
        <w:rPr>
          <w:b/>
          <w:bCs/>
        </w:rPr>
        <w:t xml:space="preserve"> </w:t>
      </w:r>
      <w:proofErr w:type="spellStart"/>
      <w:r w:rsidRPr="004543E3">
        <w:rPr>
          <w:b/>
          <w:bCs/>
        </w:rPr>
        <w:t>chức</w:t>
      </w:r>
      <w:proofErr w:type="spellEnd"/>
      <w:r w:rsidRPr="004543E3">
        <w:rPr>
          <w:b/>
          <w:bCs/>
        </w:rPr>
        <w:t xml:space="preserve">: </w:t>
      </w:r>
    </w:p>
    <w:p w14:paraId="043B41E5" w14:textId="32348323" w:rsidR="000D7D14" w:rsidRPr="004543E3" w:rsidRDefault="00931127" w:rsidP="006B3043">
      <w:pPr>
        <w:pStyle w:val="ListParagraph"/>
        <w:numPr>
          <w:ilvl w:val="0"/>
          <w:numId w:val="10"/>
        </w:numPr>
        <w:jc w:val="both"/>
      </w:pPr>
      <w:proofErr w:type="spellStart"/>
      <w:r w:rsidRPr="004543E3">
        <w:t>Các</w:t>
      </w:r>
      <w:proofErr w:type="spellEnd"/>
      <w:r w:rsidRPr="004543E3">
        <w:t xml:space="preserve"> </w:t>
      </w:r>
      <w:proofErr w:type="spellStart"/>
      <w:r w:rsidRPr="004543E3">
        <w:t>Bô</w:t>
      </w:r>
      <w:proofErr w:type="spellEnd"/>
      <w:r w:rsidRPr="004543E3">
        <w:t xml:space="preserve">̣, </w:t>
      </w:r>
      <w:proofErr w:type="spellStart"/>
      <w:r w:rsidRPr="004543E3">
        <w:t>ngành</w:t>
      </w:r>
      <w:proofErr w:type="spellEnd"/>
      <w:r w:rsidRPr="004543E3">
        <w:t xml:space="preserve"> </w:t>
      </w:r>
      <w:r w:rsidR="00FB21A9" w:rsidRPr="004543E3">
        <w:t>(</w:t>
      </w:r>
      <w:r w:rsidR="00D772A8" w:rsidRPr="004543E3">
        <w:t>1</w:t>
      </w:r>
      <w:r w:rsidR="00117A81" w:rsidRPr="004543E3">
        <w:t>1</w:t>
      </w:r>
      <w:r w:rsidRPr="004543E3">
        <w:t xml:space="preserve">/16): </w:t>
      </w:r>
      <w:proofErr w:type="spellStart"/>
      <w:r w:rsidR="00B64D01" w:rsidRPr="004543E3">
        <w:t>Bộ</w:t>
      </w:r>
      <w:proofErr w:type="spellEnd"/>
      <w:r w:rsidR="000D7D14" w:rsidRPr="004543E3">
        <w:t xml:space="preserve"> Công </w:t>
      </w:r>
      <w:proofErr w:type="spellStart"/>
      <w:r w:rsidR="000D7D14" w:rsidRPr="004543E3">
        <w:t>thương</w:t>
      </w:r>
      <w:proofErr w:type="spellEnd"/>
      <w:r w:rsidR="000574BD" w:rsidRPr="004543E3">
        <w:t xml:space="preserve">, </w:t>
      </w:r>
      <w:proofErr w:type="spellStart"/>
      <w:r w:rsidR="000574BD" w:rsidRPr="004543E3">
        <w:t>Bô</w:t>
      </w:r>
      <w:proofErr w:type="spellEnd"/>
      <w:r w:rsidR="000574BD" w:rsidRPr="004543E3">
        <w:t xml:space="preserve">̣ </w:t>
      </w:r>
      <w:proofErr w:type="spellStart"/>
      <w:r w:rsidR="000574BD" w:rsidRPr="004543E3">
        <w:t>Nội</w:t>
      </w:r>
      <w:proofErr w:type="spellEnd"/>
      <w:r w:rsidR="000574BD" w:rsidRPr="004543E3">
        <w:t xml:space="preserve"> vụ, </w:t>
      </w:r>
      <w:proofErr w:type="spellStart"/>
      <w:r w:rsidR="000574BD" w:rsidRPr="004543E3">
        <w:t>Bô</w:t>
      </w:r>
      <w:proofErr w:type="spellEnd"/>
      <w:r w:rsidR="000574BD" w:rsidRPr="004543E3">
        <w:t xml:space="preserve">̣ </w:t>
      </w:r>
      <w:proofErr w:type="spellStart"/>
      <w:r w:rsidR="000574BD" w:rsidRPr="004543E3">
        <w:t>Quốc</w:t>
      </w:r>
      <w:proofErr w:type="spellEnd"/>
      <w:r w:rsidR="000574BD" w:rsidRPr="004543E3">
        <w:t xml:space="preserve"> </w:t>
      </w:r>
      <w:proofErr w:type="spellStart"/>
      <w:r w:rsidR="000574BD" w:rsidRPr="004543E3">
        <w:t>phòng</w:t>
      </w:r>
      <w:proofErr w:type="spellEnd"/>
      <w:r w:rsidR="000574BD" w:rsidRPr="004543E3">
        <w:t xml:space="preserve">, </w:t>
      </w:r>
      <w:proofErr w:type="spellStart"/>
      <w:r w:rsidR="000574BD" w:rsidRPr="004543E3">
        <w:t>Bô</w:t>
      </w:r>
      <w:proofErr w:type="spellEnd"/>
      <w:r w:rsidR="000574BD" w:rsidRPr="004543E3">
        <w:t xml:space="preserve">̣ </w:t>
      </w:r>
      <w:proofErr w:type="spellStart"/>
      <w:r w:rsidR="000574BD" w:rsidRPr="004543E3">
        <w:t>Tư</w:t>
      </w:r>
      <w:proofErr w:type="spellEnd"/>
      <w:r w:rsidR="000574BD" w:rsidRPr="004543E3">
        <w:t xml:space="preserve"> </w:t>
      </w:r>
      <w:proofErr w:type="spellStart"/>
      <w:r w:rsidR="000574BD" w:rsidRPr="004543E3">
        <w:t>pháp</w:t>
      </w:r>
      <w:proofErr w:type="spellEnd"/>
      <w:r w:rsidR="000574BD" w:rsidRPr="004543E3">
        <w:t xml:space="preserve">, Ngân </w:t>
      </w:r>
      <w:proofErr w:type="spellStart"/>
      <w:r w:rsidR="000574BD" w:rsidRPr="004543E3">
        <w:t>hàng</w:t>
      </w:r>
      <w:proofErr w:type="spellEnd"/>
      <w:r w:rsidR="000574BD" w:rsidRPr="004543E3">
        <w:t xml:space="preserve"> Nhà </w:t>
      </w:r>
      <w:proofErr w:type="spellStart"/>
      <w:r w:rsidR="000574BD" w:rsidRPr="004543E3">
        <w:t>nước</w:t>
      </w:r>
      <w:proofErr w:type="spellEnd"/>
      <w:r w:rsidR="000574BD" w:rsidRPr="004543E3">
        <w:t xml:space="preserve"> </w:t>
      </w:r>
      <w:proofErr w:type="spellStart"/>
      <w:r w:rsidR="000574BD" w:rsidRPr="004543E3">
        <w:t>Việt</w:t>
      </w:r>
      <w:proofErr w:type="spellEnd"/>
      <w:r w:rsidR="000574BD" w:rsidRPr="004543E3">
        <w:t xml:space="preserve"> Nam, </w:t>
      </w:r>
      <w:r w:rsidR="002C2904" w:rsidRPr="004543E3">
        <w:t xml:space="preserve">Thanh </w:t>
      </w:r>
      <w:proofErr w:type="spellStart"/>
      <w:r w:rsidR="002C2904" w:rsidRPr="004543E3">
        <w:t>tra</w:t>
      </w:r>
      <w:proofErr w:type="spellEnd"/>
      <w:r w:rsidR="002C2904" w:rsidRPr="004543E3">
        <w:t xml:space="preserve"> </w:t>
      </w:r>
      <w:proofErr w:type="spellStart"/>
      <w:r w:rsidR="002C2904" w:rsidRPr="004543E3">
        <w:t>Chính</w:t>
      </w:r>
      <w:proofErr w:type="spellEnd"/>
      <w:r w:rsidR="002C2904" w:rsidRPr="004543E3">
        <w:t xml:space="preserve"> </w:t>
      </w:r>
      <w:proofErr w:type="spellStart"/>
      <w:r w:rsidR="002C2904" w:rsidRPr="004543E3">
        <w:t>phủ</w:t>
      </w:r>
      <w:proofErr w:type="spellEnd"/>
      <w:r w:rsidR="00140DA6" w:rsidRPr="004543E3">
        <w:t xml:space="preserve">, </w:t>
      </w:r>
      <w:proofErr w:type="spellStart"/>
      <w:r w:rsidR="00140DA6" w:rsidRPr="004543E3">
        <w:t>Bô</w:t>
      </w:r>
      <w:proofErr w:type="spellEnd"/>
      <w:r w:rsidR="00140DA6" w:rsidRPr="004543E3">
        <w:t xml:space="preserve">̣ </w:t>
      </w:r>
      <w:proofErr w:type="spellStart"/>
      <w:r w:rsidR="00140DA6" w:rsidRPr="004543E3">
        <w:t>Dân</w:t>
      </w:r>
      <w:proofErr w:type="spellEnd"/>
      <w:r w:rsidR="00140DA6" w:rsidRPr="004543E3">
        <w:t xml:space="preserve"> </w:t>
      </w:r>
      <w:proofErr w:type="spellStart"/>
      <w:r w:rsidR="00140DA6" w:rsidRPr="004543E3">
        <w:t>tộc</w:t>
      </w:r>
      <w:proofErr w:type="spellEnd"/>
      <w:r w:rsidR="00140DA6" w:rsidRPr="004543E3">
        <w:t xml:space="preserve"> </w:t>
      </w:r>
      <w:proofErr w:type="spellStart"/>
      <w:r w:rsidR="00140DA6" w:rsidRPr="004543E3">
        <w:t>va</w:t>
      </w:r>
      <w:proofErr w:type="spellEnd"/>
      <w:r w:rsidR="00140DA6" w:rsidRPr="004543E3">
        <w:t xml:space="preserve">̀ Tôn </w:t>
      </w:r>
      <w:proofErr w:type="spellStart"/>
      <w:r w:rsidR="00140DA6" w:rsidRPr="004543E3">
        <w:t>giáo</w:t>
      </w:r>
      <w:proofErr w:type="spellEnd"/>
      <w:r w:rsidR="008A56EC" w:rsidRPr="004543E3">
        <w:t xml:space="preserve">, </w:t>
      </w:r>
      <w:proofErr w:type="spellStart"/>
      <w:r w:rsidR="008A56EC" w:rsidRPr="004543E3">
        <w:t>Bô</w:t>
      </w:r>
      <w:proofErr w:type="spellEnd"/>
      <w:r w:rsidR="008A56EC" w:rsidRPr="004543E3">
        <w:t xml:space="preserve">̣ </w:t>
      </w:r>
      <w:proofErr w:type="spellStart"/>
      <w:r w:rsidR="008A56EC" w:rsidRPr="004543E3">
        <w:t>Nông</w:t>
      </w:r>
      <w:proofErr w:type="spellEnd"/>
      <w:r w:rsidR="008A56EC" w:rsidRPr="004543E3">
        <w:t xml:space="preserve"> </w:t>
      </w:r>
      <w:proofErr w:type="spellStart"/>
      <w:r w:rsidR="008A56EC" w:rsidRPr="004543E3">
        <w:t>nghiệp</w:t>
      </w:r>
      <w:proofErr w:type="spellEnd"/>
      <w:r w:rsidR="008A56EC" w:rsidRPr="004543E3">
        <w:t xml:space="preserve"> </w:t>
      </w:r>
      <w:proofErr w:type="spellStart"/>
      <w:r w:rsidR="008A56EC" w:rsidRPr="004543E3">
        <w:t>va</w:t>
      </w:r>
      <w:proofErr w:type="spellEnd"/>
      <w:r w:rsidR="008A56EC" w:rsidRPr="004543E3">
        <w:t xml:space="preserve">̀ </w:t>
      </w:r>
      <w:proofErr w:type="spellStart"/>
      <w:r w:rsidR="008A56EC" w:rsidRPr="004543E3">
        <w:t>Môi</w:t>
      </w:r>
      <w:proofErr w:type="spellEnd"/>
      <w:r w:rsidR="008A56EC" w:rsidRPr="004543E3">
        <w:t xml:space="preserve"> </w:t>
      </w:r>
      <w:proofErr w:type="spellStart"/>
      <w:r w:rsidR="008A56EC" w:rsidRPr="004543E3">
        <w:t>trường</w:t>
      </w:r>
      <w:proofErr w:type="spellEnd"/>
      <w:r w:rsidR="00FB21A9" w:rsidRPr="004543E3">
        <w:t xml:space="preserve">, </w:t>
      </w:r>
      <w:proofErr w:type="spellStart"/>
      <w:r w:rsidR="00FB21A9" w:rsidRPr="004543E3">
        <w:t>Bô</w:t>
      </w:r>
      <w:proofErr w:type="spellEnd"/>
      <w:r w:rsidR="00FB21A9" w:rsidRPr="004543E3">
        <w:t xml:space="preserve">̣ </w:t>
      </w:r>
      <w:proofErr w:type="spellStart"/>
      <w:r w:rsidR="00FB21A9" w:rsidRPr="004543E3">
        <w:t>Tài</w:t>
      </w:r>
      <w:proofErr w:type="spellEnd"/>
      <w:r w:rsidR="00FB21A9" w:rsidRPr="004543E3">
        <w:t xml:space="preserve"> </w:t>
      </w:r>
      <w:proofErr w:type="spellStart"/>
      <w:r w:rsidR="00FB21A9" w:rsidRPr="004543E3">
        <w:t>chính</w:t>
      </w:r>
      <w:proofErr w:type="spellEnd"/>
      <w:r w:rsidR="00770B21" w:rsidRPr="004543E3">
        <w:t xml:space="preserve">, </w:t>
      </w:r>
      <w:proofErr w:type="spellStart"/>
      <w:r w:rsidR="00117A81" w:rsidRPr="004543E3">
        <w:t>Bô</w:t>
      </w:r>
      <w:proofErr w:type="spellEnd"/>
      <w:r w:rsidR="00117A81" w:rsidRPr="004543E3">
        <w:t xml:space="preserve">̣ Công an, </w:t>
      </w:r>
      <w:proofErr w:type="spellStart"/>
      <w:r w:rsidR="00770B21" w:rsidRPr="004543E3">
        <w:t>Bô</w:t>
      </w:r>
      <w:proofErr w:type="spellEnd"/>
      <w:r w:rsidR="00770B21" w:rsidRPr="004543E3">
        <w:t xml:space="preserve">̣ </w:t>
      </w:r>
      <w:proofErr w:type="spellStart"/>
      <w:r w:rsidR="00770B21" w:rsidRPr="004543E3">
        <w:t>Ngoại</w:t>
      </w:r>
      <w:proofErr w:type="spellEnd"/>
      <w:r w:rsidR="00770B21" w:rsidRPr="004543E3">
        <w:t xml:space="preserve"> </w:t>
      </w:r>
      <w:proofErr w:type="spellStart"/>
      <w:r w:rsidR="00770B21" w:rsidRPr="004543E3">
        <w:t>giao</w:t>
      </w:r>
      <w:proofErr w:type="spellEnd"/>
      <w:r w:rsidR="00770B21" w:rsidRPr="004543E3">
        <w:t>*.</w:t>
      </w:r>
    </w:p>
    <w:p w14:paraId="5B68C3AB" w14:textId="718C9574" w:rsidR="002C2904" w:rsidRPr="004543E3" w:rsidRDefault="00931127" w:rsidP="006B3043">
      <w:pPr>
        <w:pStyle w:val="ListParagraph"/>
        <w:numPr>
          <w:ilvl w:val="0"/>
          <w:numId w:val="10"/>
        </w:numPr>
        <w:jc w:val="both"/>
      </w:pPr>
      <w:proofErr w:type="spellStart"/>
      <w:r w:rsidRPr="004543E3">
        <w:t>Cơ</w:t>
      </w:r>
      <w:proofErr w:type="spellEnd"/>
      <w:r w:rsidRPr="004543E3">
        <w:t xml:space="preserve"> </w:t>
      </w:r>
      <w:proofErr w:type="spellStart"/>
      <w:r w:rsidRPr="004543E3">
        <w:t>quan</w:t>
      </w:r>
      <w:proofErr w:type="spellEnd"/>
      <w:r w:rsidRPr="004543E3">
        <w:t xml:space="preserve"> </w:t>
      </w:r>
      <w:proofErr w:type="spellStart"/>
      <w:r w:rsidRPr="004543E3">
        <w:t>thuộc</w:t>
      </w:r>
      <w:proofErr w:type="spellEnd"/>
      <w:r w:rsidRPr="004543E3">
        <w:t xml:space="preserve"> </w:t>
      </w:r>
      <w:proofErr w:type="spellStart"/>
      <w:r w:rsidRPr="004543E3">
        <w:t>Chính</w:t>
      </w:r>
      <w:proofErr w:type="spellEnd"/>
      <w:r w:rsidRPr="004543E3">
        <w:t xml:space="preserve"> </w:t>
      </w:r>
      <w:proofErr w:type="spellStart"/>
      <w:r w:rsidRPr="004543E3">
        <w:t>phu</w:t>
      </w:r>
      <w:proofErr w:type="spellEnd"/>
      <w:r w:rsidRPr="004543E3">
        <w:t xml:space="preserve">̉ (4/5): </w:t>
      </w:r>
      <w:proofErr w:type="spellStart"/>
      <w:r w:rsidR="002C2904" w:rsidRPr="004543E3">
        <w:t>Đài</w:t>
      </w:r>
      <w:proofErr w:type="spellEnd"/>
      <w:r w:rsidR="002C2904" w:rsidRPr="004543E3">
        <w:t xml:space="preserve"> </w:t>
      </w:r>
      <w:proofErr w:type="spellStart"/>
      <w:r w:rsidR="002C2904" w:rsidRPr="004543E3">
        <w:t>tiếng</w:t>
      </w:r>
      <w:proofErr w:type="spellEnd"/>
      <w:r w:rsidR="002C2904" w:rsidRPr="004543E3">
        <w:t xml:space="preserve"> </w:t>
      </w:r>
      <w:proofErr w:type="spellStart"/>
      <w:r w:rsidR="002C2904" w:rsidRPr="004543E3">
        <w:t>nói</w:t>
      </w:r>
      <w:proofErr w:type="spellEnd"/>
      <w:r w:rsidR="002C2904" w:rsidRPr="004543E3">
        <w:t xml:space="preserve"> </w:t>
      </w:r>
      <w:proofErr w:type="spellStart"/>
      <w:r w:rsidR="002C2904" w:rsidRPr="004543E3">
        <w:t>V</w:t>
      </w:r>
      <w:r w:rsidR="00CD3B04" w:rsidRPr="004543E3">
        <w:t>iệt</w:t>
      </w:r>
      <w:proofErr w:type="spellEnd"/>
      <w:r w:rsidR="00CD3B04" w:rsidRPr="004543E3">
        <w:t xml:space="preserve"> Nam*</w:t>
      </w:r>
      <w:r w:rsidR="002C2904" w:rsidRPr="004543E3">
        <w:t>, T</w:t>
      </w:r>
      <w:bookmarkStart w:id="0" w:name="_Hlk214950894"/>
      <w:r w:rsidR="00C13430" w:rsidRPr="004543E3">
        <w:t xml:space="preserve">hông </w:t>
      </w:r>
      <w:proofErr w:type="spellStart"/>
      <w:r w:rsidR="00C13430" w:rsidRPr="004543E3">
        <w:t>tấn</w:t>
      </w:r>
      <w:proofErr w:type="spellEnd"/>
      <w:r w:rsidR="00C13430" w:rsidRPr="004543E3">
        <w:t xml:space="preserve"> xã </w:t>
      </w:r>
      <w:proofErr w:type="spellStart"/>
      <w:r w:rsidR="00C13430" w:rsidRPr="004543E3">
        <w:t>Việt</w:t>
      </w:r>
      <w:proofErr w:type="spellEnd"/>
      <w:r w:rsidR="00C13430" w:rsidRPr="004543E3">
        <w:t xml:space="preserve"> Nam</w:t>
      </w:r>
      <w:r w:rsidR="003F2189" w:rsidRPr="004543E3">
        <w:t>*</w:t>
      </w:r>
      <w:bookmarkEnd w:id="0"/>
      <w:r w:rsidR="000D7D14" w:rsidRPr="004543E3">
        <w:t xml:space="preserve">, </w:t>
      </w:r>
      <w:proofErr w:type="spellStart"/>
      <w:r w:rsidR="000D7D14" w:rsidRPr="004543E3">
        <w:t>Viện</w:t>
      </w:r>
      <w:proofErr w:type="spellEnd"/>
      <w:r w:rsidR="000D7D14" w:rsidRPr="004543E3">
        <w:t xml:space="preserve"> </w:t>
      </w:r>
      <w:proofErr w:type="spellStart"/>
      <w:r w:rsidR="000D7D14" w:rsidRPr="004543E3">
        <w:t>Hàn</w:t>
      </w:r>
      <w:proofErr w:type="spellEnd"/>
      <w:r w:rsidR="000D7D14" w:rsidRPr="004543E3">
        <w:t xml:space="preserve"> </w:t>
      </w:r>
      <w:proofErr w:type="spellStart"/>
      <w:r w:rsidR="000D7D14" w:rsidRPr="004543E3">
        <w:t>lâm</w:t>
      </w:r>
      <w:proofErr w:type="spellEnd"/>
      <w:r w:rsidR="000D7D14" w:rsidRPr="004543E3">
        <w:t xml:space="preserve"> Khoa </w:t>
      </w:r>
      <w:proofErr w:type="spellStart"/>
      <w:r w:rsidR="000D7D14" w:rsidRPr="004543E3">
        <w:t>học</w:t>
      </w:r>
      <w:proofErr w:type="spellEnd"/>
      <w:r w:rsidR="000D7D14" w:rsidRPr="004543E3">
        <w:t xml:space="preserve"> </w:t>
      </w:r>
      <w:proofErr w:type="spellStart"/>
      <w:r w:rsidR="000D7D14" w:rsidRPr="004543E3">
        <w:t>va</w:t>
      </w:r>
      <w:proofErr w:type="spellEnd"/>
      <w:r w:rsidR="000D7D14" w:rsidRPr="004543E3">
        <w:t xml:space="preserve">̀ Công </w:t>
      </w:r>
      <w:proofErr w:type="spellStart"/>
      <w:r w:rsidR="000D7D14" w:rsidRPr="004543E3">
        <w:t>nghê</w:t>
      </w:r>
      <w:proofErr w:type="spellEnd"/>
      <w:r w:rsidR="000D7D14" w:rsidRPr="004543E3">
        <w:t xml:space="preserve">̣ </w:t>
      </w:r>
      <w:proofErr w:type="spellStart"/>
      <w:r w:rsidR="000D7D14" w:rsidRPr="004543E3">
        <w:t>Việt</w:t>
      </w:r>
      <w:proofErr w:type="spellEnd"/>
      <w:r w:rsidR="000D7D14" w:rsidRPr="004543E3">
        <w:t xml:space="preserve"> Nam*, </w:t>
      </w:r>
      <w:proofErr w:type="spellStart"/>
      <w:r w:rsidR="000D7D14" w:rsidRPr="004543E3">
        <w:t>Viện</w:t>
      </w:r>
      <w:proofErr w:type="spellEnd"/>
      <w:r w:rsidR="000D7D14" w:rsidRPr="004543E3">
        <w:t xml:space="preserve"> </w:t>
      </w:r>
      <w:proofErr w:type="spellStart"/>
      <w:r w:rsidR="000D7D14" w:rsidRPr="004543E3">
        <w:t>Hàn</w:t>
      </w:r>
      <w:proofErr w:type="spellEnd"/>
      <w:r w:rsidR="000D7D14" w:rsidRPr="004543E3">
        <w:t xml:space="preserve"> </w:t>
      </w:r>
      <w:proofErr w:type="spellStart"/>
      <w:r w:rsidR="000D7D14" w:rsidRPr="004543E3">
        <w:t>lâm</w:t>
      </w:r>
      <w:proofErr w:type="spellEnd"/>
      <w:r w:rsidR="000D7D14" w:rsidRPr="004543E3">
        <w:t xml:space="preserve"> Khoa </w:t>
      </w:r>
      <w:proofErr w:type="spellStart"/>
      <w:r w:rsidR="000D7D14" w:rsidRPr="004543E3">
        <w:t>học</w:t>
      </w:r>
      <w:proofErr w:type="spellEnd"/>
      <w:r w:rsidR="000D7D14" w:rsidRPr="004543E3">
        <w:t xml:space="preserve"> Xã </w:t>
      </w:r>
      <w:proofErr w:type="spellStart"/>
      <w:r w:rsidR="000D7D14" w:rsidRPr="004543E3">
        <w:t>hội</w:t>
      </w:r>
      <w:proofErr w:type="spellEnd"/>
      <w:r w:rsidR="000D7D14" w:rsidRPr="004543E3">
        <w:t xml:space="preserve"> </w:t>
      </w:r>
      <w:proofErr w:type="spellStart"/>
      <w:r w:rsidR="000D7D14" w:rsidRPr="004543E3">
        <w:t>Việt</w:t>
      </w:r>
      <w:proofErr w:type="spellEnd"/>
      <w:r w:rsidR="000D7D14" w:rsidRPr="004543E3">
        <w:t xml:space="preserve"> Nam*</w:t>
      </w:r>
      <w:r w:rsidR="00682BCB" w:rsidRPr="004543E3">
        <w:t>.</w:t>
      </w:r>
    </w:p>
    <w:p w14:paraId="0FF5A74C" w14:textId="23BE753F" w:rsidR="00F513C5" w:rsidRPr="004543E3" w:rsidRDefault="00F513C5" w:rsidP="006B3043">
      <w:pPr>
        <w:pStyle w:val="ListParagraph"/>
        <w:numPr>
          <w:ilvl w:val="0"/>
          <w:numId w:val="10"/>
        </w:numPr>
        <w:jc w:val="both"/>
      </w:pPr>
      <w:proofErr w:type="spellStart"/>
      <w:r w:rsidRPr="004543E3">
        <w:t>Kiểm</w:t>
      </w:r>
      <w:proofErr w:type="spellEnd"/>
      <w:r w:rsidRPr="004543E3">
        <w:t xml:space="preserve"> </w:t>
      </w:r>
      <w:proofErr w:type="spellStart"/>
      <w:r w:rsidRPr="004543E3">
        <w:t>toán</w:t>
      </w:r>
      <w:proofErr w:type="spellEnd"/>
      <w:r w:rsidRPr="004543E3">
        <w:t xml:space="preserve"> </w:t>
      </w:r>
      <w:proofErr w:type="spellStart"/>
      <w:r w:rsidRPr="004543E3">
        <w:t>nha</w:t>
      </w:r>
      <w:proofErr w:type="spellEnd"/>
      <w:r w:rsidRPr="004543E3">
        <w:t xml:space="preserve">̀ </w:t>
      </w:r>
      <w:proofErr w:type="spellStart"/>
      <w:r w:rsidRPr="004543E3">
        <w:t>nước</w:t>
      </w:r>
      <w:proofErr w:type="spellEnd"/>
      <w:r w:rsidRPr="004543E3">
        <w:t xml:space="preserve"> (1/1)</w:t>
      </w:r>
    </w:p>
    <w:p w14:paraId="6EC85BD1" w14:textId="4B992C3F" w:rsidR="003F2189" w:rsidRPr="004543E3" w:rsidRDefault="00931127" w:rsidP="006B3043">
      <w:pPr>
        <w:pStyle w:val="ListParagraph"/>
        <w:numPr>
          <w:ilvl w:val="0"/>
          <w:numId w:val="10"/>
        </w:numPr>
        <w:jc w:val="both"/>
      </w:pPr>
      <w:proofErr w:type="spellStart"/>
      <w:r w:rsidRPr="004543E3">
        <w:t>Địa</w:t>
      </w:r>
      <w:proofErr w:type="spellEnd"/>
      <w:r w:rsidRPr="004543E3">
        <w:t xml:space="preserve"> </w:t>
      </w:r>
      <w:proofErr w:type="spellStart"/>
      <w:r w:rsidRPr="004543E3">
        <w:t>phương</w:t>
      </w:r>
      <w:proofErr w:type="spellEnd"/>
      <w:r w:rsidRPr="004543E3">
        <w:t xml:space="preserve"> (</w:t>
      </w:r>
      <w:r w:rsidR="00C02D90" w:rsidRPr="004543E3">
        <w:t>30</w:t>
      </w:r>
      <w:r w:rsidRPr="004543E3">
        <w:t xml:space="preserve">/34): </w:t>
      </w:r>
      <w:r w:rsidR="002C2904" w:rsidRPr="004543E3">
        <w:t xml:space="preserve">Các UBND </w:t>
      </w:r>
      <w:proofErr w:type="spellStart"/>
      <w:r w:rsidR="002C2904" w:rsidRPr="004543E3">
        <w:t>tỉnh</w:t>
      </w:r>
      <w:proofErr w:type="spellEnd"/>
      <w:r w:rsidR="002C2904" w:rsidRPr="004543E3">
        <w:t xml:space="preserve"> Bắc Ninh</w:t>
      </w:r>
      <w:r w:rsidR="00FE7564" w:rsidRPr="004543E3">
        <w:t>*</w:t>
      </w:r>
      <w:r w:rsidR="002C2904" w:rsidRPr="004543E3">
        <w:t xml:space="preserve">, </w:t>
      </w:r>
      <w:proofErr w:type="spellStart"/>
      <w:r w:rsidR="002C2904" w:rsidRPr="004543E3">
        <w:t>Cà</w:t>
      </w:r>
      <w:proofErr w:type="spellEnd"/>
      <w:r w:rsidR="002C2904" w:rsidRPr="004543E3">
        <w:t xml:space="preserve"> Mau</w:t>
      </w:r>
      <w:r w:rsidR="00FE7564" w:rsidRPr="004543E3">
        <w:t>*</w:t>
      </w:r>
      <w:r w:rsidR="002C2904" w:rsidRPr="004543E3">
        <w:t xml:space="preserve">, </w:t>
      </w:r>
      <w:proofErr w:type="spellStart"/>
      <w:r w:rsidR="00CC1847" w:rsidRPr="004543E3">
        <w:t>Cần</w:t>
      </w:r>
      <w:proofErr w:type="spellEnd"/>
      <w:r w:rsidR="00CC1847" w:rsidRPr="004543E3">
        <w:t xml:space="preserve"> Thơ*, </w:t>
      </w:r>
      <w:r w:rsidR="002C2904" w:rsidRPr="004543E3">
        <w:t xml:space="preserve">Cao </w:t>
      </w:r>
      <w:proofErr w:type="spellStart"/>
      <w:r w:rsidR="002C2904" w:rsidRPr="004543E3">
        <w:t>Bằng</w:t>
      </w:r>
      <w:proofErr w:type="spellEnd"/>
      <w:r w:rsidR="00102168" w:rsidRPr="004543E3">
        <w:t>*</w:t>
      </w:r>
      <w:r w:rsidR="002C2904" w:rsidRPr="004543E3">
        <w:t xml:space="preserve">, </w:t>
      </w:r>
      <w:proofErr w:type="spellStart"/>
      <w:r w:rsidR="002C2904" w:rsidRPr="004543E3">
        <w:t>Đắc</w:t>
      </w:r>
      <w:proofErr w:type="spellEnd"/>
      <w:r w:rsidR="002C2904" w:rsidRPr="004543E3">
        <w:t xml:space="preserve"> </w:t>
      </w:r>
      <w:proofErr w:type="spellStart"/>
      <w:r w:rsidR="002C2904" w:rsidRPr="004543E3">
        <w:t>L</w:t>
      </w:r>
      <w:r w:rsidR="003144EF" w:rsidRPr="004543E3">
        <w:t>ắ</w:t>
      </w:r>
      <w:r w:rsidR="002C2904" w:rsidRPr="004543E3">
        <w:t>k</w:t>
      </w:r>
      <w:proofErr w:type="spellEnd"/>
      <w:r w:rsidR="002C2904" w:rsidRPr="004543E3">
        <w:t xml:space="preserve">, </w:t>
      </w:r>
      <w:proofErr w:type="spellStart"/>
      <w:r w:rsidR="003144EF" w:rsidRPr="004543E3">
        <w:t>Đồng</w:t>
      </w:r>
      <w:proofErr w:type="spellEnd"/>
      <w:r w:rsidR="003144EF" w:rsidRPr="004543E3">
        <w:t xml:space="preserve"> Nai, </w:t>
      </w:r>
      <w:proofErr w:type="spellStart"/>
      <w:r w:rsidR="002C2904" w:rsidRPr="004543E3">
        <w:t>Điện</w:t>
      </w:r>
      <w:proofErr w:type="spellEnd"/>
      <w:r w:rsidR="002C2904" w:rsidRPr="004543E3">
        <w:t xml:space="preserve"> </w:t>
      </w:r>
      <w:proofErr w:type="spellStart"/>
      <w:r w:rsidR="002C2904" w:rsidRPr="004543E3">
        <w:t>Biên</w:t>
      </w:r>
      <w:proofErr w:type="spellEnd"/>
      <w:r w:rsidR="002C2904" w:rsidRPr="004543E3">
        <w:t xml:space="preserve">, </w:t>
      </w:r>
      <w:proofErr w:type="spellStart"/>
      <w:r w:rsidR="002C2904" w:rsidRPr="004543E3">
        <w:t>Đồng</w:t>
      </w:r>
      <w:proofErr w:type="spellEnd"/>
      <w:r w:rsidR="002C2904" w:rsidRPr="004543E3">
        <w:t xml:space="preserve"> </w:t>
      </w:r>
      <w:proofErr w:type="spellStart"/>
      <w:r w:rsidR="002C2904" w:rsidRPr="004543E3">
        <w:t>Tháp</w:t>
      </w:r>
      <w:proofErr w:type="spellEnd"/>
      <w:r w:rsidR="00A4525B" w:rsidRPr="004543E3">
        <w:t>*</w:t>
      </w:r>
      <w:r w:rsidR="002C2904" w:rsidRPr="004543E3">
        <w:t xml:space="preserve">, </w:t>
      </w:r>
      <w:r w:rsidR="00E1776F" w:rsidRPr="004543E3">
        <w:t xml:space="preserve">Hà </w:t>
      </w:r>
      <w:proofErr w:type="spellStart"/>
      <w:r w:rsidR="00E1776F" w:rsidRPr="004543E3">
        <w:t>Nội</w:t>
      </w:r>
      <w:proofErr w:type="spellEnd"/>
      <w:r w:rsidR="00E1776F" w:rsidRPr="004543E3">
        <w:t xml:space="preserve">*, </w:t>
      </w:r>
      <w:r w:rsidR="00261A12" w:rsidRPr="004543E3">
        <w:t xml:space="preserve">Hà </w:t>
      </w:r>
      <w:proofErr w:type="spellStart"/>
      <w:r w:rsidR="00261A12" w:rsidRPr="004543E3">
        <w:t>Tĩnh</w:t>
      </w:r>
      <w:proofErr w:type="spellEnd"/>
      <w:r w:rsidR="00261A12" w:rsidRPr="004543E3">
        <w:t xml:space="preserve">*, </w:t>
      </w:r>
      <w:r w:rsidR="002C2904" w:rsidRPr="004543E3">
        <w:t xml:space="preserve">Hải </w:t>
      </w:r>
      <w:proofErr w:type="spellStart"/>
      <w:r w:rsidR="002C2904" w:rsidRPr="004543E3">
        <w:t>Phòng</w:t>
      </w:r>
      <w:proofErr w:type="spellEnd"/>
      <w:r w:rsidR="002C2904" w:rsidRPr="004543E3">
        <w:t xml:space="preserve">, </w:t>
      </w:r>
      <w:proofErr w:type="spellStart"/>
      <w:r w:rsidR="00931890" w:rsidRPr="004543E3">
        <w:t>Hưng</w:t>
      </w:r>
      <w:proofErr w:type="spellEnd"/>
      <w:r w:rsidR="00931890" w:rsidRPr="004543E3">
        <w:t xml:space="preserve"> Yên</w:t>
      </w:r>
      <w:r w:rsidR="00BE438D" w:rsidRPr="004543E3">
        <w:t>*</w:t>
      </w:r>
      <w:r w:rsidR="00931890" w:rsidRPr="004543E3">
        <w:t xml:space="preserve">, </w:t>
      </w:r>
      <w:r w:rsidR="002C2904" w:rsidRPr="004543E3">
        <w:t>Khánh Hoà, Lai Châu,</w:t>
      </w:r>
      <w:r w:rsidR="007B49A9" w:rsidRPr="004543E3">
        <w:t xml:space="preserve"> Lâm </w:t>
      </w:r>
      <w:proofErr w:type="spellStart"/>
      <w:r w:rsidR="007B49A9" w:rsidRPr="004543E3">
        <w:t>Đồng</w:t>
      </w:r>
      <w:proofErr w:type="spellEnd"/>
      <w:r w:rsidR="007B49A9" w:rsidRPr="004543E3">
        <w:t>*,</w:t>
      </w:r>
      <w:r w:rsidR="002C2904" w:rsidRPr="004543E3">
        <w:t xml:space="preserve"> </w:t>
      </w:r>
      <w:proofErr w:type="spellStart"/>
      <w:r w:rsidR="002C2904" w:rsidRPr="004543E3">
        <w:t>Lạng</w:t>
      </w:r>
      <w:proofErr w:type="spellEnd"/>
      <w:r w:rsidR="002C2904" w:rsidRPr="004543E3">
        <w:t xml:space="preserve"> Sơn, </w:t>
      </w:r>
      <w:proofErr w:type="spellStart"/>
      <w:r w:rsidR="008358E1" w:rsidRPr="004543E3">
        <w:t>Lào</w:t>
      </w:r>
      <w:proofErr w:type="spellEnd"/>
      <w:r w:rsidR="008358E1" w:rsidRPr="004543E3">
        <w:t xml:space="preserve"> Cai, </w:t>
      </w:r>
      <w:proofErr w:type="spellStart"/>
      <w:r w:rsidR="00112BB1" w:rsidRPr="004543E3">
        <w:t>Nghê</w:t>
      </w:r>
      <w:proofErr w:type="spellEnd"/>
      <w:r w:rsidR="00112BB1" w:rsidRPr="004543E3">
        <w:t xml:space="preserve">̣ An*, </w:t>
      </w:r>
      <w:r w:rsidR="002C2904" w:rsidRPr="004543E3">
        <w:t>Ninh Bình</w:t>
      </w:r>
      <w:r w:rsidR="00520292" w:rsidRPr="004543E3">
        <w:t>*</w:t>
      </w:r>
      <w:r w:rsidR="00611633" w:rsidRPr="004543E3">
        <w:t>, Phú Thọ*</w:t>
      </w:r>
      <w:r w:rsidR="002C2904" w:rsidRPr="004543E3">
        <w:t xml:space="preserve">, </w:t>
      </w:r>
      <w:proofErr w:type="spellStart"/>
      <w:r w:rsidR="001C2971" w:rsidRPr="004543E3">
        <w:t>Quảng</w:t>
      </w:r>
      <w:proofErr w:type="spellEnd"/>
      <w:r w:rsidR="001C2971" w:rsidRPr="004543E3">
        <w:t xml:space="preserve"> Ninh, </w:t>
      </w:r>
      <w:proofErr w:type="spellStart"/>
      <w:r w:rsidR="005B10C0" w:rsidRPr="004543E3">
        <w:t>Quảng</w:t>
      </w:r>
      <w:proofErr w:type="spellEnd"/>
      <w:r w:rsidR="005B10C0" w:rsidRPr="004543E3">
        <w:t xml:space="preserve"> Trị*, </w:t>
      </w:r>
      <w:r w:rsidR="002C2904" w:rsidRPr="004543E3">
        <w:t>Sơn La</w:t>
      </w:r>
      <w:r w:rsidR="003F2189" w:rsidRPr="004543E3">
        <w:t>*</w:t>
      </w:r>
      <w:r w:rsidR="002C2904" w:rsidRPr="004543E3">
        <w:t xml:space="preserve">, </w:t>
      </w:r>
      <w:r w:rsidR="00312BF8" w:rsidRPr="004543E3">
        <w:t xml:space="preserve">Tây Ninh*, </w:t>
      </w:r>
      <w:r w:rsidR="00E5558D" w:rsidRPr="004543E3">
        <w:t xml:space="preserve">Thanh </w:t>
      </w:r>
      <w:proofErr w:type="spellStart"/>
      <w:r w:rsidR="00E5558D" w:rsidRPr="004543E3">
        <w:t>Hóa</w:t>
      </w:r>
      <w:proofErr w:type="spellEnd"/>
      <w:r w:rsidR="00F42E32" w:rsidRPr="004543E3">
        <w:t>*</w:t>
      </w:r>
      <w:r w:rsidR="00E5558D" w:rsidRPr="004543E3">
        <w:t>,</w:t>
      </w:r>
      <w:r w:rsidR="003A1272" w:rsidRPr="004543E3">
        <w:t xml:space="preserve"> </w:t>
      </w:r>
      <w:proofErr w:type="spellStart"/>
      <w:r w:rsidR="003A1272" w:rsidRPr="004543E3">
        <w:t>Tuyên</w:t>
      </w:r>
      <w:proofErr w:type="spellEnd"/>
      <w:r w:rsidR="003A1272" w:rsidRPr="004543E3">
        <w:t xml:space="preserve"> Quang</w:t>
      </w:r>
      <w:r w:rsidR="00321A11" w:rsidRPr="004543E3">
        <w:t xml:space="preserve">, </w:t>
      </w:r>
      <w:proofErr w:type="spellStart"/>
      <w:r w:rsidR="00321A11" w:rsidRPr="004543E3">
        <w:t>Vĩnh</w:t>
      </w:r>
      <w:proofErr w:type="spellEnd"/>
      <w:r w:rsidR="00321A11" w:rsidRPr="004543E3">
        <w:t xml:space="preserve"> Long</w:t>
      </w:r>
      <w:r w:rsidR="00E87E9B" w:rsidRPr="004543E3">
        <w:t xml:space="preserve">, </w:t>
      </w:r>
      <w:proofErr w:type="spellStart"/>
      <w:r w:rsidR="00E87E9B" w:rsidRPr="004543E3">
        <w:t>Huê</w:t>
      </w:r>
      <w:proofErr w:type="spellEnd"/>
      <w:r w:rsidR="00E87E9B" w:rsidRPr="004543E3">
        <w:t>́*</w:t>
      </w:r>
      <w:r w:rsidR="00EF54A4" w:rsidRPr="004543E3">
        <w:t xml:space="preserve">, </w:t>
      </w:r>
      <w:proofErr w:type="spellStart"/>
      <w:r w:rsidR="00EF54A4" w:rsidRPr="004543E3">
        <w:t>Hô</w:t>
      </w:r>
      <w:proofErr w:type="spellEnd"/>
      <w:r w:rsidR="00EF54A4" w:rsidRPr="004543E3">
        <w:t>̀ Chí Minh</w:t>
      </w:r>
      <w:r w:rsidR="006B3043" w:rsidRPr="004543E3">
        <w:t xml:space="preserve">, </w:t>
      </w:r>
      <w:proofErr w:type="spellStart"/>
      <w:r w:rsidR="006B3043" w:rsidRPr="004543E3">
        <w:t>Quảng</w:t>
      </w:r>
      <w:proofErr w:type="spellEnd"/>
      <w:r w:rsidR="006B3043" w:rsidRPr="004543E3">
        <w:t xml:space="preserve"> </w:t>
      </w:r>
      <w:proofErr w:type="spellStart"/>
      <w:r w:rsidR="006B3043" w:rsidRPr="004543E3">
        <w:t>Ngãi</w:t>
      </w:r>
      <w:proofErr w:type="spellEnd"/>
      <w:r w:rsidR="006B3043" w:rsidRPr="004543E3">
        <w:t>*</w:t>
      </w:r>
      <w:r w:rsidR="00B64D01" w:rsidRPr="004543E3">
        <w:t>.</w:t>
      </w:r>
    </w:p>
    <w:p w14:paraId="026FAB8F" w14:textId="20308B39" w:rsidR="002C2904" w:rsidRDefault="003F2189" w:rsidP="003F2189">
      <w:pPr>
        <w:pStyle w:val="ListParagraph"/>
        <w:rPr>
          <w:i/>
          <w:iCs/>
        </w:rPr>
      </w:pPr>
      <w:r w:rsidRPr="004543E3">
        <w:rPr>
          <w:i/>
          <w:iCs/>
        </w:rPr>
        <w:t xml:space="preserve">(*) </w:t>
      </w:r>
      <w:proofErr w:type="spellStart"/>
      <w:r w:rsidRPr="004543E3">
        <w:rPr>
          <w:i/>
          <w:iCs/>
        </w:rPr>
        <w:t>là</w:t>
      </w:r>
      <w:proofErr w:type="spellEnd"/>
      <w:r w:rsidRPr="004543E3">
        <w:rPr>
          <w:i/>
          <w:iCs/>
        </w:rPr>
        <w:t xml:space="preserve"> </w:t>
      </w:r>
      <w:proofErr w:type="spellStart"/>
      <w:r w:rsidRPr="004543E3">
        <w:rPr>
          <w:i/>
          <w:iCs/>
        </w:rPr>
        <w:t>các</w:t>
      </w:r>
      <w:proofErr w:type="spellEnd"/>
      <w:r w:rsidRPr="004543E3">
        <w:rPr>
          <w:i/>
          <w:iCs/>
        </w:rPr>
        <w:t xml:space="preserve"> </w:t>
      </w:r>
      <w:proofErr w:type="spellStart"/>
      <w:r w:rsidRPr="004543E3">
        <w:rPr>
          <w:i/>
          <w:iCs/>
        </w:rPr>
        <w:t>cơ</w:t>
      </w:r>
      <w:proofErr w:type="spellEnd"/>
      <w:r w:rsidRPr="004543E3">
        <w:rPr>
          <w:i/>
          <w:iCs/>
        </w:rPr>
        <w:t xml:space="preserve"> </w:t>
      </w:r>
      <w:proofErr w:type="spellStart"/>
      <w:r w:rsidRPr="004543E3">
        <w:rPr>
          <w:i/>
          <w:iCs/>
        </w:rPr>
        <w:t>quan</w:t>
      </w:r>
      <w:proofErr w:type="spellEnd"/>
      <w:r w:rsidRPr="004543E3">
        <w:rPr>
          <w:i/>
          <w:iCs/>
        </w:rPr>
        <w:t xml:space="preserve">, </w:t>
      </w:r>
      <w:proofErr w:type="spellStart"/>
      <w:r w:rsidRPr="004543E3">
        <w:rPr>
          <w:i/>
          <w:iCs/>
        </w:rPr>
        <w:t>tổ</w:t>
      </w:r>
      <w:proofErr w:type="spellEnd"/>
      <w:r w:rsidRPr="004543E3">
        <w:rPr>
          <w:i/>
          <w:iCs/>
        </w:rPr>
        <w:t xml:space="preserve"> </w:t>
      </w:r>
      <w:proofErr w:type="spellStart"/>
      <w:r w:rsidRPr="004543E3">
        <w:rPr>
          <w:i/>
          <w:iCs/>
        </w:rPr>
        <w:t>chức</w:t>
      </w:r>
      <w:proofErr w:type="spellEnd"/>
      <w:r w:rsidRPr="004543E3">
        <w:rPr>
          <w:i/>
          <w:iCs/>
        </w:rPr>
        <w:t xml:space="preserve"> </w:t>
      </w:r>
      <w:proofErr w:type="spellStart"/>
      <w:r w:rsidRPr="004543E3">
        <w:rPr>
          <w:i/>
          <w:iCs/>
        </w:rPr>
        <w:t>đồng</w:t>
      </w:r>
      <w:proofErr w:type="spellEnd"/>
      <w:r w:rsidRPr="004543E3">
        <w:rPr>
          <w:i/>
          <w:iCs/>
        </w:rPr>
        <w:t xml:space="preserve"> ý </w:t>
      </w:r>
      <w:proofErr w:type="spellStart"/>
      <w:r w:rsidRPr="004543E3">
        <w:rPr>
          <w:i/>
          <w:iCs/>
        </w:rPr>
        <w:t>với</w:t>
      </w:r>
      <w:proofErr w:type="spellEnd"/>
      <w:r w:rsidRPr="004543E3">
        <w:rPr>
          <w:i/>
          <w:iCs/>
        </w:rPr>
        <w:t xml:space="preserve"> </w:t>
      </w:r>
      <w:proofErr w:type="spellStart"/>
      <w:r w:rsidRPr="004543E3">
        <w:rPr>
          <w:i/>
          <w:iCs/>
        </w:rPr>
        <w:t>dự</w:t>
      </w:r>
      <w:proofErr w:type="spellEnd"/>
      <w:r w:rsidRPr="004543E3">
        <w:rPr>
          <w:i/>
          <w:iCs/>
        </w:rPr>
        <w:t xml:space="preserve"> </w:t>
      </w:r>
      <w:proofErr w:type="spellStart"/>
      <w:r w:rsidRPr="004543E3">
        <w:rPr>
          <w:i/>
          <w:iCs/>
        </w:rPr>
        <w:t>thảo</w:t>
      </w:r>
      <w:proofErr w:type="spellEnd"/>
      <w:r w:rsidRPr="004543E3">
        <w:rPr>
          <w:i/>
          <w:iCs/>
        </w:rPr>
        <w:t xml:space="preserve"> Thông </w:t>
      </w:r>
      <w:proofErr w:type="spellStart"/>
      <w:r w:rsidRPr="004543E3">
        <w:rPr>
          <w:i/>
          <w:iCs/>
        </w:rPr>
        <w:t>tư</w:t>
      </w:r>
      <w:proofErr w:type="spellEnd"/>
      <w:r w:rsidRPr="004543E3">
        <w:rPr>
          <w:i/>
          <w:iCs/>
        </w:rPr>
        <w:t xml:space="preserve"> </w:t>
      </w:r>
      <w:proofErr w:type="spellStart"/>
      <w:r w:rsidRPr="004543E3">
        <w:rPr>
          <w:i/>
          <w:iCs/>
        </w:rPr>
        <w:t>và</w:t>
      </w:r>
      <w:proofErr w:type="spellEnd"/>
      <w:r w:rsidRPr="004543E3">
        <w:rPr>
          <w:i/>
          <w:iCs/>
        </w:rPr>
        <w:t xml:space="preserve"> </w:t>
      </w:r>
      <w:proofErr w:type="spellStart"/>
      <w:r w:rsidRPr="004543E3">
        <w:rPr>
          <w:i/>
          <w:iCs/>
        </w:rPr>
        <w:t>không</w:t>
      </w:r>
      <w:proofErr w:type="spellEnd"/>
      <w:r w:rsidRPr="004543E3">
        <w:rPr>
          <w:i/>
          <w:iCs/>
        </w:rPr>
        <w:t xml:space="preserve"> </w:t>
      </w:r>
      <w:proofErr w:type="spellStart"/>
      <w:r w:rsidRPr="004543E3">
        <w:rPr>
          <w:i/>
          <w:iCs/>
        </w:rPr>
        <w:t>có</w:t>
      </w:r>
      <w:proofErr w:type="spellEnd"/>
      <w:r w:rsidRPr="004543E3">
        <w:rPr>
          <w:i/>
          <w:iCs/>
        </w:rPr>
        <w:t xml:space="preserve"> ý </w:t>
      </w:r>
      <w:proofErr w:type="spellStart"/>
      <w:r w:rsidRPr="004543E3">
        <w:rPr>
          <w:i/>
          <w:iCs/>
        </w:rPr>
        <w:t>kiến</w:t>
      </w:r>
      <w:proofErr w:type="spellEnd"/>
      <w:r w:rsidRPr="004543E3">
        <w:rPr>
          <w:i/>
          <w:iCs/>
        </w:rPr>
        <w:t xml:space="preserve"> </w:t>
      </w:r>
      <w:proofErr w:type="spellStart"/>
      <w:r w:rsidRPr="004543E3">
        <w:rPr>
          <w:i/>
          <w:iCs/>
        </w:rPr>
        <w:t>góp</w:t>
      </w:r>
      <w:proofErr w:type="spellEnd"/>
      <w:r w:rsidRPr="004543E3">
        <w:rPr>
          <w:i/>
          <w:iCs/>
        </w:rPr>
        <w:t xml:space="preserve"> ý </w:t>
      </w:r>
      <w:proofErr w:type="spellStart"/>
      <w:r w:rsidRPr="004543E3">
        <w:rPr>
          <w:i/>
          <w:iCs/>
        </w:rPr>
        <w:t>khác</w:t>
      </w:r>
      <w:proofErr w:type="spellEnd"/>
      <w:r w:rsidR="00F94C7B">
        <w:rPr>
          <w:i/>
          <w:iCs/>
        </w:rPr>
        <w:t xml:space="preserve"> (</w:t>
      </w:r>
      <w:r w:rsidR="002040E9">
        <w:rPr>
          <w:i/>
          <w:iCs/>
        </w:rPr>
        <w:t>23/56</w:t>
      </w:r>
      <w:r w:rsidR="00E510A1">
        <w:rPr>
          <w:i/>
          <w:iCs/>
        </w:rPr>
        <w:t xml:space="preserve"> đơn vị)</w:t>
      </w:r>
    </w:p>
    <w:p w14:paraId="519DF434" w14:textId="233DB432" w:rsidR="0099723B" w:rsidRPr="0099723B" w:rsidRDefault="0099723B" w:rsidP="003F2189">
      <w:pPr>
        <w:pStyle w:val="ListParagraph"/>
        <w:rPr>
          <w:b/>
          <w:bCs/>
        </w:rPr>
      </w:pPr>
      <w:r w:rsidRPr="0099723B">
        <w:rPr>
          <w:b/>
          <w:bCs/>
        </w:rPr>
        <w:t>I. GÓP Ý CHUNG:</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8"/>
        <w:gridCol w:w="6127"/>
        <w:gridCol w:w="7371"/>
      </w:tblGrid>
      <w:tr w:rsidR="004C2B3E" w:rsidRPr="004543E3" w14:paraId="3BB834E7" w14:textId="77777777" w:rsidTr="004C2B3E">
        <w:tc>
          <w:tcPr>
            <w:tcW w:w="1098" w:type="dxa"/>
          </w:tcPr>
          <w:p w14:paraId="33898D09" w14:textId="7D982F33" w:rsidR="004C2B3E" w:rsidRPr="004543E3" w:rsidRDefault="004C2B3E" w:rsidP="006D55D4">
            <w:pPr>
              <w:spacing w:before="120" w:after="120"/>
              <w:jc w:val="center"/>
              <w:rPr>
                <w:b/>
              </w:rPr>
            </w:pPr>
            <w:r w:rsidRPr="004543E3">
              <w:rPr>
                <w:b/>
              </w:rPr>
              <w:t>STT</w:t>
            </w:r>
          </w:p>
        </w:tc>
        <w:tc>
          <w:tcPr>
            <w:tcW w:w="6127" w:type="dxa"/>
          </w:tcPr>
          <w:p w14:paraId="41B641EA" w14:textId="17423702" w:rsidR="004C2B3E" w:rsidRPr="004543E3" w:rsidRDefault="004C2B3E" w:rsidP="006D55D4">
            <w:pPr>
              <w:spacing w:before="120" w:after="120"/>
              <w:jc w:val="center"/>
              <w:rPr>
                <w:b/>
              </w:rPr>
            </w:pPr>
            <w:r w:rsidRPr="004543E3">
              <w:rPr>
                <w:b/>
              </w:rPr>
              <w:t xml:space="preserve">Ý </w:t>
            </w:r>
            <w:proofErr w:type="spellStart"/>
            <w:r w:rsidRPr="004543E3">
              <w:rPr>
                <w:b/>
              </w:rPr>
              <w:t>kiến</w:t>
            </w:r>
            <w:proofErr w:type="spellEnd"/>
            <w:r w:rsidRPr="004543E3">
              <w:rPr>
                <w:b/>
              </w:rPr>
              <w:t xml:space="preserve"> </w:t>
            </w:r>
            <w:proofErr w:type="spellStart"/>
            <w:r w:rsidRPr="004543E3">
              <w:rPr>
                <w:b/>
              </w:rPr>
              <w:t>góp</w:t>
            </w:r>
            <w:proofErr w:type="spellEnd"/>
            <w:r w:rsidRPr="004543E3">
              <w:rPr>
                <w:b/>
              </w:rPr>
              <w:t xml:space="preserve"> ý </w:t>
            </w:r>
            <w:proofErr w:type="spellStart"/>
            <w:r w:rsidRPr="004543E3">
              <w:rPr>
                <w:b/>
              </w:rPr>
              <w:t>bộ</w:t>
            </w:r>
            <w:proofErr w:type="spellEnd"/>
            <w:r w:rsidRPr="004543E3">
              <w:rPr>
                <w:b/>
              </w:rPr>
              <w:t xml:space="preserve"> </w:t>
            </w:r>
            <w:proofErr w:type="spellStart"/>
            <w:r w:rsidRPr="004543E3">
              <w:rPr>
                <w:b/>
              </w:rPr>
              <w:t>ngành</w:t>
            </w:r>
            <w:proofErr w:type="spellEnd"/>
            <w:r w:rsidRPr="004543E3">
              <w:rPr>
                <w:b/>
              </w:rPr>
              <w:t xml:space="preserve">, </w:t>
            </w:r>
            <w:proofErr w:type="spellStart"/>
            <w:r w:rsidRPr="004543E3">
              <w:rPr>
                <w:b/>
              </w:rPr>
              <w:t>địa</w:t>
            </w:r>
            <w:proofErr w:type="spellEnd"/>
            <w:r w:rsidRPr="004543E3">
              <w:rPr>
                <w:b/>
              </w:rPr>
              <w:t xml:space="preserve"> </w:t>
            </w:r>
            <w:proofErr w:type="spellStart"/>
            <w:r w:rsidRPr="004543E3">
              <w:rPr>
                <w:b/>
              </w:rPr>
              <w:t>phương</w:t>
            </w:r>
            <w:proofErr w:type="spellEnd"/>
            <w:r w:rsidRPr="004543E3">
              <w:rPr>
                <w:b/>
              </w:rPr>
              <w:t xml:space="preserve">, </w:t>
            </w:r>
            <w:proofErr w:type="spellStart"/>
            <w:r w:rsidRPr="004543E3">
              <w:rPr>
                <w:b/>
              </w:rPr>
              <w:t>tổ</w:t>
            </w:r>
            <w:proofErr w:type="spellEnd"/>
            <w:r w:rsidRPr="004543E3">
              <w:rPr>
                <w:b/>
              </w:rPr>
              <w:t xml:space="preserve"> </w:t>
            </w:r>
            <w:proofErr w:type="spellStart"/>
            <w:r w:rsidRPr="004543E3">
              <w:rPr>
                <w:b/>
              </w:rPr>
              <w:t>chức</w:t>
            </w:r>
            <w:proofErr w:type="spellEnd"/>
          </w:p>
        </w:tc>
        <w:tc>
          <w:tcPr>
            <w:tcW w:w="7371" w:type="dxa"/>
          </w:tcPr>
          <w:p w14:paraId="080B7C9D" w14:textId="46665CF6" w:rsidR="004C2B3E" w:rsidRPr="004543E3" w:rsidRDefault="004C2B3E" w:rsidP="006D55D4">
            <w:pPr>
              <w:spacing w:before="120" w:after="120"/>
              <w:jc w:val="center"/>
              <w:rPr>
                <w:b/>
              </w:rPr>
            </w:pPr>
            <w:proofErr w:type="spellStart"/>
            <w:r w:rsidRPr="004543E3">
              <w:rPr>
                <w:b/>
              </w:rPr>
              <w:t>Giải</w:t>
            </w:r>
            <w:proofErr w:type="spellEnd"/>
            <w:r w:rsidRPr="004543E3">
              <w:rPr>
                <w:b/>
              </w:rPr>
              <w:t xml:space="preserve"> </w:t>
            </w:r>
            <w:proofErr w:type="spellStart"/>
            <w:r w:rsidRPr="004543E3">
              <w:rPr>
                <w:b/>
              </w:rPr>
              <w:t>trình</w:t>
            </w:r>
            <w:proofErr w:type="spellEnd"/>
            <w:r w:rsidRPr="004543E3">
              <w:rPr>
                <w:b/>
              </w:rPr>
              <w:t xml:space="preserve">, </w:t>
            </w:r>
            <w:proofErr w:type="spellStart"/>
            <w:r w:rsidRPr="004543E3">
              <w:rPr>
                <w:b/>
              </w:rPr>
              <w:t>tiếp</w:t>
            </w:r>
            <w:proofErr w:type="spellEnd"/>
            <w:r w:rsidRPr="004543E3">
              <w:rPr>
                <w:b/>
              </w:rPr>
              <w:t xml:space="preserve"> </w:t>
            </w:r>
            <w:proofErr w:type="spellStart"/>
            <w:r w:rsidRPr="004543E3">
              <w:rPr>
                <w:b/>
              </w:rPr>
              <w:t>thu</w:t>
            </w:r>
            <w:proofErr w:type="spellEnd"/>
            <w:r w:rsidRPr="004543E3">
              <w:rPr>
                <w:b/>
              </w:rPr>
              <w:t xml:space="preserve"> </w:t>
            </w:r>
          </w:p>
        </w:tc>
      </w:tr>
      <w:tr w:rsidR="004C2B3E" w:rsidRPr="004543E3" w14:paraId="5CB23C63" w14:textId="77777777" w:rsidTr="004C2B3E">
        <w:tc>
          <w:tcPr>
            <w:tcW w:w="1098" w:type="dxa"/>
          </w:tcPr>
          <w:p w14:paraId="28989D25" w14:textId="0BA8237C" w:rsidR="004C2B3E" w:rsidRPr="001C75A8" w:rsidRDefault="00236D79" w:rsidP="00236D79">
            <w:pPr>
              <w:jc w:val="center"/>
              <w:rPr>
                <w:b/>
                <w:bCs/>
              </w:rPr>
            </w:pPr>
            <w:r w:rsidRPr="001C75A8">
              <w:rPr>
                <w:b/>
                <w:bCs/>
              </w:rPr>
              <w:t>1</w:t>
            </w:r>
          </w:p>
        </w:tc>
        <w:tc>
          <w:tcPr>
            <w:tcW w:w="6127" w:type="dxa"/>
          </w:tcPr>
          <w:p w14:paraId="69CE929E" w14:textId="77777777" w:rsidR="004C2B3E" w:rsidRPr="004543E3" w:rsidRDefault="004C2B3E" w:rsidP="00563608">
            <w:pPr>
              <w:spacing w:before="120" w:after="120" w:line="240" w:lineRule="auto"/>
              <w:jc w:val="both"/>
              <w:rPr>
                <w:b/>
                <w:bCs/>
              </w:rPr>
            </w:pPr>
            <w:proofErr w:type="spellStart"/>
            <w:r w:rsidRPr="004543E3">
              <w:rPr>
                <w:b/>
                <w:bCs/>
              </w:rPr>
              <w:t>Bô</w:t>
            </w:r>
            <w:proofErr w:type="spellEnd"/>
            <w:r w:rsidRPr="004543E3">
              <w:rPr>
                <w:b/>
                <w:bCs/>
              </w:rPr>
              <w:t xml:space="preserve">̣ Công </w:t>
            </w:r>
            <w:proofErr w:type="spellStart"/>
            <w:r w:rsidRPr="004543E3">
              <w:rPr>
                <w:b/>
                <w:bCs/>
              </w:rPr>
              <w:t>thương</w:t>
            </w:r>
            <w:proofErr w:type="spellEnd"/>
            <w:r w:rsidRPr="004543E3">
              <w:rPr>
                <w:b/>
                <w:bCs/>
              </w:rPr>
              <w:t>:</w:t>
            </w:r>
          </w:p>
          <w:p w14:paraId="5A3C687A" w14:textId="77777777" w:rsidR="004C2B3E" w:rsidRPr="004543E3" w:rsidRDefault="004C2B3E" w:rsidP="00563608">
            <w:pPr>
              <w:spacing w:before="120" w:after="120" w:line="240" w:lineRule="auto"/>
              <w:jc w:val="both"/>
            </w:pPr>
            <w:r w:rsidRPr="004543E3">
              <w:t xml:space="preserve">- </w:t>
            </w:r>
            <w:proofErr w:type="spellStart"/>
            <w:r w:rsidRPr="004543E3">
              <w:t>Đê</w:t>
            </w:r>
            <w:proofErr w:type="spellEnd"/>
            <w:r w:rsidRPr="004543E3">
              <w:t xml:space="preserve">̀ </w:t>
            </w:r>
            <w:proofErr w:type="spellStart"/>
            <w:r w:rsidRPr="004543E3">
              <w:t>nghi</w:t>
            </w:r>
            <w:proofErr w:type="spellEnd"/>
            <w:r w:rsidRPr="004543E3">
              <w:t xml:space="preserve">̣ </w:t>
            </w:r>
            <w:proofErr w:type="spellStart"/>
            <w:r w:rsidRPr="004543E3">
              <w:t>ra</w:t>
            </w:r>
            <w:proofErr w:type="spellEnd"/>
            <w:r w:rsidRPr="004543E3">
              <w:t xml:space="preserve">̀ </w:t>
            </w:r>
            <w:proofErr w:type="spellStart"/>
            <w:r w:rsidRPr="004543E3">
              <w:t>soát</w:t>
            </w:r>
            <w:proofErr w:type="spellEnd"/>
            <w:r w:rsidRPr="004543E3">
              <w:t xml:space="preserve">, </w:t>
            </w:r>
            <w:proofErr w:type="spellStart"/>
            <w:r w:rsidRPr="004543E3">
              <w:t>bô</w:t>
            </w:r>
            <w:proofErr w:type="spellEnd"/>
            <w:r w:rsidRPr="004543E3">
              <w:t xml:space="preserve">̉ sung </w:t>
            </w:r>
            <w:proofErr w:type="spellStart"/>
            <w:r w:rsidRPr="004543E3">
              <w:t>Tơ</w:t>
            </w:r>
            <w:proofErr w:type="spellEnd"/>
            <w:r w:rsidRPr="004543E3">
              <w:t xml:space="preserve">̀ </w:t>
            </w:r>
            <w:proofErr w:type="spellStart"/>
            <w:r w:rsidRPr="004543E3">
              <w:t>trình</w:t>
            </w:r>
            <w:proofErr w:type="spellEnd"/>
            <w:r w:rsidRPr="004543E3">
              <w:t xml:space="preserve">, </w:t>
            </w:r>
            <w:proofErr w:type="spellStart"/>
            <w:r w:rsidRPr="004543E3">
              <w:t>báo</w:t>
            </w:r>
            <w:proofErr w:type="spellEnd"/>
            <w:r w:rsidRPr="004543E3">
              <w:t xml:space="preserve"> </w:t>
            </w:r>
            <w:proofErr w:type="spellStart"/>
            <w:r w:rsidRPr="004543E3">
              <w:t>cáo</w:t>
            </w:r>
            <w:proofErr w:type="spellEnd"/>
            <w:r w:rsidRPr="004543E3">
              <w:t xml:space="preserve"> </w:t>
            </w:r>
            <w:proofErr w:type="spellStart"/>
            <w:r w:rsidRPr="004543E3">
              <w:t>tổng</w:t>
            </w:r>
            <w:proofErr w:type="spellEnd"/>
            <w:r w:rsidRPr="004543E3">
              <w:t xml:space="preserve"> </w:t>
            </w:r>
            <w:proofErr w:type="spellStart"/>
            <w:r w:rsidRPr="004543E3">
              <w:t>kết</w:t>
            </w:r>
            <w:proofErr w:type="spellEnd"/>
            <w:r w:rsidRPr="004543E3">
              <w:t xml:space="preserve"> </w:t>
            </w:r>
            <w:proofErr w:type="spellStart"/>
            <w:r w:rsidRPr="004543E3">
              <w:t>thi</w:t>
            </w:r>
            <w:proofErr w:type="spellEnd"/>
            <w:r w:rsidRPr="004543E3">
              <w:t xml:space="preserve"> </w:t>
            </w:r>
            <w:proofErr w:type="spellStart"/>
            <w:r w:rsidRPr="004543E3">
              <w:t>hành</w:t>
            </w:r>
            <w:proofErr w:type="spellEnd"/>
            <w:r w:rsidRPr="004543E3">
              <w:t xml:space="preserve"> </w:t>
            </w:r>
            <w:proofErr w:type="spellStart"/>
            <w:r w:rsidRPr="004543E3">
              <w:t>vào</w:t>
            </w:r>
            <w:proofErr w:type="spellEnd"/>
            <w:r w:rsidRPr="004543E3">
              <w:t xml:space="preserve"> </w:t>
            </w:r>
            <w:proofErr w:type="spellStart"/>
            <w:r w:rsidRPr="004543E3">
              <w:t>Hô</w:t>
            </w:r>
            <w:proofErr w:type="spellEnd"/>
            <w:r w:rsidRPr="004543E3">
              <w:t xml:space="preserve">̀ </w:t>
            </w:r>
            <w:proofErr w:type="spellStart"/>
            <w:r w:rsidRPr="004543E3">
              <w:t>sơ</w:t>
            </w:r>
            <w:proofErr w:type="spellEnd"/>
            <w:r w:rsidRPr="004543E3">
              <w:t xml:space="preserve"> </w:t>
            </w:r>
            <w:proofErr w:type="spellStart"/>
            <w:r w:rsidRPr="004543E3">
              <w:t>xin</w:t>
            </w:r>
            <w:proofErr w:type="spellEnd"/>
            <w:r w:rsidRPr="004543E3">
              <w:t xml:space="preserve"> ý </w:t>
            </w:r>
            <w:proofErr w:type="spellStart"/>
            <w:r w:rsidRPr="004543E3">
              <w:t>kiến</w:t>
            </w:r>
            <w:proofErr w:type="spellEnd"/>
            <w:r w:rsidRPr="004543E3">
              <w:t xml:space="preserve"> </w:t>
            </w:r>
            <w:proofErr w:type="spellStart"/>
            <w:r w:rsidRPr="004543E3">
              <w:t>góp</w:t>
            </w:r>
            <w:proofErr w:type="spellEnd"/>
            <w:r w:rsidRPr="004543E3">
              <w:t xml:space="preserve"> ý </w:t>
            </w:r>
            <w:proofErr w:type="spellStart"/>
            <w:r w:rsidRPr="004543E3">
              <w:t>dư</w:t>
            </w:r>
            <w:proofErr w:type="spellEnd"/>
            <w:r w:rsidRPr="004543E3">
              <w:t xml:space="preserve">̣ </w:t>
            </w:r>
            <w:proofErr w:type="spellStart"/>
            <w:r w:rsidRPr="004543E3">
              <w:t>thảo</w:t>
            </w:r>
            <w:proofErr w:type="spellEnd"/>
            <w:r w:rsidRPr="004543E3">
              <w:t xml:space="preserve"> Thông </w:t>
            </w:r>
            <w:proofErr w:type="spellStart"/>
            <w:r w:rsidRPr="004543E3">
              <w:t>tư</w:t>
            </w:r>
            <w:proofErr w:type="spellEnd"/>
          </w:p>
          <w:p w14:paraId="498A4F49" w14:textId="77777777" w:rsidR="004C2B3E" w:rsidRPr="004543E3" w:rsidRDefault="004C2B3E" w:rsidP="00563608">
            <w:pPr>
              <w:spacing w:before="120" w:after="120" w:line="240" w:lineRule="auto"/>
              <w:jc w:val="both"/>
            </w:pPr>
            <w:r w:rsidRPr="004543E3">
              <w:t xml:space="preserve">- </w:t>
            </w:r>
            <w:proofErr w:type="spellStart"/>
            <w:r w:rsidRPr="004543E3">
              <w:t>Đê</w:t>
            </w:r>
            <w:proofErr w:type="spellEnd"/>
            <w:r w:rsidRPr="004543E3">
              <w:t xml:space="preserve">̀ </w:t>
            </w:r>
            <w:proofErr w:type="spellStart"/>
            <w:r w:rsidRPr="004543E3">
              <w:t>nghi</w:t>
            </w:r>
            <w:proofErr w:type="spellEnd"/>
            <w:r w:rsidRPr="004543E3">
              <w:t xml:space="preserve">̣ </w:t>
            </w:r>
            <w:proofErr w:type="spellStart"/>
            <w:r w:rsidRPr="004543E3">
              <w:t>cơ</w:t>
            </w:r>
            <w:proofErr w:type="spellEnd"/>
            <w:r w:rsidRPr="004543E3">
              <w:t xml:space="preserve"> </w:t>
            </w:r>
            <w:proofErr w:type="spellStart"/>
            <w:r w:rsidRPr="004543E3">
              <w:t>quan</w:t>
            </w:r>
            <w:proofErr w:type="spellEnd"/>
            <w:r w:rsidRPr="004543E3">
              <w:t xml:space="preserve"> chủ trì </w:t>
            </w:r>
            <w:proofErr w:type="spellStart"/>
            <w:r w:rsidRPr="004543E3">
              <w:t>soạn</w:t>
            </w:r>
            <w:proofErr w:type="spellEnd"/>
            <w:r w:rsidRPr="004543E3">
              <w:t xml:space="preserve"> </w:t>
            </w:r>
            <w:proofErr w:type="spellStart"/>
            <w:r w:rsidRPr="004543E3">
              <w:t>thảo</w:t>
            </w:r>
            <w:proofErr w:type="spellEnd"/>
            <w:r w:rsidRPr="004543E3">
              <w:t xml:space="preserve"> </w:t>
            </w:r>
            <w:proofErr w:type="spellStart"/>
            <w:r w:rsidRPr="004543E3">
              <w:t>ra</w:t>
            </w:r>
            <w:proofErr w:type="spellEnd"/>
            <w:r w:rsidRPr="004543E3">
              <w:t xml:space="preserve">̀ </w:t>
            </w:r>
            <w:proofErr w:type="spellStart"/>
            <w:r w:rsidRPr="004543E3">
              <w:t>soát</w:t>
            </w:r>
            <w:proofErr w:type="spellEnd"/>
            <w:r w:rsidRPr="004543E3">
              <w:t xml:space="preserve">, </w:t>
            </w:r>
            <w:proofErr w:type="spellStart"/>
            <w:r w:rsidRPr="004543E3">
              <w:t>nghiên</w:t>
            </w:r>
            <w:proofErr w:type="spellEnd"/>
            <w:r w:rsidRPr="004543E3">
              <w:t xml:space="preserve"> </w:t>
            </w:r>
            <w:proofErr w:type="spellStart"/>
            <w:r w:rsidRPr="004543E3">
              <w:t>cứu</w:t>
            </w:r>
            <w:proofErr w:type="spellEnd"/>
            <w:r w:rsidRPr="004543E3">
              <w:t xml:space="preserve">, </w:t>
            </w:r>
            <w:proofErr w:type="spellStart"/>
            <w:r w:rsidRPr="004543E3">
              <w:t>xem</w:t>
            </w:r>
            <w:proofErr w:type="spellEnd"/>
            <w:r w:rsidRPr="004543E3">
              <w:t xml:space="preserve"> </w:t>
            </w:r>
            <w:proofErr w:type="spellStart"/>
            <w:r w:rsidRPr="004543E3">
              <w:t>xét</w:t>
            </w:r>
            <w:proofErr w:type="spellEnd"/>
            <w:r w:rsidRPr="004543E3">
              <w:t xml:space="preserve"> </w:t>
            </w:r>
            <w:proofErr w:type="spellStart"/>
            <w:r w:rsidRPr="004543E3">
              <w:t>xây</w:t>
            </w:r>
            <w:proofErr w:type="spellEnd"/>
            <w:r w:rsidRPr="004543E3">
              <w:t xml:space="preserve"> </w:t>
            </w:r>
            <w:proofErr w:type="spellStart"/>
            <w:r w:rsidRPr="004543E3">
              <w:t>dựng</w:t>
            </w:r>
            <w:proofErr w:type="spellEnd"/>
            <w:r w:rsidRPr="004543E3">
              <w:t xml:space="preserve"> </w:t>
            </w:r>
            <w:proofErr w:type="spellStart"/>
            <w:r w:rsidRPr="004543E3">
              <w:t>dư</w:t>
            </w:r>
            <w:proofErr w:type="spellEnd"/>
            <w:r w:rsidRPr="004543E3">
              <w:t xml:space="preserve">̣ </w:t>
            </w:r>
            <w:proofErr w:type="spellStart"/>
            <w:r w:rsidRPr="004543E3">
              <w:t>thảo</w:t>
            </w:r>
            <w:proofErr w:type="spellEnd"/>
            <w:r w:rsidRPr="004543E3">
              <w:t xml:space="preserve"> </w:t>
            </w:r>
            <w:proofErr w:type="spellStart"/>
            <w:r w:rsidRPr="004543E3">
              <w:t>theo</w:t>
            </w:r>
            <w:proofErr w:type="spellEnd"/>
            <w:r w:rsidRPr="004543E3">
              <w:t xml:space="preserve"> </w:t>
            </w:r>
            <w:proofErr w:type="spellStart"/>
            <w:r w:rsidRPr="004543E3">
              <w:t>hướng</w:t>
            </w:r>
            <w:proofErr w:type="spellEnd"/>
            <w:r w:rsidRPr="004543E3">
              <w:t xml:space="preserve"> </w:t>
            </w:r>
            <w:proofErr w:type="spellStart"/>
            <w:r w:rsidRPr="004543E3">
              <w:t>quy</w:t>
            </w:r>
            <w:proofErr w:type="spellEnd"/>
            <w:r w:rsidRPr="004543E3">
              <w:t xml:space="preserve"> </w:t>
            </w:r>
            <w:proofErr w:type="spellStart"/>
            <w:r w:rsidRPr="004543E3">
              <w:t>định</w:t>
            </w:r>
            <w:proofErr w:type="spellEnd"/>
            <w:r w:rsidRPr="004543E3">
              <w:t xml:space="preserve"> </w:t>
            </w:r>
            <w:proofErr w:type="spellStart"/>
            <w:r w:rsidRPr="004543E3">
              <w:t>tiêu</w:t>
            </w:r>
            <w:proofErr w:type="spellEnd"/>
            <w:r w:rsidRPr="004543E3">
              <w:t xml:space="preserve"> </w:t>
            </w:r>
            <w:proofErr w:type="spellStart"/>
            <w:r w:rsidRPr="004543E3">
              <w:t>chuẩn</w:t>
            </w:r>
            <w:proofErr w:type="spellEnd"/>
            <w:r w:rsidRPr="004543E3">
              <w:t xml:space="preserve"> </w:t>
            </w:r>
            <w:proofErr w:type="spellStart"/>
            <w:r w:rsidRPr="004543E3">
              <w:t>ngạch</w:t>
            </w:r>
            <w:proofErr w:type="spellEnd"/>
            <w:r w:rsidRPr="004543E3">
              <w:t xml:space="preserve"> </w:t>
            </w:r>
            <w:proofErr w:type="spellStart"/>
            <w:r w:rsidRPr="004543E3">
              <w:t>công</w:t>
            </w:r>
            <w:proofErr w:type="spellEnd"/>
            <w:r w:rsidRPr="004543E3">
              <w:t xml:space="preserve"> </w:t>
            </w:r>
            <w:proofErr w:type="spellStart"/>
            <w:r w:rsidRPr="004543E3">
              <w:t>chức</w:t>
            </w:r>
            <w:proofErr w:type="spellEnd"/>
            <w:r w:rsidRPr="004543E3">
              <w:t xml:space="preserve"> </w:t>
            </w:r>
            <w:proofErr w:type="spellStart"/>
            <w:r w:rsidRPr="004543E3">
              <w:t>độc</w:t>
            </w:r>
            <w:proofErr w:type="spellEnd"/>
            <w:r w:rsidRPr="004543E3">
              <w:t xml:space="preserve"> </w:t>
            </w:r>
            <w:proofErr w:type="spellStart"/>
            <w:r w:rsidRPr="004543E3">
              <w:t>lập</w:t>
            </w:r>
            <w:proofErr w:type="spellEnd"/>
            <w:r w:rsidRPr="004543E3">
              <w:t xml:space="preserve"> </w:t>
            </w:r>
            <w:proofErr w:type="spellStart"/>
            <w:r w:rsidRPr="004543E3">
              <w:t>với</w:t>
            </w:r>
            <w:proofErr w:type="spellEnd"/>
            <w:r w:rsidRPr="004543E3">
              <w:t xml:space="preserve"> </w:t>
            </w:r>
            <w:proofErr w:type="spellStart"/>
            <w:r w:rsidRPr="004543E3">
              <w:t>tiêu</w:t>
            </w:r>
            <w:proofErr w:type="spellEnd"/>
            <w:r w:rsidRPr="004543E3">
              <w:t xml:space="preserve"> </w:t>
            </w:r>
            <w:proofErr w:type="spellStart"/>
            <w:r w:rsidRPr="004543E3">
              <w:t>chuẩn</w:t>
            </w:r>
            <w:proofErr w:type="spellEnd"/>
            <w:r w:rsidRPr="004543E3">
              <w:t xml:space="preserve"> </w:t>
            </w:r>
            <w:proofErr w:type="spellStart"/>
            <w:r w:rsidRPr="004543E3">
              <w:t>chức</w:t>
            </w:r>
            <w:proofErr w:type="spellEnd"/>
            <w:r w:rsidRPr="004543E3">
              <w:t xml:space="preserve"> </w:t>
            </w:r>
            <w:proofErr w:type="spellStart"/>
            <w:r w:rsidRPr="004543E3">
              <w:t>danh</w:t>
            </w:r>
            <w:proofErr w:type="spellEnd"/>
            <w:r w:rsidRPr="004543E3">
              <w:t xml:space="preserve"> </w:t>
            </w:r>
            <w:proofErr w:type="spellStart"/>
            <w:r w:rsidRPr="004543E3">
              <w:t>nghê</w:t>
            </w:r>
            <w:proofErr w:type="spellEnd"/>
            <w:r w:rsidRPr="004543E3">
              <w:t xml:space="preserve">̀ </w:t>
            </w:r>
            <w:proofErr w:type="spellStart"/>
            <w:r w:rsidRPr="004543E3">
              <w:t>nghiệp</w:t>
            </w:r>
            <w:proofErr w:type="spellEnd"/>
            <w:r w:rsidRPr="004543E3">
              <w:t xml:space="preserve"> </w:t>
            </w:r>
            <w:proofErr w:type="spellStart"/>
            <w:r w:rsidRPr="004543E3">
              <w:t>viên</w:t>
            </w:r>
            <w:proofErr w:type="spellEnd"/>
            <w:r w:rsidRPr="004543E3">
              <w:t xml:space="preserve"> </w:t>
            </w:r>
            <w:proofErr w:type="spellStart"/>
            <w:r w:rsidRPr="004543E3">
              <w:t>chức</w:t>
            </w:r>
            <w:proofErr w:type="spellEnd"/>
            <w:r w:rsidRPr="004543E3">
              <w:t>.</w:t>
            </w:r>
          </w:p>
          <w:p w14:paraId="57F9CEED" w14:textId="639AE246" w:rsidR="004C2B3E" w:rsidRPr="004543E3" w:rsidRDefault="004C2B3E" w:rsidP="00563608">
            <w:pPr>
              <w:spacing w:before="120" w:after="120" w:line="240" w:lineRule="auto"/>
              <w:jc w:val="both"/>
            </w:pPr>
            <w:r w:rsidRPr="004543E3">
              <w:t xml:space="preserve">- </w:t>
            </w:r>
            <w:proofErr w:type="spellStart"/>
            <w:r w:rsidRPr="004543E3">
              <w:t>Ngày</w:t>
            </w:r>
            <w:proofErr w:type="spellEnd"/>
            <w:r w:rsidRPr="004543E3">
              <w:t xml:space="preserve"> 31/12/2025, </w:t>
            </w:r>
            <w:proofErr w:type="spellStart"/>
            <w:r w:rsidRPr="004543E3">
              <w:t>Chính</w:t>
            </w:r>
            <w:proofErr w:type="spellEnd"/>
            <w:r w:rsidRPr="004543E3">
              <w:t xml:space="preserve"> </w:t>
            </w:r>
            <w:proofErr w:type="spellStart"/>
            <w:r w:rsidRPr="004543E3">
              <w:t>phủ</w:t>
            </w:r>
            <w:proofErr w:type="spellEnd"/>
            <w:r w:rsidRPr="004543E3">
              <w:t xml:space="preserve"> ban </w:t>
            </w:r>
            <w:proofErr w:type="spellStart"/>
            <w:r w:rsidRPr="004543E3">
              <w:t>hành</w:t>
            </w:r>
            <w:proofErr w:type="spellEnd"/>
            <w:r w:rsidRPr="004543E3">
              <w:t xml:space="preserve"> </w:t>
            </w:r>
            <w:proofErr w:type="spellStart"/>
            <w:r w:rsidRPr="004543E3">
              <w:t>Nghị</w:t>
            </w:r>
            <w:proofErr w:type="spellEnd"/>
            <w:r w:rsidRPr="004543E3">
              <w:t xml:space="preserve"> </w:t>
            </w:r>
            <w:proofErr w:type="spellStart"/>
            <w:r w:rsidRPr="004543E3">
              <w:t>định</w:t>
            </w:r>
            <w:proofErr w:type="spellEnd"/>
            <w:r w:rsidRPr="004543E3">
              <w:t xml:space="preserve"> </w:t>
            </w:r>
            <w:proofErr w:type="spellStart"/>
            <w:r w:rsidRPr="004543E3">
              <w:t>số</w:t>
            </w:r>
            <w:proofErr w:type="spellEnd"/>
            <w:r w:rsidRPr="004543E3">
              <w:t xml:space="preserve"> 361/2025/NĐ-CP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về</w:t>
            </w:r>
            <w:proofErr w:type="spellEnd"/>
            <w:r w:rsidRPr="004543E3">
              <w:t xml:space="preserve"> </w:t>
            </w:r>
            <w:proofErr w:type="spellStart"/>
            <w:r w:rsidRPr="004543E3">
              <w:t>vị</w:t>
            </w:r>
            <w:proofErr w:type="spellEnd"/>
            <w:r w:rsidRPr="004543E3">
              <w:t xml:space="preserve"> </w:t>
            </w:r>
            <w:proofErr w:type="spellStart"/>
            <w:r w:rsidRPr="004543E3">
              <w:t>trí</w:t>
            </w:r>
            <w:proofErr w:type="spellEnd"/>
            <w:r w:rsidRPr="004543E3">
              <w:t xml:space="preserve"> </w:t>
            </w:r>
            <w:proofErr w:type="spellStart"/>
            <w:r w:rsidRPr="004543E3">
              <w:t>việc</w:t>
            </w:r>
            <w:proofErr w:type="spellEnd"/>
            <w:r w:rsidRPr="004543E3">
              <w:t xml:space="preserve"> </w:t>
            </w:r>
            <w:proofErr w:type="spellStart"/>
            <w:r w:rsidRPr="004543E3">
              <w:t>làm</w:t>
            </w:r>
            <w:proofErr w:type="spellEnd"/>
            <w:r w:rsidRPr="004543E3">
              <w:t xml:space="preserve"> </w:t>
            </w:r>
            <w:proofErr w:type="spellStart"/>
            <w:r w:rsidRPr="004543E3">
              <w:t>công</w:t>
            </w:r>
            <w:proofErr w:type="spellEnd"/>
            <w:r w:rsidRPr="004543E3">
              <w:t xml:space="preserve"> </w:t>
            </w:r>
            <w:proofErr w:type="spellStart"/>
            <w:r w:rsidRPr="004543E3">
              <w:t>chức</w:t>
            </w:r>
            <w:proofErr w:type="spellEnd"/>
            <w:r w:rsidRPr="004543E3">
              <w:t xml:space="preserve"> </w:t>
            </w:r>
            <w:proofErr w:type="spellStart"/>
            <w:r w:rsidRPr="004543E3">
              <w:lastRenderedPageBreak/>
              <w:t>nhằm</w:t>
            </w:r>
            <w:proofErr w:type="spellEnd"/>
            <w:r w:rsidRPr="004543E3">
              <w:t xml:space="preserve"> </w:t>
            </w:r>
            <w:proofErr w:type="spellStart"/>
            <w:r w:rsidRPr="004543E3">
              <w:t>thể</w:t>
            </w:r>
            <w:proofErr w:type="spellEnd"/>
            <w:r w:rsidRPr="004543E3">
              <w:t xml:space="preserve"> </w:t>
            </w:r>
            <w:proofErr w:type="spellStart"/>
            <w:r w:rsidRPr="004543E3">
              <w:t>chế</w:t>
            </w:r>
            <w:proofErr w:type="spellEnd"/>
            <w:r w:rsidRPr="004543E3">
              <w:t xml:space="preserve"> </w:t>
            </w:r>
            <w:proofErr w:type="spellStart"/>
            <w:r w:rsidRPr="004543E3">
              <w:t>hóa</w:t>
            </w:r>
            <w:proofErr w:type="spellEnd"/>
            <w:r w:rsidRPr="004543E3">
              <w:t xml:space="preserve"> </w:t>
            </w:r>
            <w:proofErr w:type="spellStart"/>
            <w:r w:rsidRPr="004543E3">
              <w:t>chủ</w:t>
            </w:r>
            <w:proofErr w:type="spellEnd"/>
            <w:r w:rsidRPr="004543E3">
              <w:t xml:space="preserve"> </w:t>
            </w:r>
            <w:proofErr w:type="spellStart"/>
            <w:r w:rsidRPr="004543E3">
              <w:t>trương</w:t>
            </w:r>
            <w:proofErr w:type="spellEnd"/>
            <w:r w:rsidRPr="004543E3">
              <w:t xml:space="preserve"> </w:t>
            </w:r>
            <w:proofErr w:type="spellStart"/>
            <w:r w:rsidRPr="004543E3">
              <w:t>của</w:t>
            </w:r>
            <w:proofErr w:type="spellEnd"/>
            <w:r w:rsidRPr="004543E3">
              <w:t xml:space="preserve"> </w:t>
            </w:r>
            <w:proofErr w:type="spellStart"/>
            <w:r w:rsidRPr="004543E3">
              <w:t>Đảng</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của</w:t>
            </w:r>
            <w:proofErr w:type="spellEnd"/>
            <w:r w:rsidRPr="004543E3">
              <w:t xml:space="preserve"> </w:t>
            </w:r>
            <w:proofErr w:type="spellStart"/>
            <w:r w:rsidRPr="004543E3">
              <w:t>Luật</w:t>
            </w:r>
            <w:proofErr w:type="spellEnd"/>
            <w:r w:rsidRPr="004543E3">
              <w:t xml:space="preserve"> </w:t>
            </w:r>
            <w:proofErr w:type="spellStart"/>
            <w:r w:rsidRPr="004543E3">
              <w:t>Cán</w:t>
            </w:r>
            <w:proofErr w:type="spellEnd"/>
            <w:r w:rsidRPr="004543E3">
              <w:t xml:space="preserve"> </w:t>
            </w:r>
            <w:proofErr w:type="spellStart"/>
            <w:r w:rsidRPr="004543E3">
              <w:t>bộ</w:t>
            </w:r>
            <w:proofErr w:type="spellEnd"/>
            <w:r w:rsidRPr="004543E3">
              <w:t xml:space="preserve">, </w:t>
            </w:r>
            <w:proofErr w:type="spellStart"/>
            <w:r w:rsidRPr="004543E3">
              <w:t>công</w:t>
            </w:r>
            <w:proofErr w:type="spellEnd"/>
            <w:r w:rsidRPr="004543E3">
              <w:t xml:space="preserve"> </w:t>
            </w:r>
            <w:proofErr w:type="spellStart"/>
            <w:r w:rsidRPr="004543E3">
              <w:t>chức</w:t>
            </w:r>
            <w:proofErr w:type="spellEnd"/>
            <w:r w:rsidRPr="004543E3">
              <w:t xml:space="preserve"> </w:t>
            </w:r>
            <w:proofErr w:type="spellStart"/>
            <w:r w:rsidRPr="004543E3">
              <w:t>số</w:t>
            </w:r>
            <w:proofErr w:type="spellEnd"/>
            <w:r w:rsidRPr="004543E3">
              <w:t xml:space="preserve"> 80/2025/QH15 </w:t>
            </w:r>
            <w:proofErr w:type="spellStart"/>
            <w:r w:rsidRPr="004543E3">
              <w:t>về</w:t>
            </w:r>
            <w:proofErr w:type="spellEnd"/>
            <w:r w:rsidRPr="004543E3">
              <w:t xml:space="preserve"> </w:t>
            </w:r>
            <w:proofErr w:type="spellStart"/>
            <w:r w:rsidRPr="004543E3">
              <w:t>vị</w:t>
            </w:r>
            <w:proofErr w:type="spellEnd"/>
            <w:r w:rsidRPr="004543E3">
              <w:t xml:space="preserve"> </w:t>
            </w:r>
            <w:proofErr w:type="spellStart"/>
            <w:r w:rsidRPr="004543E3">
              <w:t>trí</w:t>
            </w:r>
            <w:proofErr w:type="spellEnd"/>
            <w:r w:rsidRPr="004543E3">
              <w:t xml:space="preserve"> </w:t>
            </w:r>
            <w:proofErr w:type="spellStart"/>
            <w:r w:rsidRPr="004543E3">
              <w:t>việc</w:t>
            </w:r>
            <w:proofErr w:type="spellEnd"/>
            <w:r w:rsidRPr="004543E3">
              <w:t xml:space="preserve"> </w:t>
            </w:r>
            <w:proofErr w:type="spellStart"/>
            <w:r w:rsidRPr="004543E3">
              <w:t>làm</w:t>
            </w:r>
            <w:proofErr w:type="spellEnd"/>
            <w:r w:rsidRPr="004543E3">
              <w:t xml:space="preserve"> </w:t>
            </w:r>
            <w:proofErr w:type="spellStart"/>
            <w:r w:rsidRPr="004543E3">
              <w:t>công</w:t>
            </w:r>
            <w:proofErr w:type="spellEnd"/>
            <w:r w:rsidRPr="004543E3">
              <w:t xml:space="preserve"> </w:t>
            </w:r>
            <w:proofErr w:type="spellStart"/>
            <w:r w:rsidRPr="004543E3">
              <w:t>chức</w:t>
            </w:r>
            <w:proofErr w:type="spellEnd"/>
            <w:r w:rsidRPr="004543E3">
              <w:t xml:space="preserve">, </w:t>
            </w:r>
            <w:proofErr w:type="spellStart"/>
            <w:r w:rsidRPr="004543E3">
              <w:t>chuyển</w:t>
            </w:r>
            <w:proofErr w:type="spellEnd"/>
            <w:r w:rsidRPr="004543E3">
              <w:t xml:space="preserve"> </w:t>
            </w:r>
            <w:proofErr w:type="spellStart"/>
            <w:r w:rsidRPr="004543E3">
              <w:t>đổi</w:t>
            </w:r>
            <w:proofErr w:type="spellEnd"/>
            <w:r w:rsidRPr="004543E3">
              <w:t xml:space="preserve"> </w:t>
            </w:r>
            <w:proofErr w:type="spellStart"/>
            <w:r w:rsidRPr="004543E3">
              <w:t>phương</w:t>
            </w:r>
            <w:proofErr w:type="spellEnd"/>
            <w:r w:rsidRPr="004543E3">
              <w:t xml:space="preserve"> </w:t>
            </w:r>
            <w:proofErr w:type="spellStart"/>
            <w:r w:rsidRPr="004543E3">
              <w:t>thức</w:t>
            </w:r>
            <w:proofErr w:type="spellEnd"/>
            <w:r w:rsidRPr="004543E3">
              <w:t xml:space="preserve"> </w:t>
            </w:r>
            <w:proofErr w:type="spellStart"/>
            <w:r w:rsidRPr="004543E3">
              <w:t>quản</w:t>
            </w:r>
            <w:proofErr w:type="spellEnd"/>
            <w:r w:rsidRPr="004543E3">
              <w:t xml:space="preserve"> </w:t>
            </w:r>
            <w:proofErr w:type="spellStart"/>
            <w:r w:rsidRPr="004543E3">
              <w:t>lý</w:t>
            </w:r>
            <w:proofErr w:type="spellEnd"/>
            <w:r w:rsidRPr="004543E3">
              <w:t xml:space="preserve"> </w:t>
            </w:r>
            <w:proofErr w:type="spellStart"/>
            <w:r w:rsidRPr="004543E3">
              <w:t>công</w:t>
            </w:r>
            <w:proofErr w:type="spellEnd"/>
            <w:r w:rsidRPr="004543E3">
              <w:t xml:space="preserve"> </w:t>
            </w:r>
            <w:proofErr w:type="spellStart"/>
            <w:r w:rsidRPr="004543E3">
              <w:t>chức</w:t>
            </w:r>
            <w:proofErr w:type="spellEnd"/>
            <w:r w:rsidRPr="004543E3">
              <w:t xml:space="preserve"> </w:t>
            </w:r>
            <w:proofErr w:type="spellStart"/>
            <w:r w:rsidRPr="004543E3">
              <w:t>theo</w:t>
            </w:r>
            <w:proofErr w:type="spellEnd"/>
            <w:r w:rsidRPr="004543E3">
              <w:t xml:space="preserve"> </w:t>
            </w:r>
            <w:proofErr w:type="spellStart"/>
            <w:r w:rsidRPr="004543E3">
              <w:t>vị</w:t>
            </w:r>
            <w:proofErr w:type="spellEnd"/>
            <w:r w:rsidRPr="004543E3">
              <w:t xml:space="preserve"> </w:t>
            </w:r>
            <w:proofErr w:type="spellStart"/>
            <w:r w:rsidRPr="004543E3">
              <w:t>trí</w:t>
            </w:r>
            <w:proofErr w:type="spellEnd"/>
            <w:r w:rsidRPr="004543E3">
              <w:t xml:space="preserve"> </w:t>
            </w:r>
            <w:proofErr w:type="spellStart"/>
            <w:r w:rsidRPr="004543E3">
              <w:t>việc</w:t>
            </w:r>
            <w:proofErr w:type="spellEnd"/>
            <w:r w:rsidRPr="004543E3">
              <w:t xml:space="preserve"> </w:t>
            </w:r>
            <w:proofErr w:type="spellStart"/>
            <w:r w:rsidRPr="004543E3">
              <w:t>làm</w:t>
            </w:r>
            <w:proofErr w:type="spellEnd"/>
            <w:r w:rsidRPr="004543E3">
              <w:t xml:space="preserve">, </w:t>
            </w:r>
            <w:proofErr w:type="spellStart"/>
            <w:r w:rsidRPr="004543E3">
              <w:t>gắn</w:t>
            </w:r>
            <w:proofErr w:type="spellEnd"/>
            <w:r w:rsidRPr="004543E3">
              <w:t xml:space="preserve"> </w:t>
            </w:r>
            <w:proofErr w:type="spellStart"/>
            <w:r w:rsidRPr="004543E3">
              <w:t>với</w:t>
            </w:r>
            <w:proofErr w:type="spellEnd"/>
            <w:r w:rsidRPr="004543E3">
              <w:t xml:space="preserve"> </w:t>
            </w:r>
            <w:proofErr w:type="spellStart"/>
            <w:r w:rsidRPr="004543E3">
              <w:t>mục</w:t>
            </w:r>
            <w:proofErr w:type="spellEnd"/>
            <w:r w:rsidRPr="004543E3">
              <w:t xml:space="preserve"> </w:t>
            </w:r>
            <w:proofErr w:type="spellStart"/>
            <w:r w:rsidRPr="004543E3">
              <w:t>tiêu</w:t>
            </w:r>
            <w:proofErr w:type="spellEnd"/>
            <w:r w:rsidRPr="004543E3">
              <w:t xml:space="preserve">, </w:t>
            </w:r>
            <w:proofErr w:type="spellStart"/>
            <w:r w:rsidRPr="004543E3">
              <w:t>kết</w:t>
            </w:r>
            <w:proofErr w:type="spellEnd"/>
            <w:r w:rsidRPr="004543E3">
              <w:t xml:space="preserve"> </w:t>
            </w:r>
            <w:proofErr w:type="spellStart"/>
            <w:r w:rsidRPr="004543E3">
              <w:t>quả</w:t>
            </w:r>
            <w:proofErr w:type="spellEnd"/>
            <w:r w:rsidRPr="004543E3">
              <w:t xml:space="preserve"> </w:t>
            </w:r>
            <w:proofErr w:type="spellStart"/>
            <w:r w:rsidRPr="004543E3">
              <w:t>thực</w:t>
            </w:r>
            <w:proofErr w:type="spellEnd"/>
            <w:r w:rsidRPr="004543E3">
              <w:t xml:space="preserve"> </w:t>
            </w:r>
            <w:proofErr w:type="spellStart"/>
            <w:r w:rsidRPr="004543E3">
              <w:t>hiện</w:t>
            </w:r>
            <w:proofErr w:type="spellEnd"/>
            <w:r w:rsidRPr="004543E3">
              <w:t xml:space="preserve"> </w:t>
            </w:r>
            <w:proofErr w:type="spellStart"/>
            <w:r w:rsidRPr="004543E3">
              <w:t>nhiệm</w:t>
            </w:r>
            <w:proofErr w:type="spellEnd"/>
            <w:r w:rsidRPr="004543E3">
              <w:t xml:space="preserve"> </w:t>
            </w:r>
            <w:proofErr w:type="spellStart"/>
            <w:r w:rsidRPr="004543E3">
              <w:t>vụ</w:t>
            </w:r>
            <w:proofErr w:type="spellEnd"/>
            <w:r w:rsidRPr="004543E3">
              <w:t xml:space="preserve">. Do </w:t>
            </w:r>
            <w:proofErr w:type="spellStart"/>
            <w:r w:rsidRPr="004543E3">
              <w:t>đó</w:t>
            </w:r>
            <w:proofErr w:type="spellEnd"/>
            <w:r w:rsidRPr="004543E3">
              <w:t xml:space="preserve">,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cơ</w:t>
            </w:r>
            <w:proofErr w:type="spellEnd"/>
            <w:r w:rsidRPr="004543E3">
              <w:t xml:space="preserve"> </w:t>
            </w:r>
            <w:proofErr w:type="spellStart"/>
            <w:r w:rsidRPr="004543E3">
              <w:t>quan</w:t>
            </w:r>
            <w:proofErr w:type="spellEnd"/>
            <w:r w:rsidRPr="004543E3">
              <w:t xml:space="preserve"> </w:t>
            </w:r>
            <w:proofErr w:type="spellStart"/>
            <w:r w:rsidRPr="004543E3">
              <w:t>chủ</w:t>
            </w:r>
            <w:proofErr w:type="spellEnd"/>
            <w:r w:rsidRPr="004543E3">
              <w:t xml:space="preserve"> </w:t>
            </w:r>
            <w:proofErr w:type="spellStart"/>
            <w:r w:rsidRPr="004543E3">
              <w:t>trì</w:t>
            </w:r>
            <w:proofErr w:type="spellEnd"/>
            <w:r w:rsidRPr="004543E3">
              <w:t xml:space="preserve"> </w:t>
            </w:r>
            <w:proofErr w:type="spellStart"/>
            <w:r w:rsidRPr="004543E3">
              <w:t>soạn</w:t>
            </w:r>
            <w:proofErr w:type="spellEnd"/>
            <w:r w:rsidRPr="004543E3">
              <w:t xml:space="preserve"> </w:t>
            </w:r>
            <w:proofErr w:type="spellStart"/>
            <w:r w:rsidRPr="004543E3">
              <w:t>thảo</w:t>
            </w:r>
            <w:proofErr w:type="spellEnd"/>
            <w:r w:rsidRPr="004543E3">
              <w:t xml:space="preserve"> </w:t>
            </w:r>
            <w:proofErr w:type="spellStart"/>
            <w:r w:rsidRPr="004543E3">
              <w:t>cân</w:t>
            </w:r>
            <w:proofErr w:type="spellEnd"/>
            <w:r w:rsidRPr="004543E3">
              <w:t xml:space="preserve"> </w:t>
            </w:r>
            <w:proofErr w:type="spellStart"/>
            <w:r w:rsidRPr="004543E3">
              <w:t>nhắc</w:t>
            </w:r>
            <w:proofErr w:type="spellEnd"/>
            <w:r w:rsidRPr="004543E3">
              <w:t xml:space="preserve"> </w:t>
            </w:r>
            <w:proofErr w:type="spellStart"/>
            <w:r w:rsidRPr="004543E3">
              <w:t>việc</w:t>
            </w:r>
            <w:proofErr w:type="spellEnd"/>
            <w:r w:rsidRPr="004543E3">
              <w:t xml:space="preserve"> ban </w:t>
            </w:r>
            <w:proofErr w:type="spellStart"/>
            <w:r w:rsidRPr="004543E3">
              <w:t>hành</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tiêu</w:t>
            </w:r>
            <w:proofErr w:type="spellEnd"/>
            <w:r w:rsidRPr="004543E3">
              <w:t xml:space="preserve"> </w:t>
            </w:r>
            <w:proofErr w:type="spellStart"/>
            <w:r w:rsidRPr="004543E3">
              <w:t>chuẩn</w:t>
            </w:r>
            <w:proofErr w:type="spellEnd"/>
            <w:r w:rsidRPr="004543E3">
              <w:t xml:space="preserve"> </w:t>
            </w:r>
            <w:proofErr w:type="spellStart"/>
            <w:r w:rsidRPr="004543E3">
              <w:t>ngạch</w:t>
            </w:r>
            <w:proofErr w:type="spellEnd"/>
            <w:r w:rsidRPr="004543E3">
              <w:t xml:space="preserve"> </w:t>
            </w:r>
            <w:proofErr w:type="spellStart"/>
            <w:r w:rsidRPr="004543E3">
              <w:t>công</w:t>
            </w:r>
            <w:proofErr w:type="spellEnd"/>
            <w:r w:rsidRPr="004543E3">
              <w:t xml:space="preserve"> </w:t>
            </w:r>
            <w:proofErr w:type="spellStart"/>
            <w:r w:rsidRPr="004543E3">
              <w:t>chức</w:t>
            </w:r>
            <w:proofErr w:type="spellEnd"/>
            <w:r w:rsidRPr="004543E3">
              <w:t xml:space="preserve"> ở </w:t>
            </w:r>
            <w:proofErr w:type="spellStart"/>
            <w:r w:rsidRPr="004543E3">
              <w:t>thời</w:t>
            </w:r>
            <w:proofErr w:type="spellEnd"/>
            <w:r w:rsidRPr="004543E3">
              <w:t xml:space="preserve"> </w:t>
            </w:r>
            <w:proofErr w:type="spellStart"/>
            <w:r w:rsidRPr="004543E3">
              <w:t>điểm</w:t>
            </w:r>
            <w:proofErr w:type="spellEnd"/>
            <w:r w:rsidRPr="004543E3">
              <w:t xml:space="preserve"> </w:t>
            </w:r>
            <w:proofErr w:type="spellStart"/>
            <w:r w:rsidRPr="004543E3">
              <w:t>hiện</w:t>
            </w:r>
            <w:proofErr w:type="spellEnd"/>
            <w:r w:rsidRPr="004543E3">
              <w:t xml:space="preserve"> </w:t>
            </w:r>
            <w:proofErr w:type="spellStart"/>
            <w:r w:rsidRPr="004543E3">
              <w:t>tại</w:t>
            </w:r>
            <w:proofErr w:type="spellEnd"/>
            <w:r w:rsidRPr="004543E3">
              <w:t>.</w:t>
            </w:r>
          </w:p>
        </w:tc>
        <w:tc>
          <w:tcPr>
            <w:tcW w:w="7371" w:type="dxa"/>
          </w:tcPr>
          <w:p w14:paraId="6C4D0D29" w14:textId="77777777" w:rsidR="004C2B3E" w:rsidRPr="004543E3" w:rsidRDefault="004C2B3E" w:rsidP="00563608">
            <w:pPr>
              <w:spacing w:before="120" w:after="120" w:line="240" w:lineRule="auto"/>
              <w:jc w:val="both"/>
              <w:rPr>
                <w:szCs w:val="26"/>
              </w:rPr>
            </w:pPr>
          </w:p>
          <w:p w14:paraId="6AC4A5F8" w14:textId="77777777" w:rsidR="004C2B3E" w:rsidRPr="004543E3" w:rsidRDefault="004C2B3E" w:rsidP="00563608">
            <w:pPr>
              <w:spacing w:before="120" w:after="120" w:line="240" w:lineRule="auto"/>
              <w:jc w:val="both"/>
              <w:rPr>
                <w:szCs w:val="26"/>
              </w:rPr>
            </w:pPr>
            <w:r w:rsidRPr="004543E3">
              <w:rPr>
                <w:szCs w:val="26"/>
              </w:rPr>
              <w:t xml:space="preserve">- </w:t>
            </w:r>
            <w:proofErr w:type="spellStart"/>
            <w:r w:rsidRPr="004543E3">
              <w:rPr>
                <w:szCs w:val="26"/>
              </w:rPr>
              <w:t>Tiếp</w:t>
            </w:r>
            <w:proofErr w:type="spellEnd"/>
            <w:r w:rsidRPr="004543E3">
              <w:rPr>
                <w:szCs w:val="26"/>
              </w:rPr>
              <w:t xml:space="preserve"> </w:t>
            </w:r>
            <w:proofErr w:type="spellStart"/>
            <w:r w:rsidRPr="004543E3">
              <w:rPr>
                <w:szCs w:val="26"/>
              </w:rPr>
              <w:t>thu</w:t>
            </w:r>
            <w:proofErr w:type="spellEnd"/>
            <w:r w:rsidRPr="004543E3">
              <w:rPr>
                <w:szCs w:val="26"/>
              </w:rPr>
              <w:t xml:space="preserve"> ý </w:t>
            </w:r>
            <w:proofErr w:type="spellStart"/>
            <w:r w:rsidRPr="004543E3">
              <w:rPr>
                <w:szCs w:val="26"/>
              </w:rPr>
              <w:t>kiến</w:t>
            </w:r>
            <w:proofErr w:type="spellEnd"/>
          </w:p>
          <w:p w14:paraId="0973DF00" w14:textId="77777777" w:rsidR="004C2B3E" w:rsidRPr="004543E3" w:rsidRDefault="004C2B3E" w:rsidP="00563608">
            <w:pPr>
              <w:spacing w:before="120" w:after="120" w:line="240" w:lineRule="auto"/>
              <w:jc w:val="both"/>
              <w:rPr>
                <w:szCs w:val="26"/>
              </w:rPr>
            </w:pPr>
          </w:p>
          <w:p w14:paraId="4E5315C1" w14:textId="3DABD55D" w:rsidR="004C2B3E" w:rsidRPr="004543E3" w:rsidRDefault="004C2B3E" w:rsidP="00563608">
            <w:pPr>
              <w:spacing w:before="120" w:after="120" w:line="240" w:lineRule="auto"/>
              <w:jc w:val="both"/>
              <w:rPr>
                <w:szCs w:val="26"/>
              </w:rPr>
            </w:pPr>
            <w:r w:rsidRPr="004543E3">
              <w:rPr>
                <w:szCs w:val="26"/>
              </w:rPr>
              <w:t xml:space="preserve">- </w:t>
            </w:r>
            <w:proofErr w:type="spellStart"/>
            <w:r w:rsidRPr="004543E3">
              <w:rPr>
                <w:szCs w:val="26"/>
              </w:rPr>
              <w:t>Tiếp</w:t>
            </w:r>
            <w:proofErr w:type="spellEnd"/>
            <w:r w:rsidRPr="004543E3">
              <w:rPr>
                <w:szCs w:val="26"/>
              </w:rPr>
              <w:t xml:space="preserve"> </w:t>
            </w:r>
            <w:proofErr w:type="spellStart"/>
            <w:r w:rsidRPr="004543E3">
              <w:rPr>
                <w:szCs w:val="26"/>
              </w:rPr>
              <w:t>thu</w:t>
            </w:r>
            <w:proofErr w:type="spellEnd"/>
            <w:r w:rsidRPr="004543E3">
              <w:rPr>
                <w:szCs w:val="26"/>
              </w:rPr>
              <w:t xml:space="preserve"> ý </w:t>
            </w:r>
            <w:proofErr w:type="spellStart"/>
            <w:r w:rsidRPr="004543E3">
              <w:rPr>
                <w:szCs w:val="26"/>
              </w:rPr>
              <w:t>kiến</w:t>
            </w:r>
            <w:proofErr w:type="spellEnd"/>
            <w:r w:rsidRPr="004543E3">
              <w:rPr>
                <w:szCs w:val="26"/>
              </w:rPr>
              <w:t xml:space="preserve"> </w:t>
            </w:r>
            <w:proofErr w:type="spellStart"/>
            <w:r w:rsidRPr="004543E3">
              <w:rPr>
                <w:szCs w:val="26"/>
              </w:rPr>
              <w:t>va</w:t>
            </w:r>
            <w:proofErr w:type="spellEnd"/>
            <w:r w:rsidRPr="004543E3">
              <w:rPr>
                <w:szCs w:val="26"/>
              </w:rPr>
              <w:t xml:space="preserve">̀ </w:t>
            </w:r>
            <w:proofErr w:type="spellStart"/>
            <w:r w:rsidRPr="004543E3">
              <w:rPr>
                <w:szCs w:val="26"/>
              </w:rPr>
              <w:t>chỉnh</w:t>
            </w:r>
            <w:proofErr w:type="spellEnd"/>
            <w:r w:rsidRPr="004543E3">
              <w:rPr>
                <w:szCs w:val="26"/>
              </w:rPr>
              <w:t xml:space="preserve"> </w:t>
            </w:r>
            <w:proofErr w:type="spellStart"/>
            <w:r w:rsidRPr="004543E3">
              <w:rPr>
                <w:szCs w:val="26"/>
              </w:rPr>
              <w:t>sửa</w:t>
            </w:r>
            <w:proofErr w:type="spellEnd"/>
            <w:r w:rsidRPr="004543E3">
              <w:rPr>
                <w:szCs w:val="26"/>
              </w:rPr>
              <w:t xml:space="preserve"> </w:t>
            </w:r>
            <w:proofErr w:type="spellStart"/>
            <w:r w:rsidRPr="004543E3">
              <w:rPr>
                <w:szCs w:val="26"/>
              </w:rPr>
              <w:t>vào</w:t>
            </w:r>
            <w:proofErr w:type="spellEnd"/>
            <w:r w:rsidRPr="004543E3">
              <w:rPr>
                <w:szCs w:val="26"/>
              </w:rPr>
              <w:t xml:space="preserve"> </w:t>
            </w:r>
            <w:proofErr w:type="spellStart"/>
            <w:r w:rsidRPr="004543E3">
              <w:rPr>
                <w:szCs w:val="26"/>
              </w:rPr>
              <w:t>dư</w:t>
            </w:r>
            <w:proofErr w:type="spellEnd"/>
            <w:r w:rsidRPr="004543E3">
              <w:rPr>
                <w:szCs w:val="26"/>
              </w:rPr>
              <w:t xml:space="preserve">̣ </w:t>
            </w:r>
            <w:proofErr w:type="spellStart"/>
            <w:r w:rsidRPr="004543E3">
              <w:rPr>
                <w:szCs w:val="26"/>
              </w:rPr>
              <w:t>thảo</w:t>
            </w:r>
            <w:proofErr w:type="spellEnd"/>
            <w:r w:rsidRPr="004543E3">
              <w:rPr>
                <w:szCs w:val="26"/>
              </w:rPr>
              <w:t xml:space="preserve"> Thông </w:t>
            </w:r>
            <w:proofErr w:type="spellStart"/>
            <w:r w:rsidRPr="004543E3">
              <w:rPr>
                <w:szCs w:val="26"/>
              </w:rPr>
              <w:t>tư</w:t>
            </w:r>
            <w:proofErr w:type="spellEnd"/>
          </w:p>
          <w:p w14:paraId="2FFED1CB" w14:textId="77777777" w:rsidR="004C2B3E" w:rsidRPr="004543E3" w:rsidRDefault="004C2B3E" w:rsidP="00563608">
            <w:pPr>
              <w:spacing w:before="120" w:after="120" w:line="240" w:lineRule="auto"/>
              <w:jc w:val="both"/>
              <w:rPr>
                <w:szCs w:val="26"/>
              </w:rPr>
            </w:pPr>
          </w:p>
          <w:p w14:paraId="797A4B09" w14:textId="77777777" w:rsidR="00B36711" w:rsidRPr="00B36711" w:rsidRDefault="00B36711" w:rsidP="00563608">
            <w:pPr>
              <w:spacing w:before="120" w:after="120" w:line="240" w:lineRule="auto"/>
              <w:jc w:val="both"/>
              <w:rPr>
                <w:sz w:val="32"/>
                <w:szCs w:val="32"/>
              </w:rPr>
            </w:pPr>
          </w:p>
          <w:p w14:paraId="25843A03" w14:textId="2F1CA889" w:rsidR="004C2B3E" w:rsidRPr="004543E3" w:rsidRDefault="004C2B3E" w:rsidP="00563608">
            <w:pPr>
              <w:spacing w:before="120" w:after="120" w:line="240" w:lineRule="auto"/>
              <w:jc w:val="both"/>
              <w:rPr>
                <w:szCs w:val="26"/>
              </w:rPr>
            </w:pPr>
            <w:r w:rsidRPr="004543E3">
              <w:rPr>
                <w:szCs w:val="26"/>
              </w:rPr>
              <w:lastRenderedPageBreak/>
              <w:t xml:space="preserve">- </w:t>
            </w:r>
            <w:proofErr w:type="spellStart"/>
            <w:r w:rsidRPr="004543E3">
              <w:rPr>
                <w:szCs w:val="26"/>
              </w:rPr>
              <w:t>T</w:t>
            </w:r>
            <w:r w:rsidRPr="004543E3">
              <w:t>ại</w:t>
            </w:r>
            <w:proofErr w:type="spellEnd"/>
            <w:r w:rsidRPr="004543E3">
              <w:t xml:space="preserve"> </w:t>
            </w:r>
            <w:proofErr w:type="spellStart"/>
            <w:r w:rsidRPr="004543E3">
              <w:t>khoản</w:t>
            </w:r>
            <w:proofErr w:type="spellEnd"/>
            <w:r w:rsidRPr="004543E3">
              <w:t xml:space="preserve"> 4 </w:t>
            </w:r>
            <w:proofErr w:type="spellStart"/>
            <w:r w:rsidRPr="004543E3">
              <w:t>Điều</w:t>
            </w:r>
            <w:proofErr w:type="spellEnd"/>
            <w:r w:rsidRPr="004543E3">
              <w:t xml:space="preserve"> 16 </w:t>
            </w:r>
            <w:proofErr w:type="spellStart"/>
            <w:r w:rsidRPr="004543E3">
              <w:t>Nghị</w:t>
            </w:r>
            <w:proofErr w:type="spellEnd"/>
            <w:r w:rsidRPr="004543E3">
              <w:t xml:space="preserve"> </w:t>
            </w:r>
            <w:proofErr w:type="spellStart"/>
            <w:r w:rsidRPr="004543E3">
              <w:t>định</w:t>
            </w:r>
            <w:proofErr w:type="spellEnd"/>
            <w:r w:rsidRPr="004543E3">
              <w:t xml:space="preserve"> </w:t>
            </w:r>
            <w:proofErr w:type="spellStart"/>
            <w:r w:rsidRPr="004543E3">
              <w:t>số</w:t>
            </w:r>
            <w:proofErr w:type="spellEnd"/>
            <w:r w:rsidRPr="004543E3">
              <w:t xml:space="preserve"> 37/2026/NĐ-CP </w:t>
            </w:r>
            <w:proofErr w:type="spellStart"/>
            <w:r w:rsidRPr="004543E3">
              <w:t>ngày</w:t>
            </w:r>
            <w:proofErr w:type="spellEnd"/>
            <w:r w:rsidRPr="004543E3">
              <w:t xml:space="preserve"> 23/01/2026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Mã</w:t>
            </w:r>
            <w:proofErr w:type="spellEnd"/>
            <w:r w:rsidRPr="004543E3">
              <w:t xml:space="preserve"> </w:t>
            </w:r>
            <w:proofErr w:type="spellStart"/>
            <w:r w:rsidRPr="004543E3">
              <w:t>số</w:t>
            </w:r>
            <w:proofErr w:type="spellEnd"/>
            <w:r w:rsidRPr="004543E3">
              <w:t xml:space="preserve">, </w:t>
            </w:r>
            <w:proofErr w:type="spellStart"/>
            <w:r w:rsidRPr="004543E3">
              <w:t>tiêu</w:t>
            </w:r>
            <w:proofErr w:type="spellEnd"/>
            <w:r w:rsidRPr="004543E3">
              <w:t xml:space="preserve"> </w:t>
            </w:r>
            <w:proofErr w:type="spellStart"/>
            <w:r w:rsidRPr="004543E3">
              <w:t>chuẩn</w:t>
            </w:r>
            <w:proofErr w:type="spellEnd"/>
            <w:r w:rsidRPr="004543E3">
              <w:t xml:space="preserve"> </w:t>
            </w:r>
            <w:proofErr w:type="spellStart"/>
            <w:r w:rsidRPr="004543E3">
              <w:t>chuyên</w:t>
            </w:r>
            <w:proofErr w:type="spellEnd"/>
            <w:r w:rsidRPr="004543E3">
              <w:t xml:space="preserve"> </w:t>
            </w:r>
            <w:proofErr w:type="spellStart"/>
            <w:r w:rsidRPr="004543E3">
              <w:t>môn</w:t>
            </w:r>
            <w:proofErr w:type="spellEnd"/>
            <w:r w:rsidRPr="004543E3">
              <w:t xml:space="preserve">, </w:t>
            </w:r>
            <w:proofErr w:type="spellStart"/>
            <w:r w:rsidRPr="004543E3">
              <w:t>nghiệp</w:t>
            </w:r>
            <w:proofErr w:type="spellEnd"/>
            <w:r w:rsidRPr="004543E3">
              <w:t xml:space="preserve"> </w:t>
            </w:r>
            <w:proofErr w:type="spellStart"/>
            <w:r w:rsidRPr="004543E3">
              <w:t>vụ</w:t>
            </w:r>
            <w:proofErr w:type="spellEnd"/>
            <w:r w:rsidRPr="004543E3">
              <w:t xml:space="preserve"> </w:t>
            </w:r>
            <w:proofErr w:type="spellStart"/>
            <w:r w:rsidRPr="004543E3">
              <w:t>và</w:t>
            </w:r>
            <w:proofErr w:type="spellEnd"/>
            <w:r w:rsidRPr="004543E3">
              <w:t xml:space="preserve"> </w:t>
            </w:r>
            <w:proofErr w:type="spellStart"/>
            <w:r w:rsidRPr="004543E3">
              <w:t>chức</w:t>
            </w:r>
            <w:proofErr w:type="spellEnd"/>
            <w:r w:rsidRPr="004543E3">
              <w:t xml:space="preserve"> </w:t>
            </w:r>
            <w:proofErr w:type="spellStart"/>
            <w:r w:rsidRPr="004543E3">
              <w:t>danh</w:t>
            </w:r>
            <w:proofErr w:type="spellEnd"/>
            <w:r w:rsidRPr="004543E3">
              <w:t xml:space="preserve"> </w:t>
            </w:r>
            <w:proofErr w:type="spellStart"/>
            <w:r w:rsidRPr="004543E3">
              <w:t>nghề</w:t>
            </w:r>
            <w:proofErr w:type="spellEnd"/>
            <w:r w:rsidRPr="004543E3">
              <w:t xml:space="preserve"> </w:t>
            </w:r>
            <w:proofErr w:type="spellStart"/>
            <w:r w:rsidRPr="004543E3">
              <w:t>nghiệp</w:t>
            </w:r>
            <w:proofErr w:type="spellEnd"/>
            <w:r w:rsidRPr="004543E3">
              <w:t xml:space="preserve"> </w:t>
            </w:r>
            <w:proofErr w:type="spellStart"/>
            <w:r w:rsidRPr="004543E3">
              <w:t>đối</w:t>
            </w:r>
            <w:proofErr w:type="spellEnd"/>
            <w:r w:rsidRPr="004543E3">
              <w:t xml:space="preserve"> </w:t>
            </w:r>
            <w:proofErr w:type="spellStart"/>
            <w:r w:rsidRPr="004543E3">
              <w:t>với</w:t>
            </w:r>
            <w:proofErr w:type="spellEnd"/>
            <w:r w:rsidRPr="004543E3">
              <w:t xml:space="preserve"> </w:t>
            </w:r>
            <w:proofErr w:type="spellStart"/>
            <w:r w:rsidRPr="004543E3">
              <w:t>các</w:t>
            </w:r>
            <w:proofErr w:type="spellEnd"/>
            <w:r w:rsidRPr="004543E3">
              <w:t xml:space="preserve"> </w:t>
            </w:r>
            <w:proofErr w:type="spellStart"/>
            <w:r w:rsidRPr="004543E3">
              <w:t>ngạch</w:t>
            </w:r>
            <w:proofErr w:type="spellEnd"/>
            <w:r w:rsidRPr="004543E3">
              <w:t xml:space="preserve"> </w:t>
            </w:r>
            <w:proofErr w:type="spellStart"/>
            <w:r w:rsidRPr="004543E3">
              <w:t>công</w:t>
            </w:r>
            <w:proofErr w:type="spellEnd"/>
            <w:r w:rsidRPr="004543E3">
              <w:t xml:space="preserve"> </w:t>
            </w:r>
            <w:proofErr w:type="spellStart"/>
            <w:r w:rsidRPr="004543E3">
              <w:t>chức</w:t>
            </w:r>
            <w:proofErr w:type="spellEnd"/>
            <w:r w:rsidRPr="004543E3">
              <w:t xml:space="preserve">, </w:t>
            </w:r>
            <w:proofErr w:type="spellStart"/>
            <w:r w:rsidRPr="004543E3">
              <w:t>viên</w:t>
            </w:r>
            <w:proofErr w:type="spellEnd"/>
            <w:r w:rsidRPr="004543E3">
              <w:t xml:space="preserve"> </w:t>
            </w:r>
            <w:proofErr w:type="spellStart"/>
            <w:r w:rsidRPr="004543E3">
              <w:t>chức</w:t>
            </w:r>
            <w:proofErr w:type="spellEnd"/>
            <w:r w:rsidRPr="004543E3">
              <w:t xml:space="preserve">, </w:t>
            </w:r>
            <w:proofErr w:type="spellStart"/>
            <w:r w:rsidRPr="004543E3">
              <w:t>chuyên</w:t>
            </w:r>
            <w:proofErr w:type="spellEnd"/>
            <w:r w:rsidRPr="004543E3">
              <w:t xml:space="preserve"> </w:t>
            </w:r>
            <w:proofErr w:type="spellStart"/>
            <w:r w:rsidRPr="004543E3">
              <w:t>ngành</w:t>
            </w:r>
            <w:proofErr w:type="spellEnd"/>
            <w:r w:rsidRPr="004543E3">
              <w:t xml:space="preserve"> </w:t>
            </w:r>
            <w:proofErr w:type="spellStart"/>
            <w:r w:rsidRPr="004543E3">
              <w:t>kiểm</w:t>
            </w:r>
            <w:proofErr w:type="spellEnd"/>
            <w:r w:rsidRPr="004543E3">
              <w:t xml:space="preserve"> </w:t>
            </w:r>
            <w:proofErr w:type="spellStart"/>
            <w:r w:rsidRPr="004543E3">
              <w:t>soát</w:t>
            </w:r>
            <w:proofErr w:type="spellEnd"/>
            <w:r w:rsidRPr="004543E3">
              <w:t xml:space="preserve"> </w:t>
            </w:r>
            <w:proofErr w:type="spellStart"/>
            <w:r w:rsidRPr="004543E3">
              <w:t>viên</w:t>
            </w:r>
            <w:proofErr w:type="spellEnd"/>
            <w:r w:rsidRPr="004543E3">
              <w:t xml:space="preserve"> </w:t>
            </w:r>
            <w:proofErr w:type="spellStart"/>
            <w:r w:rsidRPr="004543E3">
              <w:t>chất</w:t>
            </w:r>
            <w:proofErr w:type="spellEnd"/>
            <w:r w:rsidRPr="004543E3">
              <w:t xml:space="preserve"> </w:t>
            </w:r>
            <w:proofErr w:type="spellStart"/>
            <w:r w:rsidRPr="004543E3">
              <w:t>lượng</w:t>
            </w:r>
            <w:proofErr w:type="spellEnd"/>
            <w:r w:rsidRPr="004543E3">
              <w:t xml:space="preserve"> </w:t>
            </w:r>
            <w:proofErr w:type="spellStart"/>
            <w:r w:rsidRPr="004543E3">
              <w:t>sản</w:t>
            </w:r>
            <w:proofErr w:type="spellEnd"/>
            <w:r w:rsidRPr="004543E3">
              <w:t xml:space="preserve"> </w:t>
            </w:r>
            <w:proofErr w:type="spellStart"/>
            <w:r w:rsidRPr="004543E3">
              <w:t>phẩm</w:t>
            </w:r>
            <w:proofErr w:type="spellEnd"/>
            <w:r w:rsidRPr="004543E3">
              <w:t xml:space="preserve">, </w:t>
            </w:r>
            <w:proofErr w:type="spellStart"/>
            <w:r w:rsidRPr="004543E3">
              <w:t>hàng</w:t>
            </w:r>
            <w:proofErr w:type="spellEnd"/>
            <w:r w:rsidRPr="004543E3">
              <w:t xml:space="preserve"> </w:t>
            </w:r>
            <w:proofErr w:type="spellStart"/>
            <w:r w:rsidRPr="004543E3">
              <w:t>hóa</w:t>
            </w:r>
            <w:proofErr w:type="spellEnd"/>
            <w:r w:rsidRPr="004543E3">
              <w:t xml:space="preserve"> do </w:t>
            </w:r>
            <w:proofErr w:type="spellStart"/>
            <w:r w:rsidRPr="004543E3">
              <w:t>Bộ</w:t>
            </w:r>
            <w:proofErr w:type="spellEnd"/>
            <w:r w:rsidRPr="004543E3">
              <w:t xml:space="preserve"> Khoa </w:t>
            </w:r>
            <w:proofErr w:type="spellStart"/>
            <w:r w:rsidRPr="004543E3">
              <w:t>học</w:t>
            </w:r>
            <w:proofErr w:type="spellEnd"/>
            <w:r w:rsidRPr="004543E3">
              <w:t xml:space="preserve"> </w:t>
            </w:r>
            <w:proofErr w:type="spellStart"/>
            <w:r w:rsidRPr="004543E3">
              <w:t>và</w:t>
            </w:r>
            <w:proofErr w:type="spellEnd"/>
            <w:r w:rsidRPr="004543E3">
              <w:t xml:space="preserve"> Công </w:t>
            </w:r>
            <w:proofErr w:type="spellStart"/>
            <w:r w:rsidRPr="004543E3">
              <w:t>nghệ</w:t>
            </w:r>
            <w:proofErr w:type="spellEnd"/>
            <w:r w:rsidRPr="004543E3">
              <w:t xml:space="preserve"> </w:t>
            </w:r>
            <w:proofErr w:type="spellStart"/>
            <w:r w:rsidRPr="004543E3">
              <w:t>chủ</w:t>
            </w:r>
            <w:proofErr w:type="spellEnd"/>
            <w:r w:rsidRPr="004543E3">
              <w:t xml:space="preserve"> </w:t>
            </w:r>
            <w:proofErr w:type="spellStart"/>
            <w:r w:rsidRPr="004543E3">
              <w:t>trì</w:t>
            </w:r>
            <w:proofErr w:type="spellEnd"/>
            <w:r w:rsidRPr="004543E3">
              <w:t xml:space="preserve">, </w:t>
            </w:r>
            <w:proofErr w:type="spellStart"/>
            <w:r w:rsidRPr="004543E3">
              <w:t>phối</w:t>
            </w:r>
            <w:proofErr w:type="spellEnd"/>
            <w:r w:rsidRPr="004543E3">
              <w:t xml:space="preserve"> </w:t>
            </w:r>
            <w:proofErr w:type="spellStart"/>
            <w:r w:rsidRPr="004543E3">
              <w:t>hợp</w:t>
            </w:r>
            <w:proofErr w:type="spellEnd"/>
            <w:r w:rsidRPr="004543E3">
              <w:t xml:space="preserve"> </w:t>
            </w:r>
            <w:proofErr w:type="spellStart"/>
            <w:r w:rsidRPr="004543E3">
              <w:t>với</w:t>
            </w:r>
            <w:proofErr w:type="spellEnd"/>
            <w:r w:rsidRPr="004543E3">
              <w:t xml:space="preserve"> </w:t>
            </w:r>
            <w:proofErr w:type="spellStart"/>
            <w:r w:rsidRPr="004543E3">
              <w:t>các</w:t>
            </w:r>
            <w:proofErr w:type="spellEnd"/>
            <w:r w:rsidRPr="004543E3">
              <w:t xml:space="preserve"> </w:t>
            </w:r>
            <w:proofErr w:type="spellStart"/>
            <w:r w:rsidRPr="004543E3">
              <w:t>bộ</w:t>
            </w:r>
            <w:proofErr w:type="spellEnd"/>
            <w:r w:rsidRPr="004543E3">
              <w:t xml:space="preserve">, </w:t>
            </w:r>
            <w:proofErr w:type="spellStart"/>
            <w:r w:rsidRPr="004543E3">
              <w:t>cơ</w:t>
            </w:r>
            <w:proofErr w:type="spellEnd"/>
            <w:r w:rsidRPr="004543E3">
              <w:t xml:space="preserve"> </w:t>
            </w:r>
            <w:proofErr w:type="spellStart"/>
            <w:r w:rsidRPr="004543E3">
              <w:t>quan</w:t>
            </w:r>
            <w:proofErr w:type="spellEnd"/>
            <w:r w:rsidRPr="004543E3">
              <w:t xml:space="preserve"> </w:t>
            </w:r>
            <w:proofErr w:type="spellStart"/>
            <w:r w:rsidRPr="004543E3">
              <w:t>ngang</w:t>
            </w:r>
            <w:proofErr w:type="spellEnd"/>
            <w:r w:rsidRPr="004543E3">
              <w:t xml:space="preserve"> </w:t>
            </w:r>
            <w:proofErr w:type="spellStart"/>
            <w:r w:rsidRPr="004543E3">
              <w:t>bộ</w:t>
            </w:r>
            <w:proofErr w:type="spellEnd"/>
            <w:r w:rsidRPr="004543E3">
              <w:t xml:space="preserve">, Ban </w:t>
            </w:r>
            <w:proofErr w:type="spellStart"/>
            <w:r w:rsidRPr="004543E3">
              <w:t>Cơ</w:t>
            </w:r>
            <w:proofErr w:type="spellEnd"/>
            <w:r w:rsidRPr="004543E3">
              <w:t xml:space="preserve"> </w:t>
            </w:r>
            <w:proofErr w:type="spellStart"/>
            <w:r w:rsidRPr="004543E3">
              <w:t>yếu</w:t>
            </w:r>
            <w:proofErr w:type="spellEnd"/>
            <w:r w:rsidRPr="004543E3">
              <w:t xml:space="preserve"> </w:t>
            </w:r>
            <w:proofErr w:type="spellStart"/>
            <w:r w:rsidRPr="004543E3">
              <w:t>Chính</w:t>
            </w:r>
            <w:proofErr w:type="spellEnd"/>
            <w:r w:rsidRPr="004543E3">
              <w:t xml:space="preserve"> </w:t>
            </w:r>
            <w:proofErr w:type="spellStart"/>
            <w:r w:rsidRPr="004543E3">
              <w:t>phủ</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Vì</w:t>
            </w:r>
            <w:proofErr w:type="spellEnd"/>
            <w:r w:rsidRPr="004543E3">
              <w:t xml:space="preserve"> </w:t>
            </w:r>
            <w:proofErr w:type="spellStart"/>
            <w:r w:rsidRPr="004543E3">
              <w:t>vậy</w:t>
            </w:r>
            <w:proofErr w:type="spellEnd"/>
            <w:r w:rsidRPr="004543E3">
              <w:t xml:space="preserve">, </w:t>
            </w:r>
            <w:proofErr w:type="spellStart"/>
            <w:r w:rsidRPr="004543E3">
              <w:t>Ủy</w:t>
            </w:r>
            <w:proofErr w:type="spellEnd"/>
            <w:r w:rsidRPr="004543E3">
              <w:t xml:space="preserve"> ban sẽ </w:t>
            </w:r>
            <w:proofErr w:type="spellStart"/>
            <w:r w:rsidRPr="004543E3">
              <w:t>rà</w:t>
            </w:r>
            <w:proofErr w:type="spellEnd"/>
            <w:r w:rsidRPr="004543E3">
              <w:t xml:space="preserve"> </w:t>
            </w:r>
            <w:proofErr w:type="spellStart"/>
            <w:r w:rsidRPr="004543E3">
              <w:t>soát</w:t>
            </w:r>
            <w:proofErr w:type="spellEnd"/>
            <w:r w:rsidRPr="004543E3">
              <w:t xml:space="preserve">, </w:t>
            </w:r>
            <w:proofErr w:type="spellStart"/>
            <w:r w:rsidRPr="004543E3">
              <w:t>điều</w:t>
            </w:r>
            <w:proofErr w:type="spellEnd"/>
            <w:r w:rsidRPr="004543E3">
              <w:t xml:space="preserve"> </w:t>
            </w:r>
            <w:proofErr w:type="spellStart"/>
            <w:r w:rsidRPr="004543E3">
              <w:t>chỉnh</w:t>
            </w:r>
            <w:proofErr w:type="spellEnd"/>
            <w:r w:rsidRPr="004543E3">
              <w:t xml:space="preserve"> </w:t>
            </w:r>
            <w:proofErr w:type="spellStart"/>
            <w:r w:rsidRPr="004543E3">
              <w:t>các</w:t>
            </w:r>
            <w:proofErr w:type="spellEnd"/>
            <w:r w:rsidRPr="004543E3">
              <w:t xml:space="preserve"> </w:t>
            </w:r>
            <w:proofErr w:type="spellStart"/>
            <w:r w:rsidRPr="004543E3">
              <w:t>nội</w:t>
            </w:r>
            <w:proofErr w:type="spellEnd"/>
            <w:r w:rsidRPr="004543E3">
              <w:t xml:space="preserve"> dung </w:t>
            </w:r>
            <w:proofErr w:type="spellStart"/>
            <w:r w:rsidRPr="004543E3">
              <w:t>trong</w:t>
            </w:r>
            <w:proofErr w:type="spellEnd"/>
            <w:r w:rsidRPr="004543E3">
              <w:t xml:space="preserve"> </w:t>
            </w:r>
            <w:proofErr w:type="spellStart"/>
            <w:r w:rsidRPr="004543E3">
              <w:t>dư</w:t>
            </w:r>
            <w:proofErr w:type="spellEnd"/>
            <w:r w:rsidRPr="004543E3">
              <w:t xml:space="preserve">̣ </w:t>
            </w:r>
            <w:proofErr w:type="spellStart"/>
            <w:r w:rsidRPr="004543E3">
              <w:t>thảo</w:t>
            </w:r>
            <w:proofErr w:type="spellEnd"/>
            <w:r w:rsidRPr="004543E3">
              <w:t xml:space="preserve"> Thông </w:t>
            </w:r>
            <w:proofErr w:type="spellStart"/>
            <w:r w:rsidRPr="004543E3">
              <w:t>tư</w:t>
            </w:r>
            <w:proofErr w:type="spellEnd"/>
            <w:r w:rsidRPr="004543E3">
              <w:t xml:space="preserve"> </w:t>
            </w:r>
            <w:proofErr w:type="spellStart"/>
            <w:r w:rsidRPr="004543E3">
              <w:t>đê</w:t>
            </w:r>
            <w:proofErr w:type="spellEnd"/>
            <w:r w:rsidRPr="004543E3">
              <w:t xml:space="preserve">̉ </w:t>
            </w:r>
            <w:proofErr w:type="spellStart"/>
            <w:r w:rsidRPr="004543E3">
              <w:t>phu</w:t>
            </w:r>
            <w:proofErr w:type="spellEnd"/>
            <w:r w:rsidRPr="004543E3">
              <w:t xml:space="preserve">̀ </w:t>
            </w:r>
            <w:proofErr w:type="spellStart"/>
            <w:r w:rsidRPr="004543E3">
              <w:t>hợp</w:t>
            </w:r>
            <w:proofErr w:type="spellEnd"/>
            <w:r w:rsidRPr="004543E3">
              <w:t xml:space="preserve"> </w:t>
            </w:r>
            <w:proofErr w:type="spellStart"/>
            <w:r w:rsidRPr="004543E3">
              <w:t>với</w:t>
            </w:r>
            <w:proofErr w:type="spellEnd"/>
            <w:r w:rsidRPr="004543E3">
              <w:t xml:space="preserve"> </w:t>
            </w:r>
            <w:proofErr w:type="spellStart"/>
            <w:r w:rsidRPr="004543E3">
              <w:t>các</w:t>
            </w:r>
            <w:proofErr w:type="spellEnd"/>
            <w:r w:rsidRPr="004543E3">
              <w:t xml:space="preserve"> </w:t>
            </w:r>
            <w:proofErr w:type="spellStart"/>
            <w:r w:rsidRPr="004543E3">
              <w:t>văn</w:t>
            </w:r>
            <w:proofErr w:type="spellEnd"/>
            <w:r w:rsidRPr="004543E3">
              <w:t xml:space="preserve"> </w:t>
            </w:r>
            <w:proofErr w:type="spellStart"/>
            <w:r w:rsidRPr="004543E3">
              <w:t>bản</w:t>
            </w:r>
            <w:proofErr w:type="spellEnd"/>
            <w:r w:rsidRPr="004543E3">
              <w:t xml:space="preserve"> </w:t>
            </w:r>
            <w:proofErr w:type="spellStart"/>
            <w:r w:rsidRPr="004543E3">
              <w:t>quy</w:t>
            </w:r>
            <w:proofErr w:type="spellEnd"/>
            <w:r w:rsidRPr="004543E3">
              <w:t xml:space="preserve"> </w:t>
            </w:r>
            <w:proofErr w:type="spellStart"/>
            <w:r w:rsidRPr="004543E3">
              <w:t>phạm</w:t>
            </w:r>
            <w:proofErr w:type="spellEnd"/>
            <w:r w:rsidRPr="004543E3">
              <w:t xml:space="preserve"> </w:t>
            </w:r>
            <w:proofErr w:type="spellStart"/>
            <w:r w:rsidRPr="004543E3">
              <w:t>pháp</w:t>
            </w:r>
            <w:proofErr w:type="spellEnd"/>
            <w:r w:rsidRPr="004543E3">
              <w:t xml:space="preserve"> </w:t>
            </w:r>
            <w:proofErr w:type="spellStart"/>
            <w:r w:rsidRPr="004543E3">
              <w:t>luật</w:t>
            </w:r>
            <w:proofErr w:type="spellEnd"/>
            <w:r w:rsidRPr="004543E3">
              <w:t xml:space="preserve"> </w:t>
            </w:r>
            <w:proofErr w:type="spellStart"/>
            <w:r w:rsidRPr="004543E3">
              <w:t>liên</w:t>
            </w:r>
            <w:proofErr w:type="spellEnd"/>
            <w:r w:rsidRPr="004543E3">
              <w:t xml:space="preserve"> </w:t>
            </w:r>
            <w:proofErr w:type="spellStart"/>
            <w:r w:rsidRPr="004543E3">
              <w:t>quan</w:t>
            </w:r>
            <w:proofErr w:type="spellEnd"/>
            <w:r w:rsidRPr="004543E3">
              <w:t xml:space="preserve"> </w:t>
            </w:r>
            <w:proofErr w:type="spellStart"/>
            <w:r w:rsidRPr="004543E3">
              <w:t>trước</w:t>
            </w:r>
            <w:proofErr w:type="spellEnd"/>
            <w:r w:rsidRPr="004543E3">
              <w:t xml:space="preserve"> </w:t>
            </w:r>
            <w:proofErr w:type="spellStart"/>
            <w:r w:rsidRPr="004543E3">
              <w:t>khi</w:t>
            </w:r>
            <w:proofErr w:type="spellEnd"/>
            <w:r w:rsidRPr="004543E3">
              <w:t xml:space="preserve"> </w:t>
            </w:r>
            <w:proofErr w:type="spellStart"/>
            <w:r w:rsidRPr="004543E3">
              <w:t>hoàn</w:t>
            </w:r>
            <w:proofErr w:type="spellEnd"/>
            <w:r w:rsidRPr="004543E3">
              <w:t xml:space="preserve"> </w:t>
            </w:r>
            <w:proofErr w:type="spellStart"/>
            <w:r w:rsidRPr="004543E3">
              <w:t>thiện</w:t>
            </w:r>
            <w:proofErr w:type="spellEnd"/>
            <w:r w:rsidRPr="004543E3">
              <w:t xml:space="preserve"> </w:t>
            </w:r>
            <w:proofErr w:type="spellStart"/>
            <w:r w:rsidRPr="004543E3">
              <w:t>báo</w:t>
            </w:r>
            <w:proofErr w:type="spellEnd"/>
            <w:r w:rsidRPr="004543E3">
              <w:t xml:space="preserve"> </w:t>
            </w:r>
            <w:proofErr w:type="spellStart"/>
            <w:r w:rsidRPr="004543E3">
              <w:t>cáo</w:t>
            </w:r>
            <w:proofErr w:type="spellEnd"/>
            <w:r w:rsidRPr="004543E3">
              <w:t xml:space="preserve"> </w:t>
            </w:r>
            <w:proofErr w:type="spellStart"/>
            <w:r w:rsidRPr="004543E3">
              <w:t>Bô</w:t>
            </w:r>
            <w:proofErr w:type="spellEnd"/>
            <w:r w:rsidRPr="004543E3">
              <w:t xml:space="preserve">̣ </w:t>
            </w:r>
            <w:proofErr w:type="spellStart"/>
            <w:r w:rsidRPr="004543E3">
              <w:t>trưởng</w:t>
            </w:r>
            <w:proofErr w:type="spellEnd"/>
            <w:r w:rsidRPr="004543E3">
              <w:t xml:space="preserve"> </w:t>
            </w:r>
            <w:proofErr w:type="spellStart"/>
            <w:r w:rsidRPr="004543E3">
              <w:t>Bô</w:t>
            </w:r>
            <w:proofErr w:type="spellEnd"/>
            <w:r w:rsidRPr="004543E3">
              <w:t xml:space="preserve">̣ KH&amp;CN ban </w:t>
            </w:r>
            <w:proofErr w:type="spellStart"/>
            <w:r w:rsidRPr="004543E3">
              <w:t>hành</w:t>
            </w:r>
            <w:proofErr w:type="spellEnd"/>
            <w:r w:rsidRPr="004543E3">
              <w:t>.</w:t>
            </w:r>
          </w:p>
        </w:tc>
      </w:tr>
      <w:tr w:rsidR="004C2B3E" w:rsidRPr="004543E3" w14:paraId="7A4303FC" w14:textId="77777777" w:rsidTr="004C2B3E">
        <w:tc>
          <w:tcPr>
            <w:tcW w:w="1098" w:type="dxa"/>
          </w:tcPr>
          <w:p w14:paraId="24FD7C7E" w14:textId="17598618" w:rsidR="004C2B3E" w:rsidRPr="001C75A8" w:rsidRDefault="00236D79" w:rsidP="00236D79">
            <w:pPr>
              <w:jc w:val="center"/>
              <w:rPr>
                <w:b/>
                <w:bCs/>
              </w:rPr>
            </w:pPr>
            <w:r w:rsidRPr="001C75A8">
              <w:rPr>
                <w:b/>
                <w:bCs/>
              </w:rPr>
              <w:lastRenderedPageBreak/>
              <w:t>2</w:t>
            </w:r>
          </w:p>
        </w:tc>
        <w:tc>
          <w:tcPr>
            <w:tcW w:w="6127" w:type="dxa"/>
          </w:tcPr>
          <w:p w14:paraId="4D22F3A2" w14:textId="0E231080" w:rsidR="004C2B3E" w:rsidRPr="004543E3" w:rsidRDefault="004C2B3E" w:rsidP="00563608">
            <w:pPr>
              <w:spacing w:before="120" w:after="120" w:line="240" w:lineRule="auto"/>
              <w:jc w:val="both"/>
              <w:rPr>
                <w:b/>
                <w:bCs/>
              </w:rPr>
            </w:pPr>
            <w:proofErr w:type="spellStart"/>
            <w:r w:rsidRPr="004543E3">
              <w:rPr>
                <w:b/>
                <w:bCs/>
              </w:rPr>
              <w:t>Bô</w:t>
            </w:r>
            <w:proofErr w:type="spellEnd"/>
            <w:r w:rsidRPr="004543E3">
              <w:rPr>
                <w:b/>
                <w:bCs/>
              </w:rPr>
              <w:t xml:space="preserve">̣ </w:t>
            </w:r>
            <w:proofErr w:type="spellStart"/>
            <w:r w:rsidRPr="004543E3">
              <w:rPr>
                <w:b/>
                <w:bCs/>
              </w:rPr>
              <w:t>Nội</w:t>
            </w:r>
            <w:proofErr w:type="spellEnd"/>
            <w:r w:rsidRPr="004543E3">
              <w:rPr>
                <w:b/>
                <w:bCs/>
              </w:rPr>
              <w:t xml:space="preserve"> vụ:</w:t>
            </w:r>
          </w:p>
          <w:p w14:paraId="50E95CD3" w14:textId="20D81442" w:rsidR="004C2B3E" w:rsidRPr="004543E3" w:rsidRDefault="004C2B3E" w:rsidP="00563608">
            <w:pPr>
              <w:spacing w:before="120" w:after="120" w:line="240" w:lineRule="auto"/>
              <w:jc w:val="both"/>
            </w:pPr>
            <w:r w:rsidRPr="004543E3">
              <w:t xml:space="preserve">Quốc </w:t>
            </w:r>
            <w:proofErr w:type="spellStart"/>
            <w:r w:rsidRPr="004543E3">
              <w:t>hội</w:t>
            </w:r>
            <w:proofErr w:type="spellEnd"/>
            <w:r w:rsidRPr="004543E3">
              <w:t xml:space="preserve"> </w:t>
            </w:r>
            <w:proofErr w:type="spellStart"/>
            <w:r w:rsidRPr="004543E3">
              <w:t>khóa</w:t>
            </w:r>
            <w:proofErr w:type="spellEnd"/>
            <w:r w:rsidRPr="004543E3">
              <w:t xml:space="preserve"> XV </w:t>
            </w:r>
            <w:proofErr w:type="spellStart"/>
            <w:r w:rsidRPr="004543E3">
              <w:t>đã</w:t>
            </w:r>
            <w:proofErr w:type="spellEnd"/>
            <w:r w:rsidRPr="004543E3">
              <w:t xml:space="preserve"> </w:t>
            </w:r>
            <w:proofErr w:type="spellStart"/>
            <w:r w:rsidRPr="004543E3">
              <w:t>thông</w:t>
            </w:r>
            <w:proofErr w:type="spellEnd"/>
            <w:r w:rsidRPr="004543E3">
              <w:t xml:space="preserve"> qua </w:t>
            </w:r>
            <w:proofErr w:type="spellStart"/>
            <w:r w:rsidRPr="004543E3">
              <w:t>Luật</w:t>
            </w:r>
            <w:proofErr w:type="spellEnd"/>
            <w:r w:rsidRPr="004543E3">
              <w:t xml:space="preserve"> </w:t>
            </w:r>
            <w:proofErr w:type="spellStart"/>
            <w:r w:rsidRPr="004543E3">
              <w:t>Cán</w:t>
            </w:r>
            <w:proofErr w:type="spellEnd"/>
            <w:r w:rsidRPr="004543E3">
              <w:t xml:space="preserve"> </w:t>
            </w:r>
            <w:proofErr w:type="spellStart"/>
            <w:r w:rsidRPr="004543E3">
              <w:t>bộ</w:t>
            </w:r>
            <w:proofErr w:type="spellEnd"/>
            <w:r w:rsidRPr="004543E3">
              <w:t xml:space="preserve">, </w:t>
            </w:r>
            <w:proofErr w:type="spellStart"/>
            <w:r w:rsidRPr="004543E3">
              <w:t>công</w:t>
            </w:r>
            <w:proofErr w:type="spellEnd"/>
            <w:r w:rsidRPr="004543E3">
              <w:t xml:space="preserve"> </w:t>
            </w:r>
            <w:proofErr w:type="spellStart"/>
            <w:r w:rsidRPr="004543E3">
              <w:t>chức</w:t>
            </w:r>
            <w:proofErr w:type="spellEnd"/>
            <w:r w:rsidRPr="004543E3">
              <w:t xml:space="preserve"> </w:t>
            </w:r>
            <w:proofErr w:type="spellStart"/>
            <w:r w:rsidRPr="004543E3">
              <w:t>số</w:t>
            </w:r>
            <w:proofErr w:type="spellEnd"/>
            <w:r w:rsidRPr="004543E3">
              <w:t xml:space="preserve"> 80/2025/QH15, </w:t>
            </w:r>
            <w:proofErr w:type="spellStart"/>
            <w:r w:rsidRPr="004543E3">
              <w:t>Luật</w:t>
            </w:r>
            <w:proofErr w:type="spellEnd"/>
            <w:r w:rsidRPr="004543E3">
              <w:t xml:space="preserve"> Viên </w:t>
            </w:r>
            <w:proofErr w:type="spellStart"/>
            <w:r w:rsidRPr="004543E3">
              <w:t>chức</w:t>
            </w:r>
            <w:proofErr w:type="spellEnd"/>
            <w:r w:rsidRPr="004543E3">
              <w:t xml:space="preserve"> </w:t>
            </w:r>
            <w:proofErr w:type="spellStart"/>
            <w:r w:rsidRPr="004543E3">
              <w:t>số</w:t>
            </w:r>
            <w:proofErr w:type="spellEnd"/>
            <w:r w:rsidRPr="004543E3">
              <w:t xml:space="preserve"> 129/2025/QH15, </w:t>
            </w:r>
            <w:proofErr w:type="spellStart"/>
            <w:r w:rsidRPr="004543E3">
              <w:t>trong</w:t>
            </w:r>
            <w:proofErr w:type="spellEnd"/>
            <w:r w:rsidRPr="004543E3">
              <w:t xml:space="preserve"> </w:t>
            </w:r>
            <w:proofErr w:type="spellStart"/>
            <w:r w:rsidRPr="004543E3">
              <w:t>đó</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việc</w:t>
            </w:r>
            <w:proofErr w:type="spellEnd"/>
            <w:r w:rsidRPr="004543E3">
              <w:t xml:space="preserve"> </w:t>
            </w:r>
            <w:proofErr w:type="spellStart"/>
            <w:r w:rsidRPr="004543E3">
              <w:t>quản</w:t>
            </w:r>
            <w:proofErr w:type="spellEnd"/>
            <w:r w:rsidRPr="004543E3">
              <w:t xml:space="preserve"> </w:t>
            </w:r>
            <w:proofErr w:type="spellStart"/>
            <w:r w:rsidRPr="004543E3">
              <w:t>lý</w:t>
            </w:r>
            <w:proofErr w:type="spellEnd"/>
            <w:r w:rsidRPr="004543E3">
              <w:t xml:space="preserve"> </w:t>
            </w:r>
            <w:proofErr w:type="spellStart"/>
            <w:r w:rsidRPr="004543E3">
              <w:t>công</w:t>
            </w:r>
            <w:proofErr w:type="spellEnd"/>
            <w:r w:rsidRPr="004543E3">
              <w:t xml:space="preserve"> </w:t>
            </w:r>
            <w:proofErr w:type="spellStart"/>
            <w:r w:rsidRPr="004543E3">
              <w:t>chức</w:t>
            </w:r>
            <w:proofErr w:type="spellEnd"/>
            <w:r w:rsidRPr="004543E3">
              <w:t xml:space="preserve">, </w:t>
            </w:r>
            <w:proofErr w:type="spellStart"/>
            <w:r w:rsidRPr="004543E3">
              <w:t>viên</w:t>
            </w:r>
            <w:proofErr w:type="spellEnd"/>
            <w:r w:rsidRPr="004543E3">
              <w:t xml:space="preserve"> </w:t>
            </w:r>
            <w:proofErr w:type="spellStart"/>
            <w:r w:rsidRPr="004543E3">
              <w:t>chức</w:t>
            </w:r>
            <w:proofErr w:type="spellEnd"/>
            <w:r w:rsidRPr="004543E3">
              <w:t xml:space="preserve"> </w:t>
            </w:r>
            <w:proofErr w:type="spellStart"/>
            <w:r w:rsidRPr="004543E3">
              <w:t>theo</w:t>
            </w:r>
            <w:proofErr w:type="spellEnd"/>
            <w:r w:rsidRPr="004543E3">
              <w:t xml:space="preserve"> </w:t>
            </w:r>
            <w:proofErr w:type="spellStart"/>
            <w:r w:rsidRPr="004543E3">
              <w:t>vị</w:t>
            </w:r>
            <w:proofErr w:type="spellEnd"/>
            <w:r w:rsidRPr="004543E3">
              <w:t xml:space="preserve"> </w:t>
            </w:r>
            <w:proofErr w:type="spellStart"/>
            <w:r w:rsidRPr="004543E3">
              <w:t>trí</w:t>
            </w:r>
            <w:proofErr w:type="spellEnd"/>
            <w:r w:rsidRPr="004543E3">
              <w:t xml:space="preserve"> </w:t>
            </w:r>
            <w:proofErr w:type="spellStart"/>
            <w:r w:rsidRPr="004543E3">
              <w:t>việc</w:t>
            </w:r>
            <w:proofErr w:type="spellEnd"/>
            <w:r w:rsidRPr="004543E3">
              <w:t xml:space="preserve"> </w:t>
            </w:r>
            <w:proofErr w:type="spellStart"/>
            <w:r w:rsidRPr="004543E3">
              <w:t>làm</w:t>
            </w:r>
            <w:proofErr w:type="spellEnd"/>
            <w:r w:rsidRPr="004543E3">
              <w:t xml:space="preserve">, </w:t>
            </w:r>
            <w:proofErr w:type="spellStart"/>
            <w:r w:rsidRPr="004543E3">
              <w:t>lấy</w:t>
            </w:r>
            <w:proofErr w:type="spellEnd"/>
            <w:r w:rsidRPr="004543E3">
              <w:t xml:space="preserve"> </w:t>
            </w:r>
            <w:proofErr w:type="spellStart"/>
            <w:r w:rsidRPr="004543E3">
              <w:t>vị</w:t>
            </w:r>
            <w:proofErr w:type="spellEnd"/>
            <w:r w:rsidRPr="004543E3">
              <w:t xml:space="preserve"> </w:t>
            </w:r>
            <w:proofErr w:type="spellStart"/>
            <w:r w:rsidRPr="004543E3">
              <w:t>trí</w:t>
            </w:r>
            <w:proofErr w:type="spellEnd"/>
            <w:r w:rsidRPr="004543E3">
              <w:t xml:space="preserve"> </w:t>
            </w:r>
            <w:proofErr w:type="spellStart"/>
            <w:r w:rsidRPr="004543E3">
              <w:t>việc</w:t>
            </w:r>
            <w:proofErr w:type="spellEnd"/>
            <w:r w:rsidRPr="004543E3">
              <w:t xml:space="preserve"> </w:t>
            </w:r>
            <w:proofErr w:type="spellStart"/>
            <w:r w:rsidRPr="004543E3">
              <w:t>làm</w:t>
            </w:r>
            <w:proofErr w:type="spellEnd"/>
            <w:r w:rsidRPr="004543E3">
              <w:t xml:space="preserve"> </w:t>
            </w:r>
            <w:proofErr w:type="spellStart"/>
            <w:r w:rsidRPr="004543E3">
              <w:t>làm</w:t>
            </w:r>
            <w:proofErr w:type="spellEnd"/>
            <w:r w:rsidRPr="004543E3">
              <w:t xml:space="preserve"> </w:t>
            </w:r>
            <w:proofErr w:type="spellStart"/>
            <w:r w:rsidRPr="004543E3">
              <w:t>trung</w:t>
            </w:r>
            <w:proofErr w:type="spellEnd"/>
            <w:r w:rsidRPr="004543E3">
              <w:t xml:space="preserve"> </w:t>
            </w:r>
            <w:proofErr w:type="spellStart"/>
            <w:r w:rsidRPr="004543E3">
              <w:t>tâm</w:t>
            </w:r>
            <w:proofErr w:type="spellEnd"/>
            <w:r w:rsidRPr="004543E3">
              <w:t xml:space="preserve"> </w:t>
            </w:r>
            <w:proofErr w:type="spellStart"/>
            <w:r w:rsidRPr="004543E3">
              <w:t>để</w:t>
            </w:r>
            <w:proofErr w:type="spellEnd"/>
            <w:r w:rsidRPr="004543E3">
              <w:t xml:space="preserve"> </w:t>
            </w:r>
            <w:proofErr w:type="spellStart"/>
            <w:r w:rsidRPr="004543E3">
              <w:t>thực</w:t>
            </w:r>
            <w:proofErr w:type="spellEnd"/>
            <w:r w:rsidRPr="004543E3">
              <w:t xml:space="preserve"> </w:t>
            </w:r>
            <w:proofErr w:type="spellStart"/>
            <w:r w:rsidRPr="004543E3">
              <w:t>hiện</w:t>
            </w:r>
            <w:proofErr w:type="spellEnd"/>
            <w:r w:rsidRPr="004543E3">
              <w:t xml:space="preserve"> </w:t>
            </w:r>
            <w:proofErr w:type="spellStart"/>
            <w:r w:rsidRPr="004543E3">
              <w:t>công</w:t>
            </w:r>
            <w:proofErr w:type="spellEnd"/>
            <w:r w:rsidRPr="004543E3">
              <w:t xml:space="preserve"> </w:t>
            </w:r>
            <w:proofErr w:type="spellStart"/>
            <w:r w:rsidRPr="004543E3">
              <w:t>tác</w:t>
            </w:r>
            <w:proofErr w:type="spellEnd"/>
            <w:r w:rsidRPr="004543E3">
              <w:t xml:space="preserve"> </w:t>
            </w:r>
            <w:proofErr w:type="spellStart"/>
            <w:r w:rsidRPr="004543E3">
              <w:t>tuyển</w:t>
            </w:r>
            <w:proofErr w:type="spellEnd"/>
            <w:r w:rsidRPr="004543E3">
              <w:t xml:space="preserve"> </w:t>
            </w:r>
            <w:proofErr w:type="spellStart"/>
            <w:r w:rsidRPr="004543E3">
              <w:t>dụng</w:t>
            </w:r>
            <w:proofErr w:type="spellEnd"/>
            <w:r w:rsidRPr="004543E3">
              <w:t xml:space="preserve">, </w:t>
            </w:r>
            <w:proofErr w:type="spellStart"/>
            <w:r w:rsidRPr="004543E3">
              <w:t>sử</w:t>
            </w:r>
            <w:proofErr w:type="spellEnd"/>
            <w:r w:rsidRPr="004543E3">
              <w:t xml:space="preserve"> </w:t>
            </w:r>
            <w:proofErr w:type="spellStart"/>
            <w:r w:rsidRPr="004543E3">
              <w:t>dụng</w:t>
            </w:r>
            <w:proofErr w:type="spellEnd"/>
            <w:r w:rsidRPr="004543E3">
              <w:t xml:space="preserve">, </w:t>
            </w:r>
            <w:proofErr w:type="spellStart"/>
            <w:r w:rsidRPr="004543E3">
              <w:t>đánh</w:t>
            </w:r>
            <w:proofErr w:type="spellEnd"/>
            <w:r w:rsidRPr="004543E3">
              <w:t xml:space="preserve"> </w:t>
            </w:r>
            <w:proofErr w:type="spellStart"/>
            <w:r w:rsidRPr="004543E3">
              <w:t>giá</w:t>
            </w:r>
            <w:proofErr w:type="spellEnd"/>
            <w:r w:rsidRPr="004543E3">
              <w:t xml:space="preserve">, </w:t>
            </w:r>
            <w:proofErr w:type="spellStart"/>
            <w:r w:rsidRPr="004543E3">
              <w:t>quy</w:t>
            </w:r>
            <w:proofErr w:type="spellEnd"/>
            <w:r w:rsidRPr="004543E3">
              <w:t xml:space="preserve"> </w:t>
            </w:r>
            <w:proofErr w:type="spellStart"/>
            <w:r w:rsidRPr="004543E3">
              <w:t>hoạch</w:t>
            </w:r>
            <w:proofErr w:type="spellEnd"/>
            <w:r w:rsidRPr="004543E3">
              <w:t xml:space="preserve">, </w:t>
            </w:r>
            <w:proofErr w:type="spellStart"/>
            <w:r w:rsidRPr="004543E3">
              <w:t>đào</w:t>
            </w:r>
            <w:proofErr w:type="spellEnd"/>
            <w:r w:rsidRPr="004543E3">
              <w:t xml:space="preserve"> </w:t>
            </w:r>
            <w:proofErr w:type="spellStart"/>
            <w:r w:rsidRPr="004543E3">
              <w:t>tạo</w:t>
            </w:r>
            <w:proofErr w:type="spellEnd"/>
            <w:r w:rsidRPr="004543E3">
              <w:t xml:space="preserve">, </w:t>
            </w:r>
            <w:proofErr w:type="spellStart"/>
            <w:r w:rsidRPr="004543E3">
              <w:t>bồi</w:t>
            </w:r>
            <w:proofErr w:type="spellEnd"/>
            <w:r w:rsidRPr="004543E3">
              <w:t xml:space="preserve"> </w:t>
            </w:r>
            <w:proofErr w:type="spellStart"/>
            <w:r w:rsidRPr="004543E3">
              <w:t>dưỡng</w:t>
            </w:r>
            <w:proofErr w:type="spellEnd"/>
            <w:r w:rsidRPr="004543E3">
              <w:t xml:space="preserve"> </w:t>
            </w:r>
            <w:proofErr w:type="spellStart"/>
            <w:r w:rsidRPr="004543E3">
              <w:t>và</w:t>
            </w:r>
            <w:proofErr w:type="spellEnd"/>
            <w:r w:rsidRPr="004543E3">
              <w:t xml:space="preserve"> </w:t>
            </w:r>
            <w:proofErr w:type="spellStart"/>
            <w:r w:rsidRPr="004543E3">
              <w:t>thực</w:t>
            </w:r>
            <w:proofErr w:type="spellEnd"/>
            <w:r w:rsidRPr="004543E3">
              <w:t xml:space="preserve"> </w:t>
            </w:r>
            <w:proofErr w:type="spellStart"/>
            <w:r w:rsidRPr="004543E3">
              <w:t>hiện</w:t>
            </w:r>
            <w:proofErr w:type="spellEnd"/>
            <w:r w:rsidRPr="004543E3">
              <w:t xml:space="preserve"> </w:t>
            </w:r>
            <w:proofErr w:type="spellStart"/>
            <w:r w:rsidRPr="004543E3">
              <w:t>chế</w:t>
            </w:r>
            <w:proofErr w:type="spellEnd"/>
            <w:r w:rsidRPr="004543E3">
              <w:t xml:space="preserve"> </w:t>
            </w:r>
            <w:proofErr w:type="spellStart"/>
            <w:r w:rsidRPr="004543E3">
              <w:t>độ</w:t>
            </w:r>
            <w:proofErr w:type="spellEnd"/>
            <w:r w:rsidRPr="004543E3">
              <w:t xml:space="preserve">, </w:t>
            </w:r>
            <w:proofErr w:type="spellStart"/>
            <w:r w:rsidRPr="004543E3">
              <w:t>chính</w:t>
            </w:r>
            <w:proofErr w:type="spellEnd"/>
            <w:r w:rsidRPr="004543E3">
              <w:t xml:space="preserve"> </w:t>
            </w:r>
            <w:proofErr w:type="spellStart"/>
            <w:r w:rsidRPr="004543E3">
              <w:t>sách</w:t>
            </w:r>
            <w:proofErr w:type="spellEnd"/>
            <w:r w:rsidRPr="004543E3">
              <w:t xml:space="preserve"> </w:t>
            </w:r>
            <w:proofErr w:type="spellStart"/>
            <w:r w:rsidRPr="004543E3">
              <w:t>đối</w:t>
            </w:r>
            <w:proofErr w:type="spellEnd"/>
            <w:r w:rsidRPr="004543E3">
              <w:t xml:space="preserve"> </w:t>
            </w:r>
            <w:proofErr w:type="spellStart"/>
            <w:r w:rsidRPr="004543E3">
              <w:t>với</w:t>
            </w:r>
            <w:proofErr w:type="spellEnd"/>
            <w:r w:rsidRPr="004543E3">
              <w:t xml:space="preserve"> </w:t>
            </w:r>
            <w:proofErr w:type="spellStart"/>
            <w:r w:rsidRPr="004543E3">
              <w:t>công</w:t>
            </w:r>
            <w:proofErr w:type="spellEnd"/>
            <w:r w:rsidRPr="004543E3">
              <w:t xml:space="preserve"> </w:t>
            </w:r>
            <w:proofErr w:type="spellStart"/>
            <w:r w:rsidRPr="004543E3">
              <w:t>chức</w:t>
            </w:r>
            <w:proofErr w:type="spellEnd"/>
            <w:r w:rsidRPr="004543E3">
              <w:t xml:space="preserve">, </w:t>
            </w:r>
            <w:proofErr w:type="spellStart"/>
            <w:r w:rsidRPr="004543E3">
              <w:t>viên</w:t>
            </w:r>
            <w:proofErr w:type="spellEnd"/>
            <w:r w:rsidRPr="004543E3">
              <w:t xml:space="preserve"> </w:t>
            </w:r>
            <w:proofErr w:type="spellStart"/>
            <w:r w:rsidRPr="004543E3">
              <w:t>chức</w:t>
            </w:r>
            <w:proofErr w:type="spellEnd"/>
            <w:r w:rsidRPr="004543E3">
              <w:t xml:space="preserve">; </w:t>
            </w:r>
            <w:proofErr w:type="spellStart"/>
            <w:r w:rsidRPr="004543E3">
              <w:t>không</w:t>
            </w:r>
            <w:proofErr w:type="spellEnd"/>
            <w:r w:rsidRPr="004543E3">
              <w:t xml:space="preserve"> </w:t>
            </w:r>
            <w:proofErr w:type="spellStart"/>
            <w:r w:rsidRPr="004543E3">
              <w:t>yêu</w:t>
            </w:r>
            <w:proofErr w:type="spellEnd"/>
            <w:r w:rsidRPr="004543E3">
              <w:t xml:space="preserve"> </w:t>
            </w:r>
            <w:proofErr w:type="spellStart"/>
            <w:r w:rsidRPr="004543E3">
              <w:t>cầu</w:t>
            </w:r>
            <w:proofErr w:type="spellEnd"/>
            <w:r w:rsidRPr="004543E3">
              <w:t xml:space="preserve"> ban </w:t>
            </w:r>
            <w:proofErr w:type="spellStart"/>
            <w:r w:rsidRPr="004543E3">
              <w:t>hành</w:t>
            </w:r>
            <w:proofErr w:type="spellEnd"/>
            <w:r w:rsidRPr="004543E3">
              <w:t xml:space="preserve"> Thông </w:t>
            </w:r>
            <w:proofErr w:type="spellStart"/>
            <w:r w:rsidRPr="004543E3">
              <w:t>tư</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mã</w:t>
            </w:r>
            <w:proofErr w:type="spellEnd"/>
            <w:r w:rsidRPr="004543E3">
              <w:t xml:space="preserve"> </w:t>
            </w:r>
            <w:proofErr w:type="spellStart"/>
            <w:r w:rsidRPr="004543E3">
              <w:t>số</w:t>
            </w:r>
            <w:proofErr w:type="spellEnd"/>
            <w:r w:rsidRPr="004543E3">
              <w:t xml:space="preserve">, </w:t>
            </w:r>
            <w:proofErr w:type="spellStart"/>
            <w:r w:rsidRPr="004543E3">
              <w:t>tiêu</w:t>
            </w:r>
            <w:proofErr w:type="spellEnd"/>
            <w:r w:rsidRPr="004543E3">
              <w:t xml:space="preserve"> </w:t>
            </w:r>
            <w:proofErr w:type="spellStart"/>
            <w:r w:rsidRPr="004543E3">
              <w:t>chuẩn</w:t>
            </w:r>
            <w:proofErr w:type="spellEnd"/>
            <w:r w:rsidRPr="004543E3">
              <w:t xml:space="preserve"> </w:t>
            </w:r>
            <w:proofErr w:type="spellStart"/>
            <w:r w:rsidRPr="004543E3">
              <w:t>chuyên</w:t>
            </w:r>
            <w:proofErr w:type="spellEnd"/>
            <w:r w:rsidRPr="004543E3">
              <w:t xml:space="preserve"> </w:t>
            </w:r>
            <w:proofErr w:type="spellStart"/>
            <w:r w:rsidRPr="004543E3">
              <w:t>môn</w:t>
            </w:r>
            <w:proofErr w:type="spellEnd"/>
            <w:r w:rsidRPr="004543E3">
              <w:t xml:space="preserve">, </w:t>
            </w:r>
            <w:proofErr w:type="spellStart"/>
            <w:r w:rsidRPr="004543E3">
              <w:t>nghiệp</w:t>
            </w:r>
            <w:proofErr w:type="spellEnd"/>
            <w:r w:rsidRPr="004543E3">
              <w:t xml:space="preserve"> </w:t>
            </w:r>
            <w:proofErr w:type="spellStart"/>
            <w:r w:rsidRPr="004543E3">
              <w:t>vụ</w:t>
            </w:r>
            <w:proofErr w:type="spellEnd"/>
            <w:r w:rsidRPr="004543E3">
              <w:t xml:space="preserve"> </w:t>
            </w:r>
            <w:proofErr w:type="spellStart"/>
            <w:r w:rsidRPr="004543E3">
              <w:t>ngạch</w:t>
            </w:r>
            <w:proofErr w:type="spellEnd"/>
            <w:r w:rsidRPr="004543E3">
              <w:t xml:space="preserve"> </w:t>
            </w:r>
            <w:proofErr w:type="spellStart"/>
            <w:r w:rsidRPr="004543E3">
              <w:t>công</w:t>
            </w:r>
            <w:proofErr w:type="spellEnd"/>
            <w:r w:rsidRPr="004543E3">
              <w:t xml:space="preserve"> </w:t>
            </w:r>
            <w:proofErr w:type="spellStart"/>
            <w:r w:rsidRPr="004543E3">
              <w:t>chức</w:t>
            </w:r>
            <w:proofErr w:type="spellEnd"/>
            <w:r w:rsidRPr="004543E3">
              <w:t xml:space="preserve">, </w:t>
            </w:r>
            <w:proofErr w:type="spellStart"/>
            <w:r w:rsidRPr="004543E3">
              <w:t>chức</w:t>
            </w:r>
            <w:proofErr w:type="spellEnd"/>
            <w:r w:rsidRPr="004543E3">
              <w:t xml:space="preserve"> </w:t>
            </w:r>
            <w:proofErr w:type="spellStart"/>
            <w:r w:rsidRPr="004543E3">
              <w:t>danh</w:t>
            </w:r>
            <w:proofErr w:type="spellEnd"/>
            <w:r w:rsidRPr="004543E3">
              <w:t xml:space="preserve"> </w:t>
            </w:r>
            <w:proofErr w:type="spellStart"/>
            <w:r w:rsidRPr="004543E3">
              <w:t>nghề</w:t>
            </w:r>
            <w:proofErr w:type="spellEnd"/>
            <w:r w:rsidRPr="004543E3">
              <w:t xml:space="preserve"> </w:t>
            </w:r>
            <w:proofErr w:type="spellStart"/>
            <w:r w:rsidRPr="004543E3">
              <w:t>nghiệp</w:t>
            </w:r>
            <w:proofErr w:type="spellEnd"/>
            <w:r w:rsidRPr="004543E3">
              <w:t xml:space="preserve"> </w:t>
            </w:r>
            <w:proofErr w:type="spellStart"/>
            <w:r w:rsidRPr="004543E3">
              <w:t>viên</w:t>
            </w:r>
            <w:proofErr w:type="spellEnd"/>
            <w:r w:rsidRPr="004543E3">
              <w:t xml:space="preserve"> </w:t>
            </w:r>
            <w:proofErr w:type="spellStart"/>
            <w:r w:rsidRPr="004543E3">
              <w:t>chức</w:t>
            </w:r>
            <w:proofErr w:type="spellEnd"/>
            <w:r w:rsidRPr="004543E3">
              <w:t xml:space="preserve"> </w:t>
            </w:r>
            <w:proofErr w:type="spellStart"/>
            <w:r w:rsidRPr="004543E3">
              <w:t>chuyên</w:t>
            </w:r>
            <w:proofErr w:type="spellEnd"/>
            <w:r w:rsidRPr="004543E3">
              <w:t xml:space="preserve"> </w:t>
            </w:r>
            <w:proofErr w:type="spellStart"/>
            <w:r w:rsidRPr="004543E3">
              <w:t>ngành</w:t>
            </w:r>
            <w:proofErr w:type="spellEnd"/>
            <w:r w:rsidRPr="004543E3">
              <w:t xml:space="preserve">. </w:t>
            </w:r>
          </w:p>
          <w:p w14:paraId="5EAF2754" w14:textId="76F779CC" w:rsidR="004C2B3E" w:rsidRPr="004543E3" w:rsidRDefault="004C2B3E" w:rsidP="00563608">
            <w:pPr>
              <w:spacing w:before="120" w:after="120" w:line="240" w:lineRule="auto"/>
              <w:jc w:val="both"/>
            </w:pPr>
            <w:r w:rsidRPr="004543E3">
              <w:t xml:space="preserve">Tuy </w:t>
            </w:r>
            <w:proofErr w:type="spellStart"/>
            <w:r w:rsidRPr="004543E3">
              <w:t>nhiên</w:t>
            </w:r>
            <w:proofErr w:type="spellEnd"/>
            <w:r w:rsidRPr="004543E3">
              <w:t xml:space="preserve">, </w:t>
            </w:r>
            <w:proofErr w:type="spellStart"/>
            <w:r w:rsidRPr="004543E3">
              <w:t>tại</w:t>
            </w:r>
            <w:proofErr w:type="spellEnd"/>
            <w:r w:rsidRPr="004543E3">
              <w:t xml:space="preserve"> </w:t>
            </w:r>
            <w:proofErr w:type="spellStart"/>
            <w:r w:rsidRPr="004543E3">
              <w:t>khoản</w:t>
            </w:r>
            <w:proofErr w:type="spellEnd"/>
            <w:r w:rsidRPr="004543E3">
              <w:t xml:space="preserve"> 4 </w:t>
            </w:r>
            <w:proofErr w:type="spellStart"/>
            <w:r w:rsidRPr="004543E3">
              <w:t>Điều</w:t>
            </w:r>
            <w:proofErr w:type="spellEnd"/>
            <w:r w:rsidRPr="004543E3">
              <w:t xml:space="preserve"> 16 </w:t>
            </w:r>
            <w:proofErr w:type="spellStart"/>
            <w:r w:rsidRPr="004543E3">
              <w:t>Nghị</w:t>
            </w:r>
            <w:proofErr w:type="spellEnd"/>
            <w:r w:rsidRPr="004543E3">
              <w:t xml:space="preserve"> </w:t>
            </w:r>
            <w:proofErr w:type="spellStart"/>
            <w:r w:rsidRPr="004543E3">
              <w:t>định</w:t>
            </w:r>
            <w:proofErr w:type="spellEnd"/>
            <w:r w:rsidRPr="004543E3">
              <w:t xml:space="preserve"> </w:t>
            </w:r>
            <w:proofErr w:type="spellStart"/>
            <w:r w:rsidRPr="004543E3">
              <w:t>số</w:t>
            </w:r>
            <w:proofErr w:type="spellEnd"/>
            <w:r w:rsidRPr="004543E3">
              <w:t xml:space="preserve"> 37/2025/NĐ-CP </w:t>
            </w:r>
            <w:proofErr w:type="spellStart"/>
            <w:r w:rsidRPr="004543E3">
              <w:t>ngày</w:t>
            </w:r>
            <w:proofErr w:type="spellEnd"/>
            <w:r w:rsidRPr="004543E3">
              <w:t xml:space="preserve"> 23/01/2026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Mã</w:t>
            </w:r>
            <w:proofErr w:type="spellEnd"/>
            <w:r w:rsidRPr="004543E3">
              <w:t xml:space="preserve"> </w:t>
            </w:r>
            <w:proofErr w:type="spellStart"/>
            <w:r w:rsidRPr="004543E3">
              <w:t>số</w:t>
            </w:r>
            <w:proofErr w:type="spellEnd"/>
            <w:r w:rsidRPr="004543E3">
              <w:t xml:space="preserve">, </w:t>
            </w:r>
            <w:proofErr w:type="spellStart"/>
            <w:r w:rsidRPr="004543E3">
              <w:t>tiêu</w:t>
            </w:r>
            <w:proofErr w:type="spellEnd"/>
            <w:r w:rsidRPr="004543E3">
              <w:t xml:space="preserve"> </w:t>
            </w:r>
            <w:proofErr w:type="spellStart"/>
            <w:r w:rsidRPr="004543E3">
              <w:t>chuẩn</w:t>
            </w:r>
            <w:proofErr w:type="spellEnd"/>
            <w:r w:rsidRPr="004543E3">
              <w:t xml:space="preserve"> </w:t>
            </w:r>
            <w:proofErr w:type="spellStart"/>
            <w:r w:rsidRPr="004543E3">
              <w:t>chuyên</w:t>
            </w:r>
            <w:proofErr w:type="spellEnd"/>
            <w:r w:rsidRPr="004543E3">
              <w:t xml:space="preserve"> </w:t>
            </w:r>
            <w:proofErr w:type="spellStart"/>
            <w:r w:rsidRPr="004543E3">
              <w:t>môn</w:t>
            </w:r>
            <w:proofErr w:type="spellEnd"/>
            <w:r w:rsidRPr="004543E3">
              <w:t xml:space="preserve">, </w:t>
            </w:r>
            <w:proofErr w:type="spellStart"/>
            <w:r w:rsidRPr="004543E3">
              <w:t>nghiệp</w:t>
            </w:r>
            <w:proofErr w:type="spellEnd"/>
            <w:r w:rsidRPr="004543E3">
              <w:t xml:space="preserve"> </w:t>
            </w:r>
            <w:proofErr w:type="spellStart"/>
            <w:r w:rsidRPr="004543E3">
              <w:t>vụ</w:t>
            </w:r>
            <w:proofErr w:type="spellEnd"/>
            <w:r w:rsidRPr="004543E3">
              <w:t xml:space="preserve"> </w:t>
            </w:r>
            <w:proofErr w:type="spellStart"/>
            <w:r w:rsidRPr="004543E3">
              <w:t>và</w:t>
            </w:r>
            <w:proofErr w:type="spellEnd"/>
            <w:r w:rsidRPr="004543E3">
              <w:t xml:space="preserve"> </w:t>
            </w:r>
            <w:proofErr w:type="spellStart"/>
            <w:r w:rsidRPr="004543E3">
              <w:t>chức</w:t>
            </w:r>
            <w:proofErr w:type="spellEnd"/>
            <w:r w:rsidRPr="004543E3">
              <w:t xml:space="preserve"> </w:t>
            </w:r>
            <w:proofErr w:type="spellStart"/>
            <w:r w:rsidRPr="004543E3">
              <w:t>danh</w:t>
            </w:r>
            <w:proofErr w:type="spellEnd"/>
            <w:r w:rsidRPr="004543E3">
              <w:t xml:space="preserve"> </w:t>
            </w:r>
            <w:proofErr w:type="spellStart"/>
            <w:r w:rsidRPr="004543E3">
              <w:t>nghề</w:t>
            </w:r>
            <w:proofErr w:type="spellEnd"/>
            <w:r w:rsidRPr="004543E3">
              <w:t xml:space="preserve"> </w:t>
            </w:r>
            <w:proofErr w:type="spellStart"/>
            <w:r w:rsidRPr="004543E3">
              <w:t>nghiệp</w:t>
            </w:r>
            <w:proofErr w:type="spellEnd"/>
            <w:r w:rsidRPr="004543E3">
              <w:t xml:space="preserve"> </w:t>
            </w:r>
            <w:proofErr w:type="spellStart"/>
            <w:r w:rsidRPr="004543E3">
              <w:t>đối</w:t>
            </w:r>
            <w:proofErr w:type="spellEnd"/>
            <w:r w:rsidRPr="004543E3">
              <w:t xml:space="preserve"> </w:t>
            </w:r>
            <w:proofErr w:type="spellStart"/>
            <w:r w:rsidRPr="004543E3">
              <w:t>với</w:t>
            </w:r>
            <w:proofErr w:type="spellEnd"/>
            <w:r w:rsidRPr="004543E3">
              <w:t xml:space="preserve"> </w:t>
            </w:r>
            <w:proofErr w:type="spellStart"/>
            <w:r w:rsidRPr="004543E3">
              <w:t>các</w:t>
            </w:r>
            <w:proofErr w:type="spellEnd"/>
            <w:r w:rsidRPr="004543E3">
              <w:t xml:space="preserve"> </w:t>
            </w:r>
            <w:proofErr w:type="spellStart"/>
            <w:r w:rsidRPr="004543E3">
              <w:t>ngạch</w:t>
            </w:r>
            <w:proofErr w:type="spellEnd"/>
            <w:r w:rsidRPr="004543E3">
              <w:t xml:space="preserve"> </w:t>
            </w:r>
            <w:proofErr w:type="spellStart"/>
            <w:r w:rsidRPr="004543E3">
              <w:t>công</w:t>
            </w:r>
            <w:proofErr w:type="spellEnd"/>
            <w:r w:rsidRPr="004543E3">
              <w:t xml:space="preserve"> </w:t>
            </w:r>
            <w:proofErr w:type="spellStart"/>
            <w:r w:rsidRPr="004543E3">
              <w:t>chức</w:t>
            </w:r>
            <w:proofErr w:type="spellEnd"/>
            <w:r w:rsidRPr="004543E3">
              <w:t xml:space="preserve">, </w:t>
            </w:r>
            <w:proofErr w:type="spellStart"/>
            <w:r w:rsidRPr="004543E3">
              <w:t>viên</w:t>
            </w:r>
            <w:proofErr w:type="spellEnd"/>
            <w:r w:rsidRPr="004543E3">
              <w:t xml:space="preserve"> </w:t>
            </w:r>
            <w:proofErr w:type="spellStart"/>
            <w:r w:rsidRPr="004543E3">
              <w:t>chức</w:t>
            </w:r>
            <w:proofErr w:type="spellEnd"/>
            <w:r w:rsidRPr="004543E3">
              <w:t xml:space="preserve">, </w:t>
            </w:r>
            <w:proofErr w:type="spellStart"/>
            <w:r w:rsidRPr="004543E3">
              <w:t>chuyên</w:t>
            </w:r>
            <w:proofErr w:type="spellEnd"/>
            <w:r w:rsidRPr="004543E3">
              <w:t xml:space="preserve"> </w:t>
            </w:r>
            <w:proofErr w:type="spellStart"/>
            <w:r w:rsidRPr="004543E3">
              <w:t>ngành</w:t>
            </w:r>
            <w:proofErr w:type="spellEnd"/>
            <w:r w:rsidRPr="004543E3">
              <w:t xml:space="preserve"> </w:t>
            </w:r>
            <w:proofErr w:type="spellStart"/>
            <w:r w:rsidRPr="004543E3">
              <w:t>kiểm</w:t>
            </w:r>
            <w:proofErr w:type="spellEnd"/>
            <w:r w:rsidRPr="004543E3">
              <w:t xml:space="preserve"> </w:t>
            </w:r>
            <w:proofErr w:type="spellStart"/>
            <w:r w:rsidRPr="004543E3">
              <w:t>soát</w:t>
            </w:r>
            <w:proofErr w:type="spellEnd"/>
            <w:r w:rsidRPr="004543E3">
              <w:rPr>
                <w:rFonts w:cs="Times New Roman"/>
                <w:sz w:val="28"/>
                <w:szCs w:val="28"/>
              </w:rPr>
              <w:t xml:space="preserve"> </w:t>
            </w:r>
            <w:proofErr w:type="spellStart"/>
            <w:r w:rsidRPr="004543E3">
              <w:t>viên</w:t>
            </w:r>
            <w:proofErr w:type="spellEnd"/>
            <w:r w:rsidRPr="004543E3">
              <w:t xml:space="preserve"> </w:t>
            </w:r>
            <w:proofErr w:type="spellStart"/>
            <w:r w:rsidRPr="004543E3">
              <w:t>chất</w:t>
            </w:r>
            <w:proofErr w:type="spellEnd"/>
            <w:r w:rsidRPr="004543E3">
              <w:t xml:space="preserve"> </w:t>
            </w:r>
            <w:proofErr w:type="spellStart"/>
            <w:r w:rsidRPr="004543E3">
              <w:t>lượng</w:t>
            </w:r>
            <w:proofErr w:type="spellEnd"/>
            <w:r w:rsidRPr="004543E3">
              <w:t xml:space="preserve"> </w:t>
            </w:r>
            <w:proofErr w:type="spellStart"/>
            <w:r w:rsidRPr="004543E3">
              <w:t>sản</w:t>
            </w:r>
            <w:proofErr w:type="spellEnd"/>
            <w:r w:rsidRPr="004543E3">
              <w:t xml:space="preserve"> </w:t>
            </w:r>
            <w:proofErr w:type="spellStart"/>
            <w:r w:rsidRPr="004543E3">
              <w:t>phẩm</w:t>
            </w:r>
            <w:proofErr w:type="spellEnd"/>
            <w:r w:rsidRPr="004543E3">
              <w:t xml:space="preserve">, </w:t>
            </w:r>
            <w:proofErr w:type="spellStart"/>
            <w:r w:rsidRPr="004543E3">
              <w:t>hàng</w:t>
            </w:r>
            <w:proofErr w:type="spellEnd"/>
            <w:r w:rsidRPr="004543E3">
              <w:t xml:space="preserve"> </w:t>
            </w:r>
            <w:proofErr w:type="spellStart"/>
            <w:r w:rsidRPr="004543E3">
              <w:t>hóa</w:t>
            </w:r>
            <w:proofErr w:type="spellEnd"/>
            <w:r w:rsidRPr="004543E3">
              <w:t xml:space="preserve"> do </w:t>
            </w:r>
            <w:proofErr w:type="spellStart"/>
            <w:r w:rsidRPr="004543E3">
              <w:t>Bộ</w:t>
            </w:r>
            <w:proofErr w:type="spellEnd"/>
            <w:r w:rsidRPr="004543E3">
              <w:t xml:space="preserve"> Khoa </w:t>
            </w:r>
            <w:proofErr w:type="spellStart"/>
            <w:r w:rsidRPr="004543E3">
              <w:t>học</w:t>
            </w:r>
            <w:proofErr w:type="spellEnd"/>
            <w:r w:rsidRPr="004543E3">
              <w:t xml:space="preserve"> </w:t>
            </w:r>
            <w:proofErr w:type="spellStart"/>
            <w:r w:rsidRPr="004543E3">
              <w:t>và</w:t>
            </w:r>
            <w:proofErr w:type="spellEnd"/>
            <w:r w:rsidRPr="004543E3">
              <w:t xml:space="preserve"> Công </w:t>
            </w:r>
            <w:proofErr w:type="spellStart"/>
            <w:r w:rsidRPr="004543E3">
              <w:t>nghệ</w:t>
            </w:r>
            <w:proofErr w:type="spellEnd"/>
            <w:r w:rsidRPr="004543E3">
              <w:t xml:space="preserve"> </w:t>
            </w:r>
            <w:proofErr w:type="spellStart"/>
            <w:r w:rsidRPr="004543E3">
              <w:t>chủ</w:t>
            </w:r>
            <w:proofErr w:type="spellEnd"/>
            <w:r w:rsidRPr="004543E3">
              <w:t xml:space="preserve"> </w:t>
            </w:r>
            <w:proofErr w:type="spellStart"/>
            <w:r w:rsidRPr="004543E3">
              <w:t>trì</w:t>
            </w:r>
            <w:proofErr w:type="spellEnd"/>
            <w:r w:rsidRPr="004543E3">
              <w:t xml:space="preserve">, </w:t>
            </w:r>
            <w:proofErr w:type="spellStart"/>
            <w:r w:rsidRPr="004543E3">
              <w:t>phối</w:t>
            </w:r>
            <w:proofErr w:type="spellEnd"/>
            <w:r w:rsidRPr="004543E3">
              <w:t xml:space="preserve"> </w:t>
            </w:r>
            <w:proofErr w:type="spellStart"/>
            <w:r w:rsidRPr="004543E3">
              <w:t>hợp</w:t>
            </w:r>
            <w:proofErr w:type="spellEnd"/>
            <w:r w:rsidRPr="004543E3">
              <w:t xml:space="preserve"> </w:t>
            </w:r>
            <w:proofErr w:type="spellStart"/>
            <w:r w:rsidRPr="004543E3">
              <w:t>với</w:t>
            </w:r>
            <w:proofErr w:type="spellEnd"/>
            <w:r w:rsidRPr="004543E3">
              <w:t xml:space="preserve"> </w:t>
            </w:r>
            <w:proofErr w:type="spellStart"/>
            <w:r w:rsidRPr="004543E3">
              <w:t>các</w:t>
            </w:r>
            <w:proofErr w:type="spellEnd"/>
            <w:r w:rsidRPr="004543E3">
              <w:t xml:space="preserve"> </w:t>
            </w:r>
            <w:proofErr w:type="spellStart"/>
            <w:r w:rsidRPr="004543E3">
              <w:t>bộ</w:t>
            </w:r>
            <w:proofErr w:type="spellEnd"/>
            <w:r w:rsidRPr="004543E3">
              <w:t xml:space="preserve">, </w:t>
            </w:r>
            <w:proofErr w:type="spellStart"/>
            <w:r w:rsidRPr="004543E3">
              <w:t>cơ</w:t>
            </w:r>
            <w:proofErr w:type="spellEnd"/>
            <w:r w:rsidRPr="004543E3">
              <w:t xml:space="preserve"> </w:t>
            </w:r>
            <w:proofErr w:type="spellStart"/>
            <w:r w:rsidRPr="004543E3">
              <w:t>quan</w:t>
            </w:r>
            <w:proofErr w:type="spellEnd"/>
            <w:r w:rsidRPr="004543E3">
              <w:t xml:space="preserve"> </w:t>
            </w:r>
            <w:proofErr w:type="spellStart"/>
            <w:r w:rsidRPr="004543E3">
              <w:t>ngang</w:t>
            </w:r>
            <w:proofErr w:type="spellEnd"/>
            <w:r w:rsidRPr="004543E3">
              <w:t xml:space="preserve"> </w:t>
            </w:r>
            <w:proofErr w:type="spellStart"/>
            <w:r w:rsidRPr="004543E3">
              <w:t>bộ</w:t>
            </w:r>
            <w:proofErr w:type="spellEnd"/>
            <w:r w:rsidRPr="004543E3">
              <w:t xml:space="preserve">, Ban </w:t>
            </w:r>
            <w:proofErr w:type="spellStart"/>
            <w:r w:rsidRPr="004543E3">
              <w:t>Cơ</w:t>
            </w:r>
            <w:proofErr w:type="spellEnd"/>
            <w:r w:rsidRPr="004543E3">
              <w:t xml:space="preserve"> </w:t>
            </w:r>
            <w:proofErr w:type="spellStart"/>
            <w:r w:rsidRPr="004543E3">
              <w:t>yếu</w:t>
            </w:r>
            <w:proofErr w:type="spellEnd"/>
            <w:r w:rsidRPr="004543E3">
              <w:t xml:space="preserve"> </w:t>
            </w:r>
            <w:proofErr w:type="spellStart"/>
            <w:r w:rsidRPr="004543E3">
              <w:t>Chính</w:t>
            </w:r>
            <w:proofErr w:type="spellEnd"/>
            <w:r w:rsidRPr="004543E3">
              <w:t xml:space="preserve"> </w:t>
            </w:r>
            <w:proofErr w:type="spellStart"/>
            <w:r w:rsidRPr="004543E3">
              <w:t>phủ</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Mã</w:t>
            </w:r>
            <w:proofErr w:type="spellEnd"/>
            <w:r w:rsidRPr="004543E3">
              <w:t xml:space="preserve"> </w:t>
            </w:r>
            <w:proofErr w:type="spellStart"/>
            <w:r w:rsidRPr="004543E3">
              <w:t>số</w:t>
            </w:r>
            <w:proofErr w:type="spellEnd"/>
            <w:r w:rsidRPr="004543E3">
              <w:t xml:space="preserve">, </w:t>
            </w:r>
            <w:proofErr w:type="spellStart"/>
            <w:r w:rsidRPr="004543E3">
              <w:t>tiêu</w:t>
            </w:r>
            <w:proofErr w:type="spellEnd"/>
            <w:r w:rsidRPr="004543E3">
              <w:t xml:space="preserve"> </w:t>
            </w:r>
            <w:proofErr w:type="spellStart"/>
            <w:r w:rsidRPr="004543E3">
              <w:t>chuẩn</w:t>
            </w:r>
            <w:proofErr w:type="spellEnd"/>
            <w:r w:rsidRPr="004543E3">
              <w:t xml:space="preserve"> </w:t>
            </w:r>
            <w:proofErr w:type="spellStart"/>
            <w:r w:rsidRPr="004543E3">
              <w:t>chuyên</w:t>
            </w:r>
            <w:proofErr w:type="spellEnd"/>
            <w:r w:rsidRPr="004543E3">
              <w:t xml:space="preserve"> </w:t>
            </w:r>
            <w:proofErr w:type="spellStart"/>
            <w:r w:rsidRPr="004543E3">
              <w:t>môn</w:t>
            </w:r>
            <w:proofErr w:type="spellEnd"/>
            <w:r w:rsidRPr="004543E3">
              <w:t xml:space="preserve">, </w:t>
            </w:r>
            <w:proofErr w:type="spellStart"/>
            <w:r w:rsidRPr="004543E3">
              <w:t>nghiệp</w:t>
            </w:r>
            <w:proofErr w:type="spellEnd"/>
            <w:r w:rsidRPr="004543E3">
              <w:t xml:space="preserve"> </w:t>
            </w:r>
            <w:proofErr w:type="spellStart"/>
            <w:r w:rsidRPr="004543E3">
              <w:t>vụ</w:t>
            </w:r>
            <w:proofErr w:type="spellEnd"/>
            <w:r w:rsidRPr="004543E3">
              <w:t xml:space="preserve"> </w:t>
            </w:r>
            <w:proofErr w:type="spellStart"/>
            <w:r w:rsidRPr="004543E3">
              <w:t>và</w:t>
            </w:r>
            <w:proofErr w:type="spellEnd"/>
            <w:r w:rsidRPr="004543E3">
              <w:t xml:space="preserve"> </w:t>
            </w:r>
            <w:proofErr w:type="spellStart"/>
            <w:r w:rsidRPr="004543E3">
              <w:t>chức</w:t>
            </w:r>
            <w:proofErr w:type="spellEnd"/>
            <w:r w:rsidRPr="004543E3">
              <w:t xml:space="preserve"> </w:t>
            </w:r>
            <w:proofErr w:type="spellStart"/>
            <w:r w:rsidRPr="004543E3">
              <w:t>danh</w:t>
            </w:r>
            <w:proofErr w:type="spellEnd"/>
            <w:r w:rsidRPr="004543E3">
              <w:t xml:space="preserve"> </w:t>
            </w:r>
            <w:proofErr w:type="spellStart"/>
            <w:r w:rsidRPr="004543E3">
              <w:t>nghề</w:t>
            </w:r>
            <w:proofErr w:type="spellEnd"/>
            <w:r w:rsidRPr="004543E3">
              <w:t xml:space="preserve"> </w:t>
            </w:r>
            <w:proofErr w:type="spellStart"/>
            <w:r w:rsidRPr="004543E3">
              <w:t>nghiệp</w:t>
            </w:r>
            <w:proofErr w:type="spellEnd"/>
            <w:r w:rsidRPr="004543E3">
              <w:t xml:space="preserve"> </w:t>
            </w:r>
            <w:proofErr w:type="spellStart"/>
            <w:r w:rsidRPr="004543E3">
              <w:t>của</w:t>
            </w:r>
            <w:proofErr w:type="spellEnd"/>
            <w:r w:rsidRPr="004543E3">
              <w:t xml:space="preserve"> </w:t>
            </w:r>
            <w:proofErr w:type="spellStart"/>
            <w:r w:rsidRPr="004543E3">
              <w:t>sĩ</w:t>
            </w:r>
            <w:proofErr w:type="spellEnd"/>
            <w:r w:rsidRPr="004543E3">
              <w:t xml:space="preserve"> </w:t>
            </w:r>
            <w:proofErr w:type="spellStart"/>
            <w:r w:rsidRPr="004543E3">
              <w:t>quan</w:t>
            </w:r>
            <w:proofErr w:type="spellEnd"/>
            <w:r w:rsidRPr="004543E3">
              <w:t xml:space="preserve"> </w:t>
            </w:r>
            <w:proofErr w:type="spellStart"/>
            <w:r w:rsidRPr="004543E3">
              <w:t>trong</w:t>
            </w:r>
            <w:proofErr w:type="spellEnd"/>
            <w:r w:rsidRPr="004543E3">
              <w:t xml:space="preserve"> </w:t>
            </w:r>
            <w:proofErr w:type="spellStart"/>
            <w:r w:rsidRPr="004543E3">
              <w:t>lực</w:t>
            </w:r>
            <w:proofErr w:type="spellEnd"/>
            <w:r w:rsidRPr="004543E3">
              <w:t xml:space="preserve"> </w:t>
            </w:r>
            <w:proofErr w:type="spellStart"/>
            <w:r w:rsidRPr="004543E3">
              <w:t>lượng</w:t>
            </w:r>
            <w:proofErr w:type="spellEnd"/>
            <w:r w:rsidRPr="004543E3">
              <w:t xml:space="preserve"> </w:t>
            </w:r>
            <w:proofErr w:type="spellStart"/>
            <w:r w:rsidRPr="004543E3">
              <w:t>vũ</w:t>
            </w:r>
            <w:proofErr w:type="spellEnd"/>
            <w:r w:rsidRPr="004543E3">
              <w:t xml:space="preserve"> </w:t>
            </w:r>
            <w:proofErr w:type="spellStart"/>
            <w:r w:rsidRPr="004543E3">
              <w:t>trang</w:t>
            </w:r>
            <w:proofErr w:type="spellEnd"/>
            <w:r w:rsidRPr="004543E3">
              <w:t xml:space="preserve"> </w:t>
            </w:r>
            <w:proofErr w:type="spellStart"/>
            <w:r w:rsidRPr="004543E3">
              <w:t>nhân</w:t>
            </w:r>
            <w:proofErr w:type="spellEnd"/>
            <w:r w:rsidRPr="004543E3">
              <w:t xml:space="preserve"> </w:t>
            </w:r>
            <w:proofErr w:type="spellStart"/>
            <w:r w:rsidRPr="004543E3">
              <w:t>dân</w:t>
            </w:r>
            <w:proofErr w:type="spellEnd"/>
            <w:r w:rsidRPr="004543E3">
              <w:t xml:space="preserve"> </w:t>
            </w:r>
            <w:proofErr w:type="spellStart"/>
            <w:r w:rsidRPr="004543E3">
              <w:t>chuyên</w:t>
            </w:r>
            <w:proofErr w:type="spellEnd"/>
            <w:r w:rsidRPr="004543E3">
              <w:t xml:space="preserve"> </w:t>
            </w:r>
            <w:proofErr w:type="spellStart"/>
            <w:r w:rsidRPr="004543E3">
              <w:t>ngành</w:t>
            </w:r>
            <w:proofErr w:type="spellEnd"/>
            <w:r w:rsidRPr="004543E3">
              <w:t xml:space="preserve"> </w:t>
            </w:r>
            <w:proofErr w:type="spellStart"/>
            <w:r w:rsidRPr="004543E3">
              <w:t>kiểm</w:t>
            </w:r>
            <w:proofErr w:type="spellEnd"/>
            <w:r w:rsidRPr="004543E3">
              <w:t xml:space="preserve"> </w:t>
            </w:r>
            <w:proofErr w:type="spellStart"/>
            <w:r w:rsidRPr="004543E3">
              <w:t>soát</w:t>
            </w:r>
            <w:proofErr w:type="spellEnd"/>
            <w:r w:rsidRPr="004543E3">
              <w:t xml:space="preserve"> </w:t>
            </w:r>
            <w:proofErr w:type="spellStart"/>
            <w:r w:rsidRPr="004543E3">
              <w:t>viên</w:t>
            </w:r>
            <w:proofErr w:type="spellEnd"/>
            <w:r w:rsidRPr="004543E3">
              <w:t xml:space="preserve"> </w:t>
            </w:r>
            <w:proofErr w:type="spellStart"/>
            <w:r w:rsidRPr="004543E3">
              <w:t>chất</w:t>
            </w:r>
            <w:proofErr w:type="spellEnd"/>
            <w:r w:rsidRPr="004543E3">
              <w:t xml:space="preserve"> </w:t>
            </w:r>
            <w:proofErr w:type="spellStart"/>
            <w:r w:rsidRPr="004543E3">
              <w:t>lượng</w:t>
            </w:r>
            <w:proofErr w:type="spellEnd"/>
            <w:r w:rsidRPr="004543E3">
              <w:t xml:space="preserve"> </w:t>
            </w:r>
            <w:proofErr w:type="spellStart"/>
            <w:r w:rsidRPr="004543E3">
              <w:t>sản</w:t>
            </w:r>
            <w:proofErr w:type="spellEnd"/>
            <w:r w:rsidRPr="004543E3">
              <w:t xml:space="preserve"> </w:t>
            </w:r>
            <w:proofErr w:type="spellStart"/>
            <w:r w:rsidRPr="004543E3">
              <w:t>phẩm</w:t>
            </w:r>
            <w:proofErr w:type="spellEnd"/>
            <w:r w:rsidRPr="004543E3">
              <w:t xml:space="preserve">, </w:t>
            </w:r>
            <w:proofErr w:type="spellStart"/>
            <w:r w:rsidRPr="004543E3">
              <w:t>hàng</w:t>
            </w:r>
            <w:proofErr w:type="spellEnd"/>
            <w:r w:rsidRPr="004543E3">
              <w:t xml:space="preserve"> </w:t>
            </w:r>
            <w:proofErr w:type="spellStart"/>
            <w:r w:rsidRPr="004543E3">
              <w:lastRenderedPageBreak/>
              <w:t>hóa</w:t>
            </w:r>
            <w:proofErr w:type="spellEnd"/>
            <w:r w:rsidRPr="004543E3">
              <w:t xml:space="preserve"> do </w:t>
            </w:r>
            <w:proofErr w:type="spellStart"/>
            <w:r w:rsidRPr="004543E3">
              <w:t>Bộ</w:t>
            </w:r>
            <w:proofErr w:type="spellEnd"/>
            <w:r w:rsidRPr="004543E3">
              <w:t xml:space="preserve"> </w:t>
            </w:r>
            <w:proofErr w:type="spellStart"/>
            <w:r w:rsidRPr="004543E3">
              <w:t>trưởng</w:t>
            </w:r>
            <w:proofErr w:type="spellEnd"/>
            <w:r w:rsidRPr="004543E3">
              <w:t xml:space="preserve"> </w:t>
            </w:r>
            <w:proofErr w:type="spellStart"/>
            <w:r w:rsidRPr="004543E3">
              <w:t>Bộ</w:t>
            </w:r>
            <w:proofErr w:type="spellEnd"/>
            <w:r w:rsidRPr="004543E3">
              <w:t xml:space="preserve"> Công an, </w:t>
            </w:r>
            <w:proofErr w:type="spellStart"/>
            <w:r w:rsidRPr="004543E3">
              <w:t>Bộ</w:t>
            </w:r>
            <w:proofErr w:type="spellEnd"/>
            <w:r w:rsidRPr="004543E3">
              <w:t xml:space="preserve"> </w:t>
            </w:r>
            <w:proofErr w:type="spellStart"/>
            <w:r w:rsidRPr="004543E3">
              <w:t>trưởng</w:t>
            </w:r>
            <w:proofErr w:type="spellEnd"/>
            <w:r w:rsidRPr="004543E3">
              <w:t xml:space="preserve"> </w:t>
            </w:r>
            <w:proofErr w:type="spellStart"/>
            <w:r w:rsidRPr="004543E3">
              <w:t>Bộ</w:t>
            </w:r>
            <w:proofErr w:type="spellEnd"/>
            <w:r w:rsidRPr="004543E3">
              <w:t xml:space="preserve"> Quốc </w:t>
            </w:r>
            <w:proofErr w:type="spellStart"/>
            <w:r w:rsidRPr="004543E3">
              <w:t>phòng</w:t>
            </w:r>
            <w:proofErr w:type="spellEnd"/>
            <w:r w:rsidRPr="004543E3">
              <w:t xml:space="preserve"> ban </w:t>
            </w:r>
            <w:proofErr w:type="spellStart"/>
            <w:r w:rsidRPr="004543E3">
              <w:t>hành</w:t>
            </w:r>
            <w:proofErr w:type="spellEnd"/>
            <w:r w:rsidRPr="004543E3">
              <w:t xml:space="preserve"> </w:t>
            </w:r>
            <w:proofErr w:type="spellStart"/>
            <w:r w:rsidRPr="004543E3">
              <w:t>sau</w:t>
            </w:r>
            <w:proofErr w:type="spellEnd"/>
            <w:r w:rsidRPr="004543E3">
              <w:t xml:space="preserve"> </w:t>
            </w:r>
            <w:proofErr w:type="spellStart"/>
            <w:r w:rsidRPr="004543E3">
              <w:t>khi</w:t>
            </w:r>
            <w:proofErr w:type="spellEnd"/>
            <w:r w:rsidRPr="004543E3">
              <w:t xml:space="preserve"> </w:t>
            </w:r>
            <w:proofErr w:type="spellStart"/>
            <w:r w:rsidRPr="004543E3">
              <w:t>có</w:t>
            </w:r>
            <w:proofErr w:type="spellEnd"/>
            <w:r w:rsidRPr="004543E3">
              <w:t xml:space="preserve"> ý </w:t>
            </w:r>
            <w:proofErr w:type="spellStart"/>
            <w:r w:rsidRPr="004543E3">
              <w:t>kiến</w:t>
            </w:r>
            <w:proofErr w:type="spellEnd"/>
            <w:r w:rsidRPr="004543E3">
              <w:t xml:space="preserve"> </w:t>
            </w:r>
            <w:proofErr w:type="spellStart"/>
            <w:r w:rsidRPr="004543E3">
              <w:t>thống</w:t>
            </w:r>
            <w:proofErr w:type="spellEnd"/>
            <w:r w:rsidRPr="004543E3">
              <w:t xml:space="preserve"> </w:t>
            </w:r>
            <w:proofErr w:type="spellStart"/>
            <w:r w:rsidRPr="004543E3">
              <w:t>nhất</w:t>
            </w:r>
            <w:proofErr w:type="spellEnd"/>
            <w:r w:rsidRPr="004543E3">
              <w:t xml:space="preserve"> </w:t>
            </w:r>
            <w:proofErr w:type="spellStart"/>
            <w:r w:rsidRPr="004543E3">
              <w:t>của</w:t>
            </w:r>
            <w:proofErr w:type="spellEnd"/>
            <w:r w:rsidRPr="004543E3">
              <w:t xml:space="preserve"> </w:t>
            </w:r>
            <w:proofErr w:type="spellStart"/>
            <w:r w:rsidRPr="004543E3">
              <w:t>Bộ</w:t>
            </w:r>
            <w:proofErr w:type="spellEnd"/>
            <w:r w:rsidRPr="004543E3">
              <w:t xml:space="preserve"> Khoa </w:t>
            </w:r>
            <w:proofErr w:type="spellStart"/>
            <w:r w:rsidRPr="004543E3">
              <w:t>học</w:t>
            </w:r>
            <w:proofErr w:type="spellEnd"/>
            <w:r w:rsidRPr="004543E3">
              <w:t xml:space="preserve"> </w:t>
            </w:r>
            <w:proofErr w:type="spellStart"/>
            <w:r w:rsidRPr="004543E3">
              <w:t>và</w:t>
            </w:r>
            <w:proofErr w:type="spellEnd"/>
            <w:r w:rsidRPr="004543E3">
              <w:t xml:space="preserve"> Công </w:t>
            </w:r>
            <w:proofErr w:type="spellStart"/>
            <w:r w:rsidRPr="004543E3">
              <w:t>nghệ</w:t>
            </w:r>
            <w:proofErr w:type="spellEnd"/>
            <w:r w:rsidRPr="004543E3">
              <w:t xml:space="preserve">”. </w:t>
            </w:r>
            <w:proofErr w:type="spellStart"/>
            <w:r w:rsidRPr="004543E3">
              <w:t>Vì</w:t>
            </w:r>
            <w:proofErr w:type="spellEnd"/>
            <w:r w:rsidRPr="004543E3">
              <w:t xml:space="preserve"> </w:t>
            </w:r>
            <w:proofErr w:type="spellStart"/>
            <w:r w:rsidRPr="004543E3">
              <w:t>vậy</w:t>
            </w:r>
            <w:proofErr w:type="spellEnd"/>
            <w:r w:rsidRPr="004543E3">
              <w:t xml:space="preserve">,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Bộ</w:t>
            </w:r>
            <w:proofErr w:type="spellEnd"/>
            <w:r w:rsidRPr="004543E3">
              <w:t xml:space="preserve"> Khoa </w:t>
            </w:r>
            <w:proofErr w:type="spellStart"/>
            <w:r w:rsidRPr="004543E3">
              <w:t>học</w:t>
            </w:r>
            <w:proofErr w:type="spellEnd"/>
            <w:r w:rsidRPr="004543E3">
              <w:t xml:space="preserve"> </w:t>
            </w:r>
            <w:proofErr w:type="spellStart"/>
            <w:r w:rsidRPr="004543E3">
              <w:t>và</w:t>
            </w:r>
            <w:proofErr w:type="spellEnd"/>
            <w:r w:rsidRPr="004543E3">
              <w:t xml:space="preserve"> Công </w:t>
            </w:r>
            <w:proofErr w:type="spellStart"/>
            <w:r w:rsidRPr="004543E3">
              <w:t>nghệ</w:t>
            </w:r>
            <w:proofErr w:type="spellEnd"/>
            <w:r w:rsidRPr="004543E3">
              <w:t xml:space="preserve"> </w:t>
            </w:r>
            <w:proofErr w:type="spellStart"/>
            <w:r w:rsidRPr="004543E3">
              <w:t>rà</w:t>
            </w:r>
            <w:proofErr w:type="spellEnd"/>
            <w:r w:rsidRPr="004543E3">
              <w:t xml:space="preserve"> </w:t>
            </w:r>
            <w:proofErr w:type="spellStart"/>
            <w:r w:rsidRPr="004543E3">
              <w:t>soát</w:t>
            </w:r>
            <w:proofErr w:type="spellEnd"/>
            <w:r w:rsidRPr="004543E3">
              <w:t xml:space="preserve"> </w:t>
            </w:r>
            <w:proofErr w:type="spellStart"/>
            <w:r w:rsidRPr="004543E3">
              <w:t>các</w:t>
            </w:r>
            <w:proofErr w:type="spellEnd"/>
            <w:r w:rsidRPr="004543E3">
              <w:t xml:space="preserve"> </w:t>
            </w:r>
            <w:proofErr w:type="spellStart"/>
            <w:r w:rsidRPr="004543E3">
              <w:t>văn</w:t>
            </w:r>
            <w:proofErr w:type="spellEnd"/>
            <w:r w:rsidRPr="004543E3">
              <w:t xml:space="preserve"> </w:t>
            </w:r>
            <w:proofErr w:type="spellStart"/>
            <w:r w:rsidRPr="004543E3">
              <w:t>bản</w:t>
            </w:r>
            <w:proofErr w:type="spellEnd"/>
            <w:r w:rsidRPr="004543E3">
              <w:t xml:space="preserve"> </w:t>
            </w:r>
            <w:proofErr w:type="spellStart"/>
            <w:r w:rsidRPr="004543E3">
              <w:t>quy</w:t>
            </w:r>
            <w:proofErr w:type="spellEnd"/>
            <w:r w:rsidRPr="004543E3">
              <w:t xml:space="preserve"> </w:t>
            </w:r>
            <w:proofErr w:type="spellStart"/>
            <w:r w:rsidRPr="004543E3">
              <w:t>phạm</w:t>
            </w:r>
            <w:proofErr w:type="spellEnd"/>
            <w:r w:rsidRPr="004543E3">
              <w:t xml:space="preserve"> </w:t>
            </w:r>
            <w:proofErr w:type="spellStart"/>
            <w:r w:rsidRPr="004543E3">
              <w:t>pháp</w:t>
            </w:r>
            <w:proofErr w:type="spellEnd"/>
            <w:r w:rsidRPr="004543E3">
              <w:t xml:space="preserve"> </w:t>
            </w:r>
            <w:proofErr w:type="spellStart"/>
            <w:r w:rsidRPr="004543E3">
              <w:t>luật</w:t>
            </w:r>
            <w:proofErr w:type="spellEnd"/>
            <w:r w:rsidRPr="004543E3">
              <w:t xml:space="preserve"> </w:t>
            </w:r>
            <w:proofErr w:type="spellStart"/>
            <w:r w:rsidRPr="004543E3">
              <w:t>liên</w:t>
            </w:r>
            <w:proofErr w:type="spellEnd"/>
            <w:r w:rsidRPr="004543E3">
              <w:t xml:space="preserve"> </w:t>
            </w:r>
            <w:proofErr w:type="spellStart"/>
            <w:r w:rsidRPr="004543E3">
              <w:t>quan</w:t>
            </w:r>
            <w:proofErr w:type="spellEnd"/>
            <w:r w:rsidRPr="004543E3">
              <w:t xml:space="preserve"> </w:t>
            </w:r>
            <w:proofErr w:type="spellStart"/>
            <w:r w:rsidRPr="004543E3">
              <w:t>để</w:t>
            </w:r>
            <w:proofErr w:type="spellEnd"/>
            <w:r w:rsidRPr="004543E3">
              <w:t xml:space="preserve"> </w:t>
            </w:r>
            <w:proofErr w:type="spellStart"/>
            <w:r w:rsidRPr="004543E3">
              <w:t>hoàn</w:t>
            </w:r>
            <w:proofErr w:type="spellEnd"/>
            <w:r w:rsidRPr="004543E3">
              <w:t xml:space="preserve"> </w:t>
            </w:r>
            <w:proofErr w:type="spellStart"/>
            <w:r w:rsidRPr="004543E3">
              <w:t>thiện</w:t>
            </w:r>
            <w:proofErr w:type="spellEnd"/>
            <w:r w:rsidRPr="004543E3">
              <w:t xml:space="preserve"> </w:t>
            </w:r>
            <w:proofErr w:type="spellStart"/>
            <w:r w:rsidRPr="004543E3">
              <w:t>dự</w:t>
            </w:r>
            <w:proofErr w:type="spellEnd"/>
            <w:r w:rsidRPr="004543E3">
              <w:t xml:space="preserve"> </w:t>
            </w:r>
            <w:proofErr w:type="spellStart"/>
            <w:r w:rsidRPr="004543E3">
              <w:t>thảo</w:t>
            </w:r>
            <w:proofErr w:type="spellEnd"/>
            <w:r w:rsidRPr="004543E3">
              <w:t xml:space="preserve"> Thông </w:t>
            </w:r>
            <w:proofErr w:type="spellStart"/>
            <w:r w:rsidRPr="004543E3">
              <w:t>tư</w:t>
            </w:r>
            <w:proofErr w:type="spellEnd"/>
            <w:r w:rsidRPr="004543E3">
              <w:t xml:space="preserve"> </w:t>
            </w:r>
            <w:proofErr w:type="spellStart"/>
            <w:r w:rsidRPr="004543E3">
              <w:t>cho</w:t>
            </w:r>
            <w:proofErr w:type="spellEnd"/>
            <w:r w:rsidRPr="004543E3">
              <w:t xml:space="preserve"> </w:t>
            </w:r>
            <w:proofErr w:type="spellStart"/>
            <w:r w:rsidRPr="004543E3">
              <w:t>phù</w:t>
            </w:r>
            <w:proofErr w:type="spellEnd"/>
            <w:r w:rsidRPr="004543E3">
              <w:t xml:space="preserve"> </w:t>
            </w:r>
            <w:proofErr w:type="spellStart"/>
            <w:r w:rsidRPr="004543E3">
              <w:t>hợp</w:t>
            </w:r>
            <w:proofErr w:type="spellEnd"/>
            <w:r w:rsidRPr="004543E3">
              <w:t>.</w:t>
            </w:r>
          </w:p>
        </w:tc>
        <w:tc>
          <w:tcPr>
            <w:tcW w:w="7371" w:type="dxa"/>
          </w:tcPr>
          <w:p w14:paraId="00849B36" w14:textId="41DC04AB" w:rsidR="004C2B3E" w:rsidRPr="004543E3" w:rsidRDefault="000A376F" w:rsidP="00563608">
            <w:pPr>
              <w:spacing w:before="120" w:after="120" w:line="240" w:lineRule="auto"/>
              <w:jc w:val="both"/>
              <w:rPr>
                <w:szCs w:val="26"/>
              </w:rPr>
            </w:pPr>
            <w:proofErr w:type="spellStart"/>
            <w:r>
              <w:lastRenderedPageBreak/>
              <w:t>Tiếp</w:t>
            </w:r>
            <w:proofErr w:type="spellEnd"/>
            <w:r>
              <w:t xml:space="preserve"> </w:t>
            </w:r>
            <w:proofErr w:type="spellStart"/>
            <w:r>
              <w:t>thu</w:t>
            </w:r>
            <w:proofErr w:type="spellEnd"/>
            <w:r>
              <w:t xml:space="preserve"> ý </w:t>
            </w:r>
            <w:proofErr w:type="spellStart"/>
            <w:r>
              <w:t>kiến</w:t>
            </w:r>
            <w:proofErr w:type="spellEnd"/>
            <w:r>
              <w:t xml:space="preserve"> </w:t>
            </w:r>
            <w:proofErr w:type="spellStart"/>
            <w:r>
              <w:t>va</w:t>
            </w:r>
            <w:proofErr w:type="spellEnd"/>
            <w:r>
              <w:t xml:space="preserve">̀ </w:t>
            </w:r>
            <w:proofErr w:type="spellStart"/>
            <w:r w:rsidR="004C2B3E" w:rsidRPr="004543E3">
              <w:t>Ủy</w:t>
            </w:r>
            <w:proofErr w:type="spellEnd"/>
            <w:r w:rsidR="004C2B3E" w:rsidRPr="004543E3">
              <w:t xml:space="preserve"> ban sẽ </w:t>
            </w:r>
            <w:proofErr w:type="spellStart"/>
            <w:r w:rsidR="004C2B3E" w:rsidRPr="004543E3">
              <w:t>rà</w:t>
            </w:r>
            <w:proofErr w:type="spellEnd"/>
            <w:r w:rsidR="004C2B3E" w:rsidRPr="004543E3">
              <w:t xml:space="preserve"> </w:t>
            </w:r>
            <w:proofErr w:type="spellStart"/>
            <w:r w:rsidR="004C2B3E" w:rsidRPr="004543E3">
              <w:t>soát</w:t>
            </w:r>
            <w:proofErr w:type="spellEnd"/>
            <w:r w:rsidR="004C2B3E" w:rsidRPr="004543E3">
              <w:t xml:space="preserve">, </w:t>
            </w:r>
            <w:proofErr w:type="spellStart"/>
            <w:r w:rsidR="004C2B3E" w:rsidRPr="004543E3">
              <w:t>điều</w:t>
            </w:r>
            <w:proofErr w:type="spellEnd"/>
            <w:r w:rsidR="004C2B3E" w:rsidRPr="004543E3">
              <w:t xml:space="preserve"> </w:t>
            </w:r>
            <w:proofErr w:type="spellStart"/>
            <w:r w:rsidR="004C2B3E" w:rsidRPr="004543E3">
              <w:t>chỉnh</w:t>
            </w:r>
            <w:proofErr w:type="spellEnd"/>
            <w:r w:rsidR="004C2B3E" w:rsidRPr="004543E3">
              <w:t xml:space="preserve"> </w:t>
            </w:r>
            <w:proofErr w:type="spellStart"/>
            <w:r w:rsidR="004C2B3E" w:rsidRPr="004543E3">
              <w:t>các</w:t>
            </w:r>
            <w:proofErr w:type="spellEnd"/>
            <w:r w:rsidR="004C2B3E" w:rsidRPr="004543E3">
              <w:t xml:space="preserve"> </w:t>
            </w:r>
            <w:proofErr w:type="spellStart"/>
            <w:r w:rsidR="004C2B3E" w:rsidRPr="004543E3">
              <w:t>nội</w:t>
            </w:r>
            <w:proofErr w:type="spellEnd"/>
            <w:r w:rsidR="004C2B3E" w:rsidRPr="004543E3">
              <w:t xml:space="preserve"> dung </w:t>
            </w:r>
            <w:proofErr w:type="spellStart"/>
            <w:r w:rsidR="004C2B3E" w:rsidRPr="004543E3">
              <w:t>trong</w:t>
            </w:r>
            <w:proofErr w:type="spellEnd"/>
            <w:r w:rsidR="004C2B3E" w:rsidRPr="004543E3">
              <w:t xml:space="preserve"> </w:t>
            </w:r>
            <w:proofErr w:type="spellStart"/>
            <w:r w:rsidR="004C2B3E" w:rsidRPr="004543E3">
              <w:t>dư</w:t>
            </w:r>
            <w:proofErr w:type="spellEnd"/>
            <w:r w:rsidR="004C2B3E" w:rsidRPr="004543E3">
              <w:t xml:space="preserve">̣ </w:t>
            </w:r>
            <w:proofErr w:type="spellStart"/>
            <w:r w:rsidR="004C2B3E" w:rsidRPr="004543E3">
              <w:t>thảo</w:t>
            </w:r>
            <w:proofErr w:type="spellEnd"/>
            <w:r w:rsidR="004C2B3E" w:rsidRPr="004543E3">
              <w:t xml:space="preserve"> Thông </w:t>
            </w:r>
            <w:proofErr w:type="spellStart"/>
            <w:r w:rsidR="004C2B3E" w:rsidRPr="004543E3">
              <w:t>tư</w:t>
            </w:r>
            <w:proofErr w:type="spellEnd"/>
            <w:r w:rsidR="004C2B3E" w:rsidRPr="004543E3">
              <w:t xml:space="preserve"> </w:t>
            </w:r>
            <w:proofErr w:type="spellStart"/>
            <w:r w:rsidR="004C2B3E" w:rsidRPr="004543E3">
              <w:t>đê</w:t>
            </w:r>
            <w:proofErr w:type="spellEnd"/>
            <w:r w:rsidR="004C2B3E" w:rsidRPr="004543E3">
              <w:t xml:space="preserve">̉ </w:t>
            </w:r>
            <w:proofErr w:type="spellStart"/>
            <w:r w:rsidR="004C2B3E" w:rsidRPr="004543E3">
              <w:t>phu</w:t>
            </w:r>
            <w:proofErr w:type="spellEnd"/>
            <w:r w:rsidR="004C2B3E" w:rsidRPr="004543E3">
              <w:t xml:space="preserve">̀ </w:t>
            </w:r>
            <w:proofErr w:type="spellStart"/>
            <w:r w:rsidR="004C2B3E" w:rsidRPr="004543E3">
              <w:t>hợp</w:t>
            </w:r>
            <w:proofErr w:type="spellEnd"/>
            <w:r w:rsidR="004C2B3E" w:rsidRPr="004543E3">
              <w:t xml:space="preserve"> </w:t>
            </w:r>
            <w:proofErr w:type="spellStart"/>
            <w:r w:rsidR="004C2B3E" w:rsidRPr="004543E3">
              <w:t>với</w:t>
            </w:r>
            <w:proofErr w:type="spellEnd"/>
            <w:r w:rsidR="004C2B3E" w:rsidRPr="004543E3">
              <w:t xml:space="preserve"> </w:t>
            </w:r>
            <w:proofErr w:type="spellStart"/>
            <w:r w:rsidR="004C2B3E" w:rsidRPr="004543E3">
              <w:t>các</w:t>
            </w:r>
            <w:proofErr w:type="spellEnd"/>
            <w:r w:rsidR="004C2B3E" w:rsidRPr="004543E3">
              <w:t xml:space="preserve"> </w:t>
            </w:r>
            <w:proofErr w:type="spellStart"/>
            <w:r w:rsidR="004C2B3E" w:rsidRPr="004543E3">
              <w:t>văn</w:t>
            </w:r>
            <w:proofErr w:type="spellEnd"/>
            <w:r w:rsidR="004C2B3E" w:rsidRPr="004543E3">
              <w:t xml:space="preserve"> </w:t>
            </w:r>
            <w:proofErr w:type="spellStart"/>
            <w:r w:rsidR="004C2B3E" w:rsidRPr="004543E3">
              <w:t>bản</w:t>
            </w:r>
            <w:proofErr w:type="spellEnd"/>
            <w:r w:rsidR="004C2B3E" w:rsidRPr="004543E3">
              <w:t xml:space="preserve"> </w:t>
            </w:r>
            <w:proofErr w:type="spellStart"/>
            <w:r w:rsidR="004C2B3E" w:rsidRPr="004543E3">
              <w:t>quy</w:t>
            </w:r>
            <w:proofErr w:type="spellEnd"/>
            <w:r w:rsidR="004C2B3E" w:rsidRPr="004543E3">
              <w:t xml:space="preserve"> </w:t>
            </w:r>
            <w:proofErr w:type="spellStart"/>
            <w:r w:rsidR="004C2B3E" w:rsidRPr="004543E3">
              <w:t>phạm</w:t>
            </w:r>
            <w:proofErr w:type="spellEnd"/>
            <w:r w:rsidR="004C2B3E" w:rsidRPr="004543E3">
              <w:t xml:space="preserve"> </w:t>
            </w:r>
            <w:proofErr w:type="spellStart"/>
            <w:r w:rsidR="004C2B3E" w:rsidRPr="004543E3">
              <w:t>pháp</w:t>
            </w:r>
            <w:proofErr w:type="spellEnd"/>
            <w:r w:rsidR="004C2B3E" w:rsidRPr="004543E3">
              <w:t xml:space="preserve"> </w:t>
            </w:r>
            <w:proofErr w:type="spellStart"/>
            <w:r w:rsidR="004C2B3E" w:rsidRPr="004543E3">
              <w:t>luật</w:t>
            </w:r>
            <w:proofErr w:type="spellEnd"/>
            <w:r w:rsidR="004C2B3E" w:rsidRPr="004543E3">
              <w:t xml:space="preserve"> </w:t>
            </w:r>
            <w:proofErr w:type="spellStart"/>
            <w:r w:rsidR="004C2B3E" w:rsidRPr="004543E3">
              <w:t>liên</w:t>
            </w:r>
            <w:proofErr w:type="spellEnd"/>
            <w:r w:rsidR="004C2B3E" w:rsidRPr="004543E3">
              <w:t xml:space="preserve"> </w:t>
            </w:r>
            <w:proofErr w:type="spellStart"/>
            <w:r w:rsidR="004C2B3E" w:rsidRPr="004543E3">
              <w:t>quan</w:t>
            </w:r>
            <w:proofErr w:type="spellEnd"/>
            <w:r w:rsidR="004C2B3E" w:rsidRPr="004543E3">
              <w:t xml:space="preserve"> </w:t>
            </w:r>
            <w:proofErr w:type="spellStart"/>
            <w:r w:rsidR="004C2B3E" w:rsidRPr="004543E3">
              <w:t>trước</w:t>
            </w:r>
            <w:proofErr w:type="spellEnd"/>
            <w:r w:rsidR="004C2B3E" w:rsidRPr="004543E3">
              <w:t xml:space="preserve"> </w:t>
            </w:r>
            <w:proofErr w:type="spellStart"/>
            <w:r w:rsidR="004C2B3E" w:rsidRPr="004543E3">
              <w:t>khi</w:t>
            </w:r>
            <w:proofErr w:type="spellEnd"/>
            <w:r w:rsidR="004C2B3E" w:rsidRPr="004543E3">
              <w:t xml:space="preserve"> </w:t>
            </w:r>
            <w:proofErr w:type="spellStart"/>
            <w:r w:rsidR="004C2B3E" w:rsidRPr="004543E3">
              <w:t>hoàn</w:t>
            </w:r>
            <w:proofErr w:type="spellEnd"/>
            <w:r w:rsidR="004C2B3E" w:rsidRPr="004543E3">
              <w:t xml:space="preserve"> </w:t>
            </w:r>
            <w:proofErr w:type="spellStart"/>
            <w:r w:rsidR="004C2B3E" w:rsidRPr="004543E3">
              <w:t>thiện</w:t>
            </w:r>
            <w:proofErr w:type="spellEnd"/>
            <w:r w:rsidR="004C2B3E" w:rsidRPr="004543E3">
              <w:t xml:space="preserve"> </w:t>
            </w:r>
            <w:proofErr w:type="spellStart"/>
            <w:r w:rsidR="004C2B3E" w:rsidRPr="004543E3">
              <w:t>báo</w:t>
            </w:r>
            <w:proofErr w:type="spellEnd"/>
            <w:r w:rsidR="004C2B3E" w:rsidRPr="004543E3">
              <w:t xml:space="preserve"> </w:t>
            </w:r>
            <w:proofErr w:type="spellStart"/>
            <w:r w:rsidR="004C2B3E" w:rsidRPr="004543E3">
              <w:t>cáo</w:t>
            </w:r>
            <w:proofErr w:type="spellEnd"/>
            <w:r w:rsidR="004C2B3E" w:rsidRPr="004543E3">
              <w:t xml:space="preserve"> </w:t>
            </w:r>
            <w:proofErr w:type="spellStart"/>
            <w:r w:rsidR="004C2B3E" w:rsidRPr="004543E3">
              <w:t>Bô</w:t>
            </w:r>
            <w:proofErr w:type="spellEnd"/>
            <w:r w:rsidR="004C2B3E" w:rsidRPr="004543E3">
              <w:t xml:space="preserve">̣ </w:t>
            </w:r>
            <w:proofErr w:type="spellStart"/>
            <w:r w:rsidR="004C2B3E" w:rsidRPr="004543E3">
              <w:t>trưởng</w:t>
            </w:r>
            <w:proofErr w:type="spellEnd"/>
            <w:r w:rsidR="004C2B3E" w:rsidRPr="004543E3">
              <w:t xml:space="preserve"> </w:t>
            </w:r>
            <w:proofErr w:type="spellStart"/>
            <w:r w:rsidR="004C2B3E" w:rsidRPr="004543E3">
              <w:t>Bô</w:t>
            </w:r>
            <w:proofErr w:type="spellEnd"/>
            <w:r w:rsidR="004C2B3E" w:rsidRPr="004543E3">
              <w:t xml:space="preserve">̣ KH&amp;CN ban </w:t>
            </w:r>
            <w:proofErr w:type="spellStart"/>
            <w:r w:rsidR="004C2B3E" w:rsidRPr="004543E3">
              <w:t>hành</w:t>
            </w:r>
            <w:proofErr w:type="spellEnd"/>
            <w:r w:rsidR="004C2B3E" w:rsidRPr="004543E3">
              <w:t>.</w:t>
            </w:r>
          </w:p>
        </w:tc>
      </w:tr>
      <w:tr w:rsidR="004C2B3E" w:rsidRPr="004543E3" w14:paraId="7EFD00AA" w14:textId="77777777" w:rsidTr="004C2B3E">
        <w:tc>
          <w:tcPr>
            <w:tcW w:w="1098" w:type="dxa"/>
          </w:tcPr>
          <w:p w14:paraId="039E08F9" w14:textId="607A1026" w:rsidR="004C2B3E" w:rsidRPr="001C75A8" w:rsidRDefault="00236D79" w:rsidP="00236D79">
            <w:pPr>
              <w:jc w:val="center"/>
              <w:rPr>
                <w:b/>
                <w:bCs/>
              </w:rPr>
            </w:pPr>
            <w:r w:rsidRPr="001C75A8">
              <w:rPr>
                <w:b/>
                <w:bCs/>
              </w:rPr>
              <w:t>3</w:t>
            </w:r>
          </w:p>
        </w:tc>
        <w:tc>
          <w:tcPr>
            <w:tcW w:w="6127" w:type="dxa"/>
          </w:tcPr>
          <w:p w14:paraId="65342947" w14:textId="24C34BF6" w:rsidR="004C2B3E" w:rsidRPr="004543E3" w:rsidRDefault="004C2B3E" w:rsidP="00563608">
            <w:pPr>
              <w:spacing w:before="120" w:after="120" w:line="240" w:lineRule="auto"/>
              <w:jc w:val="both"/>
              <w:rPr>
                <w:b/>
                <w:bCs/>
              </w:rPr>
            </w:pPr>
            <w:proofErr w:type="spellStart"/>
            <w:r w:rsidRPr="004543E3">
              <w:rPr>
                <w:b/>
                <w:bCs/>
              </w:rPr>
              <w:t>Bô</w:t>
            </w:r>
            <w:proofErr w:type="spellEnd"/>
            <w:r w:rsidRPr="004543E3">
              <w:rPr>
                <w:b/>
                <w:bCs/>
              </w:rPr>
              <w:t xml:space="preserve">̣ </w:t>
            </w:r>
            <w:proofErr w:type="spellStart"/>
            <w:r w:rsidRPr="004543E3">
              <w:rPr>
                <w:b/>
                <w:bCs/>
              </w:rPr>
              <w:t>Quốc</w:t>
            </w:r>
            <w:proofErr w:type="spellEnd"/>
            <w:r w:rsidRPr="004543E3">
              <w:rPr>
                <w:b/>
                <w:bCs/>
              </w:rPr>
              <w:t xml:space="preserve"> </w:t>
            </w:r>
            <w:proofErr w:type="spellStart"/>
            <w:r w:rsidRPr="004543E3">
              <w:rPr>
                <w:b/>
                <w:bCs/>
              </w:rPr>
              <w:t>phòng</w:t>
            </w:r>
            <w:proofErr w:type="spellEnd"/>
            <w:r w:rsidRPr="004543E3">
              <w:rPr>
                <w:b/>
                <w:bCs/>
              </w:rPr>
              <w:t>:</w:t>
            </w:r>
          </w:p>
          <w:p w14:paraId="62FB0ACE" w14:textId="1C8DF66E" w:rsidR="004C2B3E" w:rsidRPr="004543E3" w:rsidRDefault="004C2B3E" w:rsidP="00563608">
            <w:pPr>
              <w:spacing w:before="120" w:after="120" w:line="240" w:lineRule="auto"/>
              <w:jc w:val="both"/>
            </w:pP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sử</w:t>
            </w:r>
            <w:proofErr w:type="spellEnd"/>
            <w:r w:rsidRPr="004543E3">
              <w:t xml:space="preserve"> </w:t>
            </w:r>
            <w:proofErr w:type="spellStart"/>
            <w:r w:rsidRPr="004543E3">
              <w:t>dụng</w:t>
            </w:r>
            <w:proofErr w:type="spellEnd"/>
            <w:r w:rsidRPr="004543E3">
              <w:t xml:space="preserve"> </w:t>
            </w:r>
            <w:proofErr w:type="spellStart"/>
            <w:r w:rsidRPr="004543E3">
              <w:t>cụm</w:t>
            </w:r>
            <w:proofErr w:type="spellEnd"/>
            <w:r w:rsidRPr="004543E3">
              <w:t xml:space="preserve"> </w:t>
            </w:r>
            <w:proofErr w:type="spellStart"/>
            <w:r w:rsidRPr="004543E3">
              <w:t>từ</w:t>
            </w:r>
            <w:proofErr w:type="spellEnd"/>
            <w:r w:rsidRPr="004543E3">
              <w:t xml:space="preserve"> “</w:t>
            </w:r>
            <w:proofErr w:type="spellStart"/>
            <w:r w:rsidRPr="004543E3">
              <w:t>chuyên</w:t>
            </w:r>
            <w:proofErr w:type="spellEnd"/>
            <w:r w:rsidRPr="004543E3">
              <w:t xml:space="preserve"> </w:t>
            </w:r>
            <w:proofErr w:type="spellStart"/>
            <w:r w:rsidRPr="004543E3">
              <w:t>ngành</w:t>
            </w:r>
            <w:proofErr w:type="spellEnd"/>
            <w:r w:rsidRPr="004543E3">
              <w:t xml:space="preserve"> </w:t>
            </w:r>
            <w:proofErr w:type="spellStart"/>
            <w:r w:rsidRPr="004543E3">
              <w:t>kiểm</w:t>
            </w:r>
            <w:proofErr w:type="spellEnd"/>
            <w:r w:rsidRPr="004543E3">
              <w:t xml:space="preserve"> </w:t>
            </w:r>
            <w:proofErr w:type="spellStart"/>
            <w:r w:rsidRPr="004543E3">
              <w:t>soát</w:t>
            </w:r>
            <w:proofErr w:type="spellEnd"/>
            <w:r w:rsidRPr="004543E3">
              <w:rPr>
                <w:b/>
                <w:bCs/>
              </w:rPr>
              <w:t xml:space="preserve"> </w:t>
            </w:r>
            <w:proofErr w:type="spellStart"/>
            <w:r w:rsidRPr="004543E3">
              <w:rPr>
                <w:b/>
                <w:bCs/>
              </w:rPr>
              <w:t>viên</w:t>
            </w:r>
            <w:proofErr w:type="spellEnd"/>
            <w:r w:rsidRPr="004543E3">
              <w:rPr>
                <w:b/>
                <w:bCs/>
              </w:rPr>
              <w:t xml:space="preserve"> </w:t>
            </w:r>
            <w:proofErr w:type="spellStart"/>
            <w:r w:rsidRPr="004543E3">
              <w:t>chất</w:t>
            </w:r>
            <w:proofErr w:type="spellEnd"/>
            <w:r w:rsidRPr="004543E3">
              <w:t xml:space="preserve"> </w:t>
            </w:r>
            <w:proofErr w:type="spellStart"/>
            <w:r w:rsidRPr="004543E3">
              <w:t>lượng</w:t>
            </w:r>
            <w:proofErr w:type="spellEnd"/>
            <w:r w:rsidRPr="004543E3">
              <w:t xml:space="preserve"> </w:t>
            </w:r>
            <w:proofErr w:type="spellStart"/>
            <w:r w:rsidRPr="004543E3">
              <w:t>sản</w:t>
            </w:r>
            <w:proofErr w:type="spellEnd"/>
            <w:r w:rsidRPr="004543E3">
              <w:t xml:space="preserve"> </w:t>
            </w:r>
            <w:proofErr w:type="spellStart"/>
            <w:r w:rsidRPr="004543E3">
              <w:t>phẩm</w:t>
            </w:r>
            <w:proofErr w:type="spellEnd"/>
            <w:r w:rsidRPr="004543E3">
              <w:t xml:space="preserve">, </w:t>
            </w:r>
            <w:proofErr w:type="spellStart"/>
            <w:r w:rsidRPr="004543E3">
              <w:t>hàng</w:t>
            </w:r>
            <w:proofErr w:type="spellEnd"/>
            <w:r w:rsidRPr="004543E3">
              <w:t xml:space="preserve"> </w:t>
            </w:r>
            <w:proofErr w:type="spellStart"/>
            <w:r w:rsidRPr="004543E3">
              <w:t>hóa</w:t>
            </w:r>
            <w:proofErr w:type="spellEnd"/>
            <w:r w:rsidRPr="004543E3">
              <w:t xml:space="preserve">” </w:t>
            </w:r>
            <w:proofErr w:type="spellStart"/>
            <w:r w:rsidRPr="004543E3">
              <w:t>để</w:t>
            </w:r>
            <w:proofErr w:type="spellEnd"/>
            <w:r w:rsidRPr="004543E3">
              <w:t xml:space="preserve"> </w:t>
            </w:r>
            <w:proofErr w:type="spellStart"/>
            <w:r w:rsidRPr="004543E3">
              <w:t>thống</w:t>
            </w:r>
            <w:proofErr w:type="spellEnd"/>
            <w:r w:rsidRPr="004543E3">
              <w:t xml:space="preserve"> </w:t>
            </w:r>
            <w:proofErr w:type="spellStart"/>
            <w:r w:rsidRPr="004543E3">
              <w:t>nhất</w:t>
            </w:r>
            <w:proofErr w:type="spellEnd"/>
            <w:r w:rsidRPr="004543E3">
              <w:t xml:space="preserve"> </w:t>
            </w:r>
            <w:proofErr w:type="spellStart"/>
            <w:r w:rsidRPr="004543E3">
              <w:t>với</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tại</w:t>
            </w:r>
            <w:proofErr w:type="spellEnd"/>
            <w:r w:rsidRPr="004543E3">
              <w:t xml:space="preserve"> </w:t>
            </w:r>
            <w:proofErr w:type="spellStart"/>
            <w:r w:rsidRPr="004543E3">
              <w:t>khoản</w:t>
            </w:r>
            <w:proofErr w:type="spellEnd"/>
            <w:r w:rsidRPr="004543E3">
              <w:t xml:space="preserve"> 4 </w:t>
            </w:r>
            <w:proofErr w:type="spellStart"/>
            <w:r w:rsidRPr="004543E3">
              <w:t>Điều</w:t>
            </w:r>
            <w:proofErr w:type="spellEnd"/>
            <w:r w:rsidRPr="004543E3">
              <w:t xml:space="preserve"> 16 </w:t>
            </w:r>
            <w:proofErr w:type="spellStart"/>
            <w:r w:rsidRPr="004543E3">
              <w:t>Nghị</w:t>
            </w:r>
            <w:proofErr w:type="spellEnd"/>
            <w:r w:rsidRPr="004543E3">
              <w:t xml:space="preserve"> </w:t>
            </w:r>
            <w:proofErr w:type="spellStart"/>
            <w:r w:rsidRPr="004543E3">
              <w:t>định</w:t>
            </w:r>
            <w:proofErr w:type="spellEnd"/>
            <w:r w:rsidRPr="004543E3">
              <w:t xml:space="preserve"> </w:t>
            </w:r>
            <w:proofErr w:type="spellStart"/>
            <w:r w:rsidRPr="004543E3">
              <w:t>số</w:t>
            </w:r>
            <w:proofErr w:type="spellEnd"/>
            <w:r w:rsidRPr="004543E3">
              <w:t xml:space="preserve"> 37/2026/NĐ-CP </w:t>
            </w:r>
            <w:proofErr w:type="spellStart"/>
            <w:r w:rsidRPr="004543E3">
              <w:t>ngày</w:t>
            </w:r>
            <w:proofErr w:type="spellEnd"/>
            <w:r w:rsidRPr="004543E3">
              <w:t xml:space="preserve"> 23/01/2026 </w:t>
            </w:r>
            <w:proofErr w:type="spellStart"/>
            <w:r w:rsidRPr="004543E3">
              <w:t>của</w:t>
            </w:r>
            <w:proofErr w:type="spellEnd"/>
            <w:r w:rsidRPr="004543E3">
              <w:t xml:space="preserve"> </w:t>
            </w:r>
            <w:proofErr w:type="spellStart"/>
            <w:r w:rsidRPr="004543E3">
              <w:t>Chính</w:t>
            </w:r>
            <w:proofErr w:type="spellEnd"/>
            <w:r w:rsidRPr="004543E3">
              <w:t xml:space="preserve"> </w:t>
            </w:r>
            <w:proofErr w:type="spellStart"/>
            <w:r w:rsidRPr="004543E3">
              <w:t>phủ</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chi </w:t>
            </w:r>
            <w:proofErr w:type="spellStart"/>
            <w:r w:rsidRPr="004543E3">
              <w:t>tiết</w:t>
            </w:r>
            <w:proofErr w:type="spellEnd"/>
            <w:r w:rsidRPr="004543E3">
              <w:t xml:space="preserve"> </w:t>
            </w:r>
            <w:proofErr w:type="spellStart"/>
            <w:r w:rsidRPr="004543E3">
              <w:t>một</w:t>
            </w:r>
            <w:proofErr w:type="spellEnd"/>
            <w:r w:rsidRPr="004543E3">
              <w:t xml:space="preserve"> </w:t>
            </w:r>
            <w:proofErr w:type="spellStart"/>
            <w:r w:rsidRPr="004543E3">
              <w:t>số</w:t>
            </w:r>
            <w:proofErr w:type="spellEnd"/>
            <w:r w:rsidRPr="004543E3">
              <w:t xml:space="preserve"> </w:t>
            </w:r>
            <w:proofErr w:type="spellStart"/>
            <w:r w:rsidRPr="004543E3">
              <w:t>điều</w:t>
            </w:r>
            <w:proofErr w:type="spellEnd"/>
            <w:r w:rsidRPr="004543E3">
              <w:t xml:space="preserve"> </w:t>
            </w:r>
            <w:proofErr w:type="spellStart"/>
            <w:r w:rsidRPr="004543E3">
              <w:t>và</w:t>
            </w:r>
            <w:proofErr w:type="spellEnd"/>
            <w:r w:rsidRPr="004543E3">
              <w:t xml:space="preserve"> </w:t>
            </w:r>
            <w:proofErr w:type="spellStart"/>
            <w:r w:rsidRPr="004543E3">
              <w:t>biện</w:t>
            </w:r>
            <w:proofErr w:type="spellEnd"/>
            <w:r w:rsidRPr="004543E3">
              <w:t xml:space="preserve"> </w:t>
            </w:r>
            <w:proofErr w:type="spellStart"/>
            <w:r w:rsidRPr="004543E3">
              <w:t>pháp</w:t>
            </w:r>
            <w:proofErr w:type="spellEnd"/>
            <w:r w:rsidRPr="004543E3">
              <w:t xml:space="preserve"> </w:t>
            </w:r>
            <w:proofErr w:type="spellStart"/>
            <w:r w:rsidRPr="004543E3">
              <w:t>để</w:t>
            </w:r>
            <w:proofErr w:type="spellEnd"/>
            <w:r w:rsidRPr="004543E3">
              <w:t xml:space="preserve"> </w:t>
            </w:r>
            <w:proofErr w:type="spellStart"/>
            <w:r w:rsidRPr="004543E3">
              <w:t>tổ</w:t>
            </w:r>
            <w:proofErr w:type="spellEnd"/>
            <w:r w:rsidRPr="004543E3">
              <w:t xml:space="preserve"> </w:t>
            </w:r>
            <w:proofErr w:type="spellStart"/>
            <w:r w:rsidRPr="004543E3">
              <w:t>chức</w:t>
            </w:r>
            <w:proofErr w:type="spellEnd"/>
            <w:r w:rsidRPr="004543E3">
              <w:t xml:space="preserve">, </w:t>
            </w:r>
            <w:proofErr w:type="spellStart"/>
            <w:r w:rsidRPr="004543E3">
              <w:t>hướng</w:t>
            </w:r>
            <w:proofErr w:type="spellEnd"/>
            <w:r w:rsidRPr="004543E3">
              <w:t xml:space="preserve"> </w:t>
            </w:r>
            <w:proofErr w:type="spellStart"/>
            <w:r w:rsidRPr="004543E3">
              <w:t>dẫn</w:t>
            </w:r>
            <w:proofErr w:type="spellEnd"/>
            <w:r w:rsidRPr="004543E3">
              <w:t xml:space="preserve"> </w:t>
            </w:r>
            <w:proofErr w:type="spellStart"/>
            <w:r w:rsidRPr="004543E3">
              <w:t>thi</w:t>
            </w:r>
            <w:proofErr w:type="spellEnd"/>
            <w:r w:rsidRPr="004543E3">
              <w:t xml:space="preserve"> </w:t>
            </w:r>
            <w:proofErr w:type="spellStart"/>
            <w:r w:rsidRPr="004543E3">
              <w:t>hành</w:t>
            </w:r>
            <w:proofErr w:type="spellEnd"/>
            <w:r w:rsidRPr="004543E3">
              <w:t xml:space="preserve"> </w:t>
            </w:r>
            <w:proofErr w:type="spellStart"/>
            <w:r w:rsidRPr="004543E3">
              <w:t>Luật</w:t>
            </w:r>
            <w:proofErr w:type="spellEnd"/>
            <w:r w:rsidRPr="004543E3">
              <w:t xml:space="preserve"> </w:t>
            </w:r>
            <w:proofErr w:type="spellStart"/>
            <w:r w:rsidRPr="004543E3">
              <w:t>Chất</w:t>
            </w:r>
            <w:proofErr w:type="spellEnd"/>
            <w:r w:rsidRPr="004543E3">
              <w:t xml:space="preserve"> </w:t>
            </w:r>
            <w:proofErr w:type="spellStart"/>
            <w:r w:rsidRPr="004543E3">
              <w:t>lượng</w:t>
            </w:r>
            <w:proofErr w:type="spellEnd"/>
            <w:r w:rsidRPr="004543E3">
              <w:t xml:space="preserve"> </w:t>
            </w:r>
            <w:proofErr w:type="spellStart"/>
            <w:r w:rsidRPr="004543E3">
              <w:t>sản</w:t>
            </w:r>
            <w:proofErr w:type="spellEnd"/>
            <w:r w:rsidRPr="004543E3">
              <w:t xml:space="preserve"> </w:t>
            </w:r>
            <w:proofErr w:type="spellStart"/>
            <w:r w:rsidRPr="004543E3">
              <w:t>phẩm</w:t>
            </w:r>
            <w:proofErr w:type="spellEnd"/>
            <w:r w:rsidRPr="004543E3">
              <w:t xml:space="preserve">, </w:t>
            </w:r>
            <w:proofErr w:type="spellStart"/>
            <w:r w:rsidRPr="004543E3">
              <w:t>hàng</w:t>
            </w:r>
            <w:proofErr w:type="spellEnd"/>
            <w:r w:rsidRPr="004543E3">
              <w:t xml:space="preserve"> </w:t>
            </w:r>
            <w:proofErr w:type="spellStart"/>
            <w:r w:rsidRPr="004543E3">
              <w:t>hóa</w:t>
            </w:r>
            <w:proofErr w:type="spellEnd"/>
            <w:r w:rsidRPr="004543E3">
              <w:t>.</w:t>
            </w:r>
          </w:p>
        </w:tc>
        <w:tc>
          <w:tcPr>
            <w:tcW w:w="7371" w:type="dxa"/>
          </w:tcPr>
          <w:p w14:paraId="53DA7666" w14:textId="4A5622C8" w:rsidR="004C2B3E" w:rsidRPr="004543E3" w:rsidRDefault="004C2B3E" w:rsidP="00563608">
            <w:pPr>
              <w:spacing w:before="120" w:after="120" w:line="240" w:lineRule="auto"/>
              <w:jc w:val="both"/>
              <w:rPr>
                <w:szCs w:val="26"/>
              </w:rPr>
            </w:pPr>
            <w:proofErr w:type="spellStart"/>
            <w:r w:rsidRPr="004543E3">
              <w:rPr>
                <w:szCs w:val="26"/>
              </w:rPr>
              <w:t>Tiếp</w:t>
            </w:r>
            <w:proofErr w:type="spellEnd"/>
            <w:r w:rsidRPr="004543E3">
              <w:rPr>
                <w:szCs w:val="26"/>
              </w:rPr>
              <w:t xml:space="preserve"> </w:t>
            </w:r>
            <w:proofErr w:type="spellStart"/>
            <w:r w:rsidRPr="004543E3">
              <w:rPr>
                <w:szCs w:val="26"/>
              </w:rPr>
              <w:t>thu</w:t>
            </w:r>
            <w:proofErr w:type="spellEnd"/>
            <w:r w:rsidRPr="004543E3">
              <w:rPr>
                <w:szCs w:val="26"/>
              </w:rPr>
              <w:t xml:space="preserve"> ý </w:t>
            </w:r>
            <w:proofErr w:type="spellStart"/>
            <w:r w:rsidRPr="004543E3">
              <w:rPr>
                <w:szCs w:val="26"/>
              </w:rPr>
              <w:t>kiến</w:t>
            </w:r>
            <w:proofErr w:type="spellEnd"/>
          </w:p>
        </w:tc>
      </w:tr>
      <w:tr w:rsidR="00512F52" w:rsidRPr="004543E3" w14:paraId="426BFE17" w14:textId="77777777" w:rsidTr="004C2B3E">
        <w:tc>
          <w:tcPr>
            <w:tcW w:w="1098" w:type="dxa"/>
          </w:tcPr>
          <w:p w14:paraId="046EAAB3" w14:textId="2AEBD144" w:rsidR="00512F52" w:rsidRPr="001C75A8" w:rsidRDefault="00512F52" w:rsidP="00512F52">
            <w:pPr>
              <w:jc w:val="center"/>
              <w:rPr>
                <w:b/>
                <w:bCs/>
              </w:rPr>
            </w:pPr>
            <w:r>
              <w:rPr>
                <w:b/>
                <w:bCs/>
              </w:rPr>
              <w:t>4</w:t>
            </w:r>
          </w:p>
        </w:tc>
        <w:tc>
          <w:tcPr>
            <w:tcW w:w="6127" w:type="dxa"/>
          </w:tcPr>
          <w:p w14:paraId="1FB6A34D" w14:textId="77777777" w:rsidR="00512F52" w:rsidRPr="004543E3" w:rsidRDefault="00512F52" w:rsidP="00563608">
            <w:pPr>
              <w:spacing w:before="120" w:after="120" w:line="240" w:lineRule="auto"/>
              <w:jc w:val="both"/>
              <w:rPr>
                <w:b/>
                <w:bCs/>
              </w:rPr>
            </w:pPr>
            <w:proofErr w:type="spellStart"/>
            <w:r w:rsidRPr="004543E3">
              <w:rPr>
                <w:b/>
                <w:bCs/>
              </w:rPr>
              <w:t>Bô</w:t>
            </w:r>
            <w:proofErr w:type="spellEnd"/>
            <w:r w:rsidRPr="004543E3">
              <w:rPr>
                <w:b/>
                <w:bCs/>
              </w:rPr>
              <w:t>̣ Công an:</w:t>
            </w:r>
          </w:p>
          <w:p w14:paraId="3CA37799" w14:textId="77777777" w:rsidR="00512F52" w:rsidRPr="004543E3" w:rsidRDefault="00512F52" w:rsidP="00563608">
            <w:pPr>
              <w:spacing w:before="120" w:after="120" w:line="240" w:lineRule="auto"/>
              <w:jc w:val="both"/>
            </w:pPr>
            <w:r w:rsidRPr="004543E3">
              <w:t xml:space="preserve">- </w:t>
            </w:r>
            <w:proofErr w:type="spellStart"/>
            <w:r w:rsidRPr="004543E3">
              <w:t>Tại</w:t>
            </w:r>
            <w:proofErr w:type="spellEnd"/>
            <w:r w:rsidRPr="004543E3">
              <w:t xml:space="preserve"> </w:t>
            </w:r>
            <w:proofErr w:type="spellStart"/>
            <w:r w:rsidRPr="004543E3">
              <w:t>Khoản</w:t>
            </w:r>
            <w:proofErr w:type="spellEnd"/>
            <w:r w:rsidRPr="004543E3">
              <w:t xml:space="preserve"> 2, </w:t>
            </w:r>
            <w:proofErr w:type="spellStart"/>
            <w:r w:rsidRPr="004543E3">
              <w:t>Điều</w:t>
            </w:r>
            <w:proofErr w:type="spellEnd"/>
            <w:r w:rsidRPr="004543E3">
              <w:t xml:space="preserve"> 16, </w:t>
            </w:r>
            <w:proofErr w:type="spellStart"/>
            <w:r w:rsidRPr="004543E3">
              <w:t>Nghị</w:t>
            </w:r>
            <w:proofErr w:type="spellEnd"/>
            <w:r w:rsidRPr="004543E3">
              <w:t xml:space="preserve"> </w:t>
            </w:r>
            <w:proofErr w:type="spellStart"/>
            <w:r w:rsidRPr="004543E3">
              <w:t>định</w:t>
            </w:r>
            <w:proofErr w:type="spellEnd"/>
            <w:r w:rsidRPr="004543E3">
              <w:t xml:space="preserve"> </w:t>
            </w:r>
            <w:proofErr w:type="spellStart"/>
            <w:r w:rsidRPr="004543E3">
              <w:t>số</w:t>
            </w:r>
            <w:proofErr w:type="spellEnd"/>
            <w:r w:rsidRPr="004543E3">
              <w:t xml:space="preserve"> 37/2025/NĐ-CP </w:t>
            </w:r>
            <w:proofErr w:type="spellStart"/>
            <w:r w:rsidRPr="004543E3">
              <w:t>quy</w:t>
            </w:r>
            <w:proofErr w:type="spellEnd"/>
            <w:r w:rsidRPr="004543E3">
              <w:t xml:space="preserve"> </w:t>
            </w:r>
            <w:proofErr w:type="spellStart"/>
            <w:r w:rsidRPr="004543E3">
              <w:t>định</w:t>
            </w:r>
            <w:proofErr w:type="spellEnd"/>
            <w:r w:rsidRPr="004543E3">
              <w:t xml:space="preserve"> </w:t>
            </w:r>
            <w:r w:rsidRPr="004543E3">
              <w:rPr>
                <w:i/>
                <w:iCs/>
              </w:rPr>
              <w:t>“</w:t>
            </w:r>
            <w:proofErr w:type="spellStart"/>
            <w:r w:rsidRPr="004543E3">
              <w:rPr>
                <w:i/>
                <w:iCs/>
              </w:rPr>
              <w:t>Kiểm</w:t>
            </w:r>
            <w:proofErr w:type="spellEnd"/>
            <w:r w:rsidRPr="004543E3">
              <w:rPr>
                <w:i/>
                <w:iCs/>
              </w:rPr>
              <w:t xml:space="preserve"> </w:t>
            </w:r>
            <w:proofErr w:type="spellStart"/>
            <w:r w:rsidRPr="004543E3">
              <w:rPr>
                <w:i/>
                <w:iCs/>
              </w:rPr>
              <w:t>soát</w:t>
            </w:r>
            <w:proofErr w:type="spellEnd"/>
            <w:r w:rsidRPr="004543E3">
              <w:rPr>
                <w:i/>
                <w:iCs/>
              </w:rPr>
              <w:t xml:space="preserve"> </w:t>
            </w:r>
            <w:proofErr w:type="spellStart"/>
            <w:r w:rsidRPr="004543E3">
              <w:rPr>
                <w:i/>
                <w:iCs/>
              </w:rPr>
              <w:t>viên</w:t>
            </w:r>
            <w:proofErr w:type="spellEnd"/>
            <w:r w:rsidRPr="004543E3">
              <w:rPr>
                <w:i/>
                <w:iCs/>
              </w:rPr>
              <w:t xml:space="preserve"> </w:t>
            </w:r>
            <w:proofErr w:type="spellStart"/>
            <w:r w:rsidRPr="004543E3">
              <w:rPr>
                <w:i/>
                <w:iCs/>
              </w:rPr>
              <w:t>chất</w:t>
            </w:r>
            <w:proofErr w:type="spellEnd"/>
            <w:r w:rsidRPr="004543E3">
              <w:rPr>
                <w:i/>
                <w:iCs/>
              </w:rPr>
              <w:t xml:space="preserve"> </w:t>
            </w:r>
            <w:proofErr w:type="spellStart"/>
            <w:r w:rsidRPr="004543E3">
              <w:rPr>
                <w:i/>
                <w:iCs/>
              </w:rPr>
              <w:t>lượng</w:t>
            </w:r>
            <w:proofErr w:type="spellEnd"/>
            <w:r w:rsidRPr="004543E3">
              <w:rPr>
                <w:i/>
                <w:iCs/>
              </w:rPr>
              <w:t xml:space="preserve"> </w:t>
            </w:r>
            <w:proofErr w:type="spellStart"/>
            <w:r w:rsidRPr="004543E3">
              <w:rPr>
                <w:i/>
                <w:iCs/>
              </w:rPr>
              <w:t>thực</w:t>
            </w:r>
            <w:proofErr w:type="spellEnd"/>
            <w:r w:rsidRPr="004543E3">
              <w:rPr>
                <w:i/>
                <w:iCs/>
              </w:rPr>
              <w:t xml:space="preserve"> </w:t>
            </w:r>
            <w:proofErr w:type="spellStart"/>
            <w:r w:rsidRPr="004543E3">
              <w:rPr>
                <w:i/>
                <w:iCs/>
              </w:rPr>
              <w:t>hiện</w:t>
            </w:r>
            <w:proofErr w:type="spellEnd"/>
            <w:r w:rsidRPr="004543E3">
              <w:rPr>
                <w:i/>
                <w:iCs/>
              </w:rPr>
              <w:t xml:space="preserve"> </w:t>
            </w:r>
            <w:proofErr w:type="spellStart"/>
            <w:r w:rsidRPr="004543E3">
              <w:rPr>
                <w:i/>
                <w:iCs/>
              </w:rPr>
              <w:t>nhiệm</w:t>
            </w:r>
            <w:proofErr w:type="spellEnd"/>
            <w:r w:rsidRPr="004543E3">
              <w:rPr>
                <w:i/>
                <w:iCs/>
              </w:rPr>
              <w:t xml:space="preserve"> </w:t>
            </w:r>
            <w:proofErr w:type="spellStart"/>
            <w:r w:rsidRPr="004543E3">
              <w:rPr>
                <w:i/>
                <w:iCs/>
              </w:rPr>
              <w:t>vụ</w:t>
            </w:r>
            <w:proofErr w:type="spellEnd"/>
            <w:r w:rsidRPr="004543E3">
              <w:rPr>
                <w:i/>
                <w:iCs/>
              </w:rPr>
              <w:t xml:space="preserve"> </w:t>
            </w:r>
            <w:proofErr w:type="spellStart"/>
            <w:r w:rsidRPr="004543E3">
              <w:rPr>
                <w:i/>
                <w:iCs/>
              </w:rPr>
              <w:t>kiểm</w:t>
            </w:r>
            <w:proofErr w:type="spellEnd"/>
            <w:r w:rsidRPr="004543E3">
              <w:rPr>
                <w:i/>
                <w:iCs/>
              </w:rPr>
              <w:t xml:space="preserve"> </w:t>
            </w:r>
            <w:proofErr w:type="spellStart"/>
            <w:r w:rsidRPr="004543E3">
              <w:rPr>
                <w:i/>
                <w:iCs/>
              </w:rPr>
              <w:t>tra</w:t>
            </w:r>
            <w:proofErr w:type="spellEnd"/>
            <w:r w:rsidRPr="004543E3">
              <w:rPr>
                <w:i/>
                <w:iCs/>
              </w:rPr>
              <w:t xml:space="preserve">, </w:t>
            </w:r>
            <w:proofErr w:type="spellStart"/>
            <w:r w:rsidRPr="004543E3">
              <w:rPr>
                <w:i/>
                <w:iCs/>
              </w:rPr>
              <w:t>giám</w:t>
            </w:r>
            <w:proofErr w:type="spellEnd"/>
            <w:r w:rsidRPr="004543E3">
              <w:rPr>
                <w:i/>
                <w:iCs/>
              </w:rPr>
              <w:t xml:space="preserve"> </w:t>
            </w:r>
            <w:proofErr w:type="spellStart"/>
            <w:r w:rsidRPr="004543E3">
              <w:rPr>
                <w:i/>
                <w:iCs/>
              </w:rPr>
              <w:t>sát</w:t>
            </w:r>
            <w:proofErr w:type="spellEnd"/>
            <w:r w:rsidRPr="004543E3">
              <w:rPr>
                <w:i/>
                <w:iCs/>
              </w:rPr>
              <w:t xml:space="preserve">, </w:t>
            </w:r>
            <w:proofErr w:type="spellStart"/>
            <w:r w:rsidRPr="004543E3">
              <w:rPr>
                <w:i/>
                <w:iCs/>
              </w:rPr>
              <w:t>lấy</w:t>
            </w:r>
            <w:proofErr w:type="spellEnd"/>
            <w:r w:rsidRPr="004543E3">
              <w:rPr>
                <w:i/>
                <w:iCs/>
              </w:rPr>
              <w:t xml:space="preserve"> </w:t>
            </w:r>
            <w:proofErr w:type="spellStart"/>
            <w:r w:rsidRPr="004543E3">
              <w:rPr>
                <w:i/>
                <w:iCs/>
              </w:rPr>
              <w:t>mẫu</w:t>
            </w:r>
            <w:proofErr w:type="spellEnd"/>
            <w:r w:rsidRPr="004543E3">
              <w:rPr>
                <w:i/>
                <w:iCs/>
              </w:rPr>
              <w:t xml:space="preserve">, </w:t>
            </w:r>
            <w:proofErr w:type="spellStart"/>
            <w:r w:rsidRPr="004543E3">
              <w:rPr>
                <w:i/>
                <w:iCs/>
              </w:rPr>
              <w:t>phối</w:t>
            </w:r>
            <w:proofErr w:type="spellEnd"/>
            <w:r w:rsidRPr="004543E3">
              <w:rPr>
                <w:i/>
                <w:iCs/>
              </w:rPr>
              <w:t xml:space="preserve"> </w:t>
            </w:r>
            <w:proofErr w:type="spellStart"/>
            <w:r w:rsidRPr="004543E3">
              <w:rPr>
                <w:i/>
                <w:iCs/>
              </w:rPr>
              <w:t>hợp</w:t>
            </w:r>
            <w:proofErr w:type="spellEnd"/>
            <w:r w:rsidRPr="004543E3">
              <w:rPr>
                <w:i/>
                <w:iCs/>
              </w:rPr>
              <w:t xml:space="preserve"> </w:t>
            </w:r>
            <w:proofErr w:type="spellStart"/>
            <w:r w:rsidRPr="004543E3">
              <w:rPr>
                <w:i/>
                <w:iCs/>
              </w:rPr>
              <w:t>xử</w:t>
            </w:r>
            <w:proofErr w:type="spellEnd"/>
            <w:r w:rsidRPr="004543E3">
              <w:rPr>
                <w:i/>
                <w:iCs/>
              </w:rPr>
              <w:t xml:space="preserve"> </w:t>
            </w:r>
            <w:proofErr w:type="spellStart"/>
            <w:r w:rsidRPr="004543E3">
              <w:rPr>
                <w:i/>
                <w:iCs/>
              </w:rPr>
              <w:t>lý</w:t>
            </w:r>
            <w:proofErr w:type="spellEnd"/>
            <w:r w:rsidRPr="004543E3">
              <w:rPr>
                <w:i/>
                <w:iCs/>
              </w:rPr>
              <w:t xml:space="preserve"> vi </w:t>
            </w:r>
            <w:proofErr w:type="spellStart"/>
            <w:r w:rsidRPr="004543E3">
              <w:rPr>
                <w:i/>
                <w:iCs/>
              </w:rPr>
              <w:t>phạm</w:t>
            </w:r>
            <w:proofErr w:type="spellEnd"/>
            <w:r w:rsidRPr="004543E3">
              <w:rPr>
                <w:i/>
                <w:iCs/>
              </w:rPr>
              <w:t xml:space="preserve"> </w:t>
            </w:r>
            <w:proofErr w:type="spellStart"/>
            <w:r w:rsidRPr="004543E3">
              <w:rPr>
                <w:i/>
                <w:iCs/>
              </w:rPr>
              <w:t>hành</w:t>
            </w:r>
            <w:proofErr w:type="spellEnd"/>
            <w:r w:rsidRPr="004543E3">
              <w:rPr>
                <w:i/>
                <w:iCs/>
              </w:rPr>
              <w:t xml:space="preserve"> </w:t>
            </w:r>
            <w:proofErr w:type="spellStart"/>
            <w:r w:rsidRPr="004543E3">
              <w:rPr>
                <w:i/>
                <w:iCs/>
              </w:rPr>
              <w:t>chính</w:t>
            </w:r>
            <w:proofErr w:type="spellEnd"/>
            <w:r w:rsidRPr="004543E3">
              <w:rPr>
                <w:i/>
                <w:iCs/>
              </w:rPr>
              <w:t xml:space="preserve"> </w:t>
            </w:r>
            <w:proofErr w:type="spellStart"/>
            <w:r w:rsidRPr="004543E3">
              <w:rPr>
                <w:i/>
                <w:iCs/>
              </w:rPr>
              <w:t>và</w:t>
            </w:r>
            <w:proofErr w:type="spellEnd"/>
            <w:r w:rsidRPr="004543E3">
              <w:rPr>
                <w:i/>
                <w:iCs/>
              </w:rPr>
              <w:t xml:space="preserve"> </w:t>
            </w:r>
            <w:proofErr w:type="spellStart"/>
            <w:r w:rsidRPr="004543E3">
              <w:rPr>
                <w:i/>
                <w:iCs/>
              </w:rPr>
              <w:t>các</w:t>
            </w:r>
            <w:proofErr w:type="spellEnd"/>
            <w:r w:rsidRPr="004543E3">
              <w:rPr>
                <w:i/>
                <w:iCs/>
              </w:rPr>
              <w:t xml:space="preserve"> </w:t>
            </w:r>
            <w:proofErr w:type="spellStart"/>
            <w:r w:rsidRPr="004543E3">
              <w:rPr>
                <w:i/>
                <w:iCs/>
              </w:rPr>
              <w:t>nhiệm</w:t>
            </w:r>
            <w:proofErr w:type="spellEnd"/>
            <w:r w:rsidRPr="004543E3">
              <w:rPr>
                <w:i/>
                <w:iCs/>
              </w:rPr>
              <w:t xml:space="preserve"> </w:t>
            </w:r>
            <w:proofErr w:type="spellStart"/>
            <w:r w:rsidRPr="004543E3">
              <w:rPr>
                <w:i/>
                <w:iCs/>
              </w:rPr>
              <w:t>vụ</w:t>
            </w:r>
            <w:proofErr w:type="spellEnd"/>
            <w:r w:rsidRPr="004543E3">
              <w:rPr>
                <w:i/>
                <w:iCs/>
              </w:rPr>
              <w:t xml:space="preserve"> </w:t>
            </w:r>
            <w:proofErr w:type="spellStart"/>
            <w:r w:rsidRPr="004543E3">
              <w:rPr>
                <w:i/>
                <w:iCs/>
              </w:rPr>
              <w:t>chuyên</w:t>
            </w:r>
            <w:proofErr w:type="spellEnd"/>
            <w:r w:rsidRPr="004543E3">
              <w:rPr>
                <w:i/>
                <w:iCs/>
              </w:rPr>
              <w:t xml:space="preserve"> </w:t>
            </w:r>
            <w:proofErr w:type="spellStart"/>
            <w:r w:rsidRPr="004543E3">
              <w:rPr>
                <w:i/>
                <w:iCs/>
              </w:rPr>
              <w:t>môn</w:t>
            </w:r>
            <w:proofErr w:type="spellEnd"/>
            <w:r w:rsidRPr="004543E3">
              <w:rPr>
                <w:i/>
                <w:iCs/>
              </w:rPr>
              <w:t xml:space="preserve"> </w:t>
            </w:r>
            <w:proofErr w:type="spellStart"/>
            <w:r w:rsidRPr="004543E3">
              <w:rPr>
                <w:i/>
                <w:iCs/>
              </w:rPr>
              <w:t>khác</w:t>
            </w:r>
            <w:proofErr w:type="spellEnd"/>
            <w:r w:rsidRPr="004543E3">
              <w:rPr>
                <w:i/>
                <w:iCs/>
              </w:rPr>
              <w:t xml:space="preserve"> </w:t>
            </w:r>
            <w:proofErr w:type="spellStart"/>
            <w:r w:rsidRPr="004543E3">
              <w:rPr>
                <w:i/>
                <w:iCs/>
              </w:rPr>
              <w:t>liên</w:t>
            </w:r>
            <w:proofErr w:type="spellEnd"/>
            <w:r w:rsidRPr="004543E3">
              <w:rPr>
                <w:i/>
                <w:iCs/>
              </w:rPr>
              <w:t xml:space="preserve"> </w:t>
            </w:r>
            <w:proofErr w:type="spellStart"/>
            <w:r w:rsidRPr="004543E3">
              <w:rPr>
                <w:i/>
                <w:iCs/>
              </w:rPr>
              <w:t>quan</w:t>
            </w:r>
            <w:proofErr w:type="spellEnd"/>
            <w:r w:rsidRPr="004543E3">
              <w:rPr>
                <w:i/>
                <w:iCs/>
              </w:rPr>
              <w:t xml:space="preserve"> </w:t>
            </w:r>
            <w:proofErr w:type="spellStart"/>
            <w:r w:rsidRPr="004543E3">
              <w:rPr>
                <w:i/>
                <w:iCs/>
              </w:rPr>
              <w:t>đến</w:t>
            </w:r>
            <w:proofErr w:type="spellEnd"/>
            <w:r w:rsidRPr="004543E3">
              <w:rPr>
                <w:i/>
                <w:iCs/>
              </w:rPr>
              <w:t xml:space="preserve"> </w:t>
            </w:r>
            <w:proofErr w:type="spellStart"/>
            <w:r w:rsidRPr="004543E3">
              <w:rPr>
                <w:i/>
                <w:iCs/>
              </w:rPr>
              <w:t>quản</w:t>
            </w:r>
            <w:proofErr w:type="spellEnd"/>
            <w:r w:rsidRPr="004543E3">
              <w:rPr>
                <w:i/>
                <w:iCs/>
              </w:rPr>
              <w:t xml:space="preserve"> </w:t>
            </w:r>
            <w:proofErr w:type="spellStart"/>
            <w:r w:rsidRPr="004543E3">
              <w:rPr>
                <w:i/>
                <w:iCs/>
              </w:rPr>
              <w:t>lý</w:t>
            </w:r>
            <w:proofErr w:type="spellEnd"/>
            <w:r w:rsidRPr="004543E3">
              <w:rPr>
                <w:i/>
                <w:iCs/>
              </w:rPr>
              <w:t xml:space="preserve"> </w:t>
            </w:r>
            <w:proofErr w:type="spellStart"/>
            <w:r w:rsidRPr="004543E3">
              <w:rPr>
                <w:i/>
                <w:iCs/>
              </w:rPr>
              <w:t>chất</w:t>
            </w:r>
            <w:proofErr w:type="spellEnd"/>
            <w:r w:rsidRPr="004543E3">
              <w:rPr>
                <w:i/>
                <w:iCs/>
              </w:rPr>
              <w:t xml:space="preserve"> </w:t>
            </w:r>
            <w:proofErr w:type="spellStart"/>
            <w:r w:rsidRPr="004543E3">
              <w:rPr>
                <w:i/>
                <w:iCs/>
              </w:rPr>
              <w:t>lượng</w:t>
            </w:r>
            <w:proofErr w:type="spellEnd"/>
            <w:r w:rsidRPr="004543E3">
              <w:rPr>
                <w:i/>
                <w:iCs/>
              </w:rPr>
              <w:t xml:space="preserve"> </w:t>
            </w:r>
            <w:proofErr w:type="spellStart"/>
            <w:r w:rsidRPr="004543E3">
              <w:rPr>
                <w:i/>
                <w:iCs/>
              </w:rPr>
              <w:t>sản</w:t>
            </w:r>
            <w:proofErr w:type="spellEnd"/>
            <w:r w:rsidRPr="004543E3">
              <w:rPr>
                <w:i/>
                <w:iCs/>
              </w:rPr>
              <w:t xml:space="preserve"> </w:t>
            </w:r>
            <w:proofErr w:type="spellStart"/>
            <w:r w:rsidRPr="004543E3">
              <w:rPr>
                <w:i/>
                <w:iCs/>
              </w:rPr>
              <w:t>phẩm</w:t>
            </w:r>
            <w:proofErr w:type="spellEnd"/>
            <w:r w:rsidRPr="004543E3">
              <w:rPr>
                <w:i/>
                <w:iCs/>
              </w:rPr>
              <w:t xml:space="preserve">, </w:t>
            </w:r>
            <w:proofErr w:type="spellStart"/>
            <w:r w:rsidRPr="004543E3">
              <w:rPr>
                <w:i/>
                <w:iCs/>
              </w:rPr>
              <w:t>hàng</w:t>
            </w:r>
            <w:proofErr w:type="spellEnd"/>
            <w:r w:rsidRPr="004543E3">
              <w:rPr>
                <w:i/>
                <w:iCs/>
              </w:rPr>
              <w:t xml:space="preserve"> </w:t>
            </w:r>
            <w:proofErr w:type="spellStart"/>
            <w:r w:rsidRPr="004543E3">
              <w:rPr>
                <w:i/>
                <w:iCs/>
              </w:rPr>
              <w:t>hóa</w:t>
            </w:r>
            <w:proofErr w:type="spellEnd"/>
            <w:r w:rsidRPr="004543E3">
              <w:rPr>
                <w:i/>
                <w:iCs/>
              </w:rPr>
              <w:t xml:space="preserve"> </w:t>
            </w:r>
            <w:proofErr w:type="spellStart"/>
            <w:r w:rsidRPr="004543E3">
              <w:rPr>
                <w:i/>
                <w:iCs/>
              </w:rPr>
              <w:t>theo</w:t>
            </w:r>
            <w:proofErr w:type="spellEnd"/>
            <w:r w:rsidRPr="004543E3">
              <w:rPr>
                <w:i/>
                <w:iCs/>
              </w:rPr>
              <w:t xml:space="preserve"> </w:t>
            </w:r>
            <w:proofErr w:type="spellStart"/>
            <w:r w:rsidRPr="004543E3">
              <w:rPr>
                <w:i/>
                <w:iCs/>
              </w:rPr>
              <w:t>quy</w:t>
            </w:r>
            <w:proofErr w:type="spellEnd"/>
            <w:r w:rsidRPr="004543E3">
              <w:rPr>
                <w:i/>
                <w:iCs/>
              </w:rPr>
              <w:t xml:space="preserve"> </w:t>
            </w:r>
            <w:proofErr w:type="spellStart"/>
            <w:r w:rsidRPr="004543E3">
              <w:rPr>
                <w:i/>
                <w:iCs/>
              </w:rPr>
              <w:t>định</w:t>
            </w:r>
            <w:proofErr w:type="spellEnd"/>
            <w:r w:rsidRPr="004543E3">
              <w:rPr>
                <w:i/>
                <w:iCs/>
              </w:rPr>
              <w:t xml:space="preserve"> </w:t>
            </w:r>
            <w:proofErr w:type="spellStart"/>
            <w:r w:rsidRPr="004543E3">
              <w:rPr>
                <w:i/>
                <w:iCs/>
              </w:rPr>
              <w:t>của</w:t>
            </w:r>
            <w:proofErr w:type="spellEnd"/>
            <w:r w:rsidRPr="004543E3">
              <w:rPr>
                <w:i/>
                <w:iCs/>
              </w:rPr>
              <w:t xml:space="preserve"> </w:t>
            </w:r>
            <w:proofErr w:type="spellStart"/>
            <w:r w:rsidRPr="004543E3">
              <w:rPr>
                <w:i/>
                <w:iCs/>
              </w:rPr>
              <w:t>Nghị</w:t>
            </w:r>
            <w:proofErr w:type="spellEnd"/>
            <w:r w:rsidRPr="004543E3">
              <w:rPr>
                <w:i/>
                <w:iCs/>
              </w:rPr>
              <w:t xml:space="preserve"> </w:t>
            </w:r>
            <w:proofErr w:type="spellStart"/>
            <w:r w:rsidRPr="004543E3">
              <w:rPr>
                <w:i/>
                <w:iCs/>
              </w:rPr>
              <w:t>định</w:t>
            </w:r>
            <w:proofErr w:type="spellEnd"/>
            <w:r w:rsidRPr="004543E3">
              <w:rPr>
                <w:i/>
                <w:iCs/>
              </w:rPr>
              <w:t xml:space="preserve"> </w:t>
            </w:r>
            <w:proofErr w:type="spellStart"/>
            <w:r w:rsidRPr="004543E3">
              <w:rPr>
                <w:i/>
                <w:iCs/>
              </w:rPr>
              <w:t>này</w:t>
            </w:r>
            <w:proofErr w:type="spellEnd"/>
            <w:r w:rsidRPr="004543E3">
              <w:rPr>
                <w:i/>
                <w:iCs/>
              </w:rPr>
              <w:t xml:space="preserve"> </w:t>
            </w:r>
            <w:proofErr w:type="spellStart"/>
            <w:r w:rsidRPr="004543E3">
              <w:rPr>
                <w:i/>
                <w:iCs/>
              </w:rPr>
              <w:t>và</w:t>
            </w:r>
            <w:proofErr w:type="spellEnd"/>
            <w:r w:rsidRPr="004543E3">
              <w:rPr>
                <w:i/>
                <w:iCs/>
              </w:rPr>
              <w:t xml:space="preserve"> </w:t>
            </w:r>
            <w:proofErr w:type="spellStart"/>
            <w:r w:rsidRPr="004543E3">
              <w:rPr>
                <w:i/>
                <w:iCs/>
              </w:rPr>
              <w:t>pháp</w:t>
            </w:r>
            <w:proofErr w:type="spellEnd"/>
            <w:r w:rsidRPr="004543E3">
              <w:rPr>
                <w:i/>
                <w:iCs/>
              </w:rPr>
              <w:t xml:space="preserve"> </w:t>
            </w:r>
            <w:proofErr w:type="spellStart"/>
            <w:r w:rsidRPr="004543E3">
              <w:rPr>
                <w:i/>
                <w:iCs/>
              </w:rPr>
              <w:t>luật</w:t>
            </w:r>
            <w:proofErr w:type="spellEnd"/>
            <w:r w:rsidRPr="004543E3">
              <w:rPr>
                <w:i/>
                <w:iCs/>
              </w:rPr>
              <w:t xml:space="preserve"> </w:t>
            </w:r>
            <w:proofErr w:type="spellStart"/>
            <w:r w:rsidRPr="004543E3">
              <w:rPr>
                <w:i/>
                <w:iCs/>
              </w:rPr>
              <w:t>có</w:t>
            </w:r>
            <w:proofErr w:type="spellEnd"/>
            <w:r w:rsidRPr="004543E3">
              <w:rPr>
                <w:i/>
                <w:iCs/>
              </w:rPr>
              <w:t xml:space="preserve"> </w:t>
            </w:r>
            <w:proofErr w:type="spellStart"/>
            <w:r w:rsidRPr="004543E3">
              <w:rPr>
                <w:i/>
                <w:iCs/>
              </w:rPr>
              <w:t>liên</w:t>
            </w:r>
            <w:proofErr w:type="spellEnd"/>
            <w:r w:rsidRPr="004543E3">
              <w:rPr>
                <w:i/>
                <w:iCs/>
              </w:rPr>
              <w:t xml:space="preserve"> </w:t>
            </w:r>
            <w:proofErr w:type="spellStart"/>
            <w:r w:rsidRPr="004543E3">
              <w:rPr>
                <w:i/>
                <w:iCs/>
              </w:rPr>
              <w:t>quan</w:t>
            </w:r>
            <w:proofErr w:type="spellEnd"/>
            <w:r w:rsidRPr="004543E3">
              <w:rPr>
                <w:i/>
                <w:iCs/>
              </w:rPr>
              <w:t>”</w:t>
            </w:r>
            <w:r w:rsidRPr="004543E3">
              <w:t xml:space="preserve">. </w:t>
            </w:r>
          </w:p>
          <w:p w14:paraId="662FEC04" w14:textId="77777777" w:rsidR="00512F52" w:rsidRPr="004543E3" w:rsidRDefault="00512F52" w:rsidP="00563608">
            <w:pPr>
              <w:spacing w:before="120" w:after="120" w:line="240" w:lineRule="auto"/>
              <w:jc w:val="both"/>
            </w:pPr>
            <w:r w:rsidRPr="004543E3">
              <w:t xml:space="preserve">Do </w:t>
            </w:r>
            <w:proofErr w:type="spellStart"/>
            <w:r w:rsidRPr="004543E3">
              <w:t>vậy</w:t>
            </w:r>
            <w:proofErr w:type="spellEnd"/>
            <w:r w:rsidRPr="004543E3">
              <w:t xml:space="preserve">,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rà</w:t>
            </w:r>
            <w:proofErr w:type="spellEnd"/>
            <w:r w:rsidRPr="004543E3">
              <w:t xml:space="preserve"> </w:t>
            </w:r>
            <w:proofErr w:type="spellStart"/>
            <w:r w:rsidRPr="004543E3">
              <w:t>soát</w:t>
            </w:r>
            <w:proofErr w:type="spellEnd"/>
            <w:r w:rsidRPr="004543E3">
              <w:t xml:space="preserve">, </w:t>
            </w:r>
            <w:proofErr w:type="spellStart"/>
            <w:r w:rsidRPr="004543E3">
              <w:t>chỉnh</w:t>
            </w:r>
            <w:proofErr w:type="spellEnd"/>
            <w:r w:rsidRPr="004543E3">
              <w:t xml:space="preserve"> </w:t>
            </w:r>
            <w:proofErr w:type="spellStart"/>
            <w:r w:rsidRPr="004543E3">
              <w:t>lý</w:t>
            </w:r>
            <w:proofErr w:type="spellEnd"/>
            <w:r w:rsidRPr="004543E3">
              <w:t xml:space="preserve"> </w:t>
            </w:r>
            <w:proofErr w:type="spellStart"/>
            <w:r w:rsidRPr="004543E3">
              <w:t>Khoản</w:t>
            </w:r>
            <w:proofErr w:type="spellEnd"/>
            <w:r w:rsidRPr="004543E3">
              <w:t xml:space="preserve"> 2, </w:t>
            </w:r>
            <w:proofErr w:type="spellStart"/>
            <w:r w:rsidRPr="004543E3">
              <w:t>Điều</w:t>
            </w:r>
            <w:proofErr w:type="spellEnd"/>
            <w:r w:rsidRPr="004543E3">
              <w:t xml:space="preserve"> 5; </w:t>
            </w:r>
            <w:proofErr w:type="spellStart"/>
            <w:r w:rsidRPr="004543E3">
              <w:t>Khoản</w:t>
            </w:r>
            <w:proofErr w:type="spellEnd"/>
            <w:r w:rsidRPr="004543E3">
              <w:t xml:space="preserve"> 2, </w:t>
            </w:r>
            <w:proofErr w:type="spellStart"/>
            <w:r w:rsidRPr="004543E3">
              <w:t>Điều</w:t>
            </w:r>
            <w:proofErr w:type="spellEnd"/>
            <w:r w:rsidRPr="004543E3">
              <w:t xml:space="preserve"> 6 </w:t>
            </w:r>
            <w:proofErr w:type="spellStart"/>
            <w:r w:rsidRPr="004543E3">
              <w:t>và</w:t>
            </w:r>
            <w:proofErr w:type="spellEnd"/>
            <w:r w:rsidRPr="004543E3">
              <w:t xml:space="preserve"> </w:t>
            </w:r>
            <w:proofErr w:type="spellStart"/>
            <w:r w:rsidRPr="004543E3">
              <w:t>Khoản</w:t>
            </w:r>
            <w:proofErr w:type="spellEnd"/>
            <w:r w:rsidRPr="004543E3">
              <w:t xml:space="preserve"> 2, </w:t>
            </w:r>
            <w:proofErr w:type="spellStart"/>
            <w:r w:rsidRPr="004543E3">
              <w:t>Điều</w:t>
            </w:r>
            <w:proofErr w:type="spellEnd"/>
            <w:r w:rsidRPr="004543E3">
              <w:t xml:space="preserve"> 7 </w:t>
            </w:r>
            <w:proofErr w:type="spellStart"/>
            <w:r w:rsidRPr="004543E3">
              <w:t>dự</w:t>
            </w:r>
            <w:proofErr w:type="spellEnd"/>
            <w:r w:rsidRPr="004543E3">
              <w:t xml:space="preserve"> </w:t>
            </w:r>
            <w:proofErr w:type="spellStart"/>
            <w:r w:rsidRPr="004543E3">
              <w:t>thảo</w:t>
            </w:r>
            <w:proofErr w:type="spellEnd"/>
            <w:r w:rsidRPr="004543E3">
              <w:t xml:space="preserve"> Thông </w:t>
            </w:r>
            <w:proofErr w:type="spellStart"/>
            <w:r w:rsidRPr="004543E3">
              <w:t>tư</w:t>
            </w:r>
            <w:proofErr w:type="spellEnd"/>
            <w:r w:rsidRPr="004543E3">
              <w:t xml:space="preserve"> </w:t>
            </w:r>
            <w:proofErr w:type="spellStart"/>
            <w:r w:rsidRPr="004543E3">
              <w:t>bảo</w:t>
            </w:r>
            <w:proofErr w:type="spellEnd"/>
            <w:r w:rsidRPr="004543E3">
              <w:t xml:space="preserve"> </w:t>
            </w:r>
            <w:proofErr w:type="spellStart"/>
            <w:r w:rsidRPr="004543E3">
              <w:t>đảm</w:t>
            </w:r>
            <w:proofErr w:type="spellEnd"/>
            <w:r w:rsidRPr="004543E3">
              <w:t xml:space="preserve"> </w:t>
            </w:r>
            <w:proofErr w:type="spellStart"/>
            <w:r w:rsidRPr="004543E3">
              <w:t>phù</w:t>
            </w:r>
            <w:proofErr w:type="spellEnd"/>
            <w:r w:rsidRPr="004543E3">
              <w:t xml:space="preserve"> </w:t>
            </w:r>
            <w:proofErr w:type="spellStart"/>
            <w:r w:rsidRPr="004543E3">
              <w:t>hợp</w:t>
            </w:r>
            <w:proofErr w:type="spellEnd"/>
            <w:r w:rsidRPr="004543E3">
              <w:t xml:space="preserve"> </w:t>
            </w:r>
            <w:proofErr w:type="spellStart"/>
            <w:r w:rsidRPr="004543E3">
              <w:t>với</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nêu</w:t>
            </w:r>
            <w:proofErr w:type="spellEnd"/>
            <w:r w:rsidRPr="004543E3">
              <w:t xml:space="preserve"> </w:t>
            </w:r>
            <w:proofErr w:type="spellStart"/>
            <w:r w:rsidRPr="004543E3">
              <w:t>trên</w:t>
            </w:r>
            <w:proofErr w:type="spellEnd"/>
            <w:r w:rsidRPr="004543E3">
              <w:t xml:space="preserve"> </w:t>
            </w:r>
            <w:proofErr w:type="spellStart"/>
            <w:r w:rsidRPr="004543E3">
              <w:t>về</w:t>
            </w:r>
            <w:proofErr w:type="spellEnd"/>
            <w:r w:rsidRPr="004543E3">
              <w:t xml:space="preserve"> </w:t>
            </w:r>
            <w:proofErr w:type="spellStart"/>
            <w:r w:rsidRPr="004543E3">
              <w:t>nhiệm</w:t>
            </w:r>
            <w:proofErr w:type="spellEnd"/>
            <w:r w:rsidRPr="004543E3">
              <w:t xml:space="preserve"> </w:t>
            </w:r>
            <w:proofErr w:type="spellStart"/>
            <w:r w:rsidRPr="004543E3">
              <w:t>vụ</w:t>
            </w:r>
            <w:proofErr w:type="spellEnd"/>
            <w:r w:rsidRPr="004543E3">
              <w:t xml:space="preserve"> </w:t>
            </w:r>
            <w:proofErr w:type="spellStart"/>
            <w:r w:rsidRPr="004543E3">
              <w:t>của</w:t>
            </w:r>
            <w:proofErr w:type="spellEnd"/>
            <w:r w:rsidRPr="004543E3">
              <w:t xml:space="preserve"> KSVCLSPHH.</w:t>
            </w:r>
          </w:p>
          <w:p w14:paraId="24975851" w14:textId="577E4193" w:rsidR="00512F52" w:rsidRPr="004543E3" w:rsidRDefault="00512F52" w:rsidP="00563608">
            <w:pPr>
              <w:spacing w:before="120" w:after="120" w:line="240" w:lineRule="auto"/>
              <w:jc w:val="both"/>
              <w:rPr>
                <w:b/>
                <w:bCs/>
              </w:rPr>
            </w:pPr>
            <w:r w:rsidRPr="004543E3">
              <w:t xml:space="preserve">-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bổ</w:t>
            </w:r>
            <w:proofErr w:type="spellEnd"/>
            <w:r w:rsidRPr="004543E3">
              <w:t xml:space="preserve"> sung </w:t>
            </w:r>
            <w:proofErr w:type="spellStart"/>
            <w:r w:rsidRPr="004543E3">
              <w:t>các</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hướng</w:t>
            </w:r>
            <w:proofErr w:type="spellEnd"/>
            <w:r w:rsidRPr="004543E3">
              <w:t xml:space="preserve"> </w:t>
            </w:r>
            <w:proofErr w:type="spellStart"/>
            <w:r w:rsidRPr="004543E3">
              <w:t>dẫn</w:t>
            </w:r>
            <w:proofErr w:type="spellEnd"/>
            <w:r w:rsidRPr="004543E3">
              <w:t xml:space="preserve"> </w:t>
            </w:r>
            <w:proofErr w:type="spellStart"/>
            <w:r w:rsidRPr="004543E3">
              <w:t>bồi</w:t>
            </w:r>
            <w:proofErr w:type="spellEnd"/>
            <w:r w:rsidRPr="004543E3">
              <w:t xml:space="preserve"> </w:t>
            </w:r>
            <w:proofErr w:type="spellStart"/>
            <w:r w:rsidRPr="004543E3">
              <w:t>dưỡng</w:t>
            </w:r>
            <w:proofErr w:type="spellEnd"/>
            <w:r w:rsidRPr="004543E3">
              <w:t xml:space="preserve"> </w:t>
            </w:r>
            <w:proofErr w:type="spellStart"/>
            <w:r w:rsidRPr="004543E3">
              <w:t>nghiệp</w:t>
            </w:r>
            <w:proofErr w:type="spellEnd"/>
            <w:r w:rsidRPr="004543E3">
              <w:t xml:space="preserve"> </w:t>
            </w:r>
            <w:proofErr w:type="spellStart"/>
            <w:r w:rsidRPr="004543E3">
              <w:t>vụ</w:t>
            </w:r>
            <w:proofErr w:type="spellEnd"/>
            <w:r w:rsidRPr="004543E3">
              <w:t xml:space="preserve"> </w:t>
            </w:r>
            <w:proofErr w:type="spellStart"/>
            <w:r w:rsidRPr="004543E3">
              <w:t>Kiểm</w:t>
            </w:r>
            <w:proofErr w:type="spellEnd"/>
            <w:r w:rsidRPr="004543E3">
              <w:t xml:space="preserve"> </w:t>
            </w:r>
            <w:proofErr w:type="spellStart"/>
            <w:r w:rsidRPr="004543E3">
              <w:t>soát</w:t>
            </w:r>
            <w:proofErr w:type="spellEnd"/>
            <w:r w:rsidRPr="004543E3">
              <w:t xml:space="preserve"> CLSPHH; </w:t>
            </w:r>
            <w:proofErr w:type="spellStart"/>
            <w:r w:rsidRPr="004543E3">
              <w:t>thời</w:t>
            </w:r>
            <w:proofErr w:type="spellEnd"/>
            <w:r w:rsidRPr="004543E3">
              <w:t xml:space="preserve"> </w:t>
            </w:r>
            <w:proofErr w:type="spellStart"/>
            <w:r w:rsidRPr="004543E3">
              <w:t>gian</w:t>
            </w:r>
            <w:proofErr w:type="spellEnd"/>
            <w:r w:rsidRPr="004543E3">
              <w:t xml:space="preserve"> </w:t>
            </w:r>
            <w:proofErr w:type="spellStart"/>
            <w:r w:rsidRPr="004543E3">
              <w:t>cụ</w:t>
            </w:r>
            <w:proofErr w:type="spellEnd"/>
            <w:r w:rsidRPr="004543E3">
              <w:t xml:space="preserve"> </w:t>
            </w:r>
            <w:proofErr w:type="spellStart"/>
            <w:r w:rsidRPr="004543E3">
              <w:t>thể</w:t>
            </w:r>
            <w:proofErr w:type="spellEnd"/>
            <w:r w:rsidRPr="004543E3">
              <w:t xml:space="preserve"> </w:t>
            </w:r>
            <w:proofErr w:type="spellStart"/>
            <w:r w:rsidRPr="004543E3">
              <w:t>để</w:t>
            </w:r>
            <w:proofErr w:type="spellEnd"/>
            <w:r w:rsidRPr="004543E3">
              <w:t xml:space="preserve"> </w:t>
            </w:r>
            <w:proofErr w:type="spellStart"/>
            <w:r w:rsidRPr="004543E3">
              <w:t>các</w:t>
            </w:r>
            <w:proofErr w:type="spellEnd"/>
            <w:r w:rsidRPr="004543E3">
              <w:t xml:space="preserve"> </w:t>
            </w:r>
            <w:proofErr w:type="spellStart"/>
            <w:r w:rsidRPr="004543E3">
              <w:t>Bộ</w:t>
            </w:r>
            <w:proofErr w:type="spellEnd"/>
            <w:r w:rsidRPr="004543E3">
              <w:t xml:space="preserve">, </w:t>
            </w:r>
            <w:proofErr w:type="spellStart"/>
            <w:r w:rsidRPr="004543E3">
              <w:t>cơ</w:t>
            </w:r>
            <w:proofErr w:type="spellEnd"/>
            <w:r w:rsidRPr="004543E3">
              <w:t xml:space="preserve"> </w:t>
            </w:r>
            <w:proofErr w:type="spellStart"/>
            <w:r w:rsidRPr="004543E3">
              <w:t>quan</w:t>
            </w:r>
            <w:proofErr w:type="spellEnd"/>
            <w:r w:rsidRPr="004543E3">
              <w:t xml:space="preserve"> </w:t>
            </w:r>
            <w:proofErr w:type="spellStart"/>
            <w:r w:rsidRPr="004543E3">
              <w:t>ngang</w:t>
            </w:r>
            <w:proofErr w:type="spellEnd"/>
            <w:r w:rsidRPr="004543E3">
              <w:t xml:space="preserve"> </w:t>
            </w:r>
            <w:proofErr w:type="spellStart"/>
            <w:r w:rsidRPr="004543E3">
              <w:t>Bộ</w:t>
            </w:r>
            <w:proofErr w:type="spellEnd"/>
            <w:r w:rsidRPr="004543E3">
              <w:t xml:space="preserve">, </w:t>
            </w:r>
            <w:proofErr w:type="spellStart"/>
            <w:r w:rsidRPr="004543E3">
              <w:t>cơ</w:t>
            </w:r>
            <w:proofErr w:type="spellEnd"/>
            <w:r w:rsidRPr="004543E3">
              <w:t xml:space="preserve"> </w:t>
            </w:r>
            <w:proofErr w:type="spellStart"/>
            <w:r w:rsidRPr="004543E3">
              <w:t>quan</w:t>
            </w:r>
            <w:proofErr w:type="spellEnd"/>
            <w:r w:rsidRPr="004543E3">
              <w:t xml:space="preserve"> </w:t>
            </w:r>
            <w:proofErr w:type="spellStart"/>
            <w:r w:rsidRPr="004543E3">
              <w:t>thuộc</w:t>
            </w:r>
            <w:proofErr w:type="spellEnd"/>
            <w:r w:rsidRPr="004543E3">
              <w:t xml:space="preserve"> </w:t>
            </w:r>
            <w:proofErr w:type="spellStart"/>
            <w:r w:rsidRPr="004543E3">
              <w:t>Chính</w:t>
            </w:r>
            <w:proofErr w:type="spellEnd"/>
            <w:r w:rsidRPr="004543E3">
              <w:t xml:space="preserve"> </w:t>
            </w:r>
            <w:proofErr w:type="spellStart"/>
            <w:r w:rsidRPr="004543E3">
              <w:t>phủ</w:t>
            </w:r>
            <w:proofErr w:type="spellEnd"/>
            <w:r w:rsidRPr="004543E3">
              <w:t xml:space="preserve"> </w:t>
            </w:r>
            <w:proofErr w:type="spellStart"/>
            <w:r w:rsidRPr="004543E3">
              <w:t>và</w:t>
            </w:r>
            <w:proofErr w:type="spellEnd"/>
            <w:r w:rsidRPr="004543E3">
              <w:t xml:space="preserve"> </w:t>
            </w:r>
            <w:proofErr w:type="spellStart"/>
            <w:r w:rsidRPr="004543E3">
              <w:t>Ủy</w:t>
            </w:r>
            <w:proofErr w:type="spellEnd"/>
            <w:r w:rsidRPr="004543E3">
              <w:t xml:space="preserve"> ban </w:t>
            </w:r>
            <w:proofErr w:type="spellStart"/>
            <w:r w:rsidRPr="004543E3">
              <w:t>nhân</w:t>
            </w:r>
            <w:proofErr w:type="spellEnd"/>
            <w:r w:rsidRPr="004543E3">
              <w:t xml:space="preserve"> </w:t>
            </w:r>
            <w:proofErr w:type="spellStart"/>
            <w:r w:rsidRPr="004543E3">
              <w:t>dân</w:t>
            </w:r>
            <w:proofErr w:type="spellEnd"/>
            <w:r w:rsidRPr="004543E3">
              <w:t xml:space="preserve"> </w:t>
            </w:r>
            <w:proofErr w:type="spellStart"/>
            <w:r w:rsidRPr="004543E3">
              <w:t>tỉnh</w:t>
            </w:r>
            <w:proofErr w:type="spellEnd"/>
            <w:r w:rsidRPr="004543E3">
              <w:t xml:space="preserve">, </w:t>
            </w:r>
            <w:proofErr w:type="spellStart"/>
            <w:r w:rsidRPr="004543E3">
              <w:t>thành</w:t>
            </w:r>
            <w:proofErr w:type="spellEnd"/>
            <w:r w:rsidRPr="004543E3">
              <w:t xml:space="preserve"> </w:t>
            </w:r>
            <w:proofErr w:type="spellStart"/>
            <w:r w:rsidRPr="004543E3">
              <w:t>phố</w:t>
            </w:r>
            <w:proofErr w:type="spellEnd"/>
            <w:r w:rsidRPr="004543E3">
              <w:t xml:space="preserve"> </w:t>
            </w:r>
            <w:proofErr w:type="spellStart"/>
            <w:r w:rsidRPr="004543E3">
              <w:t>trực</w:t>
            </w:r>
            <w:proofErr w:type="spellEnd"/>
            <w:r w:rsidRPr="004543E3">
              <w:t xml:space="preserve"> </w:t>
            </w:r>
            <w:proofErr w:type="spellStart"/>
            <w:r w:rsidRPr="004543E3">
              <w:t>thuộc</w:t>
            </w:r>
            <w:proofErr w:type="spellEnd"/>
            <w:r w:rsidRPr="004543E3">
              <w:t xml:space="preserve"> Trung </w:t>
            </w:r>
            <w:proofErr w:type="spellStart"/>
            <w:r w:rsidRPr="004543E3">
              <w:t>ương</w:t>
            </w:r>
            <w:proofErr w:type="spellEnd"/>
            <w:r w:rsidRPr="004543E3">
              <w:t xml:space="preserve"> </w:t>
            </w:r>
            <w:proofErr w:type="spellStart"/>
            <w:r w:rsidRPr="004543E3">
              <w:t>rà</w:t>
            </w:r>
            <w:proofErr w:type="spellEnd"/>
            <w:r w:rsidRPr="004543E3">
              <w:t xml:space="preserve"> </w:t>
            </w:r>
            <w:proofErr w:type="spellStart"/>
            <w:r w:rsidRPr="004543E3">
              <w:t>soát</w:t>
            </w:r>
            <w:proofErr w:type="spellEnd"/>
            <w:r w:rsidRPr="004543E3">
              <w:t xml:space="preserve"> </w:t>
            </w:r>
            <w:proofErr w:type="spellStart"/>
            <w:r w:rsidRPr="004543E3">
              <w:t>bổ</w:t>
            </w:r>
            <w:proofErr w:type="spellEnd"/>
            <w:r w:rsidRPr="004543E3">
              <w:t xml:space="preserve"> </w:t>
            </w:r>
            <w:proofErr w:type="spellStart"/>
            <w:r w:rsidRPr="004543E3">
              <w:t>nhiệm</w:t>
            </w:r>
            <w:proofErr w:type="spellEnd"/>
            <w:r w:rsidRPr="004543E3">
              <w:t xml:space="preserve"> </w:t>
            </w:r>
            <w:proofErr w:type="spellStart"/>
            <w:r w:rsidRPr="004543E3">
              <w:t>chức</w:t>
            </w:r>
            <w:proofErr w:type="spellEnd"/>
            <w:r w:rsidRPr="004543E3">
              <w:t xml:space="preserve"> </w:t>
            </w:r>
            <w:proofErr w:type="spellStart"/>
            <w:r w:rsidRPr="004543E3">
              <w:t>danh</w:t>
            </w:r>
            <w:proofErr w:type="spellEnd"/>
            <w:r w:rsidRPr="004543E3">
              <w:t xml:space="preserve"> KSVCLSPHH.</w:t>
            </w:r>
          </w:p>
        </w:tc>
        <w:tc>
          <w:tcPr>
            <w:tcW w:w="7371" w:type="dxa"/>
          </w:tcPr>
          <w:p w14:paraId="0BE3FB16" w14:textId="77777777" w:rsidR="00512F52" w:rsidRPr="004543E3" w:rsidRDefault="00512F52" w:rsidP="00563608">
            <w:pPr>
              <w:spacing w:before="120" w:after="120" w:line="240" w:lineRule="auto"/>
              <w:jc w:val="both"/>
              <w:rPr>
                <w:szCs w:val="26"/>
              </w:rPr>
            </w:pPr>
            <w:r w:rsidRPr="004543E3">
              <w:rPr>
                <w:szCs w:val="26"/>
              </w:rPr>
              <w:t xml:space="preserve">- </w:t>
            </w:r>
            <w:proofErr w:type="spellStart"/>
            <w:r w:rsidRPr="004543E3">
              <w:rPr>
                <w:szCs w:val="26"/>
              </w:rPr>
              <w:t>Tiếp</w:t>
            </w:r>
            <w:proofErr w:type="spellEnd"/>
            <w:r w:rsidRPr="004543E3">
              <w:rPr>
                <w:szCs w:val="26"/>
              </w:rPr>
              <w:t xml:space="preserve"> </w:t>
            </w:r>
            <w:proofErr w:type="spellStart"/>
            <w:r w:rsidRPr="004543E3">
              <w:rPr>
                <w:szCs w:val="26"/>
              </w:rPr>
              <w:t>thu</w:t>
            </w:r>
            <w:proofErr w:type="spellEnd"/>
            <w:r w:rsidRPr="004543E3">
              <w:rPr>
                <w:szCs w:val="26"/>
              </w:rPr>
              <w:t xml:space="preserve"> ý </w:t>
            </w:r>
            <w:proofErr w:type="spellStart"/>
            <w:r w:rsidRPr="004543E3">
              <w:rPr>
                <w:szCs w:val="26"/>
              </w:rPr>
              <w:t>kiến</w:t>
            </w:r>
            <w:proofErr w:type="spellEnd"/>
            <w:r>
              <w:rPr>
                <w:szCs w:val="26"/>
              </w:rPr>
              <w:t xml:space="preserve"> </w:t>
            </w:r>
            <w:proofErr w:type="spellStart"/>
            <w:r>
              <w:rPr>
                <w:szCs w:val="26"/>
              </w:rPr>
              <w:t>va</w:t>
            </w:r>
            <w:proofErr w:type="spellEnd"/>
            <w:r>
              <w:rPr>
                <w:szCs w:val="26"/>
              </w:rPr>
              <w:t xml:space="preserve">̀ Ban </w:t>
            </w:r>
            <w:proofErr w:type="spellStart"/>
            <w:r>
              <w:rPr>
                <w:szCs w:val="26"/>
              </w:rPr>
              <w:t>soạn</w:t>
            </w:r>
            <w:proofErr w:type="spellEnd"/>
            <w:r>
              <w:rPr>
                <w:szCs w:val="26"/>
              </w:rPr>
              <w:t xml:space="preserve"> </w:t>
            </w:r>
            <w:proofErr w:type="spellStart"/>
            <w:r>
              <w:rPr>
                <w:szCs w:val="26"/>
              </w:rPr>
              <w:t>thảo</w:t>
            </w:r>
            <w:proofErr w:type="spellEnd"/>
            <w:r>
              <w:rPr>
                <w:szCs w:val="26"/>
              </w:rPr>
              <w:t xml:space="preserve"> </w:t>
            </w:r>
            <w:proofErr w:type="spellStart"/>
            <w:r w:rsidRPr="004543E3">
              <w:rPr>
                <w:szCs w:val="26"/>
              </w:rPr>
              <w:t>đa</w:t>
            </w:r>
            <w:proofErr w:type="spellEnd"/>
            <w:r w:rsidRPr="004543E3">
              <w:rPr>
                <w:szCs w:val="26"/>
              </w:rPr>
              <w:t xml:space="preserve">̃ </w:t>
            </w:r>
            <w:proofErr w:type="spellStart"/>
            <w:r w:rsidRPr="004543E3">
              <w:rPr>
                <w:szCs w:val="26"/>
              </w:rPr>
              <w:t>chỉnh</w:t>
            </w:r>
            <w:proofErr w:type="spellEnd"/>
            <w:r w:rsidRPr="004543E3">
              <w:rPr>
                <w:szCs w:val="26"/>
              </w:rPr>
              <w:t xml:space="preserve"> </w:t>
            </w:r>
            <w:proofErr w:type="spellStart"/>
            <w:r w:rsidRPr="004543E3">
              <w:rPr>
                <w:szCs w:val="26"/>
              </w:rPr>
              <w:t>ly</w:t>
            </w:r>
            <w:proofErr w:type="spellEnd"/>
            <w:r w:rsidRPr="004543E3">
              <w:rPr>
                <w:szCs w:val="26"/>
              </w:rPr>
              <w:t xml:space="preserve">́, </w:t>
            </w:r>
            <w:proofErr w:type="spellStart"/>
            <w:r w:rsidRPr="004543E3">
              <w:rPr>
                <w:szCs w:val="26"/>
              </w:rPr>
              <w:t>bô</w:t>
            </w:r>
            <w:proofErr w:type="spellEnd"/>
            <w:r w:rsidRPr="004543E3">
              <w:rPr>
                <w:szCs w:val="26"/>
              </w:rPr>
              <w:t xml:space="preserve">̉ sung </w:t>
            </w:r>
            <w:proofErr w:type="spellStart"/>
            <w:r>
              <w:rPr>
                <w:szCs w:val="26"/>
              </w:rPr>
              <w:t>các</w:t>
            </w:r>
            <w:proofErr w:type="spellEnd"/>
            <w:r w:rsidRPr="004543E3">
              <w:rPr>
                <w:szCs w:val="26"/>
              </w:rPr>
              <w:t xml:space="preserve"> </w:t>
            </w:r>
            <w:proofErr w:type="spellStart"/>
            <w:r w:rsidRPr="004543E3">
              <w:rPr>
                <w:szCs w:val="26"/>
              </w:rPr>
              <w:t>nội</w:t>
            </w:r>
            <w:proofErr w:type="spellEnd"/>
            <w:r w:rsidRPr="004543E3">
              <w:rPr>
                <w:szCs w:val="26"/>
              </w:rPr>
              <w:t xml:space="preserve"> dung </w:t>
            </w:r>
            <w:proofErr w:type="spellStart"/>
            <w:r>
              <w:rPr>
                <w:szCs w:val="26"/>
              </w:rPr>
              <w:t>vào</w:t>
            </w:r>
            <w:proofErr w:type="spellEnd"/>
            <w:r>
              <w:rPr>
                <w:szCs w:val="26"/>
              </w:rPr>
              <w:t xml:space="preserve"> </w:t>
            </w:r>
            <w:proofErr w:type="spellStart"/>
            <w:r>
              <w:rPr>
                <w:szCs w:val="26"/>
              </w:rPr>
              <w:t>tiêu</w:t>
            </w:r>
            <w:proofErr w:type="spellEnd"/>
            <w:r>
              <w:rPr>
                <w:szCs w:val="26"/>
              </w:rPr>
              <w:t xml:space="preserve"> </w:t>
            </w:r>
            <w:proofErr w:type="spellStart"/>
            <w:r>
              <w:rPr>
                <w:szCs w:val="26"/>
              </w:rPr>
              <w:t>chuẩn</w:t>
            </w:r>
            <w:proofErr w:type="spellEnd"/>
            <w:r>
              <w:rPr>
                <w:szCs w:val="26"/>
              </w:rPr>
              <w:t xml:space="preserve"> </w:t>
            </w:r>
            <w:proofErr w:type="spellStart"/>
            <w:r>
              <w:rPr>
                <w:szCs w:val="26"/>
              </w:rPr>
              <w:t>trình</w:t>
            </w:r>
            <w:proofErr w:type="spellEnd"/>
            <w:r>
              <w:rPr>
                <w:szCs w:val="26"/>
              </w:rPr>
              <w:t xml:space="preserve"> </w:t>
            </w:r>
            <w:proofErr w:type="spellStart"/>
            <w:r>
              <w:rPr>
                <w:szCs w:val="26"/>
              </w:rPr>
              <w:t>đô</w:t>
            </w:r>
            <w:proofErr w:type="spellEnd"/>
            <w:r>
              <w:rPr>
                <w:szCs w:val="26"/>
              </w:rPr>
              <w:t xml:space="preserve">̣ </w:t>
            </w:r>
            <w:proofErr w:type="spellStart"/>
            <w:r>
              <w:rPr>
                <w:szCs w:val="26"/>
              </w:rPr>
              <w:t>đào</w:t>
            </w:r>
            <w:proofErr w:type="spellEnd"/>
            <w:r>
              <w:rPr>
                <w:szCs w:val="26"/>
              </w:rPr>
              <w:t xml:space="preserve"> </w:t>
            </w:r>
            <w:proofErr w:type="spellStart"/>
            <w:r>
              <w:rPr>
                <w:szCs w:val="26"/>
              </w:rPr>
              <w:t>tạo</w:t>
            </w:r>
            <w:proofErr w:type="spellEnd"/>
            <w:r>
              <w:rPr>
                <w:szCs w:val="26"/>
              </w:rPr>
              <w:t xml:space="preserve">, </w:t>
            </w:r>
            <w:proofErr w:type="spellStart"/>
            <w:r>
              <w:rPr>
                <w:szCs w:val="26"/>
              </w:rPr>
              <w:t>bồi</w:t>
            </w:r>
            <w:proofErr w:type="spellEnd"/>
            <w:r>
              <w:rPr>
                <w:szCs w:val="26"/>
              </w:rPr>
              <w:t xml:space="preserve"> </w:t>
            </w:r>
            <w:proofErr w:type="spellStart"/>
            <w:r>
              <w:rPr>
                <w:szCs w:val="26"/>
              </w:rPr>
              <w:t>dưỡng</w:t>
            </w:r>
            <w:proofErr w:type="spellEnd"/>
            <w:r>
              <w:rPr>
                <w:szCs w:val="26"/>
              </w:rPr>
              <w:t xml:space="preserve"> </w:t>
            </w:r>
            <w:proofErr w:type="spellStart"/>
            <w:r>
              <w:rPr>
                <w:szCs w:val="26"/>
              </w:rPr>
              <w:t>như</w:t>
            </w:r>
            <w:proofErr w:type="spellEnd"/>
            <w:r>
              <w:rPr>
                <w:szCs w:val="26"/>
              </w:rPr>
              <w:t xml:space="preserve"> </w:t>
            </w:r>
            <w:proofErr w:type="spellStart"/>
            <w:r w:rsidRPr="004543E3">
              <w:rPr>
                <w:szCs w:val="26"/>
              </w:rPr>
              <w:t>sau</w:t>
            </w:r>
            <w:proofErr w:type="spellEnd"/>
            <w:r w:rsidRPr="004543E3">
              <w:rPr>
                <w:szCs w:val="26"/>
              </w:rPr>
              <w:t>:</w:t>
            </w:r>
          </w:p>
          <w:p w14:paraId="4424318A" w14:textId="77777777" w:rsidR="00512F52" w:rsidRPr="004543E3" w:rsidRDefault="00512F52" w:rsidP="00563608">
            <w:pPr>
              <w:spacing w:before="120" w:after="120" w:line="240" w:lineRule="auto"/>
              <w:jc w:val="both"/>
              <w:rPr>
                <w:szCs w:val="26"/>
              </w:rPr>
            </w:pPr>
            <w:r w:rsidRPr="004543E3">
              <w:rPr>
                <w:szCs w:val="26"/>
              </w:rPr>
              <w:t xml:space="preserve">+ </w:t>
            </w:r>
            <w:proofErr w:type="spellStart"/>
            <w:r w:rsidRPr="004543E3">
              <w:rPr>
                <w:szCs w:val="26"/>
              </w:rPr>
              <w:t>Có</w:t>
            </w:r>
            <w:proofErr w:type="spellEnd"/>
            <w:r w:rsidRPr="004543E3">
              <w:rPr>
                <w:szCs w:val="26"/>
              </w:rPr>
              <w:t xml:space="preserve"> </w:t>
            </w:r>
            <w:proofErr w:type="spellStart"/>
            <w:r w:rsidRPr="004543E3">
              <w:rPr>
                <w:szCs w:val="26"/>
              </w:rPr>
              <w:t>bằng</w:t>
            </w:r>
            <w:proofErr w:type="spellEnd"/>
            <w:r w:rsidRPr="004543E3">
              <w:rPr>
                <w:szCs w:val="26"/>
              </w:rPr>
              <w:t xml:space="preserve"> </w:t>
            </w:r>
            <w:proofErr w:type="spellStart"/>
            <w:r w:rsidRPr="004543E3">
              <w:rPr>
                <w:szCs w:val="26"/>
              </w:rPr>
              <w:t>tốt</w:t>
            </w:r>
            <w:proofErr w:type="spellEnd"/>
            <w:r w:rsidRPr="004543E3">
              <w:rPr>
                <w:szCs w:val="26"/>
              </w:rPr>
              <w:t xml:space="preserve"> </w:t>
            </w:r>
            <w:proofErr w:type="spellStart"/>
            <w:r w:rsidRPr="004543E3">
              <w:rPr>
                <w:szCs w:val="26"/>
              </w:rPr>
              <w:t>nghiệp</w:t>
            </w:r>
            <w:proofErr w:type="spellEnd"/>
            <w:r w:rsidRPr="004543E3">
              <w:rPr>
                <w:szCs w:val="26"/>
              </w:rPr>
              <w:t xml:space="preserve"> </w:t>
            </w:r>
            <w:proofErr w:type="spellStart"/>
            <w:r w:rsidRPr="004543E3">
              <w:rPr>
                <w:szCs w:val="26"/>
              </w:rPr>
              <w:t>đại</w:t>
            </w:r>
            <w:proofErr w:type="spellEnd"/>
            <w:r w:rsidRPr="004543E3">
              <w:rPr>
                <w:szCs w:val="26"/>
              </w:rPr>
              <w:t xml:space="preserve"> </w:t>
            </w:r>
            <w:proofErr w:type="spellStart"/>
            <w:r w:rsidRPr="004543E3">
              <w:rPr>
                <w:szCs w:val="26"/>
              </w:rPr>
              <w:t>học</w:t>
            </w:r>
            <w:proofErr w:type="spellEnd"/>
            <w:r w:rsidRPr="004543E3">
              <w:rPr>
                <w:szCs w:val="26"/>
              </w:rPr>
              <w:t xml:space="preserve"> </w:t>
            </w:r>
            <w:proofErr w:type="spellStart"/>
            <w:r w:rsidRPr="004543E3">
              <w:rPr>
                <w:szCs w:val="26"/>
              </w:rPr>
              <w:t>trở</w:t>
            </w:r>
            <w:proofErr w:type="spellEnd"/>
            <w:r w:rsidRPr="004543E3">
              <w:rPr>
                <w:szCs w:val="26"/>
              </w:rPr>
              <w:t xml:space="preserve"> </w:t>
            </w:r>
            <w:proofErr w:type="spellStart"/>
            <w:r w:rsidRPr="004543E3">
              <w:rPr>
                <w:szCs w:val="26"/>
              </w:rPr>
              <w:t>lên</w:t>
            </w:r>
            <w:proofErr w:type="spellEnd"/>
            <w:r w:rsidRPr="004543E3">
              <w:rPr>
                <w:szCs w:val="26"/>
              </w:rPr>
              <w:t xml:space="preserve"> </w:t>
            </w:r>
            <w:proofErr w:type="spellStart"/>
            <w:r w:rsidRPr="004543E3">
              <w:rPr>
                <w:szCs w:val="26"/>
              </w:rPr>
              <w:t>phù</w:t>
            </w:r>
            <w:proofErr w:type="spellEnd"/>
            <w:r w:rsidRPr="004543E3">
              <w:rPr>
                <w:szCs w:val="26"/>
              </w:rPr>
              <w:t xml:space="preserve"> </w:t>
            </w:r>
            <w:proofErr w:type="spellStart"/>
            <w:r w:rsidRPr="004543E3">
              <w:rPr>
                <w:szCs w:val="26"/>
              </w:rPr>
              <w:t>hợp</w:t>
            </w:r>
            <w:proofErr w:type="spellEnd"/>
            <w:r w:rsidRPr="004543E3">
              <w:rPr>
                <w:szCs w:val="26"/>
              </w:rPr>
              <w:t xml:space="preserve"> </w:t>
            </w:r>
            <w:proofErr w:type="spellStart"/>
            <w:r w:rsidRPr="004543E3">
              <w:rPr>
                <w:szCs w:val="26"/>
              </w:rPr>
              <w:t>với</w:t>
            </w:r>
            <w:proofErr w:type="spellEnd"/>
            <w:r w:rsidRPr="004543E3">
              <w:rPr>
                <w:szCs w:val="26"/>
              </w:rPr>
              <w:t xml:space="preserve"> vị trí </w:t>
            </w:r>
            <w:proofErr w:type="spellStart"/>
            <w:r w:rsidRPr="004543E3">
              <w:rPr>
                <w:szCs w:val="26"/>
              </w:rPr>
              <w:t>việc</w:t>
            </w:r>
            <w:proofErr w:type="spellEnd"/>
            <w:r w:rsidRPr="004543E3">
              <w:rPr>
                <w:szCs w:val="26"/>
              </w:rPr>
              <w:t xml:space="preserve"> </w:t>
            </w:r>
            <w:proofErr w:type="spellStart"/>
            <w:r w:rsidRPr="004543E3">
              <w:rPr>
                <w:szCs w:val="26"/>
              </w:rPr>
              <w:t>làm</w:t>
            </w:r>
            <w:proofErr w:type="spellEnd"/>
            <w:r w:rsidRPr="004543E3">
              <w:rPr>
                <w:szCs w:val="26"/>
              </w:rPr>
              <w:t xml:space="preserve"> </w:t>
            </w:r>
            <w:proofErr w:type="spellStart"/>
            <w:r w:rsidRPr="004543E3">
              <w:rPr>
                <w:szCs w:val="26"/>
              </w:rPr>
              <w:t>trong</w:t>
            </w:r>
            <w:proofErr w:type="spellEnd"/>
            <w:r w:rsidRPr="004543E3">
              <w:rPr>
                <w:szCs w:val="26"/>
              </w:rPr>
              <w:t xml:space="preserve"> </w:t>
            </w:r>
            <w:proofErr w:type="spellStart"/>
            <w:r w:rsidRPr="004543E3">
              <w:rPr>
                <w:szCs w:val="26"/>
              </w:rPr>
              <w:t>lĩnh</w:t>
            </w:r>
            <w:proofErr w:type="spellEnd"/>
            <w:r w:rsidRPr="004543E3">
              <w:rPr>
                <w:szCs w:val="26"/>
              </w:rPr>
              <w:t xml:space="preserve"> </w:t>
            </w:r>
            <w:proofErr w:type="spellStart"/>
            <w:r w:rsidRPr="004543E3">
              <w:rPr>
                <w:szCs w:val="26"/>
              </w:rPr>
              <w:t>vực</w:t>
            </w:r>
            <w:proofErr w:type="spellEnd"/>
            <w:r w:rsidRPr="004543E3">
              <w:rPr>
                <w:szCs w:val="26"/>
              </w:rPr>
              <w:t xml:space="preserve"> </w:t>
            </w:r>
            <w:proofErr w:type="spellStart"/>
            <w:r w:rsidRPr="004543E3">
              <w:rPr>
                <w:szCs w:val="26"/>
              </w:rPr>
              <w:t>kiểm</w:t>
            </w:r>
            <w:proofErr w:type="spellEnd"/>
            <w:r w:rsidRPr="004543E3">
              <w:rPr>
                <w:szCs w:val="26"/>
              </w:rPr>
              <w:t xml:space="preserve"> </w:t>
            </w:r>
            <w:proofErr w:type="spellStart"/>
            <w:r w:rsidRPr="004543E3">
              <w:rPr>
                <w:szCs w:val="26"/>
              </w:rPr>
              <w:t>soát</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w:t>
            </w:r>
          </w:p>
          <w:p w14:paraId="3B8D5DF7" w14:textId="77777777" w:rsidR="00512F52" w:rsidRPr="004543E3" w:rsidRDefault="00512F52" w:rsidP="00563608">
            <w:pPr>
              <w:spacing w:before="120" w:after="120" w:line="240" w:lineRule="auto"/>
              <w:jc w:val="both"/>
              <w:rPr>
                <w:szCs w:val="26"/>
              </w:rPr>
            </w:pPr>
            <w:r w:rsidRPr="004543E3">
              <w:rPr>
                <w:szCs w:val="26"/>
              </w:rPr>
              <w:t xml:space="preserve">+ </w:t>
            </w:r>
            <w:proofErr w:type="spellStart"/>
            <w:r w:rsidRPr="004543E3">
              <w:rPr>
                <w:szCs w:val="26"/>
              </w:rPr>
              <w:t>Có</w:t>
            </w:r>
            <w:proofErr w:type="spellEnd"/>
            <w:r w:rsidRPr="004543E3">
              <w:rPr>
                <w:szCs w:val="26"/>
              </w:rPr>
              <w:t xml:space="preserve"> </w:t>
            </w:r>
            <w:proofErr w:type="spellStart"/>
            <w:r w:rsidRPr="004543E3">
              <w:rPr>
                <w:szCs w:val="26"/>
              </w:rPr>
              <w:t>chứng</w:t>
            </w:r>
            <w:proofErr w:type="spellEnd"/>
            <w:r w:rsidRPr="004543E3">
              <w:rPr>
                <w:szCs w:val="26"/>
              </w:rPr>
              <w:t xml:space="preserve"> </w:t>
            </w:r>
            <w:proofErr w:type="spellStart"/>
            <w:r w:rsidRPr="004543E3">
              <w:rPr>
                <w:szCs w:val="26"/>
              </w:rPr>
              <w:t>chỉ</w:t>
            </w:r>
            <w:proofErr w:type="spellEnd"/>
            <w:r w:rsidRPr="004543E3">
              <w:rPr>
                <w:szCs w:val="26"/>
              </w:rPr>
              <w:t xml:space="preserve"> </w:t>
            </w:r>
            <w:proofErr w:type="spellStart"/>
            <w:r w:rsidRPr="004543E3">
              <w:rPr>
                <w:szCs w:val="26"/>
              </w:rPr>
              <w:t>bồi</w:t>
            </w:r>
            <w:proofErr w:type="spellEnd"/>
            <w:r w:rsidRPr="004543E3">
              <w:rPr>
                <w:szCs w:val="26"/>
              </w:rPr>
              <w:t xml:space="preserve"> </w:t>
            </w:r>
            <w:proofErr w:type="spellStart"/>
            <w:r w:rsidRPr="004543E3">
              <w:rPr>
                <w:szCs w:val="26"/>
              </w:rPr>
              <w:t>dưỡng</w:t>
            </w:r>
            <w:proofErr w:type="spellEnd"/>
            <w:r w:rsidRPr="004543E3">
              <w:rPr>
                <w:szCs w:val="26"/>
              </w:rPr>
              <w:t xml:space="preserve"> </w:t>
            </w:r>
            <w:proofErr w:type="spellStart"/>
            <w:r w:rsidRPr="004543E3">
              <w:rPr>
                <w:szCs w:val="26"/>
              </w:rPr>
              <w:t>nghiệp</w:t>
            </w:r>
            <w:proofErr w:type="spellEnd"/>
            <w:r w:rsidRPr="004543E3">
              <w:rPr>
                <w:szCs w:val="26"/>
              </w:rPr>
              <w:t xml:space="preserve"> </w:t>
            </w:r>
            <w:proofErr w:type="spellStart"/>
            <w:r w:rsidRPr="004543E3">
              <w:rPr>
                <w:szCs w:val="26"/>
              </w:rPr>
              <w:t>vụ</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soát</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cao</w:t>
            </w:r>
            <w:proofErr w:type="spellEnd"/>
            <w:r w:rsidRPr="004543E3">
              <w:rPr>
                <w:szCs w:val="26"/>
              </w:rPr>
              <w:t xml:space="preserve"> </w:t>
            </w:r>
            <w:proofErr w:type="spellStart"/>
            <w:r w:rsidRPr="004543E3">
              <w:rPr>
                <w:szCs w:val="26"/>
              </w:rPr>
              <w:t>cấp</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 xml:space="preserve"> </w:t>
            </w:r>
            <w:proofErr w:type="spellStart"/>
            <w:r w:rsidRPr="004543E3">
              <w:rPr>
                <w:szCs w:val="26"/>
              </w:rPr>
              <w:t>hoặc</w:t>
            </w:r>
            <w:proofErr w:type="spellEnd"/>
            <w:r w:rsidRPr="004543E3">
              <w:rPr>
                <w:szCs w:val="26"/>
              </w:rPr>
              <w:t xml:space="preserve"> </w:t>
            </w:r>
            <w:proofErr w:type="spellStart"/>
            <w:r w:rsidRPr="004543E3">
              <w:rPr>
                <w:szCs w:val="26"/>
              </w:rPr>
              <w:t>tương</w:t>
            </w:r>
            <w:proofErr w:type="spellEnd"/>
            <w:r w:rsidRPr="004543E3">
              <w:rPr>
                <w:szCs w:val="26"/>
              </w:rPr>
              <w:t xml:space="preserve"> </w:t>
            </w:r>
            <w:proofErr w:type="spellStart"/>
            <w:r w:rsidRPr="004543E3">
              <w:rPr>
                <w:szCs w:val="26"/>
              </w:rPr>
              <w:t>đương</w:t>
            </w:r>
            <w:proofErr w:type="spellEnd"/>
            <w:r w:rsidRPr="004543E3">
              <w:rPr>
                <w:szCs w:val="26"/>
              </w:rPr>
              <w:t xml:space="preserve">; </w:t>
            </w:r>
            <w:proofErr w:type="spellStart"/>
            <w:r w:rsidRPr="004543E3">
              <w:rPr>
                <w:szCs w:val="26"/>
              </w:rPr>
              <w:t>Có</w:t>
            </w:r>
            <w:proofErr w:type="spellEnd"/>
            <w:r w:rsidRPr="004543E3">
              <w:rPr>
                <w:szCs w:val="26"/>
              </w:rPr>
              <w:t xml:space="preserve"> </w:t>
            </w:r>
            <w:proofErr w:type="spellStart"/>
            <w:r w:rsidRPr="004543E3">
              <w:rPr>
                <w:szCs w:val="26"/>
              </w:rPr>
              <w:t>chứng</w:t>
            </w:r>
            <w:proofErr w:type="spellEnd"/>
            <w:r w:rsidRPr="004543E3">
              <w:rPr>
                <w:szCs w:val="26"/>
              </w:rPr>
              <w:t xml:space="preserve"> </w:t>
            </w:r>
            <w:proofErr w:type="spellStart"/>
            <w:r w:rsidRPr="004543E3">
              <w:rPr>
                <w:szCs w:val="26"/>
              </w:rPr>
              <w:t>chỉ</w:t>
            </w:r>
            <w:proofErr w:type="spellEnd"/>
            <w:r w:rsidRPr="004543E3">
              <w:rPr>
                <w:szCs w:val="26"/>
              </w:rPr>
              <w:t xml:space="preserve"> </w:t>
            </w:r>
            <w:proofErr w:type="spellStart"/>
            <w:r w:rsidRPr="004543E3">
              <w:rPr>
                <w:szCs w:val="26"/>
              </w:rPr>
              <w:t>bồi</w:t>
            </w:r>
            <w:proofErr w:type="spellEnd"/>
            <w:r w:rsidRPr="004543E3">
              <w:rPr>
                <w:szCs w:val="26"/>
              </w:rPr>
              <w:t xml:space="preserve"> </w:t>
            </w:r>
            <w:proofErr w:type="spellStart"/>
            <w:r w:rsidRPr="004543E3">
              <w:rPr>
                <w:szCs w:val="26"/>
              </w:rPr>
              <w:t>dưỡng</w:t>
            </w:r>
            <w:proofErr w:type="spellEnd"/>
            <w:r w:rsidRPr="004543E3">
              <w:rPr>
                <w:szCs w:val="26"/>
              </w:rPr>
              <w:t xml:space="preserve"> </w:t>
            </w:r>
            <w:proofErr w:type="spellStart"/>
            <w:r w:rsidRPr="004543E3">
              <w:rPr>
                <w:szCs w:val="26"/>
              </w:rPr>
              <w:t>nghiệp</w:t>
            </w:r>
            <w:proofErr w:type="spellEnd"/>
            <w:r w:rsidRPr="004543E3">
              <w:rPr>
                <w:szCs w:val="26"/>
              </w:rPr>
              <w:t xml:space="preserve"> </w:t>
            </w:r>
            <w:proofErr w:type="spellStart"/>
            <w:r w:rsidRPr="004543E3">
              <w:rPr>
                <w:szCs w:val="26"/>
              </w:rPr>
              <w:t>vụ</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soát</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chính</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 xml:space="preserve"> </w:t>
            </w:r>
            <w:proofErr w:type="spellStart"/>
            <w:r w:rsidRPr="004543E3">
              <w:rPr>
                <w:szCs w:val="26"/>
              </w:rPr>
              <w:t>hoặc</w:t>
            </w:r>
            <w:proofErr w:type="spellEnd"/>
            <w:r w:rsidRPr="004543E3">
              <w:rPr>
                <w:szCs w:val="26"/>
              </w:rPr>
              <w:t xml:space="preserve"> </w:t>
            </w:r>
            <w:proofErr w:type="spellStart"/>
            <w:r w:rsidRPr="004543E3">
              <w:rPr>
                <w:szCs w:val="26"/>
              </w:rPr>
              <w:t>tương</w:t>
            </w:r>
            <w:proofErr w:type="spellEnd"/>
            <w:r w:rsidRPr="004543E3">
              <w:rPr>
                <w:szCs w:val="26"/>
              </w:rPr>
              <w:t xml:space="preserve"> </w:t>
            </w:r>
            <w:proofErr w:type="spellStart"/>
            <w:r w:rsidRPr="004543E3">
              <w:rPr>
                <w:szCs w:val="26"/>
              </w:rPr>
              <w:t>đương</w:t>
            </w:r>
            <w:proofErr w:type="spellEnd"/>
            <w:r w:rsidRPr="004543E3">
              <w:rPr>
                <w:szCs w:val="26"/>
              </w:rPr>
              <w:t xml:space="preserve">; </w:t>
            </w:r>
            <w:proofErr w:type="spellStart"/>
            <w:r w:rsidRPr="004543E3">
              <w:rPr>
                <w:szCs w:val="26"/>
              </w:rPr>
              <w:t>Có</w:t>
            </w:r>
            <w:proofErr w:type="spellEnd"/>
            <w:r w:rsidRPr="004543E3">
              <w:rPr>
                <w:szCs w:val="26"/>
              </w:rPr>
              <w:t xml:space="preserve"> </w:t>
            </w:r>
            <w:proofErr w:type="spellStart"/>
            <w:r w:rsidRPr="004543E3">
              <w:rPr>
                <w:szCs w:val="26"/>
              </w:rPr>
              <w:t>chứng</w:t>
            </w:r>
            <w:proofErr w:type="spellEnd"/>
            <w:r w:rsidRPr="004543E3">
              <w:rPr>
                <w:szCs w:val="26"/>
              </w:rPr>
              <w:t xml:space="preserve"> </w:t>
            </w:r>
            <w:proofErr w:type="spellStart"/>
            <w:r w:rsidRPr="004543E3">
              <w:rPr>
                <w:szCs w:val="26"/>
              </w:rPr>
              <w:t>chỉ</w:t>
            </w:r>
            <w:proofErr w:type="spellEnd"/>
            <w:r w:rsidRPr="004543E3">
              <w:rPr>
                <w:szCs w:val="26"/>
              </w:rPr>
              <w:t xml:space="preserve"> </w:t>
            </w:r>
            <w:proofErr w:type="spellStart"/>
            <w:r w:rsidRPr="004543E3">
              <w:rPr>
                <w:szCs w:val="26"/>
              </w:rPr>
              <w:t>bồi</w:t>
            </w:r>
            <w:proofErr w:type="spellEnd"/>
            <w:r w:rsidRPr="004543E3">
              <w:rPr>
                <w:szCs w:val="26"/>
              </w:rPr>
              <w:t xml:space="preserve"> </w:t>
            </w:r>
            <w:proofErr w:type="spellStart"/>
            <w:r w:rsidRPr="004543E3">
              <w:rPr>
                <w:szCs w:val="26"/>
              </w:rPr>
              <w:t>dưỡng</w:t>
            </w:r>
            <w:proofErr w:type="spellEnd"/>
            <w:r w:rsidRPr="004543E3">
              <w:rPr>
                <w:szCs w:val="26"/>
              </w:rPr>
              <w:t xml:space="preserve"> </w:t>
            </w:r>
            <w:proofErr w:type="spellStart"/>
            <w:r w:rsidRPr="004543E3">
              <w:rPr>
                <w:szCs w:val="26"/>
              </w:rPr>
              <w:t>nghiệp</w:t>
            </w:r>
            <w:proofErr w:type="spellEnd"/>
            <w:r w:rsidRPr="004543E3">
              <w:rPr>
                <w:szCs w:val="26"/>
              </w:rPr>
              <w:t xml:space="preserve"> </w:t>
            </w:r>
            <w:proofErr w:type="spellStart"/>
            <w:r w:rsidRPr="004543E3">
              <w:rPr>
                <w:szCs w:val="26"/>
              </w:rPr>
              <w:t>vụ</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soát</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 xml:space="preserve"> </w:t>
            </w:r>
            <w:proofErr w:type="spellStart"/>
            <w:r w:rsidRPr="004543E3">
              <w:rPr>
                <w:szCs w:val="26"/>
              </w:rPr>
              <w:t>hoặc</w:t>
            </w:r>
            <w:proofErr w:type="spellEnd"/>
            <w:r w:rsidRPr="004543E3">
              <w:rPr>
                <w:szCs w:val="26"/>
              </w:rPr>
              <w:t xml:space="preserve"> </w:t>
            </w:r>
            <w:proofErr w:type="spellStart"/>
            <w:r w:rsidRPr="004543E3">
              <w:rPr>
                <w:szCs w:val="26"/>
              </w:rPr>
              <w:t>tương</w:t>
            </w:r>
            <w:proofErr w:type="spellEnd"/>
            <w:r w:rsidRPr="004543E3">
              <w:rPr>
                <w:szCs w:val="26"/>
              </w:rPr>
              <w:t xml:space="preserve"> </w:t>
            </w:r>
            <w:proofErr w:type="spellStart"/>
            <w:r w:rsidRPr="004543E3">
              <w:rPr>
                <w:szCs w:val="26"/>
              </w:rPr>
              <w:t>đương</w:t>
            </w:r>
            <w:proofErr w:type="spellEnd"/>
            <w:r>
              <w:rPr>
                <w:szCs w:val="26"/>
              </w:rPr>
              <w:t>.</w:t>
            </w:r>
          </w:p>
          <w:p w14:paraId="5D23D33F" w14:textId="395A969C" w:rsidR="00512F52" w:rsidRPr="004543E3" w:rsidRDefault="00512F52" w:rsidP="00563608">
            <w:pPr>
              <w:spacing w:before="120" w:after="120" w:line="240" w:lineRule="auto"/>
              <w:jc w:val="both"/>
              <w:rPr>
                <w:szCs w:val="26"/>
              </w:rPr>
            </w:pPr>
            <w:r w:rsidRPr="004543E3">
              <w:rPr>
                <w:szCs w:val="26"/>
              </w:rPr>
              <w:t xml:space="preserve">+ Trường </w:t>
            </w:r>
            <w:proofErr w:type="spellStart"/>
            <w:r w:rsidRPr="004543E3">
              <w:rPr>
                <w:szCs w:val="26"/>
              </w:rPr>
              <w:t>hợp</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chức</w:t>
            </w:r>
            <w:proofErr w:type="spellEnd"/>
            <w:r w:rsidRPr="004543E3">
              <w:rPr>
                <w:szCs w:val="26"/>
              </w:rPr>
              <w:t xml:space="preserve"> </w:t>
            </w:r>
            <w:proofErr w:type="spellStart"/>
            <w:r w:rsidRPr="004543E3">
              <w:rPr>
                <w:szCs w:val="26"/>
              </w:rPr>
              <w:t>chưa</w:t>
            </w:r>
            <w:proofErr w:type="spellEnd"/>
            <w:r w:rsidRPr="004543E3">
              <w:rPr>
                <w:szCs w:val="26"/>
              </w:rPr>
              <w:t xml:space="preserve"> </w:t>
            </w:r>
            <w:proofErr w:type="spellStart"/>
            <w:r w:rsidRPr="004543E3">
              <w:rPr>
                <w:szCs w:val="26"/>
              </w:rPr>
              <w:t>đáp</w:t>
            </w:r>
            <w:proofErr w:type="spellEnd"/>
            <w:r w:rsidRPr="004543E3">
              <w:rPr>
                <w:szCs w:val="26"/>
              </w:rPr>
              <w:t xml:space="preserve"> </w:t>
            </w:r>
            <w:proofErr w:type="spellStart"/>
            <w:r w:rsidRPr="004543E3">
              <w:rPr>
                <w:szCs w:val="26"/>
              </w:rPr>
              <w:t>ứng</w:t>
            </w:r>
            <w:proofErr w:type="spellEnd"/>
            <w:r w:rsidRPr="004543E3">
              <w:rPr>
                <w:szCs w:val="26"/>
              </w:rPr>
              <w:t xml:space="preserve"> </w:t>
            </w:r>
            <w:proofErr w:type="spellStart"/>
            <w:r w:rsidRPr="004543E3">
              <w:rPr>
                <w:szCs w:val="26"/>
              </w:rPr>
              <w:t>đủ</w:t>
            </w:r>
            <w:proofErr w:type="spellEnd"/>
            <w:r w:rsidRPr="004543E3">
              <w:rPr>
                <w:szCs w:val="26"/>
              </w:rPr>
              <w:t xml:space="preserve"> </w:t>
            </w:r>
            <w:proofErr w:type="spellStart"/>
            <w:r w:rsidRPr="004543E3">
              <w:rPr>
                <w:szCs w:val="26"/>
              </w:rPr>
              <w:t>tiêu</w:t>
            </w:r>
            <w:proofErr w:type="spellEnd"/>
            <w:r w:rsidRPr="004543E3">
              <w:rPr>
                <w:szCs w:val="26"/>
              </w:rPr>
              <w:t xml:space="preserve"> </w:t>
            </w:r>
            <w:proofErr w:type="spellStart"/>
            <w:r w:rsidRPr="004543E3">
              <w:rPr>
                <w:szCs w:val="26"/>
              </w:rPr>
              <w:t>chuẩn</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môn</w:t>
            </w:r>
            <w:proofErr w:type="spellEnd"/>
            <w:r w:rsidRPr="004543E3">
              <w:rPr>
                <w:szCs w:val="26"/>
              </w:rPr>
              <w:t xml:space="preserve">, </w:t>
            </w:r>
            <w:proofErr w:type="spellStart"/>
            <w:r w:rsidRPr="004543E3">
              <w:rPr>
                <w:szCs w:val="26"/>
              </w:rPr>
              <w:t>nghiệp</w:t>
            </w:r>
            <w:proofErr w:type="spellEnd"/>
            <w:r w:rsidRPr="004543E3">
              <w:rPr>
                <w:szCs w:val="26"/>
              </w:rPr>
              <w:t xml:space="preserve"> </w:t>
            </w:r>
            <w:proofErr w:type="spellStart"/>
            <w:r w:rsidRPr="004543E3">
              <w:rPr>
                <w:szCs w:val="26"/>
              </w:rPr>
              <w:t>vụ</w:t>
            </w:r>
            <w:proofErr w:type="spellEnd"/>
            <w:r w:rsidRPr="004543E3">
              <w:rPr>
                <w:szCs w:val="26"/>
              </w:rPr>
              <w:t xml:space="preserve"> </w:t>
            </w:r>
            <w:proofErr w:type="spellStart"/>
            <w:r w:rsidRPr="004543E3">
              <w:rPr>
                <w:szCs w:val="26"/>
              </w:rPr>
              <w:t>đối</w:t>
            </w:r>
            <w:proofErr w:type="spellEnd"/>
            <w:r w:rsidRPr="004543E3">
              <w:rPr>
                <w:szCs w:val="26"/>
              </w:rPr>
              <w:t xml:space="preserve"> </w:t>
            </w:r>
            <w:proofErr w:type="spellStart"/>
            <w:r w:rsidRPr="004543E3">
              <w:rPr>
                <w:szCs w:val="26"/>
              </w:rPr>
              <w:t>với</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chức</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chức</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ngành</w:t>
            </w:r>
            <w:proofErr w:type="spellEnd"/>
            <w:r w:rsidRPr="004543E3">
              <w:rPr>
                <w:szCs w:val="26"/>
              </w:rPr>
              <w:t xml:space="preserve"> </w:t>
            </w:r>
            <w:proofErr w:type="spellStart"/>
            <w:r w:rsidRPr="004543E3">
              <w:rPr>
                <w:szCs w:val="26"/>
              </w:rPr>
              <w:t>kiểm</w:t>
            </w:r>
            <w:proofErr w:type="spellEnd"/>
            <w:r w:rsidRPr="004543E3">
              <w:rPr>
                <w:szCs w:val="26"/>
              </w:rPr>
              <w:t xml:space="preserve"> </w:t>
            </w:r>
            <w:proofErr w:type="spellStart"/>
            <w:r w:rsidRPr="004543E3">
              <w:rPr>
                <w:szCs w:val="26"/>
              </w:rPr>
              <w:t>soát</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chất</w:t>
            </w:r>
            <w:proofErr w:type="spellEnd"/>
            <w:r w:rsidRPr="004543E3">
              <w:rPr>
                <w:szCs w:val="26"/>
              </w:rPr>
              <w:t xml:space="preserve"> </w:t>
            </w:r>
            <w:proofErr w:type="spellStart"/>
            <w:r w:rsidRPr="004543E3">
              <w:rPr>
                <w:szCs w:val="26"/>
              </w:rPr>
              <w:t>lượng</w:t>
            </w:r>
            <w:proofErr w:type="spellEnd"/>
            <w:r w:rsidRPr="004543E3">
              <w:rPr>
                <w:szCs w:val="26"/>
              </w:rPr>
              <w:t xml:space="preserve"> </w:t>
            </w:r>
            <w:proofErr w:type="spellStart"/>
            <w:r w:rsidRPr="004543E3">
              <w:rPr>
                <w:szCs w:val="26"/>
              </w:rPr>
              <w:t>sản</w:t>
            </w:r>
            <w:proofErr w:type="spellEnd"/>
            <w:r w:rsidRPr="004543E3">
              <w:rPr>
                <w:szCs w:val="26"/>
              </w:rPr>
              <w:t xml:space="preserve"> </w:t>
            </w:r>
            <w:proofErr w:type="spellStart"/>
            <w:r w:rsidRPr="004543E3">
              <w:rPr>
                <w:szCs w:val="26"/>
              </w:rPr>
              <w:t>phẩm</w:t>
            </w:r>
            <w:proofErr w:type="spellEnd"/>
            <w:r w:rsidRPr="004543E3">
              <w:rPr>
                <w:szCs w:val="26"/>
              </w:rPr>
              <w:t xml:space="preserve">, </w:t>
            </w:r>
            <w:proofErr w:type="spellStart"/>
            <w:r w:rsidRPr="004543E3">
              <w:rPr>
                <w:szCs w:val="26"/>
              </w:rPr>
              <w:t>hàng</w:t>
            </w:r>
            <w:proofErr w:type="spellEnd"/>
            <w:r w:rsidRPr="004543E3">
              <w:rPr>
                <w:szCs w:val="26"/>
              </w:rPr>
              <w:t xml:space="preserve"> </w:t>
            </w:r>
            <w:proofErr w:type="spellStart"/>
            <w:r w:rsidRPr="004543E3">
              <w:rPr>
                <w:szCs w:val="26"/>
              </w:rPr>
              <w:t>hóa</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định</w:t>
            </w:r>
            <w:proofErr w:type="spellEnd"/>
            <w:r w:rsidRPr="004543E3">
              <w:rPr>
                <w:szCs w:val="26"/>
              </w:rPr>
              <w:t xml:space="preserve"> </w:t>
            </w:r>
            <w:proofErr w:type="spellStart"/>
            <w:r w:rsidRPr="004543E3">
              <w:rPr>
                <w:szCs w:val="26"/>
              </w:rPr>
              <w:t>tại</w:t>
            </w:r>
            <w:proofErr w:type="spellEnd"/>
            <w:r w:rsidRPr="004543E3">
              <w:rPr>
                <w:szCs w:val="26"/>
              </w:rPr>
              <w:t xml:space="preserve"> Thông </w:t>
            </w:r>
            <w:proofErr w:type="spellStart"/>
            <w:r w:rsidRPr="004543E3">
              <w:rPr>
                <w:szCs w:val="26"/>
              </w:rPr>
              <w:t>tư</w:t>
            </w:r>
            <w:proofErr w:type="spellEnd"/>
            <w:r w:rsidRPr="004543E3">
              <w:rPr>
                <w:szCs w:val="26"/>
              </w:rPr>
              <w:t xml:space="preserve"> </w:t>
            </w:r>
            <w:proofErr w:type="spellStart"/>
            <w:r w:rsidRPr="004543E3">
              <w:rPr>
                <w:szCs w:val="26"/>
              </w:rPr>
              <w:t>này</w:t>
            </w:r>
            <w:proofErr w:type="spellEnd"/>
            <w:r w:rsidRPr="004543E3">
              <w:rPr>
                <w:szCs w:val="26"/>
              </w:rPr>
              <w:t xml:space="preserve"> </w:t>
            </w:r>
            <w:proofErr w:type="spellStart"/>
            <w:r w:rsidRPr="004543E3">
              <w:rPr>
                <w:szCs w:val="26"/>
              </w:rPr>
              <w:t>thì</w:t>
            </w:r>
            <w:proofErr w:type="spellEnd"/>
            <w:r w:rsidRPr="004543E3">
              <w:rPr>
                <w:szCs w:val="26"/>
              </w:rPr>
              <w:t xml:space="preserve"> </w:t>
            </w:r>
            <w:proofErr w:type="spellStart"/>
            <w:r w:rsidRPr="004543E3">
              <w:rPr>
                <w:szCs w:val="26"/>
              </w:rPr>
              <w:t>cơ</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quản</w:t>
            </w:r>
            <w:proofErr w:type="spellEnd"/>
            <w:r w:rsidRPr="004543E3">
              <w:rPr>
                <w:szCs w:val="26"/>
              </w:rPr>
              <w:t xml:space="preserve"> </w:t>
            </w:r>
            <w:proofErr w:type="spellStart"/>
            <w:r w:rsidRPr="004543E3">
              <w:rPr>
                <w:szCs w:val="26"/>
              </w:rPr>
              <w:t>lý</w:t>
            </w:r>
            <w:proofErr w:type="spellEnd"/>
            <w:r w:rsidRPr="004543E3">
              <w:rPr>
                <w:szCs w:val="26"/>
              </w:rPr>
              <w:t xml:space="preserve">, </w:t>
            </w:r>
            <w:proofErr w:type="spellStart"/>
            <w:r w:rsidRPr="004543E3">
              <w:rPr>
                <w:szCs w:val="26"/>
              </w:rPr>
              <w:t>sử</w:t>
            </w:r>
            <w:proofErr w:type="spellEnd"/>
            <w:r w:rsidRPr="004543E3">
              <w:rPr>
                <w:szCs w:val="26"/>
              </w:rPr>
              <w:t xml:space="preserve"> </w:t>
            </w:r>
            <w:proofErr w:type="spellStart"/>
            <w:r w:rsidRPr="004543E3">
              <w:rPr>
                <w:szCs w:val="26"/>
              </w:rPr>
              <w:t>dụng</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chức</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chức</w:t>
            </w:r>
            <w:proofErr w:type="spellEnd"/>
            <w:r w:rsidRPr="004543E3">
              <w:rPr>
                <w:szCs w:val="26"/>
              </w:rPr>
              <w:t xml:space="preserve"> </w:t>
            </w:r>
            <w:proofErr w:type="spellStart"/>
            <w:r w:rsidRPr="004543E3">
              <w:rPr>
                <w:szCs w:val="26"/>
              </w:rPr>
              <w:t>có</w:t>
            </w:r>
            <w:proofErr w:type="spellEnd"/>
            <w:r w:rsidRPr="004543E3">
              <w:rPr>
                <w:szCs w:val="26"/>
              </w:rPr>
              <w:t xml:space="preserve"> </w:t>
            </w:r>
            <w:proofErr w:type="spellStart"/>
            <w:r w:rsidRPr="004543E3">
              <w:rPr>
                <w:szCs w:val="26"/>
              </w:rPr>
              <w:t>trách</w:t>
            </w:r>
            <w:proofErr w:type="spellEnd"/>
            <w:r w:rsidRPr="004543E3">
              <w:rPr>
                <w:szCs w:val="26"/>
              </w:rPr>
              <w:t xml:space="preserve"> </w:t>
            </w:r>
            <w:proofErr w:type="spellStart"/>
            <w:r w:rsidRPr="004543E3">
              <w:rPr>
                <w:szCs w:val="26"/>
              </w:rPr>
              <w:t>nhiệm</w:t>
            </w:r>
            <w:proofErr w:type="spellEnd"/>
            <w:r w:rsidRPr="004543E3">
              <w:rPr>
                <w:szCs w:val="26"/>
              </w:rPr>
              <w:t xml:space="preserve"> </w:t>
            </w:r>
            <w:proofErr w:type="spellStart"/>
            <w:r w:rsidRPr="004543E3">
              <w:rPr>
                <w:szCs w:val="26"/>
              </w:rPr>
              <w:t>xây</w:t>
            </w:r>
            <w:proofErr w:type="spellEnd"/>
            <w:r w:rsidRPr="004543E3">
              <w:rPr>
                <w:szCs w:val="26"/>
              </w:rPr>
              <w:t xml:space="preserve"> </w:t>
            </w:r>
            <w:proofErr w:type="spellStart"/>
            <w:r w:rsidRPr="004543E3">
              <w:rPr>
                <w:szCs w:val="26"/>
              </w:rPr>
              <w:t>dựng</w:t>
            </w:r>
            <w:proofErr w:type="spellEnd"/>
            <w:r w:rsidRPr="004543E3">
              <w:rPr>
                <w:szCs w:val="26"/>
              </w:rPr>
              <w:t xml:space="preserve"> </w:t>
            </w:r>
            <w:proofErr w:type="spellStart"/>
            <w:r w:rsidRPr="004543E3">
              <w:rPr>
                <w:szCs w:val="26"/>
              </w:rPr>
              <w:t>kê</w:t>
            </w:r>
            <w:proofErr w:type="spellEnd"/>
            <w:r w:rsidRPr="004543E3">
              <w:rPr>
                <w:szCs w:val="26"/>
              </w:rPr>
              <w:t xml:space="preserve">́ </w:t>
            </w:r>
            <w:proofErr w:type="spellStart"/>
            <w:r w:rsidRPr="004543E3">
              <w:rPr>
                <w:szCs w:val="26"/>
              </w:rPr>
              <w:t>hoạch</w:t>
            </w:r>
            <w:proofErr w:type="spellEnd"/>
            <w:r w:rsidRPr="004543E3">
              <w:rPr>
                <w:szCs w:val="26"/>
              </w:rPr>
              <w:t xml:space="preserve">, </w:t>
            </w:r>
            <w:proofErr w:type="spellStart"/>
            <w:r w:rsidRPr="004543E3">
              <w:rPr>
                <w:szCs w:val="26"/>
              </w:rPr>
              <w:t>tạo</w:t>
            </w:r>
            <w:proofErr w:type="spellEnd"/>
            <w:r w:rsidRPr="004543E3">
              <w:rPr>
                <w:szCs w:val="26"/>
              </w:rPr>
              <w:t xml:space="preserve"> </w:t>
            </w:r>
            <w:proofErr w:type="spellStart"/>
            <w:r w:rsidRPr="004543E3">
              <w:rPr>
                <w:szCs w:val="26"/>
              </w:rPr>
              <w:t>điều</w:t>
            </w:r>
            <w:proofErr w:type="spellEnd"/>
            <w:r w:rsidRPr="004543E3">
              <w:rPr>
                <w:szCs w:val="26"/>
              </w:rPr>
              <w:t xml:space="preserve"> </w:t>
            </w:r>
            <w:proofErr w:type="spellStart"/>
            <w:r w:rsidRPr="004543E3">
              <w:rPr>
                <w:szCs w:val="26"/>
              </w:rPr>
              <w:t>kiện</w:t>
            </w:r>
            <w:proofErr w:type="spellEnd"/>
            <w:r w:rsidRPr="004543E3">
              <w:rPr>
                <w:szCs w:val="26"/>
              </w:rPr>
              <w:t xml:space="preserve"> </w:t>
            </w:r>
            <w:proofErr w:type="spellStart"/>
            <w:r w:rsidRPr="004543E3">
              <w:rPr>
                <w:szCs w:val="26"/>
              </w:rPr>
              <w:t>để</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đó</w:t>
            </w:r>
            <w:proofErr w:type="spellEnd"/>
            <w:r w:rsidRPr="004543E3">
              <w:rPr>
                <w:szCs w:val="26"/>
              </w:rPr>
              <w:t xml:space="preserve"> </w:t>
            </w:r>
            <w:proofErr w:type="spellStart"/>
            <w:r w:rsidRPr="004543E3">
              <w:rPr>
                <w:szCs w:val="26"/>
              </w:rPr>
              <w:t>được</w:t>
            </w:r>
            <w:proofErr w:type="spellEnd"/>
            <w:r w:rsidRPr="004543E3">
              <w:rPr>
                <w:szCs w:val="26"/>
              </w:rPr>
              <w:t xml:space="preserve"> </w:t>
            </w:r>
            <w:proofErr w:type="spellStart"/>
            <w:r w:rsidRPr="004543E3">
              <w:rPr>
                <w:szCs w:val="26"/>
              </w:rPr>
              <w:t>đào</w:t>
            </w:r>
            <w:proofErr w:type="spellEnd"/>
            <w:r w:rsidRPr="004543E3">
              <w:rPr>
                <w:szCs w:val="26"/>
              </w:rPr>
              <w:t xml:space="preserve"> </w:t>
            </w:r>
            <w:proofErr w:type="spellStart"/>
            <w:r w:rsidRPr="004543E3">
              <w:rPr>
                <w:szCs w:val="26"/>
              </w:rPr>
              <w:t>tạo</w:t>
            </w:r>
            <w:proofErr w:type="spellEnd"/>
            <w:r w:rsidRPr="004543E3">
              <w:rPr>
                <w:szCs w:val="26"/>
              </w:rPr>
              <w:t xml:space="preserve">, </w:t>
            </w:r>
            <w:proofErr w:type="spellStart"/>
            <w:r w:rsidRPr="004543E3">
              <w:rPr>
                <w:szCs w:val="26"/>
              </w:rPr>
              <w:t>bồi</w:t>
            </w:r>
            <w:proofErr w:type="spellEnd"/>
            <w:r w:rsidRPr="004543E3">
              <w:rPr>
                <w:szCs w:val="26"/>
              </w:rPr>
              <w:t xml:space="preserve"> </w:t>
            </w:r>
            <w:proofErr w:type="spellStart"/>
            <w:r w:rsidRPr="004543E3">
              <w:rPr>
                <w:szCs w:val="26"/>
              </w:rPr>
              <w:t>dưỡng</w:t>
            </w:r>
            <w:proofErr w:type="spellEnd"/>
            <w:r w:rsidRPr="004543E3">
              <w:rPr>
                <w:szCs w:val="26"/>
              </w:rPr>
              <w:t xml:space="preserve"> </w:t>
            </w:r>
            <w:proofErr w:type="spellStart"/>
            <w:r w:rsidRPr="004543E3">
              <w:rPr>
                <w:szCs w:val="26"/>
              </w:rPr>
              <w:t>hoàn</w:t>
            </w:r>
            <w:proofErr w:type="spellEnd"/>
            <w:r w:rsidRPr="004543E3">
              <w:rPr>
                <w:szCs w:val="26"/>
              </w:rPr>
              <w:t xml:space="preserve"> </w:t>
            </w:r>
            <w:proofErr w:type="spellStart"/>
            <w:r w:rsidRPr="004543E3">
              <w:rPr>
                <w:szCs w:val="26"/>
              </w:rPr>
              <w:t>thiện</w:t>
            </w:r>
            <w:proofErr w:type="spellEnd"/>
            <w:r w:rsidRPr="004543E3">
              <w:rPr>
                <w:szCs w:val="26"/>
              </w:rPr>
              <w:t xml:space="preserve"> </w:t>
            </w:r>
            <w:proofErr w:type="spellStart"/>
            <w:r w:rsidRPr="004543E3">
              <w:rPr>
                <w:szCs w:val="26"/>
              </w:rPr>
              <w:t>tiêu</w:t>
            </w:r>
            <w:proofErr w:type="spellEnd"/>
            <w:r w:rsidRPr="004543E3">
              <w:rPr>
                <w:szCs w:val="26"/>
              </w:rPr>
              <w:t xml:space="preserve"> </w:t>
            </w:r>
            <w:proofErr w:type="spellStart"/>
            <w:r w:rsidRPr="004543E3">
              <w:rPr>
                <w:szCs w:val="26"/>
              </w:rPr>
              <w:t>chuẩn</w:t>
            </w:r>
            <w:proofErr w:type="spellEnd"/>
            <w:r w:rsidRPr="004543E3">
              <w:rPr>
                <w:szCs w:val="26"/>
              </w:rPr>
              <w:t xml:space="preserve"> </w:t>
            </w:r>
            <w:proofErr w:type="spellStart"/>
            <w:r w:rsidRPr="004543E3">
              <w:rPr>
                <w:szCs w:val="26"/>
              </w:rPr>
              <w:t>trong</w:t>
            </w:r>
            <w:proofErr w:type="spellEnd"/>
            <w:r w:rsidRPr="004543E3">
              <w:rPr>
                <w:szCs w:val="26"/>
              </w:rPr>
              <w:t xml:space="preserve"> </w:t>
            </w:r>
            <w:proofErr w:type="spellStart"/>
            <w:r w:rsidRPr="004543E3">
              <w:rPr>
                <w:szCs w:val="26"/>
              </w:rPr>
              <w:t>thời</w:t>
            </w:r>
            <w:proofErr w:type="spellEnd"/>
            <w:r w:rsidRPr="004543E3">
              <w:rPr>
                <w:szCs w:val="26"/>
              </w:rPr>
              <w:t xml:space="preserve"> </w:t>
            </w:r>
            <w:proofErr w:type="spellStart"/>
            <w:r w:rsidRPr="004543E3">
              <w:rPr>
                <w:szCs w:val="26"/>
              </w:rPr>
              <w:t>hạn</w:t>
            </w:r>
            <w:proofErr w:type="spellEnd"/>
            <w:r w:rsidRPr="004543E3">
              <w:rPr>
                <w:szCs w:val="26"/>
              </w:rPr>
              <w:t xml:space="preserve"> </w:t>
            </w:r>
            <w:proofErr w:type="spellStart"/>
            <w:r w:rsidRPr="004543E3">
              <w:rPr>
                <w:szCs w:val="26"/>
              </w:rPr>
              <w:t>tối</w:t>
            </w:r>
            <w:proofErr w:type="spellEnd"/>
            <w:r w:rsidRPr="004543E3">
              <w:rPr>
                <w:szCs w:val="26"/>
              </w:rPr>
              <w:t xml:space="preserve"> </w:t>
            </w:r>
            <w:proofErr w:type="spellStart"/>
            <w:r w:rsidRPr="004543E3">
              <w:rPr>
                <w:szCs w:val="26"/>
              </w:rPr>
              <w:t>đa</w:t>
            </w:r>
            <w:proofErr w:type="spellEnd"/>
            <w:r w:rsidRPr="004543E3">
              <w:rPr>
                <w:szCs w:val="26"/>
              </w:rPr>
              <w:t xml:space="preserve"> 36 </w:t>
            </w:r>
            <w:proofErr w:type="spellStart"/>
            <w:r w:rsidRPr="004543E3">
              <w:rPr>
                <w:szCs w:val="26"/>
              </w:rPr>
              <w:t>tháng</w:t>
            </w:r>
            <w:proofErr w:type="spellEnd"/>
            <w:r w:rsidRPr="004543E3">
              <w:rPr>
                <w:szCs w:val="26"/>
              </w:rPr>
              <w:t xml:space="preserve"> </w:t>
            </w:r>
            <w:proofErr w:type="spellStart"/>
            <w:r w:rsidRPr="004543E3">
              <w:rPr>
                <w:szCs w:val="26"/>
              </w:rPr>
              <w:t>kể</w:t>
            </w:r>
            <w:proofErr w:type="spellEnd"/>
            <w:r w:rsidRPr="004543E3">
              <w:rPr>
                <w:szCs w:val="26"/>
              </w:rPr>
              <w:t xml:space="preserve"> </w:t>
            </w:r>
            <w:proofErr w:type="spellStart"/>
            <w:r w:rsidRPr="004543E3">
              <w:rPr>
                <w:szCs w:val="26"/>
              </w:rPr>
              <w:t>từ</w:t>
            </w:r>
            <w:proofErr w:type="spellEnd"/>
            <w:r w:rsidRPr="004543E3">
              <w:rPr>
                <w:szCs w:val="26"/>
              </w:rPr>
              <w:t xml:space="preserve"> </w:t>
            </w:r>
            <w:proofErr w:type="spellStart"/>
            <w:r w:rsidRPr="004543E3">
              <w:rPr>
                <w:szCs w:val="26"/>
              </w:rPr>
              <w:t>ngày</w:t>
            </w:r>
            <w:proofErr w:type="spellEnd"/>
            <w:r w:rsidRPr="004543E3">
              <w:rPr>
                <w:szCs w:val="26"/>
              </w:rPr>
              <w:t xml:space="preserve"> Thông </w:t>
            </w:r>
            <w:proofErr w:type="spellStart"/>
            <w:r w:rsidRPr="004543E3">
              <w:rPr>
                <w:szCs w:val="26"/>
              </w:rPr>
              <w:t>tư</w:t>
            </w:r>
            <w:proofErr w:type="spellEnd"/>
            <w:r w:rsidRPr="004543E3">
              <w:rPr>
                <w:szCs w:val="26"/>
              </w:rPr>
              <w:t xml:space="preserve"> </w:t>
            </w:r>
            <w:proofErr w:type="spellStart"/>
            <w:r w:rsidRPr="004543E3">
              <w:rPr>
                <w:szCs w:val="26"/>
              </w:rPr>
              <w:t>này</w:t>
            </w:r>
            <w:proofErr w:type="spellEnd"/>
            <w:r w:rsidRPr="004543E3">
              <w:rPr>
                <w:szCs w:val="26"/>
              </w:rPr>
              <w:t xml:space="preserve"> </w:t>
            </w:r>
            <w:proofErr w:type="spellStart"/>
            <w:r w:rsidRPr="004543E3">
              <w:rPr>
                <w:szCs w:val="26"/>
              </w:rPr>
              <w:t>có</w:t>
            </w:r>
            <w:proofErr w:type="spellEnd"/>
            <w:r w:rsidRPr="004543E3">
              <w:rPr>
                <w:szCs w:val="26"/>
              </w:rPr>
              <w:t xml:space="preserve"> </w:t>
            </w:r>
            <w:proofErr w:type="spellStart"/>
            <w:r w:rsidRPr="004543E3">
              <w:rPr>
                <w:szCs w:val="26"/>
              </w:rPr>
              <w:t>hiệu</w:t>
            </w:r>
            <w:proofErr w:type="spellEnd"/>
            <w:r w:rsidRPr="004543E3">
              <w:rPr>
                <w:szCs w:val="26"/>
              </w:rPr>
              <w:t xml:space="preserve"> </w:t>
            </w:r>
            <w:proofErr w:type="spellStart"/>
            <w:r w:rsidRPr="004543E3">
              <w:rPr>
                <w:szCs w:val="26"/>
              </w:rPr>
              <w:t>lực</w:t>
            </w:r>
            <w:proofErr w:type="spellEnd"/>
            <w:r w:rsidRPr="004543E3">
              <w:rPr>
                <w:szCs w:val="26"/>
              </w:rPr>
              <w:t xml:space="preserve"> </w:t>
            </w:r>
            <w:proofErr w:type="spellStart"/>
            <w:r w:rsidRPr="004543E3">
              <w:rPr>
                <w:szCs w:val="26"/>
              </w:rPr>
              <w:t>thi</w:t>
            </w:r>
            <w:proofErr w:type="spellEnd"/>
            <w:r w:rsidRPr="004543E3">
              <w:rPr>
                <w:szCs w:val="26"/>
              </w:rPr>
              <w:t xml:space="preserve"> </w:t>
            </w:r>
            <w:proofErr w:type="spellStart"/>
            <w:r w:rsidRPr="004543E3">
              <w:rPr>
                <w:szCs w:val="26"/>
              </w:rPr>
              <w:t>hành</w:t>
            </w:r>
            <w:proofErr w:type="spellEnd"/>
            <w:r w:rsidRPr="004543E3">
              <w:rPr>
                <w:szCs w:val="26"/>
              </w:rPr>
              <w:t>.</w:t>
            </w:r>
          </w:p>
        </w:tc>
      </w:tr>
      <w:tr w:rsidR="00512F52" w:rsidRPr="004543E3" w14:paraId="27D9BC01" w14:textId="77777777" w:rsidTr="004C2B3E">
        <w:tc>
          <w:tcPr>
            <w:tcW w:w="1098" w:type="dxa"/>
          </w:tcPr>
          <w:p w14:paraId="072DEDBB" w14:textId="14C1B71A" w:rsidR="00512F52" w:rsidRPr="001C75A8" w:rsidRDefault="00512F52" w:rsidP="00512F52">
            <w:pPr>
              <w:jc w:val="center"/>
              <w:rPr>
                <w:b/>
                <w:bCs/>
              </w:rPr>
            </w:pPr>
            <w:r>
              <w:rPr>
                <w:b/>
                <w:bCs/>
              </w:rPr>
              <w:lastRenderedPageBreak/>
              <w:t>5</w:t>
            </w:r>
          </w:p>
        </w:tc>
        <w:tc>
          <w:tcPr>
            <w:tcW w:w="6127" w:type="dxa"/>
          </w:tcPr>
          <w:p w14:paraId="5A80DEFE" w14:textId="63572DE9" w:rsidR="00512F52" w:rsidRPr="004543E3" w:rsidRDefault="00512F52" w:rsidP="00563608">
            <w:pPr>
              <w:spacing w:before="120" w:after="120" w:line="240" w:lineRule="auto"/>
              <w:jc w:val="both"/>
              <w:rPr>
                <w:b/>
                <w:bCs/>
              </w:rPr>
            </w:pPr>
            <w:proofErr w:type="spellStart"/>
            <w:r w:rsidRPr="004543E3">
              <w:rPr>
                <w:b/>
                <w:bCs/>
              </w:rPr>
              <w:t>Bô</w:t>
            </w:r>
            <w:proofErr w:type="spellEnd"/>
            <w:r w:rsidRPr="004543E3">
              <w:rPr>
                <w:b/>
                <w:bCs/>
              </w:rPr>
              <w:t xml:space="preserve">̣ </w:t>
            </w:r>
            <w:proofErr w:type="spellStart"/>
            <w:r w:rsidRPr="004543E3">
              <w:rPr>
                <w:b/>
                <w:bCs/>
              </w:rPr>
              <w:t>Tư</w:t>
            </w:r>
            <w:proofErr w:type="spellEnd"/>
            <w:r w:rsidRPr="004543E3">
              <w:rPr>
                <w:b/>
                <w:bCs/>
              </w:rPr>
              <w:t xml:space="preserve"> </w:t>
            </w:r>
            <w:proofErr w:type="spellStart"/>
            <w:r w:rsidRPr="004543E3">
              <w:rPr>
                <w:b/>
                <w:bCs/>
              </w:rPr>
              <w:t>pháp</w:t>
            </w:r>
            <w:proofErr w:type="spellEnd"/>
            <w:r w:rsidRPr="004543E3">
              <w:rPr>
                <w:b/>
                <w:bCs/>
              </w:rPr>
              <w:t>:</w:t>
            </w:r>
          </w:p>
          <w:p w14:paraId="1CF79E0D" w14:textId="0D339442" w:rsidR="00512F52" w:rsidRPr="004543E3" w:rsidRDefault="00512F52" w:rsidP="00563608">
            <w:pPr>
              <w:spacing w:before="120" w:after="120" w:line="240" w:lineRule="auto"/>
              <w:jc w:val="both"/>
            </w:pPr>
            <w:r w:rsidRPr="004543E3">
              <w:t xml:space="preserve">- Theo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tại</w:t>
            </w:r>
            <w:proofErr w:type="spellEnd"/>
            <w:r w:rsidRPr="004543E3">
              <w:t xml:space="preserve"> </w:t>
            </w:r>
            <w:proofErr w:type="spellStart"/>
            <w:r w:rsidRPr="004543E3">
              <w:t>khoản</w:t>
            </w:r>
            <w:proofErr w:type="spellEnd"/>
            <w:r w:rsidRPr="004543E3">
              <w:t xml:space="preserve"> 4, </w:t>
            </w:r>
            <w:proofErr w:type="spellStart"/>
            <w:r w:rsidRPr="004543E3">
              <w:t>khoản</w:t>
            </w:r>
            <w:proofErr w:type="spellEnd"/>
            <w:r w:rsidRPr="004543E3">
              <w:t xml:space="preserve"> 5 </w:t>
            </w:r>
            <w:proofErr w:type="spellStart"/>
            <w:r w:rsidRPr="004543E3">
              <w:t>Nghị</w:t>
            </w:r>
            <w:proofErr w:type="spellEnd"/>
            <w:r w:rsidRPr="004543E3">
              <w:t xml:space="preserve"> </w:t>
            </w:r>
            <w:proofErr w:type="spellStart"/>
            <w:r w:rsidRPr="004543E3">
              <w:t>định</w:t>
            </w:r>
            <w:proofErr w:type="spellEnd"/>
            <w:r w:rsidRPr="004543E3">
              <w:t xml:space="preserve"> </w:t>
            </w:r>
            <w:proofErr w:type="spellStart"/>
            <w:r w:rsidRPr="004543E3">
              <w:t>số</w:t>
            </w:r>
            <w:proofErr w:type="spellEnd"/>
            <w:r w:rsidRPr="004543E3">
              <w:t xml:space="preserve"> 37/2026/NĐ-CP </w:t>
            </w:r>
            <w:proofErr w:type="spellStart"/>
            <w:r w:rsidRPr="004543E3">
              <w:t>ngày</w:t>
            </w:r>
            <w:proofErr w:type="spellEnd"/>
            <w:r w:rsidRPr="004543E3">
              <w:t xml:space="preserve"> 23/01/2026 </w:t>
            </w:r>
            <w:proofErr w:type="spellStart"/>
            <w:r w:rsidRPr="004543E3">
              <w:t>của</w:t>
            </w:r>
            <w:proofErr w:type="spellEnd"/>
            <w:r w:rsidRPr="004543E3">
              <w:t xml:space="preserve"> </w:t>
            </w:r>
            <w:proofErr w:type="spellStart"/>
            <w:r w:rsidRPr="004543E3">
              <w:t>Chính</w:t>
            </w:r>
            <w:proofErr w:type="spellEnd"/>
            <w:r w:rsidRPr="004543E3">
              <w:t xml:space="preserve"> </w:t>
            </w:r>
            <w:proofErr w:type="spellStart"/>
            <w:r w:rsidRPr="004543E3">
              <w:t>phủ</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chi </w:t>
            </w:r>
            <w:proofErr w:type="spellStart"/>
            <w:r w:rsidRPr="004543E3">
              <w:t>tiết</w:t>
            </w:r>
            <w:proofErr w:type="spellEnd"/>
            <w:r w:rsidRPr="004543E3">
              <w:t xml:space="preserve"> </w:t>
            </w:r>
            <w:proofErr w:type="spellStart"/>
            <w:r w:rsidRPr="004543E3">
              <w:t>một</w:t>
            </w:r>
            <w:proofErr w:type="spellEnd"/>
            <w:r w:rsidRPr="004543E3">
              <w:t xml:space="preserve"> </w:t>
            </w:r>
            <w:proofErr w:type="spellStart"/>
            <w:r w:rsidRPr="004543E3">
              <w:t>số</w:t>
            </w:r>
            <w:proofErr w:type="spellEnd"/>
            <w:r w:rsidRPr="004543E3">
              <w:t xml:space="preserve"> </w:t>
            </w:r>
            <w:proofErr w:type="spellStart"/>
            <w:r w:rsidRPr="004543E3">
              <w:t>điều</w:t>
            </w:r>
            <w:proofErr w:type="spellEnd"/>
            <w:r w:rsidRPr="004543E3">
              <w:t xml:space="preserve"> </w:t>
            </w:r>
            <w:proofErr w:type="spellStart"/>
            <w:r w:rsidRPr="004543E3">
              <w:t>và</w:t>
            </w:r>
            <w:proofErr w:type="spellEnd"/>
            <w:r w:rsidRPr="004543E3">
              <w:t xml:space="preserve"> </w:t>
            </w:r>
            <w:proofErr w:type="spellStart"/>
            <w:r w:rsidRPr="004543E3">
              <w:t>biện</w:t>
            </w:r>
            <w:proofErr w:type="spellEnd"/>
            <w:r w:rsidRPr="004543E3">
              <w:t xml:space="preserve"> </w:t>
            </w:r>
            <w:proofErr w:type="spellStart"/>
            <w:r w:rsidRPr="004543E3">
              <w:t>pháp</w:t>
            </w:r>
            <w:proofErr w:type="spellEnd"/>
            <w:r w:rsidRPr="004543E3">
              <w:t xml:space="preserve"> </w:t>
            </w:r>
            <w:proofErr w:type="spellStart"/>
            <w:r w:rsidRPr="004543E3">
              <w:t>để</w:t>
            </w:r>
            <w:proofErr w:type="spellEnd"/>
            <w:r w:rsidRPr="004543E3">
              <w:t xml:space="preserve"> </w:t>
            </w:r>
            <w:proofErr w:type="spellStart"/>
            <w:r w:rsidRPr="004543E3">
              <w:t>tổ</w:t>
            </w:r>
            <w:proofErr w:type="spellEnd"/>
            <w:r w:rsidRPr="004543E3">
              <w:t xml:space="preserve"> </w:t>
            </w:r>
            <w:proofErr w:type="spellStart"/>
            <w:r w:rsidRPr="004543E3">
              <w:t>chức</w:t>
            </w:r>
            <w:proofErr w:type="spellEnd"/>
            <w:r w:rsidRPr="004543E3">
              <w:t xml:space="preserve">, </w:t>
            </w:r>
            <w:proofErr w:type="spellStart"/>
            <w:r w:rsidRPr="004543E3">
              <w:t>hướng</w:t>
            </w:r>
            <w:proofErr w:type="spellEnd"/>
            <w:r w:rsidRPr="004543E3">
              <w:t xml:space="preserve"> </w:t>
            </w:r>
            <w:proofErr w:type="spellStart"/>
            <w:r w:rsidRPr="004543E3">
              <w:t>dẫn</w:t>
            </w:r>
            <w:proofErr w:type="spellEnd"/>
            <w:r w:rsidRPr="004543E3">
              <w:t xml:space="preserve"> </w:t>
            </w:r>
            <w:proofErr w:type="spellStart"/>
            <w:r w:rsidRPr="004543E3">
              <w:t>thi</w:t>
            </w:r>
            <w:proofErr w:type="spellEnd"/>
            <w:r w:rsidRPr="004543E3">
              <w:t xml:space="preserve"> </w:t>
            </w:r>
            <w:proofErr w:type="spellStart"/>
            <w:r w:rsidRPr="004543E3">
              <w:t>hành</w:t>
            </w:r>
            <w:proofErr w:type="spellEnd"/>
            <w:r w:rsidRPr="004543E3">
              <w:t xml:space="preserve"> </w:t>
            </w:r>
            <w:proofErr w:type="spellStart"/>
            <w:r w:rsidRPr="004543E3">
              <w:t>Luật</w:t>
            </w:r>
            <w:proofErr w:type="spellEnd"/>
            <w:r w:rsidRPr="004543E3">
              <w:t xml:space="preserve"> </w:t>
            </w:r>
            <w:proofErr w:type="spellStart"/>
            <w:r w:rsidRPr="004543E3">
              <w:t>Chất</w:t>
            </w:r>
            <w:proofErr w:type="spellEnd"/>
            <w:r w:rsidRPr="004543E3">
              <w:t xml:space="preserve"> </w:t>
            </w:r>
            <w:proofErr w:type="spellStart"/>
            <w:r w:rsidRPr="004543E3">
              <w:t>lượng</w:t>
            </w:r>
            <w:proofErr w:type="spellEnd"/>
            <w:r w:rsidRPr="004543E3">
              <w:t xml:space="preserve"> </w:t>
            </w:r>
            <w:proofErr w:type="spellStart"/>
            <w:r w:rsidRPr="004543E3">
              <w:t>sản</w:t>
            </w:r>
            <w:proofErr w:type="spellEnd"/>
            <w:r w:rsidRPr="004543E3">
              <w:t xml:space="preserve"> </w:t>
            </w:r>
            <w:proofErr w:type="spellStart"/>
            <w:r w:rsidRPr="004543E3">
              <w:t>phẩm</w:t>
            </w:r>
            <w:proofErr w:type="spellEnd"/>
            <w:r w:rsidRPr="004543E3">
              <w:t xml:space="preserve">, </w:t>
            </w:r>
            <w:proofErr w:type="spellStart"/>
            <w:r w:rsidRPr="004543E3">
              <w:t>hàng</w:t>
            </w:r>
            <w:proofErr w:type="spellEnd"/>
            <w:r w:rsidRPr="004543E3">
              <w:t xml:space="preserve"> </w:t>
            </w:r>
            <w:proofErr w:type="spellStart"/>
            <w:r w:rsidRPr="004543E3">
              <w:t>hóa</w:t>
            </w:r>
            <w:proofErr w:type="spellEnd"/>
            <w:r w:rsidRPr="004543E3">
              <w:t xml:space="preserve"> </w:t>
            </w:r>
            <w:proofErr w:type="spellStart"/>
            <w:r w:rsidRPr="004543E3">
              <w:t>năm</w:t>
            </w:r>
            <w:proofErr w:type="spellEnd"/>
            <w:r w:rsidRPr="004543E3">
              <w:t xml:space="preserve"> 2007 (</w:t>
            </w:r>
            <w:proofErr w:type="spellStart"/>
            <w:r w:rsidRPr="004543E3">
              <w:t>sửa</w:t>
            </w:r>
            <w:proofErr w:type="spellEnd"/>
            <w:r w:rsidRPr="004543E3">
              <w:t xml:space="preserve"> </w:t>
            </w:r>
            <w:proofErr w:type="spellStart"/>
            <w:r w:rsidRPr="004543E3">
              <w:t>đổi</w:t>
            </w:r>
            <w:proofErr w:type="spellEnd"/>
            <w:r w:rsidRPr="004543E3">
              <w:t xml:space="preserve">, </w:t>
            </w:r>
            <w:proofErr w:type="spellStart"/>
            <w:r w:rsidRPr="004543E3">
              <w:t>bổ</w:t>
            </w:r>
            <w:proofErr w:type="spellEnd"/>
            <w:r w:rsidRPr="004543E3">
              <w:t xml:space="preserve"> sung </w:t>
            </w:r>
            <w:proofErr w:type="spellStart"/>
            <w:r w:rsidRPr="004543E3">
              <w:t>năm</w:t>
            </w:r>
            <w:proofErr w:type="spellEnd"/>
            <w:r w:rsidRPr="004543E3">
              <w:t xml:space="preserve"> 2025): </w:t>
            </w:r>
            <w:r w:rsidRPr="004543E3">
              <w:rPr>
                <w:i/>
                <w:iCs/>
              </w:rPr>
              <w:t xml:space="preserve">“4. </w:t>
            </w:r>
            <w:proofErr w:type="spellStart"/>
            <w:r w:rsidRPr="004543E3">
              <w:rPr>
                <w:i/>
                <w:iCs/>
              </w:rPr>
              <w:t>Mã</w:t>
            </w:r>
            <w:proofErr w:type="spellEnd"/>
            <w:r w:rsidRPr="004543E3">
              <w:rPr>
                <w:i/>
                <w:iCs/>
              </w:rPr>
              <w:t xml:space="preserve"> </w:t>
            </w:r>
            <w:proofErr w:type="spellStart"/>
            <w:r w:rsidRPr="004543E3">
              <w:rPr>
                <w:i/>
                <w:iCs/>
              </w:rPr>
              <w:t>số</w:t>
            </w:r>
            <w:proofErr w:type="spellEnd"/>
            <w:r w:rsidRPr="004543E3">
              <w:rPr>
                <w:i/>
                <w:iCs/>
              </w:rPr>
              <w:t xml:space="preserve">, </w:t>
            </w:r>
            <w:proofErr w:type="spellStart"/>
            <w:r w:rsidRPr="004543E3">
              <w:rPr>
                <w:i/>
                <w:iCs/>
              </w:rPr>
              <w:t>tiêu</w:t>
            </w:r>
            <w:proofErr w:type="spellEnd"/>
            <w:r w:rsidRPr="004543E3">
              <w:rPr>
                <w:i/>
                <w:iCs/>
              </w:rPr>
              <w:t xml:space="preserve"> </w:t>
            </w:r>
            <w:proofErr w:type="spellStart"/>
            <w:r w:rsidRPr="004543E3">
              <w:rPr>
                <w:i/>
                <w:iCs/>
              </w:rPr>
              <w:t>chuẩn</w:t>
            </w:r>
            <w:proofErr w:type="spellEnd"/>
            <w:r w:rsidRPr="004543E3">
              <w:rPr>
                <w:i/>
                <w:iCs/>
              </w:rPr>
              <w:t xml:space="preserve"> </w:t>
            </w:r>
            <w:proofErr w:type="spellStart"/>
            <w:r w:rsidRPr="004543E3">
              <w:rPr>
                <w:i/>
                <w:iCs/>
              </w:rPr>
              <w:t>chuyên</w:t>
            </w:r>
            <w:proofErr w:type="spellEnd"/>
            <w:r w:rsidRPr="004543E3">
              <w:rPr>
                <w:i/>
                <w:iCs/>
              </w:rPr>
              <w:t xml:space="preserve"> </w:t>
            </w:r>
            <w:proofErr w:type="spellStart"/>
            <w:r w:rsidRPr="004543E3">
              <w:rPr>
                <w:i/>
                <w:iCs/>
              </w:rPr>
              <w:t>môn</w:t>
            </w:r>
            <w:proofErr w:type="spellEnd"/>
            <w:r w:rsidRPr="004543E3">
              <w:rPr>
                <w:i/>
                <w:iCs/>
              </w:rPr>
              <w:t xml:space="preserve">, </w:t>
            </w:r>
            <w:proofErr w:type="spellStart"/>
            <w:r w:rsidRPr="004543E3">
              <w:rPr>
                <w:i/>
                <w:iCs/>
              </w:rPr>
              <w:t>nghiệp</w:t>
            </w:r>
            <w:proofErr w:type="spellEnd"/>
            <w:r w:rsidRPr="004543E3">
              <w:rPr>
                <w:i/>
                <w:iCs/>
              </w:rPr>
              <w:t xml:space="preserve"> </w:t>
            </w:r>
            <w:proofErr w:type="spellStart"/>
            <w:r w:rsidRPr="004543E3">
              <w:rPr>
                <w:i/>
                <w:iCs/>
              </w:rPr>
              <w:t>vụ</w:t>
            </w:r>
            <w:proofErr w:type="spellEnd"/>
            <w:r w:rsidRPr="004543E3">
              <w:rPr>
                <w:i/>
                <w:iCs/>
              </w:rPr>
              <w:t xml:space="preserve"> </w:t>
            </w:r>
            <w:proofErr w:type="spellStart"/>
            <w:r w:rsidRPr="004543E3">
              <w:rPr>
                <w:i/>
                <w:iCs/>
              </w:rPr>
              <w:t>và</w:t>
            </w:r>
            <w:proofErr w:type="spellEnd"/>
            <w:r w:rsidRPr="004543E3">
              <w:rPr>
                <w:i/>
                <w:iCs/>
              </w:rPr>
              <w:t xml:space="preserve"> </w:t>
            </w:r>
            <w:proofErr w:type="spellStart"/>
            <w:r w:rsidRPr="004543E3">
              <w:rPr>
                <w:i/>
                <w:iCs/>
              </w:rPr>
              <w:t>chức</w:t>
            </w:r>
            <w:proofErr w:type="spellEnd"/>
            <w:r w:rsidRPr="004543E3">
              <w:rPr>
                <w:i/>
                <w:iCs/>
              </w:rPr>
              <w:t xml:space="preserve"> </w:t>
            </w:r>
            <w:proofErr w:type="spellStart"/>
            <w:r w:rsidRPr="004543E3">
              <w:rPr>
                <w:i/>
                <w:iCs/>
              </w:rPr>
              <w:t>danh</w:t>
            </w:r>
            <w:proofErr w:type="spellEnd"/>
            <w:r w:rsidRPr="004543E3">
              <w:rPr>
                <w:i/>
                <w:iCs/>
              </w:rPr>
              <w:t xml:space="preserve"> </w:t>
            </w:r>
            <w:proofErr w:type="spellStart"/>
            <w:r w:rsidRPr="004543E3">
              <w:rPr>
                <w:i/>
                <w:iCs/>
              </w:rPr>
              <w:t>nghề</w:t>
            </w:r>
            <w:proofErr w:type="spellEnd"/>
            <w:r w:rsidRPr="004543E3">
              <w:rPr>
                <w:i/>
                <w:iCs/>
              </w:rPr>
              <w:t xml:space="preserve"> </w:t>
            </w:r>
            <w:proofErr w:type="spellStart"/>
            <w:r w:rsidRPr="004543E3">
              <w:rPr>
                <w:i/>
                <w:iCs/>
              </w:rPr>
              <w:t>nghiệp</w:t>
            </w:r>
            <w:proofErr w:type="spellEnd"/>
            <w:r w:rsidRPr="004543E3">
              <w:rPr>
                <w:i/>
                <w:iCs/>
              </w:rPr>
              <w:t xml:space="preserve"> </w:t>
            </w:r>
            <w:proofErr w:type="spellStart"/>
            <w:r w:rsidRPr="004543E3">
              <w:rPr>
                <w:i/>
                <w:iCs/>
              </w:rPr>
              <w:t>đối</w:t>
            </w:r>
            <w:proofErr w:type="spellEnd"/>
            <w:r w:rsidRPr="004543E3">
              <w:rPr>
                <w:i/>
                <w:iCs/>
              </w:rPr>
              <w:t xml:space="preserve"> </w:t>
            </w:r>
            <w:proofErr w:type="spellStart"/>
            <w:r w:rsidRPr="004543E3">
              <w:rPr>
                <w:i/>
                <w:iCs/>
              </w:rPr>
              <w:t>với</w:t>
            </w:r>
            <w:proofErr w:type="spellEnd"/>
            <w:r w:rsidRPr="004543E3">
              <w:rPr>
                <w:i/>
                <w:iCs/>
              </w:rPr>
              <w:t xml:space="preserve"> </w:t>
            </w:r>
            <w:proofErr w:type="spellStart"/>
            <w:r w:rsidRPr="004543E3">
              <w:rPr>
                <w:i/>
                <w:iCs/>
              </w:rPr>
              <w:t>các</w:t>
            </w:r>
            <w:proofErr w:type="spellEnd"/>
            <w:r w:rsidRPr="004543E3">
              <w:rPr>
                <w:i/>
                <w:iCs/>
              </w:rPr>
              <w:t xml:space="preserve"> </w:t>
            </w:r>
            <w:proofErr w:type="spellStart"/>
            <w:r w:rsidRPr="004543E3">
              <w:rPr>
                <w:i/>
                <w:iCs/>
              </w:rPr>
              <w:t>ngạch</w:t>
            </w:r>
            <w:proofErr w:type="spellEnd"/>
            <w:r w:rsidRPr="004543E3">
              <w:rPr>
                <w:i/>
                <w:iCs/>
              </w:rPr>
              <w:t xml:space="preserve"> </w:t>
            </w:r>
            <w:proofErr w:type="spellStart"/>
            <w:r w:rsidRPr="004543E3">
              <w:rPr>
                <w:i/>
                <w:iCs/>
              </w:rPr>
              <w:t>công</w:t>
            </w:r>
            <w:proofErr w:type="spellEnd"/>
            <w:r w:rsidRPr="004543E3">
              <w:rPr>
                <w:i/>
                <w:iCs/>
              </w:rPr>
              <w:t xml:space="preserve"> </w:t>
            </w:r>
            <w:proofErr w:type="spellStart"/>
            <w:r w:rsidRPr="004543E3">
              <w:rPr>
                <w:i/>
                <w:iCs/>
              </w:rPr>
              <w:t>chức</w:t>
            </w:r>
            <w:proofErr w:type="spellEnd"/>
            <w:r w:rsidRPr="004543E3">
              <w:rPr>
                <w:i/>
                <w:iCs/>
              </w:rPr>
              <w:t xml:space="preserve">, </w:t>
            </w:r>
            <w:proofErr w:type="spellStart"/>
            <w:r w:rsidRPr="004543E3">
              <w:rPr>
                <w:i/>
                <w:iCs/>
              </w:rPr>
              <w:t>viên</w:t>
            </w:r>
            <w:proofErr w:type="spellEnd"/>
            <w:r w:rsidRPr="004543E3">
              <w:rPr>
                <w:i/>
                <w:iCs/>
              </w:rPr>
              <w:t xml:space="preserve"> </w:t>
            </w:r>
            <w:proofErr w:type="spellStart"/>
            <w:r w:rsidRPr="004543E3">
              <w:rPr>
                <w:i/>
                <w:iCs/>
              </w:rPr>
              <w:t>chức</w:t>
            </w:r>
            <w:proofErr w:type="spellEnd"/>
            <w:r w:rsidRPr="004543E3">
              <w:rPr>
                <w:i/>
                <w:iCs/>
              </w:rPr>
              <w:t xml:space="preserve">, </w:t>
            </w:r>
            <w:proofErr w:type="spellStart"/>
            <w:r w:rsidRPr="004543E3">
              <w:rPr>
                <w:i/>
                <w:iCs/>
              </w:rPr>
              <w:t>chuyên</w:t>
            </w:r>
            <w:proofErr w:type="spellEnd"/>
            <w:r w:rsidRPr="004543E3">
              <w:rPr>
                <w:i/>
                <w:iCs/>
              </w:rPr>
              <w:t xml:space="preserve"> </w:t>
            </w:r>
            <w:proofErr w:type="spellStart"/>
            <w:r w:rsidRPr="004543E3">
              <w:rPr>
                <w:i/>
                <w:iCs/>
              </w:rPr>
              <w:t>ngành</w:t>
            </w:r>
            <w:proofErr w:type="spellEnd"/>
            <w:r w:rsidRPr="004543E3">
              <w:rPr>
                <w:i/>
                <w:iCs/>
              </w:rPr>
              <w:t xml:space="preserve"> </w:t>
            </w:r>
            <w:proofErr w:type="spellStart"/>
            <w:r w:rsidRPr="004543E3">
              <w:rPr>
                <w:i/>
                <w:iCs/>
              </w:rPr>
              <w:t>kiểm</w:t>
            </w:r>
            <w:proofErr w:type="spellEnd"/>
            <w:r w:rsidRPr="004543E3">
              <w:rPr>
                <w:i/>
                <w:iCs/>
              </w:rPr>
              <w:t xml:space="preserve"> </w:t>
            </w:r>
            <w:proofErr w:type="spellStart"/>
            <w:r w:rsidRPr="004543E3">
              <w:rPr>
                <w:i/>
                <w:iCs/>
              </w:rPr>
              <w:t>soát</w:t>
            </w:r>
            <w:proofErr w:type="spellEnd"/>
            <w:r w:rsidRPr="004543E3">
              <w:rPr>
                <w:i/>
                <w:iCs/>
              </w:rPr>
              <w:t xml:space="preserve"> </w:t>
            </w:r>
            <w:proofErr w:type="spellStart"/>
            <w:r w:rsidRPr="004543E3">
              <w:rPr>
                <w:i/>
                <w:iCs/>
              </w:rPr>
              <w:t>viên</w:t>
            </w:r>
            <w:proofErr w:type="spellEnd"/>
            <w:r w:rsidRPr="004543E3">
              <w:rPr>
                <w:i/>
                <w:iCs/>
              </w:rPr>
              <w:t xml:space="preserve"> </w:t>
            </w:r>
            <w:proofErr w:type="spellStart"/>
            <w:r w:rsidRPr="004543E3">
              <w:rPr>
                <w:i/>
                <w:iCs/>
              </w:rPr>
              <w:t>chất</w:t>
            </w:r>
            <w:proofErr w:type="spellEnd"/>
            <w:r w:rsidRPr="004543E3">
              <w:rPr>
                <w:i/>
                <w:iCs/>
              </w:rPr>
              <w:t xml:space="preserve"> </w:t>
            </w:r>
            <w:proofErr w:type="spellStart"/>
            <w:r w:rsidRPr="004543E3">
              <w:rPr>
                <w:i/>
                <w:iCs/>
              </w:rPr>
              <w:t>lượng</w:t>
            </w:r>
            <w:proofErr w:type="spellEnd"/>
            <w:r w:rsidRPr="004543E3">
              <w:rPr>
                <w:i/>
                <w:iCs/>
              </w:rPr>
              <w:t xml:space="preserve"> </w:t>
            </w:r>
            <w:proofErr w:type="spellStart"/>
            <w:r w:rsidRPr="004543E3">
              <w:rPr>
                <w:i/>
                <w:iCs/>
              </w:rPr>
              <w:t>sản</w:t>
            </w:r>
            <w:proofErr w:type="spellEnd"/>
            <w:r w:rsidRPr="004543E3">
              <w:rPr>
                <w:i/>
                <w:iCs/>
              </w:rPr>
              <w:t xml:space="preserve"> </w:t>
            </w:r>
            <w:proofErr w:type="spellStart"/>
            <w:r w:rsidRPr="004543E3">
              <w:rPr>
                <w:i/>
                <w:iCs/>
              </w:rPr>
              <w:t>phẩm</w:t>
            </w:r>
            <w:proofErr w:type="spellEnd"/>
            <w:r w:rsidRPr="004543E3">
              <w:rPr>
                <w:i/>
                <w:iCs/>
              </w:rPr>
              <w:t xml:space="preserve">, </w:t>
            </w:r>
            <w:proofErr w:type="spellStart"/>
            <w:r w:rsidRPr="004543E3">
              <w:rPr>
                <w:i/>
                <w:iCs/>
              </w:rPr>
              <w:t>hàng</w:t>
            </w:r>
            <w:proofErr w:type="spellEnd"/>
            <w:r w:rsidRPr="004543E3">
              <w:rPr>
                <w:i/>
                <w:iCs/>
              </w:rPr>
              <w:t xml:space="preserve"> </w:t>
            </w:r>
            <w:proofErr w:type="spellStart"/>
            <w:r w:rsidRPr="004543E3">
              <w:rPr>
                <w:i/>
                <w:iCs/>
              </w:rPr>
              <w:t>hóa</w:t>
            </w:r>
            <w:proofErr w:type="spellEnd"/>
            <w:r w:rsidRPr="004543E3">
              <w:rPr>
                <w:i/>
                <w:iCs/>
              </w:rPr>
              <w:t xml:space="preserve"> do </w:t>
            </w:r>
            <w:proofErr w:type="spellStart"/>
            <w:r w:rsidRPr="004543E3">
              <w:rPr>
                <w:i/>
                <w:iCs/>
              </w:rPr>
              <w:t>Bộ</w:t>
            </w:r>
            <w:proofErr w:type="spellEnd"/>
            <w:r w:rsidRPr="004543E3">
              <w:rPr>
                <w:i/>
                <w:iCs/>
              </w:rPr>
              <w:t xml:space="preserve"> Khoa </w:t>
            </w:r>
            <w:proofErr w:type="spellStart"/>
            <w:r w:rsidRPr="004543E3">
              <w:rPr>
                <w:i/>
                <w:iCs/>
              </w:rPr>
              <w:t>học</w:t>
            </w:r>
            <w:proofErr w:type="spellEnd"/>
            <w:r w:rsidRPr="004543E3">
              <w:rPr>
                <w:i/>
                <w:iCs/>
              </w:rPr>
              <w:t xml:space="preserve"> </w:t>
            </w:r>
            <w:proofErr w:type="spellStart"/>
            <w:r w:rsidRPr="004543E3">
              <w:rPr>
                <w:i/>
                <w:iCs/>
              </w:rPr>
              <w:t>và</w:t>
            </w:r>
            <w:proofErr w:type="spellEnd"/>
            <w:r w:rsidRPr="004543E3">
              <w:rPr>
                <w:i/>
                <w:iCs/>
              </w:rPr>
              <w:t xml:space="preserve"> Công </w:t>
            </w:r>
            <w:proofErr w:type="spellStart"/>
            <w:r w:rsidRPr="004543E3">
              <w:rPr>
                <w:i/>
                <w:iCs/>
              </w:rPr>
              <w:t>nghệ</w:t>
            </w:r>
            <w:proofErr w:type="spellEnd"/>
            <w:r w:rsidRPr="004543E3">
              <w:rPr>
                <w:i/>
                <w:iCs/>
              </w:rPr>
              <w:t xml:space="preserve"> </w:t>
            </w:r>
            <w:proofErr w:type="spellStart"/>
            <w:r w:rsidRPr="004543E3">
              <w:rPr>
                <w:i/>
                <w:iCs/>
              </w:rPr>
              <w:t>chủ</w:t>
            </w:r>
            <w:proofErr w:type="spellEnd"/>
            <w:r w:rsidRPr="004543E3">
              <w:rPr>
                <w:i/>
                <w:iCs/>
              </w:rPr>
              <w:t xml:space="preserve"> </w:t>
            </w:r>
            <w:proofErr w:type="spellStart"/>
            <w:r w:rsidRPr="004543E3">
              <w:rPr>
                <w:i/>
                <w:iCs/>
              </w:rPr>
              <w:t>trì</w:t>
            </w:r>
            <w:proofErr w:type="spellEnd"/>
            <w:r w:rsidRPr="004543E3">
              <w:rPr>
                <w:i/>
                <w:iCs/>
              </w:rPr>
              <w:t xml:space="preserve">, </w:t>
            </w:r>
            <w:proofErr w:type="spellStart"/>
            <w:r w:rsidRPr="004543E3">
              <w:rPr>
                <w:i/>
                <w:iCs/>
              </w:rPr>
              <w:t>phối</w:t>
            </w:r>
            <w:proofErr w:type="spellEnd"/>
            <w:r w:rsidRPr="004543E3">
              <w:rPr>
                <w:i/>
                <w:iCs/>
              </w:rPr>
              <w:t xml:space="preserve"> </w:t>
            </w:r>
            <w:proofErr w:type="spellStart"/>
            <w:r w:rsidRPr="004543E3">
              <w:rPr>
                <w:i/>
                <w:iCs/>
              </w:rPr>
              <w:t>hợp</w:t>
            </w:r>
            <w:proofErr w:type="spellEnd"/>
            <w:r w:rsidRPr="004543E3">
              <w:rPr>
                <w:i/>
                <w:iCs/>
              </w:rPr>
              <w:t xml:space="preserve"> </w:t>
            </w:r>
            <w:proofErr w:type="spellStart"/>
            <w:r w:rsidRPr="004543E3">
              <w:rPr>
                <w:i/>
                <w:iCs/>
              </w:rPr>
              <w:t>với</w:t>
            </w:r>
            <w:proofErr w:type="spellEnd"/>
            <w:r w:rsidRPr="004543E3">
              <w:rPr>
                <w:i/>
                <w:iCs/>
              </w:rPr>
              <w:t xml:space="preserve"> </w:t>
            </w:r>
            <w:proofErr w:type="spellStart"/>
            <w:r w:rsidRPr="004543E3">
              <w:rPr>
                <w:i/>
                <w:iCs/>
              </w:rPr>
              <w:t>các</w:t>
            </w:r>
            <w:proofErr w:type="spellEnd"/>
            <w:r w:rsidRPr="004543E3">
              <w:rPr>
                <w:i/>
                <w:iCs/>
              </w:rPr>
              <w:t xml:space="preserve"> </w:t>
            </w:r>
            <w:proofErr w:type="spellStart"/>
            <w:r w:rsidRPr="004543E3">
              <w:rPr>
                <w:i/>
                <w:iCs/>
              </w:rPr>
              <w:t>bộ</w:t>
            </w:r>
            <w:proofErr w:type="spellEnd"/>
            <w:r w:rsidRPr="004543E3">
              <w:rPr>
                <w:i/>
                <w:iCs/>
              </w:rPr>
              <w:t xml:space="preserve">, </w:t>
            </w:r>
            <w:proofErr w:type="spellStart"/>
            <w:r w:rsidRPr="004543E3">
              <w:rPr>
                <w:i/>
                <w:iCs/>
              </w:rPr>
              <w:t>cơ</w:t>
            </w:r>
            <w:proofErr w:type="spellEnd"/>
            <w:r w:rsidRPr="004543E3">
              <w:rPr>
                <w:i/>
                <w:iCs/>
              </w:rPr>
              <w:t xml:space="preserve"> </w:t>
            </w:r>
            <w:proofErr w:type="spellStart"/>
            <w:r w:rsidRPr="004543E3">
              <w:rPr>
                <w:i/>
                <w:iCs/>
              </w:rPr>
              <w:t>quan</w:t>
            </w:r>
            <w:proofErr w:type="spellEnd"/>
            <w:r w:rsidRPr="004543E3">
              <w:rPr>
                <w:i/>
                <w:iCs/>
              </w:rPr>
              <w:t xml:space="preserve"> </w:t>
            </w:r>
            <w:proofErr w:type="spellStart"/>
            <w:r w:rsidRPr="004543E3">
              <w:rPr>
                <w:i/>
                <w:iCs/>
              </w:rPr>
              <w:t>ngang</w:t>
            </w:r>
            <w:proofErr w:type="spellEnd"/>
            <w:r w:rsidRPr="004543E3">
              <w:rPr>
                <w:i/>
                <w:iCs/>
              </w:rPr>
              <w:t xml:space="preserve"> </w:t>
            </w:r>
            <w:proofErr w:type="spellStart"/>
            <w:r w:rsidRPr="004543E3">
              <w:rPr>
                <w:i/>
                <w:iCs/>
              </w:rPr>
              <w:t>bộ</w:t>
            </w:r>
            <w:proofErr w:type="spellEnd"/>
            <w:r w:rsidRPr="004543E3">
              <w:rPr>
                <w:i/>
                <w:iCs/>
              </w:rPr>
              <w:t xml:space="preserve">, Ban </w:t>
            </w:r>
            <w:proofErr w:type="spellStart"/>
            <w:r w:rsidRPr="004543E3">
              <w:rPr>
                <w:i/>
                <w:iCs/>
              </w:rPr>
              <w:t>Cơ</w:t>
            </w:r>
            <w:proofErr w:type="spellEnd"/>
            <w:r w:rsidRPr="004543E3">
              <w:rPr>
                <w:i/>
                <w:iCs/>
              </w:rPr>
              <w:t xml:space="preserve"> </w:t>
            </w:r>
            <w:proofErr w:type="spellStart"/>
            <w:r w:rsidRPr="004543E3">
              <w:rPr>
                <w:i/>
                <w:iCs/>
              </w:rPr>
              <w:t>yếu</w:t>
            </w:r>
            <w:proofErr w:type="spellEnd"/>
            <w:r w:rsidRPr="004543E3">
              <w:rPr>
                <w:i/>
                <w:iCs/>
              </w:rPr>
              <w:t xml:space="preserve"> </w:t>
            </w:r>
            <w:proofErr w:type="spellStart"/>
            <w:r w:rsidRPr="004543E3">
              <w:rPr>
                <w:i/>
                <w:iCs/>
              </w:rPr>
              <w:t>Chính</w:t>
            </w:r>
            <w:proofErr w:type="spellEnd"/>
            <w:r w:rsidRPr="004543E3">
              <w:rPr>
                <w:i/>
                <w:iCs/>
              </w:rPr>
              <w:t xml:space="preserve"> </w:t>
            </w:r>
            <w:proofErr w:type="spellStart"/>
            <w:r w:rsidRPr="004543E3">
              <w:rPr>
                <w:i/>
                <w:iCs/>
              </w:rPr>
              <w:t>phủ</w:t>
            </w:r>
            <w:proofErr w:type="spellEnd"/>
            <w:r w:rsidRPr="004543E3">
              <w:rPr>
                <w:i/>
                <w:iCs/>
              </w:rPr>
              <w:t xml:space="preserve"> </w:t>
            </w:r>
            <w:proofErr w:type="spellStart"/>
            <w:r w:rsidRPr="004543E3">
              <w:rPr>
                <w:i/>
                <w:iCs/>
              </w:rPr>
              <w:t>quy</w:t>
            </w:r>
            <w:proofErr w:type="spellEnd"/>
            <w:r w:rsidRPr="004543E3">
              <w:rPr>
                <w:i/>
                <w:iCs/>
              </w:rPr>
              <w:t xml:space="preserve"> </w:t>
            </w:r>
            <w:proofErr w:type="spellStart"/>
            <w:r w:rsidRPr="004543E3">
              <w:rPr>
                <w:i/>
                <w:iCs/>
              </w:rPr>
              <w:t>định</w:t>
            </w:r>
            <w:proofErr w:type="spellEnd"/>
            <w:r w:rsidRPr="004543E3">
              <w:rPr>
                <w:i/>
                <w:iCs/>
              </w:rPr>
              <w:t xml:space="preserve">…; 5. </w:t>
            </w:r>
            <w:proofErr w:type="spellStart"/>
            <w:r w:rsidRPr="004543E3">
              <w:rPr>
                <w:i/>
                <w:iCs/>
              </w:rPr>
              <w:t>Kiểm</w:t>
            </w:r>
            <w:proofErr w:type="spellEnd"/>
            <w:r w:rsidRPr="004543E3">
              <w:rPr>
                <w:i/>
                <w:iCs/>
              </w:rPr>
              <w:t xml:space="preserve"> </w:t>
            </w:r>
            <w:proofErr w:type="spellStart"/>
            <w:r w:rsidRPr="004543E3">
              <w:rPr>
                <w:i/>
                <w:iCs/>
              </w:rPr>
              <w:t>soát</w:t>
            </w:r>
            <w:proofErr w:type="spellEnd"/>
            <w:r w:rsidRPr="004543E3">
              <w:rPr>
                <w:i/>
                <w:iCs/>
              </w:rPr>
              <w:t xml:space="preserve"> </w:t>
            </w:r>
            <w:proofErr w:type="spellStart"/>
            <w:r w:rsidRPr="004543E3">
              <w:rPr>
                <w:i/>
                <w:iCs/>
              </w:rPr>
              <w:t>viên</w:t>
            </w:r>
            <w:proofErr w:type="spellEnd"/>
            <w:r w:rsidRPr="004543E3">
              <w:rPr>
                <w:i/>
                <w:iCs/>
              </w:rPr>
              <w:t xml:space="preserve"> </w:t>
            </w:r>
            <w:proofErr w:type="spellStart"/>
            <w:r w:rsidRPr="004543E3">
              <w:rPr>
                <w:i/>
                <w:iCs/>
              </w:rPr>
              <w:t>chất</w:t>
            </w:r>
            <w:proofErr w:type="spellEnd"/>
            <w:r w:rsidRPr="004543E3">
              <w:rPr>
                <w:i/>
                <w:iCs/>
              </w:rPr>
              <w:t xml:space="preserve"> </w:t>
            </w:r>
            <w:proofErr w:type="spellStart"/>
            <w:r w:rsidRPr="004543E3">
              <w:rPr>
                <w:i/>
                <w:iCs/>
              </w:rPr>
              <w:t>lượng</w:t>
            </w:r>
            <w:proofErr w:type="spellEnd"/>
            <w:r w:rsidRPr="004543E3">
              <w:rPr>
                <w:i/>
                <w:iCs/>
              </w:rPr>
              <w:t xml:space="preserve"> </w:t>
            </w:r>
            <w:proofErr w:type="spellStart"/>
            <w:r w:rsidRPr="004543E3">
              <w:rPr>
                <w:i/>
                <w:iCs/>
              </w:rPr>
              <w:t>được</w:t>
            </w:r>
            <w:proofErr w:type="spellEnd"/>
            <w:r w:rsidRPr="004543E3">
              <w:rPr>
                <w:i/>
                <w:iCs/>
              </w:rPr>
              <w:t xml:space="preserve"> </w:t>
            </w:r>
            <w:proofErr w:type="spellStart"/>
            <w:r w:rsidRPr="004543E3">
              <w:rPr>
                <w:i/>
                <w:iCs/>
              </w:rPr>
              <w:t>cấp</w:t>
            </w:r>
            <w:proofErr w:type="spellEnd"/>
            <w:r w:rsidRPr="004543E3">
              <w:rPr>
                <w:i/>
                <w:iCs/>
              </w:rPr>
              <w:t xml:space="preserve"> </w:t>
            </w:r>
            <w:proofErr w:type="spellStart"/>
            <w:r w:rsidRPr="004543E3">
              <w:rPr>
                <w:i/>
                <w:iCs/>
              </w:rPr>
              <w:t>trang</w:t>
            </w:r>
            <w:proofErr w:type="spellEnd"/>
            <w:r w:rsidRPr="004543E3">
              <w:rPr>
                <w:i/>
                <w:iCs/>
              </w:rPr>
              <w:t xml:space="preserve"> </w:t>
            </w:r>
            <w:proofErr w:type="spellStart"/>
            <w:r w:rsidRPr="004543E3">
              <w:rPr>
                <w:i/>
                <w:iCs/>
              </w:rPr>
              <w:t>phục</w:t>
            </w:r>
            <w:proofErr w:type="spellEnd"/>
            <w:r w:rsidRPr="004543E3">
              <w:rPr>
                <w:i/>
                <w:iCs/>
              </w:rPr>
              <w:t xml:space="preserve"> </w:t>
            </w:r>
            <w:proofErr w:type="spellStart"/>
            <w:r w:rsidRPr="004543E3">
              <w:rPr>
                <w:i/>
                <w:iCs/>
              </w:rPr>
              <w:t>riêng</w:t>
            </w:r>
            <w:proofErr w:type="spellEnd"/>
            <w:r w:rsidRPr="004543E3">
              <w:rPr>
                <w:i/>
                <w:iCs/>
              </w:rPr>
              <w:t xml:space="preserve">, </w:t>
            </w:r>
            <w:proofErr w:type="spellStart"/>
            <w:r w:rsidRPr="004543E3">
              <w:rPr>
                <w:i/>
                <w:iCs/>
              </w:rPr>
              <w:t>phù</w:t>
            </w:r>
            <w:proofErr w:type="spellEnd"/>
            <w:r w:rsidRPr="004543E3">
              <w:rPr>
                <w:i/>
                <w:iCs/>
              </w:rPr>
              <w:t xml:space="preserve"> </w:t>
            </w:r>
            <w:proofErr w:type="spellStart"/>
            <w:r w:rsidRPr="004543E3">
              <w:rPr>
                <w:i/>
                <w:iCs/>
              </w:rPr>
              <w:t>hiệu</w:t>
            </w:r>
            <w:proofErr w:type="spellEnd"/>
            <w:r w:rsidRPr="004543E3">
              <w:rPr>
                <w:i/>
                <w:iCs/>
              </w:rPr>
              <w:t xml:space="preserve">, </w:t>
            </w:r>
            <w:proofErr w:type="spellStart"/>
            <w:r w:rsidRPr="004543E3">
              <w:rPr>
                <w:i/>
                <w:iCs/>
              </w:rPr>
              <w:t>thẻ</w:t>
            </w:r>
            <w:proofErr w:type="spellEnd"/>
            <w:r w:rsidRPr="004543E3">
              <w:rPr>
                <w:i/>
                <w:iCs/>
              </w:rPr>
              <w:t xml:space="preserve"> </w:t>
            </w:r>
            <w:proofErr w:type="spellStart"/>
            <w:r w:rsidRPr="004543E3">
              <w:rPr>
                <w:i/>
                <w:iCs/>
              </w:rPr>
              <w:t>kiểm</w:t>
            </w:r>
            <w:proofErr w:type="spellEnd"/>
            <w:r w:rsidRPr="004543E3">
              <w:rPr>
                <w:i/>
                <w:iCs/>
              </w:rPr>
              <w:t xml:space="preserve"> </w:t>
            </w:r>
            <w:proofErr w:type="spellStart"/>
            <w:r w:rsidRPr="004543E3">
              <w:rPr>
                <w:i/>
                <w:iCs/>
              </w:rPr>
              <w:t>soát</w:t>
            </w:r>
            <w:proofErr w:type="spellEnd"/>
            <w:r w:rsidRPr="004543E3">
              <w:rPr>
                <w:i/>
                <w:iCs/>
              </w:rPr>
              <w:t xml:space="preserve"> </w:t>
            </w:r>
            <w:proofErr w:type="spellStart"/>
            <w:r w:rsidRPr="004543E3">
              <w:rPr>
                <w:i/>
                <w:iCs/>
              </w:rPr>
              <w:t>viên</w:t>
            </w:r>
            <w:proofErr w:type="spellEnd"/>
            <w:r w:rsidRPr="004543E3">
              <w:rPr>
                <w:i/>
                <w:iCs/>
              </w:rPr>
              <w:t xml:space="preserve"> </w:t>
            </w:r>
            <w:proofErr w:type="spellStart"/>
            <w:r w:rsidRPr="004543E3">
              <w:rPr>
                <w:i/>
                <w:iCs/>
              </w:rPr>
              <w:t>chất</w:t>
            </w:r>
            <w:proofErr w:type="spellEnd"/>
            <w:r w:rsidRPr="004543E3">
              <w:rPr>
                <w:i/>
                <w:iCs/>
              </w:rPr>
              <w:t xml:space="preserve"> </w:t>
            </w:r>
            <w:proofErr w:type="spellStart"/>
            <w:r w:rsidRPr="004543E3">
              <w:rPr>
                <w:i/>
                <w:iCs/>
              </w:rPr>
              <w:t>lượng</w:t>
            </w:r>
            <w:proofErr w:type="spellEnd"/>
            <w:r w:rsidRPr="004543E3">
              <w:rPr>
                <w:i/>
                <w:iCs/>
              </w:rPr>
              <w:t xml:space="preserve"> </w:t>
            </w:r>
            <w:proofErr w:type="spellStart"/>
            <w:r w:rsidRPr="004543E3">
              <w:rPr>
                <w:i/>
                <w:iCs/>
              </w:rPr>
              <w:t>theo</w:t>
            </w:r>
            <w:proofErr w:type="spellEnd"/>
            <w:r w:rsidRPr="004543E3">
              <w:rPr>
                <w:i/>
                <w:iCs/>
              </w:rPr>
              <w:t xml:space="preserve"> </w:t>
            </w:r>
            <w:proofErr w:type="spellStart"/>
            <w:r w:rsidRPr="004543E3">
              <w:rPr>
                <w:i/>
                <w:iCs/>
              </w:rPr>
              <w:t>quy</w:t>
            </w:r>
            <w:proofErr w:type="spellEnd"/>
            <w:r w:rsidRPr="004543E3">
              <w:rPr>
                <w:i/>
                <w:iCs/>
              </w:rPr>
              <w:t xml:space="preserve"> </w:t>
            </w:r>
            <w:proofErr w:type="spellStart"/>
            <w:r w:rsidRPr="004543E3">
              <w:rPr>
                <w:i/>
                <w:iCs/>
              </w:rPr>
              <w:t>định</w:t>
            </w:r>
            <w:proofErr w:type="spellEnd"/>
            <w:r w:rsidRPr="004543E3">
              <w:rPr>
                <w:i/>
                <w:iCs/>
              </w:rPr>
              <w:t xml:space="preserve"> </w:t>
            </w:r>
            <w:proofErr w:type="spellStart"/>
            <w:r w:rsidRPr="004543E3">
              <w:rPr>
                <w:i/>
                <w:iCs/>
              </w:rPr>
              <w:t>của</w:t>
            </w:r>
            <w:proofErr w:type="spellEnd"/>
            <w:r w:rsidRPr="004543E3">
              <w:rPr>
                <w:i/>
                <w:iCs/>
              </w:rPr>
              <w:t xml:space="preserve"> </w:t>
            </w:r>
            <w:proofErr w:type="spellStart"/>
            <w:r w:rsidRPr="004543E3">
              <w:rPr>
                <w:i/>
                <w:iCs/>
              </w:rPr>
              <w:t>Bộ</w:t>
            </w:r>
            <w:proofErr w:type="spellEnd"/>
            <w:r w:rsidRPr="004543E3">
              <w:rPr>
                <w:i/>
                <w:iCs/>
              </w:rPr>
              <w:t xml:space="preserve"> Khoa </w:t>
            </w:r>
            <w:proofErr w:type="spellStart"/>
            <w:r w:rsidRPr="004543E3">
              <w:rPr>
                <w:i/>
                <w:iCs/>
              </w:rPr>
              <w:t>học</w:t>
            </w:r>
            <w:proofErr w:type="spellEnd"/>
            <w:r w:rsidRPr="004543E3">
              <w:rPr>
                <w:i/>
                <w:iCs/>
              </w:rPr>
              <w:t xml:space="preserve"> </w:t>
            </w:r>
            <w:proofErr w:type="spellStart"/>
            <w:r w:rsidRPr="004543E3">
              <w:rPr>
                <w:i/>
                <w:iCs/>
              </w:rPr>
              <w:t>và</w:t>
            </w:r>
            <w:proofErr w:type="spellEnd"/>
            <w:r w:rsidRPr="004543E3">
              <w:rPr>
                <w:i/>
                <w:iCs/>
              </w:rPr>
              <w:t xml:space="preserve"> Công </w:t>
            </w:r>
            <w:proofErr w:type="spellStart"/>
            <w:r w:rsidRPr="004543E3">
              <w:rPr>
                <w:i/>
                <w:iCs/>
              </w:rPr>
              <w:t>nghệ</w:t>
            </w:r>
            <w:proofErr w:type="spellEnd"/>
            <w:r w:rsidRPr="004543E3">
              <w:rPr>
                <w:i/>
                <w:iCs/>
              </w:rPr>
              <w:t xml:space="preserve">…”. </w:t>
            </w:r>
            <w:r w:rsidRPr="004543E3">
              <w:t xml:space="preserve">Do </w:t>
            </w:r>
            <w:proofErr w:type="spellStart"/>
            <w:r w:rsidRPr="004543E3">
              <w:t>đó</w:t>
            </w:r>
            <w:proofErr w:type="spellEnd"/>
            <w:r w:rsidRPr="004543E3">
              <w:t xml:space="preserve">, </w:t>
            </w:r>
            <w:proofErr w:type="spellStart"/>
            <w:r w:rsidRPr="004543E3">
              <w:t>việc</w:t>
            </w:r>
            <w:proofErr w:type="spellEnd"/>
            <w:r w:rsidRPr="004543E3">
              <w:t xml:space="preserve"> </w:t>
            </w:r>
            <w:proofErr w:type="spellStart"/>
            <w:r w:rsidRPr="004543E3">
              <w:t>Bộ</w:t>
            </w:r>
            <w:proofErr w:type="spellEnd"/>
            <w:r w:rsidRPr="004543E3">
              <w:t xml:space="preserve"> Khoa </w:t>
            </w:r>
            <w:proofErr w:type="spellStart"/>
            <w:r w:rsidRPr="004543E3">
              <w:t>học</w:t>
            </w:r>
            <w:proofErr w:type="spellEnd"/>
            <w:r w:rsidRPr="004543E3">
              <w:t xml:space="preserve"> </w:t>
            </w:r>
            <w:proofErr w:type="spellStart"/>
            <w:r w:rsidRPr="004543E3">
              <w:t>và</w:t>
            </w:r>
            <w:proofErr w:type="spellEnd"/>
            <w:r w:rsidRPr="004543E3">
              <w:t xml:space="preserve"> Công </w:t>
            </w:r>
            <w:proofErr w:type="spellStart"/>
            <w:r w:rsidRPr="004543E3">
              <w:t>nghệ</w:t>
            </w:r>
            <w:proofErr w:type="spellEnd"/>
            <w:r w:rsidRPr="004543E3">
              <w:t xml:space="preserve"> </w:t>
            </w:r>
            <w:proofErr w:type="spellStart"/>
            <w:r w:rsidRPr="004543E3">
              <w:t>xây</w:t>
            </w:r>
            <w:proofErr w:type="spellEnd"/>
            <w:r w:rsidRPr="004543E3">
              <w:t xml:space="preserve"> </w:t>
            </w:r>
            <w:proofErr w:type="spellStart"/>
            <w:r w:rsidRPr="004543E3">
              <w:t>dựng</w:t>
            </w:r>
            <w:proofErr w:type="spellEnd"/>
            <w:r w:rsidRPr="004543E3">
              <w:t xml:space="preserve"> 02 </w:t>
            </w:r>
            <w:proofErr w:type="spellStart"/>
            <w:r w:rsidRPr="004543E3">
              <w:t>dự</w:t>
            </w:r>
            <w:proofErr w:type="spellEnd"/>
            <w:r w:rsidRPr="004543E3">
              <w:t xml:space="preserve"> </w:t>
            </w:r>
            <w:proofErr w:type="spellStart"/>
            <w:r w:rsidRPr="004543E3">
              <w:t>thảo</w:t>
            </w:r>
            <w:proofErr w:type="spellEnd"/>
            <w:r w:rsidRPr="004543E3">
              <w:t xml:space="preserve"> Thông </w:t>
            </w:r>
            <w:proofErr w:type="spellStart"/>
            <w:r w:rsidRPr="004543E3">
              <w:t>tư</w:t>
            </w:r>
            <w:proofErr w:type="spellEnd"/>
            <w:r w:rsidRPr="004543E3">
              <w:t xml:space="preserve">, bao </w:t>
            </w:r>
            <w:proofErr w:type="spellStart"/>
            <w:r w:rsidRPr="004543E3">
              <w:t>gồm</w:t>
            </w:r>
            <w:proofErr w:type="spellEnd"/>
            <w:r w:rsidRPr="004543E3">
              <w:t xml:space="preserve">: (1) </w:t>
            </w:r>
            <w:proofErr w:type="spellStart"/>
            <w:r w:rsidRPr="004543E3">
              <w:t>dự</w:t>
            </w:r>
            <w:proofErr w:type="spellEnd"/>
            <w:r w:rsidRPr="004543E3">
              <w:t xml:space="preserve"> </w:t>
            </w:r>
            <w:proofErr w:type="spellStart"/>
            <w:r w:rsidRPr="004543E3">
              <w:t>thảo</w:t>
            </w:r>
            <w:proofErr w:type="spellEnd"/>
            <w:r w:rsidRPr="004543E3">
              <w:t xml:space="preserve"> Thông </w:t>
            </w:r>
            <w:proofErr w:type="spellStart"/>
            <w:r w:rsidRPr="004543E3">
              <w:t>tư</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mã </w:t>
            </w:r>
            <w:proofErr w:type="spellStart"/>
            <w:r w:rsidRPr="004543E3">
              <w:t>số</w:t>
            </w:r>
            <w:proofErr w:type="spellEnd"/>
            <w:r w:rsidRPr="004543E3">
              <w:t xml:space="preserve">, </w:t>
            </w:r>
            <w:proofErr w:type="spellStart"/>
            <w:r w:rsidRPr="004543E3">
              <w:t>tiêu</w:t>
            </w:r>
            <w:proofErr w:type="spellEnd"/>
            <w:r w:rsidRPr="004543E3">
              <w:t xml:space="preserve"> </w:t>
            </w:r>
            <w:proofErr w:type="spellStart"/>
            <w:r w:rsidRPr="004543E3">
              <w:t>chuẩn</w:t>
            </w:r>
            <w:proofErr w:type="spellEnd"/>
            <w:r w:rsidRPr="004543E3">
              <w:t xml:space="preserve"> </w:t>
            </w:r>
            <w:proofErr w:type="spellStart"/>
            <w:r w:rsidRPr="004543E3">
              <w:t>chuyên</w:t>
            </w:r>
            <w:proofErr w:type="spellEnd"/>
            <w:r w:rsidRPr="004543E3">
              <w:t xml:space="preserve"> </w:t>
            </w:r>
            <w:proofErr w:type="spellStart"/>
            <w:r w:rsidRPr="004543E3">
              <w:t>môn</w:t>
            </w:r>
            <w:proofErr w:type="spellEnd"/>
            <w:r w:rsidRPr="004543E3">
              <w:t xml:space="preserve">, </w:t>
            </w:r>
            <w:proofErr w:type="spellStart"/>
            <w:r w:rsidRPr="004543E3">
              <w:t>nghiệp</w:t>
            </w:r>
            <w:proofErr w:type="spellEnd"/>
            <w:r w:rsidRPr="004543E3">
              <w:t xml:space="preserve"> vụ </w:t>
            </w:r>
            <w:proofErr w:type="spellStart"/>
            <w:r w:rsidRPr="004543E3">
              <w:t>đối</w:t>
            </w:r>
            <w:proofErr w:type="spellEnd"/>
            <w:r w:rsidRPr="004543E3">
              <w:t xml:space="preserve"> </w:t>
            </w:r>
            <w:proofErr w:type="spellStart"/>
            <w:r w:rsidRPr="004543E3">
              <w:t>với</w:t>
            </w:r>
            <w:proofErr w:type="spellEnd"/>
            <w:r w:rsidRPr="004543E3">
              <w:t xml:space="preserve"> </w:t>
            </w:r>
            <w:proofErr w:type="spellStart"/>
            <w:r w:rsidRPr="004543E3">
              <w:t>ngạch</w:t>
            </w:r>
            <w:proofErr w:type="spellEnd"/>
            <w:r w:rsidRPr="004543E3">
              <w:t xml:space="preserve"> </w:t>
            </w:r>
            <w:proofErr w:type="spellStart"/>
            <w:r w:rsidRPr="004543E3">
              <w:t>công</w:t>
            </w:r>
            <w:proofErr w:type="spellEnd"/>
            <w:r w:rsidRPr="004543E3">
              <w:t xml:space="preserve"> </w:t>
            </w:r>
            <w:proofErr w:type="spellStart"/>
            <w:r w:rsidRPr="004543E3">
              <w:t>chức</w:t>
            </w:r>
            <w:proofErr w:type="spellEnd"/>
            <w:r w:rsidRPr="004543E3">
              <w:t xml:space="preserve">, </w:t>
            </w:r>
            <w:proofErr w:type="spellStart"/>
            <w:r w:rsidRPr="004543E3">
              <w:t>chức</w:t>
            </w:r>
            <w:proofErr w:type="spellEnd"/>
            <w:r w:rsidRPr="004543E3">
              <w:t xml:space="preserve"> </w:t>
            </w:r>
            <w:proofErr w:type="spellStart"/>
            <w:r w:rsidRPr="004543E3">
              <w:t>danh</w:t>
            </w:r>
            <w:proofErr w:type="spellEnd"/>
            <w:r w:rsidRPr="004543E3">
              <w:t xml:space="preserve"> </w:t>
            </w:r>
            <w:proofErr w:type="spellStart"/>
            <w:r w:rsidRPr="004543E3">
              <w:t>nghề</w:t>
            </w:r>
            <w:proofErr w:type="spellEnd"/>
            <w:r w:rsidRPr="004543E3">
              <w:t xml:space="preserve"> </w:t>
            </w:r>
            <w:proofErr w:type="spellStart"/>
            <w:r w:rsidRPr="004543E3">
              <w:t>nghiệp</w:t>
            </w:r>
            <w:proofErr w:type="spellEnd"/>
            <w:r w:rsidRPr="004543E3">
              <w:t xml:space="preserve"> </w:t>
            </w:r>
            <w:proofErr w:type="spellStart"/>
            <w:r w:rsidRPr="004543E3">
              <w:t>viên</w:t>
            </w:r>
            <w:proofErr w:type="spellEnd"/>
            <w:r w:rsidRPr="004543E3">
              <w:t xml:space="preserve"> </w:t>
            </w:r>
            <w:proofErr w:type="spellStart"/>
            <w:r w:rsidRPr="004543E3">
              <w:t>chức</w:t>
            </w:r>
            <w:proofErr w:type="spellEnd"/>
            <w:r w:rsidRPr="004543E3">
              <w:t xml:space="preserve"> </w:t>
            </w:r>
            <w:proofErr w:type="spellStart"/>
            <w:r w:rsidRPr="004543E3">
              <w:t>chuyên</w:t>
            </w:r>
            <w:proofErr w:type="spellEnd"/>
            <w:r w:rsidRPr="004543E3">
              <w:t xml:space="preserve"> </w:t>
            </w:r>
            <w:proofErr w:type="spellStart"/>
            <w:r w:rsidRPr="004543E3">
              <w:t>ngành</w:t>
            </w:r>
            <w:proofErr w:type="spellEnd"/>
            <w:r w:rsidRPr="004543E3">
              <w:t xml:space="preserve"> </w:t>
            </w:r>
            <w:proofErr w:type="spellStart"/>
            <w:r w:rsidRPr="004543E3">
              <w:t>kiểm</w:t>
            </w:r>
            <w:proofErr w:type="spellEnd"/>
            <w:r w:rsidRPr="004543E3">
              <w:t xml:space="preserve"> </w:t>
            </w:r>
            <w:proofErr w:type="spellStart"/>
            <w:r w:rsidRPr="004543E3">
              <w:t>soát</w:t>
            </w:r>
            <w:proofErr w:type="spellEnd"/>
            <w:r w:rsidRPr="004543E3">
              <w:t xml:space="preserve"> </w:t>
            </w:r>
            <w:proofErr w:type="spellStart"/>
            <w:r w:rsidRPr="004543E3">
              <w:t>chất</w:t>
            </w:r>
            <w:proofErr w:type="spellEnd"/>
            <w:r w:rsidRPr="004543E3">
              <w:t xml:space="preserve"> </w:t>
            </w:r>
            <w:proofErr w:type="spellStart"/>
            <w:r w:rsidRPr="004543E3">
              <w:t>lượng</w:t>
            </w:r>
            <w:proofErr w:type="spellEnd"/>
            <w:r w:rsidRPr="004543E3">
              <w:t xml:space="preserve"> </w:t>
            </w:r>
            <w:proofErr w:type="spellStart"/>
            <w:r w:rsidRPr="004543E3">
              <w:t>sản</w:t>
            </w:r>
            <w:proofErr w:type="spellEnd"/>
            <w:r w:rsidRPr="004543E3">
              <w:t xml:space="preserve"> </w:t>
            </w:r>
            <w:proofErr w:type="spellStart"/>
            <w:r w:rsidRPr="004543E3">
              <w:t>phẩm</w:t>
            </w:r>
            <w:proofErr w:type="spellEnd"/>
            <w:r w:rsidRPr="004543E3">
              <w:t xml:space="preserve">, </w:t>
            </w:r>
            <w:proofErr w:type="spellStart"/>
            <w:r w:rsidRPr="004543E3">
              <w:t>hàng</w:t>
            </w:r>
            <w:proofErr w:type="spellEnd"/>
            <w:r w:rsidRPr="004543E3">
              <w:t xml:space="preserve"> </w:t>
            </w:r>
            <w:proofErr w:type="spellStart"/>
            <w:r w:rsidRPr="004543E3">
              <w:t>hóa</w:t>
            </w:r>
            <w:proofErr w:type="spellEnd"/>
            <w:r w:rsidRPr="004543E3">
              <w:t xml:space="preserve"> </w:t>
            </w:r>
            <w:proofErr w:type="spellStart"/>
            <w:r w:rsidRPr="004543E3">
              <w:t>và</w:t>
            </w:r>
            <w:proofErr w:type="spellEnd"/>
            <w:r w:rsidRPr="004543E3">
              <w:t xml:space="preserve"> (2) </w:t>
            </w:r>
            <w:proofErr w:type="spellStart"/>
            <w:r w:rsidRPr="004543E3">
              <w:t>dự</w:t>
            </w:r>
            <w:proofErr w:type="spellEnd"/>
            <w:r w:rsidRPr="004543E3">
              <w:t xml:space="preserve"> </w:t>
            </w:r>
            <w:proofErr w:type="spellStart"/>
            <w:r w:rsidRPr="004543E3">
              <w:t>thảo</w:t>
            </w:r>
            <w:proofErr w:type="spellEnd"/>
            <w:r w:rsidRPr="004543E3">
              <w:t xml:space="preserve"> Thông </w:t>
            </w:r>
            <w:proofErr w:type="spellStart"/>
            <w:r w:rsidRPr="004543E3">
              <w:t>tư</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về</w:t>
            </w:r>
            <w:proofErr w:type="spellEnd"/>
            <w:r w:rsidRPr="004543E3">
              <w:t xml:space="preserve"> </w:t>
            </w:r>
            <w:proofErr w:type="spellStart"/>
            <w:r w:rsidRPr="004543E3">
              <w:t>trang</w:t>
            </w:r>
            <w:proofErr w:type="spellEnd"/>
            <w:r w:rsidRPr="004543E3">
              <w:t xml:space="preserve"> </w:t>
            </w:r>
            <w:proofErr w:type="spellStart"/>
            <w:r w:rsidRPr="004543E3">
              <w:t>phục</w:t>
            </w:r>
            <w:proofErr w:type="spellEnd"/>
            <w:r w:rsidRPr="004543E3">
              <w:t xml:space="preserve"> </w:t>
            </w:r>
            <w:proofErr w:type="spellStart"/>
            <w:r w:rsidRPr="004543E3">
              <w:t>riêng</w:t>
            </w:r>
            <w:proofErr w:type="spellEnd"/>
            <w:r w:rsidRPr="004543E3">
              <w:t xml:space="preserve">, </w:t>
            </w:r>
            <w:proofErr w:type="spellStart"/>
            <w:r w:rsidRPr="004543E3">
              <w:t>thẻ</w:t>
            </w:r>
            <w:proofErr w:type="spellEnd"/>
            <w:r w:rsidRPr="004543E3">
              <w:t xml:space="preserve"> </w:t>
            </w:r>
            <w:proofErr w:type="spellStart"/>
            <w:r w:rsidRPr="004543E3">
              <w:t>kiểm</w:t>
            </w:r>
            <w:proofErr w:type="spellEnd"/>
            <w:r w:rsidRPr="004543E3">
              <w:t xml:space="preserve"> </w:t>
            </w:r>
            <w:proofErr w:type="spellStart"/>
            <w:r w:rsidRPr="004543E3">
              <w:t>soát</w:t>
            </w:r>
            <w:proofErr w:type="spellEnd"/>
            <w:r w:rsidRPr="004543E3">
              <w:t xml:space="preserve"> </w:t>
            </w:r>
            <w:proofErr w:type="spellStart"/>
            <w:r w:rsidRPr="004543E3">
              <w:t>viên</w:t>
            </w:r>
            <w:proofErr w:type="spellEnd"/>
            <w:r w:rsidRPr="004543E3">
              <w:t xml:space="preserve"> </w:t>
            </w:r>
            <w:proofErr w:type="spellStart"/>
            <w:r w:rsidRPr="004543E3">
              <w:t>chất</w:t>
            </w:r>
            <w:proofErr w:type="spellEnd"/>
            <w:r w:rsidRPr="004543E3">
              <w:t xml:space="preserve"> </w:t>
            </w:r>
            <w:proofErr w:type="spellStart"/>
            <w:r w:rsidRPr="004543E3">
              <w:t>lượng</w:t>
            </w:r>
            <w:proofErr w:type="spellEnd"/>
            <w:r w:rsidRPr="004543E3">
              <w:t xml:space="preserve"> </w:t>
            </w:r>
            <w:proofErr w:type="spellStart"/>
            <w:r w:rsidRPr="004543E3">
              <w:t>sản</w:t>
            </w:r>
            <w:proofErr w:type="spellEnd"/>
            <w:r w:rsidRPr="004543E3">
              <w:t xml:space="preserve"> </w:t>
            </w:r>
            <w:proofErr w:type="spellStart"/>
            <w:r w:rsidRPr="004543E3">
              <w:t>phẩm</w:t>
            </w:r>
            <w:proofErr w:type="spellEnd"/>
            <w:r w:rsidRPr="004543E3">
              <w:t xml:space="preserve">, </w:t>
            </w:r>
            <w:proofErr w:type="spellStart"/>
            <w:r w:rsidRPr="004543E3">
              <w:t>hàng</w:t>
            </w:r>
            <w:proofErr w:type="spellEnd"/>
            <w:r w:rsidRPr="004543E3">
              <w:t xml:space="preserve"> </w:t>
            </w:r>
            <w:proofErr w:type="spellStart"/>
            <w:r w:rsidRPr="004543E3">
              <w:t>hóa</w:t>
            </w:r>
            <w:proofErr w:type="spellEnd"/>
            <w:r w:rsidRPr="004543E3">
              <w:t xml:space="preserve"> </w:t>
            </w:r>
            <w:proofErr w:type="spellStart"/>
            <w:r w:rsidRPr="004543E3">
              <w:t>là</w:t>
            </w:r>
            <w:proofErr w:type="spellEnd"/>
            <w:r w:rsidRPr="004543E3">
              <w:t xml:space="preserve"> </w:t>
            </w:r>
            <w:proofErr w:type="spellStart"/>
            <w:r w:rsidRPr="004543E3">
              <w:t>để</w:t>
            </w:r>
            <w:proofErr w:type="spellEnd"/>
            <w:r w:rsidRPr="004543E3">
              <w:t xml:space="preserve"> </w:t>
            </w:r>
            <w:proofErr w:type="spellStart"/>
            <w:r w:rsidRPr="004543E3">
              <w:t>thực</w:t>
            </w:r>
            <w:proofErr w:type="spellEnd"/>
            <w:r w:rsidRPr="004543E3">
              <w:t xml:space="preserve"> </w:t>
            </w:r>
            <w:proofErr w:type="spellStart"/>
            <w:r w:rsidRPr="004543E3">
              <w:t>hiện</w:t>
            </w:r>
            <w:proofErr w:type="spellEnd"/>
            <w:r w:rsidRPr="004543E3">
              <w:t xml:space="preserve"> </w:t>
            </w:r>
            <w:proofErr w:type="spellStart"/>
            <w:r w:rsidRPr="004543E3">
              <w:t>nhiệm</w:t>
            </w:r>
            <w:proofErr w:type="spellEnd"/>
            <w:r w:rsidRPr="004543E3">
              <w:t xml:space="preserve"> vụ </w:t>
            </w:r>
            <w:proofErr w:type="spellStart"/>
            <w:r w:rsidRPr="004543E3">
              <w:t>được</w:t>
            </w:r>
            <w:proofErr w:type="spellEnd"/>
            <w:r w:rsidRPr="004543E3">
              <w:t xml:space="preserve"> </w:t>
            </w:r>
            <w:proofErr w:type="spellStart"/>
            <w:r w:rsidRPr="004543E3">
              <w:t>giao</w:t>
            </w:r>
            <w:proofErr w:type="spellEnd"/>
            <w:r w:rsidRPr="004543E3">
              <w:t xml:space="preserve"> </w:t>
            </w:r>
            <w:proofErr w:type="spellStart"/>
            <w:r w:rsidRPr="004543E3">
              <w:t>tại</w:t>
            </w:r>
            <w:proofErr w:type="spellEnd"/>
            <w:r w:rsidRPr="004543E3">
              <w:t xml:space="preserve"> </w:t>
            </w:r>
            <w:proofErr w:type="spellStart"/>
            <w:r w:rsidRPr="004543E3">
              <w:t>Nghị</w:t>
            </w:r>
            <w:proofErr w:type="spellEnd"/>
            <w:r w:rsidRPr="004543E3">
              <w:t xml:space="preserve"> </w:t>
            </w:r>
            <w:proofErr w:type="spellStart"/>
            <w:r w:rsidRPr="004543E3">
              <w:t>định</w:t>
            </w:r>
            <w:proofErr w:type="spellEnd"/>
            <w:r w:rsidRPr="004543E3">
              <w:t xml:space="preserve"> </w:t>
            </w:r>
            <w:proofErr w:type="spellStart"/>
            <w:r w:rsidRPr="004543E3">
              <w:t>số</w:t>
            </w:r>
            <w:proofErr w:type="spellEnd"/>
            <w:r w:rsidRPr="004543E3">
              <w:t xml:space="preserve"> 37/2026/NĐ-CP. </w:t>
            </w:r>
          </w:p>
          <w:p w14:paraId="06957088" w14:textId="4526CAF0" w:rsidR="00512F52" w:rsidRPr="004543E3" w:rsidRDefault="00512F52" w:rsidP="00563608">
            <w:pPr>
              <w:spacing w:before="120" w:after="120" w:line="240" w:lineRule="auto"/>
              <w:jc w:val="both"/>
            </w:pPr>
            <w:r w:rsidRPr="004543E3">
              <w:t xml:space="preserve">Tuy </w:t>
            </w:r>
            <w:proofErr w:type="spellStart"/>
            <w:r w:rsidRPr="004543E3">
              <w:t>nhiên</w:t>
            </w:r>
            <w:proofErr w:type="spellEnd"/>
            <w:r w:rsidRPr="004543E3">
              <w:t xml:space="preserve">, </w:t>
            </w:r>
            <w:proofErr w:type="spellStart"/>
            <w:r w:rsidRPr="004543E3">
              <w:t>hiện</w:t>
            </w:r>
            <w:proofErr w:type="spellEnd"/>
            <w:r w:rsidRPr="004543E3">
              <w:t xml:space="preserve"> nay </w:t>
            </w:r>
            <w:proofErr w:type="spellStart"/>
            <w:r w:rsidRPr="004543E3">
              <w:t>pháp</w:t>
            </w:r>
            <w:proofErr w:type="spellEnd"/>
            <w:r w:rsidRPr="004543E3">
              <w:t xml:space="preserve"> </w:t>
            </w:r>
            <w:proofErr w:type="spellStart"/>
            <w:r w:rsidRPr="004543E3">
              <w:t>luật</w:t>
            </w:r>
            <w:proofErr w:type="spellEnd"/>
            <w:r w:rsidRPr="004543E3">
              <w:t xml:space="preserve"> </w:t>
            </w:r>
            <w:proofErr w:type="spellStart"/>
            <w:r w:rsidRPr="004543E3">
              <w:t>chung</w:t>
            </w:r>
            <w:proofErr w:type="spellEnd"/>
            <w:r w:rsidRPr="004543E3">
              <w:t xml:space="preserve"> </w:t>
            </w:r>
            <w:proofErr w:type="spellStart"/>
            <w:r w:rsidRPr="004543E3">
              <w:t>về</w:t>
            </w:r>
            <w:proofErr w:type="spellEnd"/>
            <w:r w:rsidRPr="004543E3">
              <w:t xml:space="preserve"> </w:t>
            </w:r>
            <w:proofErr w:type="spellStart"/>
            <w:r w:rsidRPr="004543E3">
              <w:t>công</w:t>
            </w:r>
            <w:proofErr w:type="spellEnd"/>
            <w:r w:rsidRPr="004543E3">
              <w:t xml:space="preserve"> </w:t>
            </w:r>
            <w:proofErr w:type="spellStart"/>
            <w:r w:rsidRPr="004543E3">
              <w:t>chức</w:t>
            </w:r>
            <w:proofErr w:type="spellEnd"/>
            <w:r w:rsidRPr="004543E3">
              <w:t xml:space="preserve"> </w:t>
            </w:r>
            <w:proofErr w:type="spellStart"/>
            <w:r w:rsidRPr="004543E3">
              <w:t>và</w:t>
            </w:r>
            <w:proofErr w:type="spellEnd"/>
            <w:r w:rsidRPr="004543E3">
              <w:t xml:space="preserve"> </w:t>
            </w:r>
            <w:proofErr w:type="spellStart"/>
            <w:r w:rsidRPr="004543E3">
              <w:t>viên</w:t>
            </w:r>
            <w:proofErr w:type="spellEnd"/>
            <w:r w:rsidRPr="004543E3">
              <w:t xml:space="preserve"> </w:t>
            </w:r>
            <w:proofErr w:type="spellStart"/>
            <w:r w:rsidRPr="004543E3">
              <w:t>chức</w:t>
            </w:r>
            <w:proofErr w:type="spellEnd"/>
            <w:r w:rsidRPr="004543E3">
              <w:t xml:space="preserve"> </w:t>
            </w:r>
            <w:proofErr w:type="spellStart"/>
            <w:r w:rsidRPr="004543E3">
              <w:t>đa</w:t>
            </w:r>
            <w:proofErr w:type="spellEnd"/>
            <w:r w:rsidRPr="004543E3">
              <w:t xml:space="preserve">̃ </w:t>
            </w:r>
            <w:proofErr w:type="spellStart"/>
            <w:r w:rsidRPr="004543E3">
              <w:t>có</w:t>
            </w:r>
            <w:proofErr w:type="spellEnd"/>
            <w:r w:rsidRPr="004543E3">
              <w:t xml:space="preserve"> </w:t>
            </w:r>
            <w:proofErr w:type="spellStart"/>
            <w:r w:rsidRPr="004543E3">
              <w:t>nhiều</w:t>
            </w:r>
            <w:proofErr w:type="spellEnd"/>
            <w:r w:rsidRPr="004543E3">
              <w:t xml:space="preserve"> </w:t>
            </w:r>
            <w:proofErr w:type="spellStart"/>
            <w:r w:rsidRPr="004543E3">
              <w:t>thay</w:t>
            </w:r>
            <w:proofErr w:type="spellEnd"/>
            <w:r w:rsidRPr="004543E3">
              <w:t xml:space="preserve"> </w:t>
            </w:r>
            <w:proofErr w:type="spellStart"/>
            <w:r w:rsidRPr="004543E3">
              <w:t>đổi</w:t>
            </w:r>
            <w:proofErr w:type="spellEnd"/>
            <w:r w:rsidRPr="004543E3">
              <w:t xml:space="preserve">. </w:t>
            </w:r>
            <w:proofErr w:type="spellStart"/>
            <w:r w:rsidRPr="004543E3">
              <w:t>Trước</w:t>
            </w:r>
            <w:proofErr w:type="spellEnd"/>
            <w:r w:rsidRPr="004543E3">
              <w:t xml:space="preserve"> </w:t>
            </w:r>
            <w:proofErr w:type="spellStart"/>
            <w:r w:rsidRPr="004543E3">
              <w:t>đây</w:t>
            </w:r>
            <w:proofErr w:type="spellEnd"/>
            <w:r w:rsidRPr="004543E3">
              <w:t xml:space="preserve">, </w:t>
            </w:r>
            <w:proofErr w:type="spellStart"/>
            <w:r w:rsidRPr="004543E3">
              <w:t>Luật</w:t>
            </w:r>
            <w:proofErr w:type="spellEnd"/>
            <w:r w:rsidRPr="004543E3">
              <w:t xml:space="preserve"> </w:t>
            </w:r>
            <w:proofErr w:type="spellStart"/>
            <w:r w:rsidRPr="004543E3">
              <w:t>Cán</w:t>
            </w:r>
            <w:proofErr w:type="spellEnd"/>
            <w:r w:rsidRPr="004543E3">
              <w:t xml:space="preserve"> </w:t>
            </w:r>
            <w:proofErr w:type="spellStart"/>
            <w:r w:rsidRPr="004543E3">
              <w:t>bộ</w:t>
            </w:r>
            <w:proofErr w:type="spellEnd"/>
            <w:r w:rsidRPr="004543E3">
              <w:t xml:space="preserve">, </w:t>
            </w:r>
            <w:proofErr w:type="spellStart"/>
            <w:r w:rsidRPr="004543E3">
              <w:t>công</w:t>
            </w:r>
            <w:proofErr w:type="spellEnd"/>
            <w:r w:rsidRPr="004543E3">
              <w:t xml:space="preserve"> </w:t>
            </w:r>
            <w:proofErr w:type="spellStart"/>
            <w:r w:rsidRPr="004543E3">
              <w:t>chức</w:t>
            </w:r>
            <w:proofErr w:type="spellEnd"/>
            <w:r w:rsidRPr="004543E3">
              <w:t xml:space="preserve"> </w:t>
            </w:r>
            <w:proofErr w:type="spellStart"/>
            <w:r w:rsidRPr="004543E3">
              <w:t>năm</w:t>
            </w:r>
            <w:proofErr w:type="spellEnd"/>
            <w:r w:rsidRPr="004543E3">
              <w:t xml:space="preserve"> 2008 (</w:t>
            </w:r>
            <w:proofErr w:type="spellStart"/>
            <w:r w:rsidRPr="004543E3">
              <w:t>sửa</w:t>
            </w:r>
            <w:proofErr w:type="spellEnd"/>
            <w:r w:rsidRPr="004543E3">
              <w:t xml:space="preserve"> </w:t>
            </w:r>
            <w:proofErr w:type="spellStart"/>
            <w:r w:rsidRPr="004543E3">
              <w:t>đổi</w:t>
            </w:r>
            <w:proofErr w:type="spellEnd"/>
            <w:r w:rsidRPr="004543E3">
              <w:t xml:space="preserve">, </w:t>
            </w:r>
            <w:proofErr w:type="spellStart"/>
            <w:r w:rsidRPr="004543E3">
              <w:t>bổ</w:t>
            </w:r>
            <w:proofErr w:type="spellEnd"/>
            <w:r w:rsidRPr="004543E3">
              <w:t xml:space="preserve"> sung </w:t>
            </w:r>
            <w:proofErr w:type="spellStart"/>
            <w:r w:rsidRPr="004543E3">
              <w:t>năm</w:t>
            </w:r>
            <w:proofErr w:type="spellEnd"/>
            <w:r w:rsidRPr="004543E3">
              <w:t xml:space="preserve"> 2019)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công</w:t>
            </w:r>
            <w:proofErr w:type="spellEnd"/>
            <w:r w:rsidRPr="004543E3">
              <w:t xml:space="preserve"> </w:t>
            </w:r>
            <w:proofErr w:type="spellStart"/>
            <w:r w:rsidRPr="004543E3">
              <w:t>chức</w:t>
            </w:r>
            <w:proofErr w:type="spellEnd"/>
            <w:r w:rsidRPr="004543E3">
              <w:t xml:space="preserve"> </w:t>
            </w:r>
            <w:proofErr w:type="spellStart"/>
            <w:r w:rsidRPr="004543E3">
              <w:t>được</w:t>
            </w:r>
            <w:proofErr w:type="spellEnd"/>
            <w:r w:rsidRPr="004543E3">
              <w:t xml:space="preserve"> </w:t>
            </w:r>
            <w:proofErr w:type="spellStart"/>
            <w:r w:rsidRPr="004543E3">
              <w:t>tuyển</w:t>
            </w:r>
            <w:proofErr w:type="spellEnd"/>
            <w:r w:rsidRPr="004543E3">
              <w:t xml:space="preserve"> </w:t>
            </w:r>
            <w:proofErr w:type="spellStart"/>
            <w:r w:rsidRPr="004543E3">
              <w:t>dụng</w:t>
            </w:r>
            <w:proofErr w:type="spellEnd"/>
            <w:r w:rsidRPr="004543E3">
              <w:t xml:space="preserve"> </w:t>
            </w:r>
            <w:proofErr w:type="spellStart"/>
            <w:r w:rsidRPr="004543E3">
              <w:t>vào</w:t>
            </w:r>
            <w:proofErr w:type="spellEnd"/>
            <w:r w:rsidRPr="004543E3">
              <w:t xml:space="preserve"> </w:t>
            </w:r>
            <w:proofErr w:type="spellStart"/>
            <w:r w:rsidRPr="004543E3">
              <w:t>ngạch</w:t>
            </w:r>
            <w:proofErr w:type="spellEnd"/>
            <w:r w:rsidRPr="004543E3">
              <w:t xml:space="preserve"> (</w:t>
            </w:r>
            <w:proofErr w:type="spellStart"/>
            <w:r w:rsidRPr="004543E3">
              <w:t>khoản</w:t>
            </w:r>
            <w:proofErr w:type="spellEnd"/>
            <w:r w:rsidRPr="004543E3">
              <w:t xml:space="preserve"> 2 </w:t>
            </w:r>
            <w:proofErr w:type="spellStart"/>
            <w:r w:rsidRPr="004543E3">
              <w:t>Điều</w:t>
            </w:r>
            <w:proofErr w:type="spellEnd"/>
            <w:r w:rsidRPr="004543E3">
              <w:t xml:space="preserve"> 1) </w:t>
            </w:r>
            <w:proofErr w:type="spellStart"/>
            <w:r w:rsidRPr="004543E3">
              <w:t>và</w:t>
            </w:r>
            <w:proofErr w:type="spellEnd"/>
            <w:r w:rsidRPr="004543E3">
              <w:t xml:space="preserve"> </w:t>
            </w:r>
            <w:proofErr w:type="spellStart"/>
            <w:r w:rsidRPr="004543E3">
              <w:t>Nghị</w:t>
            </w:r>
            <w:proofErr w:type="spellEnd"/>
            <w:r w:rsidRPr="004543E3">
              <w:t xml:space="preserve"> </w:t>
            </w:r>
            <w:proofErr w:type="spellStart"/>
            <w:r w:rsidRPr="004543E3">
              <w:t>định</w:t>
            </w:r>
            <w:proofErr w:type="spellEnd"/>
            <w:r w:rsidRPr="004543E3">
              <w:t xml:space="preserve"> </w:t>
            </w:r>
            <w:proofErr w:type="spellStart"/>
            <w:r w:rsidRPr="004543E3">
              <w:t>số</w:t>
            </w:r>
            <w:proofErr w:type="spellEnd"/>
            <w:r w:rsidRPr="004543E3">
              <w:t xml:space="preserve"> 138/2020/NĐ-CP </w:t>
            </w:r>
            <w:proofErr w:type="spellStart"/>
            <w:r w:rsidRPr="004543E3">
              <w:t>ngày</w:t>
            </w:r>
            <w:proofErr w:type="spellEnd"/>
            <w:r w:rsidRPr="004543E3">
              <w:t xml:space="preserve"> 27/11/2020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về</w:t>
            </w:r>
            <w:proofErr w:type="spellEnd"/>
            <w:r w:rsidRPr="004543E3">
              <w:t xml:space="preserve"> </w:t>
            </w:r>
            <w:proofErr w:type="spellStart"/>
            <w:r w:rsidRPr="004543E3">
              <w:t>tuyển</w:t>
            </w:r>
            <w:proofErr w:type="spellEnd"/>
            <w:r w:rsidRPr="004543E3">
              <w:t xml:space="preserve"> </w:t>
            </w:r>
            <w:proofErr w:type="spellStart"/>
            <w:r w:rsidRPr="004543E3">
              <w:t>dụng</w:t>
            </w:r>
            <w:proofErr w:type="spellEnd"/>
            <w:r w:rsidRPr="004543E3">
              <w:t xml:space="preserve">, </w:t>
            </w:r>
            <w:proofErr w:type="spellStart"/>
            <w:r w:rsidRPr="004543E3">
              <w:t>sử</w:t>
            </w:r>
            <w:proofErr w:type="spellEnd"/>
            <w:r w:rsidRPr="004543E3">
              <w:t xml:space="preserve"> </w:t>
            </w:r>
            <w:proofErr w:type="spellStart"/>
            <w:r w:rsidRPr="004543E3">
              <w:t>dụng</w:t>
            </w:r>
            <w:proofErr w:type="spellEnd"/>
            <w:r w:rsidRPr="004543E3">
              <w:t xml:space="preserve"> </w:t>
            </w:r>
            <w:proofErr w:type="spellStart"/>
            <w:r w:rsidRPr="004543E3">
              <w:t>và</w:t>
            </w:r>
            <w:proofErr w:type="spellEnd"/>
            <w:r w:rsidRPr="004543E3">
              <w:t xml:space="preserve"> </w:t>
            </w:r>
            <w:proofErr w:type="spellStart"/>
            <w:r w:rsidRPr="004543E3">
              <w:t>quản</w:t>
            </w:r>
            <w:proofErr w:type="spellEnd"/>
            <w:r w:rsidRPr="004543E3">
              <w:t xml:space="preserve"> </w:t>
            </w:r>
            <w:proofErr w:type="spellStart"/>
            <w:r w:rsidRPr="004543E3">
              <w:t>lý</w:t>
            </w:r>
            <w:proofErr w:type="spellEnd"/>
            <w:r w:rsidRPr="004543E3">
              <w:t xml:space="preserve"> </w:t>
            </w:r>
            <w:proofErr w:type="spellStart"/>
            <w:r w:rsidRPr="004543E3">
              <w:t>công</w:t>
            </w:r>
            <w:proofErr w:type="spellEnd"/>
            <w:r w:rsidRPr="004543E3">
              <w:t xml:space="preserve"> </w:t>
            </w:r>
            <w:proofErr w:type="spellStart"/>
            <w:r w:rsidRPr="004543E3">
              <w:t>chức</w:t>
            </w:r>
            <w:proofErr w:type="spellEnd"/>
            <w:r w:rsidRPr="004543E3">
              <w:t xml:space="preserve"> (</w:t>
            </w:r>
            <w:proofErr w:type="spellStart"/>
            <w:r w:rsidRPr="004543E3">
              <w:t>sửa</w:t>
            </w:r>
            <w:proofErr w:type="spellEnd"/>
            <w:r w:rsidRPr="004543E3">
              <w:t xml:space="preserve"> </w:t>
            </w:r>
            <w:proofErr w:type="spellStart"/>
            <w:r w:rsidRPr="004543E3">
              <w:t>đổi</w:t>
            </w:r>
            <w:proofErr w:type="spellEnd"/>
            <w:r w:rsidRPr="004543E3">
              <w:t xml:space="preserve">, </w:t>
            </w:r>
            <w:proofErr w:type="spellStart"/>
            <w:r w:rsidRPr="004543E3">
              <w:t>bổ</w:t>
            </w:r>
            <w:proofErr w:type="spellEnd"/>
            <w:r w:rsidRPr="004543E3">
              <w:t xml:space="preserve"> sung </w:t>
            </w:r>
            <w:proofErr w:type="spellStart"/>
            <w:r w:rsidRPr="004543E3">
              <w:t>bởi</w:t>
            </w:r>
            <w:proofErr w:type="spellEnd"/>
            <w:r w:rsidRPr="004543E3">
              <w:t xml:space="preserve"> Nghị </w:t>
            </w:r>
            <w:proofErr w:type="spellStart"/>
            <w:r w:rsidRPr="004543E3">
              <w:t>định</w:t>
            </w:r>
            <w:proofErr w:type="spellEnd"/>
            <w:r w:rsidRPr="004543E3">
              <w:t xml:space="preserve"> </w:t>
            </w:r>
            <w:proofErr w:type="spellStart"/>
            <w:r w:rsidRPr="004543E3">
              <w:t>số</w:t>
            </w:r>
            <w:proofErr w:type="spellEnd"/>
            <w:r w:rsidRPr="004543E3">
              <w:t xml:space="preserve"> 06/2023/NĐ-CP </w:t>
            </w:r>
            <w:proofErr w:type="spellStart"/>
            <w:r w:rsidRPr="004543E3">
              <w:t>ngày</w:t>
            </w:r>
            <w:proofErr w:type="spellEnd"/>
            <w:r w:rsidRPr="004543E3">
              <w:t xml:space="preserve"> 21/02/2023 </w:t>
            </w:r>
            <w:proofErr w:type="spellStart"/>
            <w:r w:rsidRPr="004543E3">
              <w:t>và</w:t>
            </w:r>
            <w:proofErr w:type="spellEnd"/>
            <w:r w:rsidRPr="004543E3">
              <w:t xml:space="preserve"> </w:t>
            </w:r>
            <w:proofErr w:type="spellStart"/>
            <w:r w:rsidRPr="004543E3">
              <w:t>Nghị</w:t>
            </w:r>
            <w:proofErr w:type="spellEnd"/>
            <w:r w:rsidRPr="004543E3">
              <w:t xml:space="preserve"> </w:t>
            </w:r>
            <w:proofErr w:type="spellStart"/>
            <w:r w:rsidRPr="004543E3">
              <w:t>định</w:t>
            </w:r>
            <w:proofErr w:type="spellEnd"/>
            <w:r w:rsidRPr="004543E3">
              <w:t xml:space="preserve"> </w:t>
            </w:r>
            <w:proofErr w:type="spellStart"/>
            <w:r w:rsidRPr="004543E3">
              <w:t>số</w:t>
            </w:r>
            <w:proofErr w:type="spellEnd"/>
            <w:r w:rsidRPr="004543E3">
              <w:t xml:space="preserve"> 116/2024/NĐ-CP </w:t>
            </w:r>
            <w:proofErr w:type="spellStart"/>
            <w:r w:rsidRPr="004543E3">
              <w:t>ngày</w:t>
            </w:r>
            <w:proofErr w:type="spellEnd"/>
            <w:r w:rsidRPr="004543E3">
              <w:t xml:space="preserve"> </w:t>
            </w:r>
            <w:r w:rsidRPr="004543E3">
              <w:lastRenderedPageBreak/>
              <w:t xml:space="preserve">17/9/2024) </w:t>
            </w:r>
            <w:proofErr w:type="spellStart"/>
            <w:r w:rsidRPr="004543E3">
              <w:t>giao</w:t>
            </w:r>
            <w:proofErr w:type="spellEnd"/>
            <w:r w:rsidRPr="004543E3">
              <w:t xml:space="preserve"> </w:t>
            </w:r>
            <w:proofErr w:type="spellStart"/>
            <w:r w:rsidRPr="004543E3">
              <w:t>các</w:t>
            </w:r>
            <w:proofErr w:type="spellEnd"/>
            <w:r w:rsidRPr="004543E3">
              <w:t xml:space="preserve"> </w:t>
            </w:r>
            <w:proofErr w:type="spellStart"/>
            <w:r w:rsidRPr="004543E3">
              <w:t>Bộ</w:t>
            </w:r>
            <w:proofErr w:type="spellEnd"/>
            <w:r w:rsidRPr="004543E3">
              <w:t xml:space="preserve">, </w:t>
            </w:r>
            <w:proofErr w:type="spellStart"/>
            <w:r w:rsidRPr="004543E3">
              <w:t>cơ</w:t>
            </w:r>
            <w:proofErr w:type="spellEnd"/>
            <w:r w:rsidRPr="004543E3">
              <w:t xml:space="preserve"> </w:t>
            </w:r>
            <w:proofErr w:type="spellStart"/>
            <w:r w:rsidRPr="004543E3">
              <w:t>quan</w:t>
            </w:r>
            <w:proofErr w:type="spellEnd"/>
            <w:r w:rsidRPr="004543E3">
              <w:t xml:space="preserve"> </w:t>
            </w:r>
            <w:proofErr w:type="spellStart"/>
            <w:r w:rsidRPr="004543E3">
              <w:t>ngang</w:t>
            </w:r>
            <w:proofErr w:type="spellEnd"/>
            <w:r w:rsidRPr="004543E3">
              <w:t xml:space="preserve"> </w:t>
            </w:r>
            <w:proofErr w:type="spellStart"/>
            <w:r w:rsidRPr="004543E3">
              <w:t>Bộ</w:t>
            </w:r>
            <w:proofErr w:type="spellEnd"/>
            <w:r w:rsidRPr="004543E3">
              <w:t xml:space="preserve"> </w:t>
            </w:r>
            <w:proofErr w:type="spellStart"/>
            <w:r w:rsidRPr="004543E3">
              <w:rPr>
                <w:i/>
                <w:iCs/>
              </w:rPr>
              <w:t>quy</w:t>
            </w:r>
            <w:proofErr w:type="spellEnd"/>
            <w:r w:rsidRPr="004543E3">
              <w:rPr>
                <w:i/>
                <w:iCs/>
              </w:rPr>
              <w:t xml:space="preserve"> </w:t>
            </w:r>
            <w:proofErr w:type="spellStart"/>
            <w:r w:rsidRPr="004543E3">
              <w:rPr>
                <w:i/>
                <w:iCs/>
              </w:rPr>
              <w:t>định</w:t>
            </w:r>
            <w:proofErr w:type="spellEnd"/>
            <w:r w:rsidRPr="004543E3">
              <w:rPr>
                <w:i/>
                <w:iCs/>
              </w:rPr>
              <w:t xml:space="preserve"> </w:t>
            </w:r>
            <w:proofErr w:type="spellStart"/>
            <w:r w:rsidRPr="004543E3">
              <w:rPr>
                <w:i/>
                <w:iCs/>
              </w:rPr>
              <w:t>mã</w:t>
            </w:r>
            <w:proofErr w:type="spellEnd"/>
            <w:r w:rsidRPr="004543E3">
              <w:rPr>
                <w:i/>
                <w:iCs/>
              </w:rPr>
              <w:t xml:space="preserve"> </w:t>
            </w:r>
            <w:proofErr w:type="spellStart"/>
            <w:r w:rsidRPr="004543E3">
              <w:rPr>
                <w:i/>
                <w:iCs/>
              </w:rPr>
              <w:t>số</w:t>
            </w:r>
            <w:proofErr w:type="spellEnd"/>
            <w:r w:rsidRPr="004543E3">
              <w:rPr>
                <w:i/>
                <w:iCs/>
              </w:rPr>
              <w:t xml:space="preserve">, </w:t>
            </w:r>
            <w:proofErr w:type="spellStart"/>
            <w:r w:rsidRPr="004543E3">
              <w:rPr>
                <w:i/>
                <w:iCs/>
              </w:rPr>
              <w:t>tiêu</w:t>
            </w:r>
            <w:proofErr w:type="spellEnd"/>
            <w:r w:rsidRPr="004543E3">
              <w:rPr>
                <w:i/>
                <w:iCs/>
              </w:rPr>
              <w:t xml:space="preserve"> </w:t>
            </w:r>
            <w:proofErr w:type="spellStart"/>
            <w:r w:rsidRPr="004543E3">
              <w:rPr>
                <w:i/>
                <w:iCs/>
              </w:rPr>
              <w:t>chuẩn</w:t>
            </w:r>
            <w:proofErr w:type="spellEnd"/>
            <w:r w:rsidRPr="004543E3">
              <w:rPr>
                <w:i/>
                <w:iCs/>
              </w:rPr>
              <w:t xml:space="preserve"> </w:t>
            </w:r>
            <w:proofErr w:type="spellStart"/>
            <w:r w:rsidRPr="004543E3">
              <w:rPr>
                <w:i/>
                <w:iCs/>
              </w:rPr>
              <w:t>chuyên</w:t>
            </w:r>
            <w:proofErr w:type="spellEnd"/>
            <w:r w:rsidRPr="004543E3">
              <w:rPr>
                <w:i/>
                <w:iCs/>
              </w:rPr>
              <w:t xml:space="preserve"> </w:t>
            </w:r>
            <w:proofErr w:type="spellStart"/>
            <w:r w:rsidRPr="004543E3">
              <w:rPr>
                <w:i/>
                <w:iCs/>
              </w:rPr>
              <w:t>môn</w:t>
            </w:r>
            <w:proofErr w:type="spellEnd"/>
            <w:r w:rsidRPr="004543E3">
              <w:rPr>
                <w:i/>
                <w:iCs/>
              </w:rPr>
              <w:t xml:space="preserve">, </w:t>
            </w:r>
            <w:proofErr w:type="spellStart"/>
            <w:r w:rsidRPr="004543E3">
              <w:rPr>
                <w:i/>
                <w:iCs/>
              </w:rPr>
              <w:t>nghiệp</w:t>
            </w:r>
            <w:proofErr w:type="spellEnd"/>
            <w:r w:rsidRPr="004543E3">
              <w:rPr>
                <w:i/>
                <w:iCs/>
              </w:rPr>
              <w:t xml:space="preserve"> </w:t>
            </w:r>
            <w:proofErr w:type="spellStart"/>
            <w:r w:rsidRPr="004543E3">
              <w:rPr>
                <w:i/>
                <w:iCs/>
              </w:rPr>
              <w:t>vụ</w:t>
            </w:r>
            <w:proofErr w:type="spellEnd"/>
            <w:r w:rsidRPr="004543E3">
              <w:rPr>
                <w:i/>
                <w:iCs/>
              </w:rPr>
              <w:t xml:space="preserve"> </w:t>
            </w:r>
            <w:proofErr w:type="spellStart"/>
            <w:r w:rsidRPr="004543E3">
              <w:rPr>
                <w:i/>
                <w:iCs/>
              </w:rPr>
              <w:t>và</w:t>
            </w:r>
            <w:proofErr w:type="spellEnd"/>
            <w:r w:rsidRPr="004543E3">
              <w:rPr>
                <w:i/>
                <w:iCs/>
              </w:rPr>
              <w:t xml:space="preserve"> </w:t>
            </w:r>
            <w:proofErr w:type="spellStart"/>
            <w:r w:rsidRPr="004543E3">
              <w:rPr>
                <w:i/>
                <w:iCs/>
              </w:rPr>
              <w:t>xếp</w:t>
            </w:r>
            <w:proofErr w:type="spellEnd"/>
            <w:r w:rsidRPr="004543E3">
              <w:rPr>
                <w:i/>
                <w:iCs/>
              </w:rPr>
              <w:t xml:space="preserve"> </w:t>
            </w:r>
            <w:proofErr w:type="spellStart"/>
            <w:r w:rsidRPr="004543E3">
              <w:rPr>
                <w:i/>
                <w:iCs/>
              </w:rPr>
              <w:t>lương</w:t>
            </w:r>
            <w:proofErr w:type="spellEnd"/>
            <w:r w:rsidRPr="004543E3">
              <w:rPr>
                <w:i/>
                <w:iCs/>
              </w:rPr>
              <w:t xml:space="preserve"> </w:t>
            </w:r>
            <w:proofErr w:type="spellStart"/>
            <w:r w:rsidRPr="004543E3">
              <w:rPr>
                <w:i/>
                <w:iCs/>
              </w:rPr>
              <w:t>đối</w:t>
            </w:r>
            <w:proofErr w:type="spellEnd"/>
            <w:r w:rsidRPr="004543E3">
              <w:rPr>
                <w:i/>
                <w:iCs/>
              </w:rPr>
              <w:t xml:space="preserve"> </w:t>
            </w:r>
            <w:proofErr w:type="spellStart"/>
            <w:r w:rsidRPr="004543E3">
              <w:rPr>
                <w:i/>
                <w:iCs/>
              </w:rPr>
              <w:t>với</w:t>
            </w:r>
            <w:proofErr w:type="spellEnd"/>
            <w:r w:rsidRPr="004543E3">
              <w:rPr>
                <w:i/>
                <w:iCs/>
              </w:rPr>
              <w:t xml:space="preserve"> </w:t>
            </w:r>
            <w:proofErr w:type="spellStart"/>
            <w:r w:rsidRPr="004543E3">
              <w:rPr>
                <w:i/>
                <w:iCs/>
              </w:rPr>
              <w:t>các</w:t>
            </w:r>
            <w:proofErr w:type="spellEnd"/>
            <w:r w:rsidRPr="004543E3">
              <w:rPr>
                <w:i/>
                <w:iCs/>
              </w:rPr>
              <w:t xml:space="preserve"> </w:t>
            </w:r>
            <w:proofErr w:type="spellStart"/>
            <w:r w:rsidRPr="004543E3">
              <w:rPr>
                <w:i/>
                <w:iCs/>
              </w:rPr>
              <w:t>ngạch</w:t>
            </w:r>
            <w:proofErr w:type="spellEnd"/>
            <w:r w:rsidRPr="004543E3">
              <w:rPr>
                <w:i/>
                <w:iCs/>
              </w:rPr>
              <w:t xml:space="preserve"> </w:t>
            </w:r>
            <w:proofErr w:type="spellStart"/>
            <w:r w:rsidRPr="004543E3">
              <w:rPr>
                <w:i/>
                <w:iCs/>
              </w:rPr>
              <w:t>công</w:t>
            </w:r>
            <w:proofErr w:type="spellEnd"/>
            <w:r w:rsidRPr="004543E3">
              <w:rPr>
                <w:i/>
                <w:iCs/>
              </w:rPr>
              <w:t xml:space="preserve"> </w:t>
            </w:r>
            <w:proofErr w:type="spellStart"/>
            <w:r w:rsidRPr="004543E3">
              <w:rPr>
                <w:i/>
                <w:iCs/>
              </w:rPr>
              <w:t>chức</w:t>
            </w:r>
            <w:proofErr w:type="spellEnd"/>
            <w:r w:rsidRPr="004543E3">
              <w:rPr>
                <w:i/>
                <w:iCs/>
              </w:rPr>
              <w:t xml:space="preserve"> </w:t>
            </w:r>
            <w:proofErr w:type="spellStart"/>
            <w:r w:rsidRPr="004543E3">
              <w:rPr>
                <w:i/>
                <w:iCs/>
              </w:rPr>
              <w:t>thuộc</w:t>
            </w:r>
            <w:proofErr w:type="spellEnd"/>
            <w:r w:rsidRPr="004543E3">
              <w:rPr>
                <w:i/>
                <w:iCs/>
              </w:rPr>
              <w:t xml:space="preserve"> </w:t>
            </w:r>
            <w:proofErr w:type="spellStart"/>
            <w:r w:rsidRPr="004543E3">
              <w:rPr>
                <w:i/>
                <w:iCs/>
              </w:rPr>
              <w:t>ngành</w:t>
            </w:r>
            <w:proofErr w:type="spellEnd"/>
            <w:r w:rsidRPr="004543E3">
              <w:rPr>
                <w:i/>
                <w:iCs/>
              </w:rPr>
              <w:t xml:space="preserve">, </w:t>
            </w:r>
            <w:proofErr w:type="spellStart"/>
            <w:r w:rsidRPr="004543E3">
              <w:rPr>
                <w:i/>
                <w:iCs/>
              </w:rPr>
              <w:t>lĩnh</w:t>
            </w:r>
            <w:proofErr w:type="spellEnd"/>
            <w:r w:rsidRPr="004543E3">
              <w:rPr>
                <w:i/>
                <w:iCs/>
              </w:rPr>
              <w:t xml:space="preserve"> </w:t>
            </w:r>
            <w:proofErr w:type="spellStart"/>
            <w:r w:rsidRPr="004543E3">
              <w:rPr>
                <w:i/>
                <w:iCs/>
              </w:rPr>
              <w:t>vực</w:t>
            </w:r>
            <w:proofErr w:type="spellEnd"/>
            <w:r w:rsidRPr="004543E3">
              <w:rPr>
                <w:i/>
                <w:iCs/>
              </w:rPr>
              <w:t xml:space="preserve"> </w:t>
            </w:r>
            <w:proofErr w:type="spellStart"/>
            <w:r w:rsidRPr="004543E3">
              <w:rPr>
                <w:i/>
                <w:iCs/>
              </w:rPr>
              <w:t>được</w:t>
            </w:r>
            <w:proofErr w:type="spellEnd"/>
            <w:r w:rsidRPr="004543E3">
              <w:rPr>
                <w:i/>
                <w:iCs/>
              </w:rPr>
              <w:t xml:space="preserve"> </w:t>
            </w:r>
            <w:proofErr w:type="spellStart"/>
            <w:r w:rsidRPr="004543E3">
              <w:rPr>
                <w:i/>
                <w:iCs/>
              </w:rPr>
              <w:t>giao</w:t>
            </w:r>
            <w:proofErr w:type="spellEnd"/>
            <w:r w:rsidRPr="004543E3">
              <w:rPr>
                <w:i/>
                <w:iCs/>
              </w:rPr>
              <w:t xml:space="preserve"> </w:t>
            </w:r>
            <w:proofErr w:type="spellStart"/>
            <w:r w:rsidRPr="004543E3">
              <w:rPr>
                <w:i/>
                <w:iCs/>
              </w:rPr>
              <w:t>quản</w:t>
            </w:r>
            <w:proofErr w:type="spellEnd"/>
            <w:r w:rsidRPr="004543E3">
              <w:rPr>
                <w:i/>
                <w:iCs/>
              </w:rPr>
              <w:t xml:space="preserve"> </w:t>
            </w:r>
            <w:proofErr w:type="spellStart"/>
            <w:r w:rsidRPr="004543E3">
              <w:rPr>
                <w:i/>
                <w:iCs/>
              </w:rPr>
              <w:t>lý</w:t>
            </w:r>
            <w:proofErr w:type="spellEnd"/>
            <w:r w:rsidRPr="004543E3">
              <w:rPr>
                <w:i/>
                <w:iCs/>
              </w:rPr>
              <w:t xml:space="preserve"> </w:t>
            </w:r>
            <w:r w:rsidRPr="004543E3">
              <w:t>(</w:t>
            </w:r>
            <w:proofErr w:type="spellStart"/>
            <w:r w:rsidRPr="004543E3">
              <w:t>khoản</w:t>
            </w:r>
            <w:proofErr w:type="spellEnd"/>
            <w:r w:rsidRPr="004543E3">
              <w:t xml:space="preserve"> 6 </w:t>
            </w:r>
            <w:proofErr w:type="spellStart"/>
            <w:r w:rsidRPr="004543E3">
              <w:t>Điều</w:t>
            </w:r>
            <w:proofErr w:type="spellEnd"/>
            <w:r w:rsidRPr="004543E3">
              <w:t xml:space="preserve"> 73). </w:t>
            </w:r>
            <w:proofErr w:type="spellStart"/>
            <w:r w:rsidRPr="004543E3">
              <w:t>Đến</w:t>
            </w:r>
            <w:proofErr w:type="spellEnd"/>
            <w:r w:rsidRPr="004543E3">
              <w:t xml:space="preserve"> nay, </w:t>
            </w:r>
            <w:proofErr w:type="spellStart"/>
            <w:r w:rsidRPr="004543E3">
              <w:t>căn</w:t>
            </w:r>
            <w:proofErr w:type="spellEnd"/>
            <w:r w:rsidRPr="004543E3">
              <w:t xml:space="preserve"> </w:t>
            </w:r>
            <w:proofErr w:type="spellStart"/>
            <w:r w:rsidRPr="004543E3">
              <w:t>cư</w:t>
            </w:r>
            <w:proofErr w:type="spellEnd"/>
            <w:r w:rsidRPr="004543E3">
              <w:t xml:space="preserve">́ </w:t>
            </w:r>
            <w:proofErr w:type="spellStart"/>
            <w:r w:rsidRPr="004543E3">
              <w:t>vào</w:t>
            </w:r>
            <w:proofErr w:type="spellEnd"/>
            <w:r w:rsidRPr="004543E3">
              <w:t xml:space="preserve"> </w:t>
            </w:r>
            <w:proofErr w:type="spellStart"/>
            <w:r w:rsidRPr="004543E3">
              <w:t>các</w:t>
            </w:r>
            <w:proofErr w:type="spellEnd"/>
            <w:r w:rsidRPr="004543E3">
              <w:t xml:space="preserve"> </w:t>
            </w:r>
            <w:proofErr w:type="spellStart"/>
            <w:r w:rsidRPr="004543E3">
              <w:t>chủ</w:t>
            </w:r>
            <w:proofErr w:type="spellEnd"/>
            <w:r w:rsidRPr="004543E3">
              <w:t xml:space="preserve"> </w:t>
            </w:r>
            <w:proofErr w:type="spellStart"/>
            <w:r w:rsidRPr="004543E3">
              <w:t>trương</w:t>
            </w:r>
            <w:proofErr w:type="spellEnd"/>
            <w:r w:rsidRPr="004543E3">
              <w:t xml:space="preserve">, </w:t>
            </w:r>
            <w:proofErr w:type="spellStart"/>
            <w:r w:rsidRPr="004543E3">
              <w:t>đường</w:t>
            </w:r>
            <w:proofErr w:type="spellEnd"/>
            <w:r w:rsidRPr="004543E3">
              <w:t xml:space="preserve"> </w:t>
            </w:r>
            <w:proofErr w:type="spellStart"/>
            <w:r w:rsidRPr="004543E3">
              <w:t>lối</w:t>
            </w:r>
            <w:proofErr w:type="spellEnd"/>
            <w:r w:rsidRPr="004543E3">
              <w:t xml:space="preserve"> </w:t>
            </w:r>
            <w:proofErr w:type="spellStart"/>
            <w:r w:rsidRPr="004543E3">
              <w:t>của</w:t>
            </w:r>
            <w:proofErr w:type="spellEnd"/>
            <w:r w:rsidRPr="004543E3">
              <w:t xml:space="preserve"> </w:t>
            </w:r>
            <w:proofErr w:type="spellStart"/>
            <w:r w:rsidRPr="004543E3">
              <w:t>Đảng</w:t>
            </w:r>
            <w:proofErr w:type="spellEnd"/>
            <w:r w:rsidRPr="004543E3">
              <w:t xml:space="preserve"> </w:t>
            </w:r>
            <w:proofErr w:type="spellStart"/>
            <w:r w:rsidRPr="004543E3">
              <w:t>về</w:t>
            </w:r>
            <w:proofErr w:type="spellEnd"/>
            <w:r w:rsidRPr="004543E3">
              <w:t xml:space="preserve"> </w:t>
            </w:r>
            <w:proofErr w:type="spellStart"/>
            <w:r w:rsidRPr="004543E3">
              <w:t>quản</w:t>
            </w:r>
            <w:proofErr w:type="spellEnd"/>
            <w:r w:rsidRPr="004543E3">
              <w:t xml:space="preserve"> </w:t>
            </w:r>
            <w:proofErr w:type="spellStart"/>
            <w:r w:rsidRPr="004543E3">
              <w:t>lý</w:t>
            </w:r>
            <w:proofErr w:type="spellEnd"/>
            <w:r w:rsidRPr="004543E3">
              <w:t xml:space="preserve"> </w:t>
            </w:r>
            <w:proofErr w:type="spellStart"/>
            <w:r w:rsidRPr="004543E3">
              <w:t>cán</w:t>
            </w:r>
            <w:proofErr w:type="spellEnd"/>
            <w:r w:rsidRPr="004543E3">
              <w:t xml:space="preserve"> </w:t>
            </w:r>
            <w:proofErr w:type="spellStart"/>
            <w:r w:rsidRPr="004543E3">
              <w:t>bộ</w:t>
            </w:r>
            <w:proofErr w:type="spellEnd"/>
            <w:r w:rsidRPr="004543E3">
              <w:t xml:space="preserve">, </w:t>
            </w:r>
            <w:proofErr w:type="spellStart"/>
            <w:r w:rsidRPr="004543E3">
              <w:t>công</w:t>
            </w:r>
            <w:proofErr w:type="spellEnd"/>
            <w:r w:rsidRPr="004543E3">
              <w:t xml:space="preserve"> </w:t>
            </w:r>
            <w:proofErr w:type="spellStart"/>
            <w:r w:rsidRPr="004543E3">
              <w:t>chức</w:t>
            </w:r>
            <w:proofErr w:type="spellEnd"/>
            <w:r w:rsidRPr="004543E3">
              <w:t xml:space="preserve">, </w:t>
            </w:r>
            <w:proofErr w:type="spellStart"/>
            <w:r w:rsidRPr="004543E3">
              <w:t>viên</w:t>
            </w:r>
            <w:proofErr w:type="spellEnd"/>
            <w:r w:rsidRPr="004543E3">
              <w:t xml:space="preserve"> </w:t>
            </w:r>
            <w:proofErr w:type="spellStart"/>
            <w:r w:rsidRPr="004543E3">
              <w:t>chức</w:t>
            </w:r>
            <w:proofErr w:type="spellEnd"/>
            <w:r w:rsidRPr="004543E3">
              <w:t xml:space="preserve">, Quốc </w:t>
            </w:r>
            <w:proofErr w:type="spellStart"/>
            <w:r w:rsidRPr="004543E3">
              <w:t>hội</w:t>
            </w:r>
            <w:proofErr w:type="spellEnd"/>
            <w:r w:rsidRPr="004543E3">
              <w:t xml:space="preserve"> </w:t>
            </w:r>
            <w:proofErr w:type="spellStart"/>
            <w:r w:rsidRPr="004543E3">
              <w:t>đa</w:t>
            </w:r>
            <w:proofErr w:type="spellEnd"/>
            <w:r w:rsidRPr="004543E3">
              <w:t xml:space="preserve">̃ ban </w:t>
            </w:r>
            <w:proofErr w:type="spellStart"/>
            <w:r w:rsidRPr="004543E3">
              <w:t>hành</w:t>
            </w:r>
            <w:proofErr w:type="spellEnd"/>
            <w:r w:rsidRPr="004543E3">
              <w:t xml:space="preserve"> </w:t>
            </w:r>
            <w:proofErr w:type="spellStart"/>
            <w:r w:rsidRPr="004543E3">
              <w:t>Luật</w:t>
            </w:r>
            <w:proofErr w:type="spellEnd"/>
            <w:r w:rsidRPr="004543E3">
              <w:t xml:space="preserve"> </w:t>
            </w:r>
            <w:proofErr w:type="spellStart"/>
            <w:r w:rsidRPr="004543E3">
              <w:t>Cán</w:t>
            </w:r>
            <w:proofErr w:type="spellEnd"/>
            <w:r w:rsidRPr="004543E3">
              <w:t xml:space="preserve"> </w:t>
            </w:r>
            <w:proofErr w:type="spellStart"/>
            <w:r w:rsidRPr="004543E3">
              <w:t>bộ</w:t>
            </w:r>
            <w:proofErr w:type="spellEnd"/>
            <w:r w:rsidRPr="004543E3">
              <w:t xml:space="preserve">, </w:t>
            </w:r>
            <w:proofErr w:type="spellStart"/>
            <w:r w:rsidRPr="004543E3">
              <w:t>công</w:t>
            </w:r>
            <w:proofErr w:type="spellEnd"/>
            <w:r w:rsidRPr="004543E3">
              <w:t xml:space="preserve"> </w:t>
            </w:r>
            <w:proofErr w:type="spellStart"/>
            <w:r w:rsidRPr="004543E3">
              <w:t>chức</w:t>
            </w:r>
            <w:proofErr w:type="spellEnd"/>
            <w:r w:rsidRPr="004543E3">
              <w:t xml:space="preserve"> </w:t>
            </w:r>
            <w:proofErr w:type="spellStart"/>
            <w:r w:rsidRPr="004543E3">
              <w:t>năm</w:t>
            </w:r>
            <w:proofErr w:type="spellEnd"/>
            <w:r w:rsidRPr="004543E3">
              <w:t xml:space="preserve"> 2025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rPr>
                <w:i/>
                <w:iCs/>
              </w:rPr>
              <w:t>công</w:t>
            </w:r>
            <w:proofErr w:type="spellEnd"/>
            <w:r w:rsidRPr="004543E3">
              <w:rPr>
                <w:i/>
                <w:iCs/>
              </w:rPr>
              <w:t xml:space="preserve"> </w:t>
            </w:r>
            <w:proofErr w:type="spellStart"/>
            <w:r w:rsidRPr="004543E3">
              <w:rPr>
                <w:i/>
                <w:iCs/>
              </w:rPr>
              <w:t>chức</w:t>
            </w:r>
            <w:proofErr w:type="spellEnd"/>
            <w:r w:rsidRPr="004543E3">
              <w:rPr>
                <w:i/>
                <w:iCs/>
              </w:rPr>
              <w:t xml:space="preserve"> </w:t>
            </w:r>
            <w:proofErr w:type="spellStart"/>
            <w:r w:rsidRPr="004543E3">
              <w:rPr>
                <w:i/>
                <w:iCs/>
              </w:rPr>
              <w:t>được</w:t>
            </w:r>
            <w:proofErr w:type="spellEnd"/>
            <w:r w:rsidRPr="004543E3">
              <w:rPr>
                <w:i/>
                <w:iCs/>
              </w:rPr>
              <w:t xml:space="preserve"> </w:t>
            </w:r>
            <w:proofErr w:type="spellStart"/>
            <w:r w:rsidRPr="004543E3">
              <w:rPr>
                <w:i/>
                <w:iCs/>
              </w:rPr>
              <w:t>tuyển</w:t>
            </w:r>
            <w:proofErr w:type="spellEnd"/>
            <w:r w:rsidRPr="004543E3">
              <w:rPr>
                <w:i/>
                <w:iCs/>
              </w:rPr>
              <w:t xml:space="preserve"> </w:t>
            </w:r>
            <w:proofErr w:type="spellStart"/>
            <w:r w:rsidRPr="004543E3">
              <w:rPr>
                <w:i/>
                <w:iCs/>
              </w:rPr>
              <w:t>dụng</w:t>
            </w:r>
            <w:proofErr w:type="spellEnd"/>
            <w:r w:rsidRPr="004543E3">
              <w:rPr>
                <w:i/>
                <w:iCs/>
              </w:rPr>
              <w:t xml:space="preserve"> </w:t>
            </w:r>
            <w:proofErr w:type="spellStart"/>
            <w:r w:rsidRPr="004543E3">
              <w:rPr>
                <w:i/>
                <w:iCs/>
              </w:rPr>
              <w:t>vào</w:t>
            </w:r>
            <w:proofErr w:type="spellEnd"/>
            <w:r w:rsidRPr="004543E3">
              <w:rPr>
                <w:i/>
                <w:iCs/>
              </w:rPr>
              <w:t xml:space="preserve"> </w:t>
            </w:r>
            <w:proofErr w:type="spellStart"/>
            <w:r w:rsidRPr="004543E3">
              <w:rPr>
                <w:i/>
                <w:iCs/>
              </w:rPr>
              <w:t>vị</w:t>
            </w:r>
            <w:proofErr w:type="spellEnd"/>
            <w:r w:rsidRPr="004543E3">
              <w:rPr>
                <w:i/>
                <w:iCs/>
              </w:rPr>
              <w:t xml:space="preserve"> </w:t>
            </w:r>
            <w:proofErr w:type="spellStart"/>
            <w:r w:rsidRPr="004543E3">
              <w:rPr>
                <w:i/>
                <w:iCs/>
              </w:rPr>
              <w:t>trí</w:t>
            </w:r>
            <w:proofErr w:type="spellEnd"/>
            <w:r w:rsidRPr="004543E3">
              <w:rPr>
                <w:i/>
                <w:iCs/>
              </w:rPr>
              <w:t xml:space="preserve"> </w:t>
            </w:r>
            <w:proofErr w:type="spellStart"/>
            <w:r w:rsidRPr="004543E3">
              <w:rPr>
                <w:i/>
                <w:iCs/>
              </w:rPr>
              <w:t>việc</w:t>
            </w:r>
            <w:proofErr w:type="spellEnd"/>
            <w:r w:rsidRPr="004543E3">
              <w:rPr>
                <w:i/>
                <w:iCs/>
              </w:rPr>
              <w:t xml:space="preserve"> </w:t>
            </w:r>
            <w:proofErr w:type="spellStart"/>
            <w:r w:rsidRPr="004543E3">
              <w:rPr>
                <w:i/>
                <w:iCs/>
              </w:rPr>
              <w:t>làm</w:t>
            </w:r>
            <w:proofErr w:type="spellEnd"/>
            <w:r w:rsidRPr="004543E3">
              <w:rPr>
                <w:i/>
                <w:iCs/>
              </w:rPr>
              <w:t xml:space="preserve"> </w:t>
            </w:r>
            <w:r w:rsidRPr="004543E3">
              <w:t>(</w:t>
            </w:r>
            <w:proofErr w:type="spellStart"/>
            <w:r w:rsidRPr="004543E3">
              <w:t>khoản</w:t>
            </w:r>
            <w:proofErr w:type="spellEnd"/>
            <w:r w:rsidRPr="004543E3">
              <w:t xml:space="preserve"> 2 </w:t>
            </w:r>
            <w:proofErr w:type="spellStart"/>
            <w:r w:rsidRPr="004543E3">
              <w:t>Điều</w:t>
            </w:r>
            <w:proofErr w:type="spellEnd"/>
            <w:r w:rsidRPr="004543E3">
              <w:t xml:space="preserve"> 1) </w:t>
            </w:r>
            <w:proofErr w:type="spellStart"/>
            <w:r w:rsidRPr="004543E3">
              <w:t>và</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các</w:t>
            </w:r>
            <w:proofErr w:type="spellEnd"/>
            <w:r w:rsidRPr="004543E3">
              <w:t xml:space="preserve"> </w:t>
            </w:r>
            <w:proofErr w:type="spellStart"/>
            <w:r w:rsidRPr="004543E3">
              <w:t>nguyên</w:t>
            </w:r>
            <w:proofErr w:type="spellEnd"/>
            <w:r w:rsidRPr="004543E3">
              <w:t xml:space="preserve"> </w:t>
            </w:r>
            <w:proofErr w:type="spellStart"/>
            <w:r w:rsidRPr="004543E3">
              <w:t>tắc</w:t>
            </w:r>
            <w:proofErr w:type="spellEnd"/>
            <w:r w:rsidRPr="004543E3">
              <w:t xml:space="preserve"> </w:t>
            </w:r>
            <w:proofErr w:type="spellStart"/>
            <w:r w:rsidRPr="004543E3">
              <w:t>quản</w:t>
            </w:r>
            <w:proofErr w:type="spellEnd"/>
            <w:r w:rsidRPr="004543E3">
              <w:t xml:space="preserve"> </w:t>
            </w:r>
            <w:proofErr w:type="spellStart"/>
            <w:r w:rsidRPr="004543E3">
              <w:t>lý</w:t>
            </w:r>
            <w:proofErr w:type="spellEnd"/>
            <w:r w:rsidRPr="004543E3">
              <w:t xml:space="preserve">, </w:t>
            </w:r>
            <w:proofErr w:type="spellStart"/>
            <w:r w:rsidRPr="004543E3">
              <w:t>sử</w:t>
            </w:r>
            <w:proofErr w:type="spellEnd"/>
            <w:r w:rsidRPr="004543E3">
              <w:t xml:space="preserve"> </w:t>
            </w:r>
            <w:proofErr w:type="spellStart"/>
            <w:r w:rsidRPr="004543E3">
              <w:t>dụng</w:t>
            </w:r>
            <w:proofErr w:type="spellEnd"/>
            <w:r w:rsidRPr="004543E3">
              <w:t xml:space="preserve"> </w:t>
            </w:r>
            <w:proofErr w:type="spellStart"/>
            <w:r w:rsidRPr="004543E3">
              <w:t>công</w:t>
            </w:r>
            <w:proofErr w:type="spellEnd"/>
            <w:r w:rsidRPr="004543E3">
              <w:t xml:space="preserve"> </w:t>
            </w:r>
            <w:proofErr w:type="spellStart"/>
            <w:r w:rsidRPr="004543E3">
              <w:t>chức</w:t>
            </w:r>
            <w:proofErr w:type="spellEnd"/>
            <w:r w:rsidRPr="004543E3">
              <w:t xml:space="preserve"> </w:t>
            </w:r>
            <w:proofErr w:type="spellStart"/>
            <w:r w:rsidRPr="004543E3">
              <w:t>theo</w:t>
            </w:r>
            <w:proofErr w:type="spellEnd"/>
            <w:r w:rsidRPr="004543E3">
              <w:t xml:space="preserve"> </w:t>
            </w:r>
            <w:proofErr w:type="spellStart"/>
            <w:r w:rsidRPr="004543E3">
              <w:t>vị</w:t>
            </w:r>
            <w:proofErr w:type="spellEnd"/>
            <w:r w:rsidRPr="004543E3">
              <w:t xml:space="preserve"> </w:t>
            </w:r>
            <w:proofErr w:type="spellStart"/>
            <w:r w:rsidRPr="004543E3">
              <w:t>trí</w:t>
            </w:r>
            <w:proofErr w:type="spellEnd"/>
            <w:r w:rsidRPr="004543E3">
              <w:t xml:space="preserve"> </w:t>
            </w:r>
            <w:proofErr w:type="spellStart"/>
            <w:r w:rsidRPr="004543E3">
              <w:t>việc</w:t>
            </w:r>
            <w:proofErr w:type="spellEnd"/>
            <w:r w:rsidRPr="004543E3">
              <w:t xml:space="preserve"> </w:t>
            </w:r>
            <w:proofErr w:type="spellStart"/>
            <w:r w:rsidRPr="004543E3">
              <w:t>làm</w:t>
            </w:r>
            <w:proofErr w:type="spellEnd"/>
            <w:r w:rsidRPr="004543E3">
              <w:t xml:space="preserve">. </w:t>
            </w:r>
            <w:proofErr w:type="spellStart"/>
            <w:r w:rsidRPr="004543E3">
              <w:t>Nghị</w:t>
            </w:r>
            <w:proofErr w:type="spellEnd"/>
            <w:r w:rsidRPr="004543E3">
              <w:t xml:space="preserve"> </w:t>
            </w:r>
            <w:proofErr w:type="spellStart"/>
            <w:r w:rsidRPr="004543E3">
              <w:t>định</w:t>
            </w:r>
            <w:proofErr w:type="spellEnd"/>
            <w:r w:rsidRPr="004543E3">
              <w:t xml:space="preserve"> </w:t>
            </w:r>
            <w:proofErr w:type="spellStart"/>
            <w:r w:rsidRPr="004543E3">
              <w:t>số</w:t>
            </w:r>
            <w:proofErr w:type="spellEnd"/>
            <w:r w:rsidRPr="004543E3">
              <w:t xml:space="preserve"> 170/2025/NĐ-CP </w:t>
            </w:r>
            <w:proofErr w:type="spellStart"/>
            <w:r w:rsidRPr="004543E3">
              <w:t>ngày</w:t>
            </w:r>
            <w:proofErr w:type="spellEnd"/>
            <w:r w:rsidRPr="004543E3">
              <w:t xml:space="preserve"> 30/6/2025 </w:t>
            </w:r>
            <w:proofErr w:type="spellStart"/>
            <w:r w:rsidRPr="004543E3">
              <w:t>của</w:t>
            </w:r>
            <w:proofErr w:type="spellEnd"/>
            <w:r w:rsidRPr="004543E3">
              <w:t xml:space="preserve"> </w:t>
            </w:r>
            <w:proofErr w:type="spellStart"/>
            <w:r w:rsidRPr="004543E3">
              <w:t>Chính</w:t>
            </w:r>
            <w:proofErr w:type="spellEnd"/>
            <w:r w:rsidRPr="004543E3">
              <w:t xml:space="preserve"> </w:t>
            </w:r>
            <w:proofErr w:type="spellStart"/>
            <w:r w:rsidRPr="004543E3">
              <w:t>phủ</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về</w:t>
            </w:r>
            <w:proofErr w:type="spellEnd"/>
            <w:r w:rsidRPr="004543E3">
              <w:t xml:space="preserve"> </w:t>
            </w:r>
            <w:proofErr w:type="spellStart"/>
            <w:r w:rsidRPr="004543E3">
              <w:t>tuyển</w:t>
            </w:r>
            <w:proofErr w:type="spellEnd"/>
            <w:r w:rsidRPr="004543E3">
              <w:t xml:space="preserve"> </w:t>
            </w:r>
            <w:proofErr w:type="spellStart"/>
            <w:r w:rsidRPr="004543E3">
              <w:t>dụng</w:t>
            </w:r>
            <w:proofErr w:type="spellEnd"/>
            <w:r w:rsidRPr="004543E3">
              <w:t xml:space="preserve">, </w:t>
            </w:r>
            <w:proofErr w:type="spellStart"/>
            <w:r w:rsidRPr="004543E3">
              <w:t>sử</w:t>
            </w:r>
            <w:proofErr w:type="spellEnd"/>
            <w:r w:rsidRPr="004543E3">
              <w:t xml:space="preserve"> </w:t>
            </w:r>
            <w:proofErr w:type="spellStart"/>
            <w:r w:rsidRPr="004543E3">
              <w:t>dụng</w:t>
            </w:r>
            <w:proofErr w:type="spellEnd"/>
            <w:r w:rsidRPr="004543E3">
              <w:t xml:space="preserve"> </w:t>
            </w:r>
            <w:proofErr w:type="spellStart"/>
            <w:r w:rsidRPr="004543E3">
              <w:t>và</w:t>
            </w:r>
            <w:proofErr w:type="spellEnd"/>
            <w:r w:rsidRPr="004543E3">
              <w:t xml:space="preserve"> </w:t>
            </w:r>
            <w:proofErr w:type="spellStart"/>
            <w:r w:rsidRPr="004543E3">
              <w:t>quản</w:t>
            </w:r>
            <w:proofErr w:type="spellEnd"/>
            <w:r w:rsidRPr="004543E3">
              <w:t xml:space="preserve"> </w:t>
            </w:r>
            <w:proofErr w:type="spellStart"/>
            <w:r w:rsidRPr="004543E3">
              <w:t>lý</w:t>
            </w:r>
            <w:proofErr w:type="spellEnd"/>
            <w:r w:rsidRPr="004543E3">
              <w:t xml:space="preserve"> </w:t>
            </w:r>
            <w:proofErr w:type="spellStart"/>
            <w:r w:rsidRPr="004543E3">
              <w:t>công</w:t>
            </w:r>
            <w:proofErr w:type="spellEnd"/>
            <w:r w:rsidRPr="004543E3">
              <w:t xml:space="preserve"> </w:t>
            </w:r>
            <w:proofErr w:type="spellStart"/>
            <w:r w:rsidRPr="004543E3">
              <w:t>chức</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nhiệm</w:t>
            </w:r>
            <w:proofErr w:type="spellEnd"/>
            <w:r w:rsidRPr="004543E3">
              <w:t xml:space="preserve"> vụ </w:t>
            </w:r>
            <w:proofErr w:type="spellStart"/>
            <w:r w:rsidRPr="004543E3">
              <w:t>và</w:t>
            </w:r>
            <w:proofErr w:type="spellEnd"/>
            <w:r w:rsidRPr="004543E3">
              <w:t xml:space="preserve"> </w:t>
            </w:r>
            <w:proofErr w:type="spellStart"/>
            <w:r w:rsidRPr="004543E3">
              <w:t>quyền</w:t>
            </w:r>
            <w:proofErr w:type="spellEnd"/>
            <w:r w:rsidRPr="004543E3">
              <w:t xml:space="preserve"> </w:t>
            </w:r>
            <w:proofErr w:type="spellStart"/>
            <w:r w:rsidRPr="004543E3">
              <w:t>hạn</w:t>
            </w:r>
            <w:proofErr w:type="spellEnd"/>
            <w:r w:rsidRPr="004543E3">
              <w:t xml:space="preserve"> </w:t>
            </w:r>
            <w:proofErr w:type="spellStart"/>
            <w:r w:rsidRPr="004543E3">
              <w:t>của</w:t>
            </w:r>
            <w:proofErr w:type="spellEnd"/>
            <w:r w:rsidRPr="004543E3">
              <w:t xml:space="preserve"> </w:t>
            </w:r>
            <w:proofErr w:type="spellStart"/>
            <w:r w:rsidRPr="004543E3">
              <w:t>các</w:t>
            </w:r>
            <w:proofErr w:type="spellEnd"/>
            <w:r w:rsidRPr="004543E3">
              <w:t xml:space="preserve"> </w:t>
            </w:r>
            <w:proofErr w:type="spellStart"/>
            <w:r w:rsidRPr="004543E3">
              <w:t>Bộ</w:t>
            </w:r>
            <w:proofErr w:type="spellEnd"/>
            <w:r w:rsidRPr="004543E3">
              <w:t xml:space="preserve"> </w:t>
            </w:r>
            <w:proofErr w:type="spellStart"/>
            <w:r w:rsidRPr="004543E3">
              <w:t>là</w:t>
            </w:r>
            <w:proofErr w:type="spellEnd"/>
            <w:r w:rsidRPr="004543E3">
              <w:t xml:space="preserve"> </w:t>
            </w:r>
            <w:r w:rsidRPr="004543E3">
              <w:rPr>
                <w:i/>
                <w:iCs/>
              </w:rPr>
              <w:t>“</w:t>
            </w:r>
            <w:proofErr w:type="spellStart"/>
            <w:r w:rsidRPr="004543E3">
              <w:rPr>
                <w:i/>
                <w:iCs/>
              </w:rPr>
              <w:t>xây</w:t>
            </w:r>
            <w:proofErr w:type="spellEnd"/>
            <w:r w:rsidRPr="004543E3">
              <w:rPr>
                <w:i/>
                <w:iCs/>
              </w:rPr>
              <w:t xml:space="preserve"> </w:t>
            </w:r>
            <w:proofErr w:type="spellStart"/>
            <w:r w:rsidRPr="004543E3">
              <w:rPr>
                <w:i/>
                <w:iCs/>
              </w:rPr>
              <w:t>dựng</w:t>
            </w:r>
            <w:proofErr w:type="spellEnd"/>
            <w:r w:rsidRPr="004543E3">
              <w:rPr>
                <w:i/>
                <w:iCs/>
              </w:rPr>
              <w:t xml:space="preserve">, </w:t>
            </w:r>
            <w:proofErr w:type="spellStart"/>
            <w:r w:rsidRPr="004543E3">
              <w:rPr>
                <w:i/>
                <w:iCs/>
              </w:rPr>
              <w:t>quản</w:t>
            </w:r>
            <w:proofErr w:type="spellEnd"/>
            <w:r w:rsidRPr="004543E3">
              <w:rPr>
                <w:i/>
                <w:iCs/>
              </w:rPr>
              <w:t xml:space="preserve"> </w:t>
            </w:r>
            <w:proofErr w:type="spellStart"/>
            <w:r w:rsidRPr="004543E3">
              <w:rPr>
                <w:i/>
                <w:iCs/>
              </w:rPr>
              <w:t>lý</w:t>
            </w:r>
            <w:proofErr w:type="spellEnd"/>
            <w:r w:rsidRPr="004543E3">
              <w:rPr>
                <w:i/>
                <w:iCs/>
              </w:rPr>
              <w:t xml:space="preserve"> </w:t>
            </w:r>
            <w:proofErr w:type="spellStart"/>
            <w:r w:rsidRPr="004543E3">
              <w:rPr>
                <w:i/>
                <w:iCs/>
              </w:rPr>
              <w:t>vị</w:t>
            </w:r>
            <w:proofErr w:type="spellEnd"/>
            <w:r w:rsidRPr="004543E3">
              <w:rPr>
                <w:i/>
                <w:iCs/>
              </w:rPr>
              <w:t xml:space="preserve"> </w:t>
            </w:r>
            <w:proofErr w:type="spellStart"/>
            <w:r w:rsidRPr="004543E3">
              <w:rPr>
                <w:i/>
                <w:iCs/>
              </w:rPr>
              <w:t>trí</w:t>
            </w:r>
            <w:proofErr w:type="spellEnd"/>
            <w:r w:rsidRPr="004543E3">
              <w:rPr>
                <w:i/>
                <w:iCs/>
              </w:rPr>
              <w:t xml:space="preserve"> </w:t>
            </w:r>
            <w:proofErr w:type="spellStart"/>
            <w:r w:rsidRPr="004543E3">
              <w:rPr>
                <w:i/>
                <w:iCs/>
              </w:rPr>
              <w:t>việc</w:t>
            </w:r>
            <w:proofErr w:type="spellEnd"/>
            <w:r w:rsidRPr="004543E3">
              <w:rPr>
                <w:i/>
                <w:iCs/>
              </w:rPr>
              <w:t xml:space="preserve"> </w:t>
            </w:r>
            <w:proofErr w:type="spellStart"/>
            <w:r w:rsidRPr="004543E3">
              <w:rPr>
                <w:i/>
                <w:iCs/>
              </w:rPr>
              <w:t>làm</w:t>
            </w:r>
            <w:proofErr w:type="spellEnd"/>
            <w:r w:rsidRPr="004543E3">
              <w:rPr>
                <w:i/>
                <w:iCs/>
              </w:rPr>
              <w:t xml:space="preserve">” </w:t>
            </w:r>
            <w:r w:rsidRPr="004543E3">
              <w:t>(</w:t>
            </w:r>
            <w:proofErr w:type="spellStart"/>
            <w:r w:rsidRPr="004543E3">
              <w:t>khoản</w:t>
            </w:r>
            <w:proofErr w:type="spellEnd"/>
            <w:r w:rsidRPr="004543E3">
              <w:t xml:space="preserve"> 3 </w:t>
            </w:r>
            <w:proofErr w:type="spellStart"/>
            <w:r w:rsidRPr="004543E3">
              <w:t>Điều</w:t>
            </w:r>
            <w:proofErr w:type="spellEnd"/>
            <w:r w:rsidRPr="004543E3">
              <w:t xml:space="preserve"> 66). </w:t>
            </w:r>
            <w:proofErr w:type="spellStart"/>
            <w:r w:rsidRPr="004543E3">
              <w:t>Đồng</w:t>
            </w:r>
            <w:proofErr w:type="spellEnd"/>
            <w:r w:rsidRPr="004543E3">
              <w:t xml:space="preserve"> </w:t>
            </w:r>
            <w:proofErr w:type="spellStart"/>
            <w:r w:rsidRPr="004543E3">
              <w:t>thời</w:t>
            </w:r>
            <w:proofErr w:type="spellEnd"/>
            <w:r w:rsidRPr="004543E3">
              <w:t xml:space="preserve">, </w:t>
            </w:r>
            <w:proofErr w:type="spellStart"/>
            <w:r w:rsidRPr="004543E3">
              <w:t>Nghị</w:t>
            </w:r>
            <w:proofErr w:type="spellEnd"/>
            <w:r w:rsidRPr="004543E3">
              <w:t xml:space="preserve"> </w:t>
            </w:r>
            <w:proofErr w:type="spellStart"/>
            <w:r w:rsidRPr="004543E3">
              <w:t>định</w:t>
            </w:r>
            <w:proofErr w:type="spellEnd"/>
            <w:r w:rsidRPr="004543E3">
              <w:t xml:space="preserve"> </w:t>
            </w:r>
            <w:proofErr w:type="spellStart"/>
            <w:r w:rsidRPr="004543E3">
              <w:t>số</w:t>
            </w:r>
            <w:proofErr w:type="spellEnd"/>
            <w:r w:rsidRPr="004543E3">
              <w:t xml:space="preserve"> 361/2025/NĐ-CP </w:t>
            </w:r>
            <w:proofErr w:type="spellStart"/>
            <w:r w:rsidRPr="004543E3">
              <w:t>ngày</w:t>
            </w:r>
            <w:proofErr w:type="spellEnd"/>
            <w:r w:rsidRPr="004543E3">
              <w:t xml:space="preserve"> 31/12/2025 </w:t>
            </w:r>
            <w:proofErr w:type="spellStart"/>
            <w:r w:rsidRPr="004543E3">
              <w:t>của</w:t>
            </w:r>
            <w:proofErr w:type="spellEnd"/>
            <w:r w:rsidRPr="004543E3">
              <w:t xml:space="preserve"> </w:t>
            </w:r>
            <w:proofErr w:type="spellStart"/>
            <w:r w:rsidRPr="004543E3">
              <w:t>Chính</w:t>
            </w:r>
            <w:proofErr w:type="spellEnd"/>
            <w:r w:rsidRPr="004543E3">
              <w:t xml:space="preserve"> </w:t>
            </w:r>
            <w:proofErr w:type="spellStart"/>
            <w:r w:rsidRPr="004543E3">
              <w:t>phủ</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về</w:t>
            </w:r>
            <w:proofErr w:type="spellEnd"/>
            <w:r w:rsidRPr="004543E3">
              <w:t xml:space="preserve"> </w:t>
            </w:r>
            <w:proofErr w:type="spellStart"/>
            <w:r w:rsidRPr="004543E3">
              <w:t>vị</w:t>
            </w:r>
            <w:proofErr w:type="spellEnd"/>
            <w:r w:rsidRPr="004543E3">
              <w:t xml:space="preserve"> </w:t>
            </w:r>
            <w:proofErr w:type="spellStart"/>
            <w:r w:rsidRPr="004543E3">
              <w:t>trí</w:t>
            </w:r>
            <w:proofErr w:type="spellEnd"/>
            <w:r w:rsidRPr="004543E3">
              <w:t xml:space="preserve"> </w:t>
            </w:r>
            <w:proofErr w:type="spellStart"/>
            <w:r w:rsidRPr="004543E3">
              <w:t>việc</w:t>
            </w:r>
            <w:proofErr w:type="spellEnd"/>
            <w:r w:rsidRPr="004543E3">
              <w:t xml:space="preserve"> </w:t>
            </w:r>
            <w:proofErr w:type="spellStart"/>
            <w:r w:rsidRPr="004543E3">
              <w:t>làm</w:t>
            </w:r>
            <w:proofErr w:type="spellEnd"/>
            <w:r w:rsidRPr="004543E3">
              <w:t xml:space="preserve"> </w:t>
            </w:r>
            <w:proofErr w:type="spellStart"/>
            <w:r w:rsidRPr="004543E3">
              <w:t>công</w:t>
            </w:r>
            <w:proofErr w:type="spellEnd"/>
            <w:r w:rsidRPr="004543E3">
              <w:t xml:space="preserve"> </w:t>
            </w:r>
            <w:proofErr w:type="spellStart"/>
            <w:r w:rsidRPr="004543E3">
              <w:t>chức</w:t>
            </w:r>
            <w:proofErr w:type="spellEnd"/>
            <w:r w:rsidRPr="004543E3">
              <w:t xml:space="preserve"> </w:t>
            </w:r>
            <w:proofErr w:type="spellStart"/>
            <w:r w:rsidRPr="004543E3">
              <w:t>đa</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danh</w:t>
            </w:r>
            <w:proofErr w:type="spellEnd"/>
            <w:r w:rsidRPr="004543E3">
              <w:t xml:space="preserve"> </w:t>
            </w:r>
            <w:proofErr w:type="spellStart"/>
            <w:r w:rsidRPr="004543E3">
              <w:t>mục</w:t>
            </w:r>
            <w:proofErr w:type="spellEnd"/>
            <w:r w:rsidRPr="004543E3">
              <w:t xml:space="preserve"> </w:t>
            </w:r>
            <w:proofErr w:type="spellStart"/>
            <w:r w:rsidRPr="004543E3">
              <w:t>vị</w:t>
            </w:r>
            <w:proofErr w:type="spellEnd"/>
            <w:r w:rsidRPr="004543E3">
              <w:t xml:space="preserve"> </w:t>
            </w:r>
            <w:proofErr w:type="spellStart"/>
            <w:r w:rsidRPr="004543E3">
              <w:t>trí</w:t>
            </w:r>
            <w:proofErr w:type="spellEnd"/>
            <w:r w:rsidRPr="004543E3">
              <w:t xml:space="preserve"> </w:t>
            </w:r>
            <w:proofErr w:type="spellStart"/>
            <w:r w:rsidRPr="004543E3">
              <w:t>việc</w:t>
            </w:r>
            <w:proofErr w:type="spellEnd"/>
            <w:r w:rsidRPr="004543E3">
              <w:t xml:space="preserve"> </w:t>
            </w:r>
            <w:proofErr w:type="spellStart"/>
            <w:r w:rsidRPr="004543E3">
              <w:t>làm</w:t>
            </w:r>
            <w:proofErr w:type="spellEnd"/>
            <w:r w:rsidRPr="004543E3">
              <w:t xml:space="preserve"> </w:t>
            </w:r>
            <w:proofErr w:type="spellStart"/>
            <w:r w:rsidRPr="004543E3">
              <w:t>khung</w:t>
            </w:r>
            <w:proofErr w:type="spellEnd"/>
            <w:r w:rsidRPr="004543E3">
              <w:t xml:space="preserve"> </w:t>
            </w:r>
            <w:proofErr w:type="spellStart"/>
            <w:r w:rsidRPr="004543E3">
              <w:t>trong</w:t>
            </w:r>
            <w:proofErr w:type="spellEnd"/>
            <w:r w:rsidRPr="004543E3">
              <w:t xml:space="preserve"> </w:t>
            </w:r>
            <w:proofErr w:type="spellStart"/>
            <w:r w:rsidRPr="004543E3">
              <w:t>cơ</w:t>
            </w:r>
            <w:proofErr w:type="spellEnd"/>
            <w:r w:rsidRPr="004543E3">
              <w:t xml:space="preserve"> </w:t>
            </w:r>
            <w:proofErr w:type="spellStart"/>
            <w:r w:rsidRPr="004543E3">
              <w:t>quan</w:t>
            </w:r>
            <w:proofErr w:type="spellEnd"/>
            <w:r w:rsidRPr="004543E3">
              <w:t xml:space="preserve">, </w:t>
            </w:r>
            <w:proofErr w:type="spellStart"/>
            <w:r w:rsidRPr="004543E3">
              <w:t>tổ</w:t>
            </w:r>
            <w:proofErr w:type="spellEnd"/>
            <w:r w:rsidRPr="004543E3">
              <w:t xml:space="preserve"> </w:t>
            </w:r>
            <w:proofErr w:type="spellStart"/>
            <w:r w:rsidRPr="004543E3">
              <w:t>chức</w:t>
            </w:r>
            <w:proofErr w:type="spellEnd"/>
            <w:r w:rsidRPr="004543E3">
              <w:t xml:space="preserve"> </w:t>
            </w:r>
            <w:proofErr w:type="spellStart"/>
            <w:r w:rsidRPr="004543E3">
              <w:t>hành</w:t>
            </w:r>
            <w:proofErr w:type="spellEnd"/>
            <w:r w:rsidRPr="004543E3">
              <w:t xml:space="preserve"> </w:t>
            </w:r>
            <w:proofErr w:type="spellStart"/>
            <w:r w:rsidRPr="004543E3">
              <w:t>chính</w:t>
            </w:r>
            <w:proofErr w:type="spellEnd"/>
            <w:r w:rsidRPr="004543E3">
              <w:t xml:space="preserve">. Trong </w:t>
            </w:r>
            <w:proofErr w:type="spellStart"/>
            <w:r w:rsidRPr="004543E3">
              <w:t>đó</w:t>
            </w:r>
            <w:proofErr w:type="spellEnd"/>
            <w:r w:rsidRPr="004543E3">
              <w:t xml:space="preserve">, </w:t>
            </w:r>
            <w:proofErr w:type="spellStart"/>
            <w:r w:rsidRPr="004543E3">
              <w:t>tại</w:t>
            </w:r>
            <w:proofErr w:type="spellEnd"/>
            <w:r w:rsidRPr="004543E3">
              <w:t xml:space="preserve"> </w:t>
            </w:r>
            <w:proofErr w:type="spellStart"/>
            <w:r w:rsidRPr="004543E3">
              <w:t>mục</w:t>
            </w:r>
            <w:proofErr w:type="spellEnd"/>
            <w:r w:rsidRPr="004543E3">
              <w:t xml:space="preserve"> IX Phụ </w:t>
            </w:r>
            <w:proofErr w:type="spellStart"/>
            <w:r w:rsidRPr="004543E3">
              <w:t>lục</w:t>
            </w:r>
            <w:proofErr w:type="spellEnd"/>
            <w:r w:rsidRPr="004543E3">
              <w:t xml:space="preserve"> II </w:t>
            </w:r>
            <w:proofErr w:type="spellStart"/>
            <w:r w:rsidRPr="004543E3">
              <w:t>kèm</w:t>
            </w:r>
            <w:proofErr w:type="spellEnd"/>
            <w:r w:rsidRPr="004543E3">
              <w:t xml:space="preserve"> </w:t>
            </w:r>
            <w:proofErr w:type="spellStart"/>
            <w:r w:rsidRPr="004543E3">
              <w:t>theo</w:t>
            </w:r>
            <w:proofErr w:type="spellEnd"/>
            <w:r w:rsidRPr="004543E3">
              <w:t xml:space="preserve"> </w:t>
            </w:r>
            <w:proofErr w:type="spellStart"/>
            <w:r w:rsidRPr="004543E3">
              <w:t>Nghị</w:t>
            </w:r>
            <w:proofErr w:type="spellEnd"/>
            <w:r w:rsidRPr="004543E3">
              <w:t xml:space="preserve"> </w:t>
            </w:r>
            <w:proofErr w:type="spellStart"/>
            <w:r w:rsidRPr="004543E3">
              <w:t>định</w:t>
            </w:r>
            <w:proofErr w:type="spellEnd"/>
            <w:r w:rsidRPr="004543E3">
              <w:t xml:space="preserve"> </w:t>
            </w:r>
            <w:proofErr w:type="spellStart"/>
            <w:r w:rsidRPr="004543E3">
              <w:t>số</w:t>
            </w:r>
            <w:proofErr w:type="spellEnd"/>
            <w:r w:rsidRPr="004543E3">
              <w:t xml:space="preserve"> 361/2025/NĐ-CP </w:t>
            </w:r>
            <w:proofErr w:type="spellStart"/>
            <w:r w:rsidRPr="004543E3">
              <w:t>có</w:t>
            </w:r>
            <w:proofErr w:type="spellEnd"/>
            <w:r w:rsidRPr="004543E3">
              <w:t xml:space="preserve"> </w:t>
            </w:r>
            <w:proofErr w:type="spellStart"/>
            <w:r w:rsidRPr="004543E3">
              <w:t>vị</w:t>
            </w:r>
            <w:proofErr w:type="spellEnd"/>
            <w:r w:rsidRPr="004543E3">
              <w:t xml:space="preserve"> </w:t>
            </w:r>
            <w:proofErr w:type="spellStart"/>
            <w:r w:rsidRPr="004543E3">
              <w:t>trí</w:t>
            </w:r>
            <w:proofErr w:type="spellEnd"/>
            <w:r w:rsidRPr="004543E3">
              <w:t xml:space="preserve"> </w:t>
            </w:r>
            <w:proofErr w:type="spellStart"/>
            <w:r w:rsidRPr="004543E3">
              <w:t>việc</w:t>
            </w:r>
            <w:proofErr w:type="spellEnd"/>
            <w:r w:rsidRPr="004543E3">
              <w:t xml:space="preserve"> </w:t>
            </w:r>
            <w:proofErr w:type="spellStart"/>
            <w:r w:rsidRPr="004543E3">
              <w:t>làm</w:t>
            </w:r>
            <w:proofErr w:type="spellEnd"/>
            <w:r w:rsidRPr="004543E3">
              <w:t xml:space="preserve"> </w:t>
            </w:r>
            <w:proofErr w:type="spellStart"/>
            <w:r w:rsidRPr="004543E3">
              <w:t>ngành</w:t>
            </w:r>
            <w:proofErr w:type="spellEnd"/>
            <w:r w:rsidRPr="004543E3">
              <w:t xml:space="preserve">, </w:t>
            </w:r>
            <w:proofErr w:type="spellStart"/>
            <w:r w:rsidRPr="004543E3">
              <w:t>lĩnh</w:t>
            </w:r>
            <w:proofErr w:type="spellEnd"/>
            <w:r w:rsidRPr="004543E3">
              <w:t xml:space="preserve"> </w:t>
            </w:r>
            <w:proofErr w:type="spellStart"/>
            <w:r w:rsidRPr="004543E3">
              <w:t>vực</w:t>
            </w:r>
            <w:proofErr w:type="spellEnd"/>
            <w:r w:rsidRPr="004543E3">
              <w:t xml:space="preserve"> khoa </w:t>
            </w:r>
            <w:proofErr w:type="spellStart"/>
            <w:r w:rsidRPr="004543E3">
              <w:t>học</w:t>
            </w:r>
            <w:proofErr w:type="spellEnd"/>
            <w:r w:rsidRPr="004543E3">
              <w:t xml:space="preserve"> </w:t>
            </w:r>
            <w:proofErr w:type="spellStart"/>
            <w:r w:rsidRPr="004543E3">
              <w:t>và</w:t>
            </w:r>
            <w:proofErr w:type="spellEnd"/>
            <w:r w:rsidRPr="004543E3">
              <w:t xml:space="preserve"> </w:t>
            </w:r>
            <w:proofErr w:type="spellStart"/>
            <w:r w:rsidRPr="004543E3">
              <w:t>công</w:t>
            </w:r>
            <w:proofErr w:type="spellEnd"/>
            <w:r w:rsidRPr="004543E3">
              <w:t xml:space="preserve"> </w:t>
            </w:r>
            <w:proofErr w:type="spellStart"/>
            <w:r w:rsidRPr="004543E3">
              <w:t>nghệ</w:t>
            </w:r>
            <w:proofErr w:type="spellEnd"/>
            <w:r w:rsidRPr="004543E3">
              <w:t xml:space="preserve"> bao </w:t>
            </w:r>
            <w:proofErr w:type="spellStart"/>
            <w:r w:rsidRPr="004543E3">
              <w:t>gồm</w:t>
            </w:r>
            <w:proofErr w:type="spellEnd"/>
            <w:r w:rsidRPr="004543E3">
              <w:t xml:space="preserve">: </w:t>
            </w:r>
            <w:proofErr w:type="spellStart"/>
            <w:r w:rsidRPr="004543E3">
              <w:t>kiểm</w:t>
            </w:r>
            <w:proofErr w:type="spellEnd"/>
            <w:r w:rsidRPr="004543E3">
              <w:t xml:space="preserve"> </w:t>
            </w:r>
            <w:proofErr w:type="spellStart"/>
            <w:r w:rsidRPr="004543E3">
              <w:t>soát</w:t>
            </w:r>
            <w:proofErr w:type="spellEnd"/>
            <w:r w:rsidRPr="004543E3">
              <w:t xml:space="preserve"> </w:t>
            </w:r>
            <w:proofErr w:type="spellStart"/>
            <w:r w:rsidRPr="004543E3">
              <w:t>viên</w:t>
            </w:r>
            <w:proofErr w:type="spellEnd"/>
            <w:r w:rsidRPr="004543E3">
              <w:t xml:space="preserve"> </w:t>
            </w:r>
            <w:proofErr w:type="spellStart"/>
            <w:r w:rsidRPr="004543E3">
              <w:t>cao</w:t>
            </w:r>
            <w:proofErr w:type="spellEnd"/>
            <w:r w:rsidRPr="004543E3">
              <w:t xml:space="preserve"> </w:t>
            </w:r>
            <w:proofErr w:type="spellStart"/>
            <w:r w:rsidRPr="004543E3">
              <w:t>cấp</w:t>
            </w:r>
            <w:proofErr w:type="spellEnd"/>
            <w:r w:rsidRPr="004543E3">
              <w:t xml:space="preserve"> </w:t>
            </w:r>
            <w:proofErr w:type="spellStart"/>
            <w:r w:rsidRPr="004543E3">
              <w:t>chất</w:t>
            </w:r>
            <w:proofErr w:type="spellEnd"/>
            <w:r w:rsidRPr="004543E3">
              <w:t xml:space="preserve"> </w:t>
            </w:r>
            <w:proofErr w:type="spellStart"/>
            <w:r w:rsidRPr="004543E3">
              <w:t>lượng</w:t>
            </w:r>
            <w:proofErr w:type="spellEnd"/>
            <w:r w:rsidRPr="004543E3">
              <w:t xml:space="preserve"> </w:t>
            </w:r>
            <w:proofErr w:type="spellStart"/>
            <w:r w:rsidRPr="004543E3">
              <w:t>sản</w:t>
            </w:r>
            <w:proofErr w:type="spellEnd"/>
            <w:r w:rsidRPr="004543E3">
              <w:t xml:space="preserve"> </w:t>
            </w:r>
            <w:proofErr w:type="spellStart"/>
            <w:r w:rsidRPr="004543E3">
              <w:t>phẩm</w:t>
            </w:r>
            <w:proofErr w:type="spellEnd"/>
            <w:r w:rsidRPr="004543E3">
              <w:t xml:space="preserve">, </w:t>
            </w:r>
            <w:proofErr w:type="spellStart"/>
            <w:r w:rsidRPr="004543E3">
              <w:t>hàng</w:t>
            </w:r>
            <w:proofErr w:type="spellEnd"/>
            <w:r w:rsidRPr="004543E3">
              <w:t xml:space="preserve"> </w:t>
            </w:r>
            <w:proofErr w:type="spellStart"/>
            <w:r w:rsidRPr="004543E3">
              <w:t>hóa</w:t>
            </w:r>
            <w:proofErr w:type="spellEnd"/>
            <w:r w:rsidRPr="004543E3">
              <w:t xml:space="preserve">, </w:t>
            </w:r>
            <w:proofErr w:type="spellStart"/>
            <w:r w:rsidRPr="004543E3">
              <w:t>kiểm</w:t>
            </w:r>
            <w:proofErr w:type="spellEnd"/>
            <w:r w:rsidRPr="004543E3">
              <w:t xml:space="preserve"> </w:t>
            </w:r>
            <w:proofErr w:type="spellStart"/>
            <w:r w:rsidRPr="004543E3">
              <w:t>soát</w:t>
            </w:r>
            <w:proofErr w:type="spellEnd"/>
            <w:r w:rsidRPr="004543E3">
              <w:t xml:space="preserve"> </w:t>
            </w:r>
            <w:proofErr w:type="spellStart"/>
            <w:r w:rsidRPr="004543E3">
              <w:t>viên</w:t>
            </w:r>
            <w:proofErr w:type="spellEnd"/>
            <w:r w:rsidRPr="004543E3">
              <w:t xml:space="preserve"> </w:t>
            </w:r>
            <w:proofErr w:type="spellStart"/>
            <w:r w:rsidRPr="004543E3">
              <w:t>chính</w:t>
            </w:r>
            <w:proofErr w:type="spellEnd"/>
            <w:r w:rsidRPr="004543E3">
              <w:t xml:space="preserve"> </w:t>
            </w:r>
            <w:proofErr w:type="spellStart"/>
            <w:r w:rsidRPr="004543E3">
              <w:t>chất</w:t>
            </w:r>
            <w:proofErr w:type="spellEnd"/>
            <w:r w:rsidRPr="004543E3">
              <w:t xml:space="preserve"> </w:t>
            </w:r>
            <w:proofErr w:type="spellStart"/>
            <w:r w:rsidRPr="004543E3">
              <w:t>lượng</w:t>
            </w:r>
            <w:proofErr w:type="spellEnd"/>
            <w:r w:rsidRPr="004543E3">
              <w:t xml:space="preserve"> </w:t>
            </w:r>
            <w:proofErr w:type="spellStart"/>
            <w:r w:rsidRPr="004543E3">
              <w:t>sản</w:t>
            </w:r>
            <w:proofErr w:type="spellEnd"/>
            <w:r w:rsidRPr="004543E3">
              <w:t xml:space="preserve"> </w:t>
            </w:r>
            <w:proofErr w:type="spellStart"/>
            <w:r w:rsidRPr="004543E3">
              <w:t>phẩm</w:t>
            </w:r>
            <w:proofErr w:type="spellEnd"/>
            <w:r w:rsidRPr="004543E3">
              <w:t xml:space="preserve">, </w:t>
            </w:r>
            <w:proofErr w:type="spellStart"/>
            <w:r w:rsidRPr="004543E3">
              <w:t>hàng</w:t>
            </w:r>
            <w:proofErr w:type="spellEnd"/>
            <w:r w:rsidRPr="004543E3">
              <w:t xml:space="preserve"> </w:t>
            </w:r>
            <w:proofErr w:type="spellStart"/>
            <w:r w:rsidRPr="004543E3">
              <w:t>hóa</w:t>
            </w:r>
            <w:proofErr w:type="spellEnd"/>
            <w:r w:rsidRPr="004543E3">
              <w:t xml:space="preserve"> </w:t>
            </w:r>
            <w:proofErr w:type="spellStart"/>
            <w:r w:rsidRPr="004543E3">
              <w:t>và</w:t>
            </w:r>
            <w:proofErr w:type="spellEnd"/>
            <w:r w:rsidRPr="004543E3">
              <w:t xml:space="preserve"> </w:t>
            </w:r>
            <w:proofErr w:type="spellStart"/>
            <w:r w:rsidRPr="004543E3">
              <w:t>kiểm</w:t>
            </w:r>
            <w:proofErr w:type="spellEnd"/>
            <w:r w:rsidRPr="004543E3">
              <w:t xml:space="preserve"> </w:t>
            </w:r>
            <w:proofErr w:type="spellStart"/>
            <w:r w:rsidRPr="004543E3">
              <w:t>soát</w:t>
            </w:r>
            <w:proofErr w:type="spellEnd"/>
            <w:r w:rsidRPr="004543E3">
              <w:t xml:space="preserve"> </w:t>
            </w:r>
            <w:proofErr w:type="spellStart"/>
            <w:r w:rsidRPr="004543E3">
              <w:t>viên</w:t>
            </w:r>
            <w:proofErr w:type="spellEnd"/>
            <w:r w:rsidRPr="004543E3">
              <w:t xml:space="preserve"> </w:t>
            </w:r>
            <w:proofErr w:type="spellStart"/>
            <w:r w:rsidRPr="004543E3">
              <w:t>chất</w:t>
            </w:r>
            <w:proofErr w:type="spellEnd"/>
            <w:r w:rsidRPr="004543E3">
              <w:t xml:space="preserve"> </w:t>
            </w:r>
            <w:proofErr w:type="spellStart"/>
            <w:r w:rsidRPr="004543E3">
              <w:t>lượng</w:t>
            </w:r>
            <w:proofErr w:type="spellEnd"/>
            <w:r w:rsidRPr="004543E3">
              <w:t xml:space="preserve"> </w:t>
            </w:r>
            <w:proofErr w:type="spellStart"/>
            <w:r w:rsidRPr="004543E3">
              <w:t>sản</w:t>
            </w:r>
            <w:proofErr w:type="spellEnd"/>
            <w:r w:rsidRPr="004543E3">
              <w:t xml:space="preserve"> </w:t>
            </w:r>
            <w:proofErr w:type="spellStart"/>
            <w:r w:rsidRPr="004543E3">
              <w:t>phẩm</w:t>
            </w:r>
            <w:proofErr w:type="spellEnd"/>
            <w:r w:rsidRPr="004543E3">
              <w:t xml:space="preserve">, </w:t>
            </w:r>
            <w:proofErr w:type="spellStart"/>
            <w:r w:rsidRPr="004543E3">
              <w:t>hàng</w:t>
            </w:r>
            <w:proofErr w:type="spellEnd"/>
            <w:r w:rsidRPr="004543E3">
              <w:t xml:space="preserve"> </w:t>
            </w:r>
            <w:proofErr w:type="spellStart"/>
            <w:r w:rsidRPr="004543E3">
              <w:t>hóa</w:t>
            </w:r>
            <w:proofErr w:type="spellEnd"/>
            <w:r w:rsidRPr="004543E3">
              <w:t xml:space="preserve"> (</w:t>
            </w:r>
            <w:proofErr w:type="spellStart"/>
            <w:r w:rsidRPr="004543E3">
              <w:t>số</w:t>
            </w:r>
            <w:proofErr w:type="spellEnd"/>
            <w:r w:rsidRPr="004543E3">
              <w:t xml:space="preserve"> </w:t>
            </w:r>
            <w:proofErr w:type="spellStart"/>
            <w:r w:rsidRPr="004543E3">
              <w:t>thư</w:t>
            </w:r>
            <w:proofErr w:type="spellEnd"/>
            <w:r w:rsidRPr="004543E3">
              <w:t xml:space="preserve">́ </w:t>
            </w:r>
            <w:proofErr w:type="spellStart"/>
            <w:r w:rsidRPr="004543E3">
              <w:t>tự</w:t>
            </w:r>
            <w:proofErr w:type="spellEnd"/>
            <w:r w:rsidRPr="004543E3">
              <w:t xml:space="preserve"> 29, 30, 31). </w:t>
            </w:r>
            <w:proofErr w:type="spellStart"/>
            <w:r w:rsidRPr="004543E3">
              <w:t>Đồng</w:t>
            </w:r>
            <w:proofErr w:type="spellEnd"/>
            <w:r w:rsidRPr="004543E3">
              <w:t xml:space="preserve"> </w:t>
            </w:r>
            <w:proofErr w:type="spellStart"/>
            <w:r w:rsidRPr="004543E3">
              <w:t>thời</w:t>
            </w:r>
            <w:proofErr w:type="spellEnd"/>
            <w:r w:rsidRPr="004543E3">
              <w:t xml:space="preserve">, </w:t>
            </w:r>
            <w:proofErr w:type="spellStart"/>
            <w:r w:rsidRPr="004543E3">
              <w:t>khoản</w:t>
            </w:r>
            <w:proofErr w:type="spellEnd"/>
            <w:r w:rsidRPr="004543E3">
              <w:t xml:space="preserve"> 1 </w:t>
            </w:r>
            <w:proofErr w:type="spellStart"/>
            <w:r w:rsidRPr="004543E3">
              <w:t>Điều</w:t>
            </w:r>
            <w:proofErr w:type="spellEnd"/>
            <w:r w:rsidRPr="004543E3">
              <w:t xml:space="preserve"> 11 </w:t>
            </w:r>
            <w:proofErr w:type="spellStart"/>
            <w:r w:rsidRPr="004543E3">
              <w:t>Nghị</w:t>
            </w:r>
            <w:proofErr w:type="spellEnd"/>
            <w:r w:rsidRPr="004543E3">
              <w:t xml:space="preserve"> </w:t>
            </w:r>
            <w:proofErr w:type="spellStart"/>
            <w:r w:rsidRPr="004543E3">
              <w:t>định</w:t>
            </w:r>
            <w:proofErr w:type="spellEnd"/>
            <w:r w:rsidRPr="004543E3">
              <w:t xml:space="preserve"> </w:t>
            </w:r>
            <w:proofErr w:type="spellStart"/>
            <w:r w:rsidRPr="004543E3">
              <w:t>số</w:t>
            </w:r>
            <w:proofErr w:type="spellEnd"/>
            <w:r w:rsidRPr="004543E3">
              <w:t xml:space="preserve"> 361/2025/NĐ-CP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thẩm</w:t>
            </w:r>
            <w:proofErr w:type="spellEnd"/>
            <w:r w:rsidRPr="004543E3">
              <w:t xml:space="preserve"> </w:t>
            </w:r>
            <w:proofErr w:type="spellStart"/>
            <w:r w:rsidRPr="004543E3">
              <w:t>quyền</w:t>
            </w:r>
            <w:proofErr w:type="spellEnd"/>
            <w:r w:rsidRPr="004543E3">
              <w:t xml:space="preserve">, </w:t>
            </w:r>
            <w:proofErr w:type="spellStart"/>
            <w:r w:rsidRPr="004543E3">
              <w:t>trách</w:t>
            </w:r>
            <w:proofErr w:type="spellEnd"/>
            <w:r w:rsidRPr="004543E3">
              <w:t xml:space="preserve"> </w:t>
            </w:r>
            <w:proofErr w:type="spellStart"/>
            <w:r w:rsidRPr="004543E3">
              <w:t>nhiệm</w:t>
            </w:r>
            <w:proofErr w:type="spellEnd"/>
            <w:r w:rsidRPr="004543E3">
              <w:t xml:space="preserve"> </w:t>
            </w:r>
            <w:proofErr w:type="spellStart"/>
            <w:r w:rsidRPr="004543E3">
              <w:t>của</w:t>
            </w:r>
            <w:proofErr w:type="spellEnd"/>
            <w:r w:rsidRPr="004543E3">
              <w:t xml:space="preserve"> </w:t>
            </w:r>
            <w:proofErr w:type="spellStart"/>
            <w:r w:rsidRPr="004543E3">
              <w:t>Bộ</w:t>
            </w:r>
            <w:proofErr w:type="spellEnd"/>
            <w:r w:rsidRPr="004543E3">
              <w:t xml:space="preserve"> </w:t>
            </w:r>
            <w:proofErr w:type="spellStart"/>
            <w:r w:rsidRPr="004543E3">
              <w:t>trong</w:t>
            </w:r>
            <w:proofErr w:type="spellEnd"/>
            <w:r w:rsidRPr="004543E3">
              <w:t xml:space="preserve"> </w:t>
            </w:r>
            <w:proofErr w:type="spellStart"/>
            <w:r w:rsidRPr="004543E3">
              <w:t>việc</w:t>
            </w:r>
            <w:proofErr w:type="spellEnd"/>
            <w:r w:rsidRPr="004543E3">
              <w:t xml:space="preserve"> </w:t>
            </w:r>
            <w:r w:rsidRPr="004543E3">
              <w:rPr>
                <w:i/>
                <w:iCs/>
              </w:rPr>
              <w:t>“</w:t>
            </w:r>
            <w:proofErr w:type="spellStart"/>
            <w:r w:rsidRPr="004543E3">
              <w:rPr>
                <w:i/>
                <w:iCs/>
              </w:rPr>
              <w:t>chỉ</w:t>
            </w:r>
            <w:proofErr w:type="spellEnd"/>
            <w:r w:rsidRPr="004543E3">
              <w:rPr>
                <w:i/>
                <w:iCs/>
              </w:rPr>
              <w:t xml:space="preserve"> </w:t>
            </w:r>
            <w:proofErr w:type="spellStart"/>
            <w:r w:rsidRPr="004543E3">
              <w:rPr>
                <w:i/>
                <w:iCs/>
              </w:rPr>
              <w:t>đạo</w:t>
            </w:r>
            <w:proofErr w:type="spellEnd"/>
            <w:r w:rsidRPr="004543E3">
              <w:rPr>
                <w:i/>
                <w:iCs/>
              </w:rPr>
              <w:t xml:space="preserve"> </w:t>
            </w:r>
            <w:proofErr w:type="spellStart"/>
            <w:r w:rsidRPr="004543E3">
              <w:rPr>
                <w:i/>
                <w:iCs/>
              </w:rPr>
              <w:t>các</w:t>
            </w:r>
            <w:proofErr w:type="spellEnd"/>
            <w:r w:rsidRPr="004543E3">
              <w:rPr>
                <w:i/>
                <w:iCs/>
              </w:rPr>
              <w:t xml:space="preserve"> </w:t>
            </w:r>
            <w:proofErr w:type="spellStart"/>
            <w:r w:rsidRPr="004543E3">
              <w:rPr>
                <w:i/>
                <w:iCs/>
              </w:rPr>
              <w:t>cơ</w:t>
            </w:r>
            <w:proofErr w:type="spellEnd"/>
            <w:r w:rsidRPr="004543E3">
              <w:rPr>
                <w:i/>
                <w:iCs/>
              </w:rPr>
              <w:t xml:space="preserve"> </w:t>
            </w:r>
            <w:proofErr w:type="spellStart"/>
            <w:r w:rsidRPr="004543E3">
              <w:rPr>
                <w:i/>
                <w:iCs/>
              </w:rPr>
              <w:t>quan</w:t>
            </w:r>
            <w:proofErr w:type="spellEnd"/>
            <w:r w:rsidRPr="004543E3">
              <w:rPr>
                <w:i/>
                <w:iCs/>
              </w:rPr>
              <w:t xml:space="preserve">, </w:t>
            </w:r>
            <w:proofErr w:type="spellStart"/>
            <w:r w:rsidRPr="004543E3">
              <w:rPr>
                <w:i/>
                <w:iCs/>
              </w:rPr>
              <w:t>tổ</w:t>
            </w:r>
            <w:proofErr w:type="spellEnd"/>
            <w:r w:rsidRPr="004543E3">
              <w:rPr>
                <w:i/>
                <w:iCs/>
              </w:rPr>
              <w:t xml:space="preserve"> </w:t>
            </w:r>
            <w:proofErr w:type="spellStart"/>
            <w:r w:rsidRPr="004543E3">
              <w:rPr>
                <w:i/>
                <w:iCs/>
              </w:rPr>
              <w:t>chức</w:t>
            </w:r>
            <w:proofErr w:type="spellEnd"/>
            <w:r w:rsidRPr="004543E3">
              <w:rPr>
                <w:i/>
                <w:iCs/>
              </w:rPr>
              <w:t xml:space="preserve"> </w:t>
            </w:r>
            <w:proofErr w:type="spellStart"/>
            <w:r w:rsidRPr="004543E3">
              <w:rPr>
                <w:i/>
                <w:iCs/>
              </w:rPr>
              <w:t>thuộc</w:t>
            </w:r>
            <w:proofErr w:type="spellEnd"/>
            <w:r w:rsidRPr="004543E3">
              <w:rPr>
                <w:i/>
                <w:iCs/>
              </w:rPr>
              <w:t xml:space="preserve"> </w:t>
            </w:r>
            <w:proofErr w:type="spellStart"/>
            <w:r w:rsidRPr="004543E3">
              <w:rPr>
                <w:i/>
                <w:iCs/>
              </w:rPr>
              <w:t>phạm</w:t>
            </w:r>
            <w:proofErr w:type="spellEnd"/>
            <w:r w:rsidRPr="004543E3">
              <w:rPr>
                <w:i/>
                <w:iCs/>
              </w:rPr>
              <w:t xml:space="preserve"> vi </w:t>
            </w:r>
            <w:proofErr w:type="spellStart"/>
            <w:r w:rsidRPr="004543E3">
              <w:rPr>
                <w:i/>
                <w:iCs/>
              </w:rPr>
              <w:t>quản</w:t>
            </w:r>
            <w:proofErr w:type="spellEnd"/>
            <w:r w:rsidRPr="004543E3">
              <w:rPr>
                <w:i/>
                <w:iCs/>
              </w:rPr>
              <w:t xml:space="preserve"> </w:t>
            </w:r>
            <w:proofErr w:type="spellStart"/>
            <w:r w:rsidRPr="004543E3">
              <w:rPr>
                <w:i/>
                <w:iCs/>
              </w:rPr>
              <w:t>lý</w:t>
            </w:r>
            <w:proofErr w:type="spellEnd"/>
            <w:r w:rsidRPr="004543E3">
              <w:rPr>
                <w:i/>
                <w:iCs/>
              </w:rPr>
              <w:t xml:space="preserve"> </w:t>
            </w:r>
            <w:proofErr w:type="spellStart"/>
            <w:r w:rsidRPr="004543E3">
              <w:rPr>
                <w:i/>
                <w:iCs/>
              </w:rPr>
              <w:t>xác</w:t>
            </w:r>
            <w:proofErr w:type="spellEnd"/>
            <w:r w:rsidRPr="004543E3">
              <w:rPr>
                <w:i/>
                <w:iCs/>
              </w:rPr>
              <w:t xml:space="preserve"> </w:t>
            </w:r>
            <w:proofErr w:type="spellStart"/>
            <w:r w:rsidRPr="004543E3">
              <w:rPr>
                <w:i/>
                <w:iCs/>
              </w:rPr>
              <w:t>định</w:t>
            </w:r>
            <w:proofErr w:type="spellEnd"/>
            <w:r w:rsidRPr="004543E3">
              <w:rPr>
                <w:i/>
                <w:iCs/>
              </w:rPr>
              <w:t xml:space="preserve"> </w:t>
            </w:r>
            <w:proofErr w:type="spellStart"/>
            <w:r w:rsidRPr="004543E3">
              <w:rPr>
                <w:i/>
                <w:iCs/>
              </w:rPr>
              <w:t>vị</w:t>
            </w:r>
            <w:proofErr w:type="spellEnd"/>
            <w:r w:rsidRPr="004543E3">
              <w:rPr>
                <w:i/>
                <w:iCs/>
              </w:rPr>
              <w:t xml:space="preserve"> </w:t>
            </w:r>
            <w:proofErr w:type="spellStart"/>
            <w:r w:rsidRPr="004543E3">
              <w:rPr>
                <w:i/>
                <w:iCs/>
              </w:rPr>
              <w:t>trí</w:t>
            </w:r>
            <w:proofErr w:type="spellEnd"/>
            <w:r w:rsidRPr="004543E3">
              <w:rPr>
                <w:i/>
                <w:iCs/>
              </w:rPr>
              <w:t xml:space="preserve"> </w:t>
            </w:r>
            <w:proofErr w:type="spellStart"/>
            <w:r w:rsidRPr="004543E3">
              <w:rPr>
                <w:i/>
                <w:iCs/>
              </w:rPr>
              <w:t>việc</w:t>
            </w:r>
            <w:proofErr w:type="spellEnd"/>
            <w:r w:rsidRPr="004543E3">
              <w:rPr>
                <w:i/>
                <w:iCs/>
              </w:rPr>
              <w:t xml:space="preserve"> </w:t>
            </w:r>
            <w:proofErr w:type="spellStart"/>
            <w:r w:rsidRPr="004543E3">
              <w:rPr>
                <w:i/>
                <w:iCs/>
              </w:rPr>
              <w:t>làm</w:t>
            </w:r>
            <w:proofErr w:type="spellEnd"/>
            <w:r w:rsidRPr="004543E3">
              <w:rPr>
                <w:i/>
                <w:iCs/>
              </w:rPr>
              <w:t xml:space="preserve">, </w:t>
            </w:r>
            <w:proofErr w:type="spellStart"/>
            <w:r w:rsidRPr="004543E3">
              <w:rPr>
                <w:i/>
                <w:iCs/>
              </w:rPr>
              <w:t>xây</w:t>
            </w:r>
            <w:proofErr w:type="spellEnd"/>
            <w:r w:rsidRPr="004543E3">
              <w:rPr>
                <w:i/>
                <w:iCs/>
              </w:rPr>
              <w:t xml:space="preserve"> </w:t>
            </w:r>
            <w:proofErr w:type="spellStart"/>
            <w:r w:rsidRPr="004543E3">
              <w:rPr>
                <w:i/>
                <w:iCs/>
              </w:rPr>
              <w:t>dựng</w:t>
            </w:r>
            <w:proofErr w:type="spellEnd"/>
            <w:r w:rsidRPr="004543E3">
              <w:rPr>
                <w:i/>
                <w:iCs/>
              </w:rPr>
              <w:t xml:space="preserve"> </w:t>
            </w:r>
            <w:proofErr w:type="spellStart"/>
            <w:r w:rsidRPr="004543E3">
              <w:rPr>
                <w:i/>
                <w:iCs/>
              </w:rPr>
              <w:t>bản</w:t>
            </w:r>
            <w:proofErr w:type="spellEnd"/>
            <w:r w:rsidRPr="004543E3">
              <w:rPr>
                <w:i/>
                <w:iCs/>
              </w:rPr>
              <w:t xml:space="preserve"> </w:t>
            </w:r>
            <w:proofErr w:type="spellStart"/>
            <w:r w:rsidRPr="004543E3">
              <w:rPr>
                <w:i/>
                <w:iCs/>
              </w:rPr>
              <w:t>mô</w:t>
            </w:r>
            <w:proofErr w:type="spellEnd"/>
            <w:r w:rsidRPr="004543E3">
              <w:rPr>
                <w:i/>
                <w:iCs/>
              </w:rPr>
              <w:t xml:space="preserve"> </w:t>
            </w:r>
            <w:proofErr w:type="spellStart"/>
            <w:r w:rsidRPr="004543E3">
              <w:rPr>
                <w:i/>
                <w:iCs/>
              </w:rPr>
              <w:t>tả</w:t>
            </w:r>
            <w:proofErr w:type="spellEnd"/>
            <w:r w:rsidRPr="004543E3">
              <w:rPr>
                <w:i/>
                <w:iCs/>
              </w:rPr>
              <w:t xml:space="preserve"> </w:t>
            </w:r>
            <w:proofErr w:type="spellStart"/>
            <w:r w:rsidRPr="004543E3">
              <w:rPr>
                <w:i/>
                <w:iCs/>
              </w:rPr>
              <w:t>công</w:t>
            </w:r>
            <w:proofErr w:type="spellEnd"/>
            <w:r w:rsidRPr="004543E3">
              <w:rPr>
                <w:i/>
                <w:iCs/>
              </w:rPr>
              <w:t xml:space="preserve"> </w:t>
            </w:r>
            <w:proofErr w:type="spellStart"/>
            <w:r w:rsidRPr="004543E3">
              <w:rPr>
                <w:i/>
                <w:iCs/>
              </w:rPr>
              <w:t>việc</w:t>
            </w:r>
            <w:proofErr w:type="spellEnd"/>
            <w:r w:rsidRPr="004543E3">
              <w:rPr>
                <w:i/>
                <w:iCs/>
              </w:rPr>
              <w:t xml:space="preserve"> </w:t>
            </w:r>
            <w:proofErr w:type="spellStart"/>
            <w:r w:rsidRPr="004543E3">
              <w:rPr>
                <w:i/>
                <w:iCs/>
              </w:rPr>
              <w:t>và</w:t>
            </w:r>
            <w:proofErr w:type="spellEnd"/>
            <w:r w:rsidRPr="004543E3">
              <w:rPr>
                <w:i/>
                <w:iCs/>
              </w:rPr>
              <w:t xml:space="preserve"> </w:t>
            </w:r>
            <w:proofErr w:type="spellStart"/>
            <w:r w:rsidRPr="004543E3">
              <w:rPr>
                <w:i/>
                <w:iCs/>
              </w:rPr>
              <w:t>khung</w:t>
            </w:r>
            <w:proofErr w:type="spellEnd"/>
            <w:r w:rsidRPr="004543E3">
              <w:rPr>
                <w:i/>
                <w:iCs/>
              </w:rPr>
              <w:t xml:space="preserve"> </w:t>
            </w:r>
            <w:proofErr w:type="spellStart"/>
            <w:r w:rsidRPr="004543E3">
              <w:rPr>
                <w:i/>
                <w:iCs/>
              </w:rPr>
              <w:t>năng</w:t>
            </w:r>
            <w:proofErr w:type="spellEnd"/>
            <w:r w:rsidRPr="004543E3">
              <w:rPr>
                <w:i/>
                <w:iCs/>
              </w:rPr>
              <w:t xml:space="preserve"> </w:t>
            </w:r>
            <w:proofErr w:type="spellStart"/>
            <w:r w:rsidRPr="004543E3">
              <w:rPr>
                <w:i/>
                <w:iCs/>
              </w:rPr>
              <w:t>lực</w:t>
            </w:r>
            <w:proofErr w:type="spellEnd"/>
            <w:r w:rsidRPr="004543E3">
              <w:rPr>
                <w:i/>
                <w:iCs/>
              </w:rPr>
              <w:t xml:space="preserve"> </w:t>
            </w:r>
            <w:proofErr w:type="spellStart"/>
            <w:r w:rsidRPr="004543E3">
              <w:rPr>
                <w:i/>
                <w:iCs/>
              </w:rPr>
              <w:t>vị</w:t>
            </w:r>
            <w:proofErr w:type="spellEnd"/>
            <w:r w:rsidRPr="004543E3">
              <w:rPr>
                <w:i/>
                <w:iCs/>
              </w:rPr>
              <w:t xml:space="preserve"> </w:t>
            </w:r>
            <w:proofErr w:type="spellStart"/>
            <w:r w:rsidRPr="004543E3">
              <w:rPr>
                <w:i/>
                <w:iCs/>
              </w:rPr>
              <w:t>trí</w:t>
            </w:r>
            <w:proofErr w:type="spellEnd"/>
            <w:r w:rsidRPr="004543E3">
              <w:rPr>
                <w:i/>
                <w:iCs/>
              </w:rPr>
              <w:t xml:space="preserve"> </w:t>
            </w:r>
            <w:proofErr w:type="spellStart"/>
            <w:r w:rsidRPr="004543E3">
              <w:rPr>
                <w:i/>
                <w:iCs/>
              </w:rPr>
              <w:t>việc</w:t>
            </w:r>
            <w:proofErr w:type="spellEnd"/>
            <w:r w:rsidRPr="004543E3">
              <w:rPr>
                <w:i/>
                <w:iCs/>
              </w:rPr>
              <w:t xml:space="preserve"> </w:t>
            </w:r>
            <w:proofErr w:type="spellStart"/>
            <w:r w:rsidRPr="004543E3">
              <w:rPr>
                <w:i/>
                <w:iCs/>
              </w:rPr>
              <w:t>làm</w:t>
            </w:r>
            <w:proofErr w:type="spellEnd"/>
            <w:r w:rsidRPr="004543E3">
              <w:rPr>
                <w:i/>
                <w:iCs/>
              </w:rPr>
              <w:t xml:space="preserve">, </w:t>
            </w:r>
            <w:proofErr w:type="spellStart"/>
            <w:r w:rsidRPr="004543E3">
              <w:rPr>
                <w:i/>
                <w:iCs/>
              </w:rPr>
              <w:t>thực</w:t>
            </w:r>
            <w:proofErr w:type="spellEnd"/>
            <w:r w:rsidRPr="004543E3">
              <w:rPr>
                <w:i/>
                <w:iCs/>
              </w:rPr>
              <w:t xml:space="preserve"> </w:t>
            </w:r>
            <w:proofErr w:type="spellStart"/>
            <w:r w:rsidRPr="004543E3">
              <w:rPr>
                <w:i/>
                <w:iCs/>
              </w:rPr>
              <w:t>hiện</w:t>
            </w:r>
            <w:proofErr w:type="spellEnd"/>
            <w:r w:rsidRPr="004543E3">
              <w:rPr>
                <w:i/>
                <w:iCs/>
              </w:rPr>
              <w:t xml:space="preserve"> </w:t>
            </w:r>
            <w:proofErr w:type="spellStart"/>
            <w:r w:rsidRPr="004543E3">
              <w:rPr>
                <w:i/>
                <w:iCs/>
              </w:rPr>
              <w:t>việc</w:t>
            </w:r>
            <w:proofErr w:type="spellEnd"/>
            <w:r w:rsidRPr="004543E3">
              <w:rPr>
                <w:i/>
                <w:iCs/>
              </w:rPr>
              <w:t xml:space="preserve"> </w:t>
            </w:r>
            <w:proofErr w:type="spellStart"/>
            <w:r w:rsidRPr="004543E3">
              <w:rPr>
                <w:i/>
                <w:iCs/>
              </w:rPr>
              <w:t>bố</w:t>
            </w:r>
            <w:proofErr w:type="spellEnd"/>
            <w:r w:rsidRPr="004543E3">
              <w:rPr>
                <w:i/>
                <w:iCs/>
              </w:rPr>
              <w:t xml:space="preserve"> </w:t>
            </w:r>
            <w:proofErr w:type="spellStart"/>
            <w:r w:rsidRPr="004543E3">
              <w:rPr>
                <w:i/>
                <w:iCs/>
              </w:rPr>
              <w:t>trí</w:t>
            </w:r>
            <w:proofErr w:type="spellEnd"/>
            <w:r w:rsidRPr="004543E3">
              <w:rPr>
                <w:i/>
                <w:iCs/>
              </w:rPr>
              <w:t xml:space="preserve"> </w:t>
            </w:r>
            <w:proofErr w:type="spellStart"/>
            <w:r w:rsidRPr="004543E3">
              <w:rPr>
                <w:i/>
                <w:iCs/>
              </w:rPr>
              <w:t>công</w:t>
            </w:r>
            <w:proofErr w:type="spellEnd"/>
            <w:r w:rsidRPr="004543E3">
              <w:rPr>
                <w:i/>
                <w:iCs/>
              </w:rPr>
              <w:t xml:space="preserve"> </w:t>
            </w:r>
            <w:proofErr w:type="spellStart"/>
            <w:r w:rsidRPr="004543E3">
              <w:rPr>
                <w:i/>
                <w:iCs/>
              </w:rPr>
              <w:t>chức</w:t>
            </w:r>
            <w:proofErr w:type="spellEnd"/>
            <w:r w:rsidRPr="004543E3">
              <w:rPr>
                <w:i/>
                <w:iCs/>
              </w:rPr>
              <w:t xml:space="preserve"> </w:t>
            </w:r>
            <w:proofErr w:type="spellStart"/>
            <w:r w:rsidRPr="004543E3">
              <w:rPr>
                <w:i/>
                <w:iCs/>
              </w:rPr>
              <w:t>theo</w:t>
            </w:r>
            <w:proofErr w:type="spellEnd"/>
            <w:r w:rsidRPr="004543E3">
              <w:rPr>
                <w:i/>
                <w:iCs/>
              </w:rPr>
              <w:t xml:space="preserve"> </w:t>
            </w:r>
            <w:proofErr w:type="spellStart"/>
            <w:r w:rsidRPr="004543E3">
              <w:rPr>
                <w:i/>
                <w:iCs/>
              </w:rPr>
              <w:t>vị</w:t>
            </w:r>
            <w:proofErr w:type="spellEnd"/>
            <w:r w:rsidRPr="004543E3">
              <w:rPr>
                <w:i/>
                <w:iCs/>
              </w:rPr>
              <w:t xml:space="preserve"> </w:t>
            </w:r>
            <w:proofErr w:type="spellStart"/>
            <w:r w:rsidRPr="004543E3">
              <w:rPr>
                <w:i/>
                <w:iCs/>
              </w:rPr>
              <w:t>trí</w:t>
            </w:r>
            <w:proofErr w:type="spellEnd"/>
            <w:r w:rsidRPr="004543E3">
              <w:rPr>
                <w:i/>
                <w:iCs/>
              </w:rPr>
              <w:t xml:space="preserve"> </w:t>
            </w:r>
            <w:proofErr w:type="spellStart"/>
            <w:r w:rsidRPr="004543E3">
              <w:rPr>
                <w:i/>
                <w:iCs/>
              </w:rPr>
              <w:t>việc</w:t>
            </w:r>
            <w:proofErr w:type="spellEnd"/>
            <w:r w:rsidRPr="004543E3">
              <w:rPr>
                <w:i/>
                <w:iCs/>
              </w:rPr>
              <w:t xml:space="preserve"> </w:t>
            </w:r>
            <w:proofErr w:type="spellStart"/>
            <w:r w:rsidRPr="004543E3">
              <w:rPr>
                <w:i/>
                <w:iCs/>
              </w:rPr>
              <w:t>làm</w:t>
            </w:r>
            <w:proofErr w:type="spellEnd"/>
            <w:r w:rsidRPr="004543E3">
              <w:rPr>
                <w:i/>
                <w:iCs/>
              </w:rPr>
              <w:t xml:space="preserve"> </w:t>
            </w:r>
            <w:proofErr w:type="spellStart"/>
            <w:r w:rsidRPr="004543E3">
              <w:rPr>
                <w:i/>
                <w:iCs/>
              </w:rPr>
              <w:t>của</w:t>
            </w:r>
            <w:proofErr w:type="spellEnd"/>
            <w:r w:rsidRPr="004543E3">
              <w:rPr>
                <w:i/>
                <w:iCs/>
              </w:rPr>
              <w:t xml:space="preserve"> </w:t>
            </w:r>
            <w:proofErr w:type="spellStart"/>
            <w:r w:rsidRPr="004543E3">
              <w:rPr>
                <w:i/>
                <w:iCs/>
              </w:rPr>
              <w:t>cơ</w:t>
            </w:r>
            <w:proofErr w:type="spellEnd"/>
            <w:r w:rsidRPr="004543E3">
              <w:rPr>
                <w:i/>
                <w:iCs/>
              </w:rPr>
              <w:t xml:space="preserve"> </w:t>
            </w:r>
            <w:proofErr w:type="spellStart"/>
            <w:r w:rsidRPr="004543E3">
              <w:rPr>
                <w:i/>
                <w:iCs/>
              </w:rPr>
              <w:t>quan</w:t>
            </w:r>
            <w:proofErr w:type="spellEnd"/>
            <w:r w:rsidRPr="004543E3">
              <w:rPr>
                <w:i/>
                <w:iCs/>
              </w:rPr>
              <w:t xml:space="preserve">, </w:t>
            </w:r>
            <w:proofErr w:type="spellStart"/>
            <w:r w:rsidRPr="004543E3">
              <w:rPr>
                <w:i/>
                <w:iCs/>
              </w:rPr>
              <w:t>tổ</w:t>
            </w:r>
            <w:proofErr w:type="spellEnd"/>
            <w:r w:rsidRPr="004543E3">
              <w:rPr>
                <w:i/>
                <w:iCs/>
              </w:rPr>
              <w:t xml:space="preserve"> </w:t>
            </w:r>
            <w:proofErr w:type="spellStart"/>
            <w:r w:rsidRPr="004543E3">
              <w:rPr>
                <w:i/>
                <w:iCs/>
              </w:rPr>
              <w:t>chức</w:t>
            </w:r>
            <w:proofErr w:type="spellEnd"/>
            <w:r w:rsidRPr="004543E3">
              <w:rPr>
                <w:i/>
                <w:iCs/>
              </w:rPr>
              <w:t xml:space="preserve"> </w:t>
            </w:r>
            <w:proofErr w:type="spellStart"/>
            <w:r w:rsidRPr="004543E3">
              <w:rPr>
                <w:i/>
                <w:iCs/>
              </w:rPr>
              <w:t>mình</w:t>
            </w:r>
            <w:proofErr w:type="spellEnd"/>
            <w:r w:rsidRPr="004543E3">
              <w:rPr>
                <w:i/>
                <w:iCs/>
              </w:rPr>
              <w:t xml:space="preserve"> </w:t>
            </w:r>
            <w:proofErr w:type="spellStart"/>
            <w:r w:rsidRPr="004543E3">
              <w:rPr>
                <w:i/>
                <w:iCs/>
              </w:rPr>
              <w:t>theo</w:t>
            </w:r>
            <w:proofErr w:type="spellEnd"/>
            <w:r w:rsidRPr="004543E3">
              <w:rPr>
                <w:i/>
                <w:iCs/>
              </w:rPr>
              <w:t xml:space="preserve"> </w:t>
            </w:r>
            <w:proofErr w:type="spellStart"/>
            <w:r w:rsidRPr="004543E3">
              <w:rPr>
                <w:i/>
                <w:iCs/>
              </w:rPr>
              <w:t>quy</w:t>
            </w:r>
            <w:proofErr w:type="spellEnd"/>
            <w:r w:rsidRPr="004543E3">
              <w:rPr>
                <w:i/>
                <w:iCs/>
              </w:rPr>
              <w:t xml:space="preserve"> </w:t>
            </w:r>
            <w:proofErr w:type="spellStart"/>
            <w:r w:rsidRPr="004543E3">
              <w:rPr>
                <w:i/>
                <w:iCs/>
              </w:rPr>
              <w:t>định</w:t>
            </w:r>
            <w:proofErr w:type="spellEnd"/>
            <w:r w:rsidRPr="004543E3">
              <w:rPr>
                <w:i/>
                <w:iCs/>
              </w:rPr>
              <w:t xml:space="preserve"> </w:t>
            </w:r>
            <w:proofErr w:type="spellStart"/>
            <w:r w:rsidRPr="004543E3">
              <w:rPr>
                <w:i/>
                <w:iCs/>
              </w:rPr>
              <w:t>tại</w:t>
            </w:r>
            <w:proofErr w:type="spellEnd"/>
            <w:r w:rsidRPr="004543E3">
              <w:rPr>
                <w:i/>
                <w:iCs/>
              </w:rPr>
              <w:t xml:space="preserve"> </w:t>
            </w:r>
            <w:proofErr w:type="spellStart"/>
            <w:r w:rsidRPr="004543E3">
              <w:rPr>
                <w:i/>
                <w:iCs/>
              </w:rPr>
              <w:t>Nghị</w:t>
            </w:r>
            <w:proofErr w:type="spellEnd"/>
            <w:r w:rsidRPr="004543E3">
              <w:rPr>
                <w:i/>
                <w:iCs/>
              </w:rPr>
              <w:t xml:space="preserve"> </w:t>
            </w:r>
            <w:proofErr w:type="spellStart"/>
            <w:r w:rsidRPr="004543E3">
              <w:rPr>
                <w:i/>
                <w:iCs/>
              </w:rPr>
              <w:t>định</w:t>
            </w:r>
            <w:proofErr w:type="spellEnd"/>
            <w:r w:rsidRPr="004543E3">
              <w:rPr>
                <w:i/>
                <w:iCs/>
              </w:rPr>
              <w:t xml:space="preserve"> </w:t>
            </w:r>
            <w:proofErr w:type="spellStart"/>
            <w:r w:rsidRPr="004543E3">
              <w:rPr>
                <w:i/>
                <w:iCs/>
              </w:rPr>
              <w:t>này</w:t>
            </w:r>
            <w:proofErr w:type="spellEnd"/>
            <w:r w:rsidRPr="004543E3">
              <w:rPr>
                <w:i/>
                <w:iCs/>
              </w:rPr>
              <w:t>”</w:t>
            </w:r>
            <w:r w:rsidRPr="004543E3">
              <w:t xml:space="preserve">. </w:t>
            </w:r>
            <w:proofErr w:type="spellStart"/>
            <w:r w:rsidRPr="004543E3">
              <w:t>Về</w:t>
            </w:r>
            <w:proofErr w:type="spellEnd"/>
            <w:r w:rsidRPr="004543E3">
              <w:t xml:space="preserve"> </w:t>
            </w:r>
            <w:proofErr w:type="spellStart"/>
            <w:r w:rsidRPr="004543E3">
              <w:t>nguyên</w:t>
            </w:r>
            <w:proofErr w:type="spellEnd"/>
            <w:r w:rsidRPr="004543E3">
              <w:t xml:space="preserve"> </w:t>
            </w:r>
            <w:proofErr w:type="spellStart"/>
            <w:r w:rsidRPr="004543E3">
              <w:t>tắc</w:t>
            </w:r>
            <w:proofErr w:type="spellEnd"/>
            <w:r w:rsidRPr="004543E3">
              <w:t xml:space="preserve">, </w:t>
            </w:r>
            <w:proofErr w:type="spellStart"/>
            <w:r w:rsidRPr="004543E3">
              <w:t>công</w:t>
            </w:r>
            <w:proofErr w:type="spellEnd"/>
            <w:r w:rsidRPr="004543E3">
              <w:t xml:space="preserve"> </w:t>
            </w:r>
            <w:proofErr w:type="spellStart"/>
            <w:r w:rsidRPr="004543E3">
              <w:t>chức</w:t>
            </w:r>
            <w:proofErr w:type="spellEnd"/>
            <w:r w:rsidRPr="004543E3">
              <w:t xml:space="preserve"> </w:t>
            </w:r>
            <w:proofErr w:type="spellStart"/>
            <w:r w:rsidRPr="004543E3">
              <w:t>được</w:t>
            </w:r>
            <w:proofErr w:type="spellEnd"/>
            <w:r w:rsidRPr="004543E3">
              <w:t xml:space="preserve"> </w:t>
            </w:r>
            <w:proofErr w:type="spellStart"/>
            <w:r w:rsidRPr="004543E3">
              <w:t>bố</w:t>
            </w:r>
            <w:proofErr w:type="spellEnd"/>
            <w:r w:rsidRPr="004543E3">
              <w:t xml:space="preserve"> </w:t>
            </w:r>
            <w:proofErr w:type="spellStart"/>
            <w:r w:rsidRPr="004543E3">
              <w:t>trí</w:t>
            </w:r>
            <w:proofErr w:type="spellEnd"/>
            <w:r w:rsidRPr="004543E3">
              <w:t xml:space="preserve"> </w:t>
            </w:r>
            <w:proofErr w:type="spellStart"/>
            <w:r w:rsidRPr="004543E3">
              <w:t>vào</w:t>
            </w:r>
            <w:proofErr w:type="spellEnd"/>
            <w:r w:rsidRPr="004543E3">
              <w:t xml:space="preserve"> </w:t>
            </w:r>
            <w:proofErr w:type="spellStart"/>
            <w:r w:rsidRPr="004543E3">
              <w:t>vị</w:t>
            </w:r>
            <w:proofErr w:type="spellEnd"/>
            <w:r w:rsidRPr="004543E3">
              <w:t xml:space="preserve"> </w:t>
            </w:r>
            <w:proofErr w:type="spellStart"/>
            <w:r w:rsidRPr="004543E3">
              <w:t>trí</w:t>
            </w:r>
            <w:proofErr w:type="spellEnd"/>
            <w:r w:rsidRPr="004543E3">
              <w:t xml:space="preserve"> </w:t>
            </w:r>
            <w:proofErr w:type="spellStart"/>
            <w:r w:rsidRPr="004543E3">
              <w:t>việc</w:t>
            </w:r>
            <w:proofErr w:type="spellEnd"/>
            <w:r w:rsidRPr="004543E3">
              <w:t xml:space="preserve"> </w:t>
            </w:r>
            <w:proofErr w:type="spellStart"/>
            <w:r w:rsidRPr="004543E3">
              <w:t>làm</w:t>
            </w:r>
            <w:proofErr w:type="spellEnd"/>
            <w:r w:rsidRPr="004543E3">
              <w:t xml:space="preserve"> </w:t>
            </w:r>
            <w:proofErr w:type="spellStart"/>
            <w:r w:rsidRPr="004543E3">
              <w:t>nào</w:t>
            </w:r>
            <w:proofErr w:type="spellEnd"/>
            <w:r w:rsidRPr="004543E3">
              <w:t xml:space="preserve"> </w:t>
            </w:r>
            <w:proofErr w:type="spellStart"/>
            <w:r w:rsidRPr="004543E3">
              <w:t>thì</w:t>
            </w:r>
            <w:proofErr w:type="spellEnd"/>
            <w:r w:rsidRPr="004543E3">
              <w:t xml:space="preserve"> </w:t>
            </w:r>
            <w:proofErr w:type="spellStart"/>
            <w:r w:rsidRPr="004543E3">
              <w:t>xếp</w:t>
            </w:r>
            <w:proofErr w:type="spellEnd"/>
            <w:r w:rsidRPr="004543E3">
              <w:t xml:space="preserve"> </w:t>
            </w:r>
            <w:proofErr w:type="spellStart"/>
            <w:r w:rsidRPr="004543E3">
              <w:t>ngạch</w:t>
            </w:r>
            <w:proofErr w:type="spellEnd"/>
            <w:r w:rsidRPr="004543E3">
              <w:t xml:space="preserve"> </w:t>
            </w:r>
            <w:proofErr w:type="spellStart"/>
            <w:r w:rsidRPr="004543E3">
              <w:t>tương</w:t>
            </w:r>
            <w:proofErr w:type="spellEnd"/>
            <w:r w:rsidRPr="004543E3">
              <w:t xml:space="preserve"> </w:t>
            </w:r>
            <w:proofErr w:type="spellStart"/>
            <w:r w:rsidRPr="004543E3">
              <w:t>ứng</w:t>
            </w:r>
            <w:proofErr w:type="spellEnd"/>
            <w:r w:rsidRPr="004543E3">
              <w:t xml:space="preserve"> </w:t>
            </w:r>
            <w:proofErr w:type="spellStart"/>
            <w:r w:rsidRPr="004543E3">
              <w:t>theo</w:t>
            </w:r>
            <w:proofErr w:type="spellEnd"/>
            <w:r w:rsidRPr="004543E3">
              <w:t xml:space="preserve"> </w:t>
            </w:r>
            <w:proofErr w:type="spellStart"/>
            <w:r w:rsidRPr="004543E3">
              <w:t>vị</w:t>
            </w:r>
            <w:proofErr w:type="spellEnd"/>
            <w:r w:rsidRPr="004543E3">
              <w:t xml:space="preserve"> </w:t>
            </w:r>
            <w:proofErr w:type="spellStart"/>
            <w:r w:rsidRPr="004543E3">
              <w:t>trí</w:t>
            </w:r>
            <w:proofErr w:type="spellEnd"/>
            <w:r w:rsidRPr="004543E3">
              <w:t xml:space="preserve"> </w:t>
            </w:r>
            <w:proofErr w:type="spellStart"/>
            <w:r w:rsidRPr="004543E3">
              <w:t>việc</w:t>
            </w:r>
            <w:proofErr w:type="spellEnd"/>
            <w:r w:rsidRPr="004543E3">
              <w:t xml:space="preserve"> </w:t>
            </w:r>
            <w:proofErr w:type="spellStart"/>
            <w:r w:rsidRPr="004543E3">
              <w:t>làm</w:t>
            </w:r>
            <w:proofErr w:type="spellEnd"/>
            <w:r w:rsidRPr="004543E3">
              <w:t xml:space="preserve"> </w:t>
            </w:r>
            <w:proofErr w:type="spellStart"/>
            <w:r w:rsidRPr="004543E3">
              <w:t>đó</w:t>
            </w:r>
            <w:proofErr w:type="spellEnd"/>
            <w:r w:rsidRPr="004543E3">
              <w:t xml:space="preserve">. </w:t>
            </w:r>
            <w:proofErr w:type="spellStart"/>
            <w:r w:rsidRPr="004543E3">
              <w:t>Việc</w:t>
            </w:r>
            <w:proofErr w:type="spellEnd"/>
            <w:r w:rsidRPr="004543E3">
              <w:t xml:space="preserve"> </w:t>
            </w:r>
            <w:proofErr w:type="spellStart"/>
            <w:r w:rsidRPr="004543E3">
              <w:t>xếp</w:t>
            </w:r>
            <w:proofErr w:type="spellEnd"/>
            <w:r w:rsidRPr="004543E3">
              <w:t xml:space="preserve"> </w:t>
            </w:r>
            <w:proofErr w:type="spellStart"/>
            <w:r w:rsidRPr="004543E3">
              <w:t>ngạch</w:t>
            </w:r>
            <w:proofErr w:type="spellEnd"/>
            <w:r w:rsidRPr="004543E3">
              <w:t xml:space="preserve"> </w:t>
            </w:r>
            <w:proofErr w:type="spellStart"/>
            <w:r w:rsidRPr="004543E3">
              <w:t>công</w:t>
            </w:r>
            <w:proofErr w:type="spellEnd"/>
            <w:r w:rsidRPr="004543E3">
              <w:t xml:space="preserve"> </w:t>
            </w:r>
            <w:proofErr w:type="spellStart"/>
            <w:r w:rsidRPr="004543E3">
              <w:t>chức</w:t>
            </w:r>
            <w:proofErr w:type="spellEnd"/>
            <w:r w:rsidRPr="004543E3">
              <w:t xml:space="preserve"> </w:t>
            </w:r>
            <w:proofErr w:type="spellStart"/>
            <w:r w:rsidRPr="004543E3">
              <w:t>theo</w:t>
            </w:r>
            <w:proofErr w:type="spellEnd"/>
            <w:r w:rsidRPr="004543E3">
              <w:t xml:space="preserve"> </w:t>
            </w:r>
            <w:proofErr w:type="spellStart"/>
            <w:r w:rsidRPr="004543E3">
              <w:t>vị</w:t>
            </w:r>
            <w:proofErr w:type="spellEnd"/>
            <w:r w:rsidRPr="004543E3">
              <w:t xml:space="preserve"> </w:t>
            </w:r>
            <w:proofErr w:type="spellStart"/>
            <w:r w:rsidRPr="004543E3">
              <w:t>trí</w:t>
            </w:r>
            <w:proofErr w:type="spellEnd"/>
            <w:r w:rsidRPr="004543E3">
              <w:t xml:space="preserve"> </w:t>
            </w:r>
            <w:proofErr w:type="spellStart"/>
            <w:r w:rsidRPr="004543E3">
              <w:t>việc</w:t>
            </w:r>
            <w:proofErr w:type="spellEnd"/>
            <w:r w:rsidRPr="004543E3">
              <w:t xml:space="preserve"> </w:t>
            </w:r>
            <w:proofErr w:type="spellStart"/>
            <w:r w:rsidRPr="004543E3">
              <w:t>làm</w:t>
            </w:r>
            <w:proofErr w:type="spellEnd"/>
            <w:r w:rsidRPr="004543E3">
              <w:t xml:space="preserve"> </w:t>
            </w:r>
            <w:proofErr w:type="spellStart"/>
            <w:r w:rsidRPr="004543E3">
              <w:t>đối</w:t>
            </w:r>
            <w:proofErr w:type="spellEnd"/>
            <w:r w:rsidRPr="004543E3">
              <w:t xml:space="preserve"> </w:t>
            </w:r>
            <w:proofErr w:type="spellStart"/>
            <w:r w:rsidRPr="004543E3">
              <w:t>với</w:t>
            </w:r>
            <w:proofErr w:type="spellEnd"/>
            <w:r w:rsidRPr="004543E3">
              <w:t xml:space="preserve"> </w:t>
            </w:r>
            <w:proofErr w:type="spellStart"/>
            <w:r w:rsidRPr="004543E3">
              <w:t>công</w:t>
            </w:r>
            <w:proofErr w:type="spellEnd"/>
            <w:r w:rsidRPr="004543E3">
              <w:t xml:space="preserve"> </w:t>
            </w:r>
            <w:proofErr w:type="spellStart"/>
            <w:r w:rsidRPr="004543E3">
              <w:t>chức</w:t>
            </w:r>
            <w:proofErr w:type="spellEnd"/>
            <w:r w:rsidRPr="004543E3">
              <w:t xml:space="preserve"> </w:t>
            </w:r>
            <w:proofErr w:type="spellStart"/>
            <w:r w:rsidRPr="004543E3">
              <w:t>chuyên</w:t>
            </w:r>
            <w:proofErr w:type="spellEnd"/>
            <w:r w:rsidRPr="004543E3">
              <w:t xml:space="preserve"> </w:t>
            </w:r>
            <w:proofErr w:type="spellStart"/>
            <w:r w:rsidRPr="004543E3">
              <w:lastRenderedPageBreak/>
              <w:t>môn</w:t>
            </w:r>
            <w:proofErr w:type="spellEnd"/>
            <w:r w:rsidRPr="004543E3">
              <w:t xml:space="preserve">, </w:t>
            </w:r>
            <w:proofErr w:type="spellStart"/>
            <w:r w:rsidRPr="004543E3">
              <w:t>nghiệp</w:t>
            </w:r>
            <w:proofErr w:type="spellEnd"/>
            <w:r w:rsidRPr="004543E3">
              <w:t xml:space="preserve"> vụ </w:t>
            </w:r>
            <w:proofErr w:type="spellStart"/>
            <w:r w:rsidRPr="004543E3">
              <w:t>phải</w:t>
            </w:r>
            <w:proofErr w:type="spellEnd"/>
            <w:r w:rsidRPr="004543E3">
              <w:t xml:space="preserve"> </w:t>
            </w:r>
            <w:proofErr w:type="spellStart"/>
            <w:r w:rsidRPr="004543E3">
              <w:t>căn</w:t>
            </w:r>
            <w:proofErr w:type="spellEnd"/>
            <w:r w:rsidRPr="004543E3">
              <w:t xml:space="preserve"> </w:t>
            </w:r>
            <w:proofErr w:type="spellStart"/>
            <w:r w:rsidRPr="004543E3">
              <w:t>cư</w:t>
            </w:r>
            <w:proofErr w:type="spellEnd"/>
            <w:r w:rsidRPr="004543E3">
              <w:t xml:space="preserve">́ </w:t>
            </w:r>
            <w:proofErr w:type="spellStart"/>
            <w:r w:rsidRPr="004543E3">
              <w:t>bản</w:t>
            </w:r>
            <w:proofErr w:type="spellEnd"/>
            <w:r w:rsidRPr="004543E3">
              <w:t xml:space="preserve"> </w:t>
            </w:r>
            <w:proofErr w:type="spellStart"/>
            <w:r w:rsidRPr="004543E3">
              <w:t>mô</w:t>
            </w:r>
            <w:proofErr w:type="spellEnd"/>
            <w:r w:rsidRPr="004543E3">
              <w:t xml:space="preserve"> </w:t>
            </w:r>
            <w:proofErr w:type="spellStart"/>
            <w:r w:rsidRPr="004543E3">
              <w:t>tả</w:t>
            </w:r>
            <w:proofErr w:type="spellEnd"/>
            <w:r w:rsidRPr="004543E3">
              <w:t xml:space="preserve"> </w:t>
            </w:r>
            <w:proofErr w:type="spellStart"/>
            <w:r w:rsidRPr="004543E3">
              <w:t>vị</w:t>
            </w:r>
            <w:proofErr w:type="spellEnd"/>
            <w:r w:rsidRPr="004543E3">
              <w:t xml:space="preserve"> </w:t>
            </w:r>
            <w:proofErr w:type="spellStart"/>
            <w:r w:rsidRPr="004543E3">
              <w:t>trí</w:t>
            </w:r>
            <w:proofErr w:type="spellEnd"/>
            <w:r w:rsidRPr="004543E3">
              <w:t xml:space="preserve"> </w:t>
            </w:r>
            <w:proofErr w:type="spellStart"/>
            <w:r w:rsidRPr="004543E3">
              <w:t>việc</w:t>
            </w:r>
            <w:proofErr w:type="spellEnd"/>
            <w:r w:rsidRPr="004543E3">
              <w:t xml:space="preserve"> </w:t>
            </w:r>
            <w:proofErr w:type="spellStart"/>
            <w:r w:rsidRPr="004543E3">
              <w:t>làm</w:t>
            </w:r>
            <w:proofErr w:type="spellEnd"/>
            <w:r w:rsidRPr="004543E3">
              <w:t xml:space="preserve">, </w:t>
            </w:r>
            <w:proofErr w:type="spellStart"/>
            <w:r w:rsidRPr="004543E3">
              <w:t>khung</w:t>
            </w:r>
            <w:proofErr w:type="spellEnd"/>
            <w:r w:rsidRPr="004543E3">
              <w:t xml:space="preserve"> </w:t>
            </w:r>
            <w:proofErr w:type="spellStart"/>
            <w:r w:rsidRPr="004543E3">
              <w:t>năng</w:t>
            </w:r>
            <w:proofErr w:type="spellEnd"/>
            <w:r w:rsidRPr="004543E3">
              <w:t xml:space="preserve"> </w:t>
            </w:r>
            <w:proofErr w:type="spellStart"/>
            <w:r w:rsidRPr="004543E3">
              <w:t>lực</w:t>
            </w:r>
            <w:proofErr w:type="spellEnd"/>
            <w:r w:rsidRPr="004543E3">
              <w:t xml:space="preserve"> </w:t>
            </w:r>
            <w:proofErr w:type="spellStart"/>
            <w:r w:rsidRPr="004543E3">
              <w:t>của</w:t>
            </w:r>
            <w:proofErr w:type="spellEnd"/>
            <w:r w:rsidRPr="004543E3">
              <w:t xml:space="preserve"> </w:t>
            </w:r>
            <w:proofErr w:type="spellStart"/>
            <w:r w:rsidRPr="004543E3">
              <w:t>vị</w:t>
            </w:r>
            <w:proofErr w:type="spellEnd"/>
            <w:r w:rsidRPr="004543E3">
              <w:t xml:space="preserve"> </w:t>
            </w:r>
            <w:proofErr w:type="spellStart"/>
            <w:r w:rsidRPr="004543E3">
              <w:t>trí</w:t>
            </w:r>
            <w:proofErr w:type="spellEnd"/>
            <w:r w:rsidRPr="004543E3">
              <w:t xml:space="preserve"> </w:t>
            </w:r>
            <w:proofErr w:type="spellStart"/>
            <w:r w:rsidRPr="004543E3">
              <w:t>việc</w:t>
            </w:r>
            <w:proofErr w:type="spellEnd"/>
            <w:r w:rsidRPr="004543E3">
              <w:t xml:space="preserve"> </w:t>
            </w:r>
            <w:proofErr w:type="spellStart"/>
            <w:r w:rsidRPr="004543E3">
              <w:t>làm</w:t>
            </w:r>
            <w:proofErr w:type="spellEnd"/>
            <w:r w:rsidRPr="004543E3">
              <w:t xml:space="preserve"> (</w:t>
            </w:r>
            <w:proofErr w:type="spellStart"/>
            <w:r w:rsidRPr="004543E3">
              <w:t>điểm</w:t>
            </w:r>
            <w:proofErr w:type="spellEnd"/>
            <w:r w:rsidRPr="004543E3">
              <w:t xml:space="preserve"> a </w:t>
            </w:r>
            <w:proofErr w:type="spellStart"/>
            <w:r w:rsidRPr="004543E3">
              <w:t>khoản</w:t>
            </w:r>
            <w:proofErr w:type="spellEnd"/>
            <w:r w:rsidRPr="004543E3">
              <w:t xml:space="preserve"> 1 </w:t>
            </w:r>
            <w:proofErr w:type="spellStart"/>
            <w:r w:rsidRPr="004543E3">
              <w:t>Điều</w:t>
            </w:r>
            <w:proofErr w:type="spellEnd"/>
            <w:r w:rsidRPr="004543E3">
              <w:t xml:space="preserve"> 9 </w:t>
            </w:r>
            <w:proofErr w:type="spellStart"/>
            <w:r w:rsidRPr="004543E3">
              <w:t>Nghị</w:t>
            </w:r>
            <w:proofErr w:type="spellEnd"/>
            <w:r w:rsidRPr="004543E3">
              <w:t xml:space="preserve"> </w:t>
            </w:r>
            <w:proofErr w:type="spellStart"/>
            <w:r w:rsidRPr="004543E3">
              <w:t>định</w:t>
            </w:r>
            <w:proofErr w:type="spellEnd"/>
            <w:r w:rsidRPr="004543E3">
              <w:t xml:space="preserve"> </w:t>
            </w:r>
            <w:proofErr w:type="spellStart"/>
            <w:r w:rsidRPr="004543E3">
              <w:t>số</w:t>
            </w:r>
            <w:proofErr w:type="spellEnd"/>
            <w:r w:rsidRPr="004543E3">
              <w:t xml:space="preserve"> 361/2025/NĐ-CP). </w:t>
            </w:r>
          </w:p>
          <w:p w14:paraId="2E0AB992" w14:textId="77777777" w:rsidR="00512F52" w:rsidRPr="004543E3" w:rsidRDefault="00512F52" w:rsidP="00563608">
            <w:pPr>
              <w:spacing w:before="120" w:after="120" w:line="240" w:lineRule="auto"/>
              <w:jc w:val="both"/>
            </w:pPr>
            <w:proofErr w:type="spellStart"/>
            <w:r w:rsidRPr="004543E3">
              <w:t>Tương</w:t>
            </w:r>
            <w:proofErr w:type="spellEnd"/>
            <w:r w:rsidRPr="004543E3">
              <w:t xml:space="preserve"> </w:t>
            </w:r>
            <w:proofErr w:type="spellStart"/>
            <w:r w:rsidRPr="004543E3">
              <w:t>tự</w:t>
            </w:r>
            <w:proofErr w:type="spellEnd"/>
            <w:r w:rsidRPr="004543E3">
              <w:t xml:space="preserve"> </w:t>
            </w:r>
            <w:proofErr w:type="spellStart"/>
            <w:r w:rsidRPr="004543E3">
              <w:t>như</w:t>
            </w:r>
            <w:proofErr w:type="spellEnd"/>
            <w:r w:rsidRPr="004543E3">
              <w:t xml:space="preserve"> </w:t>
            </w:r>
            <w:proofErr w:type="spellStart"/>
            <w:r w:rsidRPr="004543E3">
              <w:t>vậy</w:t>
            </w:r>
            <w:proofErr w:type="spellEnd"/>
            <w:r w:rsidRPr="004543E3">
              <w:t xml:space="preserve">, </w:t>
            </w:r>
            <w:proofErr w:type="spellStart"/>
            <w:r w:rsidRPr="004543E3">
              <w:t>đối</w:t>
            </w:r>
            <w:proofErr w:type="spellEnd"/>
            <w:r w:rsidRPr="004543E3">
              <w:t xml:space="preserve"> </w:t>
            </w:r>
            <w:proofErr w:type="spellStart"/>
            <w:r w:rsidRPr="004543E3">
              <w:t>với</w:t>
            </w:r>
            <w:proofErr w:type="spellEnd"/>
            <w:r w:rsidRPr="004543E3">
              <w:t xml:space="preserve"> </w:t>
            </w:r>
            <w:proofErr w:type="spellStart"/>
            <w:r w:rsidRPr="004543E3">
              <w:t>pháp</w:t>
            </w:r>
            <w:proofErr w:type="spellEnd"/>
            <w:r w:rsidRPr="004543E3">
              <w:t xml:space="preserve"> </w:t>
            </w:r>
            <w:proofErr w:type="spellStart"/>
            <w:r w:rsidRPr="004543E3">
              <w:t>luật</w:t>
            </w:r>
            <w:proofErr w:type="spellEnd"/>
            <w:r w:rsidRPr="004543E3">
              <w:t xml:space="preserve"> </w:t>
            </w:r>
            <w:proofErr w:type="spellStart"/>
            <w:r w:rsidRPr="004543E3">
              <w:t>về</w:t>
            </w:r>
            <w:proofErr w:type="spellEnd"/>
            <w:r w:rsidRPr="004543E3">
              <w:t xml:space="preserve"> </w:t>
            </w:r>
            <w:proofErr w:type="spellStart"/>
            <w:r w:rsidRPr="004543E3">
              <w:t>viên</w:t>
            </w:r>
            <w:proofErr w:type="spellEnd"/>
            <w:r w:rsidRPr="004543E3">
              <w:t xml:space="preserve"> </w:t>
            </w:r>
            <w:proofErr w:type="spellStart"/>
            <w:r w:rsidRPr="004543E3">
              <w:t>chức</w:t>
            </w:r>
            <w:proofErr w:type="spellEnd"/>
            <w:r w:rsidRPr="004543E3">
              <w:t xml:space="preserve">, </w:t>
            </w:r>
            <w:proofErr w:type="spellStart"/>
            <w:r w:rsidRPr="004543E3">
              <w:t>Luật</w:t>
            </w:r>
            <w:proofErr w:type="spellEnd"/>
            <w:r w:rsidRPr="004543E3">
              <w:t xml:space="preserve"> Viên </w:t>
            </w:r>
            <w:proofErr w:type="spellStart"/>
            <w:r w:rsidRPr="004543E3">
              <w:t>chức</w:t>
            </w:r>
            <w:proofErr w:type="spellEnd"/>
            <w:r w:rsidRPr="004543E3">
              <w:t xml:space="preserve"> </w:t>
            </w:r>
            <w:proofErr w:type="spellStart"/>
            <w:r w:rsidRPr="004543E3">
              <w:t>năm</w:t>
            </w:r>
            <w:proofErr w:type="spellEnd"/>
            <w:r w:rsidRPr="004543E3">
              <w:t xml:space="preserve"> 2025 </w:t>
            </w:r>
            <w:proofErr w:type="spellStart"/>
            <w:r w:rsidRPr="004543E3">
              <w:t>đa</w:t>
            </w:r>
            <w:proofErr w:type="spellEnd"/>
            <w:r w:rsidRPr="004543E3">
              <w:t xml:space="preserve">̃ </w:t>
            </w:r>
            <w:proofErr w:type="spellStart"/>
            <w:r w:rsidRPr="004543E3">
              <w:t>có</w:t>
            </w:r>
            <w:proofErr w:type="spellEnd"/>
            <w:r w:rsidRPr="004543E3">
              <w:t xml:space="preserve"> </w:t>
            </w:r>
            <w:proofErr w:type="spellStart"/>
            <w:r w:rsidRPr="004543E3">
              <w:t>những</w:t>
            </w:r>
            <w:proofErr w:type="spellEnd"/>
            <w:r w:rsidRPr="004543E3">
              <w:t xml:space="preserve"> </w:t>
            </w:r>
            <w:proofErr w:type="spellStart"/>
            <w:r w:rsidRPr="004543E3">
              <w:t>sửa</w:t>
            </w:r>
            <w:proofErr w:type="spellEnd"/>
            <w:r w:rsidRPr="004543E3">
              <w:t xml:space="preserve"> </w:t>
            </w:r>
            <w:proofErr w:type="spellStart"/>
            <w:r w:rsidRPr="004543E3">
              <w:t>đổi</w:t>
            </w:r>
            <w:proofErr w:type="spellEnd"/>
            <w:r w:rsidRPr="004543E3">
              <w:t xml:space="preserve">, </w:t>
            </w:r>
            <w:proofErr w:type="spellStart"/>
            <w:r w:rsidRPr="004543E3">
              <w:t>bổ</w:t>
            </w:r>
            <w:proofErr w:type="spellEnd"/>
            <w:r w:rsidRPr="004543E3">
              <w:t xml:space="preserve"> sung </w:t>
            </w:r>
            <w:proofErr w:type="spellStart"/>
            <w:r w:rsidRPr="004543E3">
              <w:t>mới</w:t>
            </w:r>
            <w:proofErr w:type="spellEnd"/>
            <w:r w:rsidRPr="004543E3">
              <w:t xml:space="preserve"> </w:t>
            </w:r>
            <w:proofErr w:type="spellStart"/>
            <w:r w:rsidRPr="004543E3">
              <w:t>về</w:t>
            </w:r>
            <w:proofErr w:type="spellEnd"/>
            <w:r w:rsidRPr="004543E3">
              <w:t xml:space="preserve"> </w:t>
            </w:r>
            <w:proofErr w:type="spellStart"/>
            <w:r w:rsidRPr="004543E3">
              <w:t>tuyển</w:t>
            </w:r>
            <w:proofErr w:type="spellEnd"/>
            <w:r w:rsidRPr="004543E3">
              <w:t xml:space="preserve"> </w:t>
            </w:r>
            <w:proofErr w:type="spellStart"/>
            <w:r w:rsidRPr="004543E3">
              <w:t>dụng</w:t>
            </w:r>
            <w:proofErr w:type="spellEnd"/>
            <w:r w:rsidRPr="004543E3">
              <w:t xml:space="preserve">, </w:t>
            </w:r>
            <w:proofErr w:type="spellStart"/>
            <w:r w:rsidRPr="004543E3">
              <w:t>sử</w:t>
            </w:r>
            <w:proofErr w:type="spellEnd"/>
            <w:r w:rsidRPr="004543E3">
              <w:t xml:space="preserve"> </w:t>
            </w:r>
            <w:proofErr w:type="spellStart"/>
            <w:r w:rsidRPr="004543E3">
              <w:t>dụng</w:t>
            </w:r>
            <w:proofErr w:type="spellEnd"/>
            <w:r w:rsidRPr="004543E3">
              <w:t xml:space="preserve">, </w:t>
            </w:r>
            <w:proofErr w:type="spellStart"/>
            <w:r w:rsidRPr="004543E3">
              <w:t>quản</w:t>
            </w:r>
            <w:proofErr w:type="spellEnd"/>
            <w:r w:rsidRPr="004543E3">
              <w:t xml:space="preserve"> </w:t>
            </w:r>
            <w:proofErr w:type="spellStart"/>
            <w:r w:rsidRPr="004543E3">
              <w:t>lý</w:t>
            </w:r>
            <w:proofErr w:type="spellEnd"/>
            <w:r w:rsidRPr="004543E3">
              <w:t xml:space="preserve"> </w:t>
            </w:r>
            <w:proofErr w:type="spellStart"/>
            <w:r w:rsidRPr="004543E3">
              <w:t>viên</w:t>
            </w:r>
            <w:proofErr w:type="spellEnd"/>
            <w:r w:rsidRPr="004543E3">
              <w:t xml:space="preserve"> </w:t>
            </w:r>
            <w:proofErr w:type="spellStart"/>
            <w:r w:rsidRPr="004543E3">
              <w:t>chức</w:t>
            </w:r>
            <w:proofErr w:type="spellEnd"/>
            <w:r w:rsidRPr="004543E3">
              <w:t xml:space="preserve">, </w:t>
            </w:r>
            <w:proofErr w:type="spellStart"/>
            <w:r w:rsidRPr="004543E3">
              <w:t>trong</w:t>
            </w:r>
            <w:proofErr w:type="spellEnd"/>
            <w:r w:rsidRPr="004543E3">
              <w:t xml:space="preserve"> </w:t>
            </w:r>
            <w:proofErr w:type="spellStart"/>
            <w:r w:rsidRPr="004543E3">
              <w:t>đó</w:t>
            </w:r>
            <w:proofErr w:type="spellEnd"/>
            <w:r w:rsidRPr="004543E3">
              <w:t xml:space="preserve"> </w:t>
            </w:r>
            <w:proofErr w:type="spellStart"/>
            <w:r w:rsidRPr="004543E3">
              <w:t>có</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về</w:t>
            </w:r>
            <w:proofErr w:type="spellEnd"/>
            <w:r w:rsidRPr="004543E3">
              <w:t xml:space="preserve"> </w:t>
            </w:r>
            <w:proofErr w:type="spellStart"/>
            <w:r w:rsidRPr="004543E3">
              <w:t>vị</w:t>
            </w:r>
            <w:proofErr w:type="spellEnd"/>
            <w:r w:rsidRPr="004543E3">
              <w:t xml:space="preserve"> </w:t>
            </w:r>
            <w:proofErr w:type="spellStart"/>
            <w:r w:rsidRPr="004543E3">
              <w:t>trí</w:t>
            </w:r>
            <w:proofErr w:type="spellEnd"/>
            <w:r w:rsidRPr="004543E3">
              <w:t xml:space="preserve"> </w:t>
            </w:r>
            <w:proofErr w:type="spellStart"/>
            <w:r w:rsidRPr="004543E3">
              <w:t>việc</w:t>
            </w:r>
            <w:proofErr w:type="spellEnd"/>
            <w:r w:rsidRPr="004543E3">
              <w:t xml:space="preserve"> </w:t>
            </w:r>
            <w:proofErr w:type="spellStart"/>
            <w:r w:rsidRPr="004543E3">
              <w:t>làm</w:t>
            </w:r>
            <w:proofErr w:type="spellEnd"/>
            <w:r w:rsidRPr="004543E3">
              <w:t xml:space="preserve"> </w:t>
            </w:r>
            <w:proofErr w:type="spellStart"/>
            <w:r w:rsidRPr="004543E3">
              <w:t>viên</w:t>
            </w:r>
            <w:proofErr w:type="spellEnd"/>
            <w:r w:rsidRPr="004543E3">
              <w:t xml:space="preserve"> </w:t>
            </w:r>
            <w:proofErr w:type="spellStart"/>
            <w:r w:rsidRPr="004543E3">
              <w:t>chức</w:t>
            </w:r>
            <w:proofErr w:type="spellEnd"/>
            <w:r w:rsidRPr="004543E3">
              <w:t xml:space="preserve"> (</w:t>
            </w:r>
            <w:proofErr w:type="spellStart"/>
            <w:r w:rsidRPr="004543E3">
              <w:t>như</w:t>
            </w:r>
            <w:proofErr w:type="spellEnd"/>
            <w:r w:rsidRPr="004543E3">
              <w:t xml:space="preserve">: </w:t>
            </w:r>
            <w:proofErr w:type="spellStart"/>
            <w:r w:rsidRPr="004543E3">
              <w:t>tại</w:t>
            </w:r>
            <w:proofErr w:type="spellEnd"/>
            <w:r w:rsidRPr="004543E3">
              <w:t xml:space="preserve"> </w:t>
            </w:r>
            <w:proofErr w:type="spellStart"/>
            <w:r w:rsidRPr="004543E3">
              <w:t>khoản</w:t>
            </w:r>
            <w:proofErr w:type="spellEnd"/>
            <w:r w:rsidRPr="004543E3">
              <w:t xml:space="preserve"> 7 </w:t>
            </w:r>
            <w:proofErr w:type="spellStart"/>
            <w:r w:rsidRPr="004543E3">
              <w:t>Điều</w:t>
            </w:r>
            <w:proofErr w:type="spellEnd"/>
            <w:r w:rsidRPr="004543E3">
              <w:t xml:space="preserve"> 5 </w:t>
            </w:r>
            <w:proofErr w:type="spellStart"/>
            <w:r w:rsidRPr="004543E3">
              <w:t>Luật</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r w:rsidRPr="004543E3">
              <w:rPr>
                <w:i/>
                <w:iCs/>
              </w:rPr>
              <w:t>“</w:t>
            </w:r>
            <w:proofErr w:type="spellStart"/>
            <w:r w:rsidRPr="004543E3">
              <w:rPr>
                <w:i/>
                <w:iCs/>
              </w:rPr>
              <w:t>Vị</w:t>
            </w:r>
            <w:proofErr w:type="spellEnd"/>
            <w:r w:rsidRPr="004543E3">
              <w:rPr>
                <w:i/>
                <w:iCs/>
              </w:rPr>
              <w:t xml:space="preserve"> </w:t>
            </w:r>
            <w:proofErr w:type="spellStart"/>
            <w:r w:rsidRPr="004543E3">
              <w:rPr>
                <w:i/>
                <w:iCs/>
              </w:rPr>
              <w:t>trí</w:t>
            </w:r>
            <w:proofErr w:type="spellEnd"/>
            <w:r w:rsidRPr="004543E3">
              <w:rPr>
                <w:i/>
                <w:iCs/>
              </w:rPr>
              <w:t xml:space="preserve"> </w:t>
            </w:r>
            <w:proofErr w:type="spellStart"/>
            <w:r w:rsidRPr="004543E3">
              <w:rPr>
                <w:i/>
                <w:iCs/>
              </w:rPr>
              <w:t>việc</w:t>
            </w:r>
            <w:proofErr w:type="spellEnd"/>
            <w:r w:rsidRPr="004543E3">
              <w:rPr>
                <w:i/>
                <w:iCs/>
              </w:rPr>
              <w:t xml:space="preserve"> </w:t>
            </w:r>
            <w:proofErr w:type="spellStart"/>
            <w:r w:rsidRPr="004543E3">
              <w:rPr>
                <w:i/>
                <w:iCs/>
              </w:rPr>
              <w:t>làm</w:t>
            </w:r>
            <w:proofErr w:type="spellEnd"/>
            <w:r w:rsidRPr="004543E3">
              <w:rPr>
                <w:i/>
                <w:iCs/>
              </w:rPr>
              <w:t xml:space="preserve"> </w:t>
            </w:r>
            <w:proofErr w:type="spellStart"/>
            <w:r w:rsidRPr="004543E3">
              <w:rPr>
                <w:i/>
                <w:iCs/>
              </w:rPr>
              <w:t>là</w:t>
            </w:r>
            <w:proofErr w:type="spellEnd"/>
            <w:r w:rsidRPr="004543E3">
              <w:rPr>
                <w:i/>
                <w:iCs/>
              </w:rPr>
              <w:t xml:space="preserve"> </w:t>
            </w:r>
            <w:proofErr w:type="spellStart"/>
            <w:r w:rsidRPr="004543E3">
              <w:rPr>
                <w:i/>
                <w:iCs/>
              </w:rPr>
              <w:t>công</w:t>
            </w:r>
            <w:proofErr w:type="spellEnd"/>
            <w:r w:rsidRPr="004543E3">
              <w:rPr>
                <w:i/>
                <w:iCs/>
              </w:rPr>
              <w:t xml:space="preserve"> </w:t>
            </w:r>
            <w:proofErr w:type="spellStart"/>
            <w:r w:rsidRPr="004543E3">
              <w:rPr>
                <w:i/>
                <w:iCs/>
              </w:rPr>
              <w:t>việc</w:t>
            </w:r>
            <w:proofErr w:type="spellEnd"/>
            <w:r w:rsidRPr="004543E3">
              <w:rPr>
                <w:i/>
                <w:iCs/>
              </w:rPr>
              <w:t xml:space="preserve"> </w:t>
            </w:r>
            <w:proofErr w:type="spellStart"/>
            <w:r w:rsidRPr="004543E3">
              <w:rPr>
                <w:i/>
                <w:iCs/>
              </w:rPr>
              <w:t>gắn</w:t>
            </w:r>
            <w:proofErr w:type="spellEnd"/>
            <w:r w:rsidRPr="004543E3">
              <w:rPr>
                <w:i/>
                <w:iCs/>
              </w:rPr>
              <w:t xml:space="preserve"> </w:t>
            </w:r>
            <w:proofErr w:type="spellStart"/>
            <w:r w:rsidRPr="004543E3">
              <w:rPr>
                <w:i/>
                <w:iCs/>
              </w:rPr>
              <w:t>với</w:t>
            </w:r>
            <w:proofErr w:type="spellEnd"/>
            <w:r w:rsidRPr="004543E3">
              <w:rPr>
                <w:i/>
                <w:iCs/>
              </w:rPr>
              <w:t xml:space="preserve"> </w:t>
            </w:r>
            <w:proofErr w:type="spellStart"/>
            <w:r w:rsidRPr="004543E3">
              <w:rPr>
                <w:i/>
                <w:iCs/>
              </w:rPr>
              <w:t>chức</w:t>
            </w:r>
            <w:proofErr w:type="spellEnd"/>
            <w:r w:rsidRPr="004543E3">
              <w:rPr>
                <w:i/>
                <w:iCs/>
              </w:rPr>
              <w:t xml:space="preserve"> </w:t>
            </w:r>
            <w:proofErr w:type="spellStart"/>
            <w:r w:rsidRPr="004543E3">
              <w:rPr>
                <w:i/>
                <w:iCs/>
              </w:rPr>
              <w:t>vụ</w:t>
            </w:r>
            <w:proofErr w:type="spellEnd"/>
            <w:r w:rsidRPr="004543E3">
              <w:rPr>
                <w:i/>
                <w:iCs/>
              </w:rPr>
              <w:t xml:space="preserve">, </w:t>
            </w:r>
            <w:proofErr w:type="spellStart"/>
            <w:r w:rsidRPr="004543E3">
              <w:rPr>
                <w:i/>
                <w:iCs/>
              </w:rPr>
              <w:t>chức</w:t>
            </w:r>
            <w:proofErr w:type="spellEnd"/>
            <w:r w:rsidRPr="004543E3">
              <w:rPr>
                <w:i/>
                <w:iCs/>
              </w:rPr>
              <w:t xml:space="preserve"> </w:t>
            </w:r>
            <w:proofErr w:type="spellStart"/>
            <w:r w:rsidRPr="004543E3">
              <w:rPr>
                <w:i/>
                <w:iCs/>
              </w:rPr>
              <w:t>danh</w:t>
            </w:r>
            <w:proofErr w:type="spellEnd"/>
            <w:r w:rsidRPr="004543E3">
              <w:rPr>
                <w:i/>
                <w:iCs/>
              </w:rPr>
              <w:t xml:space="preserve"> </w:t>
            </w:r>
            <w:proofErr w:type="spellStart"/>
            <w:r w:rsidRPr="004543E3">
              <w:rPr>
                <w:i/>
                <w:iCs/>
              </w:rPr>
              <w:t>viên</w:t>
            </w:r>
            <w:proofErr w:type="spellEnd"/>
            <w:r w:rsidRPr="004543E3">
              <w:rPr>
                <w:i/>
                <w:iCs/>
              </w:rPr>
              <w:t xml:space="preserve"> </w:t>
            </w:r>
            <w:proofErr w:type="spellStart"/>
            <w:r w:rsidRPr="004543E3">
              <w:rPr>
                <w:i/>
                <w:iCs/>
              </w:rPr>
              <w:t>chức</w:t>
            </w:r>
            <w:proofErr w:type="spellEnd"/>
            <w:r w:rsidRPr="004543E3">
              <w:rPr>
                <w:i/>
                <w:iCs/>
              </w:rPr>
              <w:t xml:space="preserve"> </w:t>
            </w:r>
            <w:proofErr w:type="spellStart"/>
            <w:r w:rsidRPr="004543E3">
              <w:rPr>
                <w:i/>
                <w:iCs/>
              </w:rPr>
              <w:t>trên</w:t>
            </w:r>
            <w:proofErr w:type="spellEnd"/>
            <w:r w:rsidRPr="004543E3">
              <w:rPr>
                <w:i/>
                <w:iCs/>
              </w:rPr>
              <w:t xml:space="preserve"> </w:t>
            </w:r>
            <w:proofErr w:type="spellStart"/>
            <w:r w:rsidRPr="004543E3">
              <w:rPr>
                <w:i/>
                <w:iCs/>
              </w:rPr>
              <w:t>cơ</w:t>
            </w:r>
            <w:proofErr w:type="spellEnd"/>
            <w:r w:rsidRPr="004543E3">
              <w:rPr>
                <w:i/>
                <w:iCs/>
              </w:rPr>
              <w:t xml:space="preserve"> </w:t>
            </w:r>
            <w:proofErr w:type="spellStart"/>
            <w:r w:rsidRPr="004543E3">
              <w:rPr>
                <w:i/>
                <w:iCs/>
              </w:rPr>
              <w:t>sở</w:t>
            </w:r>
            <w:proofErr w:type="spellEnd"/>
            <w:r w:rsidRPr="004543E3">
              <w:rPr>
                <w:i/>
                <w:iCs/>
              </w:rPr>
              <w:t xml:space="preserve"> </w:t>
            </w:r>
            <w:proofErr w:type="spellStart"/>
            <w:r w:rsidRPr="004543E3">
              <w:rPr>
                <w:i/>
                <w:iCs/>
              </w:rPr>
              <w:t>chức</w:t>
            </w:r>
            <w:proofErr w:type="spellEnd"/>
            <w:r w:rsidRPr="004543E3">
              <w:rPr>
                <w:i/>
                <w:iCs/>
              </w:rPr>
              <w:t xml:space="preserve"> </w:t>
            </w:r>
            <w:proofErr w:type="spellStart"/>
            <w:r w:rsidRPr="004543E3">
              <w:rPr>
                <w:i/>
                <w:iCs/>
              </w:rPr>
              <w:t>năng</w:t>
            </w:r>
            <w:proofErr w:type="spellEnd"/>
            <w:r w:rsidRPr="004543E3">
              <w:rPr>
                <w:i/>
                <w:iCs/>
              </w:rPr>
              <w:t xml:space="preserve">, </w:t>
            </w:r>
            <w:proofErr w:type="spellStart"/>
            <w:r w:rsidRPr="004543E3">
              <w:rPr>
                <w:i/>
                <w:iCs/>
              </w:rPr>
              <w:t>nhiệm</w:t>
            </w:r>
            <w:proofErr w:type="spellEnd"/>
            <w:r w:rsidRPr="004543E3">
              <w:rPr>
                <w:i/>
                <w:iCs/>
              </w:rPr>
              <w:t xml:space="preserve"> </w:t>
            </w:r>
            <w:proofErr w:type="spellStart"/>
            <w:r w:rsidRPr="004543E3">
              <w:rPr>
                <w:i/>
                <w:iCs/>
              </w:rPr>
              <w:t>vụ</w:t>
            </w:r>
            <w:proofErr w:type="spellEnd"/>
            <w:r w:rsidRPr="004543E3">
              <w:rPr>
                <w:i/>
                <w:iCs/>
              </w:rPr>
              <w:t xml:space="preserve"> </w:t>
            </w:r>
            <w:proofErr w:type="spellStart"/>
            <w:r w:rsidRPr="004543E3">
              <w:rPr>
                <w:i/>
                <w:iCs/>
              </w:rPr>
              <w:t>của</w:t>
            </w:r>
            <w:proofErr w:type="spellEnd"/>
            <w:r w:rsidRPr="004543E3">
              <w:rPr>
                <w:i/>
                <w:iCs/>
              </w:rPr>
              <w:t xml:space="preserve"> </w:t>
            </w:r>
            <w:proofErr w:type="spellStart"/>
            <w:r w:rsidRPr="004543E3">
              <w:rPr>
                <w:i/>
                <w:iCs/>
              </w:rPr>
              <w:t>đơn</w:t>
            </w:r>
            <w:proofErr w:type="spellEnd"/>
            <w:r w:rsidRPr="004543E3">
              <w:rPr>
                <w:i/>
                <w:iCs/>
              </w:rPr>
              <w:t xml:space="preserve"> </w:t>
            </w:r>
            <w:proofErr w:type="spellStart"/>
            <w:r w:rsidRPr="004543E3">
              <w:rPr>
                <w:i/>
                <w:iCs/>
              </w:rPr>
              <w:t>vị</w:t>
            </w:r>
            <w:proofErr w:type="spellEnd"/>
            <w:r w:rsidRPr="004543E3">
              <w:rPr>
                <w:i/>
                <w:iCs/>
              </w:rPr>
              <w:t xml:space="preserve"> </w:t>
            </w:r>
            <w:proofErr w:type="spellStart"/>
            <w:r w:rsidRPr="004543E3">
              <w:rPr>
                <w:i/>
                <w:iCs/>
              </w:rPr>
              <w:t>sự</w:t>
            </w:r>
            <w:proofErr w:type="spellEnd"/>
            <w:r w:rsidRPr="004543E3">
              <w:rPr>
                <w:i/>
                <w:iCs/>
              </w:rPr>
              <w:t xml:space="preserve"> </w:t>
            </w:r>
            <w:proofErr w:type="spellStart"/>
            <w:r w:rsidRPr="004543E3">
              <w:rPr>
                <w:i/>
                <w:iCs/>
              </w:rPr>
              <w:t>nghiệp</w:t>
            </w:r>
            <w:proofErr w:type="spellEnd"/>
            <w:r w:rsidRPr="004543E3">
              <w:rPr>
                <w:i/>
                <w:iCs/>
              </w:rPr>
              <w:t xml:space="preserve"> </w:t>
            </w:r>
            <w:proofErr w:type="spellStart"/>
            <w:r w:rsidRPr="004543E3">
              <w:rPr>
                <w:i/>
                <w:iCs/>
              </w:rPr>
              <w:t>công</w:t>
            </w:r>
            <w:proofErr w:type="spellEnd"/>
            <w:r w:rsidRPr="004543E3">
              <w:rPr>
                <w:i/>
                <w:iCs/>
              </w:rPr>
              <w:t xml:space="preserve"> </w:t>
            </w:r>
            <w:proofErr w:type="spellStart"/>
            <w:r w:rsidRPr="004543E3">
              <w:rPr>
                <w:i/>
                <w:iCs/>
              </w:rPr>
              <w:t>lập</w:t>
            </w:r>
            <w:proofErr w:type="spellEnd"/>
            <w:r w:rsidRPr="004543E3">
              <w:rPr>
                <w:i/>
                <w:iCs/>
              </w:rPr>
              <w:t>”</w:t>
            </w:r>
            <w:r w:rsidRPr="004543E3">
              <w:t xml:space="preserve">; </w:t>
            </w:r>
            <w:proofErr w:type="spellStart"/>
            <w:r w:rsidRPr="004543E3">
              <w:t>khoản</w:t>
            </w:r>
            <w:proofErr w:type="spellEnd"/>
            <w:r w:rsidRPr="004543E3">
              <w:t xml:space="preserve"> 3 </w:t>
            </w:r>
            <w:proofErr w:type="spellStart"/>
            <w:r w:rsidRPr="004543E3">
              <w:t>Điều</w:t>
            </w:r>
            <w:proofErr w:type="spellEnd"/>
            <w:r w:rsidRPr="004543E3">
              <w:t xml:space="preserve"> 23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về</w:t>
            </w:r>
            <w:proofErr w:type="spellEnd"/>
            <w:r w:rsidRPr="004543E3">
              <w:t xml:space="preserve"> </w:t>
            </w:r>
            <w:proofErr w:type="spellStart"/>
            <w:r w:rsidRPr="004543E3">
              <w:t>phân</w:t>
            </w:r>
            <w:proofErr w:type="spellEnd"/>
            <w:r w:rsidRPr="004543E3">
              <w:t xml:space="preserve"> </w:t>
            </w:r>
            <w:proofErr w:type="spellStart"/>
            <w:r w:rsidRPr="004543E3">
              <w:t>loại</w:t>
            </w:r>
            <w:proofErr w:type="spellEnd"/>
            <w:r w:rsidRPr="004543E3">
              <w:t xml:space="preserve"> </w:t>
            </w:r>
            <w:proofErr w:type="spellStart"/>
            <w:r w:rsidRPr="004543E3">
              <w:t>vị</w:t>
            </w:r>
            <w:proofErr w:type="spellEnd"/>
            <w:r w:rsidRPr="004543E3">
              <w:t xml:space="preserve"> </w:t>
            </w:r>
            <w:proofErr w:type="spellStart"/>
            <w:r w:rsidRPr="004543E3">
              <w:t>trí</w:t>
            </w:r>
            <w:proofErr w:type="spellEnd"/>
            <w:r w:rsidRPr="004543E3">
              <w:t xml:space="preserve"> </w:t>
            </w:r>
            <w:proofErr w:type="spellStart"/>
            <w:r w:rsidRPr="004543E3">
              <w:t>việc</w:t>
            </w:r>
            <w:proofErr w:type="spellEnd"/>
            <w:r w:rsidRPr="004543E3">
              <w:t xml:space="preserve"> </w:t>
            </w:r>
            <w:proofErr w:type="spellStart"/>
            <w:r w:rsidRPr="004543E3">
              <w:t>làm</w:t>
            </w:r>
            <w:proofErr w:type="spellEnd"/>
            <w:r w:rsidRPr="004543E3">
              <w:t xml:space="preserve"> bao </w:t>
            </w:r>
            <w:proofErr w:type="spellStart"/>
            <w:r w:rsidRPr="004543E3">
              <w:t>gồm</w:t>
            </w:r>
            <w:proofErr w:type="spellEnd"/>
            <w:r w:rsidRPr="004543E3">
              <w:t xml:space="preserve"> </w:t>
            </w:r>
            <w:r w:rsidRPr="004543E3">
              <w:rPr>
                <w:i/>
                <w:iCs/>
              </w:rPr>
              <w:t xml:space="preserve">“a) </w:t>
            </w:r>
            <w:proofErr w:type="spellStart"/>
            <w:r w:rsidRPr="004543E3">
              <w:rPr>
                <w:i/>
                <w:iCs/>
              </w:rPr>
              <w:t>Vị</w:t>
            </w:r>
            <w:proofErr w:type="spellEnd"/>
            <w:r w:rsidRPr="004543E3">
              <w:rPr>
                <w:i/>
                <w:iCs/>
              </w:rPr>
              <w:t xml:space="preserve"> </w:t>
            </w:r>
            <w:proofErr w:type="spellStart"/>
            <w:r w:rsidRPr="004543E3">
              <w:rPr>
                <w:i/>
                <w:iCs/>
              </w:rPr>
              <w:t>trí</w:t>
            </w:r>
            <w:proofErr w:type="spellEnd"/>
            <w:r w:rsidRPr="004543E3">
              <w:rPr>
                <w:i/>
                <w:iCs/>
              </w:rPr>
              <w:t xml:space="preserve"> </w:t>
            </w:r>
            <w:proofErr w:type="spellStart"/>
            <w:r w:rsidRPr="004543E3">
              <w:rPr>
                <w:i/>
                <w:iCs/>
              </w:rPr>
              <w:t>việc</w:t>
            </w:r>
            <w:proofErr w:type="spellEnd"/>
            <w:r w:rsidRPr="004543E3">
              <w:rPr>
                <w:i/>
                <w:iCs/>
              </w:rPr>
              <w:t xml:space="preserve"> </w:t>
            </w:r>
            <w:proofErr w:type="spellStart"/>
            <w:r w:rsidRPr="004543E3">
              <w:rPr>
                <w:i/>
                <w:iCs/>
              </w:rPr>
              <w:t>làm</w:t>
            </w:r>
            <w:proofErr w:type="spellEnd"/>
            <w:r w:rsidRPr="004543E3">
              <w:rPr>
                <w:i/>
                <w:iCs/>
              </w:rPr>
              <w:t xml:space="preserve"> </w:t>
            </w:r>
            <w:proofErr w:type="spellStart"/>
            <w:r w:rsidRPr="004543E3">
              <w:rPr>
                <w:i/>
                <w:iCs/>
              </w:rPr>
              <w:t>quản</w:t>
            </w:r>
            <w:proofErr w:type="spellEnd"/>
            <w:r w:rsidRPr="004543E3">
              <w:rPr>
                <w:i/>
                <w:iCs/>
              </w:rPr>
              <w:t xml:space="preserve"> </w:t>
            </w:r>
            <w:proofErr w:type="spellStart"/>
            <w:r w:rsidRPr="004543E3">
              <w:rPr>
                <w:i/>
                <w:iCs/>
              </w:rPr>
              <w:t>lý</w:t>
            </w:r>
            <w:proofErr w:type="spellEnd"/>
            <w:r w:rsidRPr="004543E3">
              <w:rPr>
                <w:i/>
                <w:iCs/>
              </w:rPr>
              <w:t xml:space="preserve">; b) </w:t>
            </w:r>
            <w:proofErr w:type="spellStart"/>
            <w:r w:rsidRPr="004543E3">
              <w:rPr>
                <w:i/>
                <w:iCs/>
              </w:rPr>
              <w:t>Vị</w:t>
            </w:r>
            <w:proofErr w:type="spellEnd"/>
            <w:r w:rsidRPr="004543E3">
              <w:rPr>
                <w:i/>
                <w:iCs/>
              </w:rPr>
              <w:t xml:space="preserve"> </w:t>
            </w:r>
            <w:proofErr w:type="spellStart"/>
            <w:r w:rsidRPr="004543E3">
              <w:rPr>
                <w:i/>
                <w:iCs/>
              </w:rPr>
              <w:t>trí</w:t>
            </w:r>
            <w:proofErr w:type="spellEnd"/>
            <w:r w:rsidRPr="004543E3">
              <w:rPr>
                <w:i/>
                <w:iCs/>
              </w:rPr>
              <w:t xml:space="preserve"> </w:t>
            </w:r>
            <w:proofErr w:type="spellStart"/>
            <w:r w:rsidRPr="004543E3">
              <w:rPr>
                <w:i/>
                <w:iCs/>
              </w:rPr>
              <w:t>việc</w:t>
            </w:r>
            <w:proofErr w:type="spellEnd"/>
            <w:r w:rsidRPr="004543E3">
              <w:rPr>
                <w:i/>
                <w:iCs/>
              </w:rPr>
              <w:t xml:space="preserve"> </w:t>
            </w:r>
            <w:proofErr w:type="spellStart"/>
            <w:r w:rsidRPr="004543E3">
              <w:rPr>
                <w:i/>
                <w:iCs/>
              </w:rPr>
              <w:t>làm</w:t>
            </w:r>
            <w:proofErr w:type="spellEnd"/>
            <w:r w:rsidRPr="004543E3">
              <w:rPr>
                <w:i/>
                <w:iCs/>
              </w:rPr>
              <w:t xml:space="preserve"> </w:t>
            </w:r>
            <w:proofErr w:type="spellStart"/>
            <w:r w:rsidRPr="004543E3">
              <w:rPr>
                <w:i/>
                <w:iCs/>
              </w:rPr>
              <w:t>chuyên</w:t>
            </w:r>
            <w:proofErr w:type="spellEnd"/>
            <w:r w:rsidRPr="004543E3">
              <w:rPr>
                <w:i/>
                <w:iCs/>
              </w:rPr>
              <w:t xml:space="preserve"> </w:t>
            </w:r>
            <w:proofErr w:type="spellStart"/>
            <w:r w:rsidRPr="004543E3">
              <w:rPr>
                <w:i/>
                <w:iCs/>
              </w:rPr>
              <w:t>môn</w:t>
            </w:r>
            <w:proofErr w:type="spellEnd"/>
            <w:r w:rsidRPr="004543E3">
              <w:rPr>
                <w:i/>
                <w:iCs/>
              </w:rPr>
              <w:t xml:space="preserve">, </w:t>
            </w:r>
            <w:proofErr w:type="spellStart"/>
            <w:r w:rsidRPr="004543E3">
              <w:rPr>
                <w:i/>
                <w:iCs/>
              </w:rPr>
              <w:t>nghiệp</w:t>
            </w:r>
            <w:proofErr w:type="spellEnd"/>
            <w:r w:rsidRPr="004543E3">
              <w:rPr>
                <w:i/>
                <w:iCs/>
              </w:rPr>
              <w:t xml:space="preserve"> </w:t>
            </w:r>
            <w:proofErr w:type="spellStart"/>
            <w:r w:rsidRPr="004543E3">
              <w:rPr>
                <w:i/>
                <w:iCs/>
              </w:rPr>
              <w:t>vụ</w:t>
            </w:r>
            <w:proofErr w:type="spellEnd"/>
            <w:r w:rsidRPr="004543E3">
              <w:rPr>
                <w:i/>
                <w:iCs/>
              </w:rPr>
              <w:t xml:space="preserve">; c) </w:t>
            </w:r>
            <w:proofErr w:type="spellStart"/>
            <w:r w:rsidRPr="004543E3">
              <w:rPr>
                <w:i/>
                <w:iCs/>
              </w:rPr>
              <w:t>Vị</w:t>
            </w:r>
            <w:proofErr w:type="spellEnd"/>
            <w:r w:rsidRPr="004543E3">
              <w:rPr>
                <w:i/>
                <w:iCs/>
              </w:rPr>
              <w:t xml:space="preserve"> </w:t>
            </w:r>
            <w:proofErr w:type="spellStart"/>
            <w:r w:rsidRPr="004543E3">
              <w:rPr>
                <w:i/>
                <w:iCs/>
              </w:rPr>
              <w:t>trí</w:t>
            </w:r>
            <w:proofErr w:type="spellEnd"/>
            <w:r w:rsidRPr="004543E3">
              <w:rPr>
                <w:i/>
                <w:iCs/>
              </w:rPr>
              <w:t xml:space="preserve"> </w:t>
            </w:r>
            <w:proofErr w:type="spellStart"/>
            <w:r w:rsidRPr="004543E3">
              <w:rPr>
                <w:i/>
                <w:iCs/>
              </w:rPr>
              <w:t>việc</w:t>
            </w:r>
            <w:proofErr w:type="spellEnd"/>
            <w:r w:rsidRPr="004543E3">
              <w:rPr>
                <w:i/>
                <w:iCs/>
              </w:rPr>
              <w:t xml:space="preserve"> </w:t>
            </w:r>
            <w:proofErr w:type="spellStart"/>
            <w:r w:rsidRPr="004543E3">
              <w:rPr>
                <w:i/>
                <w:iCs/>
              </w:rPr>
              <w:t>làm</w:t>
            </w:r>
            <w:proofErr w:type="spellEnd"/>
            <w:r w:rsidRPr="004543E3">
              <w:rPr>
                <w:i/>
                <w:iCs/>
              </w:rPr>
              <w:t xml:space="preserve"> </w:t>
            </w:r>
            <w:proofErr w:type="spellStart"/>
            <w:r w:rsidRPr="004543E3">
              <w:rPr>
                <w:i/>
                <w:iCs/>
              </w:rPr>
              <w:t>hỗ</w:t>
            </w:r>
            <w:proofErr w:type="spellEnd"/>
            <w:r w:rsidRPr="004543E3">
              <w:rPr>
                <w:i/>
                <w:iCs/>
              </w:rPr>
              <w:t xml:space="preserve"> </w:t>
            </w:r>
            <w:proofErr w:type="spellStart"/>
            <w:r w:rsidRPr="004543E3">
              <w:rPr>
                <w:i/>
                <w:iCs/>
              </w:rPr>
              <w:t>trợ</w:t>
            </w:r>
            <w:proofErr w:type="spellEnd"/>
            <w:r w:rsidRPr="004543E3">
              <w:rPr>
                <w:i/>
                <w:iCs/>
              </w:rPr>
              <w:t xml:space="preserve">” </w:t>
            </w:r>
            <w:proofErr w:type="spellStart"/>
            <w:r w:rsidRPr="004543E3">
              <w:t>mà</w:t>
            </w:r>
            <w:proofErr w:type="spellEnd"/>
            <w:r w:rsidRPr="004543E3">
              <w:t xml:space="preserve"> </w:t>
            </w:r>
            <w:proofErr w:type="spellStart"/>
            <w:r w:rsidRPr="004543E3">
              <w:t>không</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về</w:t>
            </w:r>
            <w:proofErr w:type="spellEnd"/>
            <w:r w:rsidRPr="004543E3">
              <w:t xml:space="preserve"> </w:t>
            </w:r>
            <w:proofErr w:type="spellStart"/>
            <w:r w:rsidRPr="004543E3">
              <w:t>vị</w:t>
            </w:r>
            <w:proofErr w:type="spellEnd"/>
            <w:r w:rsidRPr="004543E3">
              <w:t xml:space="preserve"> </w:t>
            </w:r>
            <w:proofErr w:type="spellStart"/>
            <w:r w:rsidRPr="004543E3">
              <w:t>trí</w:t>
            </w:r>
            <w:proofErr w:type="spellEnd"/>
            <w:r w:rsidRPr="004543E3">
              <w:t xml:space="preserve"> </w:t>
            </w:r>
            <w:proofErr w:type="spellStart"/>
            <w:r w:rsidRPr="004543E3">
              <w:t>việc</w:t>
            </w:r>
            <w:proofErr w:type="spellEnd"/>
            <w:r w:rsidRPr="004543E3">
              <w:t xml:space="preserve"> </w:t>
            </w:r>
            <w:proofErr w:type="spellStart"/>
            <w:r w:rsidRPr="004543E3">
              <w:t>làm</w:t>
            </w:r>
            <w:proofErr w:type="spellEnd"/>
            <w:r w:rsidRPr="004543E3">
              <w:t xml:space="preserve"> </w:t>
            </w:r>
            <w:proofErr w:type="spellStart"/>
            <w:r w:rsidRPr="004543E3">
              <w:t>chức</w:t>
            </w:r>
            <w:proofErr w:type="spellEnd"/>
            <w:r w:rsidRPr="004543E3">
              <w:t xml:space="preserve"> </w:t>
            </w:r>
            <w:proofErr w:type="spellStart"/>
            <w:r w:rsidRPr="004543E3">
              <w:t>danh</w:t>
            </w:r>
            <w:proofErr w:type="spellEnd"/>
            <w:r w:rsidRPr="004543E3">
              <w:t xml:space="preserve"> </w:t>
            </w:r>
            <w:proofErr w:type="spellStart"/>
            <w:r w:rsidRPr="004543E3">
              <w:t>nghề</w:t>
            </w:r>
            <w:proofErr w:type="spellEnd"/>
            <w:r w:rsidRPr="004543E3">
              <w:t xml:space="preserve"> </w:t>
            </w:r>
            <w:proofErr w:type="spellStart"/>
            <w:r w:rsidRPr="004543E3">
              <w:t>nghiệp</w:t>
            </w:r>
            <w:proofErr w:type="spellEnd"/>
            <w:r w:rsidRPr="004543E3">
              <w:t xml:space="preserve"> </w:t>
            </w:r>
            <w:proofErr w:type="spellStart"/>
            <w:r w:rsidRPr="004543E3">
              <w:t>chuyên</w:t>
            </w:r>
            <w:proofErr w:type="spellEnd"/>
            <w:r w:rsidRPr="004543E3">
              <w:t xml:space="preserve"> </w:t>
            </w:r>
            <w:proofErr w:type="spellStart"/>
            <w:r w:rsidRPr="004543E3">
              <w:t>ngành</w:t>
            </w:r>
            <w:proofErr w:type="spellEnd"/>
            <w:r w:rsidRPr="004543E3">
              <w:t xml:space="preserve"> </w:t>
            </w:r>
            <w:proofErr w:type="spellStart"/>
            <w:r w:rsidRPr="004543E3">
              <w:t>như</w:t>
            </w:r>
            <w:proofErr w:type="spellEnd"/>
            <w:r w:rsidRPr="004543E3">
              <w:t xml:space="preserve"> </w:t>
            </w:r>
            <w:proofErr w:type="spellStart"/>
            <w:r w:rsidRPr="004543E3">
              <w:t>hiện</w:t>
            </w:r>
            <w:proofErr w:type="spellEnd"/>
            <w:r w:rsidRPr="004543E3">
              <w:t xml:space="preserve"> hành1. </w:t>
            </w:r>
            <w:proofErr w:type="spellStart"/>
            <w:r w:rsidRPr="004543E3">
              <w:t>Hiện</w:t>
            </w:r>
            <w:proofErr w:type="spellEnd"/>
            <w:r w:rsidRPr="004543E3">
              <w:t xml:space="preserve"> nay, </w:t>
            </w:r>
            <w:proofErr w:type="spellStart"/>
            <w:r w:rsidRPr="004543E3">
              <w:t>Bộ</w:t>
            </w:r>
            <w:proofErr w:type="spellEnd"/>
            <w:r w:rsidRPr="004543E3">
              <w:t xml:space="preserve"> </w:t>
            </w:r>
            <w:proofErr w:type="spellStart"/>
            <w:r w:rsidRPr="004543E3">
              <w:t>Nội</w:t>
            </w:r>
            <w:proofErr w:type="spellEnd"/>
            <w:r w:rsidRPr="004543E3">
              <w:t xml:space="preserve"> vụ </w:t>
            </w:r>
            <w:proofErr w:type="spellStart"/>
            <w:r w:rsidRPr="004543E3">
              <w:t>đang</w:t>
            </w:r>
            <w:proofErr w:type="spellEnd"/>
            <w:r w:rsidRPr="004543E3">
              <w:t xml:space="preserve"> </w:t>
            </w:r>
            <w:proofErr w:type="spellStart"/>
            <w:r w:rsidRPr="004543E3">
              <w:t>chủ</w:t>
            </w:r>
            <w:proofErr w:type="spellEnd"/>
            <w:r w:rsidRPr="004543E3">
              <w:t xml:space="preserve"> </w:t>
            </w:r>
            <w:proofErr w:type="spellStart"/>
            <w:r w:rsidRPr="004543E3">
              <w:t>trì</w:t>
            </w:r>
            <w:proofErr w:type="spellEnd"/>
            <w:r w:rsidRPr="004543E3">
              <w:t xml:space="preserve"> </w:t>
            </w:r>
            <w:proofErr w:type="spellStart"/>
            <w:r w:rsidRPr="004543E3">
              <w:t>xây</w:t>
            </w:r>
            <w:proofErr w:type="spellEnd"/>
            <w:r w:rsidRPr="004543E3">
              <w:t xml:space="preserve"> </w:t>
            </w:r>
            <w:proofErr w:type="spellStart"/>
            <w:r w:rsidRPr="004543E3">
              <w:t>dựng</w:t>
            </w:r>
            <w:proofErr w:type="spellEnd"/>
            <w:r w:rsidRPr="004543E3">
              <w:t xml:space="preserve"> </w:t>
            </w:r>
            <w:proofErr w:type="spellStart"/>
            <w:r w:rsidRPr="004543E3">
              <w:t>các</w:t>
            </w:r>
            <w:proofErr w:type="spellEnd"/>
            <w:r w:rsidRPr="004543E3">
              <w:t xml:space="preserve"> </w:t>
            </w:r>
            <w:proofErr w:type="spellStart"/>
            <w:r w:rsidRPr="004543E3">
              <w:t>văn</w:t>
            </w:r>
            <w:proofErr w:type="spellEnd"/>
            <w:r w:rsidRPr="004543E3">
              <w:t xml:space="preserve"> </w:t>
            </w:r>
            <w:proofErr w:type="spellStart"/>
            <w:r w:rsidRPr="004543E3">
              <w:t>bản</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chi </w:t>
            </w:r>
            <w:proofErr w:type="spellStart"/>
            <w:r w:rsidRPr="004543E3">
              <w:t>tiết</w:t>
            </w:r>
            <w:proofErr w:type="spellEnd"/>
            <w:r w:rsidRPr="004543E3">
              <w:t xml:space="preserve"> </w:t>
            </w:r>
            <w:proofErr w:type="spellStart"/>
            <w:r w:rsidRPr="004543E3">
              <w:t>và</w:t>
            </w:r>
            <w:proofErr w:type="spellEnd"/>
            <w:r w:rsidRPr="004543E3">
              <w:t xml:space="preserve"> </w:t>
            </w:r>
            <w:proofErr w:type="spellStart"/>
            <w:r w:rsidRPr="004543E3">
              <w:t>hướng</w:t>
            </w:r>
            <w:proofErr w:type="spellEnd"/>
            <w:r w:rsidRPr="004543E3">
              <w:t xml:space="preserve"> </w:t>
            </w:r>
            <w:proofErr w:type="spellStart"/>
            <w:r w:rsidRPr="004543E3">
              <w:t>dẫn</w:t>
            </w:r>
            <w:proofErr w:type="spellEnd"/>
            <w:r w:rsidRPr="004543E3">
              <w:t xml:space="preserve"> </w:t>
            </w:r>
            <w:proofErr w:type="spellStart"/>
            <w:r w:rsidRPr="004543E3">
              <w:t>thi</w:t>
            </w:r>
            <w:proofErr w:type="spellEnd"/>
            <w:r w:rsidRPr="004543E3">
              <w:t xml:space="preserve"> </w:t>
            </w:r>
            <w:proofErr w:type="spellStart"/>
            <w:r w:rsidRPr="004543E3">
              <w:t>hành</w:t>
            </w:r>
            <w:proofErr w:type="spellEnd"/>
            <w:r w:rsidRPr="004543E3">
              <w:t xml:space="preserve"> </w:t>
            </w:r>
            <w:proofErr w:type="spellStart"/>
            <w:r w:rsidRPr="004543E3">
              <w:t>Luật</w:t>
            </w:r>
            <w:proofErr w:type="spellEnd"/>
            <w:r w:rsidRPr="004543E3">
              <w:t xml:space="preserve"> (</w:t>
            </w:r>
            <w:proofErr w:type="spellStart"/>
            <w:r w:rsidRPr="004543E3">
              <w:t>như</w:t>
            </w:r>
            <w:proofErr w:type="spellEnd"/>
            <w:r w:rsidRPr="004543E3">
              <w:t xml:space="preserve">: </w:t>
            </w:r>
            <w:proofErr w:type="spellStart"/>
            <w:r w:rsidRPr="004543E3">
              <w:t>dự</w:t>
            </w:r>
            <w:proofErr w:type="spellEnd"/>
            <w:r w:rsidRPr="004543E3">
              <w:t xml:space="preserve"> </w:t>
            </w:r>
            <w:proofErr w:type="spellStart"/>
            <w:r w:rsidRPr="004543E3">
              <w:t>thảo</w:t>
            </w:r>
            <w:proofErr w:type="spellEnd"/>
            <w:r w:rsidRPr="004543E3">
              <w:t xml:space="preserve"> </w:t>
            </w:r>
            <w:proofErr w:type="spellStart"/>
            <w:r w:rsidRPr="004543E3">
              <w:t>Nghị</w:t>
            </w:r>
            <w:proofErr w:type="spellEnd"/>
            <w:r w:rsidRPr="004543E3">
              <w:t xml:space="preserve"> </w:t>
            </w:r>
            <w:proofErr w:type="spellStart"/>
            <w:r w:rsidRPr="004543E3">
              <w:t>định</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về</w:t>
            </w:r>
            <w:proofErr w:type="spellEnd"/>
            <w:r w:rsidRPr="004543E3">
              <w:t xml:space="preserve"> </w:t>
            </w:r>
            <w:proofErr w:type="spellStart"/>
            <w:r w:rsidRPr="004543E3">
              <w:t>tuyển</w:t>
            </w:r>
            <w:proofErr w:type="spellEnd"/>
            <w:r w:rsidRPr="004543E3">
              <w:t xml:space="preserve"> </w:t>
            </w:r>
            <w:proofErr w:type="spellStart"/>
            <w:r w:rsidRPr="004543E3">
              <w:t>dụng</w:t>
            </w:r>
            <w:proofErr w:type="spellEnd"/>
            <w:r w:rsidRPr="004543E3">
              <w:t xml:space="preserve">, </w:t>
            </w:r>
            <w:proofErr w:type="spellStart"/>
            <w:r w:rsidRPr="004543E3">
              <w:t>sử</w:t>
            </w:r>
            <w:proofErr w:type="spellEnd"/>
            <w:r w:rsidRPr="004543E3">
              <w:t xml:space="preserve"> </w:t>
            </w:r>
            <w:proofErr w:type="spellStart"/>
            <w:r w:rsidRPr="004543E3">
              <w:t>dụng</w:t>
            </w:r>
            <w:proofErr w:type="spellEnd"/>
            <w:r w:rsidRPr="004543E3">
              <w:t xml:space="preserve">, </w:t>
            </w:r>
            <w:proofErr w:type="spellStart"/>
            <w:r w:rsidRPr="004543E3">
              <w:t>quản</w:t>
            </w:r>
            <w:proofErr w:type="spellEnd"/>
            <w:r w:rsidRPr="004543E3">
              <w:t xml:space="preserve"> </w:t>
            </w:r>
            <w:proofErr w:type="spellStart"/>
            <w:r w:rsidRPr="004543E3">
              <w:t>lý</w:t>
            </w:r>
            <w:proofErr w:type="spellEnd"/>
            <w:r w:rsidRPr="004543E3">
              <w:t xml:space="preserve"> </w:t>
            </w:r>
            <w:proofErr w:type="spellStart"/>
            <w:r w:rsidRPr="004543E3">
              <w:t>viên</w:t>
            </w:r>
            <w:proofErr w:type="spellEnd"/>
            <w:r w:rsidRPr="004543E3">
              <w:t xml:space="preserve"> </w:t>
            </w:r>
            <w:proofErr w:type="spellStart"/>
            <w:r w:rsidRPr="004543E3">
              <w:t>chức</w:t>
            </w:r>
            <w:proofErr w:type="spellEnd"/>
            <w:r w:rsidRPr="004543E3">
              <w:t xml:space="preserve">; </w:t>
            </w:r>
            <w:proofErr w:type="spellStart"/>
            <w:r w:rsidRPr="004543E3">
              <w:t>dự</w:t>
            </w:r>
            <w:proofErr w:type="spellEnd"/>
            <w:r w:rsidRPr="004543E3">
              <w:t xml:space="preserve"> </w:t>
            </w:r>
            <w:proofErr w:type="spellStart"/>
            <w:r w:rsidRPr="004543E3">
              <w:t>thảo</w:t>
            </w:r>
            <w:proofErr w:type="spellEnd"/>
            <w:r w:rsidRPr="004543E3">
              <w:t xml:space="preserve"> </w:t>
            </w:r>
            <w:proofErr w:type="spellStart"/>
            <w:r w:rsidRPr="004543E3">
              <w:t>Nghị</w:t>
            </w:r>
            <w:proofErr w:type="spellEnd"/>
            <w:r w:rsidRPr="004543E3">
              <w:t xml:space="preserve"> </w:t>
            </w:r>
            <w:proofErr w:type="spellStart"/>
            <w:r w:rsidRPr="004543E3">
              <w:t>định</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về</w:t>
            </w:r>
            <w:proofErr w:type="spellEnd"/>
            <w:r w:rsidRPr="004543E3">
              <w:t xml:space="preserve"> </w:t>
            </w:r>
            <w:proofErr w:type="spellStart"/>
            <w:r w:rsidRPr="004543E3">
              <w:t>vị</w:t>
            </w:r>
            <w:proofErr w:type="spellEnd"/>
            <w:r w:rsidRPr="004543E3">
              <w:t xml:space="preserve"> </w:t>
            </w:r>
            <w:proofErr w:type="spellStart"/>
            <w:r w:rsidRPr="004543E3">
              <w:t>trí</w:t>
            </w:r>
            <w:proofErr w:type="spellEnd"/>
            <w:r w:rsidRPr="004543E3">
              <w:t xml:space="preserve"> </w:t>
            </w:r>
            <w:proofErr w:type="spellStart"/>
            <w:r w:rsidRPr="004543E3">
              <w:t>việc</w:t>
            </w:r>
            <w:proofErr w:type="spellEnd"/>
            <w:r w:rsidRPr="004543E3">
              <w:t xml:space="preserve"> </w:t>
            </w:r>
            <w:proofErr w:type="spellStart"/>
            <w:r w:rsidRPr="004543E3">
              <w:t>làm</w:t>
            </w:r>
            <w:proofErr w:type="spellEnd"/>
            <w:r w:rsidRPr="004543E3">
              <w:t xml:space="preserve"> </w:t>
            </w:r>
            <w:proofErr w:type="spellStart"/>
            <w:r w:rsidRPr="004543E3">
              <w:t>viên</w:t>
            </w:r>
            <w:proofErr w:type="spellEnd"/>
            <w:r w:rsidRPr="004543E3">
              <w:t xml:space="preserve"> </w:t>
            </w:r>
            <w:proofErr w:type="spellStart"/>
            <w:r w:rsidRPr="004543E3">
              <w:t>chức</w:t>
            </w:r>
            <w:proofErr w:type="spellEnd"/>
            <w:r w:rsidRPr="004543E3">
              <w:t xml:space="preserve">). </w:t>
            </w:r>
          </w:p>
          <w:p w14:paraId="7CB12A6E" w14:textId="77777777" w:rsidR="00512F52" w:rsidRPr="004543E3" w:rsidRDefault="00512F52" w:rsidP="00563608">
            <w:pPr>
              <w:spacing w:before="120" w:after="120" w:line="240" w:lineRule="auto"/>
              <w:jc w:val="both"/>
            </w:pPr>
            <w:proofErr w:type="spellStart"/>
            <w:r w:rsidRPr="004543E3">
              <w:t>Bộ</w:t>
            </w:r>
            <w:proofErr w:type="spellEnd"/>
            <w:r w:rsidRPr="004543E3">
              <w:t xml:space="preserve"> </w:t>
            </w:r>
            <w:proofErr w:type="spellStart"/>
            <w:r w:rsidRPr="004543E3">
              <w:t>Tư</w:t>
            </w:r>
            <w:proofErr w:type="spellEnd"/>
            <w:r w:rsidRPr="004543E3">
              <w:t xml:space="preserve"> </w:t>
            </w:r>
            <w:proofErr w:type="spellStart"/>
            <w:r w:rsidRPr="004543E3">
              <w:t>pháp</w:t>
            </w:r>
            <w:proofErr w:type="spellEnd"/>
            <w:r w:rsidRPr="004543E3">
              <w:t xml:space="preserve"> </w:t>
            </w:r>
            <w:proofErr w:type="spellStart"/>
            <w:r w:rsidRPr="004543E3">
              <w:t>thấy</w:t>
            </w:r>
            <w:proofErr w:type="spellEnd"/>
            <w:r w:rsidRPr="004543E3">
              <w:t xml:space="preserve"> </w:t>
            </w:r>
            <w:proofErr w:type="spellStart"/>
            <w:r w:rsidRPr="004543E3">
              <w:t>rằng</w:t>
            </w:r>
            <w:proofErr w:type="spellEnd"/>
            <w:r w:rsidRPr="004543E3">
              <w:t xml:space="preserve">, </w:t>
            </w:r>
            <w:proofErr w:type="spellStart"/>
            <w:r w:rsidRPr="004543E3">
              <w:t>hiện</w:t>
            </w:r>
            <w:proofErr w:type="spellEnd"/>
            <w:r w:rsidRPr="004543E3">
              <w:t xml:space="preserve"> nay </w:t>
            </w:r>
            <w:proofErr w:type="spellStart"/>
            <w:r w:rsidRPr="004543E3">
              <w:t>đang</w:t>
            </w:r>
            <w:proofErr w:type="spellEnd"/>
            <w:r w:rsidRPr="004543E3">
              <w:t xml:space="preserve"> </w:t>
            </w:r>
            <w:proofErr w:type="spellStart"/>
            <w:r w:rsidRPr="004543E3">
              <w:t>không</w:t>
            </w:r>
            <w:proofErr w:type="spellEnd"/>
            <w:r w:rsidRPr="004543E3">
              <w:t xml:space="preserve"> </w:t>
            </w:r>
            <w:proofErr w:type="spellStart"/>
            <w:r w:rsidRPr="004543E3">
              <w:t>có</w:t>
            </w:r>
            <w:proofErr w:type="spellEnd"/>
            <w:r w:rsidRPr="004543E3">
              <w:t xml:space="preserve"> </w:t>
            </w:r>
            <w:proofErr w:type="spellStart"/>
            <w:r w:rsidRPr="004543E3">
              <w:t>sự</w:t>
            </w:r>
            <w:proofErr w:type="spellEnd"/>
            <w:r w:rsidRPr="004543E3">
              <w:t xml:space="preserve"> </w:t>
            </w:r>
            <w:proofErr w:type="spellStart"/>
            <w:r w:rsidRPr="004543E3">
              <w:t>thống</w:t>
            </w:r>
            <w:proofErr w:type="spellEnd"/>
            <w:r w:rsidRPr="004543E3">
              <w:t xml:space="preserve"> </w:t>
            </w:r>
            <w:proofErr w:type="spellStart"/>
            <w:r w:rsidRPr="004543E3">
              <w:t>nhất</w:t>
            </w:r>
            <w:proofErr w:type="spellEnd"/>
            <w:r w:rsidRPr="004543E3">
              <w:t xml:space="preserve"> </w:t>
            </w:r>
            <w:proofErr w:type="spellStart"/>
            <w:r w:rsidRPr="004543E3">
              <w:t>về</w:t>
            </w:r>
            <w:proofErr w:type="spellEnd"/>
            <w:r w:rsidRPr="004543E3">
              <w:t xml:space="preserve"> </w:t>
            </w:r>
            <w:proofErr w:type="spellStart"/>
            <w:r w:rsidRPr="004543E3">
              <w:t>nguyên</w:t>
            </w:r>
            <w:proofErr w:type="spellEnd"/>
            <w:r w:rsidRPr="004543E3">
              <w:t xml:space="preserve"> </w:t>
            </w:r>
            <w:proofErr w:type="spellStart"/>
            <w:r w:rsidRPr="004543E3">
              <w:t>tắc</w:t>
            </w:r>
            <w:proofErr w:type="spellEnd"/>
            <w:r w:rsidRPr="004543E3">
              <w:t xml:space="preserve"> </w:t>
            </w:r>
            <w:proofErr w:type="spellStart"/>
            <w:r w:rsidRPr="004543E3">
              <w:t>quản</w:t>
            </w:r>
            <w:proofErr w:type="spellEnd"/>
            <w:r w:rsidRPr="004543E3">
              <w:t xml:space="preserve"> </w:t>
            </w:r>
            <w:proofErr w:type="spellStart"/>
            <w:r w:rsidRPr="004543E3">
              <w:t>lý</w:t>
            </w:r>
            <w:proofErr w:type="spellEnd"/>
            <w:r w:rsidRPr="004543E3">
              <w:t xml:space="preserve">, </w:t>
            </w:r>
            <w:proofErr w:type="spellStart"/>
            <w:r w:rsidRPr="004543E3">
              <w:t>sử</w:t>
            </w:r>
            <w:proofErr w:type="spellEnd"/>
            <w:r w:rsidRPr="004543E3">
              <w:t xml:space="preserve"> </w:t>
            </w:r>
            <w:proofErr w:type="spellStart"/>
            <w:r w:rsidRPr="004543E3">
              <w:t>dụng</w:t>
            </w:r>
            <w:proofErr w:type="spellEnd"/>
            <w:r w:rsidRPr="004543E3">
              <w:t xml:space="preserve"> </w:t>
            </w:r>
            <w:proofErr w:type="spellStart"/>
            <w:r w:rsidRPr="004543E3">
              <w:t>công</w:t>
            </w:r>
            <w:proofErr w:type="spellEnd"/>
            <w:r w:rsidRPr="004543E3">
              <w:t xml:space="preserve"> </w:t>
            </w:r>
            <w:proofErr w:type="spellStart"/>
            <w:r w:rsidRPr="004543E3">
              <w:t>chức</w:t>
            </w:r>
            <w:proofErr w:type="spellEnd"/>
            <w:r w:rsidRPr="004543E3">
              <w:t xml:space="preserve">, </w:t>
            </w:r>
            <w:proofErr w:type="spellStart"/>
            <w:r w:rsidRPr="004543E3">
              <w:t>viên</w:t>
            </w:r>
            <w:proofErr w:type="spellEnd"/>
            <w:r w:rsidRPr="004543E3">
              <w:t xml:space="preserve"> </w:t>
            </w:r>
            <w:proofErr w:type="spellStart"/>
            <w:r w:rsidRPr="004543E3">
              <w:t>chức</w:t>
            </w:r>
            <w:proofErr w:type="spellEnd"/>
            <w:r w:rsidRPr="004543E3">
              <w:t xml:space="preserve"> </w:t>
            </w:r>
            <w:proofErr w:type="spellStart"/>
            <w:r w:rsidRPr="004543E3">
              <w:t>và</w:t>
            </w:r>
            <w:proofErr w:type="spellEnd"/>
            <w:r w:rsidRPr="004543E3">
              <w:t xml:space="preserve"> </w:t>
            </w:r>
            <w:proofErr w:type="spellStart"/>
            <w:r w:rsidRPr="004543E3">
              <w:t>phạm</w:t>
            </w:r>
            <w:proofErr w:type="spellEnd"/>
            <w:r w:rsidRPr="004543E3">
              <w:t xml:space="preserve"> vi </w:t>
            </w:r>
            <w:proofErr w:type="spellStart"/>
            <w:r w:rsidRPr="004543E3">
              <w:t>trách</w:t>
            </w:r>
            <w:proofErr w:type="spellEnd"/>
            <w:r w:rsidRPr="004543E3">
              <w:t xml:space="preserve"> </w:t>
            </w:r>
            <w:proofErr w:type="spellStart"/>
            <w:r w:rsidRPr="004543E3">
              <w:t>nhiệm</w:t>
            </w:r>
            <w:proofErr w:type="spellEnd"/>
            <w:r w:rsidRPr="004543E3">
              <w:t xml:space="preserve"> </w:t>
            </w:r>
            <w:proofErr w:type="spellStart"/>
            <w:r w:rsidRPr="004543E3">
              <w:t>của</w:t>
            </w:r>
            <w:proofErr w:type="spellEnd"/>
            <w:r w:rsidRPr="004543E3">
              <w:t xml:space="preserve"> </w:t>
            </w:r>
            <w:proofErr w:type="spellStart"/>
            <w:r w:rsidRPr="004543E3">
              <w:t>các</w:t>
            </w:r>
            <w:proofErr w:type="spellEnd"/>
            <w:r w:rsidRPr="004543E3">
              <w:t xml:space="preserve"> </w:t>
            </w:r>
            <w:proofErr w:type="spellStart"/>
            <w:r w:rsidRPr="004543E3">
              <w:t>Bộ</w:t>
            </w:r>
            <w:proofErr w:type="spellEnd"/>
            <w:r w:rsidRPr="004543E3">
              <w:t xml:space="preserve"> </w:t>
            </w:r>
            <w:proofErr w:type="spellStart"/>
            <w:r w:rsidRPr="004543E3">
              <w:t>theo</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của</w:t>
            </w:r>
            <w:proofErr w:type="spellEnd"/>
            <w:r w:rsidRPr="004543E3">
              <w:t xml:space="preserve"> </w:t>
            </w:r>
            <w:proofErr w:type="spellStart"/>
            <w:r w:rsidRPr="004543E3">
              <w:t>pháp</w:t>
            </w:r>
            <w:proofErr w:type="spellEnd"/>
            <w:r w:rsidRPr="004543E3">
              <w:t xml:space="preserve"> </w:t>
            </w:r>
            <w:proofErr w:type="spellStart"/>
            <w:r w:rsidRPr="004543E3">
              <w:t>luật</w:t>
            </w:r>
            <w:proofErr w:type="spellEnd"/>
            <w:r w:rsidRPr="004543E3">
              <w:t xml:space="preserve"> </w:t>
            </w:r>
            <w:proofErr w:type="spellStart"/>
            <w:r w:rsidRPr="004543E3">
              <w:t>chung</w:t>
            </w:r>
            <w:proofErr w:type="spellEnd"/>
            <w:r w:rsidRPr="004543E3">
              <w:t xml:space="preserve"> (</w:t>
            </w:r>
            <w:proofErr w:type="spellStart"/>
            <w:r w:rsidRPr="004543E3">
              <w:t>Luật</w:t>
            </w:r>
            <w:proofErr w:type="spellEnd"/>
            <w:r w:rsidRPr="004543E3">
              <w:t xml:space="preserve"> </w:t>
            </w:r>
            <w:proofErr w:type="spellStart"/>
            <w:r w:rsidRPr="004543E3">
              <w:t>Cán</w:t>
            </w:r>
            <w:proofErr w:type="spellEnd"/>
            <w:r w:rsidRPr="004543E3">
              <w:t xml:space="preserve"> </w:t>
            </w:r>
            <w:proofErr w:type="spellStart"/>
            <w:r w:rsidRPr="004543E3">
              <w:t>bộ</w:t>
            </w:r>
            <w:proofErr w:type="spellEnd"/>
            <w:r w:rsidRPr="004543E3">
              <w:t xml:space="preserve">, </w:t>
            </w:r>
            <w:proofErr w:type="spellStart"/>
            <w:r w:rsidRPr="004543E3">
              <w:t>công</w:t>
            </w:r>
            <w:proofErr w:type="spellEnd"/>
            <w:r w:rsidRPr="004543E3">
              <w:t xml:space="preserve"> </w:t>
            </w:r>
            <w:proofErr w:type="spellStart"/>
            <w:r w:rsidRPr="004543E3">
              <w:t>chức</w:t>
            </w:r>
            <w:proofErr w:type="spellEnd"/>
            <w:r w:rsidRPr="004543E3">
              <w:t xml:space="preserve">, </w:t>
            </w:r>
            <w:proofErr w:type="spellStart"/>
            <w:r w:rsidRPr="004543E3">
              <w:t>Luật</w:t>
            </w:r>
            <w:proofErr w:type="spellEnd"/>
            <w:r w:rsidRPr="004543E3">
              <w:t xml:space="preserve"> Viên </w:t>
            </w:r>
            <w:proofErr w:type="spellStart"/>
            <w:r w:rsidRPr="004543E3">
              <w:t>chức</w:t>
            </w:r>
            <w:proofErr w:type="spellEnd"/>
            <w:r w:rsidRPr="004543E3">
              <w:t xml:space="preserve"> </w:t>
            </w:r>
            <w:proofErr w:type="spellStart"/>
            <w:r w:rsidRPr="004543E3">
              <w:t>và</w:t>
            </w:r>
            <w:proofErr w:type="spellEnd"/>
            <w:r w:rsidRPr="004543E3">
              <w:t xml:space="preserve"> </w:t>
            </w:r>
            <w:proofErr w:type="spellStart"/>
            <w:r w:rsidRPr="004543E3">
              <w:t>các</w:t>
            </w:r>
            <w:proofErr w:type="spellEnd"/>
            <w:r w:rsidRPr="004543E3">
              <w:t xml:space="preserve"> </w:t>
            </w:r>
            <w:proofErr w:type="spellStart"/>
            <w:r w:rsidRPr="004543E3">
              <w:t>văn</w:t>
            </w:r>
            <w:proofErr w:type="spellEnd"/>
            <w:r w:rsidRPr="004543E3">
              <w:t xml:space="preserve"> </w:t>
            </w:r>
            <w:proofErr w:type="spellStart"/>
            <w:r w:rsidRPr="004543E3">
              <w:t>bản</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chi </w:t>
            </w:r>
            <w:proofErr w:type="spellStart"/>
            <w:r w:rsidRPr="004543E3">
              <w:t>tiết</w:t>
            </w:r>
            <w:proofErr w:type="spellEnd"/>
            <w:r w:rsidRPr="004543E3">
              <w:t xml:space="preserve">) </w:t>
            </w:r>
            <w:proofErr w:type="spellStart"/>
            <w:r w:rsidRPr="004543E3">
              <w:t>và</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của</w:t>
            </w:r>
            <w:proofErr w:type="spellEnd"/>
            <w:r w:rsidRPr="004543E3">
              <w:t xml:space="preserve"> </w:t>
            </w:r>
            <w:proofErr w:type="spellStart"/>
            <w:r w:rsidRPr="004543E3">
              <w:t>pháp</w:t>
            </w:r>
            <w:proofErr w:type="spellEnd"/>
            <w:r w:rsidRPr="004543E3">
              <w:t xml:space="preserve"> </w:t>
            </w:r>
            <w:proofErr w:type="spellStart"/>
            <w:r w:rsidRPr="004543E3">
              <w:t>luật</w:t>
            </w:r>
            <w:proofErr w:type="spellEnd"/>
            <w:r w:rsidRPr="004543E3">
              <w:t xml:space="preserve"> </w:t>
            </w:r>
            <w:proofErr w:type="spellStart"/>
            <w:r w:rsidRPr="004543E3">
              <w:t>chuyên</w:t>
            </w:r>
            <w:proofErr w:type="spellEnd"/>
            <w:r w:rsidRPr="004543E3">
              <w:t xml:space="preserve"> </w:t>
            </w:r>
            <w:proofErr w:type="spellStart"/>
            <w:r w:rsidRPr="004543E3">
              <w:t>ngành</w:t>
            </w:r>
            <w:proofErr w:type="spellEnd"/>
            <w:r w:rsidRPr="004543E3">
              <w:t xml:space="preserve"> (</w:t>
            </w:r>
            <w:proofErr w:type="spellStart"/>
            <w:r w:rsidRPr="004543E3">
              <w:t>Nghị</w:t>
            </w:r>
            <w:proofErr w:type="spellEnd"/>
            <w:r w:rsidRPr="004543E3">
              <w:t xml:space="preserve"> </w:t>
            </w:r>
            <w:proofErr w:type="spellStart"/>
            <w:r w:rsidRPr="004543E3">
              <w:t>định</w:t>
            </w:r>
            <w:proofErr w:type="spellEnd"/>
            <w:r w:rsidRPr="004543E3">
              <w:t xml:space="preserve"> </w:t>
            </w:r>
            <w:proofErr w:type="spellStart"/>
            <w:r w:rsidRPr="004543E3">
              <w:t>số</w:t>
            </w:r>
            <w:proofErr w:type="spellEnd"/>
            <w:r w:rsidRPr="004543E3">
              <w:t xml:space="preserve"> 37/2026/NĐ-CP). Do </w:t>
            </w:r>
            <w:proofErr w:type="spellStart"/>
            <w:r w:rsidRPr="004543E3">
              <w:t>đó</w:t>
            </w:r>
            <w:proofErr w:type="spellEnd"/>
            <w:r w:rsidRPr="004543E3">
              <w:t xml:space="preserve">,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Bộ</w:t>
            </w:r>
            <w:proofErr w:type="spellEnd"/>
            <w:r w:rsidRPr="004543E3">
              <w:t xml:space="preserve"> Khoa </w:t>
            </w:r>
            <w:proofErr w:type="spellStart"/>
            <w:r w:rsidRPr="004543E3">
              <w:t>học</w:t>
            </w:r>
            <w:proofErr w:type="spellEnd"/>
            <w:r w:rsidRPr="004543E3">
              <w:t xml:space="preserve"> </w:t>
            </w:r>
            <w:proofErr w:type="spellStart"/>
            <w:r w:rsidRPr="004543E3">
              <w:t>và</w:t>
            </w:r>
            <w:proofErr w:type="spellEnd"/>
            <w:r w:rsidRPr="004543E3">
              <w:t xml:space="preserve"> Công </w:t>
            </w:r>
            <w:proofErr w:type="spellStart"/>
            <w:r w:rsidRPr="004543E3">
              <w:t>nghệ</w:t>
            </w:r>
            <w:proofErr w:type="spellEnd"/>
            <w:r w:rsidRPr="004543E3">
              <w:t xml:space="preserve"> </w:t>
            </w:r>
            <w:proofErr w:type="spellStart"/>
            <w:r w:rsidRPr="004543E3">
              <w:t>lấy</w:t>
            </w:r>
            <w:proofErr w:type="spellEnd"/>
            <w:r w:rsidRPr="004543E3">
              <w:t xml:space="preserve"> ý </w:t>
            </w:r>
            <w:proofErr w:type="spellStart"/>
            <w:r w:rsidRPr="004543E3">
              <w:t>kiến</w:t>
            </w:r>
            <w:proofErr w:type="spellEnd"/>
            <w:r w:rsidRPr="004543E3">
              <w:t xml:space="preserve"> </w:t>
            </w:r>
            <w:proofErr w:type="spellStart"/>
            <w:r w:rsidRPr="004543E3">
              <w:t>của</w:t>
            </w:r>
            <w:proofErr w:type="spellEnd"/>
            <w:r w:rsidRPr="004543E3">
              <w:t xml:space="preserve"> </w:t>
            </w:r>
            <w:proofErr w:type="spellStart"/>
            <w:r w:rsidRPr="004543E3">
              <w:t>Bộ</w:t>
            </w:r>
            <w:proofErr w:type="spellEnd"/>
            <w:r w:rsidRPr="004543E3">
              <w:t xml:space="preserve"> </w:t>
            </w:r>
            <w:proofErr w:type="spellStart"/>
            <w:r w:rsidRPr="004543E3">
              <w:t>Nội</w:t>
            </w:r>
            <w:proofErr w:type="spellEnd"/>
            <w:r w:rsidRPr="004543E3">
              <w:t xml:space="preserve"> vụ </w:t>
            </w:r>
            <w:proofErr w:type="spellStart"/>
            <w:r w:rsidRPr="004543E3">
              <w:t>để</w:t>
            </w:r>
            <w:proofErr w:type="spellEnd"/>
            <w:r w:rsidRPr="004543E3">
              <w:t xml:space="preserve"> </w:t>
            </w:r>
            <w:proofErr w:type="spellStart"/>
            <w:r w:rsidRPr="004543E3">
              <w:t>xác</w:t>
            </w:r>
            <w:proofErr w:type="spellEnd"/>
            <w:r w:rsidRPr="004543E3">
              <w:t xml:space="preserve"> </w:t>
            </w:r>
            <w:proofErr w:type="spellStart"/>
            <w:r w:rsidRPr="004543E3">
              <w:t>định</w:t>
            </w:r>
            <w:proofErr w:type="spellEnd"/>
            <w:r w:rsidRPr="004543E3">
              <w:t xml:space="preserve"> </w:t>
            </w:r>
            <w:proofErr w:type="spellStart"/>
            <w:r w:rsidRPr="004543E3">
              <w:t>rõ</w:t>
            </w:r>
            <w:proofErr w:type="spellEnd"/>
            <w:r w:rsidRPr="004543E3">
              <w:t xml:space="preserve"> </w:t>
            </w:r>
            <w:proofErr w:type="spellStart"/>
            <w:r w:rsidRPr="004543E3">
              <w:t>sự</w:t>
            </w:r>
            <w:proofErr w:type="spellEnd"/>
            <w:r w:rsidRPr="004543E3">
              <w:t xml:space="preserve"> </w:t>
            </w:r>
            <w:proofErr w:type="spellStart"/>
            <w:r w:rsidRPr="004543E3">
              <w:t>cần</w:t>
            </w:r>
            <w:proofErr w:type="spellEnd"/>
            <w:r w:rsidRPr="004543E3">
              <w:t xml:space="preserve"> </w:t>
            </w:r>
            <w:proofErr w:type="spellStart"/>
            <w:r w:rsidRPr="004543E3">
              <w:t>thiết</w:t>
            </w:r>
            <w:proofErr w:type="spellEnd"/>
            <w:r w:rsidRPr="004543E3">
              <w:t xml:space="preserve"> ban </w:t>
            </w:r>
            <w:proofErr w:type="spellStart"/>
            <w:r w:rsidRPr="004543E3">
              <w:t>hành</w:t>
            </w:r>
            <w:proofErr w:type="spellEnd"/>
            <w:r w:rsidRPr="004543E3">
              <w:t xml:space="preserve">, </w:t>
            </w:r>
            <w:proofErr w:type="spellStart"/>
            <w:r w:rsidRPr="004543E3">
              <w:t>căn</w:t>
            </w:r>
            <w:proofErr w:type="spellEnd"/>
            <w:r w:rsidRPr="004543E3">
              <w:t xml:space="preserve"> </w:t>
            </w:r>
            <w:proofErr w:type="spellStart"/>
            <w:r w:rsidRPr="004543E3">
              <w:t>cư</w:t>
            </w:r>
            <w:proofErr w:type="spellEnd"/>
            <w:r w:rsidRPr="004543E3">
              <w:t xml:space="preserve">́ </w:t>
            </w:r>
            <w:proofErr w:type="spellStart"/>
            <w:r w:rsidRPr="004543E3">
              <w:t>pháp</w:t>
            </w:r>
            <w:proofErr w:type="spellEnd"/>
            <w:r w:rsidRPr="004543E3">
              <w:t xml:space="preserve"> </w:t>
            </w:r>
            <w:proofErr w:type="spellStart"/>
            <w:r w:rsidRPr="004543E3">
              <w:t>lý</w:t>
            </w:r>
            <w:proofErr w:type="spellEnd"/>
            <w:r w:rsidRPr="004543E3">
              <w:t xml:space="preserve"> </w:t>
            </w:r>
            <w:proofErr w:type="spellStart"/>
            <w:r w:rsidRPr="004543E3">
              <w:t>và</w:t>
            </w:r>
            <w:proofErr w:type="spellEnd"/>
            <w:r w:rsidRPr="004543E3">
              <w:t xml:space="preserve"> </w:t>
            </w:r>
            <w:proofErr w:type="spellStart"/>
            <w:r w:rsidRPr="004543E3">
              <w:t>phạm</w:t>
            </w:r>
            <w:proofErr w:type="spellEnd"/>
            <w:r w:rsidRPr="004543E3">
              <w:t xml:space="preserve"> vi </w:t>
            </w:r>
            <w:proofErr w:type="spellStart"/>
            <w:r w:rsidRPr="004543E3">
              <w:t>điều</w:t>
            </w:r>
            <w:proofErr w:type="spellEnd"/>
            <w:r w:rsidRPr="004543E3">
              <w:t xml:space="preserve"> </w:t>
            </w:r>
            <w:proofErr w:type="spellStart"/>
            <w:r w:rsidRPr="004543E3">
              <w:t>chỉnh</w:t>
            </w:r>
            <w:proofErr w:type="spellEnd"/>
            <w:r w:rsidRPr="004543E3">
              <w:t xml:space="preserve"> </w:t>
            </w:r>
            <w:proofErr w:type="spellStart"/>
            <w:r w:rsidRPr="004543E3">
              <w:t>của</w:t>
            </w:r>
            <w:proofErr w:type="spellEnd"/>
            <w:r w:rsidRPr="004543E3">
              <w:t xml:space="preserve"> Thông </w:t>
            </w:r>
            <w:proofErr w:type="spellStart"/>
            <w:r w:rsidRPr="004543E3">
              <w:t>tư</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mã </w:t>
            </w:r>
            <w:proofErr w:type="spellStart"/>
            <w:r w:rsidRPr="004543E3">
              <w:t>số</w:t>
            </w:r>
            <w:proofErr w:type="spellEnd"/>
            <w:r w:rsidRPr="004543E3">
              <w:t xml:space="preserve">, </w:t>
            </w:r>
            <w:proofErr w:type="spellStart"/>
            <w:r w:rsidRPr="004543E3">
              <w:t>tiêu</w:t>
            </w:r>
            <w:proofErr w:type="spellEnd"/>
            <w:r w:rsidRPr="004543E3">
              <w:t xml:space="preserve"> </w:t>
            </w:r>
            <w:proofErr w:type="spellStart"/>
            <w:r w:rsidRPr="004543E3">
              <w:t>chuẩn</w:t>
            </w:r>
            <w:proofErr w:type="spellEnd"/>
            <w:r w:rsidRPr="004543E3">
              <w:t xml:space="preserve"> </w:t>
            </w:r>
            <w:proofErr w:type="spellStart"/>
            <w:r w:rsidRPr="004543E3">
              <w:t>chuyên</w:t>
            </w:r>
            <w:proofErr w:type="spellEnd"/>
            <w:r w:rsidRPr="004543E3">
              <w:t xml:space="preserve"> </w:t>
            </w:r>
            <w:proofErr w:type="spellStart"/>
            <w:r w:rsidRPr="004543E3">
              <w:t>môn</w:t>
            </w:r>
            <w:proofErr w:type="spellEnd"/>
            <w:r w:rsidRPr="004543E3">
              <w:t xml:space="preserve">, </w:t>
            </w:r>
            <w:proofErr w:type="spellStart"/>
            <w:r w:rsidRPr="004543E3">
              <w:t>nghiệp</w:t>
            </w:r>
            <w:proofErr w:type="spellEnd"/>
            <w:r w:rsidRPr="004543E3">
              <w:t xml:space="preserve"> vụ </w:t>
            </w:r>
            <w:proofErr w:type="spellStart"/>
            <w:r w:rsidRPr="004543E3">
              <w:t>đối</w:t>
            </w:r>
            <w:proofErr w:type="spellEnd"/>
            <w:r w:rsidRPr="004543E3">
              <w:t xml:space="preserve"> </w:t>
            </w:r>
            <w:proofErr w:type="spellStart"/>
            <w:r w:rsidRPr="004543E3">
              <w:t>với</w:t>
            </w:r>
            <w:proofErr w:type="spellEnd"/>
            <w:r w:rsidRPr="004543E3">
              <w:t xml:space="preserve"> </w:t>
            </w:r>
            <w:proofErr w:type="spellStart"/>
            <w:r w:rsidRPr="004543E3">
              <w:t>ngạch</w:t>
            </w:r>
            <w:proofErr w:type="spellEnd"/>
            <w:r w:rsidRPr="004543E3">
              <w:t xml:space="preserve"> </w:t>
            </w:r>
            <w:proofErr w:type="spellStart"/>
            <w:r w:rsidRPr="004543E3">
              <w:t>công</w:t>
            </w:r>
            <w:proofErr w:type="spellEnd"/>
            <w:r w:rsidRPr="004543E3">
              <w:t xml:space="preserve"> </w:t>
            </w:r>
            <w:proofErr w:type="spellStart"/>
            <w:r w:rsidRPr="004543E3">
              <w:lastRenderedPageBreak/>
              <w:t>chức</w:t>
            </w:r>
            <w:proofErr w:type="spellEnd"/>
            <w:r w:rsidRPr="004543E3">
              <w:t xml:space="preserve">, </w:t>
            </w:r>
            <w:proofErr w:type="spellStart"/>
            <w:r w:rsidRPr="004543E3">
              <w:t>chức</w:t>
            </w:r>
            <w:proofErr w:type="spellEnd"/>
            <w:r w:rsidRPr="004543E3">
              <w:t xml:space="preserve"> </w:t>
            </w:r>
            <w:proofErr w:type="spellStart"/>
            <w:r w:rsidRPr="004543E3">
              <w:t>danh</w:t>
            </w:r>
            <w:proofErr w:type="spellEnd"/>
            <w:r w:rsidRPr="004543E3">
              <w:t xml:space="preserve"> </w:t>
            </w:r>
            <w:proofErr w:type="spellStart"/>
            <w:r w:rsidRPr="004543E3">
              <w:t>nghề</w:t>
            </w:r>
            <w:proofErr w:type="spellEnd"/>
            <w:r w:rsidRPr="004543E3">
              <w:t xml:space="preserve"> </w:t>
            </w:r>
            <w:proofErr w:type="spellStart"/>
            <w:r w:rsidRPr="004543E3">
              <w:t>nghiệp</w:t>
            </w:r>
            <w:proofErr w:type="spellEnd"/>
            <w:r w:rsidRPr="004543E3">
              <w:t xml:space="preserve"> </w:t>
            </w:r>
            <w:proofErr w:type="spellStart"/>
            <w:r w:rsidRPr="004543E3">
              <w:t>viên</w:t>
            </w:r>
            <w:proofErr w:type="spellEnd"/>
            <w:r w:rsidRPr="004543E3">
              <w:t xml:space="preserve"> </w:t>
            </w:r>
            <w:proofErr w:type="spellStart"/>
            <w:r w:rsidRPr="004543E3">
              <w:t>chức</w:t>
            </w:r>
            <w:proofErr w:type="spellEnd"/>
            <w:r w:rsidRPr="004543E3">
              <w:t xml:space="preserve"> </w:t>
            </w:r>
            <w:proofErr w:type="spellStart"/>
            <w:r w:rsidRPr="004543E3">
              <w:t>chuyên</w:t>
            </w:r>
            <w:proofErr w:type="spellEnd"/>
            <w:r w:rsidRPr="004543E3">
              <w:t xml:space="preserve"> </w:t>
            </w:r>
            <w:proofErr w:type="spellStart"/>
            <w:r w:rsidRPr="004543E3">
              <w:t>ngành</w:t>
            </w:r>
            <w:proofErr w:type="spellEnd"/>
            <w:r w:rsidRPr="004543E3">
              <w:t xml:space="preserve"> </w:t>
            </w:r>
            <w:proofErr w:type="spellStart"/>
            <w:r w:rsidRPr="004543E3">
              <w:t>kiểm</w:t>
            </w:r>
            <w:proofErr w:type="spellEnd"/>
            <w:r w:rsidRPr="004543E3">
              <w:t xml:space="preserve"> </w:t>
            </w:r>
            <w:proofErr w:type="spellStart"/>
            <w:r w:rsidRPr="004543E3">
              <w:t>soát</w:t>
            </w:r>
            <w:proofErr w:type="spellEnd"/>
            <w:r w:rsidRPr="004543E3">
              <w:t xml:space="preserve"> </w:t>
            </w:r>
            <w:proofErr w:type="spellStart"/>
            <w:r w:rsidRPr="004543E3">
              <w:t>chất</w:t>
            </w:r>
            <w:proofErr w:type="spellEnd"/>
            <w:r w:rsidRPr="004543E3">
              <w:t xml:space="preserve"> </w:t>
            </w:r>
            <w:proofErr w:type="spellStart"/>
            <w:r w:rsidRPr="004543E3">
              <w:t>lượng</w:t>
            </w:r>
            <w:proofErr w:type="spellEnd"/>
            <w:r w:rsidRPr="004543E3">
              <w:t xml:space="preserve"> </w:t>
            </w:r>
            <w:proofErr w:type="spellStart"/>
            <w:r w:rsidRPr="004543E3">
              <w:t>sản</w:t>
            </w:r>
            <w:proofErr w:type="spellEnd"/>
            <w:r w:rsidRPr="004543E3">
              <w:t xml:space="preserve"> </w:t>
            </w:r>
            <w:proofErr w:type="spellStart"/>
            <w:r w:rsidRPr="004543E3">
              <w:t>phẩm</w:t>
            </w:r>
            <w:proofErr w:type="spellEnd"/>
            <w:r w:rsidRPr="004543E3">
              <w:t xml:space="preserve">, </w:t>
            </w:r>
            <w:proofErr w:type="spellStart"/>
            <w:r w:rsidRPr="004543E3">
              <w:t>hàng</w:t>
            </w:r>
            <w:proofErr w:type="spellEnd"/>
            <w:r w:rsidRPr="004543E3">
              <w:t xml:space="preserve"> </w:t>
            </w:r>
            <w:proofErr w:type="spellStart"/>
            <w:r w:rsidRPr="004543E3">
              <w:t>hóa</w:t>
            </w:r>
            <w:proofErr w:type="spellEnd"/>
            <w:r w:rsidRPr="004543E3">
              <w:t>.</w:t>
            </w:r>
          </w:p>
          <w:p w14:paraId="0332FBA0" w14:textId="77777777" w:rsidR="00512F52" w:rsidRPr="004543E3" w:rsidRDefault="00512F52" w:rsidP="00563608">
            <w:pPr>
              <w:spacing w:before="120" w:after="120" w:line="240" w:lineRule="auto"/>
              <w:jc w:val="both"/>
            </w:pPr>
            <w:r w:rsidRPr="004543E3">
              <w:t xml:space="preserve">- </w:t>
            </w:r>
            <w:proofErr w:type="spellStart"/>
            <w:r w:rsidRPr="004543E3">
              <w:t>Hồ</w:t>
            </w:r>
            <w:proofErr w:type="spellEnd"/>
            <w:r w:rsidRPr="004543E3">
              <w:t xml:space="preserve"> </w:t>
            </w:r>
            <w:proofErr w:type="spellStart"/>
            <w:r w:rsidRPr="004543E3">
              <w:t>sơ</w:t>
            </w:r>
            <w:proofErr w:type="spellEnd"/>
            <w:r w:rsidRPr="004543E3">
              <w:t xml:space="preserve"> </w:t>
            </w:r>
            <w:proofErr w:type="spellStart"/>
            <w:r w:rsidRPr="004543E3">
              <w:t>dự</w:t>
            </w:r>
            <w:proofErr w:type="spellEnd"/>
            <w:r w:rsidRPr="004543E3">
              <w:t xml:space="preserve"> </w:t>
            </w:r>
            <w:proofErr w:type="spellStart"/>
            <w:r w:rsidRPr="004543E3">
              <w:t>thảo</w:t>
            </w:r>
            <w:proofErr w:type="spellEnd"/>
            <w:r w:rsidRPr="004543E3">
              <w:t xml:space="preserve"> Thông </w:t>
            </w:r>
            <w:proofErr w:type="spellStart"/>
            <w:r w:rsidRPr="004543E3">
              <w:t>tư</w:t>
            </w:r>
            <w:proofErr w:type="spellEnd"/>
            <w:r w:rsidRPr="004543E3">
              <w:t xml:space="preserve"> (</w:t>
            </w:r>
            <w:proofErr w:type="spellStart"/>
            <w:r w:rsidRPr="004543E3">
              <w:t>gửi</w:t>
            </w:r>
            <w:proofErr w:type="spellEnd"/>
            <w:r w:rsidRPr="004543E3">
              <w:t xml:space="preserve"> </w:t>
            </w:r>
            <w:proofErr w:type="spellStart"/>
            <w:r w:rsidRPr="004543E3">
              <w:t>kèm</w:t>
            </w:r>
            <w:proofErr w:type="spellEnd"/>
            <w:r w:rsidRPr="004543E3">
              <w:t xml:space="preserve"> Công </w:t>
            </w:r>
            <w:proofErr w:type="spellStart"/>
            <w:r w:rsidRPr="004543E3">
              <w:t>văn</w:t>
            </w:r>
            <w:proofErr w:type="spellEnd"/>
            <w:r w:rsidRPr="004543E3">
              <w:t xml:space="preserve"> </w:t>
            </w:r>
            <w:proofErr w:type="spellStart"/>
            <w:r w:rsidRPr="004543E3">
              <w:t>số</w:t>
            </w:r>
            <w:proofErr w:type="spellEnd"/>
            <w:r w:rsidRPr="004543E3">
              <w:t xml:space="preserve"> 993/BKHCN-TĐC) </w:t>
            </w:r>
            <w:proofErr w:type="spellStart"/>
            <w:r w:rsidRPr="004543E3">
              <w:t>không</w:t>
            </w:r>
            <w:proofErr w:type="spellEnd"/>
            <w:r w:rsidRPr="004543E3">
              <w:t xml:space="preserve"> bao </w:t>
            </w:r>
            <w:proofErr w:type="spellStart"/>
            <w:r w:rsidRPr="004543E3">
              <w:t>gồm</w:t>
            </w:r>
            <w:proofErr w:type="spellEnd"/>
            <w:r w:rsidRPr="004543E3">
              <w:t xml:space="preserve"> </w:t>
            </w:r>
            <w:proofErr w:type="spellStart"/>
            <w:r w:rsidRPr="004543E3">
              <w:t>Tờ</w:t>
            </w:r>
            <w:proofErr w:type="spellEnd"/>
            <w:r w:rsidRPr="004543E3">
              <w:t xml:space="preserve"> </w:t>
            </w:r>
            <w:proofErr w:type="spellStart"/>
            <w:r w:rsidRPr="004543E3">
              <w:t>trình</w:t>
            </w:r>
            <w:proofErr w:type="spellEnd"/>
            <w:r w:rsidRPr="004543E3">
              <w:t xml:space="preserve">, do </w:t>
            </w:r>
            <w:proofErr w:type="spellStart"/>
            <w:r w:rsidRPr="004543E3">
              <w:t>đó</w:t>
            </w:r>
            <w:proofErr w:type="spellEnd"/>
            <w:r w:rsidRPr="004543E3">
              <w:t xml:space="preserve">, </w:t>
            </w:r>
            <w:proofErr w:type="spellStart"/>
            <w:r w:rsidRPr="004543E3">
              <w:t>Bộ</w:t>
            </w:r>
            <w:proofErr w:type="spellEnd"/>
            <w:r w:rsidRPr="004543E3">
              <w:t xml:space="preserve"> </w:t>
            </w:r>
            <w:proofErr w:type="spellStart"/>
            <w:r w:rsidRPr="004543E3">
              <w:t>Tư</w:t>
            </w:r>
            <w:proofErr w:type="spellEnd"/>
            <w:r w:rsidRPr="004543E3">
              <w:t xml:space="preserve"> </w:t>
            </w:r>
            <w:proofErr w:type="spellStart"/>
            <w:r w:rsidRPr="004543E3">
              <w:t>pháp</w:t>
            </w:r>
            <w:proofErr w:type="spellEnd"/>
            <w:r w:rsidRPr="004543E3">
              <w:t xml:space="preserve"> </w:t>
            </w:r>
            <w:proofErr w:type="spellStart"/>
            <w:r w:rsidRPr="004543E3">
              <w:t>không</w:t>
            </w:r>
            <w:proofErr w:type="spellEnd"/>
            <w:r w:rsidRPr="004543E3">
              <w:t xml:space="preserve"> </w:t>
            </w:r>
            <w:proofErr w:type="spellStart"/>
            <w:r w:rsidRPr="004543E3">
              <w:t>có</w:t>
            </w:r>
            <w:proofErr w:type="spellEnd"/>
            <w:r w:rsidRPr="004543E3">
              <w:t xml:space="preserve"> </w:t>
            </w:r>
            <w:proofErr w:type="spellStart"/>
            <w:r w:rsidRPr="004543E3">
              <w:t>đủ</w:t>
            </w:r>
            <w:proofErr w:type="spellEnd"/>
            <w:r w:rsidRPr="004543E3">
              <w:t xml:space="preserve"> </w:t>
            </w:r>
            <w:proofErr w:type="spellStart"/>
            <w:r w:rsidRPr="004543E3">
              <w:t>cơ</w:t>
            </w:r>
            <w:proofErr w:type="spellEnd"/>
            <w:r w:rsidRPr="004543E3">
              <w:t xml:space="preserve"> </w:t>
            </w:r>
            <w:proofErr w:type="spellStart"/>
            <w:r w:rsidRPr="004543E3">
              <w:t>sở</w:t>
            </w:r>
            <w:proofErr w:type="spellEnd"/>
            <w:r w:rsidRPr="004543E3">
              <w:t xml:space="preserve"> </w:t>
            </w:r>
            <w:proofErr w:type="spellStart"/>
            <w:r w:rsidRPr="004543E3">
              <w:t>để</w:t>
            </w:r>
            <w:proofErr w:type="spellEnd"/>
            <w:r w:rsidRPr="004543E3">
              <w:t xml:space="preserve"> </w:t>
            </w:r>
            <w:proofErr w:type="spellStart"/>
            <w:r w:rsidRPr="004543E3">
              <w:t>cho</w:t>
            </w:r>
            <w:proofErr w:type="spellEnd"/>
            <w:r w:rsidRPr="004543E3">
              <w:t xml:space="preserve"> ý </w:t>
            </w:r>
            <w:proofErr w:type="spellStart"/>
            <w:r w:rsidRPr="004543E3">
              <w:t>kiến</w:t>
            </w:r>
            <w:proofErr w:type="spellEnd"/>
            <w:r w:rsidRPr="004543E3">
              <w:t xml:space="preserve"> </w:t>
            </w:r>
            <w:proofErr w:type="spellStart"/>
            <w:r w:rsidRPr="004543E3">
              <w:t>toàn</w:t>
            </w:r>
            <w:proofErr w:type="spellEnd"/>
            <w:r w:rsidRPr="004543E3">
              <w:t xml:space="preserve"> </w:t>
            </w:r>
            <w:proofErr w:type="spellStart"/>
            <w:r w:rsidRPr="004543E3">
              <w:t>diện</w:t>
            </w:r>
            <w:proofErr w:type="spellEnd"/>
            <w:r w:rsidRPr="004543E3">
              <w:t xml:space="preserve"> </w:t>
            </w:r>
            <w:proofErr w:type="spellStart"/>
            <w:r w:rsidRPr="004543E3">
              <w:t>về</w:t>
            </w:r>
            <w:proofErr w:type="spellEnd"/>
            <w:r w:rsidRPr="004543E3">
              <w:t xml:space="preserve"> </w:t>
            </w:r>
            <w:proofErr w:type="spellStart"/>
            <w:r w:rsidRPr="004543E3">
              <w:t>nội</w:t>
            </w:r>
            <w:proofErr w:type="spellEnd"/>
            <w:r w:rsidRPr="004543E3">
              <w:t xml:space="preserve"> dung </w:t>
            </w:r>
            <w:proofErr w:type="spellStart"/>
            <w:r w:rsidRPr="004543E3">
              <w:t>của</w:t>
            </w:r>
            <w:proofErr w:type="spellEnd"/>
            <w:r w:rsidRPr="004543E3">
              <w:t xml:space="preserve"> </w:t>
            </w:r>
            <w:proofErr w:type="spellStart"/>
            <w:r w:rsidRPr="004543E3">
              <w:t>dự</w:t>
            </w:r>
            <w:proofErr w:type="spellEnd"/>
            <w:r w:rsidRPr="004543E3">
              <w:t xml:space="preserve"> </w:t>
            </w:r>
            <w:proofErr w:type="spellStart"/>
            <w:r w:rsidRPr="004543E3">
              <w:t>thảo</w:t>
            </w:r>
            <w:proofErr w:type="spellEnd"/>
            <w:r w:rsidRPr="004543E3">
              <w:t xml:space="preserve"> Thông </w:t>
            </w:r>
            <w:proofErr w:type="spellStart"/>
            <w:r w:rsidRPr="004543E3">
              <w:t>tư</w:t>
            </w:r>
            <w:proofErr w:type="spellEnd"/>
            <w:r w:rsidRPr="004543E3">
              <w:t xml:space="preserve">. </w:t>
            </w:r>
            <w:proofErr w:type="spellStart"/>
            <w:r w:rsidRPr="004543E3">
              <w:t>Hơn</w:t>
            </w:r>
            <w:proofErr w:type="spellEnd"/>
            <w:r w:rsidRPr="004543E3">
              <w:t xml:space="preserve"> </w:t>
            </w:r>
            <w:proofErr w:type="spellStart"/>
            <w:r w:rsidRPr="004543E3">
              <w:t>nữa</w:t>
            </w:r>
            <w:proofErr w:type="spellEnd"/>
            <w:r w:rsidRPr="004543E3">
              <w:t xml:space="preserve">, </w:t>
            </w:r>
            <w:proofErr w:type="spellStart"/>
            <w:r w:rsidRPr="004543E3">
              <w:t>nội</w:t>
            </w:r>
            <w:proofErr w:type="spellEnd"/>
            <w:r w:rsidRPr="004543E3">
              <w:t xml:space="preserve"> dung </w:t>
            </w:r>
            <w:proofErr w:type="spellStart"/>
            <w:r w:rsidRPr="004543E3">
              <w:t>của</w:t>
            </w:r>
            <w:proofErr w:type="spellEnd"/>
            <w:r w:rsidRPr="004543E3">
              <w:t xml:space="preserve"> </w:t>
            </w:r>
            <w:proofErr w:type="spellStart"/>
            <w:r w:rsidRPr="004543E3">
              <w:t>dự</w:t>
            </w:r>
            <w:proofErr w:type="spellEnd"/>
            <w:r w:rsidRPr="004543E3">
              <w:t xml:space="preserve"> </w:t>
            </w:r>
            <w:proofErr w:type="spellStart"/>
            <w:r w:rsidRPr="004543E3">
              <w:t>thảo</w:t>
            </w:r>
            <w:proofErr w:type="spellEnd"/>
            <w:r w:rsidRPr="004543E3">
              <w:t xml:space="preserve"> Thông </w:t>
            </w:r>
            <w:proofErr w:type="spellStart"/>
            <w:r w:rsidRPr="004543E3">
              <w:t>tư</w:t>
            </w:r>
            <w:proofErr w:type="spellEnd"/>
            <w:r w:rsidRPr="004543E3">
              <w:t xml:space="preserve"> </w:t>
            </w:r>
            <w:proofErr w:type="spellStart"/>
            <w:r w:rsidRPr="004543E3">
              <w:t>liên</w:t>
            </w:r>
            <w:proofErr w:type="spellEnd"/>
            <w:r w:rsidRPr="004543E3">
              <w:t xml:space="preserve"> </w:t>
            </w:r>
            <w:proofErr w:type="spellStart"/>
            <w:r w:rsidRPr="004543E3">
              <w:t>quan</w:t>
            </w:r>
            <w:proofErr w:type="spellEnd"/>
            <w:r w:rsidRPr="004543E3">
              <w:t xml:space="preserve"> </w:t>
            </w:r>
            <w:proofErr w:type="spellStart"/>
            <w:r w:rsidRPr="004543E3">
              <w:t>đến</w:t>
            </w:r>
            <w:proofErr w:type="spellEnd"/>
            <w:r w:rsidRPr="004543E3">
              <w:t xml:space="preserve"> </w:t>
            </w:r>
            <w:proofErr w:type="spellStart"/>
            <w:r w:rsidRPr="004543E3">
              <w:t>phạm</w:t>
            </w:r>
            <w:proofErr w:type="spellEnd"/>
            <w:r w:rsidRPr="004543E3">
              <w:t xml:space="preserve"> vi </w:t>
            </w:r>
            <w:proofErr w:type="spellStart"/>
            <w:r w:rsidRPr="004543E3">
              <w:t>quản</w:t>
            </w:r>
            <w:proofErr w:type="spellEnd"/>
            <w:r w:rsidRPr="004543E3">
              <w:t xml:space="preserve"> </w:t>
            </w:r>
            <w:proofErr w:type="spellStart"/>
            <w:r w:rsidRPr="004543E3">
              <w:t>lý</w:t>
            </w:r>
            <w:proofErr w:type="spellEnd"/>
            <w:r w:rsidRPr="004543E3">
              <w:t xml:space="preserve"> </w:t>
            </w:r>
            <w:proofErr w:type="spellStart"/>
            <w:r w:rsidRPr="004543E3">
              <w:t>nhà</w:t>
            </w:r>
            <w:proofErr w:type="spellEnd"/>
            <w:r w:rsidRPr="004543E3">
              <w:t xml:space="preserve"> </w:t>
            </w:r>
            <w:proofErr w:type="spellStart"/>
            <w:r w:rsidRPr="004543E3">
              <w:t>nước</w:t>
            </w:r>
            <w:proofErr w:type="spellEnd"/>
            <w:r w:rsidRPr="004543E3">
              <w:t xml:space="preserve"> </w:t>
            </w:r>
            <w:proofErr w:type="spellStart"/>
            <w:r w:rsidRPr="004543E3">
              <w:t>của</w:t>
            </w:r>
            <w:proofErr w:type="spellEnd"/>
            <w:r w:rsidRPr="004543E3">
              <w:t xml:space="preserve"> </w:t>
            </w:r>
            <w:proofErr w:type="spellStart"/>
            <w:r w:rsidRPr="004543E3">
              <w:t>Bộ</w:t>
            </w:r>
            <w:proofErr w:type="spellEnd"/>
            <w:r w:rsidRPr="004543E3">
              <w:t xml:space="preserve"> </w:t>
            </w:r>
            <w:proofErr w:type="spellStart"/>
            <w:r w:rsidRPr="004543E3">
              <w:t>Nội</w:t>
            </w:r>
            <w:proofErr w:type="spellEnd"/>
            <w:r w:rsidRPr="004543E3">
              <w:t xml:space="preserve"> vụ (</w:t>
            </w:r>
            <w:proofErr w:type="spellStart"/>
            <w:r w:rsidRPr="004543E3">
              <w:t>theo</w:t>
            </w:r>
            <w:proofErr w:type="spellEnd"/>
            <w:r w:rsidRPr="004543E3">
              <w:t xml:space="preserve"> </w:t>
            </w:r>
            <w:proofErr w:type="spellStart"/>
            <w:r w:rsidRPr="004543E3">
              <w:t>Nghị</w:t>
            </w:r>
            <w:proofErr w:type="spellEnd"/>
            <w:r w:rsidRPr="004543E3">
              <w:t xml:space="preserve"> </w:t>
            </w:r>
            <w:proofErr w:type="spellStart"/>
            <w:r w:rsidRPr="004543E3">
              <w:t>định</w:t>
            </w:r>
            <w:proofErr w:type="spellEnd"/>
            <w:r w:rsidRPr="004543E3">
              <w:t xml:space="preserve"> </w:t>
            </w:r>
            <w:proofErr w:type="spellStart"/>
            <w:r w:rsidRPr="004543E3">
              <w:t>số</w:t>
            </w:r>
            <w:proofErr w:type="spellEnd"/>
            <w:r w:rsidRPr="004543E3">
              <w:t xml:space="preserve"> 25/2025/NĐ-CP </w:t>
            </w:r>
            <w:proofErr w:type="spellStart"/>
            <w:r w:rsidRPr="004543E3">
              <w:t>ngày</w:t>
            </w:r>
            <w:proofErr w:type="spellEnd"/>
            <w:r w:rsidRPr="004543E3">
              <w:t xml:space="preserve"> 21/02/2025 </w:t>
            </w:r>
            <w:proofErr w:type="spellStart"/>
            <w:r w:rsidRPr="004543E3">
              <w:t>của</w:t>
            </w:r>
            <w:proofErr w:type="spellEnd"/>
            <w:r w:rsidRPr="004543E3">
              <w:t xml:space="preserve"> </w:t>
            </w:r>
            <w:proofErr w:type="spellStart"/>
            <w:r w:rsidRPr="004543E3">
              <w:t>Chính</w:t>
            </w:r>
            <w:proofErr w:type="spellEnd"/>
            <w:r w:rsidRPr="004543E3">
              <w:t xml:space="preserve"> </w:t>
            </w:r>
            <w:proofErr w:type="spellStart"/>
            <w:r w:rsidRPr="004543E3">
              <w:t>phủ</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chức</w:t>
            </w:r>
            <w:proofErr w:type="spellEnd"/>
            <w:r w:rsidRPr="004543E3">
              <w:t xml:space="preserve"> </w:t>
            </w:r>
            <w:proofErr w:type="spellStart"/>
            <w:r w:rsidRPr="004543E3">
              <w:t>năng</w:t>
            </w:r>
            <w:proofErr w:type="spellEnd"/>
            <w:r w:rsidRPr="004543E3">
              <w:t xml:space="preserve">, </w:t>
            </w:r>
            <w:proofErr w:type="spellStart"/>
            <w:r w:rsidRPr="004543E3">
              <w:t>nhiệm</w:t>
            </w:r>
            <w:proofErr w:type="spellEnd"/>
            <w:r w:rsidRPr="004543E3">
              <w:t xml:space="preserve"> vụ, </w:t>
            </w:r>
            <w:proofErr w:type="spellStart"/>
            <w:r w:rsidRPr="004543E3">
              <w:t>quyền</w:t>
            </w:r>
            <w:proofErr w:type="spellEnd"/>
            <w:r w:rsidRPr="004543E3">
              <w:t xml:space="preserve"> </w:t>
            </w:r>
            <w:proofErr w:type="spellStart"/>
            <w:r w:rsidRPr="004543E3">
              <w:t>hạn</w:t>
            </w:r>
            <w:proofErr w:type="spellEnd"/>
            <w:r w:rsidRPr="004543E3">
              <w:t xml:space="preserve"> </w:t>
            </w:r>
            <w:proofErr w:type="spellStart"/>
            <w:r w:rsidRPr="004543E3">
              <w:t>và</w:t>
            </w:r>
            <w:proofErr w:type="spellEnd"/>
            <w:r w:rsidRPr="004543E3">
              <w:t xml:space="preserve"> </w:t>
            </w:r>
            <w:proofErr w:type="spellStart"/>
            <w:r w:rsidRPr="004543E3">
              <w:t>cơ</w:t>
            </w:r>
            <w:proofErr w:type="spellEnd"/>
            <w:r w:rsidRPr="004543E3">
              <w:t xml:space="preserve"> </w:t>
            </w:r>
            <w:proofErr w:type="spellStart"/>
            <w:r w:rsidRPr="004543E3">
              <w:t>cấu</w:t>
            </w:r>
            <w:proofErr w:type="spellEnd"/>
            <w:r w:rsidRPr="004543E3">
              <w:t xml:space="preserve"> </w:t>
            </w:r>
            <w:proofErr w:type="spellStart"/>
            <w:r w:rsidRPr="004543E3">
              <w:t>tổ</w:t>
            </w:r>
            <w:proofErr w:type="spellEnd"/>
            <w:r w:rsidRPr="004543E3">
              <w:t xml:space="preserve"> </w:t>
            </w:r>
            <w:proofErr w:type="spellStart"/>
            <w:r w:rsidRPr="004543E3">
              <w:t>chức</w:t>
            </w:r>
            <w:proofErr w:type="spellEnd"/>
            <w:r w:rsidRPr="004543E3">
              <w:t xml:space="preserve"> </w:t>
            </w:r>
            <w:proofErr w:type="spellStart"/>
            <w:r w:rsidRPr="004543E3">
              <w:t>của</w:t>
            </w:r>
            <w:proofErr w:type="spellEnd"/>
            <w:r w:rsidRPr="004543E3">
              <w:t xml:space="preserve"> </w:t>
            </w:r>
            <w:proofErr w:type="spellStart"/>
            <w:r w:rsidRPr="004543E3">
              <w:t>Bộ</w:t>
            </w:r>
            <w:proofErr w:type="spellEnd"/>
            <w:r w:rsidRPr="004543E3">
              <w:t xml:space="preserve"> </w:t>
            </w:r>
            <w:proofErr w:type="spellStart"/>
            <w:r w:rsidRPr="004543E3">
              <w:t>Nội</w:t>
            </w:r>
            <w:proofErr w:type="spellEnd"/>
            <w:r w:rsidRPr="004543E3">
              <w:t xml:space="preserve"> vụ) </w:t>
            </w:r>
            <w:proofErr w:type="spellStart"/>
            <w:r w:rsidRPr="004543E3">
              <w:t>và</w:t>
            </w:r>
            <w:proofErr w:type="spellEnd"/>
            <w:r w:rsidRPr="004543E3">
              <w:t xml:space="preserve"> </w:t>
            </w:r>
            <w:proofErr w:type="spellStart"/>
            <w:r w:rsidRPr="004543E3">
              <w:t>không</w:t>
            </w:r>
            <w:proofErr w:type="spellEnd"/>
            <w:r w:rsidRPr="004543E3">
              <w:t xml:space="preserve"> </w:t>
            </w:r>
            <w:proofErr w:type="spellStart"/>
            <w:r w:rsidRPr="004543E3">
              <w:t>liên</w:t>
            </w:r>
            <w:proofErr w:type="spellEnd"/>
            <w:r w:rsidRPr="004543E3">
              <w:t xml:space="preserve"> </w:t>
            </w:r>
            <w:proofErr w:type="spellStart"/>
            <w:r w:rsidRPr="004543E3">
              <w:t>quan</w:t>
            </w:r>
            <w:proofErr w:type="spellEnd"/>
            <w:r w:rsidRPr="004543E3">
              <w:t xml:space="preserve"> </w:t>
            </w:r>
            <w:proofErr w:type="spellStart"/>
            <w:r w:rsidRPr="004543E3">
              <w:t>đến</w:t>
            </w:r>
            <w:proofErr w:type="spellEnd"/>
            <w:r w:rsidRPr="004543E3">
              <w:t xml:space="preserve"> </w:t>
            </w:r>
            <w:proofErr w:type="spellStart"/>
            <w:r w:rsidRPr="004543E3">
              <w:t>phạm</w:t>
            </w:r>
            <w:proofErr w:type="spellEnd"/>
            <w:r w:rsidRPr="004543E3">
              <w:t xml:space="preserve"> vi </w:t>
            </w:r>
            <w:proofErr w:type="spellStart"/>
            <w:r w:rsidRPr="004543E3">
              <w:t>quản</w:t>
            </w:r>
            <w:proofErr w:type="spellEnd"/>
            <w:r w:rsidRPr="004543E3">
              <w:t xml:space="preserve"> </w:t>
            </w:r>
            <w:proofErr w:type="spellStart"/>
            <w:r w:rsidRPr="004543E3">
              <w:t>lý</w:t>
            </w:r>
            <w:proofErr w:type="spellEnd"/>
            <w:r w:rsidRPr="004543E3">
              <w:t xml:space="preserve"> </w:t>
            </w:r>
            <w:proofErr w:type="spellStart"/>
            <w:r w:rsidRPr="004543E3">
              <w:t>nhà</w:t>
            </w:r>
            <w:proofErr w:type="spellEnd"/>
            <w:r w:rsidRPr="004543E3">
              <w:t xml:space="preserve"> </w:t>
            </w:r>
            <w:proofErr w:type="spellStart"/>
            <w:r w:rsidRPr="004543E3">
              <w:t>nước</w:t>
            </w:r>
            <w:proofErr w:type="spellEnd"/>
            <w:r w:rsidRPr="004543E3">
              <w:t xml:space="preserve"> </w:t>
            </w:r>
            <w:proofErr w:type="spellStart"/>
            <w:r w:rsidRPr="004543E3">
              <w:t>của</w:t>
            </w:r>
            <w:proofErr w:type="spellEnd"/>
            <w:r w:rsidRPr="004543E3">
              <w:t xml:space="preserve"> </w:t>
            </w:r>
            <w:proofErr w:type="spellStart"/>
            <w:r w:rsidRPr="004543E3">
              <w:t>Bộ</w:t>
            </w:r>
            <w:proofErr w:type="spellEnd"/>
            <w:r w:rsidRPr="004543E3">
              <w:t xml:space="preserve"> </w:t>
            </w:r>
            <w:proofErr w:type="spellStart"/>
            <w:r w:rsidRPr="004543E3">
              <w:t>Tư</w:t>
            </w:r>
            <w:proofErr w:type="spellEnd"/>
            <w:r w:rsidRPr="004543E3">
              <w:t xml:space="preserve"> </w:t>
            </w:r>
            <w:proofErr w:type="spellStart"/>
            <w:r w:rsidRPr="004543E3">
              <w:t>pháp</w:t>
            </w:r>
            <w:proofErr w:type="spellEnd"/>
            <w:r w:rsidRPr="004543E3">
              <w:t xml:space="preserve"> (</w:t>
            </w:r>
            <w:proofErr w:type="spellStart"/>
            <w:r w:rsidRPr="004543E3">
              <w:t>theo</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tại</w:t>
            </w:r>
            <w:proofErr w:type="spellEnd"/>
            <w:r w:rsidRPr="004543E3">
              <w:t xml:space="preserve"> </w:t>
            </w:r>
            <w:proofErr w:type="spellStart"/>
            <w:r w:rsidRPr="004543E3">
              <w:t>Nghị</w:t>
            </w:r>
            <w:proofErr w:type="spellEnd"/>
            <w:r w:rsidRPr="004543E3">
              <w:t xml:space="preserve"> </w:t>
            </w:r>
            <w:proofErr w:type="spellStart"/>
            <w:r w:rsidRPr="004543E3">
              <w:t>định</w:t>
            </w:r>
            <w:proofErr w:type="spellEnd"/>
            <w:r w:rsidRPr="004543E3">
              <w:t xml:space="preserve"> </w:t>
            </w:r>
            <w:proofErr w:type="spellStart"/>
            <w:r w:rsidRPr="004543E3">
              <w:t>số</w:t>
            </w:r>
            <w:proofErr w:type="spellEnd"/>
            <w:r w:rsidRPr="004543E3">
              <w:t xml:space="preserve"> 09/2026/NĐ-CP </w:t>
            </w:r>
            <w:proofErr w:type="spellStart"/>
            <w:r w:rsidRPr="004543E3">
              <w:t>ngày</w:t>
            </w:r>
            <w:proofErr w:type="spellEnd"/>
            <w:r w:rsidRPr="004543E3">
              <w:t xml:space="preserve"> 10/01/2026 </w:t>
            </w:r>
            <w:proofErr w:type="spellStart"/>
            <w:r w:rsidRPr="004543E3">
              <w:t>của</w:t>
            </w:r>
            <w:proofErr w:type="spellEnd"/>
            <w:r w:rsidRPr="004543E3">
              <w:t xml:space="preserve"> </w:t>
            </w:r>
            <w:proofErr w:type="spellStart"/>
            <w:r w:rsidRPr="004543E3">
              <w:t>Chính</w:t>
            </w:r>
            <w:proofErr w:type="spellEnd"/>
            <w:r w:rsidRPr="004543E3">
              <w:t xml:space="preserve"> </w:t>
            </w:r>
            <w:proofErr w:type="spellStart"/>
            <w:r w:rsidRPr="004543E3">
              <w:t>phủ</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chức</w:t>
            </w:r>
            <w:proofErr w:type="spellEnd"/>
            <w:r w:rsidRPr="004543E3">
              <w:t xml:space="preserve"> </w:t>
            </w:r>
            <w:proofErr w:type="spellStart"/>
            <w:r w:rsidRPr="004543E3">
              <w:t>năng</w:t>
            </w:r>
            <w:proofErr w:type="spellEnd"/>
            <w:r w:rsidRPr="004543E3">
              <w:t xml:space="preserve">, </w:t>
            </w:r>
            <w:proofErr w:type="spellStart"/>
            <w:r w:rsidRPr="004543E3">
              <w:t>nhiệm</w:t>
            </w:r>
            <w:proofErr w:type="spellEnd"/>
            <w:r w:rsidRPr="004543E3">
              <w:t xml:space="preserve"> vụ, </w:t>
            </w:r>
            <w:proofErr w:type="spellStart"/>
            <w:r w:rsidRPr="004543E3">
              <w:t>quyền</w:t>
            </w:r>
            <w:proofErr w:type="spellEnd"/>
            <w:r w:rsidRPr="004543E3">
              <w:t xml:space="preserve"> </w:t>
            </w:r>
            <w:proofErr w:type="spellStart"/>
            <w:r w:rsidRPr="004543E3">
              <w:t>hạn</w:t>
            </w:r>
            <w:proofErr w:type="spellEnd"/>
            <w:r w:rsidRPr="004543E3">
              <w:t xml:space="preserve"> </w:t>
            </w:r>
            <w:proofErr w:type="spellStart"/>
            <w:r w:rsidRPr="004543E3">
              <w:t>và</w:t>
            </w:r>
            <w:proofErr w:type="spellEnd"/>
            <w:r w:rsidRPr="004543E3">
              <w:t xml:space="preserve"> </w:t>
            </w:r>
            <w:proofErr w:type="spellStart"/>
            <w:r w:rsidRPr="004543E3">
              <w:t>cơ</w:t>
            </w:r>
            <w:proofErr w:type="spellEnd"/>
            <w:r w:rsidRPr="004543E3">
              <w:t xml:space="preserve"> </w:t>
            </w:r>
            <w:proofErr w:type="spellStart"/>
            <w:r w:rsidRPr="004543E3">
              <w:t>cấu</w:t>
            </w:r>
            <w:proofErr w:type="spellEnd"/>
            <w:r w:rsidRPr="004543E3">
              <w:t xml:space="preserve"> </w:t>
            </w:r>
            <w:proofErr w:type="spellStart"/>
            <w:r w:rsidRPr="004543E3">
              <w:t>tổ</w:t>
            </w:r>
            <w:proofErr w:type="spellEnd"/>
            <w:r w:rsidRPr="004543E3">
              <w:t xml:space="preserve"> </w:t>
            </w:r>
            <w:proofErr w:type="spellStart"/>
            <w:r w:rsidRPr="004543E3">
              <w:t>chức</w:t>
            </w:r>
            <w:proofErr w:type="spellEnd"/>
            <w:r w:rsidRPr="004543E3">
              <w:t xml:space="preserve"> </w:t>
            </w:r>
            <w:proofErr w:type="spellStart"/>
            <w:r w:rsidRPr="004543E3">
              <w:t>của</w:t>
            </w:r>
            <w:proofErr w:type="spellEnd"/>
            <w:r w:rsidRPr="004543E3">
              <w:t xml:space="preserve"> </w:t>
            </w:r>
            <w:proofErr w:type="spellStart"/>
            <w:r w:rsidRPr="004543E3">
              <w:t>Bộ</w:t>
            </w:r>
            <w:proofErr w:type="spellEnd"/>
            <w:r w:rsidRPr="004543E3">
              <w:t xml:space="preserve"> </w:t>
            </w:r>
            <w:proofErr w:type="spellStart"/>
            <w:r w:rsidRPr="004543E3">
              <w:t>Tư</w:t>
            </w:r>
            <w:proofErr w:type="spellEnd"/>
            <w:r w:rsidRPr="004543E3">
              <w:t xml:space="preserve"> </w:t>
            </w:r>
            <w:proofErr w:type="spellStart"/>
            <w:r w:rsidRPr="004543E3">
              <w:t>pháp</w:t>
            </w:r>
            <w:proofErr w:type="spellEnd"/>
            <w:r w:rsidRPr="004543E3">
              <w:t xml:space="preserve">). Do </w:t>
            </w:r>
            <w:proofErr w:type="spellStart"/>
            <w:r w:rsidRPr="004543E3">
              <w:t>đó</w:t>
            </w:r>
            <w:proofErr w:type="spellEnd"/>
            <w:r w:rsidRPr="004543E3">
              <w:t xml:space="preserve">,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cơ</w:t>
            </w:r>
            <w:proofErr w:type="spellEnd"/>
            <w:r w:rsidRPr="004543E3">
              <w:t xml:space="preserve"> </w:t>
            </w:r>
            <w:proofErr w:type="spellStart"/>
            <w:r w:rsidRPr="004543E3">
              <w:t>quan</w:t>
            </w:r>
            <w:proofErr w:type="spellEnd"/>
            <w:r w:rsidRPr="004543E3">
              <w:t xml:space="preserve"> </w:t>
            </w:r>
            <w:proofErr w:type="spellStart"/>
            <w:r w:rsidRPr="004543E3">
              <w:t>chủ</w:t>
            </w:r>
            <w:proofErr w:type="spellEnd"/>
            <w:r w:rsidRPr="004543E3">
              <w:t xml:space="preserve"> </w:t>
            </w:r>
            <w:proofErr w:type="spellStart"/>
            <w:r w:rsidRPr="004543E3">
              <w:t>trì</w:t>
            </w:r>
            <w:proofErr w:type="spellEnd"/>
            <w:r w:rsidRPr="004543E3">
              <w:t xml:space="preserve"> </w:t>
            </w:r>
            <w:proofErr w:type="spellStart"/>
            <w:r w:rsidRPr="004543E3">
              <w:t>soạn</w:t>
            </w:r>
            <w:proofErr w:type="spellEnd"/>
            <w:r w:rsidRPr="004543E3">
              <w:t xml:space="preserve"> </w:t>
            </w:r>
            <w:proofErr w:type="spellStart"/>
            <w:r w:rsidRPr="004543E3">
              <w:t>thảo</w:t>
            </w:r>
            <w:proofErr w:type="spellEnd"/>
            <w:r w:rsidRPr="004543E3">
              <w:t xml:space="preserve"> </w:t>
            </w:r>
            <w:proofErr w:type="spellStart"/>
            <w:r w:rsidRPr="004543E3">
              <w:t>lấy</w:t>
            </w:r>
            <w:proofErr w:type="spellEnd"/>
            <w:r w:rsidRPr="004543E3">
              <w:t xml:space="preserve"> ý </w:t>
            </w:r>
            <w:proofErr w:type="spellStart"/>
            <w:r w:rsidRPr="004543E3">
              <w:t>kiến</w:t>
            </w:r>
            <w:proofErr w:type="spellEnd"/>
            <w:r w:rsidRPr="004543E3">
              <w:t xml:space="preserve"> </w:t>
            </w:r>
            <w:proofErr w:type="spellStart"/>
            <w:r w:rsidRPr="004543E3">
              <w:t>của</w:t>
            </w:r>
            <w:proofErr w:type="spellEnd"/>
            <w:r w:rsidRPr="004543E3">
              <w:t xml:space="preserve"> </w:t>
            </w:r>
            <w:proofErr w:type="spellStart"/>
            <w:r w:rsidRPr="004543E3">
              <w:t>Bộ</w:t>
            </w:r>
            <w:proofErr w:type="spellEnd"/>
            <w:r w:rsidRPr="004543E3">
              <w:t xml:space="preserve"> </w:t>
            </w:r>
            <w:proofErr w:type="spellStart"/>
            <w:r w:rsidRPr="004543E3">
              <w:t>Nội</w:t>
            </w:r>
            <w:proofErr w:type="spellEnd"/>
            <w:r w:rsidRPr="004543E3">
              <w:t xml:space="preserve"> vụ </w:t>
            </w:r>
            <w:proofErr w:type="spellStart"/>
            <w:r w:rsidRPr="004543E3">
              <w:t>và</w:t>
            </w:r>
            <w:proofErr w:type="spellEnd"/>
            <w:r w:rsidRPr="004543E3">
              <w:t xml:space="preserve"> </w:t>
            </w:r>
            <w:proofErr w:type="spellStart"/>
            <w:r w:rsidRPr="004543E3">
              <w:t>các</w:t>
            </w:r>
            <w:proofErr w:type="spellEnd"/>
            <w:r w:rsidRPr="004543E3">
              <w:t xml:space="preserve"> </w:t>
            </w:r>
            <w:proofErr w:type="spellStart"/>
            <w:r w:rsidRPr="004543E3">
              <w:t>cơ</w:t>
            </w:r>
            <w:proofErr w:type="spellEnd"/>
            <w:r w:rsidRPr="004543E3">
              <w:t xml:space="preserve"> </w:t>
            </w:r>
            <w:proofErr w:type="spellStart"/>
            <w:r w:rsidRPr="004543E3">
              <w:t>quan</w:t>
            </w:r>
            <w:proofErr w:type="spellEnd"/>
            <w:r w:rsidRPr="004543E3">
              <w:t xml:space="preserve"> </w:t>
            </w:r>
            <w:proofErr w:type="spellStart"/>
            <w:r w:rsidRPr="004543E3">
              <w:t>có</w:t>
            </w:r>
            <w:proofErr w:type="spellEnd"/>
            <w:r w:rsidRPr="004543E3">
              <w:t xml:space="preserve"> </w:t>
            </w:r>
            <w:proofErr w:type="spellStart"/>
            <w:r w:rsidRPr="004543E3">
              <w:t>liên</w:t>
            </w:r>
            <w:proofErr w:type="spellEnd"/>
            <w:r w:rsidRPr="004543E3">
              <w:t xml:space="preserve"> </w:t>
            </w:r>
            <w:proofErr w:type="spellStart"/>
            <w:r w:rsidRPr="004543E3">
              <w:t>quan</w:t>
            </w:r>
            <w:proofErr w:type="spellEnd"/>
            <w:r w:rsidRPr="004543E3">
              <w:t xml:space="preserve"> </w:t>
            </w:r>
            <w:proofErr w:type="spellStart"/>
            <w:r w:rsidRPr="004543E3">
              <w:t>để</w:t>
            </w:r>
            <w:proofErr w:type="spellEnd"/>
            <w:r w:rsidRPr="004543E3">
              <w:t xml:space="preserve"> </w:t>
            </w:r>
            <w:proofErr w:type="spellStart"/>
            <w:r w:rsidRPr="004543E3">
              <w:t>chỉnh</w:t>
            </w:r>
            <w:proofErr w:type="spellEnd"/>
            <w:r w:rsidRPr="004543E3">
              <w:t xml:space="preserve"> </w:t>
            </w:r>
            <w:proofErr w:type="spellStart"/>
            <w:r w:rsidRPr="004543E3">
              <w:t>lý</w:t>
            </w:r>
            <w:proofErr w:type="spellEnd"/>
            <w:r w:rsidRPr="004543E3">
              <w:t xml:space="preserve">, </w:t>
            </w:r>
            <w:proofErr w:type="spellStart"/>
            <w:r w:rsidRPr="004543E3">
              <w:t>hoàn</w:t>
            </w:r>
            <w:proofErr w:type="spellEnd"/>
            <w:r w:rsidRPr="004543E3">
              <w:t xml:space="preserve"> </w:t>
            </w:r>
            <w:proofErr w:type="spellStart"/>
            <w:r w:rsidRPr="004543E3">
              <w:t>thiện</w:t>
            </w:r>
            <w:proofErr w:type="spellEnd"/>
            <w:r w:rsidRPr="004543E3">
              <w:t xml:space="preserve"> </w:t>
            </w:r>
            <w:proofErr w:type="spellStart"/>
            <w:r w:rsidRPr="004543E3">
              <w:t>hồ</w:t>
            </w:r>
            <w:proofErr w:type="spellEnd"/>
            <w:r w:rsidRPr="004543E3">
              <w:t xml:space="preserve"> </w:t>
            </w:r>
            <w:proofErr w:type="spellStart"/>
            <w:r w:rsidRPr="004543E3">
              <w:t>sơ</w:t>
            </w:r>
            <w:proofErr w:type="spellEnd"/>
            <w:r w:rsidRPr="004543E3">
              <w:t xml:space="preserve"> 02 </w:t>
            </w:r>
            <w:proofErr w:type="spellStart"/>
            <w:r w:rsidRPr="004543E3">
              <w:t>dự</w:t>
            </w:r>
            <w:proofErr w:type="spellEnd"/>
            <w:r w:rsidRPr="004543E3">
              <w:t xml:space="preserve"> </w:t>
            </w:r>
            <w:proofErr w:type="spellStart"/>
            <w:r w:rsidRPr="004543E3">
              <w:t>thảo</w:t>
            </w:r>
            <w:proofErr w:type="spellEnd"/>
            <w:r w:rsidRPr="004543E3">
              <w:t xml:space="preserve"> Thông </w:t>
            </w:r>
            <w:proofErr w:type="spellStart"/>
            <w:r w:rsidRPr="004543E3">
              <w:t>tư</w:t>
            </w:r>
            <w:proofErr w:type="spellEnd"/>
            <w:r w:rsidRPr="004543E3">
              <w:t>.</w:t>
            </w:r>
          </w:p>
          <w:p w14:paraId="62321A24" w14:textId="368AE9D4" w:rsidR="00512F52" w:rsidRPr="004543E3" w:rsidRDefault="00512F52" w:rsidP="00563608">
            <w:pPr>
              <w:spacing w:before="120" w:after="120" w:line="240" w:lineRule="auto"/>
              <w:jc w:val="both"/>
            </w:pPr>
            <w:r w:rsidRPr="004543E3">
              <w:t>-</w:t>
            </w:r>
            <w:r w:rsidRPr="004543E3">
              <w:rPr>
                <w:rFonts w:cs="Times New Roman"/>
                <w:sz w:val="28"/>
                <w:szCs w:val="28"/>
              </w:rPr>
              <w:t xml:space="preserve"> </w:t>
            </w:r>
            <w:proofErr w:type="spellStart"/>
            <w:r w:rsidRPr="004543E3">
              <w:t>Về</w:t>
            </w:r>
            <w:proofErr w:type="spellEnd"/>
            <w:r w:rsidRPr="004543E3">
              <w:t xml:space="preserve"> </w:t>
            </w:r>
            <w:proofErr w:type="spellStart"/>
            <w:r w:rsidRPr="004543E3">
              <w:t>trình</w:t>
            </w:r>
            <w:proofErr w:type="spellEnd"/>
            <w:r w:rsidRPr="004543E3">
              <w:t xml:space="preserve"> </w:t>
            </w:r>
            <w:proofErr w:type="spellStart"/>
            <w:r w:rsidRPr="004543E3">
              <w:t>tự</w:t>
            </w:r>
            <w:proofErr w:type="spellEnd"/>
            <w:r w:rsidRPr="004543E3">
              <w:t xml:space="preserve">, </w:t>
            </w:r>
            <w:proofErr w:type="spellStart"/>
            <w:r w:rsidRPr="004543E3">
              <w:t>thủ</w:t>
            </w:r>
            <w:proofErr w:type="spellEnd"/>
            <w:r w:rsidRPr="004543E3">
              <w:t xml:space="preserve"> </w:t>
            </w:r>
            <w:proofErr w:type="spellStart"/>
            <w:r w:rsidRPr="004543E3">
              <w:t>tục</w:t>
            </w:r>
            <w:proofErr w:type="spellEnd"/>
            <w:r w:rsidRPr="004543E3">
              <w:t xml:space="preserve"> </w:t>
            </w:r>
            <w:proofErr w:type="spellStart"/>
            <w:r w:rsidRPr="004543E3">
              <w:t>xây</w:t>
            </w:r>
            <w:proofErr w:type="spellEnd"/>
            <w:r w:rsidRPr="004543E3">
              <w:t xml:space="preserve"> </w:t>
            </w:r>
            <w:proofErr w:type="spellStart"/>
            <w:r w:rsidRPr="004543E3">
              <w:t>dựng</w:t>
            </w:r>
            <w:proofErr w:type="spellEnd"/>
            <w:r w:rsidRPr="004543E3">
              <w:t xml:space="preserve"> </w:t>
            </w:r>
            <w:proofErr w:type="spellStart"/>
            <w:r w:rsidRPr="004543E3">
              <w:t>văn</w:t>
            </w:r>
            <w:proofErr w:type="spellEnd"/>
            <w:r w:rsidRPr="004543E3">
              <w:t xml:space="preserve"> </w:t>
            </w:r>
            <w:proofErr w:type="spellStart"/>
            <w:r w:rsidRPr="004543E3">
              <w:t>bản</w:t>
            </w:r>
            <w:proofErr w:type="spellEnd"/>
            <w:r w:rsidRPr="004543E3">
              <w:t xml:space="preserve">: </w:t>
            </w:r>
            <w:proofErr w:type="spellStart"/>
            <w:r w:rsidRPr="004543E3">
              <w:t>Điểm</w:t>
            </w:r>
            <w:proofErr w:type="spellEnd"/>
            <w:r w:rsidRPr="004543E3">
              <w:t xml:space="preserve"> a </w:t>
            </w:r>
            <w:proofErr w:type="spellStart"/>
            <w:r w:rsidRPr="004543E3">
              <w:t>khoản</w:t>
            </w:r>
            <w:proofErr w:type="spellEnd"/>
            <w:r w:rsidRPr="004543E3">
              <w:t xml:space="preserve"> 2 </w:t>
            </w:r>
            <w:proofErr w:type="spellStart"/>
            <w:r w:rsidRPr="004543E3">
              <w:t>Điều</w:t>
            </w:r>
            <w:proofErr w:type="spellEnd"/>
            <w:r w:rsidRPr="004543E3">
              <w:t xml:space="preserve"> 40 </w:t>
            </w:r>
            <w:proofErr w:type="spellStart"/>
            <w:r w:rsidRPr="004543E3">
              <w:t>Nghị</w:t>
            </w:r>
            <w:proofErr w:type="spellEnd"/>
            <w:r w:rsidRPr="004543E3">
              <w:t xml:space="preserve"> </w:t>
            </w:r>
            <w:proofErr w:type="spellStart"/>
            <w:r w:rsidRPr="004543E3">
              <w:t>định</w:t>
            </w:r>
            <w:proofErr w:type="spellEnd"/>
            <w:r w:rsidRPr="004543E3">
              <w:t xml:space="preserve"> </w:t>
            </w:r>
            <w:proofErr w:type="spellStart"/>
            <w:r w:rsidRPr="004543E3">
              <w:t>số</w:t>
            </w:r>
            <w:proofErr w:type="spellEnd"/>
            <w:r w:rsidRPr="004543E3">
              <w:t xml:space="preserve"> 78/2025/NĐ-CP (</w:t>
            </w:r>
            <w:proofErr w:type="spellStart"/>
            <w:r w:rsidRPr="004543E3">
              <w:t>sửa</w:t>
            </w:r>
            <w:proofErr w:type="spellEnd"/>
            <w:r w:rsidRPr="004543E3">
              <w:t xml:space="preserve"> </w:t>
            </w:r>
            <w:proofErr w:type="spellStart"/>
            <w:r w:rsidRPr="004543E3">
              <w:t>đổi</w:t>
            </w:r>
            <w:proofErr w:type="spellEnd"/>
            <w:r w:rsidRPr="004543E3">
              <w:t xml:space="preserve">, </w:t>
            </w:r>
            <w:proofErr w:type="spellStart"/>
            <w:r w:rsidRPr="004543E3">
              <w:t>bổ</w:t>
            </w:r>
            <w:proofErr w:type="spellEnd"/>
            <w:r w:rsidRPr="004543E3">
              <w:t xml:space="preserve"> sung </w:t>
            </w:r>
            <w:proofErr w:type="spellStart"/>
            <w:r w:rsidRPr="004543E3">
              <w:t>bởi</w:t>
            </w:r>
            <w:proofErr w:type="spellEnd"/>
            <w:r w:rsidRPr="004543E3">
              <w:t xml:space="preserve"> Nghị </w:t>
            </w:r>
            <w:proofErr w:type="spellStart"/>
            <w:r w:rsidRPr="004543E3">
              <w:t>định</w:t>
            </w:r>
            <w:proofErr w:type="spellEnd"/>
            <w:r w:rsidRPr="004543E3">
              <w:t xml:space="preserve"> </w:t>
            </w:r>
            <w:proofErr w:type="spellStart"/>
            <w:r w:rsidRPr="004543E3">
              <w:t>số</w:t>
            </w:r>
            <w:proofErr w:type="spellEnd"/>
            <w:r w:rsidRPr="004543E3">
              <w:t xml:space="preserve"> 187/2025/NĐ-CP)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tổ</w:t>
            </w:r>
            <w:proofErr w:type="spellEnd"/>
            <w:r w:rsidRPr="004543E3">
              <w:t xml:space="preserve"> </w:t>
            </w:r>
            <w:proofErr w:type="spellStart"/>
            <w:r w:rsidRPr="004543E3">
              <w:t>chức</w:t>
            </w:r>
            <w:proofErr w:type="spellEnd"/>
            <w:r w:rsidRPr="004543E3">
              <w:t xml:space="preserve"> </w:t>
            </w:r>
            <w:proofErr w:type="spellStart"/>
            <w:r w:rsidRPr="004543E3">
              <w:t>pháp</w:t>
            </w:r>
            <w:proofErr w:type="spellEnd"/>
            <w:r w:rsidRPr="004543E3">
              <w:t xml:space="preserve"> </w:t>
            </w:r>
            <w:proofErr w:type="spellStart"/>
            <w:r w:rsidRPr="004543E3">
              <w:t>chế</w:t>
            </w:r>
            <w:proofErr w:type="spellEnd"/>
            <w:r w:rsidRPr="004543E3">
              <w:t xml:space="preserve"> </w:t>
            </w:r>
            <w:proofErr w:type="spellStart"/>
            <w:r w:rsidRPr="004543E3">
              <w:t>thuộc</w:t>
            </w:r>
            <w:proofErr w:type="spellEnd"/>
            <w:r w:rsidRPr="004543E3">
              <w:t xml:space="preserve"> </w:t>
            </w:r>
            <w:proofErr w:type="spellStart"/>
            <w:r w:rsidRPr="004543E3">
              <w:t>bộ</w:t>
            </w:r>
            <w:proofErr w:type="spellEnd"/>
            <w:r w:rsidRPr="004543E3">
              <w:t xml:space="preserve">, </w:t>
            </w:r>
            <w:proofErr w:type="spellStart"/>
            <w:r w:rsidRPr="004543E3">
              <w:t>cơ</w:t>
            </w:r>
            <w:proofErr w:type="spellEnd"/>
            <w:r w:rsidRPr="004543E3">
              <w:t xml:space="preserve"> </w:t>
            </w:r>
            <w:proofErr w:type="spellStart"/>
            <w:r w:rsidRPr="004543E3">
              <w:t>quan</w:t>
            </w:r>
            <w:proofErr w:type="spellEnd"/>
            <w:r w:rsidRPr="004543E3">
              <w:t xml:space="preserve"> </w:t>
            </w:r>
            <w:proofErr w:type="spellStart"/>
            <w:r w:rsidRPr="004543E3">
              <w:t>ngang</w:t>
            </w:r>
            <w:proofErr w:type="spellEnd"/>
            <w:r w:rsidRPr="004543E3">
              <w:t xml:space="preserve"> </w:t>
            </w:r>
            <w:proofErr w:type="spellStart"/>
            <w:r w:rsidRPr="004543E3">
              <w:t>bộ</w:t>
            </w:r>
            <w:proofErr w:type="spellEnd"/>
            <w:r w:rsidRPr="004543E3">
              <w:t xml:space="preserve"> </w:t>
            </w:r>
            <w:proofErr w:type="spellStart"/>
            <w:r w:rsidRPr="004543E3">
              <w:t>có</w:t>
            </w:r>
            <w:proofErr w:type="spellEnd"/>
            <w:r w:rsidRPr="004543E3">
              <w:t xml:space="preserve"> </w:t>
            </w:r>
            <w:proofErr w:type="spellStart"/>
            <w:r w:rsidRPr="004543E3">
              <w:t>trách</w:t>
            </w:r>
            <w:proofErr w:type="spellEnd"/>
            <w:r w:rsidRPr="004543E3">
              <w:t xml:space="preserve"> </w:t>
            </w:r>
            <w:proofErr w:type="spellStart"/>
            <w:r w:rsidRPr="004543E3">
              <w:t>nhiệm</w:t>
            </w:r>
            <w:proofErr w:type="spellEnd"/>
            <w:r w:rsidRPr="004543E3">
              <w:t xml:space="preserve"> </w:t>
            </w:r>
            <w:proofErr w:type="spellStart"/>
            <w:r w:rsidRPr="004543E3">
              <w:t>thẩm</w:t>
            </w:r>
            <w:proofErr w:type="spellEnd"/>
            <w:r w:rsidRPr="004543E3">
              <w:t xml:space="preserve"> </w:t>
            </w:r>
            <w:proofErr w:type="spellStart"/>
            <w:r w:rsidRPr="004543E3">
              <w:t>định</w:t>
            </w:r>
            <w:proofErr w:type="spellEnd"/>
            <w:r w:rsidRPr="004543E3">
              <w:t xml:space="preserve"> </w:t>
            </w:r>
            <w:proofErr w:type="spellStart"/>
            <w:r w:rsidRPr="004543E3">
              <w:t>dự</w:t>
            </w:r>
            <w:proofErr w:type="spellEnd"/>
            <w:r w:rsidRPr="004543E3">
              <w:t xml:space="preserve"> </w:t>
            </w:r>
            <w:proofErr w:type="spellStart"/>
            <w:r w:rsidRPr="004543E3">
              <w:t>thảo</w:t>
            </w:r>
            <w:proofErr w:type="spellEnd"/>
            <w:r w:rsidRPr="004543E3">
              <w:t xml:space="preserve"> Thông </w:t>
            </w:r>
            <w:proofErr w:type="spellStart"/>
            <w:r w:rsidRPr="004543E3">
              <w:t>tư</w:t>
            </w:r>
            <w:proofErr w:type="spellEnd"/>
            <w:r w:rsidRPr="004543E3">
              <w:t xml:space="preserve">. Do </w:t>
            </w:r>
            <w:proofErr w:type="spellStart"/>
            <w:r w:rsidRPr="004543E3">
              <w:t>đó</w:t>
            </w:r>
            <w:proofErr w:type="spellEnd"/>
            <w:r w:rsidRPr="004543E3">
              <w:t xml:space="preserve">,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Bộ</w:t>
            </w:r>
            <w:proofErr w:type="spellEnd"/>
            <w:r w:rsidRPr="004543E3">
              <w:t xml:space="preserve"> Khoa </w:t>
            </w:r>
            <w:proofErr w:type="spellStart"/>
            <w:r w:rsidRPr="004543E3">
              <w:t>học</w:t>
            </w:r>
            <w:proofErr w:type="spellEnd"/>
            <w:r w:rsidRPr="004543E3">
              <w:t xml:space="preserve"> </w:t>
            </w:r>
            <w:proofErr w:type="spellStart"/>
            <w:r w:rsidRPr="004543E3">
              <w:t>và</w:t>
            </w:r>
            <w:proofErr w:type="spellEnd"/>
            <w:r w:rsidRPr="004543E3">
              <w:t xml:space="preserve"> Công </w:t>
            </w:r>
            <w:proofErr w:type="spellStart"/>
            <w:r w:rsidRPr="004543E3">
              <w:t>nghệ</w:t>
            </w:r>
            <w:proofErr w:type="spellEnd"/>
            <w:r w:rsidRPr="004543E3">
              <w:t xml:space="preserve"> </w:t>
            </w:r>
            <w:proofErr w:type="spellStart"/>
            <w:r w:rsidRPr="004543E3">
              <w:t>chỉ</w:t>
            </w:r>
            <w:proofErr w:type="spellEnd"/>
            <w:r w:rsidRPr="004543E3">
              <w:t xml:space="preserve"> </w:t>
            </w:r>
            <w:proofErr w:type="spellStart"/>
            <w:r w:rsidRPr="004543E3">
              <w:t>đạo</w:t>
            </w:r>
            <w:proofErr w:type="spellEnd"/>
            <w:r w:rsidRPr="004543E3">
              <w:t xml:space="preserve"> </w:t>
            </w:r>
            <w:proofErr w:type="spellStart"/>
            <w:r w:rsidRPr="004543E3">
              <w:t>tổ</w:t>
            </w:r>
            <w:proofErr w:type="spellEnd"/>
            <w:r w:rsidRPr="004543E3">
              <w:t xml:space="preserve"> </w:t>
            </w:r>
            <w:proofErr w:type="spellStart"/>
            <w:r w:rsidRPr="004543E3">
              <w:t>chức</w:t>
            </w:r>
            <w:proofErr w:type="spellEnd"/>
            <w:r w:rsidRPr="004543E3">
              <w:t xml:space="preserve"> </w:t>
            </w:r>
            <w:proofErr w:type="spellStart"/>
            <w:r w:rsidRPr="004543E3">
              <w:t>pháp</w:t>
            </w:r>
            <w:proofErr w:type="spellEnd"/>
            <w:r w:rsidRPr="004543E3">
              <w:t xml:space="preserve"> </w:t>
            </w:r>
            <w:proofErr w:type="spellStart"/>
            <w:r w:rsidRPr="004543E3">
              <w:t>chế</w:t>
            </w:r>
            <w:proofErr w:type="spellEnd"/>
            <w:r w:rsidRPr="004543E3">
              <w:t xml:space="preserve"> </w:t>
            </w:r>
            <w:proofErr w:type="spellStart"/>
            <w:r w:rsidRPr="004543E3">
              <w:t>của</w:t>
            </w:r>
            <w:proofErr w:type="spellEnd"/>
            <w:r w:rsidRPr="004543E3">
              <w:t xml:space="preserve"> </w:t>
            </w:r>
            <w:proofErr w:type="spellStart"/>
            <w:r w:rsidRPr="004543E3">
              <w:t>Bộ</w:t>
            </w:r>
            <w:proofErr w:type="spellEnd"/>
            <w:r w:rsidRPr="004543E3">
              <w:t xml:space="preserve"> </w:t>
            </w:r>
            <w:proofErr w:type="spellStart"/>
            <w:r w:rsidRPr="004543E3">
              <w:t>thẩm</w:t>
            </w:r>
            <w:proofErr w:type="spellEnd"/>
            <w:r w:rsidRPr="004543E3">
              <w:t xml:space="preserve"> </w:t>
            </w:r>
            <w:proofErr w:type="spellStart"/>
            <w:r w:rsidRPr="004543E3">
              <w:t>định</w:t>
            </w:r>
            <w:proofErr w:type="spellEnd"/>
            <w:r w:rsidRPr="004543E3">
              <w:t xml:space="preserve">, </w:t>
            </w:r>
            <w:proofErr w:type="spellStart"/>
            <w:r w:rsidRPr="004543E3">
              <w:t>hoàn</w:t>
            </w:r>
            <w:proofErr w:type="spellEnd"/>
            <w:r w:rsidRPr="004543E3">
              <w:t xml:space="preserve"> </w:t>
            </w:r>
            <w:proofErr w:type="spellStart"/>
            <w:r w:rsidRPr="004543E3">
              <w:t>thiện</w:t>
            </w:r>
            <w:proofErr w:type="spellEnd"/>
            <w:r w:rsidRPr="004543E3">
              <w:t xml:space="preserve"> </w:t>
            </w:r>
            <w:proofErr w:type="spellStart"/>
            <w:r w:rsidRPr="004543E3">
              <w:t>đầy</w:t>
            </w:r>
            <w:proofErr w:type="spellEnd"/>
            <w:r w:rsidRPr="004543E3">
              <w:t xml:space="preserve"> </w:t>
            </w:r>
            <w:proofErr w:type="spellStart"/>
            <w:r w:rsidRPr="004543E3">
              <w:t>đủ</w:t>
            </w:r>
            <w:proofErr w:type="spellEnd"/>
            <w:r w:rsidRPr="004543E3">
              <w:t xml:space="preserve"> </w:t>
            </w:r>
            <w:proofErr w:type="spellStart"/>
            <w:r w:rsidRPr="004543E3">
              <w:t>hồ</w:t>
            </w:r>
            <w:proofErr w:type="spellEnd"/>
            <w:r w:rsidRPr="004543E3">
              <w:t xml:space="preserve"> </w:t>
            </w:r>
            <w:proofErr w:type="spellStart"/>
            <w:r w:rsidRPr="004543E3">
              <w:t>sơ</w:t>
            </w:r>
            <w:proofErr w:type="spellEnd"/>
            <w:r w:rsidRPr="004543E3">
              <w:t xml:space="preserve"> </w:t>
            </w:r>
            <w:proofErr w:type="spellStart"/>
            <w:r w:rsidRPr="004543E3">
              <w:t>theo</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trước</w:t>
            </w:r>
            <w:proofErr w:type="spellEnd"/>
            <w:r w:rsidRPr="004543E3">
              <w:t xml:space="preserve"> </w:t>
            </w:r>
            <w:proofErr w:type="spellStart"/>
            <w:r w:rsidRPr="004543E3">
              <w:t>khi</w:t>
            </w:r>
            <w:proofErr w:type="spellEnd"/>
            <w:r w:rsidRPr="004543E3">
              <w:t xml:space="preserve"> ban </w:t>
            </w:r>
            <w:proofErr w:type="spellStart"/>
            <w:r w:rsidRPr="004543E3">
              <w:t>hành</w:t>
            </w:r>
            <w:proofErr w:type="spellEnd"/>
            <w:r w:rsidRPr="004543E3">
              <w:t xml:space="preserve">, </w:t>
            </w:r>
            <w:proofErr w:type="spellStart"/>
            <w:r w:rsidRPr="004543E3">
              <w:t>bảo</w:t>
            </w:r>
            <w:proofErr w:type="spellEnd"/>
            <w:r w:rsidRPr="004543E3">
              <w:t xml:space="preserve"> </w:t>
            </w:r>
            <w:proofErr w:type="spellStart"/>
            <w:r w:rsidRPr="004543E3">
              <w:t>đảm</w:t>
            </w:r>
            <w:proofErr w:type="spellEnd"/>
            <w:r w:rsidRPr="004543E3">
              <w:t xml:space="preserve"> </w:t>
            </w:r>
            <w:proofErr w:type="spellStart"/>
            <w:r w:rsidRPr="004543E3">
              <w:t>tính</w:t>
            </w:r>
            <w:proofErr w:type="spellEnd"/>
            <w:r w:rsidRPr="004543E3">
              <w:t xml:space="preserve"> </w:t>
            </w:r>
            <w:proofErr w:type="spellStart"/>
            <w:r w:rsidRPr="004543E3">
              <w:t>hợp</w:t>
            </w:r>
            <w:proofErr w:type="spellEnd"/>
            <w:r w:rsidRPr="004543E3">
              <w:t xml:space="preserve"> </w:t>
            </w:r>
            <w:proofErr w:type="spellStart"/>
            <w:r w:rsidRPr="004543E3">
              <w:t>pháp</w:t>
            </w:r>
            <w:proofErr w:type="spellEnd"/>
            <w:r w:rsidRPr="004543E3">
              <w:t xml:space="preserve">, </w:t>
            </w:r>
            <w:proofErr w:type="spellStart"/>
            <w:r w:rsidRPr="004543E3">
              <w:t>tính</w:t>
            </w:r>
            <w:proofErr w:type="spellEnd"/>
            <w:r w:rsidRPr="004543E3">
              <w:t xml:space="preserve"> </w:t>
            </w:r>
            <w:proofErr w:type="spellStart"/>
            <w:r w:rsidRPr="004543E3">
              <w:t>thống</w:t>
            </w:r>
            <w:proofErr w:type="spellEnd"/>
            <w:r w:rsidRPr="004543E3">
              <w:t xml:space="preserve"> </w:t>
            </w:r>
            <w:proofErr w:type="spellStart"/>
            <w:r w:rsidRPr="004543E3">
              <w:t>nhất</w:t>
            </w:r>
            <w:proofErr w:type="spellEnd"/>
            <w:r w:rsidRPr="004543E3">
              <w:t xml:space="preserve"> </w:t>
            </w:r>
            <w:proofErr w:type="spellStart"/>
            <w:r w:rsidRPr="004543E3">
              <w:t>và</w:t>
            </w:r>
            <w:proofErr w:type="spellEnd"/>
            <w:r w:rsidRPr="004543E3">
              <w:t xml:space="preserve"> </w:t>
            </w:r>
            <w:proofErr w:type="spellStart"/>
            <w:r w:rsidRPr="004543E3">
              <w:t>tính</w:t>
            </w:r>
            <w:proofErr w:type="spellEnd"/>
            <w:r w:rsidRPr="004543E3">
              <w:t xml:space="preserve"> </w:t>
            </w:r>
            <w:proofErr w:type="spellStart"/>
            <w:r w:rsidRPr="004543E3">
              <w:t>khả</w:t>
            </w:r>
            <w:proofErr w:type="spellEnd"/>
            <w:r w:rsidRPr="004543E3">
              <w:t xml:space="preserve"> </w:t>
            </w:r>
            <w:proofErr w:type="spellStart"/>
            <w:r w:rsidRPr="004543E3">
              <w:t>thi</w:t>
            </w:r>
            <w:proofErr w:type="spellEnd"/>
            <w:r w:rsidRPr="004543E3">
              <w:t xml:space="preserve"> </w:t>
            </w:r>
            <w:proofErr w:type="spellStart"/>
            <w:r w:rsidRPr="004543E3">
              <w:t>của</w:t>
            </w:r>
            <w:proofErr w:type="spellEnd"/>
            <w:r w:rsidRPr="004543E3">
              <w:t xml:space="preserve"> </w:t>
            </w:r>
            <w:proofErr w:type="spellStart"/>
            <w:r w:rsidRPr="004543E3">
              <w:t>các</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trong</w:t>
            </w:r>
            <w:proofErr w:type="spellEnd"/>
            <w:r w:rsidRPr="004543E3">
              <w:t xml:space="preserve"> </w:t>
            </w:r>
            <w:proofErr w:type="spellStart"/>
            <w:r w:rsidRPr="004543E3">
              <w:t>dự</w:t>
            </w:r>
            <w:proofErr w:type="spellEnd"/>
            <w:r w:rsidRPr="004543E3">
              <w:t xml:space="preserve"> </w:t>
            </w:r>
            <w:proofErr w:type="spellStart"/>
            <w:r w:rsidRPr="004543E3">
              <w:t>thảo</w:t>
            </w:r>
            <w:proofErr w:type="spellEnd"/>
            <w:r w:rsidRPr="004543E3">
              <w:t xml:space="preserve"> Thông </w:t>
            </w:r>
            <w:proofErr w:type="spellStart"/>
            <w:r w:rsidRPr="004543E3">
              <w:t>tư</w:t>
            </w:r>
            <w:proofErr w:type="spellEnd"/>
            <w:r w:rsidRPr="004543E3">
              <w:t>.</w:t>
            </w:r>
          </w:p>
        </w:tc>
        <w:tc>
          <w:tcPr>
            <w:tcW w:w="7371" w:type="dxa"/>
          </w:tcPr>
          <w:p w14:paraId="3721D449" w14:textId="65813D0D" w:rsidR="00512F52" w:rsidRPr="004543E3" w:rsidRDefault="00512F52" w:rsidP="00563608">
            <w:pPr>
              <w:spacing w:before="120" w:after="120" w:line="240" w:lineRule="auto"/>
              <w:jc w:val="both"/>
              <w:rPr>
                <w:szCs w:val="26"/>
              </w:rPr>
            </w:pPr>
            <w:proofErr w:type="spellStart"/>
            <w:r w:rsidRPr="004543E3">
              <w:rPr>
                <w:szCs w:val="26"/>
              </w:rPr>
              <w:lastRenderedPageBreak/>
              <w:t>Tiếp</w:t>
            </w:r>
            <w:proofErr w:type="spellEnd"/>
            <w:r w:rsidRPr="004543E3">
              <w:rPr>
                <w:szCs w:val="26"/>
              </w:rPr>
              <w:t xml:space="preserve"> </w:t>
            </w:r>
            <w:proofErr w:type="spellStart"/>
            <w:r w:rsidRPr="004543E3">
              <w:rPr>
                <w:szCs w:val="26"/>
              </w:rPr>
              <w:t>thu</w:t>
            </w:r>
            <w:proofErr w:type="spellEnd"/>
            <w:r w:rsidRPr="004543E3">
              <w:rPr>
                <w:szCs w:val="26"/>
              </w:rPr>
              <w:t xml:space="preserve"> ý </w:t>
            </w:r>
            <w:proofErr w:type="spellStart"/>
            <w:r w:rsidRPr="004543E3">
              <w:rPr>
                <w:szCs w:val="26"/>
              </w:rPr>
              <w:t>kiến</w:t>
            </w:r>
            <w:proofErr w:type="spellEnd"/>
          </w:p>
        </w:tc>
      </w:tr>
      <w:tr w:rsidR="00512F52" w:rsidRPr="004543E3" w14:paraId="4398071F" w14:textId="77777777" w:rsidTr="004C2B3E">
        <w:tc>
          <w:tcPr>
            <w:tcW w:w="1098" w:type="dxa"/>
          </w:tcPr>
          <w:p w14:paraId="0A35881A" w14:textId="3EBC04C3" w:rsidR="00512F52" w:rsidRPr="001C75A8" w:rsidRDefault="00512F52" w:rsidP="00512F52">
            <w:pPr>
              <w:jc w:val="center"/>
              <w:rPr>
                <w:b/>
                <w:bCs/>
              </w:rPr>
            </w:pPr>
            <w:r>
              <w:rPr>
                <w:b/>
                <w:bCs/>
              </w:rPr>
              <w:lastRenderedPageBreak/>
              <w:t>6</w:t>
            </w:r>
          </w:p>
        </w:tc>
        <w:tc>
          <w:tcPr>
            <w:tcW w:w="6127" w:type="dxa"/>
          </w:tcPr>
          <w:p w14:paraId="74374B38" w14:textId="1DE89FFB" w:rsidR="00512F52" w:rsidRPr="004543E3" w:rsidRDefault="00512F52" w:rsidP="00563608">
            <w:pPr>
              <w:tabs>
                <w:tab w:val="left" w:pos="3832"/>
              </w:tabs>
              <w:spacing w:before="120" w:after="120" w:line="240" w:lineRule="auto"/>
              <w:jc w:val="both"/>
              <w:rPr>
                <w:b/>
                <w:bCs/>
              </w:rPr>
            </w:pPr>
            <w:proofErr w:type="spellStart"/>
            <w:r w:rsidRPr="004543E3">
              <w:rPr>
                <w:b/>
                <w:bCs/>
              </w:rPr>
              <w:t>Bô</w:t>
            </w:r>
            <w:proofErr w:type="spellEnd"/>
            <w:r w:rsidRPr="004543E3">
              <w:rPr>
                <w:b/>
                <w:bCs/>
              </w:rPr>
              <w:t xml:space="preserve">̣ </w:t>
            </w:r>
            <w:proofErr w:type="spellStart"/>
            <w:r w:rsidRPr="004543E3">
              <w:rPr>
                <w:b/>
                <w:bCs/>
              </w:rPr>
              <w:t>Tài</w:t>
            </w:r>
            <w:proofErr w:type="spellEnd"/>
            <w:r w:rsidRPr="004543E3">
              <w:rPr>
                <w:b/>
                <w:bCs/>
              </w:rPr>
              <w:t xml:space="preserve"> </w:t>
            </w:r>
            <w:proofErr w:type="spellStart"/>
            <w:r w:rsidRPr="004543E3">
              <w:rPr>
                <w:b/>
                <w:bCs/>
              </w:rPr>
              <w:t>chính</w:t>
            </w:r>
            <w:proofErr w:type="spellEnd"/>
            <w:r w:rsidRPr="004543E3">
              <w:rPr>
                <w:b/>
                <w:bCs/>
              </w:rPr>
              <w:t>:</w:t>
            </w:r>
          </w:p>
          <w:p w14:paraId="697C00CA" w14:textId="322D1D74" w:rsidR="00512F52" w:rsidRPr="004543E3" w:rsidRDefault="00512F52" w:rsidP="00563608">
            <w:pPr>
              <w:tabs>
                <w:tab w:val="left" w:pos="3832"/>
              </w:tabs>
              <w:spacing w:before="120" w:after="120" w:line="240" w:lineRule="auto"/>
              <w:jc w:val="both"/>
            </w:pPr>
            <w:proofErr w:type="spellStart"/>
            <w:r w:rsidRPr="004543E3">
              <w:t>Đê</w:t>
            </w:r>
            <w:proofErr w:type="spellEnd"/>
            <w:r w:rsidRPr="004543E3">
              <w:t xml:space="preserve">̀ </w:t>
            </w:r>
            <w:proofErr w:type="spellStart"/>
            <w:r w:rsidRPr="004543E3">
              <w:t>nghi</w:t>
            </w:r>
            <w:proofErr w:type="spellEnd"/>
            <w:r w:rsidRPr="004543E3">
              <w:t xml:space="preserve">̣ </w:t>
            </w:r>
            <w:proofErr w:type="spellStart"/>
            <w:r w:rsidRPr="004543E3">
              <w:t>Bô</w:t>
            </w:r>
            <w:proofErr w:type="spellEnd"/>
            <w:r w:rsidRPr="004543E3">
              <w:t xml:space="preserve">̣ KH&amp;CN </w:t>
            </w:r>
            <w:proofErr w:type="spellStart"/>
            <w:r w:rsidRPr="004543E3">
              <w:t>căn</w:t>
            </w:r>
            <w:proofErr w:type="spellEnd"/>
            <w:r w:rsidRPr="004543E3">
              <w:t xml:space="preserve"> </w:t>
            </w:r>
            <w:proofErr w:type="spellStart"/>
            <w:r w:rsidRPr="004543E3">
              <w:t>cư</w:t>
            </w:r>
            <w:proofErr w:type="spellEnd"/>
            <w:r w:rsidRPr="004543E3">
              <w:t xml:space="preserve">́ </w:t>
            </w:r>
            <w:proofErr w:type="spellStart"/>
            <w:r w:rsidRPr="004543E3">
              <w:t>các</w:t>
            </w:r>
            <w:proofErr w:type="spellEnd"/>
            <w:r w:rsidRPr="004543E3">
              <w:t xml:space="preserve"> </w:t>
            </w:r>
            <w:proofErr w:type="spellStart"/>
            <w:r w:rsidRPr="004543E3">
              <w:t>quy</w:t>
            </w:r>
            <w:proofErr w:type="spellEnd"/>
            <w:r w:rsidRPr="004543E3">
              <w:t xml:space="preserve"> </w:t>
            </w:r>
            <w:proofErr w:type="spellStart"/>
            <w:r w:rsidRPr="004543E3">
              <w:t>định</w:t>
            </w:r>
            <w:proofErr w:type="spellEnd"/>
            <w:r w:rsidRPr="004543E3">
              <w:t xml:space="preserve"> </w:t>
            </w:r>
            <w:proofErr w:type="spellStart"/>
            <w:r w:rsidRPr="004543E3">
              <w:t>tại</w:t>
            </w:r>
            <w:proofErr w:type="spellEnd"/>
            <w:r w:rsidRPr="004543E3">
              <w:t xml:space="preserve"> </w:t>
            </w:r>
            <w:proofErr w:type="spellStart"/>
            <w:r w:rsidRPr="004543E3">
              <w:t>Luật</w:t>
            </w:r>
            <w:proofErr w:type="spellEnd"/>
            <w:r w:rsidRPr="004543E3">
              <w:t xml:space="preserve"> </w:t>
            </w:r>
            <w:proofErr w:type="spellStart"/>
            <w:r w:rsidRPr="004543E3">
              <w:t>Chất</w:t>
            </w:r>
            <w:proofErr w:type="spellEnd"/>
            <w:r w:rsidRPr="004543E3">
              <w:t xml:space="preserve"> </w:t>
            </w:r>
            <w:proofErr w:type="spellStart"/>
            <w:r w:rsidRPr="004543E3">
              <w:t>lượng</w:t>
            </w:r>
            <w:proofErr w:type="spellEnd"/>
            <w:r w:rsidRPr="004543E3">
              <w:t xml:space="preserve"> </w:t>
            </w:r>
            <w:proofErr w:type="spellStart"/>
            <w:r w:rsidRPr="004543E3">
              <w:t>sản</w:t>
            </w:r>
            <w:proofErr w:type="spellEnd"/>
            <w:r w:rsidRPr="004543E3">
              <w:t xml:space="preserve"> </w:t>
            </w:r>
            <w:proofErr w:type="spellStart"/>
            <w:r w:rsidRPr="004543E3">
              <w:t>phẩm</w:t>
            </w:r>
            <w:proofErr w:type="spellEnd"/>
            <w:r w:rsidRPr="004543E3">
              <w:t xml:space="preserve">, </w:t>
            </w:r>
            <w:proofErr w:type="spellStart"/>
            <w:r w:rsidRPr="004543E3">
              <w:t>hàng</w:t>
            </w:r>
            <w:proofErr w:type="spellEnd"/>
            <w:r w:rsidRPr="004543E3">
              <w:t xml:space="preserve"> </w:t>
            </w:r>
            <w:proofErr w:type="spellStart"/>
            <w:r w:rsidRPr="004543E3">
              <w:t>hóa</w:t>
            </w:r>
            <w:proofErr w:type="spellEnd"/>
            <w:r w:rsidRPr="004543E3">
              <w:t xml:space="preserve">, </w:t>
            </w:r>
            <w:proofErr w:type="spellStart"/>
            <w:r w:rsidRPr="004543E3">
              <w:t>quy</w:t>
            </w:r>
            <w:proofErr w:type="spellEnd"/>
            <w:r w:rsidRPr="004543E3">
              <w:t xml:space="preserve"> </w:t>
            </w:r>
            <w:proofErr w:type="spellStart"/>
            <w:r w:rsidRPr="004543E3">
              <w:t>định</w:t>
            </w:r>
            <w:proofErr w:type="spellEnd"/>
            <w:r w:rsidRPr="004543E3">
              <w:t xml:space="preserve"> </w:t>
            </w:r>
            <w:proofErr w:type="spellStart"/>
            <w:r w:rsidRPr="004543E3">
              <w:t>vê</w:t>
            </w:r>
            <w:proofErr w:type="spellEnd"/>
            <w:r w:rsidRPr="004543E3">
              <w:t xml:space="preserve">̀ </w:t>
            </w:r>
            <w:proofErr w:type="spellStart"/>
            <w:r w:rsidRPr="004543E3">
              <w:t>tuyển</w:t>
            </w:r>
            <w:proofErr w:type="spellEnd"/>
            <w:r w:rsidRPr="004543E3">
              <w:t xml:space="preserve"> </w:t>
            </w:r>
            <w:proofErr w:type="spellStart"/>
            <w:r w:rsidRPr="004543E3">
              <w:t>dụng</w:t>
            </w:r>
            <w:proofErr w:type="spellEnd"/>
            <w:r w:rsidRPr="004543E3">
              <w:t xml:space="preserve">, </w:t>
            </w:r>
            <w:proofErr w:type="spellStart"/>
            <w:r w:rsidRPr="004543E3">
              <w:t>sư</w:t>
            </w:r>
            <w:proofErr w:type="spellEnd"/>
            <w:r w:rsidRPr="004543E3">
              <w:t xml:space="preserve">̉ </w:t>
            </w:r>
            <w:proofErr w:type="spellStart"/>
            <w:r w:rsidRPr="004543E3">
              <w:t>dụng</w:t>
            </w:r>
            <w:proofErr w:type="spellEnd"/>
            <w:r w:rsidRPr="004543E3">
              <w:t xml:space="preserve"> </w:t>
            </w:r>
            <w:proofErr w:type="spellStart"/>
            <w:r w:rsidRPr="004543E3">
              <w:t>va</w:t>
            </w:r>
            <w:proofErr w:type="spellEnd"/>
            <w:r w:rsidRPr="004543E3">
              <w:t xml:space="preserve">̀ </w:t>
            </w:r>
            <w:proofErr w:type="spellStart"/>
            <w:r w:rsidRPr="004543E3">
              <w:t>quản</w:t>
            </w:r>
            <w:proofErr w:type="spellEnd"/>
            <w:r w:rsidRPr="004543E3">
              <w:t xml:space="preserve"> </w:t>
            </w:r>
            <w:proofErr w:type="spellStart"/>
            <w:r w:rsidRPr="004543E3">
              <w:t>ly</w:t>
            </w:r>
            <w:proofErr w:type="spellEnd"/>
            <w:r w:rsidRPr="004543E3">
              <w:t xml:space="preserve">́ </w:t>
            </w:r>
            <w:proofErr w:type="spellStart"/>
            <w:r w:rsidRPr="004543E3">
              <w:t>công</w:t>
            </w:r>
            <w:proofErr w:type="spellEnd"/>
            <w:r w:rsidRPr="004543E3">
              <w:t xml:space="preserve"> </w:t>
            </w:r>
            <w:proofErr w:type="spellStart"/>
            <w:r w:rsidRPr="004543E3">
              <w:t>chức</w:t>
            </w:r>
            <w:proofErr w:type="spellEnd"/>
            <w:r w:rsidRPr="004543E3">
              <w:t xml:space="preserve">, </w:t>
            </w:r>
            <w:proofErr w:type="spellStart"/>
            <w:r w:rsidRPr="004543E3">
              <w:t>viên</w:t>
            </w:r>
            <w:proofErr w:type="spellEnd"/>
            <w:r w:rsidRPr="004543E3">
              <w:t xml:space="preserve"> </w:t>
            </w:r>
            <w:proofErr w:type="spellStart"/>
            <w:r w:rsidRPr="004543E3">
              <w:t>chức</w:t>
            </w:r>
            <w:proofErr w:type="spellEnd"/>
            <w:r w:rsidRPr="004543E3">
              <w:t xml:space="preserve">; </w:t>
            </w:r>
            <w:proofErr w:type="spellStart"/>
            <w:r w:rsidRPr="004543E3">
              <w:t>đồng</w:t>
            </w:r>
            <w:proofErr w:type="spellEnd"/>
            <w:r w:rsidRPr="004543E3">
              <w:t xml:space="preserve"> </w:t>
            </w:r>
            <w:proofErr w:type="spellStart"/>
            <w:r w:rsidRPr="004543E3">
              <w:t>thời</w:t>
            </w:r>
            <w:proofErr w:type="spellEnd"/>
            <w:r w:rsidRPr="004543E3">
              <w:t xml:space="preserve">, </w:t>
            </w:r>
            <w:proofErr w:type="spellStart"/>
            <w:r w:rsidRPr="004543E3">
              <w:t>tổng</w:t>
            </w:r>
            <w:proofErr w:type="spellEnd"/>
            <w:r w:rsidRPr="004543E3">
              <w:t xml:space="preserve"> </w:t>
            </w:r>
            <w:proofErr w:type="spellStart"/>
            <w:r w:rsidRPr="004543E3">
              <w:lastRenderedPageBreak/>
              <w:t>hợp</w:t>
            </w:r>
            <w:proofErr w:type="spellEnd"/>
            <w:r w:rsidRPr="004543E3">
              <w:t xml:space="preserve"> ý </w:t>
            </w:r>
            <w:proofErr w:type="spellStart"/>
            <w:r w:rsidRPr="004543E3">
              <w:t>kiến</w:t>
            </w:r>
            <w:proofErr w:type="spellEnd"/>
            <w:r w:rsidRPr="004543E3">
              <w:t xml:space="preserve"> </w:t>
            </w:r>
            <w:proofErr w:type="spellStart"/>
            <w:r w:rsidRPr="004543E3">
              <w:t>của</w:t>
            </w:r>
            <w:proofErr w:type="spellEnd"/>
            <w:r w:rsidRPr="004543E3">
              <w:t xml:space="preserve"> </w:t>
            </w:r>
            <w:proofErr w:type="spellStart"/>
            <w:r w:rsidRPr="004543E3">
              <w:t>Bô</w:t>
            </w:r>
            <w:proofErr w:type="spellEnd"/>
            <w:r w:rsidRPr="004543E3">
              <w:t xml:space="preserve">̣ </w:t>
            </w:r>
            <w:proofErr w:type="spellStart"/>
            <w:r w:rsidRPr="004543E3">
              <w:t>Nội</w:t>
            </w:r>
            <w:proofErr w:type="spellEnd"/>
            <w:r w:rsidRPr="004543E3">
              <w:t xml:space="preserve"> vụ </w:t>
            </w:r>
            <w:proofErr w:type="spellStart"/>
            <w:r w:rsidRPr="004543E3">
              <w:t>đê</w:t>
            </w:r>
            <w:proofErr w:type="spellEnd"/>
            <w:r w:rsidRPr="004543E3">
              <w:t xml:space="preserve">̉ </w:t>
            </w:r>
            <w:proofErr w:type="spellStart"/>
            <w:r w:rsidRPr="004543E3">
              <w:t>hoàn</w:t>
            </w:r>
            <w:proofErr w:type="spellEnd"/>
            <w:r w:rsidRPr="004543E3">
              <w:t xml:space="preserve"> </w:t>
            </w:r>
            <w:proofErr w:type="spellStart"/>
            <w:r w:rsidRPr="004543E3">
              <w:t>thiện</w:t>
            </w:r>
            <w:proofErr w:type="spellEnd"/>
            <w:r w:rsidRPr="004543E3">
              <w:t xml:space="preserve"> </w:t>
            </w:r>
            <w:proofErr w:type="spellStart"/>
            <w:r w:rsidRPr="004543E3">
              <w:t>dư</w:t>
            </w:r>
            <w:proofErr w:type="spellEnd"/>
            <w:r w:rsidRPr="004543E3">
              <w:t xml:space="preserve">̣ </w:t>
            </w:r>
            <w:proofErr w:type="spellStart"/>
            <w:r w:rsidRPr="004543E3">
              <w:t>thảo</w:t>
            </w:r>
            <w:proofErr w:type="spellEnd"/>
            <w:r w:rsidRPr="004543E3">
              <w:t xml:space="preserve"> Thông </w:t>
            </w:r>
            <w:proofErr w:type="spellStart"/>
            <w:r w:rsidRPr="004543E3">
              <w:t>tư</w:t>
            </w:r>
            <w:proofErr w:type="spellEnd"/>
            <w:r w:rsidRPr="004543E3">
              <w:t xml:space="preserve">, </w:t>
            </w:r>
            <w:proofErr w:type="spellStart"/>
            <w:r w:rsidRPr="004543E3">
              <w:t>đảm</w:t>
            </w:r>
            <w:proofErr w:type="spellEnd"/>
            <w:r w:rsidRPr="004543E3">
              <w:t xml:space="preserve"> </w:t>
            </w:r>
            <w:proofErr w:type="spellStart"/>
            <w:r w:rsidRPr="004543E3">
              <w:t>bảo</w:t>
            </w:r>
            <w:proofErr w:type="spellEnd"/>
            <w:r w:rsidRPr="004543E3">
              <w:t xml:space="preserve"> </w:t>
            </w:r>
            <w:proofErr w:type="spellStart"/>
            <w:r w:rsidRPr="004543E3">
              <w:t>phu</w:t>
            </w:r>
            <w:proofErr w:type="spellEnd"/>
            <w:r w:rsidRPr="004543E3">
              <w:t xml:space="preserve">̀ </w:t>
            </w:r>
            <w:proofErr w:type="spellStart"/>
            <w:r w:rsidRPr="004543E3">
              <w:t>hợp</w:t>
            </w:r>
            <w:proofErr w:type="spellEnd"/>
            <w:r w:rsidRPr="004543E3">
              <w:t xml:space="preserve"> </w:t>
            </w:r>
            <w:proofErr w:type="spellStart"/>
            <w:r w:rsidRPr="004543E3">
              <w:t>với</w:t>
            </w:r>
            <w:proofErr w:type="spellEnd"/>
            <w:r w:rsidRPr="004543E3">
              <w:t xml:space="preserve"> </w:t>
            </w:r>
            <w:proofErr w:type="spellStart"/>
            <w:r w:rsidRPr="004543E3">
              <w:t>quy</w:t>
            </w:r>
            <w:proofErr w:type="spellEnd"/>
            <w:r w:rsidRPr="004543E3">
              <w:t xml:space="preserve"> </w:t>
            </w:r>
            <w:proofErr w:type="spellStart"/>
            <w:r w:rsidRPr="004543E3">
              <w:t>định</w:t>
            </w:r>
            <w:proofErr w:type="spellEnd"/>
            <w:r w:rsidRPr="004543E3">
              <w:t xml:space="preserve"> </w:t>
            </w:r>
            <w:proofErr w:type="spellStart"/>
            <w:r w:rsidRPr="004543E3">
              <w:t>của</w:t>
            </w:r>
            <w:proofErr w:type="spellEnd"/>
            <w:r w:rsidRPr="004543E3">
              <w:t xml:space="preserve"> </w:t>
            </w:r>
            <w:proofErr w:type="spellStart"/>
            <w:r w:rsidRPr="004543E3">
              <w:t>pháp</w:t>
            </w:r>
            <w:proofErr w:type="spellEnd"/>
            <w:r w:rsidRPr="004543E3">
              <w:t xml:space="preserve"> </w:t>
            </w:r>
            <w:proofErr w:type="spellStart"/>
            <w:r w:rsidRPr="004543E3">
              <w:t>luật</w:t>
            </w:r>
            <w:proofErr w:type="spellEnd"/>
            <w:r w:rsidRPr="004543E3">
              <w:t>.</w:t>
            </w:r>
          </w:p>
        </w:tc>
        <w:tc>
          <w:tcPr>
            <w:tcW w:w="7371" w:type="dxa"/>
          </w:tcPr>
          <w:p w14:paraId="55373FD1" w14:textId="32564F86" w:rsidR="00512F52" w:rsidRPr="004543E3" w:rsidRDefault="00512F52" w:rsidP="00563608">
            <w:pPr>
              <w:spacing w:before="120" w:after="120" w:line="240" w:lineRule="auto"/>
              <w:jc w:val="both"/>
              <w:rPr>
                <w:szCs w:val="26"/>
              </w:rPr>
            </w:pPr>
            <w:proofErr w:type="spellStart"/>
            <w:r w:rsidRPr="004543E3">
              <w:rPr>
                <w:szCs w:val="26"/>
              </w:rPr>
              <w:lastRenderedPageBreak/>
              <w:t>Tiếp</w:t>
            </w:r>
            <w:proofErr w:type="spellEnd"/>
            <w:r w:rsidRPr="004543E3">
              <w:rPr>
                <w:szCs w:val="26"/>
              </w:rPr>
              <w:t xml:space="preserve"> </w:t>
            </w:r>
            <w:proofErr w:type="spellStart"/>
            <w:r w:rsidRPr="004543E3">
              <w:rPr>
                <w:szCs w:val="26"/>
              </w:rPr>
              <w:t>thu</w:t>
            </w:r>
            <w:proofErr w:type="spellEnd"/>
            <w:r w:rsidRPr="004543E3">
              <w:rPr>
                <w:szCs w:val="26"/>
              </w:rPr>
              <w:t xml:space="preserve"> ý </w:t>
            </w:r>
            <w:proofErr w:type="spellStart"/>
            <w:r w:rsidRPr="004543E3">
              <w:rPr>
                <w:szCs w:val="26"/>
              </w:rPr>
              <w:t>kiến</w:t>
            </w:r>
            <w:proofErr w:type="spellEnd"/>
          </w:p>
        </w:tc>
      </w:tr>
      <w:tr w:rsidR="00512F52" w:rsidRPr="004543E3" w14:paraId="11E79976" w14:textId="77777777" w:rsidTr="004C2B3E">
        <w:tc>
          <w:tcPr>
            <w:tcW w:w="1098" w:type="dxa"/>
          </w:tcPr>
          <w:p w14:paraId="1072E814" w14:textId="442D38B4" w:rsidR="00512F52" w:rsidRPr="001C75A8" w:rsidRDefault="00512F52" w:rsidP="00512F52">
            <w:pPr>
              <w:jc w:val="center"/>
              <w:rPr>
                <w:b/>
                <w:bCs/>
              </w:rPr>
            </w:pPr>
            <w:r>
              <w:rPr>
                <w:b/>
                <w:bCs/>
              </w:rPr>
              <w:t>7</w:t>
            </w:r>
          </w:p>
        </w:tc>
        <w:tc>
          <w:tcPr>
            <w:tcW w:w="6127" w:type="dxa"/>
          </w:tcPr>
          <w:p w14:paraId="2F250153" w14:textId="5D1F701E" w:rsidR="00512F52" w:rsidRPr="004543E3" w:rsidRDefault="00512F52" w:rsidP="00563608">
            <w:pPr>
              <w:spacing w:before="120" w:after="120" w:line="240" w:lineRule="auto"/>
              <w:jc w:val="both"/>
              <w:rPr>
                <w:b/>
                <w:bCs/>
              </w:rPr>
            </w:pPr>
            <w:r w:rsidRPr="004543E3">
              <w:rPr>
                <w:b/>
                <w:bCs/>
              </w:rPr>
              <w:t xml:space="preserve">Thanh </w:t>
            </w:r>
            <w:proofErr w:type="spellStart"/>
            <w:r w:rsidRPr="004543E3">
              <w:rPr>
                <w:b/>
                <w:bCs/>
              </w:rPr>
              <w:t>tra</w:t>
            </w:r>
            <w:proofErr w:type="spellEnd"/>
            <w:r w:rsidRPr="004543E3">
              <w:rPr>
                <w:b/>
                <w:bCs/>
              </w:rPr>
              <w:t xml:space="preserve"> </w:t>
            </w:r>
            <w:proofErr w:type="spellStart"/>
            <w:r w:rsidRPr="004543E3">
              <w:rPr>
                <w:b/>
                <w:bCs/>
              </w:rPr>
              <w:t>Chính</w:t>
            </w:r>
            <w:proofErr w:type="spellEnd"/>
            <w:r w:rsidRPr="004543E3">
              <w:rPr>
                <w:b/>
                <w:bCs/>
              </w:rPr>
              <w:t xml:space="preserve"> </w:t>
            </w:r>
            <w:proofErr w:type="spellStart"/>
            <w:r w:rsidRPr="004543E3">
              <w:rPr>
                <w:b/>
                <w:bCs/>
              </w:rPr>
              <w:t>phu</w:t>
            </w:r>
            <w:proofErr w:type="spellEnd"/>
            <w:r w:rsidRPr="004543E3">
              <w:rPr>
                <w:b/>
                <w:bCs/>
              </w:rPr>
              <w:t>̉:</w:t>
            </w:r>
          </w:p>
          <w:p w14:paraId="72CD3829" w14:textId="3CBA522B" w:rsidR="00512F52" w:rsidRPr="004543E3" w:rsidRDefault="00512F52" w:rsidP="00563608">
            <w:pPr>
              <w:spacing w:before="120" w:after="120" w:line="240" w:lineRule="auto"/>
              <w:jc w:val="both"/>
            </w:pPr>
            <w:proofErr w:type="spellStart"/>
            <w:r w:rsidRPr="004543E3">
              <w:t>Nhất</w:t>
            </w:r>
            <w:proofErr w:type="spellEnd"/>
            <w:r w:rsidRPr="004543E3">
              <w:t xml:space="preserve"> </w:t>
            </w:r>
            <w:proofErr w:type="spellStart"/>
            <w:r w:rsidRPr="004543E3">
              <w:t>trí</w:t>
            </w:r>
            <w:proofErr w:type="spellEnd"/>
            <w:r w:rsidRPr="004543E3">
              <w:t xml:space="preserve"> </w:t>
            </w:r>
            <w:proofErr w:type="spellStart"/>
            <w:r w:rsidRPr="004543E3">
              <w:t>với</w:t>
            </w:r>
            <w:proofErr w:type="spellEnd"/>
            <w:r w:rsidRPr="004543E3">
              <w:t xml:space="preserve"> </w:t>
            </w:r>
            <w:proofErr w:type="spellStart"/>
            <w:r w:rsidRPr="004543E3">
              <w:t>sự</w:t>
            </w:r>
            <w:proofErr w:type="spellEnd"/>
            <w:r w:rsidRPr="004543E3">
              <w:t xml:space="preserve"> </w:t>
            </w:r>
            <w:proofErr w:type="spellStart"/>
            <w:r w:rsidRPr="004543E3">
              <w:t>cần</w:t>
            </w:r>
            <w:proofErr w:type="spellEnd"/>
            <w:r w:rsidRPr="004543E3">
              <w:t xml:space="preserve"> </w:t>
            </w:r>
            <w:proofErr w:type="spellStart"/>
            <w:r w:rsidRPr="004543E3">
              <w:t>thiết</w:t>
            </w:r>
            <w:proofErr w:type="spellEnd"/>
            <w:r w:rsidRPr="004543E3">
              <w:t xml:space="preserve"> ban </w:t>
            </w:r>
            <w:proofErr w:type="spellStart"/>
            <w:r w:rsidRPr="004543E3">
              <w:t>hành</w:t>
            </w:r>
            <w:proofErr w:type="spellEnd"/>
            <w:r w:rsidRPr="004543E3">
              <w:t xml:space="preserve"> </w:t>
            </w:r>
            <w:proofErr w:type="spellStart"/>
            <w:r w:rsidRPr="004543E3">
              <w:t>và</w:t>
            </w:r>
            <w:proofErr w:type="spellEnd"/>
            <w:r w:rsidRPr="004543E3">
              <w:t xml:space="preserve"> </w:t>
            </w:r>
            <w:proofErr w:type="spellStart"/>
            <w:r w:rsidRPr="004543E3">
              <w:t>giao</w:t>
            </w:r>
            <w:proofErr w:type="spellEnd"/>
            <w:r w:rsidRPr="004543E3">
              <w:t xml:space="preserve"> </w:t>
            </w:r>
            <w:proofErr w:type="spellStart"/>
            <w:r w:rsidRPr="004543E3">
              <w:t>Bộ</w:t>
            </w:r>
            <w:proofErr w:type="spellEnd"/>
            <w:r w:rsidRPr="004543E3">
              <w:t xml:space="preserve"> KH&amp;CN </w:t>
            </w:r>
            <w:proofErr w:type="spellStart"/>
            <w:r w:rsidRPr="004543E3">
              <w:t>xây</w:t>
            </w:r>
            <w:proofErr w:type="spellEnd"/>
            <w:r w:rsidRPr="004543E3">
              <w:t xml:space="preserve"> </w:t>
            </w:r>
            <w:proofErr w:type="spellStart"/>
            <w:r w:rsidRPr="004543E3">
              <w:t>dựng</w:t>
            </w:r>
            <w:proofErr w:type="spellEnd"/>
            <w:r w:rsidRPr="004543E3">
              <w:t xml:space="preserve"> Thông </w:t>
            </w:r>
            <w:proofErr w:type="spellStart"/>
            <w:r w:rsidRPr="004543E3">
              <w:t>tư</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mã</w:t>
            </w:r>
            <w:proofErr w:type="spellEnd"/>
            <w:r w:rsidRPr="004543E3">
              <w:t xml:space="preserve"> </w:t>
            </w:r>
            <w:proofErr w:type="spellStart"/>
            <w:r w:rsidRPr="004543E3">
              <w:t>số</w:t>
            </w:r>
            <w:proofErr w:type="spellEnd"/>
            <w:r w:rsidRPr="004543E3">
              <w:t xml:space="preserve">, </w:t>
            </w:r>
            <w:proofErr w:type="spellStart"/>
            <w:r w:rsidRPr="004543E3">
              <w:t>tiêu</w:t>
            </w:r>
            <w:proofErr w:type="spellEnd"/>
            <w:r w:rsidRPr="004543E3">
              <w:t xml:space="preserve"> </w:t>
            </w:r>
            <w:proofErr w:type="spellStart"/>
            <w:r w:rsidRPr="004543E3">
              <w:t>chuẩn</w:t>
            </w:r>
            <w:proofErr w:type="spellEnd"/>
            <w:r w:rsidRPr="004543E3">
              <w:t xml:space="preserve"> </w:t>
            </w:r>
            <w:proofErr w:type="spellStart"/>
            <w:r w:rsidRPr="004543E3">
              <w:t>chuyên</w:t>
            </w:r>
            <w:proofErr w:type="spellEnd"/>
            <w:r w:rsidRPr="004543E3">
              <w:t xml:space="preserve"> </w:t>
            </w:r>
            <w:proofErr w:type="spellStart"/>
            <w:r w:rsidRPr="004543E3">
              <w:t>môn</w:t>
            </w:r>
            <w:proofErr w:type="spellEnd"/>
            <w:r w:rsidRPr="004543E3">
              <w:t xml:space="preserve">, </w:t>
            </w:r>
            <w:proofErr w:type="spellStart"/>
            <w:r w:rsidRPr="004543E3">
              <w:t>nghiệp</w:t>
            </w:r>
            <w:proofErr w:type="spellEnd"/>
            <w:r w:rsidRPr="004543E3">
              <w:t xml:space="preserve"> </w:t>
            </w:r>
            <w:proofErr w:type="spellStart"/>
            <w:r w:rsidRPr="004543E3">
              <w:t>vụ</w:t>
            </w:r>
            <w:proofErr w:type="spellEnd"/>
            <w:r w:rsidRPr="004543E3">
              <w:t xml:space="preserve"> </w:t>
            </w:r>
            <w:proofErr w:type="spellStart"/>
            <w:r w:rsidRPr="004543E3">
              <w:t>đối</w:t>
            </w:r>
            <w:proofErr w:type="spellEnd"/>
            <w:r w:rsidRPr="004543E3">
              <w:t xml:space="preserve"> </w:t>
            </w:r>
            <w:proofErr w:type="spellStart"/>
            <w:r w:rsidRPr="004543E3">
              <w:t>với</w:t>
            </w:r>
            <w:proofErr w:type="spellEnd"/>
            <w:r w:rsidRPr="004543E3">
              <w:t xml:space="preserve"> </w:t>
            </w:r>
            <w:proofErr w:type="spellStart"/>
            <w:r w:rsidRPr="004543E3">
              <w:t>ngạch</w:t>
            </w:r>
            <w:proofErr w:type="spellEnd"/>
            <w:r w:rsidRPr="004543E3">
              <w:t xml:space="preserve"> </w:t>
            </w:r>
            <w:proofErr w:type="spellStart"/>
            <w:r w:rsidRPr="004543E3">
              <w:t>công</w:t>
            </w:r>
            <w:proofErr w:type="spellEnd"/>
            <w:r w:rsidRPr="004543E3">
              <w:t xml:space="preserve"> </w:t>
            </w:r>
            <w:proofErr w:type="spellStart"/>
            <w:r w:rsidRPr="004543E3">
              <w:t>chức</w:t>
            </w:r>
            <w:proofErr w:type="spellEnd"/>
            <w:r w:rsidRPr="004543E3">
              <w:t xml:space="preserve">, </w:t>
            </w:r>
            <w:proofErr w:type="spellStart"/>
            <w:r w:rsidRPr="004543E3">
              <w:t>chức</w:t>
            </w:r>
            <w:proofErr w:type="spellEnd"/>
            <w:r w:rsidRPr="004543E3">
              <w:t xml:space="preserve"> </w:t>
            </w:r>
            <w:proofErr w:type="spellStart"/>
            <w:r w:rsidRPr="004543E3">
              <w:t>danh</w:t>
            </w:r>
            <w:proofErr w:type="spellEnd"/>
            <w:r w:rsidRPr="004543E3">
              <w:t xml:space="preserve"> </w:t>
            </w:r>
            <w:proofErr w:type="spellStart"/>
            <w:r w:rsidRPr="004543E3">
              <w:t>nghề</w:t>
            </w:r>
            <w:proofErr w:type="spellEnd"/>
            <w:r w:rsidRPr="004543E3">
              <w:t xml:space="preserve"> </w:t>
            </w:r>
            <w:proofErr w:type="spellStart"/>
            <w:r w:rsidRPr="004543E3">
              <w:t>nghiệp</w:t>
            </w:r>
            <w:proofErr w:type="spellEnd"/>
            <w:r w:rsidRPr="004543E3">
              <w:t xml:space="preserve"> </w:t>
            </w:r>
            <w:proofErr w:type="spellStart"/>
            <w:r w:rsidRPr="004543E3">
              <w:t>viên</w:t>
            </w:r>
            <w:proofErr w:type="spellEnd"/>
            <w:r w:rsidRPr="004543E3">
              <w:t xml:space="preserve"> </w:t>
            </w:r>
            <w:proofErr w:type="spellStart"/>
            <w:r w:rsidRPr="004543E3">
              <w:t>chức</w:t>
            </w:r>
            <w:proofErr w:type="spellEnd"/>
            <w:r w:rsidRPr="004543E3">
              <w:t xml:space="preserve"> </w:t>
            </w:r>
            <w:proofErr w:type="spellStart"/>
            <w:r w:rsidRPr="004543E3">
              <w:t>chuyên</w:t>
            </w:r>
            <w:proofErr w:type="spellEnd"/>
            <w:r w:rsidRPr="004543E3">
              <w:t xml:space="preserve"> </w:t>
            </w:r>
            <w:proofErr w:type="spellStart"/>
            <w:r w:rsidRPr="004543E3">
              <w:t>ngành</w:t>
            </w:r>
            <w:proofErr w:type="spellEnd"/>
            <w:r w:rsidRPr="004543E3">
              <w:t xml:space="preserve"> </w:t>
            </w:r>
            <w:proofErr w:type="spellStart"/>
            <w:r w:rsidRPr="004543E3">
              <w:t>kiểm</w:t>
            </w:r>
            <w:proofErr w:type="spellEnd"/>
            <w:r w:rsidRPr="004543E3">
              <w:t xml:space="preserve"> </w:t>
            </w:r>
            <w:proofErr w:type="spellStart"/>
            <w:r w:rsidRPr="004543E3">
              <w:t>soát</w:t>
            </w:r>
            <w:proofErr w:type="spellEnd"/>
            <w:r w:rsidRPr="004543E3">
              <w:t xml:space="preserve"> </w:t>
            </w:r>
            <w:proofErr w:type="spellStart"/>
            <w:r w:rsidRPr="004543E3">
              <w:t>chất</w:t>
            </w:r>
            <w:proofErr w:type="spellEnd"/>
            <w:r w:rsidRPr="004543E3">
              <w:t xml:space="preserve"> </w:t>
            </w:r>
            <w:proofErr w:type="spellStart"/>
            <w:r w:rsidRPr="004543E3">
              <w:t>lượng</w:t>
            </w:r>
            <w:proofErr w:type="spellEnd"/>
            <w:r w:rsidRPr="004543E3">
              <w:t xml:space="preserve"> </w:t>
            </w:r>
            <w:proofErr w:type="spellStart"/>
            <w:r w:rsidRPr="004543E3">
              <w:t>sản</w:t>
            </w:r>
            <w:proofErr w:type="spellEnd"/>
            <w:r w:rsidRPr="004543E3">
              <w:t xml:space="preserve"> </w:t>
            </w:r>
            <w:proofErr w:type="spellStart"/>
            <w:r w:rsidRPr="004543E3">
              <w:t>phẩm</w:t>
            </w:r>
            <w:proofErr w:type="spellEnd"/>
            <w:r w:rsidRPr="004543E3">
              <w:t xml:space="preserve">, </w:t>
            </w:r>
            <w:proofErr w:type="spellStart"/>
            <w:r w:rsidRPr="004543E3">
              <w:t>hàng</w:t>
            </w:r>
            <w:proofErr w:type="spellEnd"/>
            <w:r w:rsidRPr="004543E3">
              <w:t xml:space="preserve"> </w:t>
            </w:r>
            <w:proofErr w:type="spellStart"/>
            <w:r w:rsidRPr="004543E3">
              <w:t>hóa</w:t>
            </w:r>
            <w:proofErr w:type="spellEnd"/>
            <w:r w:rsidRPr="004543E3">
              <w:t xml:space="preserve">.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cơ</w:t>
            </w:r>
            <w:proofErr w:type="spellEnd"/>
            <w:r w:rsidRPr="004543E3">
              <w:t xml:space="preserve"> </w:t>
            </w:r>
            <w:proofErr w:type="spellStart"/>
            <w:r w:rsidRPr="004543E3">
              <w:t>quan</w:t>
            </w:r>
            <w:proofErr w:type="spellEnd"/>
            <w:r w:rsidRPr="004543E3">
              <w:t xml:space="preserve"> </w:t>
            </w:r>
            <w:proofErr w:type="spellStart"/>
            <w:r w:rsidRPr="004543E3">
              <w:t>chủ</w:t>
            </w:r>
            <w:proofErr w:type="spellEnd"/>
            <w:r w:rsidRPr="004543E3">
              <w:t xml:space="preserve"> </w:t>
            </w:r>
            <w:proofErr w:type="spellStart"/>
            <w:r w:rsidRPr="004543E3">
              <w:t>trì</w:t>
            </w:r>
            <w:proofErr w:type="spellEnd"/>
            <w:r w:rsidRPr="004543E3">
              <w:t xml:space="preserve"> </w:t>
            </w:r>
            <w:proofErr w:type="spellStart"/>
            <w:r w:rsidRPr="004543E3">
              <w:t>trong</w:t>
            </w:r>
            <w:proofErr w:type="spellEnd"/>
            <w:r w:rsidRPr="004543E3">
              <w:t xml:space="preserve"> </w:t>
            </w:r>
            <w:proofErr w:type="spellStart"/>
            <w:r w:rsidRPr="004543E3">
              <w:t>quá</w:t>
            </w:r>
            <w:proofErr w:type="spellEnd"/>
            <w:r w:rsidRPr="004543E3">
              <w:t xml:space="preserve"> </w:t>
            </w:r>
            <w:proofErr w:type="spellStart"/>
            <w:r w:rsidRPr="004543E3">
              <w:t>trình</w:t>
            </w:r>
            <w:proofErr w:type="spellEnd"/>
            <w:r w:rsidRPr="004543E3">
              <w:t xml:space="preserve"> </w:t>
            </w:r>
            <w:proofErr w:type="spellStart"/>
            <w:r w:rsidRPr="004543E3">
              <w:t>xây</w:t>
            </w:r>
            <w:proofErr w:type="spellEnd"/>
            <w:r w:rsidRPr="004543E3">
              <w:t xml:space="preserve"> </w:t>
            </w:r>
            <w:proofErr w:type="spellStart"/>
            <w:r w:rsidRPr="004543E3">
              <w:t>dựng</w:t>
            </w:r>
            <w:proofErr w:type="spellEnd"/>
            <w:r w:rsidRPr="004543E3">
              <w:t xml:space="preserve"> Thông </w:t>
            </w:r>
            <w:proofErr w:type="spellStart"/>
            <w:r w:rsidRPr="004543E3">
              <w:t>tư</w:t>
            </w:r>
            <w:proofErr w:type="spellEnd"/>
            <w:r w:rsidRPr="004543E3">
              <w:t xml:space="preserve"> </w:t>
            </w:r>
            <w:proofErr w:type="spellStart"/>
            <w:r w:rsidRPr="004543E3">
              <w:t>nêu</w:t>
            </w:r>
            <w:proofErr w:type="spellEnd"/>
            <w:r w:rsidRPr="004543E3">
              <w:t xml:space="preserve"> </w:t>
            </w:r>
            <w:proofErr w:type="spellStart"/>
            <w:r w:rsidRPr="004543E3">
              <w:t>trên</w:t>
            </w:r>
            <w:proofErr w:type="spellEnd"/>
            <w:r w:rsidRPr="004543E3">
              <w:t xml:space="preserve"> </w:t>
            </w:r>
            <w:proofErr w:type="spellStart"/>
            <w:r w:rsidRPr="004543E3">
              <w:t>bảo</w:t>
            </w:r>
            <w:proofErr w:type="spellEnd"/>
            <w:r w:rsidRPr="004543E3">
              <w:t xml:space="preserve"> </w:t>
            </w:r>
            <w:proofErr w:type="spellStart"/>
            <w:r w:rsidRPr="004543E3">
              <w:t>đảm</w:t>
            </w:r>
            <w:proofErr w:type="spellEnd"/>
            <w:r w:rsidRPr="004543E3">
              <w:t xml:space="preserve"> </w:t>
            </w:r>
            <w:proofErr w:type="spellStart"/>
            <w:r w:rsidRPr="004543E3">
              <w:t>nguyên</w:t>
            </w:r>
            <w:proofErr w:type="spellEnd"/>
            <w:r w:rsidRPr="004543E3">
              <w:t xml:space="preserve"> </w:t>
            </w:r>
            <w:proofErr w:type="spellStart"/>
            <w:r w:rsidRPr="004543E3">
              <w:t>tắc</w:t>
            </w:r>
            <w:proofErr w:type="spellEnd"/>
            <w:r w:rsidRPr="004543E3">
              <w:t xml:space="preserve">, </w:t>
            </w:r>
            <w:proofErr w:type="spellStart"/>
            <w:r w:rsidRPr="004543E3">
              <w:t>trình</w:t>
            </w:r>
            <w:proofErr w:type="spellEnd"/>
            <w:r w:rsidRPr="004543E3">
              <w:t xml:space="preserve"> </w:t>
            </w:r>
            <w:proofErr w:type="spellStart"/>
            <w:r w:rsidRPr="004543E3">
              <w:t>tự</w:t>
            </w:r>
            <w:proofErr w:type="spellEnd"/>
            <w:r w:rsidRPr="004543E3">
              <w:t xml:space="preserve">, </w:t>
            </w:r>
            <w:proofErr w:type="spellStart"/>
            <w:r w:rsidRPr="004543E3">
              <w:t>thủ</w:t>
            </w:r>
            <w:proofErr w:type="spellEnd"/>
            <w:r w:rsidRPr="004543E3">
              <w:t xml:space="preserve"> </w:t>
            </w:r>
            <w:proofErr w:type="spellStart"/>
            <w:r w:rsidRPr="004543E3">
              <w:t>tục</w:t>
            </w:r>
            <w:proofErr w:type="spellEnd"/>
            <w:r w:rsidRPr="004543E3">
              <w:t xml:space="preserve"> </w:t>
            </w:r>
            <w:proofErr w:type="spellStart"/>
            <w:r w:rsidRPr="004543E3">
              <w:t>xây</w:t>
            </w:r>
            <w:proofErr w:type="spellEnd"/>
            <w:r w:rsidRPr="004543E3">
              <w:t xml:space="preserve"> </w:t>
            </w:r>
            <w:proofErr w:type="spellStart"/>
            <w:r w:rsidRPr="004543E3">
              <w:t>dựng</w:t>
            </w:r>
            <w:proofErr w:type="spellEnd"/>
            <w:r w:rsidRPr="004543E3">
              <w:t xml:space="preserve">, </w:t>
            </w:r>
            <w:proofErr w:type="spellStart"/>
            <w:r w:rsidRPr="004543E3">
              <w:t>thẩm</w:t>
            </w:r>
            <w:proofErr w:type="spellEnd"/>
            <w:r w:rsidRPr="004543E3">
              <w:t xml:space="preserve"> </w:t>
            </w:r>
            <w:proofErr w:type="spellStart"/>
            <w:r w:rsidRPr="004543E3">
              <w:t>định</w:t>
            </w:r>
            <w:proofErr w:type="spellEnd"/>
            <w:r w:rsidRPr="004543E3">
              <w:t xml:space="preserve"> </w:t>
            </w:r>
            <w:proofErr w:type="spellStart"/>
            <w:r w:rsidRPr="004543E3">
              <w:t>theo</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pháp</w:t>
            </w:r>
            <w:proofErr w:type="spellEnd"/>
            <w:r w:rsidRPr="004543E3">
              <w:t xml:space="preserve"> </w:t>
            </w:r>
            <w:proofErr w:type="spellStart"/>
            <w:r w:rsidRPr="004543E3">
              <w:t>luật</w:t>
            </w:r>
            <w:proofErr w:type="spellEnd"/>
            <w:r w:rsidRPr="004543E3">
              <w:t>.</w:t>
            </w:r>
          </w:p>
          <w:p w14:paraId="1E024317" w14:textId="52EF00A1" w:rsidR="00512F52" w:rsidRPr="004543E3" w:rsidRDefault="00512F52" w:rsidP="00563608">
            <w:pPr>
              <w:spacing w:before="120" w:after="120" w:line="240" w:lineRule="auto"/>
              <w:jc w:val="both"/>
            </w:pPr>
            <w:proofErr w:type="spellStart"/>
            <w:r w:rsidRPr="004543E3">
              <w:t>Ngoài</w:t>
            </w:r>
            <w:proofErr w:type="spellEnd"/>
            <w:r w:rsidRPr="004543E3">
              <w:t xml:space="preserve"> </w:t>
            </w:r>
            <w:proofErr w:type="spellStart"/>
            <w:r w:rsidRPr="004543E3">
              <w:t>ra</w:t>
            </w:r>
            <w:proofErr w:type="spellEnd"/>
            <w:r w:rsidRPr="004543E3">
              <w:t xml:space="preserve">, </w:t>
            </w:r>
            <w:proofErr w:type="spellStart"/>
            <w:r w:rsidRPr="004543E3">
              <w:t>dự</w:t>
            </w:r>
            <w:proofErr w:type="spellEnd"/>
            <w:r w:rsidRPr="004543E3">
              <w:t xml:space="preserve"> </w:t>
            </w:r>
            <w:proofErr w:type="spellStart"/>
            <w:r w:rsidRPr="004543E3">
              <w:t>thảo</w:t>
            </w:r>
            <w:proofErr w:type="spellEnd"/>
            <w:r w:rsidRPr="004543E3">
              <w:t xml:space="preserve"> Thông </w:t>
            </w:r>
            <w:proofErr w:type="spellStart"/>
            <w:r w:rsidRPr="004543E3">
              <w:t>tư</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mã</w:t>
            </w:r>
            <w:proofErr w:type="spellEnd"/>
            <w:r w:rsidRPr="004543E3">
              <w:t xml:space="preserve"> </w:t>
            </w:r>
            <w:proofErr w:type="spellStart"/>
            <w:r w:rsidRPr="004543E3">
              <w:t>số</w:t>
            </w:r>
            <w:proofErr w:type="spellEnd"/>
            <w:r w:rsidRPr="004543E3">
              <w:t xml:space="preserve">, </w:t>
            </w:r>
            <w:proofErr w:type="spellStart"/>
            <w:r w:rsidRPr="004543E3">
              <w:t>tiêu</w:t>
            </w:r>
            <w:proofErr w:type="spellEnd"/>
            <w:r w:rsidRPr="004543E3">
              <w:t xml:space="preserve"> </w:t>
            </w:r>
            <w:proofErr w:type="spellStart"/>
            <w:r w:rsidRPr="004543E3">
              <w:t>chuẩn</w:t>
            </w:r>
            <w:proofErr w:type="spellEnd"/>
            <w:r w:rsidRPr="004543E3">
              <w:t xml:space="preserve"> </w:t>
            </w:r>
            <w:proofErr w:type="spellStart"/>
            <w:r w:rsidRPr="004543E3">
              <w:t>chuyên</w:t>
            </w:r>
            <w:proofErr w:type="spellEnd"/>
            <w:r w:rsidRPr="004543E3">
              <w:t xml:space="preserve"> </w:t>
            </w:r>
            <w:proofErr w:type="spellStart"/>
            <w:r w:rsidRPr="004543E3">
              <w:t>môn</w:t>
            </w:r>
            <w:proofErr w:type="spellEnd"/>
            <w:r w:rsidRPr="004543E3">
              <w:t xml:space="preserve">, </w:t>
            </w:r>
            <w:proofErr w:type="spellStart"/>
            <w:r w:rsidRPr="004543E3">
              <w:t>nghiệp</w:t>
            </w:r>
            <w:proofErr w:type="spellEnd"/>
            <w:r w:rsidRPr="004543E3">
              <w:t xml:space="preserve"> </w:t>
            </w:r>
            <w:proofErr w:type="spellStart"/>
            <w:r w:rsidRPr="004543E3">
              <w:t>vụ</w:t>
            </w:r>
            <w:proofErr w:type="spellEnd"/>
            <w:r w:rsidRPr="004543E3">
              <w:t xml:space="preserve"> </w:t>
            </w:r>
            <w:proofErr w:type="spellStart"/>
            <w:r w:rsidRPr="004543E3">
              <w:t>đối</w:t>
            </w:r>
            <w:proofErr w:type="spellEnd"/>
            <w:r w:rsidRPr="004543E3">
              <w:t xml:space="preserve"> </w:t>
            </w:r>
            <w:proofErr w:type="spellStart"/>
            <w:r w:rsidRPr="004543E3">
              <w:t>với</w:t>
            </w:r>
            <w:proofErr w:type="spellEnd"/>
            <w:r w:rsidRPr="004543E3">
              <w:t xml:space="preserve"> </w:t>
            </w:r>
            <w:proofErr w:type="spellStart"/>
            <w:r w:rsidRPr="004543E3">
              <w:t>ngạch</w:t>
            </w:r>
            <w:proofErr w:type="spellEnd"/>
            <w:r w:rsidRPr="004543E3">
              <w:t xml:space="preserve"> </w:t>
            </w:r>
            <w:proofErr w:type="spellStart"/>
            <w:r w:rsidRPr="004543E3">
              <w:t>công</w:t>
            </w:r>
            <w:proofErr w:type="spellEnd"/>
            <w:r w:rsidRPr="004543E3">
              <w:t xml:space="preserve"> </w:t>
            </w:r>
            <w:proofErr w:type="spellStart"/>
            <w:r w:rsidRPr="004543E3">
              <w:t>chức</w:t>
            </w:r>
            <w:proofErr w:type="spellEnd"/>
            <w:r w:rsidRPr="004543E3">
              <w:t xml:space="preserve">, </w:t>
            </w:r>
            <w:proofErr w:type="spellStart"/>
            <w:r w:rsidRPr="004543E3">
              <w:t>chức</w:t>
            </w:r>
            <w:proofErr w:type="spellEnd"/>
            <w:r w:rsidRPr="004543E3">
              <w:t xml:space="preserve"> </w:t>
            </w:r>
            <w:proofErr w:type="spellStart"/>
            <w:r w:rsidRPr="004543E3">
              <w:t>danh</w:t>
            </w:r>
            <w:proofErr w:type="spellEnd"/>
            <w:r w:rsidRPr="004543E3">
              <w:t xml:space="preserve"> </w:t>
            </w:r>
            <w:proofErr w:type="spellStart"/>
            <w:r w:rsidRPr="004543E3">
              <w:t>nghề</w:t>
            </w:r>
            <w:proofErr w:type="spellEnd"/>
            <w:r w:rsidRPr="004543E3">
              <w:t xml:space="preserve"> </w:t>
            </w:r>
            <w:proofErr w:type="spellStart"/>
            <w:r w:rsidRPr="004543E3">
              <w:t>nghiệp</w:t>
            </w:r>
            <w:proofErr w:type="spellEnd"/>
            <w:r w:rsidRPr="004543E3">
              <w:t xml:space="preserve"> </w:t>
            </w:r>
            <w:proofErr w:type="spellStart"/>
            <w:r w:rsidRPr="004543E3">
              <w:t>viên</w:t>
            </w:r>
            <w:proofErr w:type="spellEnd"/>
            <w:r w:rsidRPr="004543E3">
              <w:t xml:space="preserve"> </w:t>
            </w:r>
            <w:proofErr w:type="spellStart"/>
            <w:r w:rsidRPr="004543E3">
              <w:t>chức</w:t>
            </w:r>
            <w:proofErr w:type="spellEnd"/>
            <w:r w:rsidRPr="004543E3">
              <w:t xml:space="preserve"> </w:t>
            </w:r>
            <w:proofErr w:type="spellStart"/>
            <w:r w:rsidRPr="004543E3">
              <w:t>chuyên</w:t>
            </w:r>
            <w:proofErr w:type="spellEnd"/>
            <w:r w:rsidRPr="004543E3">
              <w:t xml:space="preserve"> </w:t>
            </w:r>
            <w:proofErr w:type="spellStart"/>
            <w:r w:rsidRPr="004543E3">
              <w:t>ngành</w:t>
            </w:r>
            <w:proofErr w:type="spellEnd"/>
            <w:r w:rsidRPr="004543E3">
              <w:t xml:space="preserve"> </w:t>
            </w:r>
            <w:proofErr w:type="spellStart"/>
            <w:r w:rsidRPr="004543E3">
              <w:t>kiểm</w:t>
            </w:r>
            <w:proofErr w:type="spellEnd"/>
            <w:r w:rsidRPr="004543E3">
              <w:t xml:space="preserve"> </w:t>
            </w:r>
            <w:proofErr w:type="spellStart"/>
            <w:r w:rsidRPr="004543E3">
              <w:t>soát</w:t>
            </w:r>
            <w:proofErr w:type="spellEnd"/>
            <w:r w:rsidRPr="004543E3">
              <w:t xml:space="preserve"> </w:t>
            </w:r>
            <w:proofErr w:type="spellStart"/>
            <w:r w:rsidRPr="004543E3">
              <w:t>chất</w:t>
            </w:r>
            <w:proofErr w:type="spellEnd"/>
            <w:r w:rsidRPr="004543E3">
              <w:t xml:space="preserve"> </w:t>
            </w:r>
            <w:proofErr w:type="spellStart"/>
            <w:r w:rsidRPr="004543E3">
              <w:t>lượng</w:t>
            </w:r>
            <w:proofErr w:type="spellEnd"/>
            <w:r w:rsidRPr="004543E3">
              <w:t xml:space="preserve"> </w:t>
            </w:r>
            <w:proofErr w:type="spellStart"/>
            <w:r w:rsidRPr="004543E3">
              <w:t>sản</w:t>
            </w:r>
            <w:proofErr w:type="spellEnd"/>
            <w:r w:rsidRPr="004543E3">
              <w:t xml:space="preserve"> </w:t>
            </w:r>
            <w:proofErr w:type="spellStart"/>
            <w:r w:rsidRPr="004543E3">
              <w:t>phẩm</w:t>
            </w:r>
            <w:proofErr w:type="spellEnd"/>
            <w:r w:rsidRPr="004543E3">
              <w:t xml:space="preserve">, </w:t>
            </w:r>
            <w:proofErr w:type="spellStart"/>
            <w:r w:rsidRPr="004543E3">
              <w:t>hàng</w:t>
            </w:r>
            <w:proofErr w:type="spellEnd"/>
            <w:r w:rsidRPr="004543E3">
              <w:t xml:space="preserve"> </w:t>
            </w:r>
            <w:proofErr w:type="spellStart"/>
            <w:r w:rsidRPr="004543E3">
              <w:t>hóa</w:t>
            </w:r>
            <w:proofErr w:type="spellEnd"/>
            <w:r w:rsidRPr="004543E3">
              <w:t xml:space="preserve">,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rà</w:t>
            </w:r>
            <w:proofErr w:type="spellEnd"/>
            <w:r w:rsidRPr="004543E3">
              <w:t xml:space="preserve"> </w:t>
            </w:r>
            <w:proofErr w:type="spellStart"/>
            <w:r w:rsidRPr="004543E3">
              <w:t>soát</w:t>
            </w:r>
            <w:proofErr w:type="spellEnd"/>
            <w:r w:rsidRPr="004543E3">
              <w:t xml:space="preserve"> </w:t>
            </w:r>
            <w:proofErr w:type="spellStart"/>
            <w:r w:rsidRPr="004543E3">
              <w:t>lại</w:t>
            </w:r>
            <w:proofErr w:type="spellEnd"/>
            <w:r w:rsidRPr="004543E3">
              <w:t xml:space="preserve"> </w:t>
            </w:r>
            <w:proofErr w:type="spellStart"/>
            <w:r w:rsidRPr="004543E3">
              <w:t>nội</w:t>
            </w:r>
            <w:proofErr w:type="spellEnd"/>
            <w:r w:rsidRPr="004543E3">
              <w:t xml:space="preserve"> dung </w:t>
            </w:r>
            <w:proofErr w:type="spellStart"/>
            <w:r w:rsidRPr="004543E3">
              <w:t>khoản</w:t>
            </w:r>
            <w:proofErr w:type="spellEnd"/>
            <w:r w:rsidRPr="004543E3">
              <w:t xml:space="preserve"> 3 </w:t>
            </w:r>
            <w:proofErr w:type="spellStart"/>
            <w:r w:rsidRPr="004543E3">
              <w:t>Điều</w:t>
            </w:r>
            <w:proofErr w:type="spellEnd"/>
            <w:r w:rsidRPr="004543E3">
              <w:t xml:space="preserve"> 8 (“3. Những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trước</w:t>
            </w:r>
            <w:proofErr w:type="spellEnd"/>
            <w:r w:rsidRPr="004543E3">
              <w:t xml:space="preserve"> </w:t>
            </w:r>
            <w:proofErr w:type="spellStart"/>
            <w:r w:rsidRPr="004543E3">
              <w:t>đây</w:t>
            </w:r>
            <w:proofErr w:type="spellEnd"/>
            <w:r w:rsidRPr="004543E3">
              <w:t xml:space="preserve"> </w:t>
            </w:r>
            <w:proofErr w:type="spellStart"/>
            <w:r w:rsidRPr="004543E3">
              <w:t>trái</w:t>
            </w:r>
            <w:proofErr w:type="spellEnd"/>
            <w:r w:rsidRPr="004543E3">
              <w:t xml:space="preserve"> </w:t>
            </w:r>
            <w:proofErr w:type="spellStart"/>
            <w:r w:rsidRPr="004543E3">
              <w:t>với</w:t>
            </w:r>
            <w:proofErr w:type="spellEnd"/>
            <w:r w:rsidRPr="004543E3">
              <w:t xml:space="preserve"> Thông </w:t>
            </w:r>
            <w:proofErr w:type="spellStart"/>
            <w:r w:rsidRPr="004543E3">
              <w:t>tư</w:t>
            </w:r>
            <w:proofErr w:type="spellEnd"/>
            <w:r w:rsidRPr="004543E3">
              <w:t xml:space="preserve"> </w:t>
            </w:r>
            <w:proofErr w:type="spellStart"/>
            <w:r w:rsidRPr="004543E3">
              <w:t>này</w:t>
            </w:r>
            <w:proofErr w:type="spellEnd"/>
            <w:r w:rsidRPr="004543E3">
              <w:t xml:space="preserve"> </w:t>
            </w:r>
            <w:proofErr w:type="spellStart"/>
            <w:r w:rsidRPr="004543E3">
              <w:t>đều</w:t>
            </w:r>
            <w:proofErr w:type="spellEnd"/>
            <w:r w:rsidRPr="004543E3">
              <w:t xml:space="preserve"> </w:t>
            </w:r>
            <w:proofErr w:type="spellStart"/>
            <w:r w:rsidRPr="004543E3">
              <w:t>bị</w:t>
            </w:r>
            <w:proofErr w:type="spellEnd"/>
            <w:r w:rsidRPr="004543E3">
              <w:t xml:space="preserve"> </w:t>
            </w:r>
            <w:proofErr w:type="spellStart"/>
            <w:r w:rsidRPr="004543E3">
              <w:t>bãi</w:t>
            </w:r>
            <w:proofErr w:type="spellEnd"/>
            <w:r w:rsidRPr="004543E3">
              <w:t xml:space="preserve"> </w:t>
            </w:r>
            <w:proofErr w:type="spellStart"/>
            <w:r w:rsidRPr="004543E3">
              <w:t>bỏ</w:t>
            </w:r>
            <w:proofErr w:type="spellEnd"/>
            <w:r w:rsidRPr="004543E3">
              <w:t xml:space="preserve">”) </w:t>
            </w:r>
            <w:proofErr w:type="spellStart"/>
            <w:r w:rsidRPr="004543E3">
              <w:t>để</w:t>
            </w:r>
            <w:proofErr w:type="spellEnd"/>
            <w:r w:rsidRPr="004543E3">
              <w:t xml:space="preserve"> </w:t>
            </w:r>
            <w:proofErr w:type="spellStart"/>
            <w:r w:rsidRPr="004543E3">
              <w:t>bảo</w:t>
            </w:r>
            <w:proofErr w:type="spellEnd"/>
            <w:r w:rsidRPr="004543E3">
              <w:t xml:space="preserve"> </w:t>
            </w:r>
            <w:proofErr w:type="spellStart"/>
            <w:r w:rsidRPr="004543E3">
              <w:t>đảm</w:t>
            </w:r>
            <w:proofErr w:type="spellEnd"/>
            <w:r w:rsidRPr="004543E3">
              <w:t xml:space="preserve"> </w:t>
            </w:r>
            <w:proofErr w:type="spellStart"/>
            <w:r w:rsidRPr="004543E3">
              <w:t>tính</w:t>
            </w:r>
            <w:proofErr w:type="spellEnd"/>
            <w:r w:rsidRPr="004543E3">
              <w:t xml:space="preserve"> </w:t>
            </w:r>
            <w:proofErr w:type="spellStart"/>
            <w:r w:rsidRPr="004543E3">
              <w:t>thống</w:t>
            </w:r>
            <w:proofErr w:type="spellEnd"/>
            <w:r w:rsidRPr="004543E3">
              <w:t xml:space="preserve"> </w:t>
            </w:r>
            <w:proofErr w:type="spellStart"/>
            <w:r w:rsidRPr="004543E3">
              <w:t>nhất</w:t>
            </w:r>
            <w:proofErr w:type="spellEnd"/>
            <w:r w:rsidRPr="004543E3">
              <w:t xml:space="preserve"> </w:t>
            </w:r>
            <w:proofErr w:type="spellStart"/>
            <w:r w:rsidRPr="004543E3">
              <w:t>của</w:t>
            </w:r>
            <w:proofErr w:type="spellEnd"/>
            <w:r w:rsidRPr="004543E3">
              <w:t xml:space="preserve"> </w:t>
            </w:r>
            <w:proofErr w:type="spellStart"/>
            <w:r w:rsidRPr="004543E3">
              <w:t>văn</w:t>
            </w:r>
            <w:proofErr w:type="spellEnd"/>
            <w:r w:rsidRPr="004543E3">
              <w:t xml:space="preserve"> </w:t>
            </w:r>
            <w:proofErr w:type="spellStart"/>
            <w:r w:rsidRPr="004543E3">
              <w:t>bản</w:t>
            </w:r>
            <w:proofErr w:type="spellEnd"/>
            <w:r w:rsidRPr="004543E3">
              <w:t xml:space="preserve"> </w:t>
            </w:r>
            <w:proofErr w:type="spellStart"/>
            <w:r w:rsidRPr="004543E3">
              <w:t>quy</w:t>
            </w:r>
            <w:proofErr w:type="spellEnd"/>
            <w:r w:rsidRPr="004543E3">
              <w:t xml:space="preserve"> </w:t>
            </w:r>
            <w:proofErr w:type="spellStart"/>
            <w:r w:rsidRPr="004543E3">
              <w:t>phạm</w:t>
            </w:r>
            <w:proofErr w:type="spellEnd"/>
            <w:r w:rsidRPr="004543E3">
              <w:t xml:space="preserve"> </w:t>
            </w:r>
            <w:proofErr w:type="spellStart"/>
            <w:r w:rsidRPr="004543E3">
              <w:t>pháp</w:t>
            </w:r>
            <w:proofErr w:type="spellEnd"/>
            <w:r w:rsidRPr="004543E3">
              <w:t xml:space="preserve"> </w:t>
            </w:r>
            <w:proofErr w:type="spellStart"/>
            <w:r w:rsidRPr="004543E3">
              <w:t>luật</w:t>
            </w:r>
            <w:proofErr w:type="spellEnd"/>
            <w:r w:rsidRPr="004543E3">
              <w:t xml:space="preserve"> </w:t>
            </w:r>
            <w:proofErr w:type="spellStart"/>
            <w:r w:rsidRPr="004543E3">
              <w:t>trong</w:t>
            </w:r>
            <w:proofErr w:type="spellEnd"/>
            <w:r w:rsidRPr="004543E3">
              <w:t xml:space="preserve"> </w:t>
            </w:r>
            <w:proofErr w:type="spellStart"/>
            <w:r w:rsidRPr="004543E3">
              <w:t>hệ</w:t>
            </w:r>
            <w:proofErr w:type="spellEnd"/>
            <w:r w:rsidRPr="004543E3">
              <w:t xml:space="preserve"> </w:t>
            </w:r>
            <w:proofErr w:type="spellStart"/>
            <w:r w:rsidRPr="004543E3">
              <w:t>thống</w:t>
            </w:r>
            <w:proofErr w:type="spellEnd"/>
            <w:r w:rsidRPr="004543E3">
              <w:t xml:space="preserve"> </w:t>
            </w:r>
            <w:proofErr w:type="spellStart"/>
            <w:r w:rsidRPr="004543E3">
              <w:t>pháp</w:t>
            </w:r>
            <w:proofErr w:type="spellEnd"/>
            <w:r w:rsidRPr="004543E3">
              <w:t xml:space="preserve"> </w:t>
            </w:r>
            <w:proofErr w:type="spellStart"/>
            <w:r w:rsidRPr="004543E3">
              <w:t>luật</w:t>
            </w:r>
            <w:proofErr w:type="spellEnd"/>
            <w:r w:rsidRPr="004543E3">
              <w:t xml:space="preserve"> </w:t>
            </w:r>
            <w:proofErr w:type="spellStart"/>
            <w:r w:rsidRPr="004543E3">
              <w:t>và</w:t>
            </w:r>
            <w:proofErr w:type="spellEnd"/>
            <w:r w:rsidRPr="004543E3">
              <w:t xml:space="preserve"> </w:t>
            </w:r>
            <w:proofErr w:type="spellStart"/>
            <w:r w:rsidRPr="004543E3">
              <w:t>không</w:t>
            </w:r>
            <w:proofErr w:type="spellEnd"/>
            <w:r w:rsidRPr="004543E3">
              <w:t xml:space="preserve"> </w:t>
            </w:r>
            <w:proofErr w:type="spellStart"/>
            <w:r w:rsidRPr="004543E3">
              <w:t>tạo</w:t>
            </w:r>
            <w:proofErr w:type="spellEnd"/>
            <w:r w:rsidRPr="004543E3">
              <w:t xml:space="preserve"> </w:t>
            </w:r>
            <w:proofErr w:type="spellStart"/>
            <w:r w:rsidRPr="004543E3">
              <w:t>ra</w:t>
            </w:r>
            <w:proofErr w:type="spellEnd"/>
            <w:r w:rsidRPr="004543E3">
              <w:t xml:space="preserve"> </w:t>
            </w:r>
            <w:proofErr w:type="spellStart"/>
            <w:r w:rsidRPr="004543E3">
              <w:t>cách</w:t>
            </w:r>
            <w:proofErr w:type="spellEnd"/>
            <w:r w:rsidRPr="004543E3">
              <w:t xml:space="preserve"> </w:t>
            </w:r>
            <w:proofErr w:type="spellStart"/>
            <w:r w:rsidRPr="004543E3">
              <w:t>hiểu</w:t>
            </w:r>
            <w:proofErr w:type="spellEnd"/>
            <w:r w:rsidRPr="004543E3">
              <w:t xml:space="preserve"> </w:t>
            </w:r>
            <w:proofErr w:type="spellStart"/>
            <w:r w:rsidRPr="004543E3">
              <w:t>khác</w:t>
            </w:r>
            <w:proofErr w:type="spellEnd"/>
            <w:r w:rsidRPr="004543E3">
              <w:t xml:space="preserve"> </w:t>
            </w:r>
            <w:proofErr w:type="spellStart"/>
            <w:r w:rsidRPr="004543E3">
              <w:t>nhau</w:t>
            </w:r>
            <w:proofErr w:type="spellEnd"/>
            <w:r w:rsidRPr="004543E3">
              <w:t xml:space="preserve"> </w:t>
            </w:r>
            <w:proofErr w:type="spellStart"/>
            <w:r w:rsidRPr="004543E3">
              <w:t>trong</w:t>
            </w:r>
            <w:proofErr w:type="spellEnd"/>
            <w:r w:rsidRPr="004543E3">
              <w:t xml:space="preserve"> </w:t>
            </w:r>
            <w:proofErr w:type="spellStart"/>
            <w:r w:rsidRPr="004543E3">
              <w:t>quá</w:t>
            </w:r>
            <w:proofErr w:type="spellEnd"/>
            <w:r w:rsidRPr="004543E3">
              <w:t xml:space="preserve"> </w:t>
            </w:r>
            <w:proofErr w:type="spellStart"/>
            <w:r w:rsidRPr="004543E3">
              <w:t>trình</w:t>
            </w:r>
            <w:proofErr w:type="spellEnd"/>
            <w:r w:rsidRPr="004543E3">
              <w:t xml:space="preserve"> </w:t>
            </w:r>
            <w:proofErr w:type="spellStart"/>
            <w:r w:rsidRPr="004543E3">
              <w:t>áp</w:t>
            </w:r>
            <w:proofErr w:type="spellEnd"/>
            <w:r w:rsidRPr="004543E3">
              <w:t xml:space="preserve"> </w:t>
            </w:r>
            <w:proofErr w:type="spellStart"/>
            <w:r w:rsidRPr="004543E3">
              <w:t>dụng</w:t>
            </w:r>
            <w:proofErr w:type="spellEnd"/>
            <w:r w:rsidRPr="004543E3">
              <w:t>.</w:t>
            </w:r>
          </w:p>
        </w:tc>
        <w:tc>
          <w:tcPr>
            <w:tcW w:w="7371" w:type="dxa"/>
          </w:tcPr>
          <w:p w14:paraId="57D49867" w14:textId="45B02A58" w:rsidR="00512F52" w:rsidRPr="004543E3" w:rsidRDefault="00512F52" w:rsidP="00563608">
            <w:pPr>
              <w:spacing w:before="120" w:after="120" w:line="240" w:lineRule="auto"/>
              <w:jc w:val="both"/>
              <w:rPr>
                <w:szCs w:val="26"/>
              </w:rPr>
            </w:pPr>
            <w:proofErr w:type="spellStart"/>
            <w:r w:rsidRPr="004543E3">
              <w:rPr>
                <w:szCs w:val="26"/>
              </w:rPr>
              <w:t>Tiếp</w:t>
            </w:r>
            <w:proofErr w:type="spellEnd"/>
            <w:r w:rsidRPr="004543E3">
              <w:rPr>
                <w:szCs w:val="26"/>
              </w:rPr>
              <w:t xml:space="preserve"> </w:t>
            </w:r>
            <w:proofErr w:type="spellStart"/>
            <w:r w:rsidRPr="004543E3">
              <w:rPr>
                <w:szCs w:val="26"/>
              </w:rPr>
              <w:t>thu</w:t>
            </w:r>
            <w:proofErr w:type="spellEnd"/>
            <w:r w:rsidRPr="004543E3">
              <w:rPr>
                <w:szCs w:val="26"/>
              </w:rPr>
              <w:t xml:space="preserve"> ý </w:t>
            </w:r>
            <w:proofErr w:type="spellStart"/>
            <w:r w:rsidRPr="004543E3">
              <w:rPr>
                <w:szCs w:val="26"/>
              </w:rPr>
              <w:t>kiến</w:t>
            </w:r>
            <w:proofErr w:type="spellEnd"/>
          </w:p>
        </w:tc>
      </w:tr>
      <w:tr w:rsidR="00512F52" w:rsidRPr="004543E3" w14:paraId="50909F76" w14:textId="77777777" w:rsidTr="004C2B3E">
        <w:tc>
          <w:tcPr>
            <w:tcW w:w="1098" w:type="dxa"/>
          </w:tcPr>
          <w:p w14:paraId="697D81E2" w14:textId="12B2B3E1" w:rsidR="00512F52" w:rsidRPr="003F0DEF" w:rsidRDefault="00512F52" w:rsidP="00512F52">
            <w:pPr>
              <w:jc w:val="center"/>
              <w:rPr>
                <w:b/>
                <w:bCs/>
              </w:rPr>
            </w:pPr>
            <w:r>
              <w:rPr>
                <w:b/>
                <w:bCs/>
              </w:rPr>
              <w:t>8</w:t>
            </w:r>
          </w:p>
        </w:tc>
        <w:tc>
          <w:tcPr>
            <w:tcW w:w="6127" w:type="dxa"/>
          </w:tcPr>
          <w:p w14:paraId="558846C4" w14:textId="54C5EF88" w:rsidR="00512F52" w:rsidRPr="004543E3" w:rsidRDefault="00512F52" w:rsidP="00563608">
            <w:pPr>
              <w:spacing w:before="120" w:after="120" w:line="240" w:lineRule="auto"/>
              <w:jc w:val="both"/>
              <w:rPr>
                <w:b/>
                <w:bCs/>
              </w:rPr>
            </w:pPr>
            <w:proofErr w:type="spellStart"/>
            <w:r w:rsidRPr="004543E3">
              <w:rPr>
                <w:b/>
                <w:bCs/>
              </w:rPr>
              <w:t>Kiểm</w:t>
            </w:r>
            <w:proofErr w:type="spellEnd"/>
            <w:r w:rsidRPr="004543E3">
              <w:rPr>
                <w:b/>
                <w:bCs/>
              </w:rPr>
              <w:t xml:space="preserve"> </w:t>
            </w:r>
            <w:proofErr w:type="spellStart"/>
            <w:r w:rsidRPr="004543E3">
              <w:rPr>
                <w:b/>
                <w:bCs/>
              </w:rPr>
              <w:t>toán</w:t>
            </w:r>
            <w:proofErr w:type="spellEnd"/>
            <w:r w:rsidRPr="004543E3">
              <w:rPr>
                <w:b/>
                <w:bCs/>
              </w:rPr>
              <w:t xml:space="preserve"> Nhà </w:t>
            </w:r>
            <w:proofErr w:type="spellStart"/>
            <w:r w:rsidRPr="004543E3">
              <w:rPr>
                <w:b/>
                <w:bCs/>
              </w:rPr>
              <w:t>nước</w:t>
            </w:r>
            <w:proofErr w:type="spellEnd"/>
            <w:r w:rsidRPr="004543E3">
              <w:rPr>
                <w:b/>
                <w:bCs/>
              </w:rPr>
              <w:t>:</w:t>
            </w:r>
          </w:p>
          <w:p w14:paraId="606923D6" w14:textId="7EAEDCF1" w:rsidR="00512F52" w:rsidRPr="004543E3" w:rsidRDefault="00512F52" w:rsidP="00563608">
            <w:pPr>
              <w:spacing w:before="120" w:after="120" w:line="240" w:lineRule="auto"/>
              <w:jc w:val="both"/>
            </w:pPr>
            <w:r w:rsidRPr="004543E3">
              <w:t xml:space="preserve">- </w:t>
            </w:r>
            <w:proofErr w:type="spellStart"/>
            <w:r w:rsidRPr="004543E3">
              <w:t>Khoản</w:t>
            </w:r>
            <w:proofErr w:type="spellEnd"/>
            <w:r w:rsidRPr="004543E3">
              <w:t xml:space="preserve"> 1 </w:t>
            </w:r>
            <w:proofErr w:type="spellStart"/>
            <w:r w:rsidRPr="004543E3">
              <w:t>Điều</w:t>
            </w:r>
            <w:proofErr w:type="spellEnd"/>
            <w:r w:rsidRPr="004543E3">
              <w:t xml:space="preserve"> 5 </w:t>
            </w:r>
            <w:proofErr w:type="spellStart"/>
            <w:r w:rsidRPr="004543E3">
              <w:t>Luật</w:t>
            </w:r>
            <w:proofErr w:type="spellEnd"/>
            <w:r w:rsidRPr="004543E3">
              <w:t xml:space="preserve"> </w:t>
            </w:r>
            <w:proofErr w:type="spellStart"/>
            <w:r w:rsidRPr="004543E3">
              <w:t>Cán</w:t>
            </w:r>
            <w:proofErr w:type="spellEnd"/>
            <w:r w:rsidRPr="004543E3">
              <w:t xml:space="preserve"> </w:t>
            </w:r>
            <w:proofErr w:type="spellStart"/>
            <w:r w:rsidRPr="004543E3">
              <w:t>bộ</w:t>
            </w:r>
            <w:proofErr w:type="spellEnd"/>
            <w:r w:rsidRPr="004543E3">
              <w:t xml:space="preserve">, </w:t>
            </w:r>
            <w:proofErr w:type="spellStart"/>
            <w:r w:rsidRPr="004543E3">
              <w:t>công</w:t>
            </w:r>
            <w:proofErr w:type="spellEnd"/>
            <w:r w:rsidRPr="004543E3">
              <w:t xml:space="preserve"> </w:t>
            </w:r>
            <w:proofErr w:type="spellStart"/>
            <w:r w:rsidRPr="004543E3">
              <w:t>chức</w:t>
            </w:r>
            <w:proofErr w:type="spellEnd"/>
            <w:r w:rsidRPr="004543E3">
              <w:t xml:space="preserve"> </w:t>
            </w:r>
            <w:proofErr w:type="spellStart"/>
            <w:r w:rsidRPr="004543E3">
              <w:t>số</w:t>
            </w:r>
            <w:proofErr w:type="spellEnd"/>
            <w:r w:rsidRPr="004543E3">
              <w:t xml:space="preserve"> 80/2025/QH15 </w:t>
            </w:r>
            <w:proofErr w:type="spellStart"/>
            <w:r w:rsidRPr="004543E3">
              <w:t>ngày</w:t>
            </w:r>
            <w:proofErr w:type="spellEnd"/>
            <w:r w:rsidRPr="004543E3">
              <w:t xml:space="preserve"> 24/6/2025 </w:t>
            </w:r>
            <w:proofErr w:type="spellStart"/>
            <w:r w:rsidRPr="004543E3">
              <w:t>quy</w:t>
            </w:r>
            <w:proofErr w:type="spellEnd"/>
            <w:r w:rsidRPr="004543E3">
              <w:t xml:space="preserve"> </w:t>
            </w:r>
            <w:proofErr w:type="spellStart"/>
            <w:r w:rsidRPr="004543E3">
              <w:t>định</w:t>
            </w:r>
            <w:proofErr w:type="spellEnd"/>
            <w:r w:rsidRPr="004543E3">
              <w:t xml:space="preserve"> “Công </w:t>
            </w:r>
            <w:proofErr w:type="spellStart"/>
            <w:r w:rsidRPr="004543E3">
              <w:t>vụ</w:t>
            </w:r>
            <w:proofErr w:type="spellEnd"/>
            <w:r w:rsidRPr="004543E3">
              <w:t xml:space="preserve"> </w:t>
            </w:r>
            <w:proofErr w:type="spellStart"/>
            <w:r w:rsidRPr="004543E3">
              <w:t>là</w:t>
            </w:r>
            <w:proofErr w:type="spellEnd"/>
            <w:r w:rsidRPr="004543E3">
              <w:t xml:space="preserve"> </w:t>
            </w:r>
            <w:proofErr w:type="spellStart"/>
            <w:r w:rsidRPr="004543E3">
              <w:t>hoạt</w:t>
            </w:r>
            <w:proofErr w:type="spellEnd"/>
            <w:r w:rsidRPr="004543E3">
              <w:t xml:space="preserve"> </w:t>
            </w:r>
            <w:proofErr w:type="spellStart"/>
            <w:r w:rsidRPr="004543E3">
              <w:t>động</w:t>
            </w:r>
            <w:proofErr w:type="spellEnd"/>
            <w:r w:rsidRPr="004543E3">
              <w:t xml:space="preserve"> do </w:t>
            </w:r>
            <w:proofErr w:type="spellStart"/>
            <w:r w:rsidRPr="004543E3">
              <w:t>cán</w:t>
            </w:r>
            <w:proofErr w:type="spellEnd"/>
            <w:r w:rsidRPr="004543E3">
              <w:t xml:space="preserve"> </w:t>
            </w:r>
            <w:proofErr w:type="spellStart"/>
            <w:r w:rsidRPr="004543E3">
              <w:t>bộ</w:t>
            </w:r>
            <w:proofErr w:type="spellEnd"/>
            <w:r w:rsidRPr="004543E3">
              <w:t xml:space="preserve">, </w:t>
            </w:r>
            <w:proofErr w:type="spellStart"/>
            <w:r w:rsidRPr="004543E3">
              <w:t>công</w:t>
            </w:r>
            <w:proofErr w:type="spellEnd"/>
            <w:r w:rsidRPr="004543E3">
              <w:t xml:space="preserve"> </w:t>
            </w:r>
            <w:proofErr w:type="spellStart"/>
            <w:r w:rsidRPr="004543E3">
              <w:t>chức</w:t>
            </w:r>
            <w:proofErr w:type="spellEnd"/>
            <w:r w:rsidRPr="004543E3">
              <w:t xml:space="preserve"> </w:t>
            </w:r>
            <w:proofErr w:type="spellStart"/>
            <w:r w:rsidRPr="004543E3">
              <w:t>thực</w:t>
            </w:r>
            <w:proofErr w:type="spellEnd"/>
            <w:r w:rsidRPr="004543E3">
              <w:t xml:space="preserve"> </w:t>
            </w:r>
            <w:proofErr w:type="spellStart"/>
            <w:r w:rsidRPr="004543E3">
              <w:t>hiện</w:t>
            </w:r>
            <w:proofErr w:type="spellEnd"/>
            <w:r w:rsidRPr="004543E3">
              <w:t xml:space="preserve"> </w:t>
            </w:r>
            <w:proofErr w:type="spellStart"/>
            <w:r w:rsidRPr="004543E3">
              <w:t>nghĩa</w:t>
            </w:r>
            <w:proofErr w:type="spellEnd"/>
            <w:r w:rsidRPr="004543E3">
              <w:t xml:space="preserve"> </w:t>
            </w:r>
            <w:proofErr w:type="spellStart"/>
            <w:r w:rsidRPr="004543E3">
              <w:t>vụ</w:t>
            </w:r>
            <w:proofErr w:type="spellEnd"/>
            <w:r w:rsidRPr="004543E3">
              <w:t xml:space="preserve">, </w:t>
            </w:r>
            <w:proofErr w:type="spellStart"/>
            <w:r w:rsidRPr="004543E3">
              <w:t>quyền</w:t>
            </w:r>
            <w:proofErr w:type="spellEnd"/>
            <w:r w:rsidRPr="004543E3">
              <w:t xml:space="preserve"> </w:t>
            </w:r>
            <w:proofErr w:type="spellStart"/>
            <w:r w:rsidRPr="004543E3">
              <w:t>hạn</w:t>
            </w:r>
            <w:proofErr w:type="spellEnd"/>
            <w:r w:rsidRPr="004543E3">
              <w:t xml:space="preserve"> </w:t>
            </w:r>
            <w:proofErr w:type="spellStart"/>
            <w:r w:rsidRPr="004543E3">
              <w:t>được</w:t>
            </w:r>
            <w:proofErr w:type="spellEnd"/>
            <w:r w:rsidRPr="004543E3">
              <w:t xml:space="preserve"> </w:t>
            </w:r>
            <w:proofErr w:type="spellStart"/>
            <w:r w:rsidRPr="004543E3">
              <w:t>giao</w:t>
            </w:r>
            <w:proofErr w:type="spellEnd"/>
            <w:r w:rsidRPr="004543E3">
              <w:t xml:space="preserve"> </w:t>
            </w:r>
            <w:proofErr w:type="spellStart"/>
            <w:r w:rsidRPr="004543E3">
              <w:t>theo</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của</w:t>
            </w:r>
            <w:proofErr w:type="spellEnd"/>
            <w:r w:rsidRPr="004543E3">
              <w:t xml:space="preserve"> </w:t>
            </w:r>
            <w:proofErr w:type="spellStart"/>
            <w:r w:rsidRPr="004543E3">
              <w:t>cấp</w:t>
            </w:r>
            <w:proofErr w:type="spellEnd"/>
            <w:r w:rsidRPr="004543E3">
              <w:t xml:space="preserve"> </w:t>
            </w:r>
            <w:proofErr w:type="spellStart"/>
            <w:r w:rsidRPr="004543E3">
              <w:t>có</w:t>
            </w:r>
            <w:proofErr w:type="spellEnd"/>
            <w:r w:rsidRPr="004543E3">
              <w:t xml:space="preserve"> </w:t>
            </w:r>
            <w:proofErr w:type="spellStart"/>
            <w:r w:rsidRPr="004543E3">
              <w:t>thẩm</w:t>
            </w:r>
            <w:proofErr w:type="spellEnd"/>
            <w:r w:rsidRPr="004543E3">
              <w:t xml:space="preserve"> </w:t>
            </w:r>
            <w:proofErr w:type="spellStart"/>
            <w:r w:rsidRPr="004543E3">
              <w:t>quyền</w:t>
            </w:r>
            <w:proofErr w:type="spellEnd"/>
            <w:r w:rsidRPr="004543E3">
              <w:t xml:space="preserve"> </w:t>
            </w:r>
            <w:proofErr w:type="spellStart"/>
            <w:r w:rsidRPr="004543E3">
              <w:t>và</w:t>
            </w:r>
            <w:proofErr w:type="spellEnd"/>
            <w:r w:rsidRPr="004543E3">
              <w:t xml:space="preserve"> </w:t>
            </w:r>
            <w:proofErr w:type="spellStart"/>
            <w:r w:rsidRPr="004543E3">
              <w:t>của</w:t>
            </w:r>
            <w:proofErr w:type="spellEnd"/>
            <w:r w:rsidRPr="004543E3">
              <w:t xml:space="preserve"> </w:t>
            </w:r>
            <w:proofErr w:type="spellStart"/>
            <w:r w:rsidRPr="004543E3">
              <w:t>pháp</w:t>
            </w:r>
            <w:proofErr w:type="spellEnd"/>
            <w:r w:rsidRPr="004543E3">
              <w:t xml:space="preserve"> </w:t>
            </w:r>
            <w:proofErr w:type="spellStart"/>
            <w:r w:rsidRPr="004543E3">
              <w:t>luật</w:t>
            </w:r>
            <w:proofErr w:type="spellEnd"/>
            <w:r w:rsidRPr="004543E3">
              <w:t xml:space="preserve"> </w:t>
            </w:r>
            <w:proofErr w:type="spellStart"/>
            <w:r w:rsidRPr="004543E3">
              <w:t>nhằm</w:t>
            </w:r>
            <w:proofErr w:type="spellEnd"/>
            <w:r w:rsidRPr="004543E3">
              <w:t xml:space="preserve"> </w:t>
            </w:r>
            <w:proofErr w:type="spellStart"/>
            <w:r w:rsidRPr="004543E3">
              <w:t>thực</w:t>
            </w:r>
            <w:proofErr w:type="spellEnd"/>
            <w:r w:rsidRPr="004543E3">
              <w:t xml:space="preserve"> </w:t>
            </w:r>
            <w:proofErr w:type="spellStart"/>
            <w:r w:rsidRPr="004543E3">
              <w:t>hiện</w:t>
            </w:r>
            <w:proofErr w:type="spellEnd"/>
            <w:r w:rsidRPr="004543E3">
              <w:t xml:space="preserve"> </w:t>
            </w:r>
            <w:proofErr w:type="spellStart"/>
            <w:r w:rsidRPr="004543E3">
              <w:t>quản</w:t>
            </w:r>
            <w:proofErr w:type="spellEnd"/>
            <w:r w:rsidRPr="004543E3">
              <w:t xml:space="preserve"> </w:t>
            </w:r>
            <w:proofErr w:type="spellStart"/>
            <w:r w:rsidRPr="004543E3">
              <w:t>lý</w:t>
            </w:r>
            <w:proofErr w:type="spellEnd"/>
            <w:r w:rsidRPr="004543E3">
              <w:t xml:space="preserve"> </w:t>
            </w:r>
            <w:proofErr w:type="spellStart"/>
            <w:r w:rsidRPr="004543E3">
              <w:t>nhà</w:t>
            </w:r>
            <w:proofErr w:type="spellEnd"/>
            <w:r w:rsidRPr="004543E3">
              <w:t xml:space="preserve"> </w:t>
            </w:r>
            <w:proofErr w:type="spellStart"/>
            <w:r w:rsidRPr="004543E3">
              <w:t>nước</w:t>
            </w:r>
            <w:proofErr w:type="spellEnd"/>
            <w:r w:rsidRPr="004543E3">
              <w:t xml:space="preserve"> </w:t>
            </w:r>
            <w:proofErr w:type="spellStart"/>
            <w:r w:rsidRPr="004543E3">
              <w:t>và</w:t>
            </w:r>
            <w:proofErr w:type="spellEnd"/>
            <w:r w:rsidRPr="004543E3">
              <w:t xml:space="preserve"> </w:t>
            </w:r>
            <w:proofErr w:type="spellStart"/>
            <w:r w:rsidRPr="004543E3">
              <w:t>đáp</w:t>
            </w:r>
            <w:proofErr w:type="spellEnd"/>
            <w:r w:rsidRPr="004543E3">
              <w:t xml:space="preserve"> </w:t>
            </w:r>
            <w:proofErr w:type="spellStart"/>
            <w:r w:rsidRPr="004543E3">
              <w:t>ứng</w:t>
            </w:r>
            <w:proofErr w:type="spellEnd"/>
            <w:r w:rsidRPr="004543E3">
              <w:t xml:space="preserve"> </w:t>
            </w:r>
            <w:proofErr w:type="spellStart"/>
            <w:r w:rsidRPr="004543E3">
              <w:t>nhu</w:t>
            </w:r>
            <w:proofErr w:type="spellEnd"/>
            <w:r w:rsidRPr="004543E3">
              <w:t xml:space="preserve"> </w:t>
            </w:r>
            <w:proofErr w:type="spellStart"/>
            <w:r w:rsidRPr="004543E3">
              <w:t>cầu</w:t>
            </w:r>
            <w:proofErr w:type="spellEnd"/>
            <w:r w:rsidRPr="004543E3">
              <w:t xml:space="preserve"> </w:t>
            </w:r>
            <w:proofErr w:type="spellStart"/>
            <w:r w:rsidRPr="004543E3">
              <w:t>chung</w:t>
            </w:r>
            <w:proofErr w:type="spellEnd"/>
            <w:r w:rsidRPr="004543E3">
              <w:t xml:space="preserve"> </w:t>
            </w:r>
            <w:proofErr w:type="spellStart"/>
            <w:r w:rsidRPr="004543E3">
              <w:t>của</w:t>
            </w:r>
            <w:proofErr w:type="spellEnd"/>
            <w:r w:rsidRPr="004543E3">
              <w:t xml:space="preserve"> </w:t>
            </w:r>
            <w:proofErr w:type="spellStart"/>
            <w:r w:rsidRPr="004543E3">
              <w:t>xã</w:t>
            </w:r>
            <w:proofErr w:type="spellEnd"/>
            <w:r w:rsidRPr="004543E3">
              <w:t xml:space="preserve"> </w:t>
            </w:r>
            <w:proofErr w:type="spellStart"/>
            <w:r w:rsidRPr="004543E3">
              <w:t>hội</w:t>
            </w:r>
            <w:proofErr w:type="spellEnd"/>
            <w:r w:rsidRPr="004543E3">
              <w:t>”.</w:t>
            </w:r>
          </w:p>
          <w:p w14:paraId="3C90B264" w14:textId="77777777" w:rsidR="00512F52" w:rsidRPr="004543E3" w:rsidRDefault="00512F52" w:rsidP="00563608">
            <w:pPr>
              <w:spacing w:before="120" w:after="120" w:line="240" w:lineRule="auto"/>
              <w:jc w:val="both"/>
            </w:pPr>
            <w:proofErr w:type="spellStart"/>
            <w:r w:rsidRPr="004543E3">
              <w:t>Khoản</w:t>
            </w:r>
            <w:proofErr w:type="spellEnd"/>
            <w:r w:rsidRPr="004543E3">
              <w:t xml:space="preserve"> 1 </w:t>
            </w:r>
            <w:proofErr w:type="spellStart"/>
            <w:r w:rsidRPr="004543E3">
              <w:t>Điều</w:t>
            </w:r>
            <w:proofErr w:type="spellEnd"/>
            <w:r w:rsidRPr="004543E3">
              <w:t xml:space="preserve"> 4 </w:t>
            </w:r>
            <w:proofErr w:type="spellStart"/>
            <w:r w:rsidRPr="004543E3">
              <w:t>Luật</w:t>
            </w:r>
            <w:proofErr w:type="spellEnd"/>
            <w:r w:rsidRPr="004543E3">
              <w:t xml:space="preserve"> Viên </w:t>
            </w:r>
            <w:proofErr w:type="spellStart"/>
            <w:r w:rsidRPr="004543E3">
              <w:t>chức</w:t>
            </w:r>
            <w:proofErr w:type="spellEnd"/>
            <w:r w:rsidRPr="004543E3">
              <w:t xml:space="preserve"> </w:t>
            </w:r>
            <w:proofErr w:type="spellStart"/>
            <w:r w:rsidRPr="004543E3">
              <w:t>số</w:t>
            </w:r>
            <w:proofErr w:type="spellEnd"/>
            <w:r w:rsidRPr="004543E3">
              <w:t xml:space="preserve"> 129/2025/QH15 </w:t>
            </w:r>
            <w:proofErr w:type="spellStart"/>
            <w:r w:rsidRPr="004543E3">
              <w:t>ngày</w:t>
            </w:r>
            <w:proofErr w:type="spellEnd"/>
            <w:r w:rsidRPr="004543E3">
              <w:t xml:space="preserve"> 10/12/2025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Hoạt</w:t>
            </w:r>
            <w:proofErr w:type="spellEnd"/>
            <w:r w:rsidRPr="004543E3">
              <w:t xml:space="preserve"> </w:t>
            </w:r>
            <w:proofErr w:type="spellStart"/>
            <w:r w:rsidRPr="004543E3">
              <w:t>động</w:t>
            </w:r>
            <w:proofErr w:type="spellEnd"/>
            <w:r w:rsidRPr="004543E3">
              <w:t xml:space="preserve"> </w:t>
            </w:r>
            <w:proofErr w:type="spellStart"/>
            <w:r w:rsidRPr="004543E3">
              <w:t>nghề</w:t>
            </w:r>
            <w:proofErr w:type="spellEnd"/>
            <w:r w:rsidRPr="004543E3">
              <w:t xml:space="preserve"> </w:t>
            </w:r>
            <w:proofErr w:type="spellStart"/>
            <w:r w:rsidRPr="004543E3">
              <w:t>nghiệp</w:t>
            </w:r>
            <w:proofErr w:type="spellEnd"/>
            <w:r w:rsidRPr="004543E3">
              <w:t xml:space="preserve"> </w:t>
            </w:r>
            <w:proofErr w:type="spellStart"/>
            <w:r w:rsidRPr="004543E3">
              <w:t>của</w:t>
            </w:r>
            <w:proofErr w:type="spellEnd"/>
            <w:r w:rsidRPr="004543E3">
              <w:t xml:space="preserve"> </w:t>
            </w:r>
            <w:proofErr w:type="spellStart"/>
            <w:r w:rsidRPr="004543E3">
              <w:t>viên</w:t>
            </w:r>
            <w:proofErr w:type="spellEnd"/>
            <w:r w:rsidRPr="004543E3">
              <w:t xml:space="preserve"> </w:t>
            </w:r>
            <w:proofErr w:type="spellStart"/>
            <w:r w:rsidRPr="004543E3">
              <w:lastRenderedPageBreak/>
              <w:t>chức</w:t>
            </w:r>
            <w:proofErr w:type="spellEnd"/>
            <w:r w:rsidRPr="004543E3">
              <w:t xml:space="preserve"> </w:t>
            </w:r>
            <w:proofErr w:type="spellStart"/>
            <w:r w:rsidRPr="004543E3">
              <w:t>là</w:t>
            </w:r>
            <w:proofErr w:type="spellEnd"/>
            <w:r w:rsidRPr="004543E3">
              <w:t xml:space="preserve"> </w:t>
            </w:r>
            <w:proofErr w:type="spellStart"/>
            <w:r w:rsidRPr="004543E3">
              <w:t>việc</w:t>
            </w:r>
            <w:proofErr w:type="spellEnd"/>
            <w:r w:rsidRPr="004543E3">
              <w:t xml:space="preserve"> </w:t>
            </w:r>
            <w:proofErr w:type="spellStart"/>
            <w:r w:rsidRPr="004543E3">
              <w:t>thực</w:t>
            </w:r>
            <w:proofErr w:type="spellEnd"/>
            <w:r w:rsidRPr="004543E3">
              <w:t xml:space="preserve"> </w:t>
            </w:r>
            <w:proofErr w:type="spellStart"/>
            <w:r w:rsidRPr="004543E3">
              <w:t>hiện</w:t>
            </w:r>
            <w:proofErr w:type="spellEnd"/>
            <w:r w:rsidRPr="004543E3">
              <w:t xml:space="preserve"> </w:t>
            </w:r>
            <w:proofErr w:type="spellStart"/>
            <w:r w:rsidRPr="004543E3">
              <w:t>công</w:t>
            </w:r>
            <w:proofErr w:type="spellEnd"/>
            <w:r w:rsidRPr="004543E3">
              <w:t xml:space="preserve"> </w:t>
            </w:r>
            <w:proofErr w:type="spellStart"/>
            <w:r w:rsidRPr="004543E3">
              <w:t>việc</w:t>
            </w:r>
            <w:proofErr w:type="spellEnd"/>
            <w:r w:rsidRPr="004543E3">
              <w:t xml:space="preserve"> </w:t>
            </w:r>
            <w:proofErr w:type="spellStart"/>
            <w:r w:rsidRPr="004543E3">
              <w:t>hoặc</w:t>
            </w:r>
            <w:proofErr w:type="spellEnd"/>
            <w:r w:rsidRPr="004543E3">
              <w:t xml:space="preserve"> </w:t>
            </w:r>
            <w:proofErr w:type="spellStart"/>
            <w:r w:rsidRPr="004543E3">
              <w:t>nhiệm</w:t>
            </w:r>
            <w:proofErr w:type="spellEnd"/>
            <w:r w:rsidRPr="004543E3">
              <w:t xml:space="preserve"> </w:t>
            </w:r>
            <w:proofErr w:type="spellStart"/>
            <w:r w:rsidRPr="004543E3">
              <w:t>vụ</w:t>
            </w:r>
            <w:proofErr w:type="spellEnd"/>
            <w:r w:rsidRPr="004543E3">
              <w:t xml:space="preserve"> </w:t>
            </w:r>
            <w:proofErr w:type="spellStart"/>
            <w:r w:rsidRPr="004543E3">
              <w:t>có</w:t>
            </w:r>
            <w:proofErr w:type="spellEnd"/>
            <w:r w:rsidRPr="004543E3">
              <w:t xml:space="preserve"> </w:t>
            </w:r>
            <w:proofErr w:type="spellStart"/>
            <w:r w:rsidRPr="004543E3">
              <w:t>yêu</w:t>
            </w:r>
            <w:proofErr w:type="spellEnd"/>
            <w:r w:rsidRPr="004543E3">
              <w:t xml:space="preserve"> </w:t>
            </w:r>
            <w:proofErr w:type="spellStart"/>
            <w:r w:rsidRPr="004543E3">
              <w:t>cầu</w:t>
            </w:r>
            <w:proofErr w:type="spellEnd"/>
            <w:r w:rsidRPr="004543E3">
              <w:t xml:space="preserve"> </w:t>
            </w:r>
            <w:proofErr w:type="spellStart"/>
            <w:r w:rsidRPr="004543E3">
              <w:t>về</w:t>
            </w:r>
            <w:proofErr w:type="spellEnd"/>
            <w:r w:rsidRPr="004543E3">
              <w:t xml:space="preserve"> </w:t>
            </w:r>
            <w:proofErr w:type="spellStart"/>
            <w:r w:rsidRPr="004543E3">
              <w:t>năng</w:t>
            </w:r>
            <w:proofErr w:type="spellEnd"/>
            <w:r w:rsidRPr="004543E3">
              <w:t xml:space="preserve"> </w:t>
            </w:r>
            <w:proofErr w:type="spellStart"/>
            <w:r w:rsidRPr="004543E3">
              <w:t>lực</w:t>
            </w:r>
            <w:proofErr w:type="spellEnd"/>
            <w:r w:rsidRPr="004543E3">
              <w:t xml:space="preserve">, </w:t>
            </w:r>
            <w:proofErr w:type="spellStart"/>
            <w:r w:rsidRPr="004543E3">
              <w:t>kỹ</w:t>
            </w:r>
            <w:proofErr w:type="spellEnd"/>
            <w:r w:rsidRPr="004543E3">
              <w:t xml:space="preserve"> </w:t>
            </w:r>
            <w:proofErr w:type="spellStart"/>
            <w:r w:rsidRPr="004543E3">
              <w:t>năng</w:t>
            </w:r>
            <w:proofErr w:type="spellEnd"/>
            <w:r w:rsidRPr="004543E3">
              <w:t xml:space="preserve"> </w:t>
            </w:r>
            <w:proofErr w:type="spellStart"/>
            <w:r w:rsidRPr="004543E3">
              <w:t>chuyên</w:t>
            </w:r>
            <w:proofErr w:type="spellEnd"/>
            <w:r w:rsidRPr="004543E3">
              <w:t xml:space="preserve"> </w:t>
            </w:r>
            <w:proofErr w:type="spellStart"/>
            <w:r w:rsidRPr="004543E3">
              <w:t>môn</w:t>
            </w:r>
            <w:proofErr w:type="spellEnd"/>
            <w:r w:rsidRPr="004543E3">
              <w:t xml:space="preserve">, </w:t>
            </w:r>
            <w:proofErr w:type="spellStart"/>
            <w:r w:rsidRPr="004543E3">
              <w:t>nghiệp</w:t>
            </w:r>
            <w:proofErr w:type="spellEnd"/>
            <w:r w:rsidRPr="004543E3">
              <w:t xml:space="preserve"> </w:t>
            </w:r>
            <w:proofErr w:type="spellStart"/>
            <w:r w:rsidRPr="004543E3">
              <w:t>vụ</w:t>
            </w:r>
            <w:proofErr w:type="spellEnd"/>
            <w:r w:rsidRPr="004543E3">
              <w:t xml:space="preserve"> </w:t>
            </w:r>
            <w:proofErr w:type="spellStart"/>
            <w:r w:rsidRPr="004543E3">
              <w:t>trong</w:t>
            </w:r>
            <w:proofErr w:type="spellEnd"/>
            <w:r w:rsidRPr="004543E3">
              <w:t xml:space="preserve"> </w:t>
            </w:r>
            <w:proofErr w:type="spellStart"/>
            <w:r w:rsidRPr="004543E3">
              <w:t>đơn</w:t>
            </w:r>
            <w:proofErr w:type="spellEnd"/>
            <w:r w:rsidRPr="004543E3">
              <w:t xml:space="preserve"> </w:t>
            </w:r>
            <w:proofErr w:type="spellStart"/>
            <w:r w:rsidRPr="004543E3">
              <w:t>vị</w:t>
            </w:r>
            <w:proofErr w:type="spellEnd"/>
            <w:r w:rsidRPr="004543E3">
              <w:t xml:space="preserve"> </w:t>
            </w:r>
            <w:proofErr w:type="spellStart"/>
            <w:r w:rsidRPr="004543E3">
              <w:t>sự</w:t>
            </w:r>
            <w:proofErr w:type="spellEnd"/>
            <w:r w:rsidRPr="004543E3">
              <w:t xml:space="preserve"> </w:t>
            </w:r>
            <w:proofErr w:type="spellStart"/>
            <w:r w:rsidRPr="004543E3">
              <w:t>nghiệp</w:t>
            </w:r>
            <w:proofErr w:type="spellEnd"/>
            <w:r w:rsidRPr="004543E3">
              <w:t xml:space="preserve"> </w:t>
            </w:r>
            <w:proofErr w:type="spellStart"/>
            <w:r w:rsidRPr="004543E3">
              <w:t>công</w:t>
            </w:r>
            <w:proofErr w:type="spellEnd"/>
            <w:r w:rsidRPr="004543E3">
              <w:t xml:space="preserve"> </w:t>
            </w:r>
            <w:proofErr w:type="spellStart"/>
            <w:r w:rsidRPr="004543E3">
              <w:t>lập</w:t>
            </w:r>
            <w:proofErr w:type="spellEnd"/>
            <w:r w:rsidRPr="004543E3">
              <w:t>”.</w:t>
            </w:r>
          </w:p>
          <w:p w14:paraId="53FEFCDE" w14:textId="77777777" w:rsidR="00512F52" w:rsidRPr="004543E3" w:rsidRDefault="00512F52" w:rsidP="00563608">
            <w:pPr>
              <w:spacing w:before="120" w:after="120" w:line="240" w:lineRule="auto"/>
              <w:jc w:val="both"/>
            </w:pPr>
            <w:proofErr w:type="spellStart"/>
            <w:r w:rsidRPr="004543E3">
              <w:t>Dự</w:t>
            </w:r>
            <w:proofErr w:type="spellEnd"/>
            <w:r w:rsidRPr="004543E3">
              <w:t xml:space="preserve"> </w:t>
            </w:r>
            <w:proofErr w:type="spellStart"/>
            <w:r w:rsidRPr="004543E3">
              <w:t>thảo</w:t>
            </w:r>
            <w:proofErr w:type="spellEnd"/>
            <w:r w:rsidRPr="004543E3">
              <w:t xml:space="preserve"> Thông </w:t>
            </w:r>
            <w:proofErr w:type="spellStart"/>
            <w:r w:rsidRPr="004543E3">
              <w:t>tư</w:t>
            </w:r>
            <w:proofErr w:type="spellEnd"/>
            <w:r w:rsidRPr="004543E3">
              <w:t xml:space="preserve"> </w:t>
            </w:r>
            <w:proofErr w:type="spellStart"/>
            <w:r w:rsidRPr="004543E3">
              <w:t>đang</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chung</w:t>
            </w:r>
            <w:proofErr w:type="spellEnd"/>
            <w:r w:rsidRPr="004543E3">
              <w:t xml:space="preserve"> </w:t>
            </w:r>
            <w:proofErr w:type="spellStart"/>
            <w:r w:rsidRPr="004543E3">
              <w:t>cùng</w:t>
            </w:r>
            <w:proofErr w:type="spellEnd"/>
            <w:r w:rsidRPr="004543E3">
              <w:t xml:space="preserve"> </w:t>
            </w:r>
            <w:proofErr w:type="spellStart"/>
            <w:r w:rsidRPr="004543E3">
              <w:t>tiêu</w:t>
            </w:r>
            <w:proofErr w:type="spellEnd"/>
            <w:r w:rsidRPr="004543E3">
              <w:t xml:space="preserve"> </w:t>
            </w:r>
            <w:proofErr w:type="spellStart"/>
            <w:r w:rsidRPr="004543E3">
              <w:t>chuẩn</w:t>
            </w:r>
            <w:proofErr w:type="spellEnd"/>
            <w:r w:rsidRPr="004543E3">
              <w:t xml:space="preserve"> </w:t>
            </w:r>
            <w:proofErr w:type="spellStart"/>
            <w:r w:rsidRPr="004543E3">
              <w:t>nghiệp</w:t>
            </w:r>
            <w:proofErr w:type="spellEnd"/>
            <w:r w:rsidRPr="004543E3">
              <w:t xml:space="preserve"> </w:t>
            </w:r>
            <w:proofErr w:type="spellStart"/>
            <w:r w:rsidRPr="004543E3">
              <w:t>vụ</w:t>
            </w:r>
            <w:proofErr w:type="spellEnd"/>
            <w:r w:rsidRPr="004543E3">
              <w:t xml:space="preserve"> </w:t>
            </w:r>
            <w:proofErr w:type="spellStart"/>
            <w:r w:rsidRPr="004543E3">
              <w:t>đối</w:t>
            </w:r>
            <w:proofErr w:type="spellEnd"/>
            <w:r w:rsidRPr="004543E3">
              <w:t xml:space="preserve"> </w:t>
            </w:r>
            <w:proofErr w:type="spellStart"/>
            <w:r w:rsidRPr="004543E3">
              <w:t>với</w:t>
            </w:r>
            <w:proofErr w:type="spellEnd"/>
            <w:r w:rsidRPr="004543E3">
              <w:t xml:space="preserve"> </w:t>
            </w:r>
            <w:proofErr w:type="spellStart"/>
            <w:r w:rsidRPr="004543E3">
              <w:t>công</w:t>
            </w:r>
            <w:proofErr w:type="spellEnd"/>
            <w:r w:rsidRPr="004543E3">
              <w:t xml:space="preserve"> </w:t>
            </w:r>
            <w:proofErr w:type="spellStart"/>
            <w:r w:rsidRPr="004543E3">
              <w:t>chức</w:t>
            </w:r>
            <w:proofErr w:type="spellEnd"/>
            <w:r w:rsidRPr="004543E3">
              <w:t xml:space="preserve"> </w:t>
            </w:r>
            <w:proofErr w:type="spellStart"/>
            <w:r w:rsidRPr="004543E3">
              <w:t>và</w:t>
            </w:r>
            <w:proofErr w:type="spellEnd"/>
            <w:r w:rsidRPr="004543E3">
              <w:t xml:space="preserve"> </w:t>
            </w:r>
            <w:proofErr w:type="spellStart"/>
            <w:r w:rsidRPr="004543E3">
              <w:t>viên</w:t>
            </w:r>
            <w:proofErr w:type="spellEnd"/>
            <w:r w:rsidRPr="004543E3">
              <w:t xml:space="preserve"> </w:t>
            </w:r>
            <w:proofErr w:type="spellStart"/>
            <w:r w:rsidRPr="004543E3">
              <w:t>chức</w:t>
            </w:r>
            <w:proofErr w:type="spellEnd"/>
            <w:r w:rsidRPr="004543E3">
              <w:t xml:space="preserve"> </w:t>
            </w:r>
            <w:proofErr w:type="spellStart"/>
            <w:r w:rsidRPr="004543E3">
              <w:t>chuyên</w:t>
            </w:r>
            <w:proofErr w:type="spellEnd"/>
            <w:r w:rsidRPr="004543E3">
              <w:t xml:space="preserve"> </w:t>
            </w:r>
            <w:proofErr w:type="spellStart"/>
            <w:r w:rsidRPr="004543E3">
              <w:t>ngành</w:t>
            </w:r>
            <w:proofErr w:type="spellEnd"/>
            <w:r w:rsidRPr="004543E3">
              <w:t xml:space="preserve"> </w:t>
            </w:r>
            <w:proofErr w:type="spellStart"/>
            <w:r w:rsidRPr="004543E3">
              <w:t>kiểm</w:t>
            </w:r>
            <w:proofErr w:type="spellEnd"/>
            <w:r w:rsidRPr="004543E3">
              <w:t xml:space="preserve"> </w:t>
            </w:r>
            <w:proofErr w:type="spellStart"/>
            <w:r w:rsidRPr="004543E3">
              <w:t>soát</w:t>
            </w:r>
            <w:proofErr w:type="spellEnd"/>
            <w:r w:rsidRPr="004543E3">
              <w:t xml:space="preserve"> </w:t>
            </w:r>
            <w:proofErr w:type="spellStart"/>
            <w:r w:rsidRPr="004543E3">
              <w:t>chất</w:t>
            </w:r>
            <w:proofErr w:type="spellEnd"/>
            <w:r w:rsidRPr="004543E3">
              <w:t xml:space="preserve"> </w:t>
            </w:r>
            <w:proofErr w:type="spellStart"/>
            <w:r w:rsidRPr="004543E3">
              <w:t>lượng</w:t>
            </w:r>
            <w:proofErr w:type="spellEnd"/>
            <w:r w:rsidRPr="004543E3">
              <w:t xml:space="preserve"> </w:t>
            </w:r>
            <w:proofErr w:type="spellStart"/>
            <w:r w:rsidRPr="004543E3">
              <w:t>sản</w:t>
            </w:r>
            <w:proofErr w:type="spellEnd"/>
            <w:r w:rsidRPr="004543E3">
              <w:t xml:space="preserve"> </w:t>
            </w:r>
            <w:proofErr w:type="spellStart"/>
            <w:r w:rsidRPr="004543E3">
              <w:t>phẩm</w:t>
            </w:r>
            <w:proofErr w:type="spellEnd"/>
            <w:r w:rsidRPr="004543E3">
              <w:t xml:space="preserve">, </w:t>
            </w:r>
            <w:proofErr w:type="spellStart"/>
            <w:r w:rsidRPr="004543E3">
              <w:t>hàng</w:t>
            </w:r>
            <w:proofErr w:type="spellEnd"/>
            <w:r w:rsidRPr="004543E3">
              <w:t xml:space="preserve"> </w:t>
            </w:r>
            <w:proofErr w:type="spellStart"/>
            <w:r w:rsidRPr="004543E3">
              <w:t>hóa</w:t>
            </w:r>
            <w:proofErr w:type="spellEnd"/>
            <w:r w:rsidRPr="004543E3">
              <w:t xml:space="preserve">, </w:t>
            </w:r>
            <w:proofErr w:type="spellStart"/>
            <w:r w:rsidRPr="004543E3">
              <w:t>đề</w:t>
            </w:r>
            <w:proofErr w:type="spellEnd"/>
            <w:r w:rsidRPr="004543E3">
              <w:t xml:space="preserve"> </w:t>
            </w:r>
            <w:proofErr w:type="spellStart"/>
            <w:r w:rsidRPr="004543E3">
              <w:t>nghị</w:t>
            </w:r>
            <w:proofErr w:type="spellEnd"/>
            <w:r w:rsidRPr="004543E3">
              <w:t xml:space="preserve"> Ban </w:t>
            </w:r>
            <w:proofErr w:type="spellStart"/>
            <w:r w:rsidRPr="004543E3">
              <w:t>soạn</w:t>
            </w:r>
            <w:proofErr w:type="spellEnd"/>
            <w:r w:rsidRPr="004543E3">
              <w:t xml:space="preserve"> </w:t>
            </w:r>
            <w:proofErr w:type="spellStart"/>
            <w:r w:rsidRPr="004543E3">
              <w:t>thảo</w:t>
            </w:r>
            <w:proofErr w:type="spellEnd"/>
            <w:r w:rsidRPr="004543E3">
              <w:t xml:space="preserve"> </w:t>
            </w:r>
            <w:proofErr w:type="spellStart"/>
            <w:r w:rsidRPr="004543E3">
              <w:t>nghiên</w:t>
            </w:r>
            <w:proofErr w:type="spellEnd"/>
            <w:r w:rsidRPr="004543E3">
              <w:t xml:space="preserve"> </w:t>
            </w:r>
            <w:proofErr w:type="spellStart"/>
            <w:r w:rsidRPr="004543E3">
              <w:t>cứu</w:t>
            </w:r>
            <w:proofErr w:type="spellEnd"/>
            <w:r w:rsidRPr="004543E3">
              <w:t xml:space="preserve"> </w:t>
            </w:r>
            <w:proofErr w:type="spellStart"/>
            <w:r w:rsidRPr="004543E3">
              <w:t>biên</w:t>
            </w:r>
            <w:proofErr w:type="spellEnd"/>
            <w:r w:rsidRPr="004543E3">
              <w:t xml:space="preserve"> </w:t>
            </w:r>
            <w:proofErr w:type="spellStart"/>
            <w:r w:rsidRPr="004543E3">
              <w:t>tập</w:t>
            </w:r>
            <w:proofErr w:type="spellEnd"/>
            <w:r w:rsidRPr="004543E3">
              <w:t xml:space="preserve"> </w:t>
            </w:r>
            <w:proofErr w:type="spellStart"/>
            <w:r w:rsidRPr="004543E3">
              <w:t>tách</w:t>
            </w:r>
            <w:proofErr w:type="spellEnd"/>
            <w:r w:rsidRPr="004543E3">
              <w:t xml:space="preserve"> </w:t>
            </w:r>
            <w:proofErr w:type="spellStart"/>
            <w:r w:rsidRPr="004543E3">
              <w:t>riêng</w:t>
            </w:r>
            <w:proofErr w:type="spellEnd"/>
            <w:r w:rsidRPr="004543E3">
              <w:t xml:space="preserve"> </w:t>
            </w:r>
            <w:proofErr w:type="spellStart"/>
            <w:r w:rsidRPr="004543E3">
              <w:t>tiêu</w:t>
            </w:r>
            <w:proofErr w:type="spellEnd"/>
            <w:r w:rsidRPr="004543E3">
              <w:t xml:space="preserve"> </w:t>
            </w:r>
            <w:proofErr w:type="spellStart"/>
            <w:r w:rsidRPr="004543E3">
              <w:t>chuẩn</w:t>
            </w:r>
            <w:proofErr w:type="spellEnd"/>
            <w:r w:rsidRPr="004543E3">
              <w:t xml:space="preserve"> </w:t>
            </w:r>
            <w:proofErr w:type="spellStart"/>
            <w:r w:rsidRPr="004543E3">
              <w:t>nghiệp</w:t>
            </w:r>
            <w:proofErr w:type="spellEnd"/>
            <w:r w:rsidRPr="004543E3">
              <w:t xml:space="preserve"> </w:t>
            </w:r>
            <w:proofErr w:type="spellStart"/>
            <w:r w:rsidRPr="004543E3">
              <w:t>vụ</w:t>
            </w:r>
            <w:proofErr w:type="spellEnd"/>
            <w:r w:rsidRPr="004543E3">
              <w:t xml:space="preserve"> </w:t>
            </w:r>
            <w:proofErr w:type="spellStart"/>
            <w:r w:rsidRPr="004543E3">
              <w:t>chuyên</w:t>
            </w:r>
            <w:proofErr w:type="spellEnd"/>
            <w:r w:rsidRPr="004543E3">
              <w:t xml:space="preserve"> </w:t>
            </w:r>
            <w:proofErr w:type="spellStart"/>
            <w:r w:rsidRPr="004543E3">
              <w:t>môn</w:t>
            </w:r>
            <w:proofErr w:type="spellEnd"/>
            <w:r w:rsidRPr="004543E3">
              <w:t xml:space="preserve"> </w:t>
            </w:r>
            <w:proofErr w:type="spellStart"/>
            <w:r w:rsidRPr="004543E3">
              <w:t>của</w:t>
            </w:r>
            <w:proofErr w:type="spellEnd"/>
            <w:r w:rsidRPr="004543E3">
              <w:t xml:space="preserve"> </w:t>
            </w:r>
            <w:proofErr w:type="spellStart"/>
            <w:r w:rsidRPr="004543E3">
              <w:t>công</w:t>
            </w:r>
            <w:proofErr w:type="spellEnd"/>
            <w:r w:rsidRPr="004543E3">
              <w:t xml:space="preserve"> </w:t>
            </w:r>
            <w:proofErr w:type="spellStart"/>
            <w:r w:rsidRPr="004543E3">
              <w:t>chức</w:t>
            </w:r>
            <w:proofErr w:type="spellEnd"/>
            <w:r w:rsidRPr="004543E3">
              <w:t xml:space="preserve"> </w:t>
            </w:r>
            <w:proofErr w:type="spellStart"/>
            <w:r w:rsidRPr="004543E3">
              <w:t>và</w:t>
            </w:r>
            <w:proofErr w:type="spellEnd"/>
            <w:r w:rsidRPr="004543E3">
              <w:t xml:space="preserve"> </w:t>
            </w:r>
            <w:proofErr w:type="spellStart"/>
            <w:r w:rsidRPr="004543E3">
              <w:t>viên</w:t>
            </w:r>
            <w:proofErr w:type="spellEnd"/>
            <w:r w:rsidRPr="004543E3">
              <w:t xml:space="preserve"> </w:t>
            </w:r>
            <w:proofErr w:type="spellStart"/>
            <w:r w:rsidRPr="004543E3">
              <w:t>chức</w:t>
            </w:r>
            <w:proofErr w:type="spellEnd"/>
            <w:r w:rsidRPr="004543E3">
              <w:t xml:space="preserve"> </w:t>
            </w:r>
            <w:proofErr w:type="spellStart"/>
            <w:r w:rsidRPr="004543E3">
              <w:t>đảm</w:t>
            </w:r>
            <w:proofErr w:type="spellEnd"/>
            <w:r w:rsidRPr="004543E3">
              <w:t xml:space="preserve"> </w:t>
            </w:r>
            <w:proofErr w:type="spellStart"/>
            <w:r w:rsidRPr="004543E3">
              <w:t>bảo</w:t>
            </w:r>
            <w:proofErr w:type="spellEnd"/>
            <w:r w:rsidRPr="004543E3">
              <w:t xml:space="preserve"> </w:t>
            </w:r>
            <w:proofErr w:type="spellStart"/>
            <w:r w:rsidRPr="004543E3">
              <w:t>phù</w:t>
            </w:r>
            <w:proofErr w:type="spellEnd"/>
            <w:r w:rsidRPr="004543E3">
              <w:t xml:space="preserve"> </w:t>
            </w:r>
            <w:proofErr w:type="spellStart"/>
            <w:r w:rsidRPr="004543E3">
              <w:t>hợp</w:t>
            </w:r>
            <w:proofErr w:type="spellEnd"/>
            <w:r w:rsidRPr="004543E3">
              <w:t xml:space="preserve"> </w:t>
            </w:r>
            <w:proofErr w:type="spellStart"/>
            <w:r w:rsidRPr="004543E3">
              <w:t>với</w:t>
            </w:r>
            <w:proofErr w:type="spellEnd"/>
            <w:r w:rsidRPr="004543E3">
              <w:t xml:space="preserve"> </w:t>
            </w:r>
            <w:proofErr w:type="spellStart"/>
            <w:r w:rsidRPr="004543E3">
              <w:t>chức</w:t>
            </w:r>
            <w:proofErr w:type="spellEnd"/>
            <w:r w:rsidRPr="004543E3">
              <w:t xml:space="preserve"> </w:t>
            </w:r>
            <w:proofErr w:type="spellStart"/>
            <w:r w:rsidRPr="004543E3">
              <w:t>năng</w:t>
            </w:r>
            <w:proofErr w:type="spellEnd"/>
            <w:r w:rsidRPr="004543E3">
              <w:t xml:space="preserve"> </w:t>
            </w:r>
            <w:proofErr w:type="spellStart"/>
            <w:r w:rsidRPr="004543E3">
              <w:t>của</w:t>
            </w:r>
            <w:proofErr w:type="spellEnd"/>
            <w:r w:rsidRPr="004543E3">
              <w:t xml:space="preserve"> </w:t>
            </w:r>
            <w:proofErr w:type="spellStart"/>
            <w:r w:rsidRPr="004543E3">
              <w:t>từng</w:t>
            </w:r>
            <w:proofErr w:type="spellEnd"/>
            <w:r w:rsidRPr="004543E3">
              <w:t xml:space="preserve"> </w:t>
            </w:r>
            <w:proofErr w:type="spellStart"/>
            <w:r w:rsidRPr="004543E3">
              <w:t>đối</w:t>
            </w:r>
            <w:proofErr w:type="spellEnd"/>
            <w:r w:rsidRPr="004543E3">
              <w:t xml:space="preserve"> </w:t>
            </w:r>
            <w:proofErr w:type="spellStart"/>
            <w:r w:rsidRPr="004543E3">
              <w:t>tượng</w:t>
            </w:r>
            <w:proofErr w:type="spellEnd"/>
            <w:r w:rsidRPr="004543E3">
              <w:t xml:space="preserve">, </w:t>
            </w:r>
            <w:proofErr w:type="spellStart"/>
            <w:r w:rsidRPr="004543E3">
              <w:t>tránh</w:t>
            </w:r>
            <w:proofErr w:type="spellEnd"/>
            <w:r w:rsidRPr="004543E3">
              <w:t xml:space="preserve"> </w:t>
            </w:r>
            <w:proofErr w:type="spellStart"/>
            <w:r w:rsidRPr="004543E3">
              <w:t>nhầm</w:t>
            </w:r>
            <w:proofErr w:type="spellEnd"/>
            <w:r w:rsidRPr="004543E3">
              <w:t xml:space="preserve"> </w:t>
            </w:r>
            <w:proofErr w:type="spellStart"/>
            <w:r w:rsidRPr="004543E3">
              <w:t>lẫn</w:t>
            </w:r>
            <w:proofErr w:type="spellEnd"/>
            <w:r w:rsidRPr="004543E3">
              <w:t xml:space="preserve"> </w:t>
            </w:r>
            <w:proofErr w:type="spellStart"/>
            <w:r w:rsidRPr="004543E3">
              <w:t>giữa</w:t>
            </w:r>
            <w:proofErr w:type="spellEnd"/>
            <w:r w:rsidRPr="004543E3">
              <w:t xml:space="preserve"> </w:t>
            </w:r>
            <w:proofErr w:type="spellStart"/>
            <w:r w:rsidRPr="004543E3">
              <w:t>hoạt</w:t>
            </w:r>
            <w:proofErr w:type="spellEnd"/>
            <w:r w:rsidRPr="004543E3">
              <w:t xml:space="preserve"> </w:t>
            </w:r>
            <w:proofErr w:type="spellStart"/>
            <w:r w:rsidRPr="004543E3">
              <w:t>động</w:t>
            </w:r>
            <w:proofErr w:type="spellEnd"/>
            <w:r w:rsidRPr="004543E3">
              <w:t xml:space="preserve"> </w:t>
            </w:r>
            <w:proofErr w:type="spellStart"/>
            <w:r w:rsidRPr="004543E3">
              <w:t>quản</w:t>
            </w:r>
            <w:proofErr w:type="spellEnd"/>
            <w:r w:rsidRPr="004543E3">
              <w:t xml:space="preserve"> </w:t>
            </w:r>
            <w:proofErr w:type="spellStart"/>
            <w:r w:rsidRPr="004543E3">
              <w:t>lý</w:t>
            </w:r>
            <w:proofErr w:type="spellEnd"/>
            <w:r w:rsidRPr="004543E3">
              <w:t xml:space="preserve"> </w:t>
            </w:r>
            <w:proofErr w:type="spellStart"/>
            <w:r w:rsidRPr="004543E3">
              <w:t>nhà</w:t>
            </w:r>
            <w:proofErr w:type="spellEnd"/>
            <w:r w:rsidRPr="004543E3">
              <w:t xml:space="preserve"> </w:t>
            </w:r>
            <w:proofErr w:type="spellStart"/>
            <w:r w:rsidRPr="004543E3">
              <w:t>nước</w:t>
            </w:r>
            <w:proofErr w:type="spellEnd"/>
            <w:r w:rsidRPr="004543E3">
              <w:t xml:space="preserve"> </w:t>
            </w:r>
            <w:proofErr w:type="spellStart"/>
            <w:r w:rsidRPr="004543E3">
              <w:t>của</w:t>
            </w:r>
            <w:proofErr w:type="spellEnd"/>
            <w:r w:rsidRPr="004543E3">
              <w:t xml:space="preserve"> </w:t>
            </w:r>
            <w:proofErr w:type="spellStart"/>
            <w:r w:rsidRPr="004543E3">
              <w:t>công</w:t>
            </w:r>
            <w:proofErr w:type="spellEnd"/>
            <w:r w:rsidRPr="004543E3">
              <w:t xml:space="preserve"> </w:t>
            </w:r>
            <w:proofErr w:type="spellStart"/>
            <w:r w:rsidRPr="004543E3">
              <w:t>chức</w:t>
            </w:r>
            <w:proofErr w:type="spellEnd"/>
            <w:r w:rsidRPr="004543E3">
              <w:t xml:space="preserve"> </w:t>
            </w:r>
            <w:proofErr w:type="spellStart"/>
            <w:r w:rsidRPr="004543E3">
              <w:t>và</w:t>
            </w:r>
            <w:proofErr w:type="spellEnd"/>
            <w:r w:rsidRPr="004543E3">
              <w:t xml:space="preserve"> </w:t>
            </w:r>
            <w:proofErr w:type="spellStart"/>
            <w:r w:rsidRPr="004543E3">
              <w:t>thực</w:t>
            </w:r>
            <w:proofErr w:type="spellEnd"/>
            <w:r w:rsidRPr="004543E3">
              <w:t xml:space="preserve"> </w:t>
            </w:r>
            <w:proofErr w:type="spellStart"/>
            <w:r w:rsidRPr="004543E3">
              <w:t>hiện</w:t>
            </w:r>
            <w:proofErr w:type="spellEnd"/>
            <w:r w:rsidRPr="004543E3">
              <w:t xml:space="preserve"> </w:t>
            </w:r>
            <w:proofErr w:type="spellStart"/>
            <w:r w:rsidRPr="004543E3">
              <w:t>dịch</w:t>
            </w:r>
            <w:proofErr w:type="spellEnd"/>
            <w:r w:rsidRPr="004543E3">
              <w:t xml:space="preserve"> </w:t>
            </w:r>
            <w:proofErr w:type="spellStart"/>
            <w:r w:rsidRPr="004543E3">
              <w:t>vụ</w:t>
            </w:r>
            <w:proofErr w:type="spellEnd"/>
            <w:r w:rsidRPr="004543E3">
              <w:t xml:space="preserve"> </w:t>
            </w:r>
            <w:proofErr w:type="spellStart"/>
            <w:r w:rsidRPr="004543E3">
              <w:t>công</w:t>
            </w:r>
            <w:proofErr w:type="spellEnd"/>
            <w:r w:rsidRPr="004543E3">
              <w:t xml:space="preserve"> </w:t>
            </w:r>
            <w:proofErr w:type="spellStart"/>
            <w:r w:rsidRPr="004543E3">
              <w:t>của</w:t>
            </w:r>
            <w:proofErr w:type="spellEnd"/>
            <w:r w:rsidRPr="004543E3">
              <w:t xml:space="preserve"> </w:t>
            </w:r>
            <w:proofErr w:type="spellStart"/>
            <w:r w:rsidRPr="004543E3">
              <w:t>viên</w:t>
            </w:r>
            <w:proofErr w:type="spellEnd"/>
            <w:r w:rsidRPr="004543E3">
              <w:t xml:space="preserve"> </w:t>
            </w:r>
            <w:proofErr w:type="spellStart"/>
            <w:r w:rsidRPr="004543E3">
              <w:t>chức</w:t>
            </w:r>
            <w:proofErr w:type="spellEnd"/>
            <w:r w:rsidRPr="004543E3">
              <w:t>.</w:t>
            </w:r>
          </w:p>
          <w:p w14:paraId="2A9853FC" w14:textId="08753D49" w:rsidR="00512F52" w:rsidRPr="004543E3" w:rsidRDefault="00512F52" w:rsidP="00563608">
            <w:pPr>
              <w:spacing w:before="120" w:after="120" w:line="240" w:lineRule="auto"/>
              <w:jc w:val="both"/>
            </w:pPr>
            <w:r w:rsidRPr="004543E3">
              <w:t xml:space="preserve">- </w:t>
            </w:r>
            <w:proofErr w:type="spellStart"/>
            <w:r w:rsidRPr="004543E3">
              <w:t>Khoản</w:t>
            </w:r>
            <w:proofErr w:type="spellEnd"/>
            <w:r w:rsidRPr="004543E3">
              <w:t xml:space="preserve"> 3 </w:t>
            </w:r>
            <w:proofErr w:type="spellStart"/>
            <w:r w:rsidRPr="004543E3">
              <w:t>Điều</w:t>
            </w:r>
            <w:proofErr w:type="spellEnd"/>
            <w:r w:rsidRPr="004543E3">
              <w:t xml:space="preserve"> 5, </w:t>
            </w:r>
            <w:proofErr w:type="spellStart"/>
            <w:r w:rsidRPr="004543E3">
              <w:t>khoản</w:t>
            </w:r>
            <w:proofErr w:type="spellEnd"/>
            <w:r w:rsidRPr="004543E3">
              <w:t xml:space="preserve"> 3 </w:t>
            </w:r>
            <w:proofErr w:type="spellStart"/>
            <w:r w:rsidRPr="004543E3">
              <w:t>Điều</w:t>
            </w:r>
            <w:proofErr w:type="spellEnd"/>
            <w:r w:rsidRPr="004543E3">
              <w:t xml:space="preserve"> 6, </w:t>
            </w:r>
            <w:proofErr w:type="spellStart"/>
            <w:r w:rsidRPr="004543E3">
              <w:t>khoản</w:t>
            </w:r>
            <w:proofErr w:type="spellEnd"/>
            <w:r w:rsidRPr="004543E3">
              <w:t xml:space="preserve"> 3 </w:t>
            </w:r>
            <w:proofErr w:type="spellStart"/>
            <w:r w:rsidRPr="004543E3">
              <w:t>Điều</w:t>
            </w:r>
            <w:proofErr w:type="spellEnd"/>
            <w:r w:rsidRPr="004543E3">
              <w:t xml:space="preserve"> 7 - </w:t>
            </w:r>
            <w:proofErr w:type="spellStart"/>
            <w:r w:rsidRPr="004543E3">
              <w:t>Tiêu</w:t>
            </w:r>
            <w:proofErr w:type="spellEnd"/>
            <w:r w:rsidRPr="004543E3">
              <w:t xml:space="preserve"> </w:t>
            </w:r>
            <w:proofErr w:type="spellStart"/>
            <w:r w:rsidRPr="004543E3">
              <w:t>chuẩn</w:t>
            </w:r>
            <w:proofErr w:type="spellEnd"/>
            <w:r w:rsidRPr="004543E3">
              <w:t xml:space="preserve"> </w:t>
            </w:r>
            <w:proofErr w:type="spellStart"/>
            <w:r w:rsidRPr="004543E3">
              <w:t>về</w:t>
            </w:r>
            <w:proofErr w:type="spellEnd"/>
            <w:r w:rsidRPr="004543E3">
              <w:t xml:space="preserve"> </w:t>
            </w:r>
            <w:proofErr w:type="spellStart"/>
            <w:r w:rsidRPr="004543E3">
              <w:t>trình</w:t>
            </w:r>
            <w:proofErr w:type="spellEnd"/>
            <w:r w:rsidRPr="004543E3">
              <w:t xml:space="preserve"> </w:t>
            </w:r>
            <w:proofErr w:type="spellStart"/>
            <w:r w:rsidRPr="004543E3">
              <w:t>độ</w:t>
            </w:r>
            <w:proofErr w:type="spellEnd"/>
            <w:r w:rsidRPr="004543E3">
              <w:t xml:space="preserve"> </w:t>
            </w:r>
            <w:proofErr w:type="spellStart"/>
            <w:r w:rsidRPr="004543E3">
              <w:t>đào</w:t>
            </w:r>
            <w:proofErr w:type="spellEnd"/>
            <w:r w:rsidRPr="004543E3">
              <w:t xml:space="preserve"> </w:t>
            </w:r>
            <w:proofErr w:type="spellStart"/>
            <w:r w:rsidRPr="004543E3">
              <w:t>tạo</w:t>
            </w:r>
            <w:proofErr w:type="spellEnd"/>
            <w:r w:rsidRPr="004543E3">
              <w:t xml:space="preserve">, </w:t>
            </w:r>
            <w:proofErr w:type="spellStart"/>
            <w:r w:rsidRPr="004543E3">
              <w:t>bồi</w:t>
            </w:r>
            <w:proofErr w:type="spellEnd"/>
            <w:r w:rsidRPr="004543E3">
              <w:t xml:space="preserve"> </w:t>
            </w:r>
            <w:proofErr w:type="spellStart"/>
            <w:r w:rsidRPr="004543E3">
              <w:t>dưỡng</w:t>
            </w:r>
            <w:proofErr w:type="spellEnd"/>
            <w:r w:rsidRPr="004543E3">
              <w:t xml:space="preserve">: </w:t>
            </w:r>
            <w:proofErr w:type="spellStart"/>
            <w:r w:rsidRPr="004543E3">
              <w:t>Tại</w:t>
            </w:r>
            <w:proofErr w:type="spellEnd"/>
            <w:r w:rsidRPr="004543E3">
              <w:t xml:space="preserve"> </w:t>
            </w:r>
            <w:proofErr w:type="spellStart"/>
            <w:r w:rsidRPr="004543E3">
              <w:t>điểm</w:t>
            </w:r>
            <w:proofErr w:type="spellEnd"/>
            <w:r w:rsidRPr="004543E3">
              <w:t xml:space="preserve"> a, </w:t>
            </w:r>
            <w:proofErr w:type="spellStart"/>
            <w:r w:rsidRPr="004543E3">
              <w:t>ngoài</w:t>
            </w:r>
            <w:proofErr w:type="spellEnd"/>
            <w:r w:rsidRPr="004543E3">
              <w:t xml:space="preserve"> </w:t>
            </w:r>
            <w:proofErr w:type="spellStart"/>
            <w:r w:rsidRPr="004543E3">
              <w:t>tiêu</w:t>
            </w:r>
            <w:proofErr w:type="spellEnd"/>
            <w:r w:rsidRPr="004543E3">
              <w:t xml:space="preserve"> </w:t>
            </w:r>
            <w:proofErr w:type="spellStart"/>
            <w:r w:rsidRPr="004543E3">
              <w:t>chuẩn</w:t>
            </w:r>
            <w:proofErr w:type="spellEnd"/>
            <w:r w:rsidRPr="004543E3">
              <w:t xml:space="preserve"> </w:t>
            </w:r>
            <w:proofErr w:type="spellStart"/>
            <w:r w:rsidRPr="004543E3">
              <w:t>có</w:t>
            </w:r>
            <w:proofErr w:type="spellEnd"/>
            <w:r w:rsidRPr="004543E3">
              <w:t xml:space="preserve"> </w:t>
            </w:r>
            <w:proofErr w:type="spellStart"/>
            <w:r w:rsidRPr="004543E3">
              <w:t>bằng</w:t>
            </w:r>
            <w:proofErr w:type="spellEnd"/>
            <w:r w:rsidRPr="004543E3">
              <w:t xml:space="preserve"> </w:t>
            </w:r>
            <w:proofErr w:type="spellStart"/>
            <w:r w:rsidRPr="004543E3">
              <w:t>tốt</w:t>
            </w:r>
            <w:proofErr w:type="spellEnd"/>
            <w:r w:rsidRPr="004543E3">
              <w:t xml:space="preserve"> </w:t>
            </w:r>
            <w:proofErr w:type="spellStart"/>
            <w:r w:rsidRPr="004543E3">
              <w:t>nghiệp</w:t>
            </w:r>
            <w:proofErr w:type="spellEnd"/>
            <w:r w:rsidRPr="004543E3">
              <w:t xml:space="preserve"> </w:t>
            </w:r>
            <w:proofErr w:type="spellStart"/>
            <w:r w:rsidRPr="004543E3">
              <w:t>đại</w:t>
            </w:r>
            <w:proofErr w:type="spellEnd"/>
            <w:r w:rsidRPr="004543E3">
              <w:t xml:space="preserve"> </w:t>
            </w:r>
            <w:proofErr w:type="spellStart"/>
            <w:r w:rsidRPr="004543E3">
              <w:t>học</w:t>
            </w:r>
            <w:proofErr w:type="spellEnd"/>
            <w:r w:rsidRPr="004543E3">
              <w:t>/</w:t>
            </w:r>
            <w:proofErr w:type="spellStart"/>
            <w:r w:rsidRPr="004543E3">
              <w:t>đại</w:t>
            </w:r>
            <w:proofErr w:type="spellEnd"/>
            <w:r w:rsidRPr="004543E3">
              <w:t xml:space="preserve"> </w:t>
            </w:r>
            <w:proofErr w:type="spellStart"/>
            <w:r w:rsidRPr="004543E3">
              <w:t>học</w:t>
            </w:r>
            <w:proofErr w:type="spellEnd"/>
            <w:r w:rsidRPr="004543E3">
              <w:t xml:space="preserve"> </w:t>
            </w:r>
            <w:proofErr w:type="spellStart"/>
            <w:r w:rsidRPr="004543E3">
              <w:t>trở</w:t>
            </w:r>
            <w:proofErr w:type="spellEnd"/>
            <w:r w:rsidRPr="004543E3">
              <w:t xml:space="preserve"> </w:t>
            </w:r>
            <w:proofErr w:type="spellStart"/>
            <w:r w:rsidRPr="004543E3">
              <w:t>lên</w:t>
            </w:r>
            <w:proofErr w:type="spellEnd"/>
            <w:r w:rsidRPr="004543E3">
              <w:t xml:space="preserve"> </w:t>
            </w:r>
            <w:proofErr w:type="spellStart"/>
            <w:r w:rsidRPr="004543E3">
              <w:t>với</w:t>
            </w:r>
            <w:proofErr w:type="spellEnd"/>
            <w:r w:rsidRPr="004543E3">
              <w:t xml:space="preserve"> </w:t>
            </w:r>
            <w:proofErr w:type="spellStart"/>
            <w:r w:rsidRPr="004543E3">
              <w:t>chuyên</w:t>
            </w:r>
            <w:proofErr w:type="spellEnd"/>
            <w:r w:rsidRPr="004543E3">
              <w:t xml:space="preserve"> </w:t>
            </w:r>
            <w:proofErr w:type="spellStart"/>
            <w:r w:rsidRPr="004543E3">
              <w:t>ngành</w:t>
            </w:r>
            <w:proofErr w:type="spellEnd"/>
            <w:r w:rsidRPr="004543E3">
              <w:t xml:space="preserve"> </w:t>
            </w:r>
            <w:proofErr w:type="spellStart"/>
            <w:r w:rsidRPr="004543E3">
              <w:t>đào</w:t>
            </w:r>
            <w:proofErr w:type="spellEnd"/>
            <w:r w:rsidRPr="004543E3">
              <w:t xml:space="preserve"> </w:t>
            </w:r>
            <w:proofErr w:type="spellStart"/>
            <w:r w:rsidRPr="004543E3">
              <w:t>tạo</w:t>
            </w:r>
            <w:proofErr w:type="spellEnd"/>
            <w:r w:rsidRPr="004543E3">
              <w:t xml:space="preserve"> </w:t>
            </w:r>
            <w:proofErr w:type="spellStart"/>
            <w:r w:rsidRPr="004543E3">
              <w:t>phù</w:t>
            </w:r>
            <w:proofErr w:type="spellEnd"/>
            <w:r w:rsidRPr="004543E3">
              <w:t xml:space="preserve"> </w:t>
            </w:r>
            <w:proofErr w:type="spellStart"/>
            <w:r w:rsidRPr="004543E3">
              <w:t>hợp</w:t>
            </w:r>
            <w:proofErr w:type="spellEnd"/>
            <w:r w:rsidRPr="004543E3">
              <w:t xml:space="preserve"> </w:t>
            </w:r>
            <w:proofErr w:type="spellStart"/>
            <w:r w:rsidRPr="004543E3">
              <w:t>với</w:t>
            </w:r>
            <w:proofErr w:type="spellEnd"/>
            <w:r w:rsidRPr="004543E3">
              <w:t xml:space="preserve"> </w:t>
            </w:r>
            <w:proofErr w:type="spellStart"/>
            <w:r w:rsidRPr="004543E3">
              <w:t>lĩnh</w:t>
            </w:r>
            <w:proofErr w:type="spellEnd"/>
            <w:r w:rsidRPr="004543E3">
              <w:t xml:space="preserve"> </w:t>
            </w:r>
            <w:proofErr w:type="spellStart"/>
            <w:r w:rsidRPr="004543E3">
              <w:t>vực</w:t>
            </w:r>
            <w:proofErr w:type="spellEnd"/>
            <w:r w:rsidRPr="004543E3">
              <w:t xml:space="preserve"> </w:t>
            </w:r>
            <w:proofErr w:type="spellStart"/>
            <w:r w:rsidRPr="004543E3">
              <w:t>quản</w:t>
            </w:r>
            <w:proofErr w:type="spellEnd"/>
            <w:r w:rsidRPr="004543E3">
              <w:t xml:space="preserve"> </w:t>
            </w:r>
            <w:proofErr w:type="spellStart"/>
            <w:r w:rsidRPr="004543E3">
              <w:t>lý</w:t>
            </w:r>
            <w:proofErr w:type="spellEnd"/>
            <w:r w:rsidRPr="004543E3">
              <w:t xml:space="preserve">, </w:t>
            </w:r>
            <w:proofErr w:type="spellStart"/>
            <w:r w:rsidRPr="004543E3">
              <w:t>kiểm</w:t>
            </w:r>
            <w:proofErr w:type="spellEnd"/>
            <w:r w:rsidRPr="004543E3">
              <w:t xml:space="preserve"> </w:t>
            </w:r>
            <w:proofErr w:type="spellStart"/>
            <w:r w:rsidRPr="004543E3">
              <w:t>tra</w:t>
            </w:r>
            <w:proofErr w:type="spellEnd"/>
            <w:r w:rsidRPr="004543E3">
              <w:t xml:space="preserve"> </w:t>
            </w:r>
            <w:proofErr w:type="spellStart"/>
            <w:r w:rsidRPr="004543E3">
              <w:t>chất</w:t>
            </w:r>
            <w:proofErr w:type="spellEnd"/>
            <w:r w:rsidRPr="004543E3">
              <w:t xml:space="preserve"> </w:t>
            </w:r>
            <w:proofErr w:type="spellStart"/>
            <w:r w:rsidRPr="004543E3">
              <w:t>lượng</w:t>
            </w:r>
            <w:proofErr w:type="spellEnd"/>
            <w:r w:rsidRPr="004543E3">
              <w:t xml:space="preserve"> </w:t>
            </w:r>
            <w:proofErr w:type="spellStart"/>
            <w:r w:rsidRPr="004543E3">
              <w:t>sản</w:t>
            </w:r>
            <w:proofErr w:type="spellEnd"/>
            <w:r w:rsidRPr="004543E3">
              <w:t xml:space="preserve"> </w:t>
            </w:r>
            <w:proofErr w:type="spellStart"/>
            <w:r w:rsidRPr="004543E3">
              <w:t>phẩm</w:t>
            </w:r>
            <w:proofErr w:type="spellEnd"/>
            <w:r w:rsidRPr="004543E3">
              <w:t xml:space="preserve">, </w:t>
            </w:r>
            <w:proofErr w:type="spellStart"/>
            <w:r w:rsidRPr="004543E3">
              <w:t>hàng</w:t>
            </w:r>
            <w:proofErr w:type="spellEnd"/>
            <w:r w:rsidRPr="004543E3">
              <w:t xml:space="preserve"> </w:t>
            </w:r>
            <w:proofErr w:type="spellStart"/>
            <w:r w:rsidRPr="004543E3">
              <w:t>hóa</w:t>
            </w:r>
            <w:proofErr w:type="spellEnd"/>
            <w:r w:rsidRPr="004543E3">
              <w:t xml:space="preserve">, </w:t>
            </w:r>
            <w:proofErr w:type="spellStart"/>
            <w:r w:rsidRPr="004543E3">
              <w:t>đề</w:t>
            </w:r>
            <w:proofErr w:type="spellEnd"/>
            <w:r w:rsidRPr="004543E3">
              <w:t xml:space="preserve"> </w:t>
            </w:r>
            <w:proofErr w:type="spellStart"/>
            <w:r w:rsidRPr="004543E3">
              <w:t>nghị</w:t>
            </w:r>
            <w:proofErr w:type="spellEnd"/>
            <w:r w:rsidRPr="004543E3">
              <w:t xml:space="preserve"> Ban </w:t>
            </w:r>
            <w:proofErr w:type="spellStart"/>
            <w:r w:rsidRPr="004543E3">
              <w:t>soạn</w:t>
            </w:r>
            <w:proofErr w:type="spellEnd"/>
            <w:r w:rsidRPr="004543E3">
              <w:t xml:space="preserve"> </w:t>
            </w:r>
            <w:proofErr w:type="spellStart"/>
            <w:r w:rsidRPr="004543E3">
              <w:t>thảo</w:t>
            </w:r>
            <w:proofErr w:type="spellEnd"/>
            <w:r w:rsidRPr="004543E3">
              <w:t xml:space="preserve"> </w:t>
            </w:r>
            <w:proofErr w:type="spellStart"/>
            <w:r w:rsidRPr="004543E3">
              <w:t>xem</w:t>
            </w:r>
            <w:proofErr w:type="spellEnd"/>
            <w:r w:rsidRPr="004543E3">
              <w:t xml:space="preserve"> </w:t>
            </w:r>
            <w:proofErr w:type="spellStart"/>
            <w:r w:rsidRPr="004543E3">
              <w:t>xét</w:t>
            </w:r>
            <w:proofErr w:type="spellEnd"/>
            <w:r w:rsidRPr="004543E3">
              <w:t xml:space="preserve"> </w:t>
            </w:r>
            <w:proofErr w:type="spellStart"/>
            <w:r w:rsidRPr="004543E3">
              <w:t>biên</w:t>
            </w:r>
            <w:proofErr w:type="spellEnd"/>
            <w:r w:rsidRPr="004543E3">
              <w:t xml:space="preserve"> </w:t>
            </w:r>
            <w:proofErr w:type="spellStart"/>
            <w:r w:rsidRPr="004543E3">
              <w:t>tập</w:t>
            </w:r>
            <w:proofErr w:type="spellEnd"/>
            <w:r w:rsidRPr="004543E3">
              <w:t xml:space="preserve"> </w:t>
            </w:r>
            <w:proofErr w:type="spellStart"/>
            <w:r w:rsidRPr="004543E3">
              <w:t>bổ</w:t>
            </w:r>
            <w:proofErr w:type="spellEnd"/>
            <w:r w:rsidRPr="004543E3">
              <w:t xml:space="preserve"> sung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phù</w:t>
            </w:r>
            <w:proofErr w:type="spellEnd"/>
            <w:r w:rsidRPr="004543E3">
              <w:t xml:space="preserve"> </w:t>
            </w:r>
            <w:proofErr w:type="spellStart"/>
            <w:r w:rsidRPr="004543E3">
              <w:t>hợp</w:t>
            </w:r>
            <w:proofErr w:type="spellEnd"/>
            <w:r w:rsidRPr="004543E3">
              <w:t xml:space="preserve"> </w:t>
            </w:r>
            <w:proofErr w:type="spellStart"/>
            <w:r w:rsidRPr="004543E3">
              <w:t>với</w:t>
            </w:r>
            <w:proofErr w:type="spellEnd"/>
            <w:r w:rsidRPr="004543E3">
              <w:t xml:space="preserve"> </w:t>
            </w:r>
            <w:proofErr w:type="spellStart"/>
            <w:r w:rsidRPr="004543E3">
              <w:t>vị</w:t>
            </w:r>
            <w:proofErr w:type="spellEnd"/>
            <w:r w:rsidRPr="004543E3">
              <w:t xml:space="preserve"> </w:t>
            </w:r>
            <w:proofErr w:type="spellStart"/>
            <w:r w:rsidRPr="004543E3">
              <w:t>trí</w:t>
            </w:r>
            <w:proofErr w:type="spellEnd"/>
            <w:r w:rsidRPr="004543E3">
              <w:t xml:space="preserve"> </w:t>
            </w:r>
            <w:proofErr w:type="spellStart"/>
            <w:r w:rsidRPr="004543E3">
              <w:t>việc</w:t>
            </w:r>
            <w:proofErr w:type="spellEnd"/>
            <w:r w:rsidRPr="004543E3">
              <w:t xml:space="preserve"> </w:t>
            </w:r>
            <w:proofErr w:type="spellStart"/>
            <w:r w:rsidRPr="004543E3">
              <w:t>làm</w:t>
            </w:r>
            <w:proofErr w:type="spellEnd"/>
            <w:r w:rsidRPr="004543E3">
              <w:t xml:space="preserve">” </w:t>
            </w:r>
            <w:proofErr w:type="spellStart"/>
            <w:r w:rsidRPr="004543E3">
              <w:t>cho</w:t>
            </w:r>
            <w:proofErr w:type="spellEnd"/>
            <w:r w:rsidRPr="004543E3">
              <w:t xml:space="preserve"> </w:t>
            </w:r>
            <w:proofErr w:type="spellStart"/>
            <w:r w:rsidRPr="004543E3">
              <w:t>phù</w:t>
            </w:r>
            <w:proofErr w:type="spellEnd"/>
            <w:r w:rsidRPr="004543E3">
              <w:t xml:space="preserve"> </w:t>
            </w:r>
            <w:proofErr w:type="spellStart"/>
            <w:r w:rsidRPr="004543E3">
              <w:t>hợp</w:t>
            </w:r>
            <w:proofErr w:type="spellEnd"/>
            <w:r w:rsidRPr="004543E3">
              <w:t xml:space="preserve"> </w:t>
            </w:r>
            <w:proofErr w:type="spellStart"/>
            <w:r w:rsidRPr="004543E3">
              <w:t>với</w:t>
            </w:r>
            <w:proofErr w:type="spellEnd"/>
            <w:r w:rsidRPr="004543E3">
              <w:t xml:space="preserve"> </w:t>
            </w:r>
            <w:proofErr w:type="spellStart"/>
            <w:r w:rsidRPr="004543E3">
              <w:t>các</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tại</w:t>
            </w:r>
            <w:proofErr w:type="spellEnd"/>
            <w:r w:rsidRPr="004543E3">
              <w:t xml:space="preserve"> </w:t>
            </w:r>
            <w:proofErr w:type="spellStart"/>
            <w:r w:rsidRPr="004543E3">
              <w:t>Luật</w:t>
            </w:r>
            <w:proofErr w:type="spellEnd"/>
            <w:r w:rsidRPr="004543E3">
              <w:t xml:space="preserve"> Công </w:t>
            </w:r>
            <w:proofErr w:type="spellStart"/>
            <w:r w:rsidRPr="004543E3">
              <w:t>chức</w:t>
            </w:r>
            <w:proofErr w:type="spellEnd"/>
            <w:r w:rsidRPr="004543E3">
              <w:t xml:space="preserve"> </w:t>
            </w:r>
            <w:proofErr w:type="spellStart"/>
            <w:r w:rsidRPr="004543E3">
              <w:t>và</w:t>
            </w:r>
            <w:proofErr w:type="spellEnd"/>
            <w:r w:rsidRPr="004543E3">
              <w:t xml:space="preserve"> Viên </w:t>
            </w:r>
            <w:proofErr w:type="spellStart"/>
            <w:r w:rsidRPr="004543E3">
              <w:t>chức</w:t>
            </w:r>
            <w:proofErr w:type="spellEnd"/>
            <w:r w:rsidRPr="004543E3">
              <w:t>.</w:t>
            </w:r>
          </w:p>
        </w:tc>
        <w:tc>
          <w:tcPr>
            <w:tcW w:w="7371" w:type="dxa"/>
          </w:tcPr>
          <w:p w14:paraId="667F65B6" w14:textId="77777777" w:rsidR="00512F52" w:rsidRPr="004543E3" w:rsidRDefault="00512F52" w:rsidP="00563608">
            <w:pPr>
              <w:spacing w:before="120" w:after="120" w:line="240" w:lineRule="auto"/>
              <w:jc w:val="both"/>
              <w:rPr>
                <w:szCs w:val="26"/>
              </w:rPr>
            </w:pPr>
          </w:p>
          <w:p w14:paraId="1FC2E777" w14:textId="05126BE0" w:rsidR="00512F52" w:rsidRPr="004543E3" w:rsidRDefault="00512F52" w:rsidP="00563608">
            <w:pPr>
              <w:spacing w:before="120" w:after="120" w:line="240" w:lineRule="auto"/>
              <w:jc w:val="both"/>
              <w:rPr>
                <w:szCs w:val="26"/>
              </w:rPr>
            </w:pPr>
            <w:proofErr w:type="spellStart"/>
            <w:r w:rsidRPr="004543E3">
              <w:rPr>
                <w:szCs w:val="26"/>
              </w:rPr>
              <w:t>Tiếp</w:t>
            </w:r>
            <w:proofErr w:type="spellEnd"/>
            <w:r w:rsidRPr="004543E3">
              <w:rPr>
                <w:szCs w:val="26"/>
              </w:rPr>
              <w:t xml:space="preserve"> thu ý kiến</w:t>
            </w:r>
          </w:p>
          <w:p w14:paraId="2FCA4156" w14:textId="77777777" w:rsidR="00512F52" w:rsidRPr="004543E3" w:rsidRDefault="00512F52" w:rsidP="00563608">
            <w:pPr>
              <w:spacing w:before="120" w:after="120" w:line="240" w:lineRule="auto"/>
              <w:jc w:val="both"/>
              <w:rPr>
                <w:szCs w:val="26"/>
              </w:rPr>
            </w:pPr>
          </w:p>
          <w:p w14:paraId="17CF5C84" w14:textId="77777777" w:rsidR="00512F52" w:rsidRPr="004543E3" w:rsidRDefault="00512F52" w:rsidP="00563608">
            <w:pPr>
              <w:spacing w:before="120" w:after="120" w:line="240" w:lineRule="auto"/>
              <w:jc w:val="both"/>
              <w:rPr>
                <w:szCs w:val="26"/>
              </w:rPr>
            </w:pPr>
          </w:p>
          <w:p w14:paraId="37F51575" w14:textId="77777777" w:rsidR="00512F52" w:rsidRPr="004543E3" w:rsidRDefault="00512F52" w:rsidP="00563608">
            <w:pPr>
              <w:spacing w:before="120" w:after="120" w:line="240" w:lineRule="auto"/>
              <w:jc w:val="both"/>
              <w:rPr>
                <w:szCs w:val="26"/>
              </w:rPr>
            </w:pPr>
          </w:p>
          <w:p w14:paraId="014AE7E8" w14:textId="77777777" w:rsidR="00512F52" w:rsidRPr="004543E3" w:rsidRDefault="00512F52" w:rsidP="00563608">
            <w:pPr>
              <w:spacing w:before="120" w:after="120" w:line="240" w:lineRule="auto"/>
              <w:jc w:val="both"/>
              <w:rPr>
                <w:szCs w:val="26"/>
              </w:rPr>
            </w:pPr>
          </w:p>
          <w:p w14:paraId="2E7E1465" w14:textId="77777777" w:rsidR="00512F52" w:rsidRPr="004543E3" w:rsidRDefault="00512F52" w:rsidP="00563608">
            <w:pPr>
              <w:spacing w:before="120" w:after="120" w:line="240" w:lineRule="auto"/>
              <w:jc w:val="both"/>
              <w:rPr>
                <w:szCs w:val="26"/>
              </w:rPr>
            </w:pPr>
          </w:p>
          <w:p w14:paraId="1C1B12AA" w14:textId="77777777" w:rsidR="00512F52" w:rsidRPr="004543E3" w:rsidRDefault="00512F52" w:rsidP="00563608">
            <w:pPr>
              <w:spacing w:before="120" w:after="120" w:line="240" w:lineRule="auto"/>
              <w:jc w:val="both"/>
              <w:rPr>
                <w:szCs w:val="26"/>
              </w:rPr>
            </w:pPr>
          </w:p>
          <w:p w14:paraId="20A88DE4" w14:textId="77777777" w:rsidR="00512F52" w:rsidRPr="004543E3" w:rsidRDefault="00512F52" w:rsidP="00563608">
            <w:pPr>
              <w:spacing w:before="120" w:after="120" w:line="240" w:lineRule="auto"/>
              <w:jc w:val="both"/>
              <w:rPr>
                <w:szCs w:val="26"/>
              </w:rPr>
            </w:pPr>
          </w:p>
          <w:p w14:paraId="38EFEC96" w14:textId="77777777" w:rsidR="00512F52" w:rsidRPr="004543E3" w:rsidRDefault="00512F52" w:rsidP="00563608">
            <w:pPr>
              <w:spacing w:before="120" w:after="120" w:line="240" w:lineRule="auto"/>
              <w:jc w:val="both"/>
              <w:rPr>
                <w:szCs w:val="26"/>
              </w:rPr>
            </w:pPr>
          </w:p>
          <w:p w14:paraId="1B4349C0" w14:textId="77777777" w:rsidR="00512F52" w:rsidRPr="004543E3" w:rsidRDefault="00512F52" w:rsidP="00563608">
            <w:pPr>
              <w:spacing w:before="120" w:after="120" w:line="240" w:lineRule="auto"/>
              <w:jc w:val="both"/>
              <w:rPr>
                <w:szCs w:val="26"/>
              </w:rPr>
            </w:pPr>
          </w:p>
          <w:p w14:paraId="2C12518A" w14:textId="77777777" w:rsidR="00512F52" w:rsidRPr="004543E3" w:rsidRDefault="00512F52" w:rsidP="00563608">
            <w:pPr>
              <w:spacing w:before="120" w:after="120" w:line="240" w:lineRule="auto"/>
              <w:jc w:val="both"/>
              <w:rPr>
                <w:szCs w:val="26"/>
              </w:rPr>
            </w:pPr>
          </w:p>
          <w:p w14:paraId="7B8DF4AF" w14:textId="77777777" w:rsidR="00512F52" w:rsidRPr="004543E3" w:rsidRDefault="00512F52" w:rsidP="00563608">
            <w:pPr>
              <w:spacing w:before="120" w:after="120" w:line="240" w:lineRule="auto"/>
              <w:jc w:val="both"/>
              <w:rPr>
                <w:szCs w:val="26"/>
              </w:rPr>
            </w:pPr>
          </w:p>
          <w:p w14:paraId="2484C38B" w14:textId="77777777" w:rsidR="00512F52" w:rsidRPr="004543E3" w:rsidRDefault="00512F52" w:rsidP="00563608">
            <w:pPr>
              <w:spacing w:before="120" w:after="120" w:line="240" w:lineRule="auto"/>
              <w:jc w:val="both"/>
              <w:rPr>
                <w:szCs w:val="26"/>
              </w:rPr>
            </w:pPr>
          </w:p>
          <w:p w14:paraId="2291EF19" w14:textId="77777777" w:rsidR="00512F52" w:rsidRPr="004543E3" w:rsidRDefault="00512F52" w:rsidP="00563608">
            <w:pPr>
              <w:spacing w:before="120" w:after="120" w:line="240" w:lineRule="auto"/>
              <w:jc w:val="both"/>
              <w:rPr>
                <w:szCs w:val="26"/>
              </w:rPr>
            </w:pPr>
          </w:p>
          <w:p w14:paraId="1798C7E3" w14:textId="77777777" w:rsidR="00512F52" w:rsidRPr="004543E3" w:rsidRDefault="00512F52" w:rsidP="00563608">
            <w:pPr>
              <w:spacing w:before="120" w:after="120" w:line="240" w:lineRule="auto"/>
              <w:jc w:val="both"/>
              <w:rPr>
                <w:szCs w:val="26"/>
              </w:rPr>
            </w:pPr>
          </w:p>
          <w:p w14:paraId="360FFF44" w14:textId="77777777" w:rsidR="00512F52" w:rsidRPr="004543E3" w:rsidRDefault="00512F52" w:rsidP="00563608">
            <w:pPr>
              <w:spacing w:before="120" w:after="120" w:line="240" w:lineRule="auto"/>
              <w:jc w:val="both"/>
              <w:rPr>
                <w:szCs w:val="26"/>
              </w:rPr>
            </w:pPr>
          </w:p>
          <w:p w14:paraId="5F2DB1EB" w14:textId="77777777" w:rsidR="00512F52" w:rsidRPr="004543E3" w:rsidRDefault="00512F52" w:rsidP="00563608">
            <w:pPr>
              <w:spacing w:before="120" w:after="120" w:line="240" w:lineRule="auto"/>
              <w:jc w:val="both"/>
              <w:rPr>
                <w:szCs w:val="26"/>
              </w:rPr>
            </w:pPr>
          </w:p>
          <w:p w14:paraId="26DCC9EA" w14:textId="77777777" w:rsidR="00512F52" w:rsidRPr="004543E3" w:rsidRDefault="00512F52" w:rsidP="00563608">
            <w:pPr>
              <w:spacing w:before="120" w:after="120" w:line="240" w:lineRule="auto"/>
              <w:jc w:val="both"/>
              <w:rPr>
                <w:szCs w:val="26"/>
              </w:rPr>
            </w:pPr>
          </w:p>
          <w:p w14:paraId="30DAAFA2" w14:textId="2EC12AF8" w:rsidR="00512F52" w:rsidRPr="004543E3" w:rsidRDefault="00512F52" w:rsidP="00563608">
            <w:pPr>
              <w:spacing w:before="120" w:after="120" w:line="240" w:lineRule="auto"/>
              <w:jc w:val="both"/>
              <w:rPr>
                <w:szCs w:val="26"/>
              </w:rPr>
            </w:pPr>
          </w:p>
        </w:tc>
      </w:tr>
      <w:tr w:rsidR="00512F52" w:rsidRPr="004543E3" w14:paraId="31E859D8" w14:textId="77777777" w:rsidTr="004C2B3E">
        <w:tc>
          <w:tcPr>
            <w:tcW w:w="1098" w:type="dxa"/>
          </w:tcPr>
          <w:p w14:paraId="4BA0F56B" w14:textId="06EDA94E" w:rsidR="00512F52" w:rsidRPr="003F0DEF" w:rsidRDefault="00512F52" w:rsidP="00512F52">
            <w:pPr>
              <w:jc w:val="center"/>
              <w:rPr>
                <w:b/>
                <w:bCs/>
              </w:rPr>
            </w:pPr>
            <w:r>
              <w:rPr>
                <w:b/>
                <w:bCs/>
              </w:rPr>
              <w:t>9</w:t>
            </w:r>
          </w:p>
        </w:tc>
        <w:tc>
          <w:tcPr>
            <w:tcW w:w="6127" w:type="dxa"/>
          </w:tcPr>
          <w:p w14:paraId="7388CCBA" w14:textId="2D8B6B2A" w:rsidR="00512F52" w:rsidRPr="004543E3" w:rsidRDefault="00512F52" w:rsidP="00563608">
            <w:pPr>
              <w:spacing w:before="120" w:after="120" w:line="240" w:lineRule="auto"/>
              <w:jc w:val="both"/>
              <w:rPr>
                <w:rFonts w:cs="Times New Roman"/>
                <w:b/>
                <w:bCs/>
              </w:rPr>
            </w:pPr>
            <w:r w:rsidRPr="004543E3">
              <w:rPr>
                <w:rFonts w:cs="Times New Roman"/>
                <w:b/>
                <w:bCs/>
              </w:rPr>
              <w:t xml:space="preserve">Ngân </w:t>
            </w:r>
            <w:proofErr w:type="spellStart"/>
            <w:r w:rsidRPr="004543E3">
              <w:rPr>
                <w:rFonts w:cs="Times New Roman"/>
                <w:b/>
                <w:bCs/>
              </w:rPr>
              <w:t>hàng</w:t>
            </w:r>
            <w:proofErr w:type="spellEnd"/>
            <w:r w:rsidRPr="004543E3">
              <w:rPr>
                <w:rFonts w:cs="Times New Roman"/>
                <w:b/>
                <w:bCs/>
              </w:rPr>
              <w:t xml:space="preserve"> Nhà </w:t>
            </w:r>
            <w:proofErr w:type="spellStart"/>
            <w:r w:rsidRPr="004543E3">
              <w:rPr>
                <w:rFonts w:cs="Times New Roman"/>
                <w:b/>
                <w:bCs/>
              </w:rPr>
              <w:t>nước</w:t>
            </w:r>
            <w:proofErr w:type="spellEnd"/>
            <w:r w:rsidRPr="004543E3">
              <w:rPr>
                <w:rFonts w:cs="Times New Roman"/>
                <w:b/>
                <w:bCs/>
              </w:rPr>
              <w:t xml:space="preserve"> </w:t>
            </w:r>
            <w:proofErr w:type="spellStart"/>
            <w:r w:rsidRPr="004543E3">
              <w:rPr>
                <w:rFonts w:cs="Times New Roman"/>
                <w:b/>
                <w:bCs/>
              </w:rPr>
              <w:t>Việt</w:t>
            </w:r>
            <w:proofErr w:type="spellEnd"/>
            <w:r w:rsidRPr="004543E3">
              <w:rPr>
                <w:rFonts w:cs="Times New Roman"/>
                <w:b/>
                <w:bCs/>
              </w:rPr>
              <w:t xml:space="preserve"> Nam:</w:t>
            </w:r>
          </w:p>
          <w:p w14:paraId="3F3A1160" w14:textId="54F91ADF" w:rsidR="00512F52" w:rsidRPr="004543E3" w:rsidRDefault="00512F52" w:rsidP="00563608">
            <w:pPr>
              <w:spacing w:before="120" w:after="120" w:line="240" w:lineRule="auto"/>
              <w:jc w:val="both"/>
              <w:rPr>
                <w:b/>
                <w:bCs/>
              </w:rPr>
            </w:pPr>
            <w:proofErr w:type="spellStart"/>
            <w:r w:rsidRPr="004543E3">
              <w:rPr>
                <w:rFonts w:cs="Times New Roman"/>
              </w:rPr>
              <w:t>Đề</w:t>
            </w:r>
            <w:proofErr w:type="spellEnd"/>
            <w:r w:rsidRPr="004543E3">
              <w:rPr>
                <w:rFonts w:cs="Times New Roman"/>
              </w:rPr>
              <w:t xml:space="preserve"> </w:t>
            </w:r>
            <w:proofErr w:type="spellStart"/>
            <w:r w:rsidRPr="004543E3">
              <w:rPr>
                <w:rFonts w:cs="Times New Roman"/>
              </w:rPr>
              <w:t>nghị</w:t>
            </w:r>
            <w:proofErr w:type="spellEnd"/>
            <w:r w:rsidRPr="004543E3">
              <w:rPr>
                <w:rFonts w:cs="Times New Roman"/>
              </w:rPr>
              <w:t xml:space="preserve"> </w:t>
            </w:r>
            <w:proofErr w:type="spellStart"/>
            <w:r w:rsidRPr="004543E3">
              <w:rPr>
                <w:rFonts w:cs="Times New Roman"/>
              </w:rPr>
              <w:t>bổ</w:t>
            </w:r>
            <w:proofErr w:type="spellEnd"/>
            <w:r w:rsidRPr="004543E3">
              <w:rPr>
                <w:rFonts w:cs="Times New Roman"/>
              </w:rPr>
              <w:t xml:space="preserve"> sung </w:t>
            </w:r>
            <w:proofErr w:type="spellStart"/>
            <w:r w:rsidRPr="004543E3">
              <w:rPr>
                <w:rFonts w:cs="Times New Roman"/>
              </w:rPr>
              <w:t>hướng</w:t>
            </w:r>
            <w:proofErr w:type="spellEnd"/>
            <w:r w:rsidRPr="004543E3">
              <w:rPr>
                <w:rFonts w:cs="Times New Roman"/>
              </w:rPr>
              <w:t xml:space="preserve"> </w:t>
            </w:r>
            <w:proofErr w:type="spellStart"/>
            <w:r w:rsidRPr="004543E3">
              <w:rPr>
                <w:rFonts w:cs="Times New Roman"/>
              </w:rPr>
              <w:t>dẫn</w:t>
            </w:r>
            <w:proofErr w:type="spellEnd"/>
            <w:r w:rsidRPr="004543E3">
              <w:rPr>
                <w:rFonts w:cs="Times New Roman"/>
              </w:rPr>
              <w:t xml:space="preserve"> </w:t>
            </w:r>
            <w:proofErr w:type="spellStart"/>
            <w:r w:rsidRPr="004543E3">
              <w:rPr>
                <w:rFonts w:cs="Times New Roman"/>
              </w:rPr>
              <w:t>chuyển</w:t>
            </w:r>
            <w:proofErr w:type="spellEnd"/>
            <w:r w:rsidRPr="004543E3">
              <w:rPr>
                <w:rFonts w:cs="Times New Roman"/>
              </w:rPr>
              <w:t xml:space="preserve"> </w:t>
            </w:r>
            <w:proofErr w:type="spellStart"/>
            <w:r w:rsidRPr="004543E3">
              <w:rPr>
                <w:rFonts w:cs="Times New Roman"/>
              </w:rPr>
              <w:t>đổi</w:t>
            </w:r>
            <w:proofErr w:type="spellEnd"/>
            <w:r w:rsidRPr="004543E3">
              <w:rPr>
                <w:rFonts w:cs="Times New Roman"/>
              </w:rPr>
              <w:t xml:space="preserve"> </w:t>
            </w:r>
            <w:proofErr w:type="spellStart"/>
            <w:r w:rsidRPr="004543E3">
              <w:rPr>
                <w:rFonts w:cs="Times New Roman"/>
              </w:rPr>
              <w:t>đối</w:t>
            </w:r>
            <w:proofErr w:type="spellEnd"/>
            <w:r w:rsidRPr="004543E3">
              <w:rPr>
                <w:rFonts w:cs="Times New Roman"/>
              </w:rPr>
              <w:t xml:space="preserve"> </w:t>
            </w:r>
            <w:proofErr w:type="spellStart"/>
            <w:r w:rsidRPr="004543E3">
              <w:rPr>
                <w:rFonts w:cs="Times New Roman"/>
              </w:rPr>
              <w:t>với</w:t>
            </w:r>
            <w:proofErr w:type="spellEnd"/>
            <w:r w:rsidRPr="004543E3">
              <w:rPr>
                <w:rFonts w:cs="Times New Roman"/>
              </w:rPr>
              <w:t xml:space="preserve"> </w:t>
            </w:r>
            <w:proofErr w:type="spellStart"/>
            <w:r w:rsidRPr="004543E3">
              <w:rPr>
                <w:rFonts w:cs="Times New Roman"/>
              </w:rPr>
              <w:t>trường</w:t>
            </w:r>
            <w:proofErr w:type="spellEnd"/>
            <w:r w:rsidRPr="004543E3">
              <w:rPr>
                <w:rFonts w:cs="Times New Roman"/>
              </w:rPr>
              <w:t xml:space="preserve"> </w:t>
            </w:r>
            <w:proofErr w:type="spellStart"/>
            <w:r w:rsidRPr="004543E3">
              <w:rPr>
                <w:rFonts w:cs="Times New Roman"/>
              </w:rPr>
              <w:t>hợp</w:t>
            </w:r>
            <w:proofErr w:type="spellEnd"/>
            <w:r w:rsidRPr="004543E3">
              <w:rPr>
                <w:rFonts w:cs="Times New Roman"/>
              </w:rPr>
              <w:t xml:space="preserve"> </w:t>
            </w:r>
            <w:proofErr w:type="spellStart"/>
            <w:r w:rsidRPr="004543E3">
              <w:rPr>
                <w:rFonts w:cs="Times New Roman"/>
              </w:rPr>
              <w:t>đang</w:t>
            </w:r>
            <w:proofErr w:type="spellEnd"/>
            <w:r w:rsidRPr="004543E3">
              <w:rPr>
                <w:rFonts w:cs="Times New Roman"/>
              </w:rPr>
              <w:t xml:space="preserve"> </w:t>
            </w:r>
            <w:proofErr w:type="spellStart"/>
            <w:r w:rsidRPr="004543E3">
              <w:rPr>
                <w:rFonts w:cs="Times New Roman"/>
              </w:rPr>
              <w:t>giữ</w:t>
            </w:r>
            <w:proofErr w:type="spellEnd"/>
            <w:r w:rsidRPr="004543E3">
              <w:rPr>
                <w:rFonts w:cs="Times New Roman"/>
              </w:rPr>
              <w:t xml:space="preserve"> </w:t>
            </w:r>
            <w:proofErr w:type="spellStart"/>
            <w:r w:rsidRPr="004543E3">
              <w:rPr>
                <w:rFonts w:cs="Times New Roman"/>
              </w:rPr>
              <w:t>ngạch</w:t>
            </w:r>
            <w:proofErr w:type="spellEnd"/>
            <w:r w:rsidRPr="004543E3">
              <w:rPr>
                <w:rFonts w:cs="Times New Roman"/>
              </w:rPr>
              <w:t xml:space="preserve"> </w:t>
            </w:r>
            <w:proofErr w:type="spellStart"/>
            <w:r w:rsidRPr="004543E3">
              <w:rPr>
                <w:rFonts w:cs="Times New Roman"/>
              </w:rPr>
              <w:t>trung</w:t>
            </w:r>
            <w:proofErr w:type="spellEnd"/>
            <w:r w:rsidRPr="004543E3">
              <w:rPr>
                <w:rFonts w:cs="Times New Roman"/>
              </w:rPr>
              <w:t xml:space="preserve"> </w:t>
            </w:r>
            <w:proofErr w:type="spellStart"/>
            <w:r w:rsidRPr="004543E3">
              <w:rPr>
                <w:rFonts w:cs="Times New Roman"/>
              </w:rPr>
              <w:t>cấp</w:t>
            </w:r>
            <w:proofErr w:type="spellEnd"/>
            <w:r w:rsidRPr="004543E3">
              <w:rPr>
                <w:rFonts w:cs="Times New Roman"/>
              </w:rPr>
              <w:t xml:space="preserve"> (13.283) </w:t>
            </w:r>
            <w:proofErr w:type="spellStart"/>
            <w:r w:rsidRPr="004543E3">
              <w:rPr>
                <w:rFonts w:cs="Times New Roman"/>
              </w:rPr>
              <w:t>khi</w:t>
            </w:r>
            <w:proofErr w:type="spellEnd"/>
            <w:r w:rsidRPr="004543E3">
              <w:rPr>
                <w:rFonts w:cs="Times New Roman"/>
              </w:rPr>
              <w:t xml:space="preserve"> </w:t>
            </w:r>
            <w:proofErr w:type="spellStart"/>
            <w:r w:rsidRPr="004543E3">
              <w:rPr>
                <w:rFonts w:cs="Times New Roman"/>
              </w:rPr>
              <w:t>hệ</w:t>
            </w:r>
            <w:proofErr w:type="spellEnd"/>
            <w:r w:rsidRPr="004543E3">
              <w:rPr>
                <w:rFonts w:cs="Times New Roman"/>
              </w:rPr>
              <w:t xml:space="preserve"> </w:t>
            </w:r>
            <w:proofErr w:type="spellStart"/>
            <w:r w:rsidRPr="004543E3">
              <w:rPr>
                <w:rFonts w:cs="Times New Roman"/>
              </w:rPr>
              <w:t>thống</w:t>
            </w:r>
            <w:proofErr w:type="spellEnd"/>
            <w:r w:rsidRPr="004543E3">
              <w:rPr>
                <w:rFonts w:cs="Times New Roman"/>
              </w:rPr>
              <w:t xml:space="preserve"> </w:t>
            </w:r>
            <w:proofErr w:type="spellStart"/>
            <w:r w:rsidRPr="004543E3">
              <w:rPr>
                <w:rFonts w:cs="Times New Roman"/>
              </w:rPr>
              <w:t>ngạch</w:t>
            </w:r>
            <w:proofErr w:type="spellEnd"/>
            <w:r w:rsidRPr="004543E3">
              <w:rPr>
                <w:rFonts w:cs="Times New Roman"/>
              </w:rPr>
              <w:t xml:space="preserve"> </w:t>
            </w:r>
            <w:proofErr w:type="spellStart"/>
            <w:r w:rsidRPr="004543E3">
              <w:rPr>
                <w:rFonts w:cs="Times New Roman"/>
              </w:rPr>
              <w:t>mới</w:t>
            </w:r>
            <w:proofErr w:type="spellEnd"/>
            <w:r w:rsidRPr="004543E3">
              <w:rPr>
                <w:rFonts w:cs="Times New Roman"/>
              </w:rPr>
              <w:t xml:space="preserve"> </w:t>
            </w:r>
            <w:proofErr w:type="spellStart"/>
            <w:r w:rsidRPr="004543E3">
              <w:rPr>
                <w:rFonts w:cs="Times New Roman"/>
              </w:rPr>
              <w:t>không</w:t>
            </w:r>
            <w:proofErr w:type="spellEnd"/>
            <w:r w:rsidRPr="004543E3">
              <w:rPr>
                <w:rFonts w:cs="Times New Roman"/>
              </w:rPr>
              <w:t xml:space="preserve"> </w:t>
            </w:r>
            <w:proofErr w:type="spellStart"/>
            <w:r w:rsidRPr="004543E3">
              <w:rPr>
                <w:rFonts w:cs="Times New Roman"/>
              </w:rPr>
              <w:t>còn</w:t>
            </w:r>
            <w:proofErr w:type="spellEnd"/>
            <w:r w:rsidRPr="004543E3">
              <w:rPr>
                <w:rFonts w:cs="Times New Roman"/>
              </w:rPr>
              <w:t xml:space="preserve"> </w:t>
            </w:r>
            <w:proofErr w:type="spellStart"/>
            <w:r w:rsidRPr="004543E3">
              <w:rPr>
                <w:rFonts w:cs="Times New Roman"/>
              </w:rPr>
              <w:t>duy</w:t>
            </w:r>
            <w:proofErr w:type="spellEnd"/>
            <w:r w:rsidRPr="004543E3">
              <w:rPr>
                <w:rFonts w:cs="Times New Roman"/>
              </w:rPr>
              <w:t xml:space="preserve"> </w:t>
            </w:r>
            <w:proofErr w:type="spellStart"/>
            <w:r w:rsidRPr="004543E3">
              <w:rPr>
                <w:rFonts w:cs="Times New Roman"/>
              </w:rPr>
              <w:t>trì</w:t>
            </w:r>
            <w:proofErr w:type="spellEnd"/>
            <w:r w:rsidRPr="004543E3">
              <w:rPr>
                <w:rFonts w:cs="Times New Roman"/>
              </w:rPr>
              <w:t>.</w:t>
            </w:r>
          </w:p>
        </w:tc>
        <w:tc>
          <w:tcPr>
            <w:tcW w:w="7371" w:type="dxa"/>
          </w:tcPr>
          <w:p w14:paraId="31B96F1C" w14:textId="3E92D6B1" w:rsidR="00512F52" w:rsidRPr="004543E3" w:rsidRDefault="00512F52" w:rsidP="00563608">
            <w:pPr>
              <w:spacing w:before="120" w:after="120" w:line="240" w:lineRule="auto"/>
              <w:jc w:val="both"/>
              <w:rPr>
                <w:szCs w:val="26"/>
              </w:rPr>
            </w:pPr>
            <w:proofErr w:type="spellStart"/>
            <w:r w:rsidRPr="004543E3">
              <w:rPr>
                <w:szCs w:val="26"/>
              </w:rPr>
              <w:t>Tiếp</w:t>
            </w:r>
            <w:proofErr w:type="spellEnd"/>
            <w:r w:rsidRPr="004543E3">
              <w:rPr>
                <w:szCs w:val="26"/>
              </w:rPr>
              <w:t xml:space="preserve"> </w:t>
            </w:r>
            <w:proofErr w:type="spellStart"/>
            <w:r w:rsidRPr="004543E3">
              <w:rPr>
                <w:szCs w:val="26"/>
              </w:rPr>
              <w:t>thu</w:t>
            </w:r>
            <w:proofErr w:type="spellEnd"/>
            <w:r w:rsidRPr="004543E3">
              <w:rPr>
                <w:szCs w:val="26"/>
              </w:rPr>
              <w:t xml:space="preserve"> ý </w:t>
            </w:r>
            <w:proofErr w:type="spellStart"/>
            <w:r w:rsidRPr="004543E3">
              <w:rPr>
                <w:szCs w:val="26"/>
              </w:rPr>
              <w:t>kiến</w:t>
            </w:r>
            <w:proofErr w:type="spellEnd"/>
          </w:p>
        </w:tc>
      </w:tr>
      <w:tr w:rsidR="00512F52" w:rsidRPr="004543E3" w14:paraId="74CEFD0D" w14:textId="77777777" w:rsidTr="004C2B3E">
        <w:tc>
          <w:tcPr>
            <w:tcW w:w="1098" w:type="dxa"/>
          </w:tcPr>
          <w:p w14:paraId="4BFBE85D" w14:textId="29E14CD8" w:rsidR="00512F52" w:rsidRPr="003F0DEF" w:rsidRDefault="00512F52" w:rsidP="00512F52">
            <w:pPr>
              <w:jc w:val="center"/>
              <w:rPr>
                <w:b/>
                <w:bCs/>
              </w:rPr>
            </w:pPr>
            <w:r>
              <w:rPr>
                <w:b/>
                <w:bCs/>
              </w:rPr>
              <w:t>10</w:t>
            </w:r>
          </w:p>
        </w:tc>
        <w:tc>
          <w:tcPr>
            <w:tcW w:w="6127" w:type="dxa"/>
          </w:tcPr>
          <w:p w14:paraId="1311E46D" w14:textId="228DD6DF" w:rsidR="00512F52" w:rsidRPr="004543E3" w:rsidRDefault="00512F52" w:rsidP="00563608">
            <w:pPr>
              <w:spacing w:before="120" w:after="120" w:line="240" w:lineRule="auto"/>
              <w:jc w:val="both"/>
              <w:rPr>
                <w:b/>
                <w:bCs/>
              </w:rPr>
            </w:pPr>
            <w:proofErr w:type="spellStart"/>
            <w:r w:rsidRPr="004543E3">
              <w:rPr>
                <w:b/>
                <w:bCs/>
              </w:rPr>
              <w:t>Sơ</w:t>
            </w:r>
            <w:proofErr w:type="spellEnd"/>
            <w:r w:rsidRPr="004543E3">
              <w:rPr>
                <w:b/>
                <w:bCs/>
              </w:rPr>
              <w:t xml:space="preserve">̉ KH&amp;CN </w:t>
            </w:r>
            <w:proofErr w:type="spellStart"/>
            <w:r w:rsidRPr="004543E3">
              <w:rPr>
                <w:b/>
                <w:bCs/>
              </w:rPr>
              <w:t>tỉnh</w:t>
            </w:r>
            <w:proofErr w:type="spellEnd"/>
            <w:r w:rsidRPr="004543E3">
              <w:rPr>
                <w:b/>
                <w:bCs/>
              </w:rPr>
              <w:t xml:space="preserve"> </w:t>
            </w:r>
            <w:proofErr w:type="spellStart"/>
            <w:r w:rsidRPr="004543E3">
              <w:rPr>
                <w:b/>
                <w:bCs/>
              </w:rPr>
              <w:t>Đắk</w:t>
            </w:r>
            <w:proofErr w:type="spellEnd"/>
            <w:r w:rsidRPr="004543E3">
              <w:rPr>
                <w:b/>
                <w:bCs/>
              </w:rPr>
              <w:t xml:space="preserve"> </w:t>
            </w:r>
            <w:proofErr w:type="spellStart"/>
            <w:r w:rsidRPr="004543E3">
              <w:rPr>
                <w:b/>
                <w:bCs/>
              </w:rPr>
              <w:t>Lắk</w:t>
            </w:r>
            <w:proofErr w:type="spellEnd"/>
            <w:r w:rsidRPr="004543E3">
              <w:rPr>
                <w:b/>
                <w:bCs/>
              </w:rPr>
              <w:t>:</w:t>
            </w:r>
          </w:p>
          <w:p w14:paraId="294B32D9" w14:textId="3678EB40" w:rsidR="00512F52" w:rsidRPr="004543E3" w:rsidRDefault="00512F52" w:rsidP="00563608">
            <w:pPr>
              <w:spacing w:before="120" w:after="120" w:line="240" w:lineRule="auto"/>
              <w:jc w:val="both"/>
              <w:rPr>
                <w:rFonts w:cs="Times New Roman"/>
                <w:b/>
                <w:bCs/>
              </w:rPr>
            </w:pPr>
            <w:proofErr w:type="spellStart"/>
            <w:r w:rsidRPr="004543E3">
              <w:t>Tại</w:t>
            </w:r>
            <w:proofErr w:type="spellEnd"/>
            <w:r w:rsidRPr="004543E3">
              <w:t xml:space="preserve"> </w:t>
            </w:r>
            <w:proofErr w:type="spellStart"/>
            <w:r w:rsidRPr="004543E3">
              <w:t>điểm</w:t>
            </w:r>
            <w:proofErr w:type="spellEnd"/>
            <w:r w:rsidRPr="004543E3">
              <w:t xml:space="preserve"> a </w:t>
            </w:r>
            <w:proofErr w:type="spellStart"/>
            <w:r w:rsidRPr="004543E3">
              <w:t>khoản</w:t>
            </w:r>
            <w:proofErr w:type="spellEnd"/>
            <w:r w:rsidRPr="004543E3">
              <w:t xml:space="preserve"> 3 </w:t>
            </w:r>
            <w:proofErr w:type="spellStart"/>
            <w:r w:rsidRPr="004543E3">
              <w:t>Điều</w:t>
            </w:r>
            <w:proofErr w:type="spellEnd"/>
            <w:r w:rsidRPr="004543E3">
              <w:t xml:space="preserve"> 5 </w:t>
            </w:r>
            <w:proofErr w:type="spellStart"/>
            <w:r w:rsidRPr="004543E3">
              <w:t>Chương</w:t>
            </w:r>
            <w:proofErr w:type="spellEnd"/>
            <w:r w:rsidRPr="004543E3">
              <w:t xml:space="preserve"> II; </w:t>
            </w:r>
            <w:proofErr w:type="spellStart"/>
            <w:r w:rsidRPr="004543E3">
              <w:t>điểm</w:t>
            </w:r>
            <w:proofErr w:type="spellEnd"/>
            <w:r w:rsidRPr="004543E3">
              <w:t xml:space="preserve"> a </w:t>
            </w:r>
            <w:proofErr w:type="spellStart"/>
            <w:r w:rsidRPr="004543E3">
              <w:t>khoản</w:t>
            </w:r>
            <w:proofErr w:type="spellEnd"/>
            <w:r w:rsidRPr="004543E3">
              <w:t xml:space="preserve"> 3 </w:t>
            </w:r>
            <w:proofErr w:type="spellStart"/>
            <w:r w:rsidRPr="004543E3">
              <w:t>Điều</w:t>
            </w:r>
            <w:proofErr w:type="spellEnd"/>
            <w:r w:rsidRPr="004543E3">
              <w:t xml:space="preserve"> 6 </w:t>
            </w:r>
            <w:proofErr w:type="spellStart"/>
            <w:r w:rsidRPr="004543E3">
              <w:t>Chương</w:t>
            </w:r>
            <w:proofErr w:type="spellEnd"/>
            <w:r w:rsidRPr="004543E3">
              <w:t xml:space="preserve"> II; </w:t>
            </w:r>
            <w:proofErr w:type="spellStart"/>
            <w:r w:rsidRPr="004543E3">
              <w:t>điểm</w:t>
            </w:r>
            <w:proofErr w:type="spellEnd"/>
            <w:r w:rsidRPr="004543E3">
              <w:t xml:space="preserve"> a </w:t>
            </w:r>
            <w:proofErr w:type="spellStart"/>
            <w:r w:rsidRPr="004543E3">
              <w:t>khoản</w:t>
            </w:r>
            <w:proofErr w:type="spellEnd"/>
            <w:r w:rsidRPr="004543E3">
              <w:t xml:space="preserve"> 3 </w:t>
            </w:r>
            <w:proofErr w:type="spellStart"/>
            <w:r w:rsidRPr="004543E3">
              <w:t>Điều</w:t>
            </w:r>
            <w:proofErr w:type="spellEnd"/>
            <w:r w:rsidRPr="004543E3">
              <w:t xml:space="preserve"> 7 </w:t>
            </w:r>
            <w:proofErr w:type="spellStart"/>
            <w:r w:rsidRPr="004543E3">
              <w:t>Chương</w:t>
            </w:r>
            <w:proofErr w:type="spellEnd"/>
            <w:r w:rsidRPr="004543E3">
              <w:t xml:space="preserve"> II </w:t>
            </w:r>
            <w:proofErr w:type="spellStart"/>
            <w:r w:rsidRPr="004543E3">
              <w:t>đề</w:t>
            </w:r>
            <w:proofErr w:type="spellEnd"/>
            <w:r w:rsidRPr="004543E3">
              <w:t xml:space="preserve"> </w:t>
            </w:r>
            <w:proofErr w:type="spellStart"/>
            <w:r w:rsidRPr="004543E3">
              <w:t>nghi</w:t>
            </w:r>
            <w:proofErr w:type="spellEnd"/>
            <w:r w:rsidRPr="004543E3">
              <w:t xml:space="preserve">̣ </w:t>
            </w:r>
            <w:proofErr w:type="spellStart"/>
            <w:r w:rsidRPr="004543E3">
              <w:t>bổ</w:t>
            </w:r>
            <w:proofErr w:type="spellEnd"/>
            <w:r w:rsidRPr="004543E3">
              <w:t xml:space="preserve"> sung </w:t>
            </w:r>
            <w:proofErr w:type="spellStart"/>
            <w:r w:rsidRPr="004543E3">
              <w:t>thêm</w:t>
            </w:r>
            <w:proofErr w:type="spellEnd"/>
            <w:r w:rsidRPr="004543E3">
              <w:t xml:space="preserve"> </w:t>
            </w:r>
            <w:proofErr w:type="spellStart"/>
            <w:r w:rsidRPr="004543E3">
              <w:t>và</w:t>
            </w:r>
            <w:proofErr w:type="spellEnd"/>
            <w:r w:rsidRPr="004543E3">
              <w:t xml:space="preserve"> </w:t>
            </w:r>
            <w:proofErr w:type="spellStart"/>
            <w:r w:rsidRPr="004543E3">
              <w:t>làm</w:t>
            </w:r>
            <w:proofErr w:type="spellEnd"/>
            <w:r w:rsidRPr="004543E3">
              <w:t xml:space="preserve"> </w:t>
            </w:r>
            <w:proofErr w:type="spellStart"/>
            <w:r w:rsidRPr="004543E3">
              <w:t>rõ</w:t>
            </w:r>
            <w:proofErr w:type="spellEnd"/>
            <w:r w:rsidRPr="004543E3">
              <w:t xml:space="preserve"> </w:t>
            </w:r>
            <w:proofErr w:type="spellStart"/>
            <w:r w:rsidRPr="004543E3">
              <w:t>cụm</w:t>
            </w:r>
            <w:proofErr w:type="spellEnd"/>
            <w:r w:rsidRPr="004543E3">
              <w:t>: “</w:t>
            </w:r>
            <w:proofErr w:type="spellStart"/>
            <w:r w:rsidRPr="004543E3">
              <w:rPr>
                <w:i/>
                <w:iCs/>
              </w:rPr>
              <w:t>Có</w:t>
            </w:r>
            <w:proofErr w:type="spellEnd"/>
            <w:r w:rsidRPr="004543E3">
              <w:rPr>
                <w:i/>
                <w:iCs/>
              </w:rPr>
              <w:t xml:space="preserve"> </w:t>
            </w:r>
            <w:proofErr w:type="spellStart"/>
            <w:r w:rsidRPr="004543E3">
              <w:rPr>
                <w:i/>
                <w:iCs/>
              </w:rPr>
              <w:t>bằng</w:t>
            </w:r>
            <w:proofErr w:type="spellEnd"/>
            <w:r w:rsidRPr="004543E3">
              <w:rPr>
                <w:i/>
                <w:iCs/>
              </w:rPr>
              <w:t xml:space="preserve"> </w:t>
            </w:r>
            <w:proofErr w:type="spellStart"/>
            <w:r w:rsidRPr="004543E3">
              <w:rPr>
                <w:i/>
                <w:iCs/>
              </w:rPr>
              <w:t>tốt</w:t>
            </w:r>
            <w:proofErr w:type="spellEnd"/>
            <w:r w:rsidRPr="004543E3">
              <w:rPr>
                <w:i/>
                <w:iCs/>
              </w:rPr>
              <w:t xml:space="preserve"> </w:t>
            </w:r>
            <w:proofErr w:type="spellStart"/>
            <w:r w:rsidRPr="004543E3">
              <w:rPr>
                <w:i/>
                <w:iCs/>
              </w:rPr>
              <w:t>nghiệp</w:t>
            </w:r>
            <w:proofErr w:type="spellEnd"/>
            <w:r w:rsidRPr="004543E3">
              <w:rPr>
                <w:i/>
                <w:iCs/>
              </w:rPr>
              <w:t xml:space="preserve"> </w:t>
            </w:r>
            <w:proofErr w:type="spellStart"/>
            <w:r w:rsidRPr="004543E3">
              <w:rPr>
                <w:i/>
                <w:iCs/>
              </w:rPr>
              <w:t>đại</w:t>
            </w:r>
            <w:proofErr w:type="spellEnd"/>
            <w:r w:rsidRPr="004543E3">
              <w:rPr>
                <w:i/>
                <w:iCs/>
              </w:rPr>
              <w:t xml:space="preserve"> </w:t>
            </w:r>
            <w:proofErr w:type="spellStart"/>
            <w:r w:rsidRPr="004543E3">
              <w:rPr>
                <w:i/>
                <w:iCs/>
              </w:rPr>
              <w:t>học</w:t>
            </w:r>
            <w:proofErr w:type="spellEnd"/>
            <w:r w:rsidRPr="004543E3">
              <w:rPr>
                <w:i/>
                <w:iCs/>
              </w:rPr>
              <w:t xml:space="preserve"> </w:t>
            </w:r>
            <w:proofErr w:type="spellStart"/>
            <w:r w:rsidRPr="004543E3">
              <w:rPr>
                <w:i/>
                <w:iCs/>
              </w:rPr>
              <w:t>trở</w:t>
            </w:r>
            <w:proofErr w:type="spellEnd"/>
            <w:r w:rsidRPr="004543E3">
              <w:rPr>
                <w:i/>
                <w:iCs/>
              </w:rPr>
              <w:t xml:space="preserve"> </w:t>
            </w:r>
            <w:proofErr w:type="spellStart"/>
            <w:r w:rsidRPr="004543E3">
              <w:rPr>
                <w:i/>
                <w:iCs/>
              </w:rPr>
              <w:t>lên</w:t>
            </w:r>
            <w:proofErr w:type="spellEnd"/>
            <w:r w:rsidRPr="004543E3">
              <w:rPr>
                <w:i/>
                <w:iCs/>
              </w:rPr>
              <w:t xml:space="preserve"> </w:t>
            </w:r>
            <w:proofErr w:type="spellStart"/>
            <w:r w:rsidRPr="004543E3">
              <w:rPr>
                <w:i/>
                <w:iCs/>
              </w:rPr>
              <w:t>với</w:t>
            </w:r>
            <w:proofErr w:type="spellEnd"/>
            <w:r w:rsidRPr="004543E3">
              <w:rPr>
                <w:i/>
                <w:iCs/>
              </w:rPr>
              <w:t xml:space="preserve"> </w:t>
            </w:r>
            <w:proofErr w:type="spellStart"/>
            <w:r w:rsidRPr="004543E3">
              <w:rPr>
                <w:i/>
                <w:iCs/>
              </w:rPr>
              <w:t>chuyên</w:t>
            </w:r>
            <w:proofErr w:type="spellEnd"/>
            <w:r w:rsidRPr="004543E3">
              <w:rPr>
                <w:i/>
                <w:iCs/>
              </w:rPr>
              <w:t xml:space="preserve"> </w:t>
            </w:r>
            <w:proofErr w:type="spellStart"/>
            <w:r w:rsidRPr="004543E3">
              <w:rPr>
                <w:i/>
                <w:iCs/>
              </w:rPr>
              <w:t>ngành</w:t>
            </w:r>
            <w:proofErr w:type="spellEnd"/>
            <w:r w:rsidRPr="004543E3">
              <w:rPr>
                <w:i/>
                <w:iCs/>
              </w:rPr>
              <w:t xml:space="preserve"> </w:t>
            </w:r>
            <w:proofErr w:type="spellStart"/>
            <w:r w:rsidRPr="004543E3">
              <w:rPr>
                <w:i/>
                <w:iCs/>
              </w:rPr>
              <w:t>đào</w:t>
            </w:r>
            <w:proofErr w:type="spellEnd"/>
            <w:r w:rsidRPr="004543E3">
              <w:rPr>
                <w:i/>
                <w:iCs/>
              </w:rPr>
              <w:t xml:space="preserve"> </w:t>
            </w:r>
            <w:proofErr w:type="spellStart"/>
            <w:r w:rsidRPr="004543E3">
              <w:rPr>
                <w:i/>
                <w:iCs/>
              </w:rPr>
              <w:t>tạo</w:t>
            </w:r>
            <w:proofErr w:type="spellEnd"/>
            <w:r w:rsidRPr="004543E3">
              <w:rPr>
                <w:i/>
                <w:iCs/>
              </w:rPr>
              <w:t xml:space="preserve"> </w:t>
            </w:r>
            <w:proofErr w:type="spellStart"/>
            <w:r w:rsidRPr="004543E3">
              <w:rPr>
                <w:i/>
                <w:iCs/>
              </w:rPr>
              <w:t>phù</w:t>
            </w:r>
            <w:proofErr w:type="spellEnd"/>
            <w:r w:rsidRPr="004543E3">
              <w:rPr>
                <w:i/>
                <w:iCs/>
              </w:rPr>
              <w:t xml:space="preserve"> </w:t>
            </w:r>
            <w:proofErr w:type="spellStart"/>
            <w:r w:rsidRPr="004543E3">
              <w:rPr>
                <w:i/>
                <w:iCs/>
              </w:rPr>
              <w:t>hợp</w:t>
            </w:r>
            <w:proofErr w:type="spellEnd"/>
            <w:r w:rsidRPr="004543E3">
              <w:rPr>
                <w:i/>
                <w:iCs/>
              </w:rPr>
              <w:t xml:space="preserve"> </w:t>
            </w:r>
            <w:proofErr w:type="spellStart"/>
            <w:r w:rsidRPr="004543E3">
              <w:rPr>
                <w:i/>
                <w:iCs/>
              </w:rPr>
              <w:t>với</w:t>
            </w:r>
            <w:proofErr w:type="spellEnd"/>
            <w:r w:rsidRPr="004543E3">
              <w:rPr>
                <w:i/>
                <w:iCs/>
              </w:rPr>
              <w:t xml:space="preserve"> </w:t>
            </w:r>
            <w:proofErr w:type="spellStart"/>
            <w:r w:rsidRPr="004543E3">
              <w:rPr>
                <w:i/>
                <w:iCs/>
              </w:rPr>
              <w:t>lĩnh</w:t>
            </w:r>
            <w:proofErr w:type="spellEnd"/>
            <w:r w:rsidRPr="004543E3">
              <w:rPr>
                <w:i/>
                <w:iCs/>
              </w:rPr>
              <w:t xml:space="preserve"> </w:t>
            </w:r>
            <w:proofErr w:type="spellStart"/>
            <w:r w:rsidRPr="004543E3">
              <w:rPr>
                <w:i/>
                <w:iCs/>
              </w:rPr>
              <w:lastRenderedPageBreak/>
              <w:t>vực</w:t>
            </w:r>
            <w:proofErr w:type="spellEnd"/>
            <w:r w:rsidRPr="004543E3">
              <w:rPr>
                <w:i/>
                <w:iCs/>
              </w:rPr>
              <w:t xml:space="preserve"> </w:t>
            </w:r>
            <w:proofErr w:type="spellStart"/>
            <w:r w:rsidRPr="004543E3">
              <w:rPr>
                <w:i/>
                <w:iCs/>
              </w:rPr>
              <w:t>quản</w:t>
            </w:r>
            <w:proofErr w:type="spellEnd"/>
            <w:r w:rsidRPr="004543E3">
              <w:rPr>
                <w:i/>
                <w:iCs/>
              </w:rPr>
              <w:t xml:space="preserve"> </w:t>
            </w:r>
            <w:proofErr w:type="spellStart"/>
            <w:r w:rsidRPr="004543E3">
              <w:rPr>
                <w:i/>
                <w:iCs/>
              </w:rPr>
              <w:t>lý</w:t>
            </w:r>
            <w:proofErr w:type="spellEnd"/>
            <w:r w:rsidRPr="004543E3">
              <w:rPr>
                <w:i/>
                <w:iCs/>
              </w:rPr>
              <w:t xml:space="preserve">, </w:t>
            </w:r>
            <w:proofErr w:type="spellStart"/>
            <w:r w:rsidRPr="004543E3">
              <w:rPr>
                <w:i/>
                <w:iCs/>
              </w:rPr>
              <w:t>kiểm</w:t>
            </w:r>
            <w:proofErr w:type="spellEnd"/>
            <w:r w:rsidRPr="004543E3">
              <w:rPr>
                <w:i/>
                <w:iCs/>
              </w:rPr>
              <w:t xml:space="preserve"> </w:t>
            </w:r>
            <w:proofErr w:type="spellStart"/>
            <w:r w:rsidRPr="004543E3">
              <w:rPr>
                <w:i/>
                <w:iCs/>
              </w:rPr>
              <w:t>tra</w:t>
            </w:r>
            <w:proofErr w:type="spellEnd"/>
            <w:r w:rsidRPr="004543E3">
              <w:rPr>
                <w:i/>
                <w:iCs/>
              </w:rPr>
              <w:t xml:space="preserve"> </w:t>
            </w:r>
            <w:proofErr w:type="spellStart"/>
            <w:r w:rsidRPr="004543E3">
              <w:rPr>
                <w:i/>
                <w:iCs/>
              </w:rPr>
              <w:t>chất</w:t>
            </w:r>
            <w:proofErr w:type="spellEnd"/>
            <w:r w:rsidRPr="004543E3">
              <w:rPr>
                <w:i/>
                <w:iCs/>
              </w:rPr>
              <w:t xml:space="preserve"> </w:t>
            </w:r>
            <w:proofErr w:type="spellStart"/>
            <w:r w:rsidRPr="004543E3">
              <w:rPr>
                <w:i/>
                <w:iCs/>
              </w:rPr>
              <w:t>lượng</w:t>
            </w:r>
            <w:proofErr w:type="spellEnd"/>
            <w:r w:rsidRPr="004543E3">
              <w:rPr>
                <w:i/>
                <w:iCs/>
              </w:rPr>
              <w:t xml:space="preserve"> </w:t>
            </w:r>
            <w:proofErr w:type="spellStart"/>
            <w:r w:rsidRPr="004543E3">
              <w:rPr>
                <w:i/>
                <w:iCs/>
              </w:rPr>
              <w:t>sản</w:t>
            </w:r>
            <w:proofErr w:type="spellEnd"/>
            <w:r w:rsidRPr="004543E3">
              <w:rPr>
                <w:i/>
                <w:iCs/>
              </w:rPr>
              <w:t xml:space="preserve"> </w:t>
            </w:r>
            <w:proofErr w:type="spellStart"/>
            <w:r w:rsidRPr="004543E3">
              <w:rPr>
                <w:i/>
                <w:iCs/>
              </w:rPr>
              <w:t>phẩm</w:t>
            </w:r>
            <w:proofErr w:type="spellEnd"/>
            <w:r w:rsidRPr="004543E3">
              <w:rPr>
                <w:i/>
                <w:iCs/>
              </w:rPr>
              <w:t xml:space="preserve">, </w:t>
            </w:r>
            <w:proofErr w:type="spellStart"/>
            <w:r w:rsidRPr="004543E3">
              <w:rPr>
                <w:i/>
                <w:iCs/>
              </w:rPr>
              <w:t>hàng</w:t>
            </w:r>
            <w:proofErr w:type="spellEnd"/>
            <w:r w:rsidRPr="004543E3">
              <w:rPr>
                <w:i/>
                <w:iCs/>
              </w:rPr>
              <w:t xml:space="preserve"> </w:t>
            </w:r>
            <w:proofErr w:type="spellStart"/>
            <w:r w:rsidRPr="004543E3">
              <w:rPr>
                <w:i/>
                <w:iCs/>
              </w:rPr>
              <w:t>hóa</w:t>
            </w:r>
            <w:proofErr w:type="spellEnd"/>
            <w:r w:rsidRPr="004543E3">
              <w:rPr>
                <w:i/>
                <w:iCs/>
              </w:rPr>
              <w:t xml:space="preserve">”. </w:t>
            </w:r>
            <w:proofErr w:type="spellStart"/>
            <w:r w:rsidRPr="004543E3">
              <w:t>Đề</w:t>
            </w:r>
            <w:proofErr w:type="spellEnd"/>
            <w:r w:rsidRPr="004543E3">
              <w:t xml:space="preserve"> </w:t>
            </w:r>
            <w:proofErr w:type="spellStart"/>
            <w:r w:rsidRPr="004543E3">
              <w:t>nghi</w:t>
            </w:r>
            <w:proofErr w:type="spellEnd"/>
            <w:r w:rsidRPr="004543E3">
              <w:t xml:space="preserve">̣ </w:t>
            </w:r>
            <w:proofErr w:type="spellStart"/>
            <w:r w:rsidRPr="004543E3">
              <w:t>bổ</w:t>
            </w:r>
            <w:proofErr w:type="spellEnd"/>
            <w:r w:rsidRPr="004543E3">
              <w:t xml:space="preserve"> sung </w:t>
            </w:r>
            <w:proofErr w:type="spellStart"/>
            <w:r w:rsidRPr="004543E3">
              <w:t>danh</w:t>
            </w:r>
            <w:proofErr w:type="spellEnd"/>
            <w:r w:rsidRPr="004543E3">
              <w:t xml:space="preserve"> </w:t>
            </w:r>
            <w:proofErr w:type="spellStart"/>
            <w:r w:rsidRPr="004543E3">
              <w:t>mục</w:t>
            </w:r>
            <w:proofErr w:type="spellEnd"/>
            <w:r w:rsidRPr="004543E3">
              <w:t xml:space="preserve"> </w:t>
            </w:r>
            <w:proofErr w:type="spellStart"/>
            <w:r w:rsidRPr="004543E3">
              <w:t>chuyên</w:t>
            </w:r>
            <w:proofErr w:type="spellEnd"/>
            <w:r w:rsidRPr="004543E3">
              <w:t xml:space="preserve"> </w:t>
            </w:r>
            <w:proofErr w:type="spellStart"/>
            <w:r w:rsidRPr="004543E3">
              <w:t>ngành</w:t>
            </w:r>
            <w:proofErr w:type="spellEnd"/>
            <w:r w:rsidRPr="004543E3">
              <w:t xml:space="preserve"> </w:t>
            </w:r>
            <w:proofErr w:type="spellStart"/>
            <w:r w:rsidRPr="004543E3">
              <w:t>đào</w:t>
            </w:r>
            <w:proofErr w:type="spellEnd"/>
            <w:r w:rsidRPr="004543E3">
              <w:t xml:space="preserve"> </w:t>
            </w:r>
            <w:proofErr w:type="spellStart"/>
            <w:r w:rsidRPr="004543E3">
              <w:t>tạo</w:t>
            </w:r>
            <w:proofErr w:type="spellEnd"/>
            <w:r w:rsidRPr="004543E3">
              <w:t>.</w:t>
            </w:r>
          </w:p>
        </w:tc>
        <w:tc>
          <w:tcPr>
            <w:tcW w:w="7371" w:type="dxa"/>
          </w:tcPr>
          <w:p w14:paraId="3A1968FF" w14:textId="7B870674" w:rsidR="00512F52" w:rsidRPr="004543E3" w:rsidRDefault="00512F52" w:rsidP="00563608">
            <w:pPr>
              <w:spacing w:before="120" w:after="120" w:line="240" w:lineRule="auto"/>
              <w:jc w:val="both"/>
            </w:pPr>
            <w:r w:rsidRPr="004543E3">
              <w:lastRenderedPageBreak/>
              <w:t xml:space="preserve">Ban </w:t>
            </w:r>
            <w:proofErr w:type="spellStart"/>
            <w:r w:rsidRPr="004543E3">
              <w:t>soạn</w:t>
            </w:r>
            <w:proofErr w:type="spellEnd"/>
            <w:r w:rsidRPr="004543E3">
              <w:t xml:space="preserve"> </w:t>
            </w:r>
            <w:proofErr w:type="spellStart"/>
            <w:r w:rsidRPr="004543E3">
              <w:t>thảo</w:t>
            </w:r>
            <w:proofErr w:type="spellEnd"/>
            <w:r w:rsidRPr="004543E3">
              <w:t xml:space="preserve"> </w:t>
            </w:r>
            <w:proofErr w:type="spellStart"/>
            <w:r w:rsidRPr="004543E3">
              <w:t>biên</w:t>
            </w:r>
            <w:proofErr w:type="spellEnd"/>
            <w:r w:rsidRPr="004543E3">
              <w:t xml:space="preserve"> </w:t>
            </w:r>
            <w:proofErr w:type="spellStart"/>
            <w:r w:rsidRPr="004543E3">
              <w:t>tập</w:t>
            </w:r>
            <w:proofErr w:type="spellEnd"/>
            <w:r w:rsidRPr="004543E3">
              <w:t xml:space="preserve"> </w:t>
            </w:r>
            <w:proofErr w:type="spellStart"/>
            <w:r w:rsidRPr="004543E3">
              <w:t>chỉnh</w:t>
            </w:r>
            <w:proofErr w:type="spellEnd"/>
            <w:r w:rsidRPr="004543E3">
              <w:t xml:space="preserve"> </w:t>
            </w:r>
            <w:proofErr w:type="spellStart"/>
            <w:r w:rsidRPr="004543E3">
              <w:t>sửa</w:t>
            </w:r>
            <w:proofErr w:type="spellEnd"/>
            <w:r w:rsidRPr="004543E3">
              <w:t xml:space="preserve"> </w:t>
            </w:r>
            <w:proofErr w:type="spellStart"/>
            <w:r w:rsidRPr="004543E3">
              <w:t>thành</w:t>
            </w:r>
            <w:proofErr w:type="spellEnd"/>
            <w:r w:rsidRPr="004543E3">
              <w:t xml:space="preserve"> “</w:t>
            </w:r>
            <w:proofErr w:type="spellStart"/>
            <w:r w:rsidRPr="004543E3">
              <w:rPr>
                <w:i/>
                <w:iCs/>
              </w:rPr>
              <w:t>Có</w:t>
            </w:r>
            <w:proofErr w:type="spellEnd"/>
            <w:r w:rsidRPr="004543E3">
              <w:rPr>
                <w:i/>
                <w:iCs/>
              </w:rPr>
              <w:t xml:space="preserve"> </w:t>
            </w:r>
            <w:proofErr w:type="spellStart"/>
            <w:r w:rsidRPr="004543E3">
              <w:rPr>
                <w:i/>
                <w:iCs/>
              </w:rPr>
              <w:t>bằng</w:t>
            </w:r>
            <w:proofErr w:type="spellEnd"/>
            <w:r w:rsidRPr="004543E3">
              <w:rPr>
                <w:i/>
                <w:iCs/>
              </w:rPr>
              <w:t xml:space="preserve"> </w:t>
            </w:r>
            <w:proofErr w:type="spellStart"/>
            <w:r w:rsidRPr="004543E3">
              <w:rPr>
                <w:i/>
                <w:iCs/>
              </w:rPr>
              <w:t>tốt</w:t>
            </w:r>
            <w:proofErr w:type="spellEnd"/>
            <w:r w:rsidRPr="004543E3">
              <w:rPr>
                <w:i/>
                <w:iCs/>
              </w:rPr>
              <w:t xml:space="preserve"> </w:t>
            </w:r>
            <w:proofErr w:type="spellStart"/>
            <w:r w:rsidRPr="004543E3">
              <w:rPr>
                <w:i/>
                <w:iCs/>
              </w:rPr>
              <w:t>nghiệp</w:t>
            </w:r>
            <w:proofErr w:type="spellEnd"/>
            <w:r w:rsidRPr="004543E3">
              <w:rPr>
                <w:i/>
                <w:iCs/>
              </w:rPr>
              <w:t xml:space="preserve"> </w:t>
            </w:r>
            <w:proofErr w:type="spellStart"/>
            <w:r w:rsidRPr="004543E3">
              <w:rPr>
                <w:i/>
                <w:iCs/>
              </w:rPr>
              <w:t>đại</w:t>
            </w:r>
            <w:proofErr w:type="spellEnd"/>
            <w:r w:rsidRPr="004543E3">
              <w:rPr>
                <w:i/>
                <w:iCs/>
              </w:rPr>
              <w:t xml:space="preserve"> </w:t>
            </w:r>
            <w:proofErr w:type="spellStart"/>
            <w:r w:rsidRPr="004543E3">
              <w:rPr>
                <w:i/>
                <w:iCs/>
              </w:rPr>
              <w:t>học</w:t>
            </w:r>
            <w:proofErr w:type="spellEnd"/>
            <w:r w:rsidRPr="004543E3">
              <w:rPr>
                <w:i/>
                <w:iCs/>
              </w:rPr>
              <w:t xml:space="preserve"> </w:t>
            </w:r>
            <w:proofErr w:type="spellStart"/>
            <w:r w:rsidRPr="004543E3">
              <w:rPr>
                <w:i/>
                <w:iCs/>
              </w:rPr>
              <w:t>trở</w:t>
            </w:r>
            <w:proofErr w:type="spellEnd"/>
            <w:r w:rsidRPr="004543E3">
              <w:rPr>
                <w:i/>
                <w:iCs/>
              </w:rPr>
              <w:t xml:space="preserve"> </w:t>
            </w:r>
            <w:proofErr w:type="spellStart"/>
            <w:r w:rsidRPr="004543E3">
              <w:rPr>
                <w:i/>
                <w:iCs/>
              </w:rPr>
              <w:t>lên</w:t>
            </w:r>
            <w:proofErr w:type="spellEnd"/>
            <w:r w:rsidRPr="004543E3">
              <w:rPr>
                <w:i/>
                <w:iCs/>
              </w:rPr>
              <w:t xml:space="preserve"> </w:t>
            </w:r>
            <w:proofErr w:type="spellStart"/>
            <w:r w:rsidRPr="004543E3">
              <w:rPr>
                <w:i/>
                <w:iCs/>
              </w:rPr>
              <w:t>phu</w:t>
            </w:r>
            <w:proofErr w:type="spellEnd"/>
            <w:r w:rsidRPr="004543E3">
              <w:rPr>
                <w:i/>
                <w:iCs/>
              </w:rPr>
              <w:t xml:space="preserve">̀ </w:t>
            </w:r>
            <w:proofErr w:type="spellStart"/>
            <w:r w:rsidRPr="004543E3">
              <w:rPr>
                <w:i/>
                <w:iCs/>
              </w:rPr>
              <w:t>hợp</w:t>
            </w:r>
            <w:proofErr w:type="spellEnd"/>
            <w:r w:rsidRPr="004543E3">
              <w:rPr>
                <w:i/>
                <w:iCs/>
              </w:rPr>
              <w:t xml:space="preserve"> </w:t>
            </w:r>
            <w:proofErr w:type="spellStart"/>
            <w:r w:rsidRPr="004543E3">
              <w:rPr>
                <w:i/>
                <w:iCs/>
              </w:rPr>
              <w:t>với</w:t>
            </w:r>
            <w:proofErr w:type="spellEnd"/>
            <w:r w:rsidRPr="004543E3">
              <w:rPr>
                <w:i/>
                <w:iCs/>
              </w:rPr>
              <w:t xml:space="preserve"> vị trí </w:t>
            </w:r>
            <w:proofErr w:type="spellStart"/>
            <w:r w:rsidRPr="004543E3">
              <w:rPr>
                <w:i/>
                <w:iCs/>
              </w:rPr>
              <w:t>việc</w:t>
            </w:r>
            <w:proofErr w:type="spellEnd"/>
            <w:r w:rsidRPr="004543E3">
              <w:rPr>
                <w:i/>
                <w:iCs/>
              </w:rPr>
              <w:t xml:space="preserve"> </w:t>
            </w:r>
            <w:proofErr w:type="spellStart"/>
            <w:r w:rsidRPr="004543E3">
              <w:rPr>
                <w:i/>
                <w:iCs/>
              </w:rPr>
              <w:t>làm</w:t>
            </w:r>
            <w:proofErr w:type="spellEnd"/>
            <w:r w:rsidRPr="004543E3">
              <w:rPr>
                <w:i/>
                <w:iCs/>
              </w:rPr>
              <w:t xml:space="preserve"> </w:t>
            </w:r>
            <w:proofErr w:type="spellStart"/>
            <w:r w:rsidRPr="004543E3">
              <w:rPr>
                <w:i/>
                <w:iCs/>
              </w:rPr>
              <w:t>trong</w:t>
            </w:r>
            <w:proofErr w:type="spellEnd"/>
            <w:r w:rsidRPr="004543E3">
              <w:rPr>
                <w:i/>
                <w:iCs/>
              </w:rPr>
              <w:t xml:space="preserve"> </w:t>
            </w:r>
            <w:proofErr w:type="spellStart"/>
            <w:r w:rsidRPr="004543E3">
              <w:rPr>
                <w:i/>
                <w:iCs/>
              </w:rPr>
              <w:t>lĩnh</w:t>
            </w:r>
            <w:proofErr w:type="spellEnd"/>
            <w:r w:rsidRPr="004543E3">
              <w:rPr>
                <w:i/>
                <w:iCs/>
              </w:rPr>
              <w:t xml:space="preserve"> </w:t>
            </w:r>
            <w:proofErr w:type="spellStart"/>
            <w:r w:rsidRPr="004543E3">
              <w:rPr>
                <w:i/>
                <w:iCs/>
              </w:rPr>
              <w:t>vực</w:t>
            </w:r>
            <w:proofErr w:type="spellEnd"/>
            <w:r w:rsidRPr="004543E3">
              <w:rPr>
                <w:i/>
                <w:iCs/>
              </w:rPr>
              <w:t xml:space="preserve"> </w:t>
            </w:r>
            <w:proofErr w:type="spellStart"/>
            <w:r w:rsidRPr="004543E3">
              <w:rPr>
                <w:i/>
                <w:iCs/>
              </w:rPr>
              <w:t>kiểm</w:t>
            </w:r>
            <w:proofErr w:type="spellEnd"/>
            <w:r w:rsidRPr="004543E3">
              <w:rPr>
                <w:i/>
                <w:iCs/>
              </w:rPr>
              <w:t xml:space="preserve"> </w:t>
            </w:r>
            <w:proofErr w:type="spellStart"/>
            <w:r w:rsidRPr="004543E3">
              <w:rPr>
                <w:i/>
                <w:iCs/>
              </w:rPr>
              <w:t>tra</w:t>
            </w:r>
            <w:proofErr w:type="spellEnd"/>
            <w:r w:rsidRPr="004543E3">
              <w:rPr>
                <w:i/>
                <w:iCs/>
              </w:rPr>
              <w:t xml:space="preserve"> </w:t>
            </w:r>
            <w:proofErr w:type="spellStart"/>
            <w:r w:rsidRPr="004543E3">
              <w:rPr>
                <w:i/>
                <w:iCs/>
              </w:rPr>
              <w:t>chất</w:t>
            </w:r>
            <w:proofErr w:type="spellEnd"/>
            <w:r w:rsidRPr="004543E3">
              <w:rPr>
                <w:i/>
                <w:iCs/>
              </w:rPr>
              <w:t xml:space="preserve"> </w:t>
            </w:r>
            <w:proofErr w:type="spellStart"/>
            <w:r w:rsidRPr="004543E3">
              <w:rPr>
                <w:i/>
                <w:iCs/>
              </w:rPr>
              <w:t>lượng</w:t>
            </w:r>
            <w:proofErr w:type="spellEnd"/>
            <w:r w:rsidRPr="004543E3">
              <w:rPr>
                <w:i/>
                <w:iCs/>
              </w:rPr>
              <w:t xml:space="preserve"> </w:t>
            </w:r>
            <w:proofErr w:type="spellStart"/>
            <w:r w:rsidRPr="004543E3">
              <w:rPr>
                <w:i/>
                <w:iCs/>
              </w:rPr>
              <w:t>sản</w:t>
            </w:r>
            <w:proofErr w:type="spellEnd"/>
            <w:r w:rsidRPr="004543E3">
              <w:rPr>
                <w:i/>
                <w:iCs/>
              </w:rPr>
              <w:t xml:space="preserve"> </w:t>
            </w:r>
            <w:proofErr w:type="spellStart"/>
            <w:r w:rsidRPr="004543E3">
              <w:rPr>
                <w:i/>
                <w:iCs/>
              </w:rPr>
              <w:t>phẩm</w:t>
            </w:r>
            <w:proofErr w:type="spellEnd"/>
            <w:r w:rsidRPr="004543E3">
              <w:rPr>
                <w:i/>
                <w:iCs/>
              </w:rPr>
              <w:t xml:space="preserve">, </w:t>
            </w:r>
            <w:proofErr w:type="spellStart"/>
            <w:r w:rsidRPr="004543E3">
              <w:rPr>
                <w:i/>
                <w:iCs/>
              </w:rPr>
              <w:t>hàng</w:t>
            </w:r>
            <w:proofErr w:type="spellEnd"/>
            <w:r w:rsidRPr="004543E3">
              <w:rPr>
                <w:i/>
                <w:iCs/>
              </w:rPr>
              <w:t xml:space="preserve"> </w:t>
            </w:r>
            <w:proofErr w:type="spellStart"/>
            <w:r w:rsidRPr="004543E3">
              <w:rPr>
                <w:i/>
                <w:iCs/>
              </w:rPr>
              <w:t>hóa</w:t>
            </w:r>
            <w:proofErr w:type="spellEnd"/>
            <w:r w:rsidRPr="004543E3">
              <w:rPr>
                <w:i/>
                <w:iCs/>
              </w:rPr>
              <w:t>”</w:t>
            </w:r>
            <w:r w:rsidRPr="004543E3">
              <w:t xml:space="preserve">, </w:t>
            </w:r>
            <w:proofErr w:type="spellStart"/>
            <w:r w:rsidRPr="004543E3">
              <w:t>với</w:t>
            </w:r>
            <w:proofErr w:type="spellEnd"/>
            <w:r w:rsidRPr="004543E3">
              <w:t xml:space="preserve"> </w:t>
            </w:r>
            <w:proofErr w:type="spellStart"/>
            <w:r w:rsidRPr="004543E3">
              <w:t>ly</w:t>
            </w:r>
            <w:proofErr w:type="spellEnd"/>
            <w:r w:rsidRPr="004543E3">
              <w:t>́ do:</w:t>
            </w:r>
          </w:p>
          <w:p w14:paraId="4721F310" w14:textId="6ACD4172" w:rsidR="00512F52" w:rsidRPr="004543E3" w:rsidRDefault="00512F52" w:rsidP="00563608">
            <w:pPr>
              <w:spacing w:before="120" w:after="120" w:line="240" w:lineRule="auto"/>
              <w:jc w:val="both"/>
              <w:rPr>
                <w:szCs w:val="26"/>
              </w:rPr>
            </w:pPr>
            <w:r w:rsidRPr="004543E3">
              <w:rPr>
                <w:szCs w:val="26"/>
              </w:rPr>
              <w:t xml:space="preserve">- Bảo </w:t>
            </w:r>
            <w:proofErr w:type="spellStart"/>
            <w:r w:rsidRPr="004543E3">
              <w:rPr>
                <w:szCs w:val="26"/>
              </w:rPr>
              <w:t>đảm</w:t>
            </w:r>
            <w:proofErr w:type="spellEnd"/>
            <w:r w:rsidRPr="004543E3">
              <w:rPr>
                <w:szCs w:val="26"/>
              </w:rPr>
              <w:t xml:space="preserve"> </w:t>
            </w:r>
            <w:proofErr w:type="spellStart"/>
            <w:r w:rsidRPr="004543E3">
              <w:rPr>
                <w:szCs w:val="26"/>
              </w:rPr>
              <w:t>phù</w:t>
            </w:r>
            <w:proofErr w:type="spellEnd"/>
            <w:r w:rsidRPr="004543E3">
              <w:rPr>
                <w:szCs w:val="26"/>
              </w:rPr>
              <w:t xml:space="preserve"> </w:t>
            </w:r>
            <w:proofErr w:type="spellStart"/>
            <w:r w:rsidRPr="004543E3">
              <w:rPr>
                <w:szCs w:val="26"/>
              </w:rPr>
              <w:t>hợp</w:t>
            </w:r>
            <w:proofErr w:type="spellEnd"/>
            <w:r w:rsidRPr="004543E3">
              <w:rPr>
                <w:szCs w:val="26"/>
              </w:rPr>
              <w:t xml:space="preserve"> </w:t>
            </w:r>
            <w:proofErr w:type="spellStart"/>
            <w:r w:rsidRPr="004543E3">
              <w:rPr>
                <w:szCs w:val="26"/>
              </w:rPr>
              <w:t>với</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định</w:t>
            </w:r>
            <w:proofErr w:type="spellEnd"/>
            <w:r w:rsidRPr="004543E3">
              <w:rPr>
                <w:szCs w:val="26"/>
              </w:rPr>
              <w:t xml:space="preserve"> </w:t>
            </w:r>
            <w:proofErr w:type="spellStart"/>
            <w:r w:rsidRPr="004543E3">
              <w:rPr>
                <w:szCs w:val="26"/>
              </w:rPr>
              <w:t>hiện</w:t>
            </w:r>
            <w:proofErr w:type="spellEnd"/>
            <w:r w:rsidRPr="004543E3">
              <w:rPr>
                <w:szCs w:val="26"/>
              </w:rPr>
              <w:t xml:space="preserve"> </w:t>
            </w:r>
            <w:proofErr w:type="spellStart"/>
            <w:r w:rsidRPr="004543E3">
              <w:rPr>
                <w:szCs w:val="26"/>
              </w:rPr>
              <w:t>hành</w:t>
            </w:r>
            <w:proofErr w:type="spellEnd"/>
            <w:r w:rsidRPr="004543E3">
              <w:rPr>
                <w:szCs w:val="26"/>
              </w:rPr>
              <w:t xml:space="preserve"> </w:t>
            </w:r>
            <w:proofErr w:type="spellStart"/>
            <w:r w:rsidRPr="004543E3">
              <w:rPr>
                <w:szCs w:val="26"/>
              </w:rPr>
              <w:t>về</w:t>
            </w:r>
            <w:proofErr w:type="spellEnd"/>
            <w:r w:rsidRPr="004543E3">
              <w:rPr>
                <w:szCs w:val="26"/>
              </w:rPr>
              <w:t xml:space="preserve"> </w:t>
            </w:r>
            <w:proofErr w:type="spellStart"/>
            <w:r w:rsidRPr="004543E3">
              <w:rPr>
                <w:szCs w:val="26"/>
              </w:rPr>
              <w:t>quản</w:t>
            </w:r>
            <w:proofErr w:type="spellEnd"/>
            <w:r w:rsidRPr="004543E3">
              <w:rPr>
                <w:szCs w:val="26"/>
              </w:rPr>
              <w:t xml:space="preserve"> </w:t>
            </w:r>
            <w:proofErr w:type="spellStart"/>
            <w:r w:rsidRPr="004543E3">
              <w:rPr>
                <w:szCs w:val="26"/>
              </w:rPr>
              <w:t>lý</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chức</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chức</w:t>
            </w:r>
            <w:proofErr w:type="spellEnd"/>
            <w:r w:rsidRPr="004543E3">
              <w:rPr>
                <w:szCs w:val="26"/>
              </w:rPr>
              <w:t xml:space="preserve"> </w:t>
            </w:r>
            <w:proofErr w:type="spellStart"/>
            <w:r w:rsidRPr="004543E3">
              <w:rPr>
                <w:szCs w:val="26"/>
              </w:rPr>
              <w:t>theo</w:t>
            </w:r>
            <w:proofErr w:type="spellEnd"/>
            <w:r w:rsidRPr="004543E3">
              <w:rPr>
                <w:szCs w:val="26"/>
              </w:rPr>
              <w:t xml:space="preserve"> </w:t>
            </w:r>
            <w:proofErr w:type="spellStart"/>
            <w:r w:rsidRPr="004543E3">
              <w:rPr>
                <w:szCs w:val="26"/>
              </w:rPr>
              <w:t>vị</w:t>
            </w:r>
            <w:proofErr w:type="spellEnd"/>
            <w:r w:rsidRPr="004543E3">
              <w:rPr>
                <w:szCs w:val="26"/>
              </w:rPr>
              <w:t xml:space="preserve"> </w:t>
            </w:r>
            <w:proofErr w:type="spellStart"/>
            <w:r w:rsidRPr="004543E3">
              <w:rPr>
                <w:szCs w:val="26"/>
              </w:rPr>
              <w:t>trí</w:t>
            </w:r>
            <w:proofErr w:type="spellEnd"/>
            <w:r w:rsidRPr="004543E3">
              <w:rPr>
                <w:szCs w:val="26"/>
              </w:rPr>
              <w:t xml:space="preserve"> </w:t>
            </w:r>
            <w:proofErr w:type="spellStart"/>
            <w:r w:rsidRPr="004543E3">
              <w:rPr>
                <w:szCs w:val="26"/>
              </w:rPr>
              <w:t>việc</w:t>
            </w:r>
            <w:proofErr w:type="spellEnd"/>
            <w:r w:rsidRPr="004543E3">
              <w:rPr>
                <w:szCs w:val="26"/>
              </w:rPr>
              <w:t xml:space="preserve"> </w:t>
            </w:r>
            <w:proofErr w:type="spellStart"/>
            <w:r w:rsidRPr="004543E3">
              <w:rPr>
                <w:szCs w:val="26"/>
              </w:rPr>
              <w:t>làm</w:t>
            </w:r>
            <w:proofErr w:type="spellEnd"/>
            <w:r w:rsidRPr="004543E3">
              <w:rPr>
                <w:szCs w:val="26"/>
              </w:rPr>
              <w:t>.</w:t>
            </w:r>
          </w:p>
          <w:p w14:paraId="7C767591" w14:textId="060F97EA" w:rsidR="00512F52" w:rsidRPr="004543E3" w:rsidRDefault="00512F52" w:rsidP="00563608">
            <w:pPr>
              <w:spacing w:before="120" w:after="120" w:line="240" w:lineRule="auto"/>
              <w:jc w:val="both"/>
              <w:rPr>
                <w:szCs w:val="26"/>
              </w:rPr>
            </w:pPr>
            <w:r w:rsidRPr="004543E3">
              <w:rPr>
                <w:szCs w:val="26"/>
              </w:rPr>
              <w:lastRenderedPageBreak/>
              <w:t xml:space="preserve">- </w:t>
            </w:r>
            <w:proofErr w:type="spellStart"/>
            <w:r w:rsidRPr="004543E3">
              <w:rPr>
                <w:szCs w:val="26"/>
              </w:rPr>
              <w:t>Tránh</w:t>
            </w:r>
            <w:proofErr w:type="spellEnd"/>
            <w:r w:rsidRPr="004543E3">
              <w:rPr>
                <w:szCs w:val="26"/>
              </w:rPr>
              <w:t xml:space="preserve"> </w:t>
            </w:r>
            <w:proofErr w:type="spellStart"/>
            <w:r w:rsidRPr="004543E3">
              <w:rPr>
                <w:szCs w:val="26"/>
              </w:rPr>
              <w:t>việc</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định</w:t>
            </w:r>
            <w:proofErr w:type="spellEnd"/>
            <w:r w:rsidRPr="004543E3">
              <w:rPr>
                <w:szCs w:val="26"/>
              </w:rPr>
              <w:t xml:space="preserve"> </w:t>
            </w:r>
            <w:proofErr w:type="spellStart"/>
            <w:r w:rsidRPr="004543E3">
              <w:rPr>
                <w:szCs w:val="26"/>
              </w:rPr>
              <w:t>cứng</w:t>
            </w:r>
            <w:proofErr w:type="spellEnd"/>
            <w:r w:rsidRPr="004543E3">
              <w:rPr>
                <w:szCs w:val="26"/>
              </w:rPr>
              <w:t xml:space="preserve"> </w:t>
            </w:r>
            <w:proofErr w:type="spellStart"/>
            <w:r w:rsidRPr="004543E3">
              <w:rPr>
                <w:szCs w:val="26"/>
              </w:rPr>
              <w:t>danh</w:t>
            </w:r>
            <w:proofErr w:type="spellEnd"/>
            <w:r w:rsidRPr="004543E3">
              <w:rPr>
                <w:szCs w:val="26"/>
              </w:rPr>
              <w:t xml:space="preserve"> </w:t>
            </w:r>
            <w:proofErr w:type="spellStart"/>
            <w:r w:rsidRPr="004543E3">
              <w:rPr>
                <w:szCs w:val="26"/>
              </w:rPr>
              <w:t>mục</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ngành</w:t>
            </w:r>
            <w:proofErr w:type="spellEnd"/>
            <w:r w:rsidRPr="004543E3">
              <w:rPr>
                <w:szCs w:val="26"/>
              </w:rPr>
              <w:t xml:space="preserve"> </w:t>
            </w:r>
            <w:proofErr w:type="spellStart"/>
            <w:r w:rsidRPr="004543E3">
              <w:rPr>
                <w:szCs w:val="26"/>
              </w:rPr>
              <w:t>đào</w:t>
            </w:r>
            <w:proofErr w:type="spellEnd"/>
            <w:r w:rsidRPr="004543E3">
              <w:rPr>
                <w:szCs w:val="26"/>
              </w:rPr>
              <w:t xml:space="preserve"> </w:t>
            </w:r>
            <w:proofErr w:type="spellStart"/>
            <w:r w:rsidRPr="004543E3">
              <w:rPr>
                <w:szCs w:val="26"/>
              </w:rPr>
              <w:t>tạo</w:t>
            </w:r>
            <w:proofErr w:type="spellEnd"/>
            <w:r w:rsidRPr="004543E3">
              <w:rPr>
                <w:szCs w:val="26"/>
              </w:rPr>
              <w:t xml:space="preserve">, </w:t>
            </w:r>
            <w:proofErr w:type="spellStart"/>
            <w:r w:rsidRPr="004543E3">
              <w:rPr>
                <w:szCs w:val="26"/>
              </w:rPr>
              <w:t>bảo</w:t>
            </w:r>
            <w:proofErr w:type="spellEnd"/>
            <w:r w:rsidRPr="004543E3">
              <w:rPr>
                <w:szCs w:val="26"/>
              </w:rPr>
              <w:t xml:space="preserve"> </w:t>
            </w:r>
            <w:proofErr w:type="spellStart"/>
            <w:r w:rsidRPr="004543E3">
              <w:rPr>
                <w:szCs w:val="26"/>
              </w:rPr>
              <w:t>đảm</w:t>
            </w:r>
            <w:proofErr w:type="spellEnd"/>
            <w:r w:rsidRPr="004543E3">
              <w:rPr>
                <w:szCs w:val="26"/>
              </w:rPr>
              <w:t xml:space="preserve"> </w:t>
            </w:r>
            <w:proofErr w:type="spellStart"/>
            <w:r w:rsidRPr="004543E3">
              <w:rPr>
                <w:szCs w:val="26"/>
              </w:rPr>
              <w:t>tính</w:t>
            </w:r>
            <w:proofErr w:type="spellEnd"/>
            <w:r w:rsidRPr="004543E3">
              <w:rPr>
                <w:szCs w:val="26"/>
              </w:rPr>
              <w:t xml:space="preserve"> bao </w:t>
            </w:r>
            <w:proofErr w:type="spellStart"/>
            <w:r w:rsidRPr="004543E3">
              <w:rPr>
                <w:szCs w:val="26"/>
              </w:rPr>
              <w:t>quát</w:t>
            </w:r>
            <w:proofErr w:type="spellEnd"/>
            <w:r w:rsidRPr="004543E3">
              <w:rPr>
                <w:szCs w:val="26"/>
              </w:rPr>
              <w:t xml:space="preserve"> </w:t>
            </w:r>
            <w:proofErr w:type="spellStart"/>
            <w:r w:rsidRPr="004543E3">
              <w:rPr>
                <w:szCs w:val="26"/>
              </w:rPr>
              <w:t>đối</w:t>
            </w:r>
            <w:proofErr w:type="spellEnd"/>
            <w:r w:rsidRPr="004543E3">
              <w:rPr>
                <w:szCs w:val="26"/>
              </w:rPr>
              <w:t xml:space="preserve"> </w:t>
            </w:r>
            <w:proofErr w:type="spellStart"/>
            <w:r w:rsidRPr="004543E3">
              <w:rPr>
                <w:szCs w:val="26"/>
              </w:rPr>
              <w:t>với</w:t>
            </w:r>
            <w:proofErr w:type="spellEnd"/>
            <w:r w:rsidRPr="004543E3">
              <w:rPr>
                <w:szCs w:val="26"/>
              </w:rPr>
              <w:t xml:space="preserve"> </w:t>
            </w:r>
            <w:proofErr w:type="spellStart"/>
            <w:r w:rsidRPr="004543E3">
              <w:rPr>
                <w:szCs w:val="26"/>
              </w:rPr>
              <w:t>các</w:t>
            </w:r>
            <w:proofErr w:type="spellEnd"/>
            <w:r w:rsidRPr="004543E3">
              <w:rPr>
                <w:szCs w:val="26"/>
              </w:rPr>
              <w:t xml:space="preserve"> </w:t>
            </w:r>
            <w:proofErr w:type="spellStart"/>
            <w:r w:rsidRPr="004543E3">
              <w:rPr>
                <w:szCs w:val="26"/>
              </w:rPr>
              <w:t>ngành</w:t>
            </w:r>
            <w:proofErr w:type="spellEnd"/>
            <w:r w:rsidRPr="004543E3">
              <w:rPr>
                <w:szCs w:val="26"/>
              </w:rPr>
              <w:t xml:space="preserve"> </w:t>
            </w:r>
            <w:proofErr w:type="spellStart"/>
            <w:r w:rsidRPr="004543E3">
              <w:rPr>
                <w:szCs w:val="26"/>
              </w:rPr>
              <w:t>đào</w:t>
            </w:r>
            <w:proofErr w:type="spellEnd"/>
            <w:r w:rsidRPr="004543E3">
              <w:rPr>
                <w:szCs w:val="26"/>
              </w:rPr>
              <w:t xml:space="preserve"> </w:t>
            </w:r>
            <w:proofErr w:type="spellStart"/>
            <w:r w:rsidRPr="004543E3">
              <w:rPr>
                <w:szCs w:val="26"/>
              </w:rPr>
              <w:t>tạo</w:t>
            </w:r>
            <w:proofErr w:type="spellEnd"/>
            <w:r w:rsidRPr="004543E3">
              <w:rPr>
                <w:szCs w:val="26"/>
              </w:rPr>
              <w:t xml:space="preserve"> </w:t>
            </w:r>
            <w:proofErr w:type="spellStart"/>
            <w:r w:rsidRPr="004543E3">
              <w:rPr>
                <w:szCs w:val="26"/>
              </w:rPr>
              <w:t>liên</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đến</w:t>
            </w:r>
            <w:proofErr w:type="spellEnd"/>
            <w:r w:rsidRPr="004543E3">
              <w:rPr>
                <w:szCs w:val="26"/>
              </w:rPr>
              <w:t xml:space="preserve"> </w:t>
            </w:r>
            <w:proofErr w:type="spellStart"/>
            <w:r w:rsidRPr="004543E3">
              <w:rPr>
                <w:szCs w:val="26"/>
              </w:rPr>
              <w:t>lĩnh</w:t>
            </w:r>
            <w:proofErr w:type="spellEnd"/>
            <w:r w:rsidRPr="004543E3">
              <w:rPr>
                <w:szCs w:val="26"/>
              </w:rPr>
              <w:t xml:space="preserve"> </w:t>
            </w:r>
            <w:proofErr w:type="spellStart"/>
            <w:r w:rsidRPr="004543E3">
              <w:rPr>
                <w:szCs w:val="26"/>
              </w:rPr>
              <w:t>vực</w:t>
            </w:r>
            <w:proofErr w:type="spellEnd"/>
            <w:r w:rsidRPr="004543E3">
              <w:rPr>
                <w:szCs w:val="26"/>
              </w:rPr>
              <w:t xml:space="preserve"> </w:t>
            </w:r>
            <w:proofErr w:type="spellStart"/>
            <w:r w:rsidRPr="004543E3">
              <w:t>kiểm</w:t>
            </w:r>
            <w:proofErr w:type="spellEnd"/>
            <w:r w:rsidRPr="004543E3">
              <w:t xml:space="preserve"> </w:t>
            </w:r>
            <w:proofErr w:type="spellStart"/>
            <w:r w:rsidRPr="004543E3">
              <w:t>tra</w:t>
            </w:r>
            <w:proofErr w:type="spellEnd"/>
            <w:r w:rsidRPr="004543E3">
              <w:t xml:space="preserve"> </w:t>
            </w:r>
            <w:proofErr w:type="spellStart"/>
            <w:r w:rsidRPr="004543E3">
              <w:t>chất</w:t>
            </w:r>
            <w:proofErr w:type="spellEnd"/>
            <w:r w:rsidRPr="004543E3">
              <w:t xml:space="preserve"> </w:t>
            </w:r>
            <w:proofErr w:type="spellStart"/>
            <w:r w:rsidRPr="004543E3">
              <w:t>lượng</w:t>
            </w:r>
            <w:proofErr w:type="spellEnd"/>
            <w:r w:rsidRPr="004543E3">
              <w:t xml:space="preserve"> </w:t>
            </w:r>
            <w:proofErr w:type="spellStart"/>
            <w:r w:rsidRPr="004543E3">
              <w:t>sản</w:t>
            </w:r>
            <w:proofErr w:type="spellEnd"/>
            <w:r w:rsidRPr="004543E3">
              <w:t xml:space="preserve"> </w:t>
            </w:r>
            <w:proofErr w:type="spellStart"/>
            <w:r w:rsidRPr="004543E3">
              <w:t>phẩm</w:t>
            </w:r>
            <w:proofErr w:type="spellEnd"/>
            <w:r w:rsidRPr="004543E3">
              <w:t xml:space="preserve">, </w:t>
            </w:r>
            <w:proofErr w:type="spellStart"/>
            <w:r w:rsidRPr="004543E3">
              <w:t>hàng</w:t>
            </w:r>
            <w:proofErr w:type="spellEnd"/>
            <w:r w:rsidRPr="004543E3">
              <w:t xml:space="preserve"> </w:t>
            </w:r>
            <w:proofErr w:type="spellStart"/>
            <w:r w:rsidRPr="004543E3">
              <w:t>hóa</w:t>
            </w:r>
            <w:proofErr w:type="spellEnd"/>
            <w:r w:rsidRPr="004543E3">
              <w:t>.</w:t>
            </w:r>
          </w:p>
          <w:p w14:paraId="44EA8A78" w14:textId="409FE63B" w:rsidR="00512F52" w:rsidRPr="004543E3" w:rsidRDefault="00512F52" w:rsidP="00563608">
            <w:pPr>
              <w:spacing w:before="120" w:after="120" w:line="240" w:lineRule="auto"/>
              <w:jc w:val="both"/>
              <w:rPr>
                <w:szCs w:val="26"/>
              </w:rPr>
            </w:pPr>
            <w:r w:rsidRPr="004543E3">
              <w:rPr>
                <w:szCs w:val="26"/>
              </w:rPr>
              <w:t xml:space="preserve">- </w:t>
            </w:r>
            <w:proofErr w:type="spellStart"/>
            <w:r w:rsidRPr="004543E3">
              <w:rPr>
                <w:szCs w:val="26"/>
              </w:rPr>
              <w:t>Tạo</w:t>
            </w:r>
            <w:proofErr w:type="spellEnd"/>
            <w:r w:rsidRPr="004543E3">
              <w:rPr>
                <w:szCs w:val="26"/>
              </w:rPr>
              <w:t xml:space="preserve"> </w:t>
            </w:r>
            <w:proofErr w:type="spellStart"/>
            <w:r w:rsidRPr="004543E3">
              <w:rPr>
                <w:szCs w:val="26"/>
              </w:rPr>
              <w:t>tính</w:t>
            </w:r>
            <w:proofErr w:type="spellEnd"/>
            <w:r w:rsidRPr="004543E3">
              <w:rPr>
                <w:szCs w:val="26"/>
              </w:rPr>
              <w:t xml:space="preserve"> </w:t>
            </w:r>
            <w:proofErr w:type="spellStart"/>
            <w:r w:rsidRPr="004543E3">
              <w:rPr>
                <w:szCs w:val="26"/>
              </w:rPr>
              <w:t>linh</w:t>
            </w:r>
            <w:proofErr w:type="spellEnd"/>
            <w:r w:rsidRPr="004543E3">
              <w:rPr>
                <w:szCs w:val="26"/>
              </w:rPr>
              <w:t xml:space="preserve"> </w:t>
            </w:r>
            <w:proofErr w:type="spellStart"/>
            <w:r w:rsidRPr="004543E3">
              <w:rPr>
                <w:szCs w:val="26"/>
              </w:rPr>
              <w:t>hoạt</w:t>
            </w:r>
            <w:proofErr w:type="spellEnd"/>
            <w:r w:rsidRPr="004543E3">
              <w:rPr>
                <w:szCs w:val="26"/>
              </w:rPr>
              <w:t xml:space="preserve"> </w:t>
            </w:r>
            <w:proofErr w:type="spellStart"/>
            <w:r w:rsidRPr="004543E3">
              <w:rPr>
                <w:szCs w:val="26"/>
              </w:rPr>
              <w:t>trong</w:t>
            </w:r>
            <w:proofErr w:type="spellEnd"/>
            <w:r w:rsidRPr="004543E3">
              <w:rPr>
                <w:szCs w:val="26"/>
              </w:rPr>
              <w:t xml:space="preserve"> </w:t>
            </w:r>
            <w:proofErr w:type="spellStart"/>
            <w:r w:rsidRPr="004543E3">
              <w:rPr>
                <w:szCs w:val="26"/>
              </w:rPr>
              <w:t>tuyển</w:t>
            </w:r>
            <w:proofErr w:type="spellEnd"/>
            <w:r w:rsidRPr="004543E3">
              <w:rPr>
                <w:szCs w:val="26"/>
              </w:rPr>
              <w:t xml:space="preserve"> </w:t>
            </w:r>
            <w:proofErr w:type="spellStart"/>
            <w:r w:rsidRPr="004543E3">
              <w:rPr>
                <w:szCs w:val="26"/>
              </w:rPr>
              <w:t>dụng</w:t>
            </w:r>
            <w:proofErr w:type="spellEnd"/>
            <w:r w:rsidRPr="004543E3">
              <w:rPr>
                <w:szCs w:val="26"/>
              </w:rPr>
              <w:t xml:space="preserve">, </w:t>
            </w:r>
            <w:proofErr w:type="spellStart"/>
            <w:r w:rsidRPr="004543E3">
              <w:rPr>
                <w:szCs w:val="26"/>
              </w:rPr>
              <w:t>sử</w:t>
            </w:r>
            <w:proofErr w:type="spellEnd"/>
            <w:r w:rsidRPr="004543E3">
              <w:rPr>
                <w:szCs w:val="26"/>
              </w:rPr>
              <w:t xml:space="preserve"> </w:t>
            </w:r>
            <w:proofErr w:type="spellStart"/>
            <w:r w:rsidRPr="004543E3">
              <w:rPr>
                <w:szCs w:val="26"/>
              </w:rPr>
              <w:t>dụng</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bố</w:t>
            </w:r>
            <w:proofErr w:type="spellEnd"/>
            <w:r w:rsidRPr="004543E3">
              <w:rPr>
                <w:szCs w:val="26"/>
              </w:rPr>
              <w:t xml:space="preserve"> </w:t>
            </w:r>
            <w:proofErr w:type="spellStart"/>
            <w:r w:rsidRPr="004543E3">
              <w:rPr>
                <w:szCs w:val="26"/>
              </w:rPr>
              <w:t>trí</w:t>
            </w:r>
            <w:proofErr w:type="spellEnd"/>
            <w:r w:rsidRPr="004543E3">
              <w:rPr>
                <w:szCs w:val="26"/>
              </w:rPr>
              <w:t xml:space="preserve"> </w:t>
            </w:r>
            <w:proofErr w:type="spellStart"/>
            <w:r w:rsidRPr="004543E3">
              <w:rPr>
                <w:szCs w:val="26"/>
              </w:rPr>
              <w:t>nhân</w:t>
            </w:r>
            <w:proofErr w:type="spellEnd"/>
            <w:r w:rsidRPr="004543E3">
              <w:rPr>
                <w:szCs w:val="26"/>
              </w:rPr>
              <w:t xml:space="preserve"> </w:t>
            </w:r>
            <w:proofErr w:type="spellStart"/>
            <w:r w:rsidRPr="004543E3">
              <w:rPr>
                <w:szCs w:val="26"/>
              </w:rPr>
              <w:t>sự</w:t>
            </w:r>
            <w:proofErr w:type="spellEnd"/>
            <w:r w:rsidRPr="004543E3">
              <w:rPr>
                <w:szCs w:val="26"/>
              </w:rPr>
              <w:t xml:space="preserve"> </w:t>
            </w:r>
            <w:proofErr w:type="spellStart"/>
            <w:r w:rsidRPr="004543E3">
              <w:rPr>
                <w:szCs w:val="26"/>
              </w:rPr>
              <w:t>đáp</w:t>
            </w:r>
            <w:proofErr w:type="spellEnd"/>
            <w:r w:rsidRPr="004543E3">
              <w:rPr>
                <w:szCs w:val="26"/>
              </w:rPr>
              <w:t xml:space="preserve"> </w:t>
            </w:r>
            <w:proofErr w:type="spellStart"/>
            <w:r w:rsidRPr="004543E3">
              <w:rPr>
                <w:szCs w:val="26"/>
              </w:rPr>
              <w:t>ứng</w:t>
            </w:r>
            <w:proofErr w:type="spellEnd"/>
            <w:r w:rsidRPr="004543E3">
              <w:rPr>
                <w:szCs w:val="26"/>
              </w:rPr>
              <w:t xml:space="preserve"> </w:t>
            </w:r>
            <w:proofErr w:type="spellStart"/>
            <w:r w:rsidRPr="004543E3">
              <w:rPr>
                <w:szCs w:val="26"/>
              </w:rPr>
              <w:t>đặc</w:t>
            </w:r>
            <w:proofErr w:type="spellEnd"/>
            <w:r w:rsidRPr="004543E3">
              <w:rPr>
                <w:szCs w:val="26"/>
              </w:rPr>
              <w:t xml:space="preserve"> </w:t>
            </w:r>
            <w:proofErr w:type="spellStart"/>
            <w:r w:rsidRPr="004543E3">
              <w:rPr>
                <w:szCs w:val="26"/>
              </w:rPr>
              <w:t>thu</w:t>
            </w:r>
            <w:proofErr w:type="spellEnd"/>
            <w:r w:rsidRPr="004543E3">
              <w:rPr>
                <w:szCs w:val="26"/>
              </w:rPr>
              <w:t xml:space="preserve">̀ </w:t>
            </w:r>
            <w:proofErr w:type="spellStart"/>
            <w:r w:rsidRPr="004543E3">
              <w:rPr>
                <w:szCs w:val="26"/>
              </w:rPr>
              <w:t>liên</w:t>
            </w:r>
            <w:proofErr w:type="spellEnd"/>
            <w:r w:rsidRPr="004543E3">
              <w:rPr>
                <w:szCs w:val="26"/>
              </w:rPr>
              <w:t xml:space="preserve"> </w:t>
            </w:r>
            <w:proofErr w:type="spellStart"/>
            <w:r w:rsidRPr="004543E3">
              <w:rPr>
                <w:szCs w:val="26"/>
              </w:rPr>
              <w:t>ngành</w:t>
            </w:r>
            <w:proofErr w:type="spellEnd"/>
            <w:r w:rsidRPr="004543E3">
              <w:rPr>
                <w:szCs w:val="26"/>
              </w:rPr>
              <w:t xml:space="preserve">, </w:t>
            </w:r>
            <w:proofErr w:type="spellStart"/>
            <w:r w:rsidRPr="004543E3">
              <w:rPr>
                <w:szCs w:val="26"/>
              </w:rPr>
              <w:t>đa</w:t>
            </w:r>
            <w:proofErr w:type="spellEnd"/>
            <w:r w:rsidRPr="004543E3">
              <w:rPr>
                <w:szCs w:val="26"/>
              </w:rPr>
              <w:t xml:space="preserve"> </w:t>
            </w:r>
            <w:proofErr w:type="spellStart"/>
            <w:r w:rsidRPr="004543E3">
              <w:rPr>
                <w:szCs w:val="26"/>
              </w:rPr>
              <w:t>lĩnh</w:t>
            </w:r>
            <w:proofErr w:type="spellEnd"/>
            <w:r w:rsidRPr="004543E3">
              <w:rPr>
                <w:szCs w:val="26"/>
              </w:rPr>
              <w:t xml:space="preserve"> </w:t>
            </w:r>
            <w:proofErr w:type="spellStart"/>
            <w:r w:rsidRPr="004543E3">
              <w:rPr>
                <w:szCs w:val="26"/>
              </w:rPr>
              <w:t>vực</w:t>
            </w:r>
            <w:proofErr w:type="spellEnd"/>
            <w:r w:rsidRPr="004543E3">
              <w:rPr>
                <w:szCs w:val="26"/>
              </w:rPr>
              <w:t xml:space="preserve"> </w:t>
            </w:r>
            <w:proofErr w:type="spellStart"/>
            <w:r w:rsidRPr="004543E3">
              <w:rPr>
                <w:szCs w:val="26"/>
              </w:rPr>
              <w:t>của</w:t>
            </w:r>
            <w:proofErr w:type="spellEnd"/>
            <w:r w:rsidRPr="004543E3">
              <w:rPr>
                <w:szCs w:val="26"/>
              </w:rPr>
              <w:t xml:space="preserve"> </w:t>
            </w:r>
            <w:proofErr w:type="spellStart"/>
            <w:r w:rsidRPr="004543E3">
              <w:rPr>
                <w:szCs w:val="26"/>
              </w:rPr>
              <w:t>hoạt</w:t>
            </w:r>
            <w:proofErr w:type="spellEnd"/>
            <w:r w:rsidRPr="004543E3">
              <w:rPr>
                <w:szCs w:val="26"/>
              </w:rPr>
              <w:t xml:space="preserve"> </w:t>
            </w:r>
            <w:proofErr w:type="spellStart"/>
            <w:r w:rsidRPr="004543E3">
              <w:rPr>
                <w:szCs w:val="26"/>
              </w:rPr>
              <w:t>động</w:t>
            </w:r>
            <w:proofErr w:type="spellEnd"/>
            <w:r w:rsidRPr="004543E3">
              <w:rPr>
                <w:szCs w:val="26"/>
              </w:rPr>
              <w:t xml:space="preserve"> </w:t>
            </w:r>
            <w:proofErr w:type="spellStart"/>
            <w:r w:rsidRPr="004543E3">
              <w:rPr>
                <w:szCs w:val="26"/>
              </w:rPr>
              <w:t>kiểm</w:t>
            </w:r>
            <w:proofErr w:type="spellEnd"/>
            <w:r w:rsidRPr="004543E3">
              <w:rPr>
                <w:szCs w:val="26"/>
              </w:rPr>
              <w:t xml:space="preserve"> </w:t>
            </w:r>
            <w:proofErr w:type="spellStart"/>
            <w:r w:rsidRPr="004543E3">
              <w:rPr>
                <w:szCs w:val="26"/>
              </w:rPr>
              <w:t>soát</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w:t>
            </w:r>
          </w:p>
        </w:tc>
      </w:tr>
      <w:tr w:rsidR="00512F52" w:rsidRPr="004543E3" w14:paraId="593179D3" w14:textId="77777777" w:rsidTr="004C2B3E">
        <w:tc>
          <w:tcPr>
            <w:tcW w:w="1098" w:type="dxa"/>
          </w:tcPr>
          <w:p w14:paraId="14607508" w14:textId="19C2E44D" w:rsidR="00512F52" w:rsidRPr="003262F5" w:rsidRDefault="00512F52" w:rsidP="00512F52">
            <w:pPr>
              <w:jc w:val="center"/>
              <w:rPr>
                <w:b/>
                <w:bCs/>
              </w:rPr>
            </w:pPr>
            <w:r w:rsidRPr="003262F5">
              <w:rPr>
                <w:b/>
                <w:bCs/>
              </w:rPr>
              <w:lastRenderedPageBreak/>
              <w:t>1</w:t>
            </w:r>
            <w:r>
              <w:rPr>
                <w:b/>
                <w:bCs/>
              </w:rPr>
              <w:t>1</w:t>
            </w:r>
          </w:p>
        </w:tc>
        <w:tc>
          <w:tcPr>
            <w:tcW w:w="6127" w:type="dxa"/>
          </w:tcPr>
          <w:p w14:paraId="00ACB81A" w14:textId="4AD1C0DB" w:rsidR="00512F52" w:rsidRPr="004543E3" w:rsidRDefault="00512F52" w:rsidP="00563608">
            <w:pPr>
              <w:spacing w:before="120" w:after="120" w:line="240" w:lineRule="auto"/>
              <w:jc w:val="both"/>
              <w:rPr>
                <w:rFonts w:cs="Times New Roman"/>
                <w:b/>
                <w:bCs/>
              </w:rPr>
            </w:pPr>
            <w:proofErr w:type="spellStart"/>
            <w:r w:rsidRPr="004543E3">
              <w:rPr>
                <w:rFonts w:cs="Times New Roman"/>
                <w:b/>
                <w:bCs/>
              </w:rPr>
              <w:t>Sơ</w:t>
            </w:r>
            <w:proofErr w:type="spellEnd"/>
            <w:r w:rsidRPr="004543E3">
              <w:rPr>
                <w:rFonts w:cs="Times New Roman"/>
                <w:b/>
                <w:bCs/>
              </w:rPr>
              <w:t xml:space="preserve">̉ KH&amp;CN </w:t>
            </w:r>
            <w:proofErr w:type="spellStart"/>
            <w:r w:rsidRPr="004543E3">
              <w:rPr>
                <w:rFonts w:cs="Times New Roman"/>
                <w:b/>
                <w:bCs/>
              </w:rPr>
              <w:t>thành</w:t>
            </w:r>
            <w:proofErr w:type="spellEnd"/>
            <w:r w:rsidRPr="004543E3">
              <w:rPr>
                <w:rFonts w:cs="Times New Roman"/>
                <w:b/>
                <w:bCs/>
              </w:rPr>
              <w:t xml:space="preserve"> </w:t>
            </w:r>
            <w:proofErr w:type="spellStart"/>
            <w:r w:rsidRPr="004543E3">
              <w:rPr>
                <w:rFonts w:cs="Times New Roman"/>
                <w:b/>
                <w:bCs/>
              </w:rPr>
              <w:t>phô</w:t>
            </w:r>
            <w:proofErr w:type="spellEnd"/>
            <w:r w:rsidRPr="004543E3">
              <w:rPr>
                <w:rFonts w:cs="Times New Roman"/>
                <w:b/>
                <w:bCs/>
              </w:rPr>
              <w:t xml:space="preserve">́ </w:t>
            </w:r>
            <w:proofErr w:type="spellStart"/>
            <w:r w:rsidRPr="004543E3">
              <w:rPr>
                <w:rFonts w:cs="Times New Roman"/>
                <w:b/>
                <w:bCs/>
              </w:rPr>
              <w:t>Hải</w:t>
            </w:r>
            <w:proofErr w:type="spellEnd"/>
            <w:r w:rsidRPr="004543E3">
              <w:rPr>
                <w:rFonts w:cs="Times New Roman"/>
                <w:b/>
                <w:bCs/>
              </w:rPr>
              <w:t xml:space="preserve"> </w:t>
            </w:r>
            <w:proofErr w:type="spellStart"/>
            <w:r w:rsidRPr="004543E3">
              <w:rPr>
                <w:rFonts w:cs="Times New Roman"/>
                <w:b/>
                <w:bCs/>
              </w:rPr>
              <w:t>Phòng</w:t>
            </w:r>
            <w:proofErr w:type="spellEnd"/>
          </w:p>
          <w:p w14:paraId="000A108C" w14:textId="7D1F7B2F" w:rsidR="00512F52" w:rsidRPr="004543E3" w:rsidRDefault="00512F52" w:rsidP="00563608">
            <w:pPr>
              <w:spacing w:before="120" w:after="120" w:line="240" w:lineRule="auto"/>
              <w:jc w:val="both"/>
              <w:rPr>
                <w:rFonts w:cs="Times New Roman"/>
              </w:rPr>
            </w:pPr>
            <w:r w:rsidRPr="004543E3">
              <w:rPr>
                <w:rFonts w:cs="Times New Roman"/>
              </w:rPr>
              <w:t xml:space="preserve"> - </w:t>
            </w:r>
            <w:proofErr w:type="spellStart"/>
            <w:r w:rsidRPr="004543E3">
              <w:rPr>
                <w:rFonts w:cs="Times New Roman"/>
              </w:rPr>
              <w:t>Phần</w:t>
            </w:r>
            <w:proofErr w:type="spellEnd"/>
            <w:r w:rsidRPr="004543E3">
              <w:rPr>
                <w:rFonts w:cs="Times New Roman"/>
              </w:rPr>
              <w:t xml:space="preserve"> </w:t>
            </w:r>
            <w:proofErr w:type="spellStart"/>
            <w:r w:rsidRPr="004543E3">
              <w:rPr>
                <w:rFonts w:cs="Times New Roman"/>
              </w:rPr>
              <w:t>Nơi</w:t>
            </w:r>
            <w:proofErr w:type="spellEnd"/>
            <w:r w:rsidRPr="004543E3">
              <w:rPr>
                <w:rFonts w:cs="Times New Roman"/>
              </w:rPr>
              <w:t xml:space="preserve"> </w:t>
            </w:r>
            <w:proofErr w:type="spellStart"/>
            <w:r w:rsidRPr="004543E3">
              <w:rPr>
                <w:rFonts w:cs="Times New Roman"/>
              </w:rPr>
              <w:t>nhận</w:t>
            </w:r>
            <w:proofErr w:type="spellEnd"/>
            <w:r w:rsidRPr="004543E3">
              <w:rPr>
                <w:rFonts w:cs="Times New Roman"/>
              </w:rPr>
              <w:t xml:space="preserve">: </w:t>
            </w:r>
            <w:proofErr w:type="spellStart"/>
            <w:r w:rsidRPr="004543E3">
              <w:rPr>
                <w:rFonts w:cs="Times New Roman"/>
              </w:rPr>
              <w:t>đề</w:t>
            </w:r>
            <w:proofErr w:type="spellEnd"/>
            <w:r w:rsidRPr="004543E3">
              <w:rPr>
                <w:rFonts w:cs="Times New Roman"/>
              </w:rPr>
              <w:t xml:space="preserve"> </w:t>
            </w:r>
            <w:proofErr w:type="spellStart"/>
            <w:r w:rsidRPr="004543E3">
              <w:rPr>
                <w:rFonts w:cs="Times New Roman"/>
              </w:rPr>
              <w:t>nghị</w:t>
            </w:r>
            <w:proofErr w:type="spellEnd"/>
            <w:r w:rsidRPr="004543E3">
              <w:rPr>
                <w:rFonts w:cs="Times New Roman"/>
              </w:rPr>
              <w:t xml:space="preserve"> </w:t>
            </w:r>
            <w:proofErr w:type="spellStart"/>
            <w:r w:rsidRPr="004543E3">
              <w:rPr>
                <w:rFonts w:cs="Times New Roman"/>
              </w:rPr>
              <w:t>sửa</w:t>
            </w:r>
            <w:proofErr w:type="spellEnd"/>
            <w:r w:rsidRPr="004543E3">
              <w:rPr>
                <w:rFonts w:cs="Times New Roman"/>
              </w:rPr>
              <w:t xml:space="preserve"> </w:t>
            </w:r>
            <w:proofErr w:type="spellStart"/>
            <w:r w:rsidRPr="004543E3">
              <w:rPr>
                <w:rFonts w:cs="Times New Roman"/>
              </w:rPr>
              <w:t>từ</w:t>
            </w:r>
            <w:proofErr w:type="spellEnd"/>
            <w:r w:rsidRPr="004543E3">
              <w:rPr>
                <w:rFonts w:cs="Times New Roman"/>
              </w:rPr>
              <w:t xml:space="preserve"> </w:t>
            </w:r>
            <w:proofErr w:type="spellStart"/>
            <w:r w:rsidRPr="004543E3">
              <w:rPr>
                <w:rFonts w:cs="Times New Roman"/>
              </w:rPr>
              <w:t>viết</w:t>
            </w:r>
            <w:proofErr w:type="spellEnd"/>
            <w:r w:rsidRPr="004543E3">
              <w:rPr>
                <w:rFonts w:cs="Times New Roman"/>
              </w:rPr>
              <w:t xml:space="preserve"> </w:t>
            </w:r>
            <w:proofErr w:type="spellStart"/>
            <w:r w:rsidRPr="004543E3">
              <w:rPr>
                <w:rFonts w:cs="Times New Roman"/>
              </w:rPr>
              <w:t>tắt</w:t>
            </w:r>
            <w:proofErr w:type="spellEnd"/>
            <w:r w:rsidRPr="004543E3">
              <w:rPr>
                <w:rFonts w:cs="Times New Roman"/>
              </w:rPr>
              <w:t xml:space="preserve"> “TƯ </w:t>
            </w:r>
            <w:proofErr w:type="spellStart"/>
            <w:r w:rsidRPr="004543E3">
              <w:rPr>
                <w:rFonts w:cs="Times New Roman"/>
              </w:rPr>
              <w:t>thành</w:t>
            </w:r>
            <w:proofErr w:type="spellEnd"/>
            <w:r w:rsidRPr="004543E3">
              <w:rPr>
                <w:rFonts w:cs="Times New Roman"/>
              </w:rPr>
              <w:t xml:space="preserve"> TW”; </w:t>
            </w:r>
            <w:proofErr w:type="spellStart"/>
            <w:r w:rsidRPr="004543E3">
              <w:rPr>
                <w:rFonts w:cs="Times New Roman"/>
              </w:rPr>
              <w:t>cơ</w:t>
            </w:r>
            <w:proofErr w:type="spellEnd"/>
            <w:r w:rsidRPr="004543E3">
              <w:rPr>
                <w:rFonts w:cs="Times New Roman"/>
              </w:rPr>
              <w:t xml:space="preserve"> </w:t>
            </w:r>
            <w:proofErr w:type="spellStart"/>
            <w:r w:rsidRPr="004543E3">
              <w:rPr>
                <w:rFonts w:cs="Times New Roman"/>
              </w:rPr>
              <w:t>quan</w:t>
            </w:r>
            <w:proofErr w:type="spellEnd"/>
            <w:r w:rsidRPr="004543E3">
              <w:rPr>
                <w:rFonts w:cs="Times New Roman"/>
              </w:rPr>
              <w:t xml:space="preserve"> “Cục </w:t>
            </w:r>
            <w:proofErr w:type="spellStart"/>
            <w:r w:rsidRPr="004543E3">
              <w:rPr>
                <w:rFonts w:cs="Times New Roman"/>
              </w:rPr>
              <w:t>Kiểm</w:t>
            </w:r>
            <w:proofErr w:type="spellEnd"/>
            <w:r w:rsidRPr="004543E3">
              <w:rPr>
                <w:rFonts w:cs="Times New Roman"/>
              </w:rPr>
              <w:t xml:space="preserve"> </w:t>
            </w:r>
            <w:proofErr w:type="spellStart"/>
            <w:r w:rsidRPr="004543E3">
              <w:rPr>
                <w:rFonts w:cs="Times New Roman"/>
              </w:rPr>
              <w:t>tra</w:t>
            </w:r>
            <w:proofErr w:type="spellEnd"/>
            <w:r w:rsidRPr="004543E3">
              <w:rPr>
                <w:rFonts w:cs="Times New Roman"/>
              </w:rPr>
              <w:t xml:space="preserve"> </w:t>
            </w:r>
            <w:proofErr w:type="spellStart"/>
            <w:r w:rsidRPr="004543E3">
              <w:rPr>
                <w:rFonts w:cs="Times New Roman"/>
              </w:rPr>
              <w:t>văn</w:t>
            </w:r>
            <w:proofErr w:type="spellEnd"/>
            <w:r w:rsidRPr="004543E3">
              <w:rPr>
                <w:rFonts w:cs="Times New Roman"/>
              </w:rPr>
              <w:t xml:space="preserve"> </w:t>
            </w:r>
            <w:proofErr w:type="spellStart"/>
            <w:r w:rsidRPr="004543E3">
              <w:rPr>
                <w:rFonts w:cs="Times New Roman"/>
              </w:rPr>
              <w:t>bản</w:t>
            </w:r>
            <w:proofErr w:type="spellEnd"/>
            <w:r w:rsidRPr="004543E3">
              <w:rPr>
                <w:rFonts w:cs="Times New Roman"/>
              </w:rPr>
              <w:t xml:space="preserve"> QPPL - </w:t>
            </w:r>
            <w:proofErr w:type="spellStart"/>
            <w:r w:rsidRPr="004543E3">
              <w:rPr>
                <w:rFonts w:cs="Times New Roman"/>
              </w:rPr>
              <w:t>Bộ</w:t>
            </w:r>
            <w:proofErr w:type="spellEnd"/>
            <w:r w:rsidRPr="004543E3">
              <w:rPr>
                <w:rFonts w:cs="Times New Roman"/>
              </w:rPr>
              <w:t xml:space="preserve"> </w:t>
            </w:r>
            <w:proofErr w:type="spellStart"/>
            <w:r w:rsidRPr="004543E3">
              <w:rPr>
                <w:rFonts w:cs="Times New Roman"/>
              </w:rPr>
              <w:t>Tư</w:t>
            </w:r>
            <w:proofErr w:type="spellEnd"/>
            <w:r w:rsidRPr="004543E3">
              <w:rPr>
                <w:rFonts w:cs="Times New Roman"/>
              </w:rPr>
              <w:t xml:space="preserve"> </w:t>
            </w:r>
            <w:proofErr w:type="spellStart"/>
            <w:r w:rsidRPr="004543E3">
              <w:rPr>
                <w:rFonts w:cs="Times New Roman"/>
              </w:rPr>
              <w:t>pháp</w:t>
            </w:r>
            <w:proofErr w:type="spellEnd"/>
            <w:r w:rsidRPr="004543E3">
              <w:rPr>
                <w:rFonts w:cs="Times New Roman"/>
              </w:rPr>
              <w:t xml:space="preserve">” </w:t>
            </w:r>
            <w:proofErr w:type="spellStart"/>
            <w:r w:rsidRPr="004543E3">
              <w:rPr>
                <w:rFonts w:cs="Times New Roman"/>
              </w:rPr>
              <w:t>thành</w:t>
            </w:r>
            <w:proofErr w:type="spellEnd"/>
            <w:r w:rsidRPr="004543E3">
              <w:rPr>
                <w:rFonts w:cs="Times New Roman"/>
              </w:rPr>
              <w:t xml:space="preserve"> “Cục </w:t>
            </w:r>
            <w:proofErr w:type="spellStart"/>
            <w:r w:rsidRPr="004543E3">
              <w:rPr>
                <w:rFonts w:cs="Times New Roman"/>
              </w:rPr>
              <w:t>Kiểm</w:t>
            </w:r>
            <w:proofErr w:type="spellEnd"/>
            <w:r w:rsidRPr="004543E3">
              <w:rPr>
                <w:rFonts w:cs="Times New Roman"/>
              </w:rPr>
              <w:t xml:space="preserve"> </w:t>
            </w:r>
            <w:proofErr w:type="spellStart"/>
            <w:r w:rsidRPr="004543E3">
              <w:rPr>
                <w:rFonts w:cs="Times New Roman"/>
              </w:rPr>
              <w:t>tra</w:t>
            </w:r>
            <w:proofErr w:type="spellEnd"/>
            <w:r w:rsidRPr="004543E3">
              <w:rPr>
                <w:rFonts w:cs="Times New Roman"/>
              </w:rPr>
              <w:t xml:space="preserve"> </w:t>
            </w:r>
            <w:proofErr w:type="spellStart"/>
            <w:r w:rsidRPr="004543E3">
              <w:rPr>
                <w:rFonts w:cs="Times New Roman"/>
              </w:rPr>
              <w:t>văn</w:t>
            </w:r>
            <w:proofErr w:type="spellEnd"/>
            <w:r w:rsidRPr="004543E3">
              <w:rPr>
                <w:rFonts w:cs="Times New Roman"/>
              </w:rPr>
              <w:t xml:space="preserve"> </w:t>
            </w:r>
            <w:proofErr w:type="spellStart"/>
            <w:r w:rsidRPr="004543E3">
              <w:rPr>
                <w:rFonts w:cs="Times New Roman"/>
              </w:rPr>
              <w:t>bản</w:t>
            </w:r>
            <w:proofErr w:type="spellEnd"/>
            <w:r w:rsidRPr="004543E3">
              <w:rPr>
                <w:rFonts w:cs="Times New Roman"/>
              </w:rPr>
              <w:t xml:space="preserve"> </w:t>
            </w:r>
            <w:proofErr w:type="spellStart"/>
            <w:r w:rsidRPr="004543E3">
              <w:rPr>
                <w:rFonts w:cs="Times New Roman"/>
              </w:rPr>
              <w:t>va</w:t>
            </w:r>
            <w:proofErr w:type="spellEnd"/>
            <w:r w:rsidRPr="004543E3">
              <w:rPr>
                <w:rFonts w:cs="Times New Roman"/>
              </w:rPr>
              <w:t xml:space="preserve">̀ </w:t>
            </w:r>
            <w:proofErr w:type="spellStart"/>
            <w:r w:rsidRPr="004543E3">
              <w:rPr>
                <w:rFonts w:cs="Times New Roman"/>
              </w:rPr>
              <w:t>Tổ</w:t>
            </w:r>
            <w:proofErr w:type="spellEnd"/>
            <w:r w:rsidRPr="004543E3">
              <w:rPr>
                <w:rFonts w:cs="Times New Roman"/>
              </w:rPr>
              <w:t xml:space="preserve"> </w:t>
            </w:r>
            <w:proofErr w:type="spellStart"/>
            <w:r w:rsidRPr="004543E3">
              <w:rPr>
                <w:rFonts w:cs="Times New Roman"/>
              </w:rPr>
              <w:t>chức</w:t>
            </w:r>
            <w:proofErr w:type="spellEnd"/>
            <w:r w:rsidRPr="004543E3">
              <w:rPr>
                <w:rFonts w:cs="Times New Roman"/>
              </w:rPr>
              <w:t xml:space="preserve"> THPL - </w:t>
            </w:r>
            <w:proofErr w:type="spellStart"/>
            <w:r w:rsidRPr="004543E3">
              <w:rPr>
                <w:rFonts w:cs="Times New Roman"/>
              </w:rPr>
              <w:t>Bộ</w:t>
            </w:r>
            <w:proofErr w:type="spellEnd"/>
            <w:r w:rsidRPr="004543E3">
              <w:rPr>
                <w:rFonts w:cs="Times New Roman"/>
              </w:rPr>
              <w:t xml:space="preserve"> </w:t>
            </w:r>
            <w:proofErr w:type="spellStart"/>
            <w:r w:rsidRPr="004543E3">
              <w:rPr>
                <w:rFonts w:cs="Times New Roman"/>
              </w:rPr>
              <w:t>Tư</w:t>
            </w:r>
            <w:proofErr w:type="spellEnd"/>
            <w:r w:rsidRPr="004543E3">
              <w:rPr>
                <w:rFonts w:cs="Times New Roman"/>
              </w:rPr>
              <w:t xml:space="preserve"> </w:t>
            </w:r>
            <w:proofErr w:type="spellStart"/>
            <w:r w:rsidRPr="004543E3">
              <w:rPr>
                <w:rFonts w:cs="Times New Roman"/>
              </w:rPr>
              <w:t>pháp</w:t>
            </w:r>
            <w:proofErr w:type="spellEnd"/>
            <w:r w:rsidRPr="004543E3">
              <w:rPr>
                <w:rFonts w:cs="Times New Roman"/>
              </w:rPr>
              <w:t xml:space="preserve">” </w:t>
            </w:r>
            <w:proofErr w:type="spellStart"/>
            <w:r w:rsidRPr="004543E3">
              <w:rPr>
                <w:rFonts w:cs="Times New Roman"/>
              </w:rPr>
              <w:t>để</w:t>
            </w:r>
            <w:proofErr w:type="spellEnd"/>
            <w:r w:rsidRPr="004543E3">
              <w:rPr>
                <w:rFonts w:cs="Times New Roman"/>
              </w:rPr>
              <w:t xml:space="preserve"> </w:t>
            </w:r>
            <w:proofErr w:type="spellStart"/>
            <w:r w:rsidRPr="004543E3">
              <w:rPr>
                <w:rFonts w:cs="Times New Roman"/>
              </w:rPr>
              <w:t>bảo</w:t>
            </w:r>
            <w:proofErr w:type="spellEnd"/>
            <w:r w:rsidRPr="004543E3">
              <w:rPr>
                <w:rFonts w:cs="Times New Roman"/>
              </w:rPr>
              <w:t xml:space="preserve"> </w:t>
            </w:r>
            <w:proofErr w:type="spellStart"/>
            <w:r w:rsidRPr="004543E3">
              <w:rPr>
                <w:rFonts w:cs="Times New Roman"/>
              </w:rPr>
              <w:t>đảm</w:t>
            </w:r>
            <w:proofErr w:type="spellEnd"/>
            <w:r w:rsidRPr="004543E3">
              <w:rPr>
                <w:rFonts w:cs="Times New Roman"/>
              </w:rPr>
              <w:t xml:space="preserve"> </w:t>
            </w:r>
            <w:proofErr w:type="spellStart"/>
            <w:r w:rsidRPr="004543E3">
              <w:rPr>
                <w:rFonts w:cs="Times New Roman"/>
              </w:rPr>
              <w:t>chính</w:t>
            </w:r>
            <w:proofErr w:type="spellEnd"/>
            <w:r w:rsidRPr="004543E3">
              <w:rPr>
                <w:rFonts w:cs="Times New Roman"/>
              </w:rPr>
              <w:t xml:space="preserve"> </w:t>
            </w:r>
            <w:proofErr w:type="spellStart"/>
            <w:r w:rsidRPr="004543E3">
              <w:rPr>
                <w:rFonts w:cs="Times New Roman"/>
              </w:rPr>
              <w:t>xác</w:t>
            </w:r>
            <w:proofErr w:type="spellEnd"/>
            <w:r w:rsidRPr="004543E3">
              <w:rPr>
                <w:rFonts w:cs="Times New Roman"/>
              </w:rPr>
              <w:t xml:space="preserve"> </w:t>
            </w:r>
            <w:proofErr w:type="spellStart"/>
            <w:r w:rsidRPr="004543E3">
              <w:rPr>
                <w:rFonts w:cs="Times New Roman"/>
              </w:rPr>
              <w:t>tên</w:t>
            </w:r>
            <w:proofErr w:type="spellEnd"/>
            <w:r w:rsidRPr="004543E3">
              <w:rPr>
                <w:rFonts w:cs="Times New Roman"/>
              </w:rPr>
              <w:t xml:space="preserve"> </w:t>
            </w:r>
            <w:proofErr w:type="spellStart"/>
            <w:r w:rsidRPr="004543E3">
              <w:rPr>
                <w:rFonts w:cs="Times New Roman"/>
              </w:rPr>
              <w:t>gọi</w:t>
            </w:r>
            <w:proofErr w:type="spellEnd"/>
            <w:r w:rsidRPr="004543E3">
              <w:rPr>
                <w:rFonts w:cs="Times New Roman"/>
              </w:rPr>
              <w:t xml:space="preserve"> </w:t>
            </w:r>
            <w:proofErr w:type="spellStart"/>
            <w:r w:rsidRPr="004543E3">
              <w:rPr>
                <w:rFonts w:cs="Times New Roman"/>
              </w:rPr>
              <w:t>của</w:t>
            </w:r>
            <w:proofErr w:type="spellEnd"/>
            <w:r w:rsidRPr="004543E3">
              <w:rPr>
                <w:rFonts w:cs="Times New Roman"/>
              </w:rPr>
              <w:t xml:space="preserve"> </w:t>
            </w:r>
            <w:proofErr w:type="spellStart"/>
            <w:r w:rsidRPr="004543E3">
              <w:rPr>
                <w:rFonts w:cs="Times New Roman"/>
              </w:rPr>
              <w:t>cơ</w:t>
            </w:r>
            <w:proofErr w:type="spellEnd"/>
            <w:r w:rsidRPr="004543E3">
              <w:rPr>
                <w:rFonts w:cs="Times New Roman"/>
              </w:rPr>
              <w:t xml:space="preserve"> </w:t>
            </w:r>
            <w:proofErr w:type="spellStart"/>
            <w:r w:rsidRPr="004543E3">
              <w:rPr>
                <w:rFonts w:cs="Times New Roman"/>
              </w:rPr>
              <w:t>quan</w:t>
            </w:r>
            <w:proofErr w:type="spellEnd"/>
            <w:r w:rsidRPr="004543E3">
              <w:rPr>
                <w:rFonts w:cs="Times New Roman"/>
              </w:rPr>
              <w:t>.</w:t>
            </w:r>
          </w:p>
        </w:tc>
        <w:tc>
          <w:tcPr>
            <w:tcW w:w="7371" w:type="dxa"/>
          </w:tcPr>
          <w:p w14:paraId="1D296C6E" w14:textId="194A659A" w:rsidR="00512F52" w:rsidRPr="004543E3" w:rsidRDefault="00512F52" w:rsidP="00563608">
            <w:pPr>
              <w:spacing w:before="120" w:after="120" w:line="240" w:lineRule="auto"/>
              <w:jc w:val="both"/>
              <w:rPr>
                <w:szCs w:val="26"/>
              </w:rPr>
            </w:pPr>
            <w:proofErr w:type="spellStart"/>
            <w:r w:rsidRPr="004543E3">
              <w:rPr>
                <w:szCs w:val="26"/>
              </w:rPr>
              <w:t>Tiếp</w:t>
            </w:r>
            <w:proofErr w:type="spellEnd"/>
            <w:r w:rsidRPr="004543E3">
              <w:rPr>
                <w:szCs w:val="26"/>
              </w:rPr>
              <w:t xml:space="preserve"> </w:t>
            </w:r>
            <w:proofErr w:type="spellStart"/>
            <w:r w:rsidRPr="004543E3">
              <w:rPr>
                <w:szCs w:val="26"/>
              </w:rPr>
              <w:t>thu</w:t>
            </w:r>
            <w:proofErr w:type="spellEnd"/>
            <w:r w:rsidRPr="004543E3">
              <w:rPr>
                <w:szCs w:val="26"/>
              </w:rPr>
              <w:t xml:space="preserve"> ý </w:t>
            </w:r>
            <w:proofErr w:type="spellStart"/>
            <w:r w:rsidRPr="004543E3">
              <w:rPr>
                <w:szCs w:val="26"/>
              </w:rPr>
              <w:t>kiến</w:t>
            </w:r>
            <w:proofErr w:type="spellEnd"/>
          </w:p>
        </w:tc>
      </w:tr>
      <w:tr w:rsidR="00512F52" w:rsidRPr="004543E3" w14:paraId="6BBF04D8" w14:textId="77777777" w:rsidTr="004C2B3E">
        <w:tc>
          <w:tcPr>
            <w:tcW w:w="1098" w:type="dxa"/>
          </w:tcPr>
          <w:p w14:paraId="342DF6E3" w14:textId="438723A2" w:rsidR="00512F52" w:rsidRPr="003262F5" w:rsidRDefault="00512F52" w:rsidP="00512F52">
            <w:pPr>
              <w:jc w:val="center"/>
              <w:rPr>
                <w:b/>
                <w:bCs/>
              </w:rPr>
            </w:pPr>
            <w:r w:rsidRPr="003262F5">
              <w:rPr>
                <w:b/>
                <w:bCs/>
              </w:rPr>
              <w:t>1</w:t>
            </w:r>
            <w:r>
              <w:rPr>
                <w:b/>
                <w:bCs/>
              </w:rPr>
              <w:t>2</w:t>
            </w:r>
          </w:p>
        </w:tc>
        <w:tc>
          <w:tcPr>
            <w:tcW w:w="6127" w:type="dxa"/>
          </w:tcPr>
          <w:p w14:paraId="7ED10418" w14:textId="5CFBFB8E" w:rsidR="00512F52" w:rsidRPr="004543E3" w:rsidRDefault="00512F52" w:rsidP="00563608">
            <w:pPr>
              <w:spacing w:before="120" w:after="120" w:line="240" w:lineRule="auto"/>
              <w:jc w:val="both"/>
              <w:rPr>
                <w:rFonts w:cs="Times New Roman"/>
                <w:b/>
                <w:bCs/>
              </w:rPr>
            </w:pPr>
            <w:proofErr w:type="spellStart"/>
            <w:r w:rsidRPr="004543E3">
              <w:rPr>
                <w:rFonts w:cs="Times New Roman"/>
                <w:b/>
                <w:bCs/>
              </w:rPr>
              <w:t>Sơ</w:t>
            </w:r>
            <w:proofErr w:type="spellEnd"/>
            <w:r w:rsidRPr="004543E3">
              <w:rPr>
                <w:rFonts w:cs="Times New Roman"/>
                <w:b/>
                <w:bCs/>
              </w:rPr>
              <w:t xml:space="preserve">̉ KH&amp;CN </w:t>
            </w:r>
            <w:proofErr w:type="spellStart"/>
            <w:r w:rsidRPr="004543E3">
              <w:rPr>
                <w:rFonts w:cs="Times New Roman"/>
                <w:b/>
                <w:bCs/>
              </w:rPr>
              <w:t>tỉnh</w:t>
            </w:r>
            <w:proofErr w:type="spellEnd"/>
            <w:r w:rsidRPr="004543E3">
              <w:rPr>
                <w:rFonts w:cs="Times New Roman"/>
                <w:b/>
                <w:bCs/>
              </w:rPr>
              <w:t xml:space="preserve"> </w:t>
            </w:r>
            <w:proofErr w:type="spellStart"/>
            <w:r w:rsidRPr="004543E3">
              <w:rPr>
                <w:rFonts w:cs="Times New Roman"/>
                <w:b/>
                <w:bCs/>
              </w:rPr>
              <w:t>Khánh</w:t>
            </w:r>
            <w:proofErr w:type="spellEnd"/>
            <w:r w:rsidRPr="004543E3">
              <w:rPr>
                <w:rFonts w:cs="Times New Roman"/>
                <w:b/>
                <w:bCs/>
              </w:rPr>
              <w:t xml:space="preserve"> </w:t>
            </w:r>
            <w:proofErr w:type="spellStart"/>
            <w:r w:rsidRPr="004543E3">
              <w:rPr>
                <w:rFonts w:cs="Times New Roman"/>
                <w:b/>
                <w:bCs/>
              </w:rPr>
              <w:t>Hòa</w:t>
            </w:r>
            <w:proofErr w:type="spellEnd"/>
          </w:p>
          <w:p w14:paraId="1E042A21" w14:textId="6ABAF05E" w:rsidR="00512F52" w:rsidRPr="004543E3" w:rsidRDefault="00512F52" w:rsidP="00563608">
            <w:pPr>
              <w:spacing w:before="120" w:after="120" w:line="240" w:lineRule="auto"/>
              <w:jc w:val="both"/>
              <w:rPr>
                <w:rFonts w:cs="Times New Roman"/>
              </w:rPr>
            </w:pPr>
            <w:r w:rsidRPr="004543E3">
              <w:rPr>
                <w:rFonts w:cs="Times New Roman"/>
              </w:rPr>
              <w:t xml:space="preserve">- </w:t>
            </w:r>
            <w:proofErr w:type="spellStart"/>
            <w:r w:rsidRPr="004543E3">
              <w:rPr>
                <w:rFonts w:cs="Times New Roman"/>
              </w:rPr>
              <w:t>Tại</w:t>
            </w:r>
            <w:proofErr w:type="spellEnd"/>
            <w:r w:rsidRPr="004543E3">
              <w:rPr>
                <w:rFonts w:cs="Times New Roman"/>
              </w:rPr>
              <w:t xml:space="preserve"> </w:t>
            </w:r>
            <w:proofErr w:type="spellStart"/>
            <w:r w:rsidRPr="004543E3">
              <w:rPr>
                <w:rFonts w:cs="Times New Roman"/>
              </w:rPr>
              <w:t>Điểm</w:t>
            </w:r>
            <w:proofErr w:type="spellEnd"/>
            <w:r w:rsidRPr="004543E3">
              <w:rPr>
                <w:rFonts w:cs="Times New Roman"/>
              </w:rPr>
              <w:t xml:space="preserve"> a </w:t>
            </w:r>
            <w:proofErr w:type="spellStart"/>
            <w:r w:rsidRPr="004543E3">
              <w:rPr>
                <w:rFonts w:cs="Times New Roman"/>
              </w:rPr>
              <w:t>Khoản</w:t>
            </w:r>
            <w:proofErr w:type="spellEnd"/>
            <w:r w:rsidRPr="004543E3">
              <w:rPr>
                <w:rFonts w:cs="Times New Roman"/>
              </w:rPr>
              <w:t xml:space="preserve"> 3 </w:t>
            </w:r>
            <w:proofErr w:type="spellStart"/>
            <w:r w:rsidRPr="004543E3">
              <w:rPr>
                <w:rFonts w:cs="Times New Roman"/>
              </w:rPr>
              <w:t>của</w:t>
            </w:r>
            <w:proofErr w:type="spellEnd"/>
            <w:r w:rsidRPr="004543E3">
              <w:rPr>
                <w:rFonts w:cs="Times New Roman"/>
              </w:rPr>
              <w:t xml:space="preserve"> </w:t>
            </w:r>
            <w:proofErr w:type="spellStart"/>
            <w:r w:rsidRPr="004543E3">
              <w:rPr>
                <w:rFonts w:cs="Times New Roman"/>
              </w:rPr>
              <w:t>Điều</w:t>
            </w:r>
            <w:proofErr w:type="spellEnd"/>
            <w:r w:rsidRPr="004543E3">
              <w:rPr>
                <w:rFonts w:cs="Times New Roman"/>
              </w:rPr>
              <w:t xml:space="preserve"> 5, 6, 7 </w:t>
            </w:r>
            <w:proofErr w:type="spellStart"/>
            <w:r w:rsidRPr="004543E3">
              <w:rPr>
                <w:rFonts w:cs="Times New Roman"/>
              </w:rPr>
              <w:t>đề</w:t>
            </w:r>
            <w:proofErr w:type="spellEnd"/>
            <w:r w:rsidRPr="004543E3">
              <w:rPr>
                <w:rFonts w:cs="Times New Roman"/>
              </w:rPr>
              <w:t xml:space="preserve"> </w:t>
            </w:r>
            <w:proofErr w:type="spellStart"/>
            <w:r w:rsidRPr="004543E3">
              <w:rPr>
                <w:rFonts w:cs="Times New Roman"/>
              </w:rPr>
              <w:t>nghị</w:t>
            </w:r>
            <w:proofErr w:type="spellEnd"/>
            <w:r w:rsidRPr="004543E3">
              <w:rPr>
                <w:rFonts w:cs="Times New Roman"/>
              </w:rPr>
              <w:t xml:space="preserve"> </w:t>
            </w:r>
            <w:proofErr w:type="spellStart"/>
            <w:r w:rsidRPr="004543E3">
              <w:rPr>
                <w:rFonts w:cs="Times New Roman"/>
              </w:rPr>
              <w:t>sửa</w:t>
            </w:r>
            <w:proofErr w:type="spellEnd"/>
            <w:r w:rsidRPr="004543E3">
              <w:rPr>
                <w:rFonts w:cs="Times New Roman"/>
              </w:rPr>
              <w:t xml:space="preserve"> </w:t>
            </w:r>
            <w:proofErr w:type="spellStart"/>
            <w:r w:rsidRPr="004543E3">
              <w:rPr>
                <w:rFonts w:cs="Times New Roman"/>
              </w:rPr>
              <w:t>đổi</w:t>
            </w:r>
            <w:proofErr w:type="spellEnd"/>
            <w:r w:rsidRPr="004543E3">
              <w:rPr>
                <w:rFonts w:cs="Times New Roman"/>
              </w:rPr>
              <w:t xml:space="preserve"> </w:t>
            </w:r>
            <w:proofErr w:type="spellStart"/>
            <w:r w:rsidRPr="004543E3">
              <w:rPr>
                <w:rFonts w:cs="Times New Roman"/>
              </w:rPr>
              <w:t>lại</w:t>
            </w:r>
            <w:proofErr w:type="spellEnd"/>
            <w:r w:rsidRPr="004543E3">
              <w:rPr>
                <w:rFonts w:cs="Times New Roman"/>
              </w:rPr>
              <w:t xml:space="preserve"> </w:t>
            </w:r>
            <w:proofErr w:type="spellStart"/>
            <w:r w:rsidRPr="004543E3">
              <w:rPr>
                <w:rFonts w:cs="Times New Roman"/>
              </w:rPr>
              <w:t>như</w:t>
            </w:r>
            <w:proofErr w:type="spellEnd"/>
            <w:r w:rsidRPr="004543E3">
              <w:rPr>
                <w:rFonts w:cs="Times New Roman"/>
              </w:rPr>
              <w:t xml:space="preserve"> </w:t>
            </w:r>
            <w:proofErr w:type="spellStart"/>
            <w:r w:rsidRPr="004543E3">
              <w:rPr>
                <w:rFonts w:cs="Times New Roman"/>
              </w:rPr>
              <w:t>sau</w:t>
            </w:r>
            <w:proofErr w:type="spellEnd"/>
            <w:r w:rsidRPr="004543E3">
              <w:rPr>
                <w:rFonts w:cs="Times New Roman"/>
              </w:rPr>
              <w:t>:</w:t>
            </w:r>
          </w:p>
          <w:p w14:paraId="20D0F5C7" w14:textId="77777777" w:rsidR="00512F52" w:rsidRPr="004543E3" w:rsidRDefault="00512F52" w:rsidP="00563608">
            <w:pPr>
              <w:spacing w:before="120" w:after="120" w:line="240" w:lineRule="auto"/>
              <w:jc w:val="both"/>
              <w:rPr>
                <w:rFonts w:cs="Times New Roman"/>
              </w:rPr>
            </w:pPr>
            <w:r w:rsidRPr="004543E3">
              <w:rPr>
                <w:rFonts w:cs="Times New Roman"/>
              </w:rPr>
              <w:t xml:space="preserve">“a) </w:t>
            </w:r>
            <w:proofErr w:type="spellStart"/>
            <w:r w:rsidRPr="004543E3">
              <w:rPr>
                <w:rFonts w:cs="Times New Roman"/>
              </w:rPr>
              <w:t>Có</w:t>
            </w:r>
            <w:proofErr w:type="spellEnd"/>
            <w:r w:rsidRPr="004543E3">
              <w:rPr>
                <w:rFonts w:cs="Times New Roman"/>
              </w:rPr>
              <w:t xml:space="preserve"> </w:t>
            </w:r>
            <w:proofErr w:type="spellStart"/>
            <w:r w:rsidRPr="004543E3">
              <w:rPr>
                <w:rFonts w:cs="Times New Roman"/>
              </w:rPr>
              <w:t>bằng</w:t>
            </w:r>
            <w:proofErr w:type="spellEnd"/>
            <w:r w:rsidRPr="004543E3">
              <w:rPr>
                <w:rFonts w:cs="Times New Roman"/>
              </w:rPr>
              <w:t xml:space="preserve"> </w:t>
            </w:r>
            <w:proofErr w:type="spellStart"/>
            <w:r w:rsidRPr="004543E3">
              <w:rPr>
                <w:rFonts w:cs="Times New Roman"/>
              </w:rPr>
              <w:t>tốt</w:t>
            </w:r>
            <w:proofErr w:type="spellEnd"/>
            <w:r w:rsidRPr="004543E3">
              <w:rPr>
                <w:rFonts w:cs="Times New Roman"/>
              </w:rPr>
              <w:t xml:space="preserve"> </w:t>
            </w:r>
            <w:proofErr w:type="spellStart"/>
            <w:r w:rsidRPr="004543E3">
              <w:rPr>
                <w:rFonts w:cs="Times New Roman"/>
              </w:rPr>
              <w:t>nghiệp</w:t>
            </w:r>
            <w:proofErr w:type="spellEnd"/>
            <w:r w:rsidRPr="004543E3">
              <w:rPr>
                <w:rFonts w:cs="Times New Roman"/>
              </w:rPr>
              <w:t xml:space="preserve"> </w:t>
            </w:r>
            <w:proofErr w:type="spellStart"/>
            <w:r w:rsidRPr="004543E3">
              <w:rPr>
                <w:rFonts w:cs="Times New Roman"/>
              </w:rPr>
              <w:t>đại</w:t>
            </w:r>
            <w:proofErr w:type="spellEnd"/>
            <w:r w:rsidRPr="004543E3">
              <w:rPr>
                <w:rFonts w:cs="Times New Roman"/>
              </w:rPr>
              <w:t xml:space="preserve"> </w:t>
            </w:r>
            <w:proofErr w:type="spellStart"/>
            <w:r w:rsidRPr="004543E3">
              <w:rPr>
                <w:rFonts w:cs="Times New Roman"/>
              </w:rPr>
              <w:t>học</w:t>
            </w:r>
            <w:proofErr w:type="spellEnd"/>
            <w:r w:rsidRPr="004543E3">
              <w:rPr>
                <w:rFonts w:cs="Times New Roman"/>
              </w:rPr>
              <w:t xml:space="preserve"> </w:t>
            </w:r>
            <w:proofErr w:type="spellStart"/>
            <w:r w:rsidRPr="004543E3">
              <w:rPr>
                <w:rFonts w:cs="Times New Roman"/>
              </w:rPr>
              <w:t>hoặc</w:t>
            </w:r>
            <w:proofErr w:type="spellEnd"/>
            <w:r w:rsidRPr="004543E3">
              <w:rPr>
                <w:rFonts w:cs="Times New Roman"/>
              </w:rPr>
              <w:t xml:space="preserve"> </w:t>
            </w:r>
            <w:proofErr w:type="spellStart"/>
            <w:r w:rsidRPr="004543E3">
              <w:rPr>
                <w:rFonts w:cs="Times New Roman"/>
              </w:rPr>
              <w:t>sau</w:t>
            </w:r>
            <w:proofErr w:type="spellEnd"/>
            <w:r w:rsidRPr="004543E3">
              <w:rPr>
                <w:rFonts w:cs="Times New Roman"/>
              </w:rPr>
              <w:t xml:space="preserve"> </w:t>
            </w:r>
            <w:proofErr w:type="spellStart"/>
            <w:r w:rsidRPr="004543E3">
              <w:rPr>
                <w:rFonts w:cs="Times New Roman"/>
              </w:rPr>
              <w:t>đại</w:t>
            </w:r>
            <w:proofErr w:type="spellEnd"/>
            <w:r w:rsidRPr="004543E3">
              <w:rPr>
                <w:rFonts w:cs="Times New Roman"/>
              </w:rPr>
              <w:t xml:space="preserve"> </w:t>
            </w:r>
            <w:proofErr w:type="spellStart"/>
            <w:r w:rsidRPr="004543E3">
              <w:rPr>
                <w:rFonts w:cs="Times New Roman"/>
              </w:rPr>
              <w:t>học</w:t>
            </w:r>
            <w:proofErr w:type="spellEnd"/>
            <w:r w:rsidRPr="004543E3">
              <w:rPr>
                <w:rFonts w:cs="Times New Roman"/>
              </w:rPr>
              <w:t xml:space="preserve"> (</w:t>
            </w:r>
            <w:proofErr w:type="spellStart"/>
            <w:r w:rsidRPr="004543E3">
              <w:rPr>
                <w:rFonts w:cs="Times New Roman"/>
              </w:rPr>
              <w:t>thạc</w:t>
            </w:r>
            <w:proofErr w:type="spellEnd"/>
            <w:r w:rsidRPr="004543E3">
              <w:rPr>
                <w:rFonts w:cs="Times New Roman"/>
              </w:rPr>
              <w:t xml:space="preserve"> </w:t>
            </w:r>
            <w:proofErr w:type="spellStart"/>
            <w:r w:rsidRPr="004543E3">
              <w:rPr>
                <w:rFonts w:cs="Times New Roman"/>
              </w:rPr>
              <w:t>sĩ</w:t>
            </w:r>
            <w:proofErr w:type="spellEnd"/>
            <w:r w:rsidRPr="004543E3">
              <w:rPr>
                <w:rFonts w:cs="Times New Roman"/>
              </w:rPr>
              <w:t xml:space="preserve">, </w:t>
            </w:r>
            <w:proofErr w:type="spellStart"/>
            <w:r w:rsidRPr="004543E3">
              <w:rPr>
                <w:rFonts w:cs="Times New Roman"/>
              </w:rPr>
              <w:t>tiến</w:t>
            </w:r>
            <w:proofErr w:type="spellEnd"/>
            <w:r w:rsidRPr="004543E3">
              <w:rPr>
                <w:rFonts w:cs="Times New Roman"/>
              </w:rPr>
              <w:t xml:space="preserve"> </w:t>
            </w:r>
            <w:proofErr w:type="spellStart"/>
            <w:r w:rsidRPr="004543E3">
              <w:rPr>
                <w:rFonts w:cs="Times New Roman"/>
              </w:rPr>
              <w:t>sĩ</w:t>
            </w:r>
            <w:proofErr w:type="spellEnd"/>
            <w:r w:rsidRPr="004543E3">
              <w:rPr>
                <w:rFonts w:cs="Times New Roman"/>
              </w:rPr>
              <w:t>).”</w:t>
            </w:r>
          </w:p>
          <w:p w14:paraId="293AAB86" w14:textId="77777777" w:rsidR="00512F52" w:rsidRPr="004543E3" w:rsidRDefault="00512F52" w:rsidP="00563608">
            <w:pPr>
              <w:spacing w:before="120" w:after="120" w:line="240" w:lineRule="auto"/>
              <w:jc w:val="both"/>
              <w:rPr>
                <w:rFonts w:cs="Times New Roman"/>
              </w:rPr>
            </w:pPr>
            <w:r w:rsidRPr="004543E3">
              <w:rPr>
                <w:rFonts w:cs="Times New Roman"/>
              </w:rPr>
              <w:t xml:space="preserve">Lý </w:t>
            </w:r>
            <w:proofErr w:type="gramStart"/>
            <w:r w:rsidRPr="004543E3">
              <w:rPr>
                <w:rFonts w:cs="Times New Roman"/>
              </w:rPr>
              <w:t>do</w:t>
            </w:r>
            <w:proofErr w:type="gramEnd"/>
            <w:r w:rsidRPr="004543E3">
              <w:rPr>
                <w:rFonts w:cs="Times New Roman"/>
              </w:rPr>
              <w:t xml:space="preserve">: </w:t>
            </w:r>
            <w:proofErr w:type="spellStart"/>
            <w:r w:rsidRPr="004543E3">
              <w:rPr>
                <w:rFonts w:cs="Times New Roman"/>
              </w:rPr>
              <w:t>Để</w:t>
            </w:r>
            <w:proofErr w:type="spellEnd"/>
            <w:r w:rsidRPr="004543E3">
              <w:rPr>
                <w:rFonts w:cs="Times New Roman"/>
              </w:rPr>
              <w:t xml:space="preserve"> </w:t>
            </w:r>
            <w:proofErr w:type="spellStart"/>
            <w:r w:rsidRPr="004543E3">
              <w:rPr>
                <w:rFonts w:cs="Times New Roman"/>
              </w:rPr>
              <w:t>diễn</w:t>
            </w:r>
            <w:proofErr w:type="spellEnd"/>
            <w:r w:rsidRPr="004543E3">
              <w:rPr>
                <w:rFonts w:cs="Times New Roman"/>
              </w:rPr>
              <w:t xml:space="preserve"> </w:t>
            </w:r>
            <w:proofErr w:type="spellStart"/>
            <w:r w:rsidRPr="004543E3">
              <w:rPr>
                <w:rFonts w:cs="Times New Roman"/>
              </w:rPr>
              <w:t>đạt</w:t>
            </w:r>
            <w:proofErr w:type="spellEnd"/>
            <w:r w:rsidRPr="004543E3">
              <w:rPr>
                <w:rFonts w:cs="Times New Roman"/>
              </w:rPr>
              <w:t xml:space="preserve"> </w:t>
            </w:r>
            <w:proofErr w:type="spellStart"/>
            <w:r w:rsidRPr="004543E3">
              <w:rPr>
                <w:rFonts w:cs="Times New Roman"/>
              </w:rPr>
              <w:t>rõ</w:t>
            </w:r>
            <w:proofErr w:type="spellEnd"/>
            <w:r w:rsidRPr="004543E3">
              <w:rPr>
                <w:rFonts w:cs="Times New Roman"/>
              </w:rPr>
              <w:t xml:space="preserve"> </w:t>
            </w:r>
            <w:proofErr w:type="spellStart"/>
            <w:r w:rsidRPr="004543E3">
              <w:rPr>
                <w:rFonts w:cs="Times New Roman"/>
              </w:rPr>
              <w:t>ràng</w:t>
            </w:r>
            <w:proofErr w:type="spellEnd"/>
            <w:r w:rsidRPr="004543E3">
              <w:rPr>
                <w:rFonts w:cs="Times New Roman"/>
              </w:rPr>
              <w:t xml:space="preserve">, </w:t>
            </w:r>
            <w:proofErr w:type="spellStart"/>
            <w:r w:rsidRPr="004543E3">
              <w:rPr>
                <w:rFonts w:cs="Times New Roman"/>
              </w:rPr>
              <w:t>cụ</w:t>
            </w:r>
            <w:proofErr w:type="spellEnd"/>
            <w:r w:rsidRPr="004543E3">
              <w:rPr>
                <w:rFonts w:cs="Times New Roman"/>
              </w:rPr>
              <w:t xml:space="preserve"> </w:t>
            </w:r>
            <w:proofErr w:type="spellStart"/>
            <w:r w:rsidRPr="004543E3">
              <w:rPr>
                <w:rFonts w:cs="Times New Roman"/>
              </w:rPr>
              <w:t>thể</w:t>
            </w:r>
            <w:proofErr w:type="spellEnd"/>
            <w:r w:rsidRPr="004543E3">
              <w:rPr>
                <w:rFonts w:cs="Times New Roman"/>
              </w:rPr>
              <w:t xml:space="preserve"> </w:t>
            </w:r>
            <w:proofErr w:type="spellStart"/>
            <w:r w:rsidRPr="004543E3">
              <w:rPr>
                <w:rFonts w:cs="Times New Roman"/>
              </w:rPr>
              <w:t>các</w:t>
            </w:r>
            <w:proofErr w:type="spellEnd"/>
            <w:r w:rsidRPr="004543E3">
              <w:rPr>
                <w:rFonts w:cs="Times New Roman"/>
              </w:rPr>
              <w:t xml:space="preserve"> </w:t>
            </w:r>
            <w:proofErr w:type="spellStart"/>
            <w:r w:rsidRPr="004543E3">
              <w:rPr>
                <w:rFonts w:cs="Times New Roman"/>
              </w:rPr>
              <w:t>trình</w:t>
            </w:r>
            <w:proofErr w:type="spellEnd"/>
            <w:r w:rsidRPr="004543E3">
              <w:rPr>
                <w:rFonts w:cs="Times New Roman"/>
              </w:rPr>
              <w:t xml:space="preserve"> </w:t>
            </w:r>
            <w:proofErr w:type="spellStart"/>
            <w:r w:rsidRPr="004543E3">
              <w:rPr>
                <w:rFonts w:cs="Times New Roman"/>
              </w:rPr>
              <w:t>độ</w:t>
            </w:r>
            <w:proofErr w:type="spellEnd"/>
            <w:r w:rsidRPr="004543E3">
              <w:rPr>
                <w:rFonts w:cs="Times New Roman"/>
              </w:rPr>
              <w:t xml:space="preserve"> </w:t>
            </w:r>
            <w:proofErr w:type="spellStart"/>
            <w:r w:rsidRPr="004543E3">
              <w:rPr>
                <w:rFonts w:cs="Times New Roman"/>
              </w:rPr>
              <w:t>đào</w:t>
            </w:r>
            <w:proofErr w:type="spellEnd"/>
            <w:r w:rsidRPr="004543E3">
              <w:rPr>
                <w:rFonts w:cs="Times New Roman"/>
              </w:rPr>
              <w:t xml:space="preserve"> </w:t>
            </w:r>
            <w:proofErr w:type="spellStart"/>
            <w:r w:rsidRPr="004543E3">
              <w:rPr>
                <w:rFonts w:cs="Times New Roman"/>
              </w:rPr>
              <w:t>tạo</w:t>
            </w:r>
            <w:proofErr w:type="spellEnd"/>
            <w:r w:rsidRPr="004543E3">
              <w:rPr>
                <w:rFonts w:cs="Times New Roman"/>
              </w:rPr>
              <w:t xml:space="preserve">, </w:t>
            </w:r>
            <w:proofErr w:type="spellStart"/>
            <w:r w:rsidRPr="004543E3">
              <w:rPr>
                <w:rFonts w:cs="Times New Roman"/>
              </w:rPr>
              <w:t>bảo</w:t>
            </w:r>
            <w:proofErr w:type="spellEnd"/>
            <w:r w:rsidRPr="004543E3">
              <w:rPr>
                <w:rFonts w:cs="Times New Roman"/>
              </w:rPr>
              <w:t xml:space="preserve"> </w:t>
            </w:r>
            <w:proofErr w:type="spellStart"/>
            <w:r w:rsidRPr="004543E3">
              <w:rPr>
                <w:rFonts w:cs="Times New Roman"/>
              </w:rPr>
              <w:t>đảm</w:t>
            </w:r>
            <w:proofErr w:type="spellEnd"/>
            <w:r w:rsidRPr="004543E3">
              <w:rPr>
                <w:rFonts w:cs="Times New Roman"/>
              </w:rPr>
              <w:t xml:space="preserve"> </w:t>
            </w:r>
            <w:proofErr w:type="spellStart"/>
            <w:r w:rsidRPr="004543E3">
              <w:rPr>
                <w:rFonts w:cs="Times New Roman"/>
              </w:rPr>
              <w:t>thống</w:t>
            </w:r>
            <w:proofErr w:type="spellEnd"/>
            <w:r w:rsidRPr="004543E3">
              <w:rPr>
                <w:rFonts w:cs="Times New Roman"/>
              </w:rPr>
              <w:t xml:space="preserve"> </w:t>
            </w:r>
            <w:proofErr w:type="spellStart"/>
            <w:r w:rsidRPr="004543E3">
              <w:rPr>
                <w:rFonts w:cs="Times New Roman"/>
              </w:rPr>
              <w:t>nhất</w:t>
            </w:r>
            <w:proofErr w:type="spellEnd"/>
            <w:r w:rsidRPr="004543E3">
              <w:rPr>
                <w:rFonts w:cs="Times New Roman"/>
              </w:rPr>
              <w:t xml:space="preserve"> </w:t>
            </w:r>
            <w:proofErr w:type="spellStart"/>
            <w:r w:rsidRPr="004543E3">
              <w:rPr>
                <w:rFonts w:cs="Times New Roman"/>
              </w:rPr>
              <w:t>với</w:t>
            </w:r>
            <w:proofErr w:type="spellEnd"/>
            <w:r w:rsidRPr="004543E3">
              <w:rPr>
                <w:rFonts w:cs="Times New Roman"/>
              </w:rPr>
              <w:t xml:space="preserve"> </w:t>
            </w:r>
            <w:proofErr w:type="spellStart"/>
            <w:r w:rsidRPr="004543E3">
              <w:rPr>
                <w:rFonts w:cs="Times New Roman"/>
              </w:rPr>
              <w:t>hệ</w:t>
            </w:r>
            <w:proofErr w:type="spellEnd"/>
            <w:r w:rsidRPr="004543E3">
              <w:rPr>
                <w:rFonts w:cs="Times New Roman"/>
              </w:rPr>
              <w:t xml:space="preserve"> </w:t>
            </w:r>
            <w:proofErr w:type="spellStart"/>
            <w:r w:rsidRPr="004543E3">
              <w:rPr>
                <w:rFonts w:cs="Times New Roman"/>
              </w:rPr>
              <w:t>thống</w:t>
            </w:r>
            <w:proofErr w:type="spellEnd"/>
            <w:r w:rsidRPr="004543E3">
              <w:rPr>
                <w:rFonts w:cs="Times New Roman"/>
              </w:rPr>
              <w:t xml:space="preserve"> </w:t>
            </w:r>
            <w:proofErr w:type="spellStart"/>
            <w:r w:rsidRPr="004543E3">
              <w:rPr>
                <w:rFonts w:cs="Times New Roman"/>
              </w:rPr>
              <w:t>trình</w:t>
            </w:r>
            <w:proofErr w:type="spellEnd"/>
            <w:r w:rsidRPr="004543E3">
              <w:rPr>
                <w:rFonts w:cs="Times New Roman"/>
              </w:rPr>
              <w:t xml:space="preserve"> </w:t>
            </w:r>
            <w:proofErr w:type="spellStart"/>
            <w:r w:rsidRPr="004543E3">
              <w:rPr>
                <w:rFonts w:cs="Times New Roman"/>
              </w:rPr>
              <w:t>độ</w:t>
            </w:r>
            <w:proofErr w:type="spellEnd"/>
            <w:r w:rsidRPr="004543E3">
              <w:rPr>
                <w:rFonts w:cs="Times New Roman"/>
              </w:rPr>
              <w:t xml:space="preserve"> </w:t>
            </w:r>
            <w:proofErr w:type="spellStart"/>
            <w:r w:rsidRPr="004543E3">
              <w:rPr>
                <w:rFonts w:cs="Times New Roman"/>
              </w:rPr>
              <w:t>giáo</w:t>
            </w:r>
            <w:proofErr w:type="spellEnd"/>
            <w:r w:rsidRPr="004543E3">
              <w:rPr>
                <w:rFonts w:cs="Times New Roman"/>
              </w:rPr>
              <w:t xml:space="preserve"> </w:t>
            </w:r>
            <w:proofErr w:type="spellStart"/>
            <w:r w:rsidRPr="004543E3">
              <w:rPr>
                <w:rFonts w:cs="Times New Roman"/>
              </w:rPr>
              <w:t>dục</w:t>
            </w:r>
            <w:proofErr w:type="spellEnd"/>
            <w:r w:rsidRPr="004543E3">
              <w:rPr>
                <w:rFonts w:cs="Times New Roman"/>
              </w:rPr>
              <w:t xml:space="preserve"> </w:t>
            </w:r>
            <w:proofErr w:type="spellStart"/>
            <w:r w:rsidRPr="004543E3">
              <w:rPr>
                <w:rFonts w:cs="Times New Roman"/>
              </w:rPr>
              <w:t>đại</w:t>
            </w:r>
            <w:proofErr w:type="spellEnd"/>
            <w:r w:rsidRPr="004543E3">
              <w:rPr>
                <w:rFonts w:cs="Times New Roman"/>
              </w:rPr>
              <w:t xml:space="preserve"> </w:t>
            </w:r>
            <w:proofErr w:type="spellStart"/>
            <w:r w:rsidRPr="004543E3">
              <w:rPr>
                <w:rFonts w:cs="Times New Roman"/>
              </w:rPr>
              <w:t>học</w:t>
            </w:r>
            <w:proofErr w:type="spellEnd"/>
            <w:r w:rsidRPr="004543E3">
              <w:rPr>
                <w:rFonts w:cs="Times New Roman"/>
              </w:rPr>
              <w:t xml:space="preserve"> </w:t>
            </w:r>
            <w:proofErr w:type="spellStart"/>
            <w:r w:rsidRPr="004543E3">
              <w:rPr>
                <w:rFonts w:cs="Times New Roman"/>
              </w:rPr>
              <w:t>theo</w:t>
            </w:r>
            <w:proofErr w:type="spellEnd"/>
            <w:r w:rsidRPr="004543E3">
              <w:rPr>
                <w:rFonts w:cs="Times New Roman"/>
              </w:rPr>
              <w:t xml:space="preserve"> </w:t>
            </w:r>
            <w:proofErr w:type="spellStart"/>
            <w:r w:rsidRPr="004543E3">
              <w:rPr>
                <w:rFonts w:cs="Times New Roman"/>
              </w:rPr>
              <w:t>quy</w:t>
            </w:r>
            <w:proofErr w:type="spellEnd"/>
            <w:r w:rsidRPr="004543E3">
              <w:rPr>
                <w:rFonts w:cs="Times New Roman"/>
              </w:rPr>
              <w:t xml:space="preserve"> </w:t>
            </w:r>
            <w:proofErr w:type="spellStart"/>
            <w:r w:rsidRPr="004543E3">
              <w:rPr>
                <w:rFonts w:cs="Times New Roman"/>
              </w:rPr>
              <w:t>định</w:t>
            </w:r>
            <w:proofErr w:type="spellEnd"/>
            <w:r w:rsidRPr="004543E3">
              <w:rPr>
                <w:rFonts w:cs="Times New Roman"/>
              </w:rPr>
              <w:t xml:space="preserve"> </w:t>
            </w:r>
            <w:proofErr w:type="spellStart"/>
            <w:r w:rsidRPr="004543E3">
              <w:rPr>
                <w:rFonts w:cs="Times New Roman"/>
              </w:rPr>
              <w:t>hiện</w:t>
            </w:r>
            <w:proofErr w:type="spellEnd"/>
            <w:r w:rsidRPr="004543E3">
              <w:rPr>
                <w:rFonts w:cs="Times New Roman"/>
              </w:rPr>
              <w:t xml:space="preserve"> </w:t>
            </w:r>
            <w:proofErr w:type="spellStart"/>
            <w:r w:rsidRPr="004543E3">
              <w:rPr>
                <w:rFonts w:cs="Times New Roman"/>
              </w:rPr>
              <w:t>hành</w:t>
            </w:r>
            <w:proofErr w:type="spellEnd"/>
            <w:r w:rsidRPr="004543E3">
              <w:rPr>
                <w:rFonts w:cs="Times New Roman"/>
              </w:rPr>
              <w:t xml:space="preserve"> (</w:t>
            </w:r>
            <w:proofErr w:type="spellStart"/>
            <w:r w:rsidRPr="004543E3">
              <w:rPr>
                <w:rFonts w:cs="Times New Roman"/>
              </w:rPr>
              <w:t>đại</w:t>
            </w:r>
            <w:proofErr w:type="spellEnd"/>
            <w:r w:rsidRPr="004543E3">
              <w:rPr>
                <w:rFonts w:cs="Times New Roman"/>
              </w:rPr>
              <w:t xml:space="preserve"> </w:t>
            </w:r>
            <w:proofErr w:type="spellStart"/>
            <w:r w:rsidRPr="004543E3">
              <w:rPr>
                <w:rFonts w:cs="Times New Roman"/>
              </w:rPr>
              <w:t>học</w:t>
            </w:r>
            <w:proofErr w:type="spellEnd"/>
            <w:r w:rsidRPr="004543E3">
              <w:rPr>
                <w:rFonts w:cs="Times New Roman"/>
              </w:rPr>
              <w:t xml:space="preserve">, </w:t>
            </w:r>
            <w:proofErr w:type="spellStart"/>
            <w:r w:rsidRPr="004543E3">
              <w:rPr>
                <w:rFonts w:cs="Times New Roman"/>
              </w:rPr>
              <w:t>thạc</w:t>
            </w:r>
            <w:proofErr w:type="spellEnd"/>
            <w:r w:rsidRPr="004543E3">
              <w:rPr>
                <w:rFonts w:cs="Times New Roman"/>
              </w:rPr>
              <w:t xml:space="preserve"> </w:t>
            </w:r>
            <w:proofErr w:type="spellStart"/>
            <w:r w:rsidRPr="004543E3">
              <w:rPr>
                <w:rFonts w:cs="Times New Roman"/>
              </w:rPr>
              <w:t>sĩ</w:t>
            </w:r>
            <w:proofErr w:type="spellEnd"/>
            <w:r w:rsidRPr="004543E3">
              <w:rPr>
                <w:rFonts w:cs="Times New Roman"/>
              </w:rPr>
              <w:t xml:space="preserve">, </w:t>
            </w:r>
            <w:proofErr w:type="spellStart"/>
            <w:r w:rsidRPr="004543E3">
              <w:rPr>
                <w:rFonts w:cs="Times New Roman"/>
              </w:rPr>
              <w:t>tiến</w:t>
            </w:r>
            <w:proofErr w:type="spellEnd"/>
            <w:r w:rsidRPr="004543E3">
              <w:rPr>
                <w:rFonts w:cs="Times New Roman"/>
              </w:rPr>
              <w:t xml:space="preserve"> </w:t>
            </w:r>
            <w:proofErr w:type="spellStart"/>
            <w:r w:rsidRPr="004543E3">
              <w:rPr>
                <w:rFonts w:cs="Times New Roman"/>
              </w:rPr>
              <w:t>sĩ</w:t>
            </w:r>
            <w:proofErr w:type="spellEnd"/>
            <w:r w:rsidRPr="004543E3">
              <w:rPr>
                <w:rFonts w:cs="Times New Roman"/>
              </w:rPr>
              <w:t xml:space="preserve">), </w:t>
            </w:r>
            <w:proofErr w:type="spellStart"/>
            <w:r w:rsidRPr="004543E3">
              <w:rPr>
                <w:rFonts w:cs="Times New Roman"/>
              </w:rPr>
              <w:t>tránh</w:t>
            </w:r>
            <w:proofErr w:type="spellEnd"/>
            <w:r w:rsidRPr="004543E3">
              <w:rPr>
                <w:rFonts w:cs="Times New Roman"/>
              </w:rPr>
              <w:t xml:space="preserve"> </w:t>
            </w:r>
            <w:proofErr w:type="spellStart"/>
            <w:r w:rsidRPr="004543E3">
              <w:rPr>
                <w:rFonts w:cs="Times New Roman"/>
              </w:rPr>
              <w:t>cách</w:t>
            </w:r>
            <w:proofErr w:type="spellEnd"/>
            <w:r w:rsidRPr="004543E3">
              <w:rPr>
                <w:rFonts w:cs="Times New Roman"/>
              </w:rPr>
              <w:t xml:space="preserve"> </w:t>
            </w:r>
            <w:proofErr w:type="spellStart"/>
            <w:r w:rsidRPr="004543E3">
              <w:rPr>
                <w:rFonts w:cs="Times New Roman"/>
              </w:rPr>
              <w:t>hiểu</w:t>
            </w:r>
            <w:proofErr w:type="spellEnd"/>
            <w:r w:rsidRPr="004543E3">
              <w:rPr>
                <w:rFonts w:cs="Times New Roman"/>
              </w:rPr>
              <w:t xml:space="preserve"> </w:t>
            </w:r>
            <w:proofErr w:type="spellStart"/>
            <w:r w:rsidRPr="004543E3">
              <w:rPr>
                <w:rFonts w:cs="Times New Roman"/>
              </w:rPr>
              <w:t>khác</w:t>
            </w:r>
            <w:proofErr w:type="spellEnd"/>
            <w:r w:rsidRPr="004543E3">
              <w:rPr>
                <w:rFonts w:cs="Times New Roman"/>
              </w:rPr>
              <w:t xml:space="preserve"> </w:t>
            </w:r>
            <w:proofErr w:type="spellStart"/>
            <w:r w:rsidRPr="004543E3">
              <w:rPr>
                <w:rFonts w:cs="Times New Roman"/>
              </w:rPr>
              <w:t>nhau</w:t>
            </w:r>
            <w:proofErr w:type="spellEnd"/>
            <w:r w:rsidRPr="004543E3">
              <w:rPr>
                <w:rFonts w:cs="Times New Roman"/>
              </w:rPr>
              <w:t xml:space="preserve"> </w:t>
            </w:r>
            <w:proofErr w:type="spellStart"/>
            <w:r w:rsidRPr="004543E3">
              <w:rPr>
                <w:rFonts w:cs="Times New Roman"/>
              </w:rPr>
              <w:t>đối</w:t>
            </w:r>
            <w:proofErr w:type="spellEnd"/>
            <w:r w:rsidRPr="004543E3">
              <w:rPr>
                <w:rFonts w:cs="Times New Roman"/>
              </w:rPr>
              <w:t xml:space="preserve"> </w:t>
            </w:r>
            <w:proofErr w:type="spellStart"/>
            <w:r w:rsidRPr="004543E3">
              <w:rPr>
                <w:rFonts w:cs="Times New Roman"/>
              </w:rPr>
              <w:t>với</w:t>
            </w:r>
            <w:proofErr w:type="spellEnd"/>
            <w:r w:rsidRPr="004543E3">
              <w:rPr>
                <w:rFonts w:cs="Times New Roman"/>
              </w:rPr>
              <w:t xml:space="preserve"> </w:t>
            </w:r>
            <w:proofErr w:type="spellStart"/>
            <w:r w:rsidRPr="004543E3">
              <w:rPr>
                <w:rFonts w:cs="Times New Roman"/>
              </w:rPr>
              <w:t>cụm</w:t>
            </w:r>
            <w:proofErr w:type="spellEnd"/>
            <w:r w:rsidRPr="004543E3">
              <w:rPr>
                <w:rFonts w:cs="Times New Roman"/>
              </w:rPr>
              <w:t xml:space="preserve"> </w:t>
            </w:r>
            <w:proofErr w:type="spellStart"/>
            <w:r w:rsidRPr="004543E3">
              <w:rPr>
                <w:rFonts w:cs="Times New Roman"/>
              </w:rPr>
              <w:t>từ</w:t>
            </w:r>
            <w:proofErr w:type="spellEnd"/>
            <w:r w:rsidRPr="004543E3">
              <w:rPr>
                <w:rFonts w:cs="Times New Roman"/>
              </w:rPr>
              <w:t xml:space="preserve"> “</w:t>
            </w:r>
            <w:proofErr w:type="spellStart"/>
            <w:r w:rsidRPr="004543E3">
              <w:rPr>
                <w:rFonts w:cs="Times New Roman"/>
              </w:rPr>
              <w:t>đại</w:t>
            </w:r>
            <w:proofErr w:type="spellEnd"/>
            <w:r w:rsidRPr="004543E3">
              <w:rPr>
                <w:rFonts w:cs="Times New Roman"/>
              </w:rPr>
              <w:t xml:space="preserve"> </w:t>
            </w:r>
            <w:proofErr w:type="spellStart"/>
            <w:r w:rsidRPr="004543E3">
              <w:rPr>
                <w:rFonts w:cs="Times New Roman"/>
              </w:rPr>
              <w:t>học</w:t>
            </w:r>
            <w:proofErr w:type="spellEnd"/>
            <w:r w:rsidRPr="004543E3">
              <w:rPr>
                <w:rFonts w:cs="Times New Roman"/>
              </w:rPr>
              <w:t xml:space="preserve"> </w:t>
            </w:r>
            <w:proofErr w:type="spellStart"/>
            <w:r w:rsidRPr="004543E3">
              <w:rPr>
                <w:rFonts w:cs="Times New Roman"/>
              </w:rPr>
              <w:t>trở</w:t>
            </w:r>
            <w:proofErr w:type="spellEnd"/>
            <w:r w:rsidRPr="004543E3">
              <w:rPr>
                <w:rFonts w:cs="Times New Roman"/>
              </w:rPr>
              <w:t xml:space="preserve"> </w:t>
            </w:r>
            <w:proofErr w:type="spellStart"/>
            <w:r w:rsidRPr="004543E3">
              <w:rPr>
                <w:rFonts w:cs="Times New Roman"/>
              </w:rPr>
              <w:t>lên</w:t>
            </w:r>
            <w:proofErr w:type="spellEnd"/>
            <w:r w:rsidRPr="004543E3">
              <w:rPr>
                <w:rFonts w:cs="Times New Roman"/>
              </w:rPr>
              <w:t>”.</w:t>
            </w:r>
          </w:p>
          <w:p w14:paraId="5FA7DAF0" w14:textId="4DC72238" w:rsidR="00512F52" w:rsidRPr="004543E3" w:rsidRDefault="00512F52" w:rsidP="00563608">
            <w:pPr>
              <w:spacing w:before="120" w:after="120" w:line="240" w:lineRule="auto"/>
              <w:jc w:val="both"/>
              <w:rPr>
                <w:rFonts w:cs="Times New Roman"/>
                <w:b/>
                <w:bCs/>
              </w:rPr>
            </w:pPr>
            <w:r w:rsidRPr="004543E3">
              <w:rPr>
                <w:rFonts w:cs="Times New Roman"/>
              </w:rPr>
              <w:t xml:space="preserve">- </w:t>
            </w:r>
            <w:proofErr w:type="spellStart"/>
            <w:r w:rsidRPr="004543E3">
              <w:rPr>
                <w:rFonts w:cs="Times New Roman"/>
              </w:rPr>
              <w:t>Đề</w:t>
            </w:r>
            <w:proofErr w:type="spellEnd"/>
            <w:r w:rsidRPr="004543E3">
              <w:rPr>
                <w:rFonts w:cs="Times New Roman"/>
              </w:rPr>
              <w:t xml:space="preserve"> </w:t>
            </w:r>
            <w:proofErr w:type="spellStart"/>
            <w:r w:rsidRPr="004543E3">
              <w:rPr>
                <w:rFonts w:cs="Times New Roman"/>
              </w:rPr>
              <w:t>nghị</w:t>
            </w:r>
            <w:proofErr w:type="spellEnd"/>
            <w:r w:rsidRPr="004543E3">
              <w:rPr>
                <w:rFonts w:cs="Times New Roman"/>
              </w:rPr>
              <w:t xml:space="preserve"> </w:t>
            </w:r>
            <w:proofErr w:type="spellStart"/>
            <w:r w:rsidRPr="004543E3">
              <w:rPr>
                <w:rFonts w:cs="Times New Roman"/>
              </w:rPr>
              <w:t>nghiên</w:t>
            </w:r>
            <w:proofErr w:type="spellEnd"/>
            <w:r w:rsidRPr="004543E3">
              <w:rPr>
                <w:rFonts w:cs="Times New Roman"/>
              </w:rPr>
              <w:t xml:space="preserve"> </w:t>
            </w:r>
            <w:proofErr w:type="spellStart"/>
            <w:r w:rsidRPr="004543E3">
              <w:rPr>
                <w:rFonts w:cs="Times New Roman"/>
              </w:rPr>
              <w:t>cứu</w:t>
            </w:r>
            <w:proofErr w:type="spellEnd"/>
            <w:r w:rsidRPr="004543E3">
              <w:rPr>
                <w:rFonts w:cs="Times New Roman"/>
              </w:rPr>
              <w:t xml:space="preserve"> </w:t>
            </w:r>
            <w:proofErr w:type="spellStart"/>
            <w:r w:rsidRPr="004543E3">
              <w:rPr>
                <w:rFonts w:cs="Times New Roman"/>
              </w:rPr>
              <w:t>bổ</w:t>
            </w:r>
            <w:proofErr w:type="spellEnd"/>
            <w:r w:rsidRPr="004543E3">
              <w:rPr>
                <w:rFonts w:cs="Times New Roman"/>
              </w:rPr>
              <w:t xml:space="preserve"> sung </w:t>
            </w:r>
            <w:proofErr w:type="spellStart"/>
            <w:r w:rsidRPr="004543E3">
              <w:rPr>
                <w:rFonts w:cs="Times New Roman"/>
              </w:rPr>
              <w:t>tiêu</w:t>
            </w:r>
            <w:proofErr w:type="spellEnd"/>
            <w:r w:rsidRPr="004543E3">
              <w:rPr>
                <w:rFonts w:cs="Times New Roman"/>
              </w:rPr>
              <w:t xml:space="preserve"> </w:t>
            </w:r>
            <w:proofErr w:type="spellStart"/>
            <w:r w:rsidRPr="004543E3">
              <w:rPr>
                <w:rFonts w:cs="Times New Roman"/>
              </w:rPr>
              <w:t>chí</w:t>
            </w:r>
            <w:proofErr w:type="spellEnd"/>
            <w:r w:rsidRPr="004543E3">
              <w:rPr>
                <w:rFonts w:cs="Times New Roman"/>
              </w:rPr>
              <w:t xml:space="preserve"> </w:t>
            </w:r>
            <w:proofErr w:type="spellStart"/>
            <w:r w:rsidRPr="004543E3">
              <w:rPr>
                <w:rFonts w:cs="Times New Roman"/>
              </w:rPr>
              <w:t>đối</w:t>
            </w:r>
            <w:proofErr w:type="spellEnd"/>
            <w:r w:rsidRPr="004543E3">
              <w:rPr>
                <w:rFonts w:cs="Times New Roman"/>
              </w:rPr>
              <w:t xml:space="preserve"> </w:t>
            </w:r>
            <w:proofErr w:type="spellStart"/>
            <w:r w:rsidRPr="004543E3">
              <w:rPr>
                <w:rFonts w:cs="Times New Roman"/>
              </w:rPr>
              <w:t>với</w:t>
            </w:r>
            <w:proofErr w:type="spellEnd"/>
            <w:r w:rsidRPr="004543E3">
              <w:rPr>
                <w:rFonts w:cs="Times New Roman"/>
              </w:rPr>
              <w:t xml:space="preserve"> </w:t>
            </w:r>
            <w:proofErr w:type="spellStart"/>
            <w:r w:rsidRPr="004543E3">
              <w:rPr>
                <w:rFonts w:cs="Times New Roman"/>
              </w:rPr>
              <w:t>trường</w:t>
            </w:r>
            <w:proofErr w:type="spellEnd"/>
            <w:r w:rsidRPr="004543E3">
              <w:rPr>
                <w:rFonts w:cs="Times New Roman"/>
              </w:rPr>
              <w:t xml:space="preserve"> </w:t>
            </w:r>
            <w:proofErr w:type="spellStart"/>
            <w:r w:rsidRPr="004543E3">
              <w:rPr>
                <w:rFonts w:cs="Times New Roman"/>
              </w:rPr>
              <w:t>hợp</w:t>
            </w:r>
            <w:proofErr w:type="spellEnd"/>
            <w:r w:rsidRPr="004543E3">
              <w:rPr>
                <w:rFonts w:cs="Times New Roman"/>
              </w:rPr>
              <w:t xml:space="preserve"> </w:t>
            </w:r>
            <w:proofErr w:type="spellStart"/>
            <w:r w:rsidRPr="004543E3">
              <w:rPr>
                <w:rFonts w:cs="Times New Roman"/>
              </w:rPr>
              <w:t>công</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có</w:t>
            </w:r>
            <w:proofErr w:type="spellEnd"/>
            <w:r w:rsidRPr="004543E3">
              <w:rPr>
                <w:rFonts w:cs="Times New Roman"/>
              </w:rPr>
              <w:t xml:space="preserve"> </w:t>
            </w:r>
            <w:proofErr w:type="spellStart"/>
            <w:r w:rsidRPr="004543E3">
              <w:rPr>
                <w:rFonts w:cs="Times New Roman"/>
              </w:rPr>
              <w:t>thời</w:t>
            </w:r>
            <w:proofErr w:type="spellEnd"/>
            <w:r w:rsidRPr="004543E3">
              <w:rPr>
                <w:rFonts w:cs="Times New Roman"/>
              </w:rPr>
              <w:t xml:space="preserve"> </w:t>
            </w:r>
            <w:proofErr w:type="spellStart"/>
            <w:r w:rsidRPr="004543E3">
              <w:rPr>
                <w:rFonts w:cs="Times New Roman"/>
              </w:rPr>
              <w:t>gian</w:t>
            </w:r>
            <w:proofErr w:type="spellEnd"/>
            <w:r w:rsidRPr="004543E3">
              <w:rPr>
                <w:rFonts w:cs="Times New Roman"/>
              </w:rPr>
              <w:t xml:space="preserve"> </w:t>
            </w:r>
            <w:proofErr w:type="spellStart"/>
            <w:r w:rsidRPr="004543E3">
              <w:rPr>
                <w:rFonts w:cs="Times New Roman"/>
              </w:rPr>
              <w:t>trực</w:t>
            </w:r>
            <w:proofErr w:type="spellEnd"/>
            <w:r w:rsidRPr="004543E3">
              <w:rPr>
                <w:rFonts w:cs="Times New Roman"/>
              </w:rPr>
              <w:t xml:space="preserve"> </w:t>
            </w:r>
            <w:proofErr w:type="spellStart"/>
            <w:r w:rsidRPr="004543E3">
              <w:rPr>
                <w:rFonts w:cs="Times New Roman"/>
              </w:rPr>
              <w:t>tiếp</w:t>
            </w:r>
            <w:proofErr w:type="spellEnd"/>
            <w:r w:rsidRPr="004543E3">
              <w:rPr>
                <w:rFonts w:cs="Times New Roman"/>
              </w:rPr>
              <w:t xml:space="preserve"> </w:t>
            </w:r>
            <w:proofErr w:type="spellStart"/>
            <w:r w:rsidRPr="004543E3">
              <w:rPr>
                <w:rFonts w:cs="Times New Roman"/>
              </w:rPr>
              <w:t>thực</w:t>
            </w:r>
            <w:proofErr w:type="spellEnd"/>
            <w:r w:rsidRPr="004543E3">
              <w:rPr>
                <w:rFonts w:cs="Times New Roman"/>
              </w:rPr>
              <w:t xml:space="preserve"> </w:t>
            </w:r>
            <w:proofErr w:type="spellStart"/>
            <w:r w:rsidRPr="004543E3">
              <w:rPr>
                <w:rFonts w:cs="Times New Roman"/>
              </w:rPr>
              <w:t>hiện</w:t>
            </w:r>
            <w:proofErr w:type="spellEnd"/>
            <w:r w:rsidRPr="004543E3">
              <w:rPr>
                <w:rFonts w:cs="Times New Roman"/>
              </w:rPr>
              <w:t xml:space="preserve"> </w:t>
            </w:r>
            <w:proofErr w:type="spellStart"/>
            <w:r w:rsidRPr="004543E3">
              <w:rPr>
                <w:rFonts w:cs="Times New Roman"/>
              </w:rPr>
              <w:t>nhiệm</w:t>
            </w:r>
            <w:proofErr w:type="spellEnd"/>
            <w:r w:rsidRPr="004543E3">
              <w:rPr>
                <w:rFonts w:cs="Times New Roman"/>
              </w:rPr>
              <w:t xml:space="preserve"> </w:t>
            </w:r>
            <w:proofErr w:type="spellStart"/>
            <w:r w:rsidRPr="004543E3">
              <w:rPr>
                <w:rFonts w:cs="Times New Roman"/>
              </w:rPr>
              <w:t>vụ</w:t>
            </w:r>
            <w:proofErr w:type="spellEnd"/>
            <w:r w:rsidRPr="004543E3">
              <w:rPr>
                <w:rFonts w:cs="Times New Roman"/>
              </w:rPr>
              <w:t xml:space="preserve"> </w:t>
            </w:r>
            <w:proofErr w:type="spellStart"/>
            <w:r w:rsidRPr="004543E3">
              <w:rPr>
                <w:rFonts w:cs="Times New Roman"/>
              </w:rPr>
              <w:t>tại</w:t>
            </w:r>
            <w:proofErr w:type="spellEnd"/>
            <w:r w:rsidRPr="004543E3">
              <w:rPr>
                <w:rFonts w:cs="Times New Roman"/>
              </w:rPr>
              <w:t xml:space="preserve"> </w:t>
            </w:r>
            <w:proofErr w:type="spellStart"/>
            <w:r w:rsidRPr="004543E3">
              <w:rPr>
                <w:rFonts w:cs="Times New Roman"/>
              </w:rPr>
              <w:t>vị</w:t>
            </w:r>
            <w:proofErr w:type="spellEnd"/>
            <w:r w:rsidRPr="004543E3">
              <w:rPr>
                <w:rFonts w:cs="Times New Roman"/>
              </w:rPr>
              <w:t xml:space="preserve"> </w:t>
            </w:r>
            <w:proofErr w:type="spellStart"/>
            <w:r w:rsidRPr="004543E3">
              <w:rPr>
                <w:rFonts w:cs="Times New Roman"/>
              </w:rPr>
              <w:t>trí</w:t>
            </w:r>
            <w:proofErr w:type="spellEnd"/>
            <w:r w:rsidRPr="004543E3">
              <w:rPr>
                <w:rFonts w:cs="Times New Roman"/>
              </w:rPr>
              <w:t xml:space="preserve"> </w:t>
            </w:r>
            <w:proofErr w:type="spellStart"/>
            <w:r w:rsidRPr="004543E3">
              <w:rPr>
                <w:rFonts w:cs="Times New Roman"/>
              </w:rPr>
              <w:t>quản</w:t>
            </w:r>
            <w:proofErr w:type="spellEnd"/>
            <w:r w:rsidRPr="004543E3">
              <w:rPr>
                <w:rFonts w:cs="Times New Roman"/>
              </w:rPr>
              <w:t xml:space="preserve"> </w:t>
            </w:r>
            <w:proofErr w:type="spellStart"/>
            <w:r w:rsidRPr="004543E3">
              <w:rPr>
                <w:rFonts w:cs="Times New Roman"/>
              </w:rPr>
              <w:t>lý</w:t>
            </w:r>
            <w:proofErr w:type="spellEnd"/>
            <w:r w:rsidRPr="004543E3">
              <w:rPr>
                <w:rFonts w:cs="Times New Roman"/>
              </w:rPr>
              <w:t xml:space="preserve"> </w:t>
            </w:r>
            <w:proofErr w:type="spellStart"/>
            <w:r w:rsidRPr="004543E3">
              <w:rPr>
                <w:rFonts w:cs="Times New Roman"/>
              </w:rPr>
              <w:t>chất</w:t>
            </w:r>
            <w:proofErr w:type="spellEnd"/>
            <w:r w:rsidRPr="004543E3">
              <w:rPr>
                <w:rFonts w:cs="Times New Roman"/>
              </w:rPr>
              <w:t xml:space="preserve"> </w:t>
            </w:r>
            <w:proofErr w:type="spellStart"/>
            <w:r w:rsidRPr="004543E3">
              <w:rPr>
                <w:rFonts w:cs="Times New Roman"/>
              </w:rPr>
              <w:t>lượng</w:t>
            </w:r>
            <w:proofErr w:type="spellEnd"/>
            <w:r w:rsidRPr="004543E3">
              <w:rPr>
                <w:rFonts w:cs="Times New Roman"/>
              </w:rPr>
              <w:t xml:space="preserve"> </w:t>
            </w:r>
            <w:proofErr w:type="spellStart"/>
            <w:r w:rsidRPr="004543E3">
              <w:rPr>
                <w:rFonts w:cs="Times New Roman"/>
              </w:rPr>
              <w:t>sản</w:t>
            </w:r>
            <w:proofErr w:type="spellEnd"/>
            <w:r w:rsidRPr="004543E3">
              <w:rPr>
                <w:rFonts w:cs="Times New Roman"/>
              </w:rPr>
              <w:t xml:space="preserve"> </w:t>
            </w:r>
            <w:proofErr w:type="spellStart"/>
            <w:r w:rsidRPr="004543E3">
              <w:rPr>
                <w:rFonts w:cs="Times New Roman"/>
              </w:rPr>
              <w:t>phẩm</w:t>
            </w:r>
            <w:proofErr w:type="spellEnd"/>
            <w:r w:rsidRPr="004543E3">
              <w:rPr>
                <w:rFonts w:cs="Times New Roman"/>
              </w:rPr>
              <w:t xml:space="preserve">, </w:t>
            </w:r>
            <w:proofErr w:type="spellStart"/>
            <w:r w:rsidRPr="004543E3">
              <w:rPr>
                <w:rFonts w:cs="Times New Roman"/>
              </w:rPr>
              <w:t>hàng</w:t>
            </w:r>
            <w:proofErr w:type="spellEnd"/>
            <w:r w:rsidRPr="004543E3">
              <w:rPr>
                <w:rFonts w:cs="Times New Roman"/>
              </w:rPr>
              <w:t xml:space="preserve"> </w:t>
            </w:r>
            <w:proofErr w:type="spellStart"/>
            <w:r w:rsidRPr="004543E3">
              <w:rPr>
                <w:rFonts w:cs="Times New Roman"/>
              </w:rPr>
              <w:t>hóa</w:t>
            </w:r>
            <w:proofErr w:type="spellEnd"/>
            <w:r w:rsidRPr="004543E3">
              <w:rPr>
                <w:rFonts w:cs="Times New Roman"/>
              </w:rPr>
              <w:t xml:space="preserve"> </w:t>
            </w:r>
            <w:proofErr w:type="spellStart"/>
            <w:r w:rsidRPr="004543E3">
              <w:rPr>
                <w:rFonts w:cs="Times New Roman"/>
              </w:rPr>
              <w:t>từ</w:t>
            </w:r>
            <w:proofErr w:type="spellEnd"/>
            <w:r w:rsidRPr="004543E3">
              <w:rPr>
                <w:rFonts w:cs="Times New Roman"/>
              </w:rPr>
              <w:t xml:space="preserve"> 10 </w:t>
            </w:r>
            <w:proofErr w:type="spellStart"/>
            <w:r w:rsidRPr="004543E3">
              <w:rPr>
                <w:rFonts w:cs="Times New Roman"/>
              </w:rPr>
              <w:t>năm</w:t>
            </w:r>
            <w:proofErr w:type="spellEnd"/>
            <w:r w:rsidRPr="004543E3">
              <w:rPr>
                <w:rFonts w:cs="Times New Roman"/>
              </w:rPr>
              <w:t xml:space="preserve"> </w:t>
            </w:r>
            <w:proofErr w:type="spellStart"/>
            <w:r w:rsidRPr="004543E3">
              <w:rPr>
                <w:rFonts w:cs="Times New Roman"/>
              </w:rPr>
              <w:t>trở</w:t>
            </w:r>
            <w:proofErr w:type="spellEnd"/>
            <w:r w:rsidRPr="004543E3">
              <w:rPr>
                <w:rFonts w:cs="Times New Roman"/>
              </w:rPr>
              <w:t xml:space="preserve"> </w:t>
            </w:r>
            <w:proofErr w:type="spellStart"/>
            <w:r w:rsidRPr="004543E3">
              <w:rPr>
                <w:rFonts w:cs="Times New Roman"/>
              </w:rPr>
              <w:t>lên</w:t>
            </w:r>
            <w:proofErr w:type="spellEnd"/>
            <w:r w:rsidRPr="004543E3">
              <w:rPr>
                <w:rFonts w:cs="Times New Roman"/>
              </w:rPr>
              <w:t xml:space="preserve"> </w:t>
            </w:r>
            <w:proofErr w:type="spellStart"/>
            <w:r w:rsidRPr="004543E3">
              <w:rPr>
                <w:rFonts w:cs="Times New Roman"/>
              </w:rPr>
              <w:t>được</w:t>
            </w:r>
            <w:proofErr w:type="spellEnd"/>
            <w:r w:rsidRPr="004543E3">
              <w:rPr>
                <w:rFonts w:cs="Times New Roman"/>
              </w:rPr>
              <w:t xml:space="preserve"> </w:t>
            </w:r>
            <w:proofErr w:type="spellStart"/>
            <w:r w:rsidRPr="004543E3">
              <w:rPr>
                <w:rFonts w:cs="Times New Roman"/>
              </w:rPr>
              <w:t>xem</w:t>
            </w:r>
            <w:proofErr w:type="spellEnd"/>
            <w:r w:rsidRPr="004543E3">
              <w:rPr>
                <w:rFonts w:cs="Times New Roman"/>
              </w:rPr>
              <w:t xml:space="preserve"> </w:t>
            </w:r>
            <w:proofErr w:type="spellStart"/>
            <w:r w:rsidRPr="004543E3">
              <w:rPr>
                <w:rFonts w:cs="Times New Roman"/>
              </w:rPr>
              <w:t>xét</w:t>
            </w:r>
            <w:proofErr w:type="spellEnd"/>
            <w:r w:rsidRPr="004543E3">
              <w:rPr>
                <w:rFonts w:cs="Times New Roman"/>
              </w:rPr>
              <w:t xml:space="preserve"> </w:t>
            </w:r>
            <w:proofErr w:type="spellStart"/>
            <w:r w:rsidRPr="004543E3">
              <w:rPr>
                <w:rFonts w:cs="Times New Roman"/>
              </w:rPr>
              <w:t>đủ</w:t>
            </w:r>
            <w:proofErr w:type="spellEnd"/>
            <w:r w:rsidRPr="004543E3">
              <w:rPr>
                <w:rFonts w:cs="Times New Roman"/>
              </w:rPr>
              <w:t xml:space="preserve"> </w:t>
            </w:r>
            <w:proofErr w:type="spellStart"/>
            <w:r w:rsidRPr="004543E3">
              <w:rPr>
                <w:rFonts w:cs="Times New Roman"/>
              </w:rPr>
              <w:t>điều</w:t>
            </w:r>
            <w:proofErr w:type="spellEnd"/>
            <w:r w:rsidRPr="004543E3">
              <w:rPr>
                <w:rFonts w:cs="Times New Roman"/>
              </w:rPr>
              <w:t xml:space="preserve"> </w:t>
            </w:r>
            <w:proofErr w:type="spellStart"/>
            <w:r w:rsidRPr="004543E3">
              <w:rPr>
                <w:rFonts w:cs="Times New Roman"/>
              </w:rPr>
              <w:t>kiện</w:t>
            </w:r>
            <w:proofErr w:type="spellEnd"/>
            <w:r w:rsidRPr="004543E3">
              <w:rPr>
                <w:rFonts w:cs="Times New Roman"/>
              </w:rPr>
              <w:t xml:space="preserve"> </w:t>
            </w:r>
            <w:proofErr w:type="spellStart"/>
            <w:r w:rsidRPr="004543E3">
              <w:rPr>
                <w:rFonts w:cs="Times New Roman"/>
              </w:rPr>
              <w:t>bổ</w:t>
            </w:r>
            <w:proofErr w:type="spellEnd"/>
            <w:r w:rsidRPr="004543E3">
              <w:rPr>
                <w:rFonts w:cs="Times New Roman"/>
              </w:rPr>
              <w:t xml:space="preserve"> </w:t>
            </w:r>
            <w:proofErr w:type="spellStart"/>
            <w:r w:rsidRPr="004543E3">
              <w:rPr>
                <w:rFonts w:cs="Times New Roman"/>
              </w:rPr>
              <w:t>nhiệm</w:t>
            </w:r>
            <w:proofErr w:type="spellEnd"/>
            <w:r w:rsidRPr="004543E3">
              <w:rPr>
                <w:rFonts w:cs="Times New Roman"/>
              </w:rPr>
              <w:t xml:space="preserve"> </w:t>
            </w:r>
            <w:proofErr w:type="spellStart"/>
            <w:r w:rsidRPr="004543E3">
              <w:rPr>
                <w:rFonts w:cs="Times New Roman"/>
              </w:rPr>
              <w:t>ngạch</w:t>
            </w:r>
            <w:proofErr w:type="spellEnd"/>
            <w:r w:rsidRPr="004543E3">
              <w:rPr>
                <w:rFonts w:cs="Times New Roman"/>
              </w:rPr>
              <w:t xml:space="preserve">, </w:t>
            </w:r>
            <w:proofErr w:type="spellStart"/>
            <w:r w:rsidRPr="004543E3">
              <w:rPr>
                <w:rFonts w:cs="Times New Roman"/>
              </w:rPr>
              <w:t>nhằm</w:t>
            </w:r>
            <w:proofErr w:type="spellEnd"/>
            <w:r w:rsidRPr="004543E3">
              <w:rPr>
                <w:rFonts w:cs="Times New Roman"/>
              </w:rPr>
              <w:t xml:space="preserve"> </w:t>
            </w:r>
            <w:proofErr w:type="spellStart"/>
            <w:r w:rsidRPr="004543E3">
              <w:rPr>
                <w:rFonts w:cs="Times New Roman"/>
              </w:rPr>
              <w:t>bảo</w:t>
            </w:r>
            <w:proofErr w:type="spellEnd"/>
            <w:r w:rsidRPr="004543E3">
              <w:rPr>
                <w:rFonts w:cs="Times New Roman"/>
              </w:rPr>
              <w:t xml:space="preserve"> </w:t>
            </w:r>
            <w:proofErr w:type="spellStart"/>
            <w:r w:rsidRPr="004543E3">
              <w:rPr>
                <w:rFonts w:cs="Times New Roman"/>
              </w:rPr>
              <w:t>đảm</w:t>
            </w:r>
            <w:proofErr w:type="spellEnd"/>
            <w:r w:rsidRPr="004543E3">
              <w:rPr>
                <w:rFonts w:cs="Times New Roman"/>
              </w:rPr>
              <w:t xml:space="preserve"> </w:t>
            </w:r>
            <w:proofErr w:type="spellStart"/>
            <w:r w:rsidRPr="004543E3">
              <w:rPr>
                <w:rFonts w:cs="Times New Roman"/>
              </w:rPr>
              <w:t>ghi</w:t>
            </w:r>
            <w:proofErr w:type="spellEnd"/>
            <w:r w:rsidRPr="004543E3">
              <w:rPr>
                <w:rFonts w:cs="Times New Roman"/>
              </w:rPr>
              <w:t xml:space="preserve"> </w:t>
            </w:r>
            <w:proofErr w:type="spellStart"/>
            <w:r w:rsidRPr="004543E3">
              <w:rPr>
                <w:rFonts w:cs="Times New Roman"/>
              </w:rPr>
              <w:t>nhận</w:t>
            </w:r>
            <w:proofErr w:type="spellEnd"/>
            <w:r w:rsidRPr="004543E3">
              <w:rPr>
                <w:rFonts w:cs="Times New Roman"/>
              </w:rPr>
              <w:t xml:space="preserve"> </w:t>
            </w:r>
            <w:proofErr w:type="spellStart"/>
            <w:r w:rsidRPr="004543E3">
              <w:rPr>
                <w:rFonts w:cs="Times New Roman"/>
              </w:rPr>
              <w:t>kinh</w:t>
            </w:r>
            <w:proofErr w:type="spellEnd"/>
            <w:r w:rsidRPr="004543E3">
              <w:rPr>
                <w:rFonts w:cs="Times New Roman"/>
              </w:rPr>
              <w:t xml:space="preserve"> </w:t>
            </w:r>
            <w:proofErr w:type="spellStart"/>
            <w:r w:rsidRPr="004543E3">
              <w:rPr>
                <w:rFonts w:cs="Times New Roman"/>
              </w:rPr>
              <w:t>nghiệm</w:t>
            </w:r>
            <w:proofErr w:type="spellEnd"/>
            <w:r w:rsidRPr="004543E3">
              <w:rPr>
                <w:rFonts w:cs="Times New Roman"/>
              </w:rPr>
              <w:t xml:space="preserve"> </w:t>
            </w:r>
            <w:proofErr w:type="spellStart"/>
            <w:r w:rsidRPr="004543E3">
              <w:rPr>
                <w:rFonts w:cs="Times New Roman"/>
              </w:rPr>
              <w:t>thực</w:t>
            </w:r>
            <w:proofErr w:type="spellEnd"/>
            <w:r w:rsidRPr="004543E3">
              <w:rPr>
                <w:rFonts w:cs="Times New Roman"/>
              </w:rPr>
              <w:t xml:space="preserve"> </w:t>
            </w:r>
            <w:proofErr w:type="spellStart"/>
            <w:r w:rsidRPr="004543E3">
              <w:rPr>
                <w:rFonts w:cs="Times New Roman"/>
              </w:rPr>
              <w:t>tiễn</w:t>
            </w:r>
            <w:proofErr w:type="spellEnd"/>
            <w:r w:rsidRPr="004543E3">
              <w:rPr>
                <w:rFonts w:cs="Times New Roman"/>
              </w:rPr>
              <w:t xml:space="preserve">, </w:t>
            </w:r>
            <w:proofErr w:type="spellStart"/>
            <w:r w:rsidRPr="004543E3">
              <w:rPr>
                <w:rFonts w:cs="Times New Roman"/>
              </w:rPr>
              <w:t>phù</w:t>
            </w:r>
            <w:proofErr w:type="spellEnd"/>
            <w:r w:rsidRPr="004543E3">
              <w:rPr>
                <w:rFonts w:cs="Times New Roman"/>
              </w:rPr>
              <w:t xml:space="preserve"> </w:t>
            </w:r>
            <w:proofErr w:type="spellStart"/>
            <w:r w:rsidRPr="004543E3">
              <w:rPr>
                <w:rFonts w:cs="Times New Roman"/>
              </w:rPr>
              <w:t>hợp</w:t>
            </w:r>
            <w:proofErr w:type="spellEnd"/>
            <w:r w:rsidRPr="004543E3">
              <w:rPr>
                <w:rFonts w:cs="Times New Roman"/>
              </w:rPr>
              <w:t xml:space="preserve"> </w:t>
            </w:r>
            <w:proofErr w:type="spellStart"/>
            <w:r w:rsidRPr="004543E3">
              <w:rPr>
                <w:rFonts w:cs="Times New Roman"/>
              </w:rPr>
              <w:t>với</w:t>
            </w:r>
            <w:proofErr w:type="spellEnd"/>
            <w:r w:rsidRPr="004543E3">
              <w:rPr>
                <w:rFonts w:cs="Times New Roman"/>
              </w:rPr>
              <w:t xml:space="preserve"> </w:t>
            </w:r>
            <w:proofErr w:type="spellStart"/>
            <w:r w:rsidRPr="004543E3">
              <w:rPr>
                <w:rFonts w:cs="Times New Roman"/>
              </w:rPr>
              <w:t>yêu</w:t>
            </w:r>
            <w:proofErr w:type="spellEnd"/>
            <w:r w:rsidRPr="004543E3">
              <w:rPr>
                <w:rFonts w:cs="Times New Roman"/>
              </w:rPr>
              <w:t xml:space="preserve"> </w:t>
            </w:r>
            <w:proofErr w:type="spellStart"/>
            <w:r w:rsidRPr="004543E3">
              <w:rPr>
                <w:rFonts w:cs="Times New Roman"/>
              </w:rPr>
              <w:t>cầu</w:t>
            </w:r>
            <w:proofErr w:type="spellEnd"/>
            <w:r w:rsidRPr="004543E3">
              <w:rPr>
                <w:rFonts w:cs="Times New Roman"/>
              </w:rPr>
              <w:t xml:space="preserve"> </w:t>
            </w:r>
            <w:proofErr w:type="spellStart"/>
            <w:r w:rsidRPr="004543E3">
              <w:rPr>
                <w:rFonts w:cs="Times New Roman"/>
              </w:rPr>
              <w:lastRenderedPageBreak/>
              <w:t>công</w:t>
            </w:r>
            <w:proofErr w:type="spellEnd"/>
            <w:r w:rsidRPr="004543E3">
              <w:rPr>
                <w:rFonts w:cs="Times New Roman"/>
              </w:rPr>
              <w:t xml:space="preserve"> </w:t>
            </w:r>
            <w:proofErr w:type="spellStart"/>
            <w:r w:rsidRPr="004543E3">
              <w:rPr>
                <w:rFonts w:cs="Times New Roman"/>
              </w:rPr>
              <w:t>tác</w:t>
            </w:r>
            <w:proofErr w:type="spellEnd"/>
            <w:r w:rsidRPr="004543E3">
              <w:rPr>
                <w:rFonts w:cs="Times New Roman"/>
              </w:rPr>
              <w:t xml:space="preserve"> </w:t>
            </w:r>
            <w:proofErr w:type="spellStart"/>
            <w:r w:rsidRPr="004543E3">
              <w:rPr>
                <w:rFonts w:cs="Times New Roman"/>
              </w:rPr>
              <w:t>chuyên</w:t>
            </w:r>
            <w:proofErr w:type="spellEnd"/>
            <w:r w:rsidRPr="004543E3">
              <w:rPr>
                <w:rFonts w:cs="Times New Roman"/>
              </w:rPr>
              <w:t xml:space="preserve"> </w:t>
            </w:r>
            <w:proofErr w:type="spellStart"/>
            <w:r w:rsidRPr="004543E3">
              <w:rPr>
                <w:rFonts w:cs="Times New Roman"/>
              </w:rPr>
              <w:t>môn</w:t>
            </w:r>
            <w:proofErr w:type="spellEnd"/>
            <w:r w:rsidRPr="004543E3">
              <w:rPr>
                <w:rFonts w:cs="Times New Roman"/>
              </w:rPr>
              <w:t xml:space="preserve"> </w:t>
            </w:r>
            <w:proofErr w:type="spellStart"/>
            <w:r w:rsidRPr="004543E3">
              <w:rPr>
                <w:rFonts w:cs="Times New Roman"/>
              </w:rPr>
              <w:t>trong</w:t>
            </w:r>
            <w:proofErr w:type="spellEnd"/>
            <w:r w:rsidRPr="004543E3">
              <w:rPr>
                <w:rFonts w:cs="Times New Roman"/>
              </w:rPr>
              <w:t xml:space="preserve"> </w:t>
            </w:r>
            <w:proofErr w:type="spellStart"/>
            <w:r w:rsidRPr="004543E3">
              <w:rPr>
                <w:rFonts w:cs="Times New Roman"/>
              </w:rPr>
              <w:t>lĩnh</w:t>
            </w:r>
            <w:proofErr w:type="spellEnd"/>
            <w:r w:rsidRPr="004543E3">
              <w:rPr>
                <w:rFonts w:cs="Times New Roman"/>
              </w:rPr>
              <w:t xml:space="preserve"> </w:t>
            </w:r>
            <w:proofErr w:type="spellStart"/>
            <w:r w:rsidRPr="004543E3">
              <w:rPr>
                <w:rFonts w:cs="Times New Roman"/>
              </w:rPr>
              <w:t>vực</w:t>
            </w:r>
            <w:proofErr w:type="spellEnd"/>
            <w:r w:rsidRPr="004543E3">
              <w:rPr>
                <w:rFonts w:cs="Times New Roman"/>
              </w:rPr>
              <w:t xml:space="preserve"> </w:t>
            </w:r>
            <w:proofErr w:type="spellStart"/>
            <w:r w:rsidRPr="004543E3">
              <w:rPr>
                <w:rFonts w:cs="Times New Roman"/>
              </w:rPr>
              <w:t>quản</w:t>
            </w:r>
            <w:proofErr w:type="spellEnd"/>
            <w:r w:rsidRPr="004543E3">
              <w:rPr>
                <w:rFonts w:cs="Times New Roman"/>
              </w:rPr>
              <w:t xml:space="preserve"> </w:t>
            </w:r>
            <w:proofErr w:type="spellStart"/>
            <w:r w:rsidRPr="004543E3">
              <w:rPr>
                <w:rFonts w:cs="Times New Roman"/>
              </w:rPr>
              <w:t>lý</w:t>
            </w:r>
            <w:proofErr w:type="spellEnd"/>
            <w:r w:rsidRPr="004543E3">
              <w:rPr>
                <w:rFonts w:cs="Times New Roman"/>
              </w:rPr>
              <w:t xml:space="preserve"> </w:t>
            </w:r>
            <w:proofErr w:type="spellStart"/>
            <w:r w:rsidRPr="004543E3">
              <w:rPr>
                <w:rFonts w:cs="Times New Roman"/>
              </w:rPr>
              <w:t>chất</w:t>
            </w:r>
            <w:proofErr w:type="spellEnd"/>
            <w:r w:rsidRPr="004543E3">
              <w:rPr>
                <w:rFonts w:cs="Times New Roman"/>
              </w:rPr>
              <w:t xml:space="preserve"> </w:t>
            </w:r>
            <w:proofErr w:type="spellStart"/>
            <w:r w:rsidRPr="004543E3">
              <w:rPr>
                <w:rFonts w:cs="Times New Roman"/>
              </w:rPr>
              <w:t>lượng</w:t>
            </w:r>
            <w:proofErr w:type="spellEnd"/>
            <w:r w:rsidRPr="004543E3">
              <w:rPr>
                <w:rFonts w:cs="Times New Roman"/>
              </w:rPr>
              <w:t xml:space="preserve"> </w:t>
            </w:r>
            <w:proofErr w:type="spellStart"/>
            <w:r w:rsidRPr="004543E3">
              <w:rPr>
                <w:rFonts w:cs="Times New Roman"/>
              </w:rPr>
              <w:t>sản</w:t>
            </w:r>
            <w:proofErr w:type="spellEnd"/>
            <w:r w:rsidRPr="004543E3">
              <w:rPr>
                <w:rFonts w:cs="Times New Roman"/>
              </w:rPr>
              <w:t xml:space="preserve"> </w:t>
            </w:r>
            <w:proofErr w:type="spellStart"/>
            <w:r w:rsidRPr="004543E3">
              <w:rPr>
                <w:rFonts w:cs="Times New Roman"/>
              </w:rPr>
              <w:t>phẩm</w:t>
            </w:r>
            <w:proofErr w:type="spellEnd"/>
            <w:r w:rsidRPr="004543E3">
              <w:rPr>
                <w:rFonts w:cs="Times New Roman"/>
              </w:rPr>
              <w:t xml:space="preserve"> </w:t>
            </w:r>
            <w:proofErr w:type="spellStart"/>
            <w:r w:rsidRPr="004543E3">
              <w:rPr>
                <w:rFonts w:cs="Times New Roman"/>
              </w:rPr>
              <w:t>hàng</w:t>
            </w:r>
            <w:proofErr w:type="spellEnd"/>
            <w:r w:rsidRPr="004543E3">
              <w:rPr>
                <w:rFonts w:cs="Times New Roman"/>
              </w:rPr>
              <w:t xml:space="preserve"> </w:t>
            </w:r>
            <w:proofErr w:type="spellStart"/>
            <w:r w:rsidRPr="004543E3">
              <w:rPr>
                <w:rFonts w:cs="Times New Roman"/>
              </w:rPr>
              <w:t>hóa</w:t>
            </w:r>
            <w:proofErr w:type="spellEnd"/>
            <w:r w:rsidRPr="004543E3">
              <w:rPr>
                <w:rFonts w:cs="Times New Roman"/>
              </w:rPr>
              <w:t>.</w:t>
            </w:r>
          </w:p>
        </w:tc>
        <w:tc>
          <w:tcPr>
            <w:tcW w:w="7371" w:type="dxa"/>
          </w:tcPr>
          <w:p w14:paraId="1ECA4D3E" w14:textId="77777777" w:rsidR="00512F52" w:rsidRPr="004543E3" w:rsidRDefault="00512F52" w:rsidP="00563608">
            <w:pPr>
              <w:spacing w:before="120" w:after="120" w:line="240" w:lineRule="auto"/>
              <w:jc w:val="both"/>
              <w:rPr>
                <w:szCs w:val="26"/>
              </w:rPr>
            </w:pPr>
            <w:r w:rsidRPr="004543E3">
              <w:rPr>
                <w:szCs w:val="26"/>
              </w:rPr>
              <w:lastRenderedPageBreak/>
              <w:t xml:space="preserve">- </w:t>
            </w:r>
            <w:proofErr w:type="spellStart"/>
            <w:r w:rsidRPr="004543E3">
              <w:rPr>
                <w:szCs w:val="26"/>
              </w:rPr>
              <w:t>Đê</w:t>
            </w:r>
            <w:proofErr w:type="spellEnd"/>
            <w:r w:rsidRPr="004543E3">
              <w:rPr>
                <w:szCs w:val="26"/>
              </w:rPr>
              <w:t xml:space="preserve">̀ </w:t>
            </w:r>
            <w:proofErr w:type="spellStart"/>
            <w:r w:rsidRPr="004543E3">
              <w:rPr>
                <w:szCs w:val="26"/>
              </w:rPr>
              <w:t>nghi</w:t>
            </w:r>
            <w:proofErr w:type="spellEnd"/>
            <w:r w:rsidRPr="004543E3">
              <w:rPr>
                <w:szCs w:val="26"/>
              </w:rPr>
              <w:t xml:space="preserve">̣ </w:t>
            </w:r>
            <w:proofErr w:type="spellStart"/>
            <w:r w:rsidRPr="004543E3">
              <w:rPr>
                <w:szCs w:val="26"/>
              </w:rPr>
              <w:t>giữ</w:t>
            </w:r>
            <w:proofErr w:type="spellEnd"/>
            <w:r w:rsidRPr="004543E3">
              <w:rPr>
                <w:szCs w:val="26"/>
              </w:rPr>
              <w:t xml:space="preserve"> </w:t>
            </w:r>
            <w:proofErr w:type="spellStart"/>
            <w:r w:rsidRPr="004543E3">
              <w:rPr>
                <w:szCs w:val="26"/>
              </w:rPr>
              <w:t>nguyên</w:t>
            </w:r>
            <w:proofErr w:type="spellEnd"/>
            <w:r w:rsidRPr="004543E3">
              <w:rPr>
                <w:szCs w:val="26"/>
              </w:rPr>
              <w:t xml:space="preserve"> </w:t>
            </w:r>
            <w:proofErr w:type="spellStart"/>
            <w:r w:rsidRPr="004543E3">
              <w:rPr>
                <w:szCs w:val="26"/>
              </w:rPr>
              <w:t>như</w:t>
            </w:r>
            <w:proofErr w:type="spellEnd"/>
            <w:r w:rsidRPr="004543E3">
              <w:rPr>
                <w:szCs w:val="26"/>
              </w:rPr>
              <w:t xml:space="preserve"> </w:t>
            </w:r>
            <w:proofErr w:type="spellStart"/>
            <w:r w:rsidRPr="004543E3">
              <w:rPr>
                <w:szCs w:val="26"/>
              </w:rPr>
              <w:t>dư</w:t>
            </w:r>
            <w:proofErr w:type="spellEnd"/>
            <w:r w:rsidRPr="004543E3">
              <w:rPr>
                <w:szCs w:val="26"/>
              </w:rPr>
              <w:t xml:space="preserve">̣ </w:t>
            </w:r>
            <w:proofErr w:type="spellStart"/>
            <w:r w:rsidRPr="004543E3">
              <w:rPr>
                <w:szCs w:val="26"/>
              </w:rPr>
              <w:t>thảo</w:t>
            </w:r>
            <w:proofErr w:type="spellEnd"/>
            <w:r w:rsidRPr="004543E3">
              <w:rPr>
                <w:szCs w:val="26"/>
              </w:rPr>
              <w:t xml:space="preserve"> Thông </w:t>
            </w:r>
            <w:proofErr w:type="spellStart"/>
            <w:r w:rsidRPr="004543E3">
              <w:rPr>
                <w:szCs w:val="26"/>
              </w:rPr>
              <w:t>tư</w:t>
            </w:r>
            <w:proofErr w:type="spellEnd"/>
            <w:r w:rsidRPr="004543E3">
              <w:rPr>
                <w:szCs w:val="26"/>
              </w:rPr>
              <w:t xml:space="preserve">, </w:t>
            </w:r>
            <w:proofErr w:type="spellStart"/>
            <w:r w:rsidRPr="004543E3">
              <w:rPr>
                <w:szCs w:val="26"/>
              </w:rPr>
              <w:t>với</w:t>
            </w:r>
            <w:proofErr w:type="spellEnd"/>
            <w:r w:rsidRPr="004543E3">
              <w:rPr>
                <w:szCs w:val="26"/>
              </w:rPr>
              <w:t xml:space="preserve"> </w:t>
            </w:r>
            <w:proofErr w:type="spellStart"/>
            <w:r w:rsidRPr="004543E3">
              <w:rPr>
                <w:szCs w:val="26"/>
              </w:rPr>
              <w:t>ly</w:t>
            </w:r>
            <w:proofErr w:type="spellEnd"/>
            <w:r w:rsidRPr="004543E3">
              <w:rPr>
                <w:szCs w:val="26"/>
              </w:rPr>
              <w:t xml:space="preserve">́ do: </w:t>
            </w:r>
            <w:proofErr w:type="spellStart"/>
            <w:r w:rsidRPr="004543E3">
              <w:rPr>
                <w:szCs w:val="26"/>
              </w:rPr>
              <w:t>cụm</w:t>
            </w:r>
            <w:proofErr w:type="spellEnd"/>
            <w:r w:rsidRPr="004543E3">
              <w:rPr>
                <w:szCs w:val="26"/>
              </w:rPr>
              <w:t xml:space="preserve"> </w:t>
            </w:r>
            <w:proofErr w:type="spellStart"/>
            <w:r w:rsidRPr="004543E3">
              <w:rPr>
                <w:szCs w:val="26"/>
              </w:rPr>
              <w:t>từ</w:t>
            </w:r>
            <w:proofErr w:type="spellEnd"/>
            <w:r w:rsidRPr="004543E3">
              <w:rPr>
                <w:szCs w:val="26"/>
              </w:rPr>
              <w:t xml:space="preserve"> “</w:t>
            </w:r>
            <w:proofErr w:type="spellStart"/>
            <w:r w:rsidRPr="004543E3">
              <w:rPr>
                <w:szCs w:val="26"/>
              </w:rPr>
              <w:t>có</w:t>
            </w:r>
            <w:proofErr w:type="spellEnd"/>
            <w:r w:rsidRPr="004543E3">
              <w:rPr>
                <w:szCs w:val="26"/>
              </w:rPr>
              <w:t xml:space="preserve"> </w:t>
            </w:r>
            <w:proofErr w:type="spellStart"/>
            <w:r w:rsidRPr="004543E3">
              <w:rPr>
                <w:szCs w:val="26"/>
              </w:rPr>
              <w:t>bằng</w:t>
            </w:r>
            <w:proofErr w:type="spellEnd"/>
            <w:r w:rsidRPr="004543E3">
              <w:rPr>
                <w:szCs w:val="26"/>
              </w:rPr>
              <w:t xml:space="preserve"> </w:t>
            </w:r>
            <w:proofErr w:type="spellStart"/>
            <w:r w:rsidRPr="004543E3">
              <w:rPr>
                <w:szCs w:val="26"/>
              </w:rPr>
              <w:t>tốt</w:t>
            </w:r>
            <w:proofErr w:type="spellEnd"/>
            <w:r w:rsidRPr="004543E3">
              <w:rPr>
                <w:szCs w:val="26"/>
              </w:rPr>
              <w:t xml:space="preserve"> </w:t>
            </w:r>
            <w:proofErr w:type="spellStart"/>
            <w:r w:rsidRPr="004543E3">
              <w:rPr>
                <w:szCs w:val="26"/>
              </w:rPr>
              <w:t>nghiệp</w:t>
            </w:r>
            <w:proofErr w:type="spellEnd"/>
            <w:r w:rsidRPr="004543E3">
              <w:rPr>
                <w:szCs w:val="26"/>
              </w:rPr>
              <w:t xml:space="preserve"> </w:t>
            </w:r>
            <w:proofErr w:type="spellStart"/>
            <w:r w:rsidRPr="004543E3">
              <w:rPr>
                <w:szCs w:val="26"/>
              </w:rPr>
              <w:t>đại</w:t>
            </w:r>
            <w:proofErr w:type="spellEnd"/>
            <w:r w:rsidRPr="004543E3">
              <w:rPr>
                <w:szCs w:val="26"/>
              </w:rPr>
              <w:t xml:space="preserve"> </w:t>
            </w:r>
            <w:proofErr w:type="spellStart"/>
            <w:r w:rsidRPr="004543E3">
              <w:rPr>
                <w:szCs w:val="26"/>
              </w:rPr>
              <w:t>học</w:t>
            </w:r>
            <w:proofErr w:type="spellEnd"/>
            <w:r w:rsidRPr="004543E3">
              <w:rPr>
                <w:szCs w:val="26"/>
              </w:rPr>
              <w:t xml:space="preserve"> </w:t>
            </w:r>
            <w:proofErr w:type="spellStart"/>
            <w:r w:rsidRPr="004543E3">
              <w:rPr>
                <w:szCs w:val="26"/>
              </w:rPr>
              <w:t>trở</w:t>
            </w:r>
            <w:proofErr w:type="spellEnd"/>
            <w:r w:rsidRPr="004543E3">
              <w:rPr>
                <w:szCs w:val="26"/>
              </w:rPr>
              <w:t xml:space="preserve"> </w:t>
            </w:r>
            <w:proofErr w:type="spellStart"/>
            <w:r w:rsidRPr="004543E3">
              <w:rPr>
                <w:szCs w:val="26"/>
              </w:rPr>
              <w:t>lên</w:t>
            </w:r>
            <w:proofErr w:type="spellEnd"/>
            <w:r w:rsidRPr="004543E3">
              <w:rPr>
                <w:szCs w:val="26"/>
              </w:rPr>
              <w:t xml:space="preserve">” </w:t>
            </w:r>
            <w:proofErr w:type="spellStart"/>
            <w:r w:rsidRPr="004543E3">
              <w:rPr>
                <w:szCs w:val="26"/>
              </w:rPr>
              <w:t>là</w:t>
            </w:r>
            <w:proofErr w:type="spellEnd"/>
            <w:r w:rsidRPr="004543E3">
              <w:rPr>
                <w:szCs w:val="26"/>
              </w:rPr>
              <w:t xml:space="preserve"> </w:t>
            </w:r>
            <w:proofErr w:type="spellStart"/>
            <w:r w:rsidRPr="004543E3">
              <w:rPr>
                <w:szCs w:val="26"/>
              </w:rPr>
              <w:t>cách</w:t>
            </w:r>
            <w:proofErr w:type="spellEnd"/>
            <w:r w:rsidRPr="004543E3">
              <w:rPr>
                <w:szCs w:val="26"/>
              </w:rPr>
              <w:t xml:space="preserve"> </w:t>
            </w:r>
            <w:proofErr w:type="spellStart"/>
            <w:r w:rsidRPr="004543E3">
              <w:rPr>
                <w:szCs w:val="26"/>
              </w:rPr>
              <w:t>diễn</w:t>
            </w:r>
            <w:proofErr w:type="spellEnd"/>
            <w:r w:rsidRPr="004543E3">
              <w:rPr>
                <w:szCs w:val="26"/>
              </w:rPr>
              <w:t xml:space="preserve"> </w:t>
            </w:r>
            <w:proofErr w:type="spellStart"/>
            <w:r w:rsidRPr="004543E3">
              <w:rPr>
                <w:szCs w:val="26"/>
              </w:rPr>
              <w:t>đạt</w:t>
            </w:r>
            <w:proofErr w:type="spellEnd"/>
            <w:r w:rsidRPr="004543E3">
              <w:rPr>
                <w:szCs w:val="26"/>
              </w:rPr>
              <w:t xml:space="preserve"> </w:t>
            </w:r>
            <w:proofErr w:type="spellStart"/>
            <w:r w:rsidRPr="004543E3">
              <w:rPr>
                <w:szCs w:val="26"/>
              </w:rPr>
              <w:t>đã</w:t>
            </w:r>
            <w:proofErr w:type="spellEnd"/>
            <w:r w:rsidRPr="004543E3">
              <w:rPr>
                <w:szCs w:val="26"/>
              </w:rPr>
              <w:t xml:space="preserve"> </w:t>
            </w:r>
            <w:proofErr w:type="spellStart"/>
            <w:r w:rsidRPr="004543E3">
              <w:rPr>
                <w:szCs w:val="26"/>
              </w:rPr>
              <w:t>được</w:t>
            </w:r>
            <w:proofErr w:type="spellEnd"/>
            <w:r w:rsidRPr="004543E3">
              <w:rPr>
                <w:szCs w:val="26"/>
              </w:rPr>
              <w:t xml:space="preserve"> </w:t>
            </w:r>
            <w:proofErr w:type="spellStart"/>
            <w:r w:rsidRPr="004543E3">
              <w:rPr>
                <w:szCs w:val="26"/>
              </w:rPr>
              <w:t>sử</w:t>
            </w:r>
            <w:proofErr w:type="spellEnd"/>
            <w:r w:rsidRPr="004543E3">
              <w:rPr>
                <w:szCs w:val="26"/>
              </w:rPr>
              <w:t xml:space="preserve"> </w:t>
            </w:r>
            <w:proofErr w:type="spellStart"/>
            <w:r w:rsidRPr="004543E3">
              <w:rPr>
                <w:szCs w:val="26"/>
              </w:rPr>
              <w:t>dụng</w:t>
            </w:r>
            <w:proofErr w:type="spellEnd"/>
            <w:r w:rsidRPr="004543E3">
              <w:rPr>
                <w:szCs w:val="26"/>
              </w:rPr>
              <w:t xml:space="preserve"> </w:t>
            </w:r>
            <w:proofErr w:type="spellStart"/>
            <w:r w:rsidRPr="004543E3">
              <w:rPr>
                <w:szCs w:val="26"/>
              </w:rPr>
              <w:t>thống</w:t>
            </w:r>
            <w:proofErr w:type="spellEnd"/>
            <w:r w:rsidRPr="004543E3">
              <w:rPr>
                <w:szCs w:val="26"/>
              </w:rPr>
              <w:t xml:space="preserve"> </w:t>
            </w:r>
            <w:proofErr w:type="spellStart"/>
            <w:r w:rsidRPr="004543E3">
              <w:rPr>
                <w:szCs w:val="26"/>
              </w:rPr>
              <w:t>nhất</w:t>
            </w:r>
            <w:proofErr w:type="spellEnd"/>
            <w:r w:rsidRPr="004543E3">
              <w:rPr>
                <w:szCs w:val="26"/>
              </w:rPr>
              <w:t xml:space="preserve"> </w:t>
            </w:r>
            <w:proofErr w:type="spellStart"/>
            <w:r w:rsidRPr="004543E3">
              <w:rPr>
                <w:szCs w:val="26"/>
              </w:rPr>
              <w:t>trong</w:t>
            </w:r>
            <w:proofErr w:type="spellEnd"/>
            <w:r w:rsidRPr="004543E3">
              <w:rPr>
                <w:szCs w:val="26"/>
              </w:rPr>
              <w:t xml:space="preserve"> </w:t>
            </w:r>
            <w:proofErr w:type="spellStart"/>
            <w:r w:rsidRPr="004543E3">
              <w:rPr>
                <w:szCs w:val="26"/>
              </w:rPr>
              <w:t>hệ</w:t>
            </w:r>
            <w:proofErr w:type="spellEnd"/>
            <w:r w:rsidRPr="004543E3">
              <w:rPr>
                <w:szCs w:val="26"/>
              </w:rPr>
              <w:t xml:space="preserve"> </w:t>
            </w:r>
            <w:proofErr w:type="spellStart"/>
            <w:r w:rsidRPr="004543E3">
              <w:rPr>
                <w:szCs w:val="26"/>
              </w:rPr>
              <w:t>thống</w:t>
            </w:r>
            <w:proofErr w:type="spellEnd"/>
            <w:r w:rsidRPr="004543E3">
              <w:rPr>
                <w:szCs w:val="26"/>
              </w:rPr>
              <w:t xml:space="preserve"> </w:t>
            </w:r>
            <w:proofErr w:type="spellStart"/>
            <w:r w:rsidRPr="004543E3">
              <w:rPr>
                <w:szCs w:val="26"/>
              </w:rPr>
              <w:t>các</w:t>
            </w:r>
            <w:proofErr w:type="spellEnd"/>
            <w:r w:rsidRPr="004543E3">
              <w:rPr>
                <w:szCs w:val="26"/>
              </w:rPr>
              <w:t xml:space="preserve"> </w:t>
            </w:r>
            <w:proofErr w:type="spellStart"/>
            <w:r w:rsidRPr="004543E3">
              <w:rPr>
                <w:szCs w:val="26"/>
              </w:rPr>
              <w:t>văn</w:t>
            </w:r>
            <w:proofErr w:type="spellEnd"/>
            <w:r w:rsidRPr="004543E3">
              <w:rPr>
                <w:szCs w:val="26"/>
              </w:rPr>
              <w:t xml:space="preserve"> </w:t>
            </w:r>
            <w:proofErr w:type="spellStart"/>
            <w:r w:rsidRPr="004543E3">
              <w:rPr>
                <w:szCs w:val="26"/>
              </w:rPr>
              <w:t>bản</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phạm</w:t>
            </w:r>
            <w:proofErr w:type="spellEnd"/>
            <w:r w:rsidRPr="004543E3">
              <w:rPr>
                <w:szCs w:val="26"/>
              </w:rPr>
              <w:t xml:space="preserve"> </w:t>
            </w:r>
            <w:proofErr w:type="spellStart"/>
            <w:r w:rsidRPr="004543E3">
              <w:rPr>
                <w:szCs w:val="26"/>
              </w:rPr>
              <w:t>pháp</w:t>
            </w:r>
            <w:proofErr w:type="spellEnd"/>
            <w:r w:rsidRPr="004543E3">
              <w:rPr>
                <w:szCs w:val="26"/>
              </w:rPr>
              <w:t xml:space="preserve"> </w:t>
            </w:r>
            <w:proofErr w:type="spellStart"/>
            <w:r w:rsidRPr="004543E3">
              <w:rPr>
                <w:szCs w:val="26"/>
              </w:rPr>
              <w:t>luật</w:t>
            </w:r>
            <w:proofErr w:type="spellEnd"/>
            <w:r w:rsidRPr="004543E3">
              <w:rPr>
                <w:szCs w:val="26"/>
              </w:rPr>
              <w:t xml:space="preserve"> </w:t>
            </w:r>
            <w:proofErr w:type="spellStart"/>
            <w:r w:rsidRPr="004543E3">
              <w:rPr>
                <w:szCs w:val="26"/>
              </w:rPr>
              <w:t>hiện</w:t>
            </w:r>
            <w:proofErr w:type="spellEnd"/>
            <w:r w:rsidRPr="004543E3">
              <w:rPr>
                <w:szCs w:val="26"/>
              </w:rPr>
              <w:t xml:space="preserve"> </w:t>
            </w:r>
            <w:proofErr w:type="spellStart"/>
            <w:r w:rsidRPr="004543E3">
              <w:rPr>
                <w:szCs w:val="26"/>
              </w:rPr>
              <w:t>hành</w:t>
            </w:r>
            <w:proofErr w:type="spellEnd"/>
            <w:r w:rsidRPr="004543E3">
              <w:rPr>
                <w:szCs w:val="26"/>
              </w:rPr>
              <w:t xml:space="preserve">, bao </w:t>
            </w:r>
            <w:proofErr w:type="spellStart"/>
            <w:r w:rsidRPr="004543E3">
              <w:rPr>
                <w:szCs w:val="26"/>
              </w:rPr>
              <w:t>quát</w:t>
            </w:r>
            <w:proofErr w:type="spellEnd"/>
            <w:r w:rsidRPr="004543E3">
              <w:rPr>
                <w:szCs w:val="26"/>
              </w:rPr>
              <w:t xml:space="preserve"> </w:t>
            </w:r>
            <w:proofErr w:type="spellStart"/>
            <w:r w:rsidRPr="004543E3">
              <w:rPr>
                <w:szCs w:val="26"/>
              </w:rPr>
              <w:t>đầy</w:t>
            </w:r>
            <w:proofErr w:type="spellEnd"/>
            <w:r w:rsidRPr="004543E3">
              <w:rPr>
                <w:szCs w:val="26"/>
              </w:rPr>
              <w:t xml:space="preserve"> </w:t>
            </w:r>
            <w:proofErr w:type="spellStart"/>
            <w:r w:rsidRPr="004543E3">
              <w:rPr>
                <w:szCs w:val="26"/>
              </w:rPr>
              <w:t>đủ</w:t>
            </w:r>
            <w:proofErr w:type="spellEnd"/>
            <w:r w:rsidRPr="004543E3">
              <w:rPr>
                <w:szCs w:val="26"/>
              </w:rPr>
              <w:t xml:space="preserve"> </w:t>
            </w:r>
            <w:proofErr w:type="spellStart"/>
            <w:r w:rsidRPr="004543E3">
              <w:rPr>
                <w:szCs w:val="26"/>
              </w:rPr>
              <w:t>các</w:t>
            </w:r>
            <w:proofErr w:type="spellEnd"/>
            <w:r w:rsidRPr="004543E3">
              <w:rPr>
                <w:szCs w:val="26"/>
              </w:rPr>
              <w:t xml:space="preserve"> </w:t>
            </w:r>
            <w:proofErr w:type="spellStart"/>
            <w:r w:rsidRPr="004543E3">
              <w:rPr>
                <w:szCs w:val="26"/>
              </w:rPr>
              <w:t>trình</w:t>
            </w:r>
            <w:proofErr w:type="spellEnd"/>
            <w:r w:rsidRPr="004543E3">
              <w:rPr>
                <w:szCs w:val="26"/>
              </w:rPr>
              <w:t xml:space="preserve"> </w:t>
            </w:r>
            <w:proofErr w:type="spellStart"/>
            <w:r w:rsidRPr="004543E3">
              <w:rPr>
                <w:szCs w:val="26"/>
              </w:rPr>
              <w:t>độ</w:t>
            </w:r>
            <w:proofErr w:type="spellEnd"/>
            <w:r w:rsidRPr="004543E3">
              <w:rPr>
                <w:szCs w:val="26"/>
              </w:rPr>
              <w:t xml:space="preserve"> </w:t>
            </w:r>
            <w:proofErr w:type="spellStart"/>
            <w:r w:rsidRPr="004543E3">
              <w:rPr>
                <w:szCs w:val="26"/>
              </w:rPr>
              <w:t>đào</w:t>
            </w:r>
            <w:proofErr w:type="spellEnd"/>
            <w:r w:rsidRPr="004543E3">
              <w:rPr>
                <w:szCs w:val="26"/>
              </w:rPr>
              <w:t xml:space="preserve"> </w:t>
            </w:r>
            <w:proofErr w:type="spellStart"/>
            <w:r w:rsidRPr="004543E3">
              <w:rPr>
                <w:szCs w:val="26"/>
              </w:rPr>
              <w:t>tạo</w:t>
            </w:r>
            <w:proofErr w:type="spellEnd"/>
            <w:r w:rsidRPr="004543E3">
              <w:rPr>
                <w:szCs w:val="26"/>
              </w:rPr>
              <w:t xml:space="preserve"> </w:t>
            </w:r>
            <w:proofErr w:type="spellStart"/>
            <w:r w:rsidRPr="004543E3">
              <w:rPr>
                <w:szCs w:val="26"/>
              </w:rPr>
              <w:t>thuộc</w:t>
            </w:r>
            <w:proofErr w:type="spellEnd"/>
            <w:r w:rsidRPr="004543E3">
              <w:rPr>
                <w:szCs w:val="26"/>
              </w:rPr>
              <w:t xml:space="preserve"> </w:t>
            </w:r>
            <w:proofErr w:type="spellStart"/>
            <w:r w:rsidRPr="004543E3">
              <w:rPr>
                <w:szCs w:val="26"/>
              </w:rPr>
              <w:t>giáo</w:t>
            </w:r>
            <w:proofErr w:type="spellEnd"/>
            <w:r w:rsidRPr="004543E3">
              <w:rPr>
                <w:szCs w:val="26"/>
              </w:rPr>
              <w:t xml:space="preserve"> </w:t>
            </w:r>
            <w:proofErr w:type="spellStart"/>
            <w:r w:rsidRPr="004543E3">
              <w:rPr>
                <w:szCs w:val="26"/>
              </w:rPr>
              <w:t>dục</w:t>
            </w:r>
            <w:proofErr w:type="spellEnd"/>
            <w:r w:rsidRPr="004543E3">
              <w:rPr>
                <w:szCs w:val="26"/>
              </w:rPr>
              <w:t xml:space="preserve"> </w:t>
            </w:r>
            <w:proofErr w:type="spellStart"/>
            <w:r w:rsidRPr="004543E3">
              <w:rPr>
                <w:szCs w:val="26"/>
              </w:rPr>
              <w:t>đại</w:t>
            </w:r>
            <w:proofErr w:type="spellEnd"/>
            <w:r w:rsidRPr="004543E3">
              <w:rPr>
                <w:szCs w:val="26"/>
              </w:rPr>
              <w:t xml:space="preserve"> </w:t>
            </w:r>
            <w:proofErr w:type="spellStart"/>
            <w:r w:rsidRPr="004543E3">
              <w:rPr>
                <w:szCs w:val="26"/>
              </w:rPr>
              <w:t>học</w:t>
            </w:r>
            <w:proofErr w:type="spellEnd"/>
            <w:r w:rsidRPr="004543E3">
              <w:rPr>
                <w:szCs w:val="26"/>
              </w:rPr>
              <w:t xml:space="preserve"> (</w:t>
            </w:r>
            <w:proofErr w:type="spellStart"/>
            <w:r w:rsidRPr="004543E3">
              <w:rPr>
                <w:szCs w:val="26"/>
              </w:rPr>
              <w:t>đại</w:t>
            </w:r>
            <w:proofErr w:type="spellEnd"/>
            <w:r w:rsidRPr="004543E3">
              <w:rPr>
                <w:szCs w:val="26"/>
              </w:rPr>
              <w:t xml:space="preserve"> </w:t>
            </w:r>
            <w:proofErr w:type="spellStart"/>
            <w:r w:rsidRPr="004543E3">
              <w:rPr>
                <w:szCs w:val="26"/>
              </w:rPr>
              <w:t>học</w:t>
            </w:r>
            <w:proofErr w:type="spellEnd"/>
            <w:r w:rsidRPr="004543E3">
              <w:rPr>
                <w:szCs w:val="26"/>
              </w:rPr>
              <w:t xml:space="preserve">, </w:t>
            </w:r>
            <w:proofErr w:type="spellStart"/>
            <w:r w:rsidRPr="004543E3">
              <w:rPr>
                <w:szCs w:val="26"/>
              </w:rPr>
              <w:t>thạc</w:t>
            </w:r>
            <w:proofErr w:type="spellEnd"/>
            <w:r w:rsidRPr="004543E3">
              <w:rPr>
                <w:szCs w:val="26"/>
              </w:rPr>
              <w:t xml:space="preserve"> </w:t>
            </w:r>
            <w:proofErr w:type="spellStart"/>
            <w:r w:rsidRPr="004543E3">
              <w:rPr>
                <w:szCs w:val="26"/>
              </w:rPr>
              <w:t>sĩ</w:t>
            </w:r>
            <w:proofErr w:type="spellEnd"/>
            <w:r w:rsidRPr="004543E3">
              <w:rPr>
                <w:szCs w:val="26"/>
              </w:rPr>
              <w:t xml:space="preserve">, </w:t>
            </w:r>
            <w:proofErr w:type="spellStart"/>
            <w:r w:rsidRPr="004543E3">
              <w:rPr>
                <w:szCs w:val="26"/>
              </w:rPr>
              <w:t>tiến</w:t>
            </w:r>
            <w:proofErr w:type="spellEnd"/>
            <w:r w:rsidRPr="004543E3">
              <w:rPr>
                <w:szCs w:val="26"/>
              </w:rPr>
              <w:t xml:space="preserve"> </w:t>
            </w:r>
            <w:proofErr w:type="spellStart"/>
            <w:r w:rsidRPr="004543E3">
              <w:rPr>
                <w:szCs w:val="26"/>
              </w:rPr>
              <w:t>sĩ</w:t>
            </w:r>
            <w:proofErr w:type="spellEnd"/>
            <w:r w:rsidRPr="004543E3">
              <w:rPr>
                <w:szCs w:val="26"/>
              </w:rPr>
              <w:t>).</w:t>
            </w:r>
          </w:p>
          <w:p w14:paraId="23C43272" w14:textId="3BC8710A" w:rsidR="00512F52" w:rsidRPr="004543E3" w:rsidRDefault="00512F52" w:rsidP="00563608">
            <w:pPr>
              <w:spacing w:before="120" w:after="120" w:line="240" w:lineRule="auto"/>
              <w:jc w:val="both"/>
              <w:rPr>
                <w:szCs w:val="26"/>
              </w:rPr>
            </w:pPr>
            <w:r w:rsidRPr="004543E3">
              <w:rPr>
                <w:szCs w:val="26"/>
              </w:rPr>
              <w:t xml:space="preserve">- Theo </w:t>
            </w:r>
            <w:proofErr w:type="spellStart"/>
            <w:r w:rsidRPr="004543E3">
              <w:rPr>
                <w:szCs w:val="26"/>
              </w:rPr>
              <w:t>quy</w:t>
            </w:r>
            <w:proofErr w:type="spellEnd"/>
            <w:r w:rsidRPr="004543E3">
              <w:rPr>
                <w:szCs w:val="26"/>
              </w:rPr>
              <w:t xml:space="preserve"> </w:t>
            </w:r>
            <w:proofErr w:type="spellStart"/>
            <w:r w:rsidRPr="004543E3">
              <w:rPr>
                <w:szCs w:val="26"/>
              </w:rPr>
              <w:t>định</w:t>
            </w:r>
            <w:proofErr w:type="spellEnd"/>
            <w:r w:rsidRPr="004543E3">
              <w:rPr>
                <w:szCs w:val="26"/>
              </w:rPr>
              <w:t xml:space="preserve"> </w:t>
            </w:r>
            <w:proofErr w:type="spellStart"/>
            <w:r w:rsidRPr="004543E3">
              <w:rPr>
                <w:szCs w:val="26"/>
              </w:rPr>
              <w:t>của</w:t>
            </w:r>
            <w:proofErr w:type="spellEnd"/>
            <w:r w:rsidRPr="004543E3">
              <w:rPr>
                <w:szCs w:val="26"/>
              </w:rPr>
              <w:t xml:space="preserve"> </w:t>
            </w:r>
            <w:proofErr w:type="spellStart"/>
            <w:r w:rsidRPr="004543E3">
              <w:rPr>
                <w:szCs w:val="26"/>
              </w:rPr>
              <w:t>pháp</w:t>
            </w:r>
            <w:proofErr w:type="spellEnd"/>
            <w:r w:rsidRPr="004543E3">
              <w:rPr>
                <w:szCs w:val="26"/>
              </w:rPr>
              <w:t xml:space="preserve"> </w:t>
            </w:r>
            <w:proofErr w:type="spellStart"/>
            <w:r w:rsidRPr="004543E3">
              <w:rPr>
                <w:szCs w:val="26"/>
              </w:rPr>
              <w:t>luật</w:t>
            </w:r>
            <w:proofErr w:type="spellEnd"/>
            <w:r w:rsidRPr="004543E3">
              <w:rPr>
                <w:szCs w:val="26"/>
              </w:rPr>
              <w:t xml:space="preserve"> </w:t>
            </w:r>
            <w:proofErr w:type="spellStart"/>
            <w:r w:rsidRPr="004543E3">
              <w:rPr>
                <w:szCs w:val="26"/>
              </w:rPr>
              <w:t>hiện</w:t>
            </w:r>
            <w:proofErr w:type="spellEnd"/>
            <w:r w:rsidRPr="004543E3">
              <w:rPr>
                <w:szCs w:val="26"/>
              </w:rPr>
              <w:t xml:space="preserve"> </w:t>
            </w:r>
            <w:proofErr w:type="spellStart"/>
            <w:r w:rsidRPr="004543E3">
              <w:rPr>
                <w:szCs w:val="26"/>
              </w:rPr>
              <w:t>hành</w:t>
            </w:r>
            <w:proofErr w:type="spellEnd"/>
            <w:r w:rsidRPr="004543E3">
              <w:rPr>
                <w:szCs w:val="26"/>
              </w:rPr>
              <w:t xml:space="preserve">, </w:t>
            </w:r>
            <w:proofErr w:type="spellStart"/>
            <w:r w:rsidRPr="004543E3">
              <w:rPr>
                <w:szCs w:val="26"/>
              </w:rPr>
              <w:t>việc</w:t>
            </w:r>
            <w:proofErr w:type="spellEnd"/>
            <w:r w:rsidRPr="004543E3">
              <w:rPr>
                <w:szCs w:val="26"/>
              </w:rPr>
              <w:t xml:space="preserve"> </w:t>
            </w:r>
            <w:proofErr w:type="spellStart"/>
            <w:r w:rsidRPr="004543E3">
              <w:rPr>
                <w:szCs w:val="26"/>
              </w:rPr>
              <w:t>bổ</w:t>
            </w:r>
            <w:proofErr w:type="spellEnd"/>
            <w:r w:rsidRPr="004543E3">
              <w:rPr>
                <w:szCs w:val="26"/>
              </w:rPr>
              <w:t xml:space="preserve"> </w:t>
            </w:r>
            <w:proofErr w:type="spellStart"/>
            <w:r w:rsidRPr="004543E3">
              <w:rPr>
                <w:szCs w:val="26"/>
              </w:rPr>
              <w:t>nhiệm</w:t>
            </w:r>
            <w:proofErr w:type="spellEnd"/>
            <w:r w:rsidRPr="004543E3">
              <w:rPr>
                <w:szCs w:val="26"/>
              </w:rPr>
              <w:t xml:space="preserve"> </w:t>
            </w:r>
            <w:proofErr w:type="spellStart"/>
            <w:r w:rsidRPr="004543E3">
              <w:rPr>
                <w:szCs w:val="26"/>
              </w:rPr>
              <w:t>ngạch</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danh</w:t>
            </w:r>
            <w:proofErr w:type="spellEnd"/>
            <w:r w:rsidRPr="004543E3">
              <w:rPr>
                <w:szCs w:val="26"/>
              </w:rPr>
              <w:t xml:space="preserve"> </w:t>
            </w:r>
            <w:proofErr w:type="spellStart"/>
            <w:r w:rsidRPr="004543E3">
              <w:rPr>
                <w:szCs w:val="26"/>
              </w:rPr>
              <w:t>nghề</w:t>
            </w:r>
            <w:proofErr w:type="spellEnd"/>
            <w:r w:rsidRPr="004543E3">
              <w:rPr>
                <w:szCs w:val="26"/>
              </w:rPr>
              <w:t xml:space="preserve"> </w:t>
            </w:r>
            <w:proofErr w:type="spellStart"/>
            <w:r w:rsidRPr="004543E3">
              <w:rPr>
                <w:szCs w:val="26"/>
              </w:rPr>
              <w:t>nghiệp</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phải</w:t>
            </w:r>
            <w:proofErr w:type="spellEnd"/>
            <w:r w:rsidRPr="004543E3">
              <w:rPr>
                <w:szCs w:val="26"/>
              </w:rPr>
              <w:t xml:space="preserve"> </w:t>
            </w:r>
            <w:proofErr w:type="spellStart"/>
            <w:r w:rsidRPr="004543E3">
              <w:rPr>
                <w:szCs w:val="26"/>
              </w:rPr>
              <w:t>căn</w:t>
            </w:r>
            <w:proofErr w:type="spellEnd"/>
            <w:r w:rsidRPr="004543E3">
              <w:rPr>
                <w:szCs w:val="26"/>
              </w:rPr>
              <w:t xml:space="preserve"> </w:t>
            </w:r>
            <w:proofErr w:type="spellStart"/>
            <w:r w:rsidRPr="004543E3">
              <w:rPr>
                <w:szCs w:val="26"/>
              </w:rPr>
              <w:t>cứ</w:t>
            </w:r>
            <w:proofErr w:type="spellEnd"/>
            <w:r w:rsidRPr="004543E3">
              <w:rPr>
                <w:szCs w:val="26"/>
              </w:rPr>
              <w:t xml:space="preserve"> </w:t>
            </w:r>
            <w:proofErr w:type="spellStart"/>
            <w:r w:rsidRPr="004543E3">
              <w:rPr>
                <w:szCs w:val="26"/>
              </w:rPr>
              <w:t>vào</w:t>
            </w:r>
            <w:proofErr w:type="spellEnd"/>
            <w:r w:rsidRPr="004543E3">
              <w:rPr>
                <w:szCs w:val="26"/>
              </w:rPr>
              <w:t xml:space="preserve"> </w:t>
            </w:r>
            <w:proofErr w:type="spellStart"/>
            <w:r w:rsidRPr="004543E3">
              <w:rPr>
                <w:szCs w:val="26"/>
              </w:rPr>
              <w:t>tiêu</w:t>
            </w:r>
            <w:proofErr w:type="spellEnd"/>
            <w:r w:rsidRPr="004543E3">
              <w:rPr>
                <w:szCs w:val="26"/>
              </w:rPr>
              <w:t xml:space="preserve"> </w:t>
            </w:r>
            <w:proofErr w:type="spellStart"/>
            <w:r w:rsidRPr="004543E3">
              <w:rPr>
                <w:szCs w:val="26"/>
              </w:rPr>
              <w:t>chuẩn</w:t>
            </w:r>
            <w:proofErr w:type="spellEnd"/>
            <w:r w:rsidRPr="004543E3">
              <w:rPr>
                <w:szCs w:val="26"/>
              </w:rPr>
              <w:t xml:space="preserve">, </w:t>
            </w:r>
            <w:proofErr w:type="spellStart"/>
            <w:r w:rsidRPr="004543E3">
              <w:rPr>
                <w:szCs w:val="26"/>
              </w:rPr>
              <w:t>điều</w:t>
            </w:r>
            <w:proofErr w:type="spellEnd"/>
            <w:r w:rsidRPr="004543E3">
              <w:rPr>
                <w:szCs w:val="26"/>
              </w:rPr>
              <w:t xml:space="preserve"> </w:t>
            </w:r>
            <w:proofErr w:type="spellStart"/>
            <w:r w:rsidRPr="004543E3">
              <w:rPr>
                <w:szCs w:val="26"/>
              </w:rPr>
              <w:t>kiện</w:t>
            </w:r>
            <w:proofErr w:type="spellEnd"/>
            <w:r w:rsidRPr="004543E3">
              <w:rPr>
                <w:szCs w:val="26"/>
              </w:rPr>
              <w:t xml:space="preserve">, </w:t>
            </w:r>
            <w:proofErr w:type="spellStart"/>
            <w:r w:rsidRPr="004543E3">
              <w:rPr>
                <w:szCs w:val="26"/>
              </w:rPr>
              <w:t>bản</w:t>
            </w:r>
            <w:proofErr w:type="spellEnd"/>
            <w:r w:rsidRPr="004543E3">
              <w:rPr>
                <w:szCs w:val="26"/>
              </w:rPr>
              <w:t xml:space="preserve"> </w:t>
            </w:r>
            <w:proofErr w:type="spellStart"/>
            <w:r w:rsidRPr="004543E3">
              <w:rPr>
                <w:szCs w:val="26"/>
              </w:rPr>
              <w:t>mô</w:t>
            </w:r>
            <w:proofErr w:type="spellEnd"/>
            <w:r w:rsidRPr="004543E3">
              <w:rPr>
                <w:szCs w:val="26"/>
              </w:rPr>
              <w:t xml:space="preserve"> tả </w:t>
            </w:r>
            <w:proofErr w:type="spellStart"/>
            <w:r w:rsidRPr="004543E3">
              <w:rPr>
                <w:szCs w:val="26"/>
              </w:rPr>
              <w:t>va</w:t>
            </w:r>
            <w:proofErr w:type="spellEnd"/>
            <w:r w:rsidRPr="004543E3">
              <w:rPr>
                <w:szCs w:val="26"/>
              </w:rPr>
              <w:t xml:space="preserve">̀ </w:t>
            </w:r>
            <w:proofErr w:type="spellStart"/>
            <w:r w:rsidRPr="004543E3">
              <w:rPr>
                <w:szCs w:val="26"/>
              </w:rPr>
              <w:t>khung</w:t>
            </w:r>
            <w:proofErr w:type="spellEnd"/>
            <w:r w:rsidRPr="004543E3">
              <w:rPr>
                <w:szCs w:val="26"/>
              </w:rPr>
              <w:t xml:space="preserve"> </w:t>
            </w:r>
            <w:proofErr w:type="spellStart"/>
            <w:r w:rsidRPr="004543E3">
              <w:rPr>
                <w:szCs w:val="26"/>
              </w:rPr>
              <w:t>năng</w:t>
            </w:r>
            <w:proofErr w:type="spellEnd"/>
            <w:r w:rsidRPr="004543E3">
              <w:rPr>
                <w:szCs w:val="26"/>
              </w:rPr>
              <w:t xml:space="preserve"> </w:t>
            </w:r>
            <w:proofErr w:type="spellStart"/>
            <w:r w:rsidRPr="004543E3">
              <w:rPr>
                <w:szCs w:val="26"/>
              </w:rPr>
              <w:t>lực</w:t>
            </w:r>
            <w:proofErr w:type="spellEnd"/>
            <w:r w:rsidRPr="004543E3">
              <w:rPr>
                <w:szCs w:val="26"/>
              </w:rPr>
              <w:t xml:space="preserve"> </w:t>
            </w:r>
            <w:proofErr w:type="spellStart"/>
            <w:r w:rsidRPr="004543E3">
              <w:rPr>
                <w:szCs w:val="26"/>
              </w:rPr>
              <w:t>của</w:t>
            </w:r>
            <w:proofErr w:type="spellEnd"/>
            <w:r w:rsidRPr="004543E3">
              <w:rPr>
                <w:szCs w:val="26"/>
              </w:rPr>
              <w:t xml:space="preserve"> </w:t>
            </w:r>
            <w:proofErr w:type="spellStart"/>
            <w:r w:rsidRPr="004543E3">
              <w:rPr>
                <w:szCs w:val="26"/>
              </w:rPr>
              <w:t>vị</w:t>
            </w:r>
            <w:proofErr w:type="spellEnd"/>
            <w:r w:rsidRPr="004543E3">
              <w:rPr>
                <w:szCs w:val="26"/>
              </w:rPr>
              <w:t xml:space="preserve"> </w:t>
            </w:r>
            <w:proofErr w:type="spellStart"/>
            <w:r w:rsidRPr="004543E3">
              <w:rPr>
                <w:szCs w:val="26"/>
              </w:rPr>
              <w:t>trí</w:t>
            </w:r>
            <w:proofErr w:type="spellEnd"/>
            <w:r w:rsidRPr="004543E3">
              <w:rPr>
                <w:szCs w:val="26"/>
              </w:rPr>
              <w:t xml:space="preserve"> </w:t>
            </w:r>
            <w:proofErr w:type="spellStart"/>
            <w:r w:rsidRPr="004543E3">
              <w:rPr>
                <w:szCs w:val="26"/>
              </w:rPr>
              <w:t>việc</w:t>
            </w:r>
            <w:proofErr w:type="spellEnd"/>
            <w:r w:rsidRPr="004543E3">
              <w:rPr>
                <w:szCs w:val="26"/>
              </w:rPr>
              <w:t xml:space="preserve"> </w:t>
            </w:r>
            <w:proofErr w:type="spellStart"/>
            <w:r w:rsidRPr="004543E3">
              <w:rPr>
                <w:szCs w:val="26"/>
              </w:rPr>
              <w:t>làm</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ngành</w:t>
            </w:r>
            <w:proofErr w:type="spellEnd"/>
            <w:r w:rsidRPr="004543E3">
              <w:rPr>
                <w:szCs w:val="26"/>
              </w:rPr>
              <w:t xml:space="preserve"> </w:t>
            </w:r>
            <w:proofErr w:type="spellStart"/>
            <w:r w:rsidRPr="004543E3">
              <w:rPr>
                <w:szCs w:val="26"/>
              </w:rPr>
              <w:t>kiểm</w:t>
            </w:r>
            <w:proofErr w:type="spellEnd"/>
            <w:r w:rsidRPr="004543E3">
              <w:rPr>
                <w:szCs w:val="26"/>
              </w:rPr>
              <w:t xml:space="preserve"> </w:t>
            </w:r>
            <w:proofErr w:type="spellStart"/>
            <w:r w:rsidRPr="004543E3">
              <w:rPr>
                <w:szCs w:val="26"/>
              </w:rPr>
              <w:t>soát</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chất</w:t>
            </w:r>
            <w:proofErr w:type="spellEnd"/>
            <w:r w:rsidRPr="004543E3">
              <w:rPr>
                <w:szCs w:val="26"/>
              </w:rPr>
              <w:t xml:space="preserve"> </w:t>
            </w:r>
            <w:proofErr w:type="spellStart"/>
            <w:r w:rsidRPr="004543E3">
              <w:rPr>
                <w:szCs w:val="26"/>
              </w:rPr>
              <w:t>lượng</w:t>
            </w:r>
            <w:proofErr w:type="spellEnd"/>
            <w:r w:rsidRPr="004543E3">
              <w:rPr>
                <w:szCs w:val="26"/>
              </w:rPr>
              <w:t xml:space="preserve"> </w:t>
            </w:r>
            <w:proofErr w:type="spellStart"/>
            <w:r w:rsidRPr="004543E3">
              <w:rPr>
                <w:szCs w:val="26"/>
              </w:rPr>
              <w:t>sản</w:t>
            </w:r>
            <w:proofErr w:type="spellEnd"/>
            <w:r w:rsidRPr="004543E3">
              <w:rPr>
                <w:szCs w:val="26"/>
              </w:rPr>
              <w:t xml:space="preserve"> </w:t>
            </w:r>
            <w:proofErr w:type="spellStart"/>
            <w:r w:rsidRPr="004543E3">
              <w:rPr>
                <w:szCs w:val="26"/>
              </w:rPr>
              <w:t>phẩm</w:t>
            </w:r>
            <w:proofErr w:type="spellEnd"/>
            <w:r w:rsidRPr="004543E3">
              <w:rPr>
                <w:szCs w:val="26"/>
              </w:rPr>
              <w:t xml:space="preserve">, </w:t>
            </w:r>
            <w:proofErr w:type="spellStart"/>
            <w:r w:rsidRPr="004543E3">
              <w:rPr>
                <w:szCs w:val="26"/>
              </w:rPr>
              <w:t>hàng</w:t>
            </w:r>
            <w:proofErr w:type="spellEnd"/>
            <w:r w:rsidRPr="004543E3">
              <w:rPr>
                <w:szCs w:val="26"/>
              </w:rPr>
              <w:t xml:space="preserve"> </w:t>
            </w:r>
            <w:proofErr w:type="spellStart"/>
            <w:r w:rsidRPr="004543E3">
              <w:rPr>
                <w:szCs w:val="26"/>
              </w:rPr>
              <w:t>hóa</w:t>
            </w:r>
            <w:proofErr w:type="spellEnd"/>
            <w:r w:rsidRPr="004543E3">
              <w:rPr>
                <w:szCs w:val="26"/>
              </w:rPr>
              <w:t xml:space="preserve">, </w:t>
            </w:r>
            <w:proofErr w:type="spellStart"/>
            <w:r w:rsidRPr="004543E3">
              <w:rPr>
                <w:szCs w:val="26"/>
              </w:rPr>
              <w:t>không</w:t>
            </w:r>
            <w:proofErr w:type="spellEnd"/>
            <w:r w:rsidRPr="004543E3">
              <w:rPr>
                <w:szCs w:val="26"/>
              </w:rPr>
              <w:t xml:space="preserve"> </w:t>
            </w:r>
            <w:proofErr w:type="spellStart"/>
            <w:r w:rsidRPr="004543E3">
              <w:rPr>
                <w:szCs w:val="26"/>
              </w:rPr>
              <w:t>chỉ</w:t>
            </w:r>
            <w:proofErr w:type="spellEnd"/>
            <w:r w:rsidRPr="004543E3">
              <w:rPr>
                <w:szCs w:val="26"/>
              </w:rPr>
              <w:t xml:space="preserve"> </w:t>
            </w:r>
            <w:proofErr w:type="spellStart"/>
            <w:r w:rsidRPr="004543E3">
              <w:rPr>
                <w:szCs w:val="26"/>
              </w:rPr>
              <w:t>dựa</w:t>
            </w:r>
            <w:proofErr w:type="spellEnd"/>
            <w:r w:rsidRPr="004543E3">
              <w:rPr>
                <w:szCs w:val="26"/>
              </w:rPr>
              <w:t xml:space="preserve"> </w:t>
            </w:r>
            <w:proofErr w:type="spellStart"/>
            <w:r w:rsidRPr="004543E3">
              <w:rPr>
                <w:szCs w:val="26"/>
              </w:rPr>
              <w:t>trên</w:t>
            </w:r>
            <w:proofErr w:type="spellEnd"/>
            <w:r w:rsidRPr="004543E3">
              <w:rPr>
                <w:szCs w:val="26"/>
              </w:rPr>
              <w:t xml:space="preserve"> </w:t>
            </w:r>
            <w:proofErr w:type="spellStart"/>
            <w:r w:rsidRPr="004543E3">
              <w:rPr>
                <w:szCs w:val="26"/>
              </w:rPr>
              <w:t>yếu</w:t>
            </w:r>
            <w:proofErr w:type="spellEnd"/>
            <w:r w:rsidRPr="004543E3">
              <w:rPr>
                <w:szCs w:val="26"/>
              </w:rPr>
              <w:t xml:space="preserve"> </w:t>
            </w:r>
            <w:proofErr w:type="spellStart"/>
            <w:r w:rsidRPr="004543E3">
              <w:rPr>
                <w:szCs w:val="26"/>
              </w:rPr>
              <w:t>tố</w:t>
            </w:r>
            <w:proofErr w:type="spellEnd"/>
            <w:r w:rsidRPr="004543E3">
              <w:rPr>
                <w:szCs w:val="26"/>
              </w:rPr>
              <w:t xml:space="preserve"> </w:t>
            </w:r>
            <w:proofErr w:type="spellStart"/>
            <w:r w:rsidRPr="004543E3">
              <w:rPr>
                <w:szCs w:val="26"/>
              </w:rPr>
              <w:t>thời</w:t>
            </w:r>
            <w:proofErr w:type="spellEnd"/>
            <w:r w:rsidRPr="004543E3">
              <w:rPr>
                <w:szCs w:val="26"/>
              </w:rPr>
              <w:t xml:space="preserve"> </w:t>
            </w:r>
            <w:proofErr w:type="spellStart"/>
            <w:r w:rsidRPr="004543E3">
              <w:rPr>
                <w:szCs w:val="26"/>
              </w:rPr>
              <w:t>gian</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tác</w:t>
            </w:r>
            <w:proofErr w:type="spellEnd"/>
            <w:r w:rsidRPr="004543E3">
              <w:rPr>
                <w:szCs w:val="26"/>
              </w:rPr>
              <w:t>.</w:t>
            </w:r>
          </w:p>
          <w:p w14:paraId="45871F0D" w14:textId="0228EBF2" w:rsidR="00512F52" w:rsidRPr="004543E3" w:rsidRDefault="00512F52" w:rsidP="00563608">
            <w:pPr>
              <w:spacing w:before="120" w:after="120" w:line="240" w:lineRule="auto"/>
              <w:jc w:val="both"/>
              <w:rPr>
                <w:szCs w:val="26"/>
              </w:rPr>
            </w:pPr>
            <w:proofErr w:type="spellStart"/>
            <w:r w:rsidRPr="004543E3">
              <w:rPr>
                <w:szCs w:val="26"/>
              </w:rPr>
              <w:t>Việc</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định</w:t>
            </w:r>
            <w:proofErr w:type="spellEnd"/>
            <w:r w:rsidRPr="004543E3">
              <w:rPr>
                <w:szCs w:val="26"/>
              </w:rPr>
              <w:t xml:space="preserve"> </w:t>
            </w:r>
            <w:proofErr w:type="spellStart"/>
            <w:r w:rsidRPr="004543E3">
              <w:rPr>
                <w:szCs w:val="26"/>
              </w:rPr>
              <w:t>tiêu</w:t>
            </w:r>
            <w:proofErr w:type="spellEnd"/>
            <w:r w:rsidRPr="004543E3">
              <w:rPr>
                <w:szCs w:val="26"/>
              </w:rPr>
              <w:t xml:space="preserve"> </w:t>
            </w:r>
            <w:proofErr w:type="spellStart"/>
            <w:r w:rsidRPr="004543E3">
              <w:rPr>
                <w:szCs w:val="26"/>
              </w:rPr>
              <w:t>chí</w:t>
            </w:r>
            <w:proofErr w:type="spellEnd"/>
            <w:r w:rsidRPr="004543E3">
              <w:rPr>
                <w:szCs w:val="26"/>
              </w:rPr>
              <w:t xml:space="preserve"> </w:t>
            </w:r>
            <w:proofErr w:type="spellStart"/>
            <w:r w:rsidRPr="004543E3">
              <w:rPr>
                <w:szCs w:val="26"/>
              </w:rPr>
              <w:t>riêng</w:t>
            </w:r>
            <w:proofErr w:type="spellEnd"/>
            <w:r w:rsidRPr="004543E3">
              <w:rPr>
                <w:szCs w:val="26"/>
              </w:rPr>
              <w:t xml:space="preserve"> </w:t>
            </w:r>
            <w:proofErr w:type="spellStart"/>
            <w:r w:rsidRPr="004543E3">
              <w:rPr>
                <w:szCs w:val="26"/>
              </w:rPr>
              <w:t>về</w:t>
            </w:r>
            <w:proofErr w:type="spellEnd"/>
            <w:r w:rsidRPr="004543E3">
              <w:rPr>
                <w:szCs w:val="26"/>
              </w:rPr>
              <w:t xml:space="preserve"> </w:t>
            </w:r>
            <w:proofErr w:type="spellStart"/>
            <w:r w:rsidRPr="004543E3">
              <w:rPr>
                <w:szCs w:val="26"/>
              </w:rPr>
              <w:t>thời</w:t>
            </w:r>
            <w:proofErr w:type="spellEnd"/>
            <w:r w:rsidRPr="004543E3">
              <w:rPr>
                <w:szCs w:val="26"/>
              </w:rPr>
              <w:t xml:space="preserve"> </w:t>
            </w:r>
            <w:proofErr w:type="spellStart"/>
            <w:r w:rsidRPr="004543E3">
              <w:rPr>
                <w:szCs w:val="26"/>
              </w:rPr>
              <w:t>gian</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tác</w:t>
            </w:r>
            <w:proofErr w:type="spellEnd"/>
            <w:r w:rsidRPr="004543E3">
              <w:rPr>
                <w:szCs w:val="26"/>
              </w:rPr>
              <w:t xml:space="preserve"> </w:t>
            </w:r>
            <w:proofErr w:type="spellStart"/>
            <w:r w:rsidRPr="004543E3">
              <w:rPr>
                <w:szCs w:val="26"/>
              </w:rPr>
              <w:t>để</w:t>
            </w:r>
            <w:proofErr w:type="spellEnd"/>
            <w:r w:rsidRPr="004543E3">
              <w:rPr>
                <w:szCs w:val="26"/>
              </w:rPr>
              <w:t xml:space="preserve"> </w:t>
            </w:r>
            <w:proofErr w:type="spellStart"/>
            <w:r w:rsidRPr="004543E3">
              <w:rPr>
                <w:szCs w:val="26"/>
              </w:rPr>
              <w:t>làm</w:t>
            </w:r>
            <w:proofErr w:type="spellEnd"/>
            <w:r w:rsidRPr="004543E3">
              <w:rPr>
                <w:szCs w:val="26"/>
              </w:rPr>
              <w:t xml:space="preserve"> </w:t>
            </w:r>
            <w:proofErr w:type="spellStart"/>
            <w:r w:rsidRPr="004543E3">
              <w:rPr>
                <w:szCs w:val="26"/>
              </w:rPr>
              <w:t>căn</w:t>
            </w:r>
            <w:proofErr w:type="spellEnd"/>
            <w:r w:rsidRPr="004543E3">
              <w:rPr>
                <w:szCs w:val="26"/>
              </w:rPr>
              <w:t xml:space="preserve"> </w:t>
            </w:r>
            <w:proofErr w:type="spellStart"/>
            <w:r w:rsidRPr="004543E3">
              <w:rPr>
                <w:szCs w:val="26"/>
              </w:rPr>
              <w:t>cứ</w:t>
            </w:r>
            <w:proofErr w:type="spellEnd"/>
            <w:r w:rsidRPr="004543E3">
              <w:rPr>
                <w:szCs w:val="26"/>
              </w:rPr>
              <w:t xml:space="preserve"> </w:t>
            </w:r>
            <w:proofErr w:type="spellStart"/>
            <w:r w:rsidRPr="004543E3">
              <w:rPr>
                <w:szCs w:val="26"/>
              </w:rPr>
              <w:t>xem</w:t>
            </w:r>
            <w:proofErr w:type="spellEnd"/>
            <w:r w:rsidRPr="004543E3">
              <w:rPr>
                <w:szCs w:val="26"/>
              </w:rPr>
              <w:t xml:space="preserve"> </w:t>
            </w:r>
            <w:proofErr w:type="spellStart"/>
            <w:r w:rsidRPr="004543E3">
              <w:rPr>
                <w:szCs w:val="26"/>
              </w:rPr>
              <w:t>xét</w:t>
            </w:r>
            <w:proofErr w:type="spellEnd"/>
            <w:r w:rsidRPr="004543E3">
              <w:rPr>
                <w:szCs w:val="26"/>
              </w:rPr>
              <w:t xml:space="preserve"> </w:t>
            </w:r>
            <w:proofErr w:type="spellStart"/>
            <w:r w:rsidRPr="004543E3">
              <w:rPr>
                <w:szCs w:val="26"/>
              </w:rPr>
              <w:t>bổ</w:t>
            </w:r>
            <w:proofErr w:type="spellEnd"/>
            <w:r w:rsidRPr="004543E3">
              <w:rPr>
                <w:szCs w:val="26"/>
              </w:rPr>
              <w:t xml:space="preserve"> </w:t>
            </w:r>
            <w:proofErr w:type="spellStart"/>
            <w:r w:rsidRPr="004543E3">
              <w:rPr>
                <w:szCs w:val="26"/>
              </w:rPr>
              <w:t>nhiệm</w:t>
            </w:r>
            <w:proofErr w:type="spellEnd"/>
            <w:r w:rsidRPr="004543E3">
              <w:rPr>
                <w:szCs w:val="26"/>
              </w:rPr>
              <w:t xml:space="preserve"> </w:t>
            </w:r>
            <w:proofErr w:type="spellStart"/>
            <w:r w:rsidRPr="004543E3">
              <w:rPr>
                <w:szCs w:val="26"/>
              </w:rPr>
              <w:t>ngạch</w:t>
            </w:r>
            <w:proofErr w:type="spellEnd"/>
            <w:r w:rsidRPr="004543E3">
              <w:rPr>
                <w:szCs w:val="26"/>
              </w:rPr>
              <w:t xml:space="preserve"> </w:t>
            </w:r>
            <w:proofErr w:type="spellStart"/>
            <w:r w:rsidRPr="004543E3">
              <w:rPr>
                <w:szCs w:val="26"/>
              </w:rPr>
              <w:t>là</w:t>
            </w:r>
            <w:proofErr w:type="spellEnd"/>
            <w:r w:rsidRPr="004543E3">
              <w:rPr>
                <w:szCs w:val="26"/>
              </w:rPr>
              <w:t xml:space="preserve"> </w:t>
            </w:r>
            <w:proofErr w:type="spellStart"/>
            <w:r w:rsidRPr="004543E3">
              <w:rPr>
                <w:szCs w:val="26"/>
              </w:rPr>
              <w:t>không</w:t>
            </w:r>
            <w:proofErr w:type="spellEnd"/>
            <w:r w:rsidRPr="004543E3">
              <w:rPr>
                <w:szCs w:val="26"/>
              </w:rPr>
              <w:t xml:space="preserve"> </w:t>
            </w:r>
            <w:proofErr w:type="spellStart"/>
            <w:r w:rsidRPr="004543E3">
              <w:rPr>
                <w:szCs w:val="26"/>
              </w:rPr>
              <w:t>phù</w:t>
            </w:r>
            <w:proofErr w:type="spellEnd"/>
            <w:r w:rsidRPr="004543E3">
              <w:rPr>
                <w:szCs w:val="26"/>
              </w:rPr>
              <w:t xml:space="preserve"> </w:t>
            </w:r>
            <w:proofErr w:type="spellStart"/>
            <w:r w:rsidRPr="004543E3">
              <w:rPr>
                <w:szCs w:val="26"/>
              </w:rPr>
              <w:t>hợp</w:t>
            </w:r>
            <w:proofErr w:type="spellEnd"/>
            <w:r w:rsidRPr="004543E3">
              <w:rPr>
                <w:szCs w:val="26"/>
              </w:rPr>
              <w:t xml:space="preserve"> </w:t>
            </w:r>
            <w:proofErr w:type="spellStart"/>
            <w:r w:rsidRPr="004543E3">
              <w:rPr>
                <w:szCs w:val="26"/>
              </w:rPr>
              <w:t>với</w:t>
            </w:r>
            <w:proofErr w:type="spellEnd"/>
            <w:r w:rsidRPr="004543E3">
              <w:rPr>
                <w:szCs w:val="26"/>
              </w:rPr>
              <w:t xml:space="preserve"> </w:t>
            </w:r>
            <w:proofErr w:type="spellStart"/>
            <w:r w:rsidRPr="004543E3">
              <w:rPr>
                <w:szCs w:val="26"/>
              </w:rPr>
              <w:t>nguyên</w:t>
            </w:r>
            <w:proofErr w:type="spellEnd"/>
            <w:r w:rsidRPr="004543E3">
              <w:rPr>
                <w:szCs w:val="26"/>
              </w:rPr>
              <w:t xml:space="preserve"> </w:t>
            </w:r>
            <w:proofErr w:type="spellStart"/>
            <w:r w:rsidRPr="004543E3">
              <w:rPr>
                <w:szCs w:val="26"/>
              </w:rPr>
              <w:t>tắc</w:t>
            </w:r>
            <w:proofErr w:type="spellEnd"/>
            <w:r w:rsidRPr="004543E3">
              <w:rPr>
                <w:szCs w:val="26"/>
              </w:rPr>
              <w:t xml:space="preserve"> </w:t>
            </w:r>
            <w:proofErr w:type="spellStart"/>
            <w:r w:rsidRPr="004543E3">
              <w:rPr>
                <w:szCs w:val="26"/>
              </w:rPr>
              <w:t>quản</w:t>
            </w:r>
            <w:proofErr w:type="spellEnd"/>
            <w:r w:rsidRPr="004543E3">
              <w:rPr>
                <w:szCs w:val="26"/>
              </w:rPr>
              <w:t xml:space="preserve"> </w:t>
            </w:r>
            <w:proofErr w:type="spellStart"/>
            <w:r w:rsidRPr="004543E3">
              <w:rPr>
                <w:szCs w:val="26"/>
              </w:rPr>
              <w:t>lý</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theo</w:t>
            </w:r>
            <w:proofErr w:type="spellEnd"/>
            <w:r w:rsidRPr="004543E3">
              <w:rPr>
                <w:szCs w:val="26"/>
              </w:rPr>
              <w:t xml:space="preserve"> </w:t>
            </w:r>
            <w:proofErr w:type="spellStart"/>
            <w:r w:rsidRPr="004543E3">
              <w:rPr>
                <w:szCs w:val="26"/>
              </w:rPr>
              <w:t>vị</w:t>
            </w:r>
            <w:proofErr w:type="spellEnd"/>
            <w:r w:rsidRPr="004543E3">
              <w:rPr>
                <w:szCs w:val="26"/>
              </w:rPr>
              <w:t xml:space="preserve"> </w:t>
            </w:r>
            <w:proofErr w:type="spellStart"/>
            <w:r w:rsidRPr="004543E3">
              <w:rPr>
                <w:szCs w:val="26"/>
              </w:rPr>
              <w:t>trí</w:t>
            </w:r>
            <w:proofErr w:type="spellEnd"/>
            <w:r w:rsidRPr="004543E3">
              <w:rPr>
                <w:szCs w:val="26"/>
              </w:rPr>
              <w:t xml:space="preserve"> </w:t>
            </w:r>
            <w:proofErr w:type="spellStart"/>
            <w:r w:rsidRPr="004543E3">
              <w:rPr>
                <w:szCs w:val="26"/>
              </w:rPr>
              <w:t>việc</w:t>
            </w:r>
            <w:proofErr w:type="spellEnd"/>
            <w:r w:rsidRPr="004543E3">
              <w:rPr>
                <w:szCs w:val="26"/>
              </w:rPr>
              <w:t xml:space="preserve"> </w:t>
            </w:r>
            <w:proofErr w:type="spellStart"/>
            <w:r w:rsidRPr="004543E3">
              <w:rPr>
                <w:szCs w:val="26"/>
              </w:rPr>
              <w:t>làm</w:t>
            </w:r>
            <w:proofErr w:type="spellEnd"/>
            <w:r w:rsidRPr="004543E3">
              <w:rPr>
                <w:szCs w:val="26"/>
              </w:rPr>
              <w:t xml:space="preserve">. </w:t>
            </w:r>
            <w:proofErr w:type="spellStart"/>
            <w:r w:rsidRPr="004543E3">
              <w:rPr>
                <w:szCs w:val="26"/>
              </w:rPr>
              <w:t>Đồng</w:t>
            </w:r>
            <w:proofErr w:type="spellEnd"/>
            <w:r w:rsidRPr="004543E3">
              <w:rPr>
                <w:szCs w:val="26"/>
              </w:rPr>
              <w:t xml:space="preserve"> </w:t>
            </w:r>
            <w:proofErr w:type="spellStart"/>
            <w:r w:rsidRPr="004543E3">
              <w:rPr>
                <w:szCs w:val="26"/>
              </w:rPr>
              <w:t>thời</w:t>
            </w:r>
            <w:proofErr w:type="spellEnd"/>
            <w:r w:rsidRPr="004543E3">
              <w:rPr>
                <w:szCs w:val="26"/>
              </w:rPr>
              <w:t xml:space="preserve">, </w:t>
            </w:r>
            <w:proofErr w:type="spellStart"/>
            <w:r w:rsidRPr="004543E3">
              <w:rPr>
                <w:szCs w:val="26"/>
              </w:rPr>
              <w:t>nội</w:t>
            </w:r>
            <w:proofErr w:type="spellEnd"/>
            <w:r w:rsidRPr="004543E3">
              <w:rPr>
                <w:szCs w:val="26"/>
              </w:rPr>
              <w:t xml:space="preserve"> dung </w:t>
            </w:r>
            <w:proofErr w:type="spellStart"/>
            <w:r w:rsidRPr="004543E3">
              <w:rPr>
                <w:szCs w:val="26"/>
              </w:rPr>
              <w:t>này</w:t>
            </w:r>
            <w:proofErr w:type="spellEnd"/>
            <w:r w:rsidRPr="004543E3">
              <w:rPr>
                <w:szCs w:val="26"/>
              </w:rPr>
              <w:t xml:space="preserve"> </w:t>
            </w:r>
            <w:proofErr w:type="spellStart"/>
            <w:r w:rsidRPr="004543E3">
              <w:rPr>
                <w:szCs w:val="26"/>
              </w:rPr>
              <w:t>thuộc</w:t>
            </w:r>
            <w:proofErr w:type="spellEnd"/>
            <w:r w:rsidRPr="004543E3">
              <w:rPr>
                <w:szCs w:val="26"/>
              </w:rPr>
              <w:t xml:space="preserve"> </w:t>
            </w:r>
            <w:proofErr w:type="spellStart"/>
            <w:r w:rsidRPr="004543E3">
              <w:rPr>
                <w:szCs w:val="26"/>
              </w:rPr>
              <w:t>phạm</w:t>
            </w:r>
            <w:proofErr w:type="spellEnd"/>
            <w:r w:rsidRPr="004543E3">
              <w:rPr>
                <w:szCs w:val="26"/>
              </w:rPr>
              <w:t xml:space="preserve"> vi </w:t>
            </w:r>
            <w:proofErr w:type="spellStart"/>
            <w:r w:rsidRPr="004543E3">
              <w:rPr>
                <w:szCs w:val="26"/>
              </w:rPr>
              <w:t>điều</w:t>
            </w:r>
            <w:proofErr w:type="spellEnd"/>
            <w:r w:rsidRPr="004543E3">
              <w:rPr>
                <w:szCs w:val="26"/>
              </w:rPr>
              <w:t xml:space="preserve"> </w:t>
            </w:r>
            <w:proofErr w:type="spellStart"/>
            <w:r w:rsidRPr="004543E3">
              <w:rPr>
                <w:szCs w:val="26"/>
              </w:rPr>
              <w:t>chỉnh</w:t>
            </w:r>
            <w:proofErr w:type="spellEnd"/>
            <w:r w:rsidRPr="004543E3">
              <w:rPr>
                <w:szCs w:val="26"/>
              </w:rPr>
              <w:t xml:space="preserve"> </w:t>
            </w:r>
            <w:proofErr w:type="spellStart"/>
            <w:r w:rsidRPr="004543E3">
              <w:rPr>
                <w:szCs w:val="26"/>
              </w:rPr>
              <w:t>của</w:t>
            </w:r>
            <w:proofErr w:type="spellEnd"/>
            <w:r w:rsidRPr="004543E3">
              <w:rPr>
                <w:szCs w:val="26"/>
              </w:rPr>
              <w:t xml:space="preserve"> </w:t>
            </w:r>
            <w:proofErr w:type="spellStart"/>
            <w:r w:rsidRPr="004543E3">
              <w:rPr>
                <w:szCs w:val="26"/>
              </w:rPr>
              <w:t>các</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định</w:t>
            </w:r>
            <w:proofErr w:type="spellEnd"/>
            <w:r w:rsidRPr="004543E3">
              <w:rPr>
                <w:szCs w:val="26"/>
              </w:rPr>
              <w:t xml:space="preserve"> </w:t>
            </w:r>
            <w:proofErr w:type="spellStart"/>
            <w:r w:rsidRPr="004543E3">
              <w:rPr>
                <w:szCs w:val="26"/>
              </w:rPr>
              <w:t>về</w:t>
            </w:r>
            <w:proofErr w:type="spellEnd"/>
            <w:r w:rsidRPr="004543E3">
              <w:rPr>
                <w:szCs w:val="26"/>
              </w:rPr>
              <w:t xml:space="preserve"> </w:t>
            </w:r>
            <w:proofErr w:type="spellStart"/>
            <w:r w:rsidRPr="004543E3">
              <w:rPr>
                <w:szCs w:val="26"/>
              </w:rPr>
              <w:t>quản</w:t>
            </w:r>
            <w:proofErr w:type="spellEnd"/>
            <w:r w:rsidRPr="004543E3">
              <w:rPr>
                <w:szCs w:val="26"/>
              </w:rPr>
              <w:t xml:space="preserve"> </w:t>
            </w:r>
            <w:proofErr w:type="spellStart"/>
            <w:r w:rsidRPr="004543E3">
              <w:rPr>
                <w:szCs w:val="26"/>
              </w:rPr>
              <w:t>lý</w:t>
            </w:r>
            <w:proofErr w:type="spellEnd"/>
            <w:r w:rsidRPr="004543E3">
              <w:rPr>
                <w:szCs w:val="26"/>
              </w:rPr>
              <w:t xml:space="preserve">, </w:t>
            </w:r>
            <w:proofErr w:type="spellStart"/>
            <w:r w:rsidRPr="004543E3">
              <w:rPr>
                <w:szCs w:val="26"/>
              </w:rPr>
              <w:t>sử</w:t>
            </w:r>
            <w:proofErr w:type="spellEnd"/>
            <w:r w:rsidRPr="004543E3">
              <w:rPr>
                <w:szCs w:val="26"/>
              </w:rPr>
              <w:t xml:space="preserve"> </w:t>
            </w:r>
            <w:proofErr w:type="spellStart"/>
            <w:r w:rsidRPr="004543E3">
              <w:rPr>
                <w:szCs w:val="26"/>
              </w:rPr>
              <w:t>dụng</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thẩm</w:t>
            </w:r>
            <w:proofErr w:type="spellEnd"/>
            <w:r w:rsidRPr="004543E3">
              <w:rPr>
                <w:szCs w:val="26"/>
              </w:rPr>
              <w:t xml:space="preserve"> </w:t>
            </w:r>
            <w:proofErr w:type="spellStart"/>
            <w:r w:rsidRPr="004543E3">
              <w:rPr>
                <w:szCs w:val="26"/>
              </w:rPr>
              <w:t>quyền</w:t>
            </w:r>
            <w:proofErr w:type="spellEnd"/>
            <w:r w:rsidRPr="004543E3">
              <w:rPr>
                <w:szCs w:val="26"/>
              </w:rPr>
              <w:t xml:space="preserve"> </w:t>
            </w:r>
            <w:proofErr w:type="spellStart"/>
            <w:r w:rsidRPr="004543E3">
              <w:rPr>
                <w:szCs w:val="26"/>
              </w:rPr>
              <w:t>của</w:t>
            </w:r>
            <w:proofErr w:type="spellEnd"/>
            <w:r w:rsidRPr="004543E3">
              <w:rPr>
                <w:szCs w:val="26"/>
              </w:rPr>
              <w:t xml:space="preserve"> </w:t>
            </w:r>
            <w:proofErr w:type="spellStart"/>
            <w:r w:rsidRPr="004543E3">
              <w:rPr>
                <w:szCs w:val="26"/>
              </w:rPr>
              <w:t>cơ</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có</w:t>
            </w:r>
            <w:proofErr w:type="spellEnd"/>
            <w:r w:rsidRPr="004543E3">
              <w:rPr>
                <w:szCs w:val="26"/>
              </w:rPr>
              <w:t xml:space="preserve"> </w:t>
            </w:r>
            <w:proofErr w:type="spellStart"/>
            <w:r w:rsidRPr="004543E3">
              <w:rPr>
                <w:szCs w:val="26"/>
              </w:rPr>
              <w:t>thẩm</w:t>
            </w:r>
            <w:proofErr w:type="spellEnd"/>
            <w:r w:rsidRPr="004543E3">
              <w:rPr>
                <w:szCs w:val="26"/>
              </w:rPr>
              <w:t xml:space="preserve"> </w:t>
            </w:r>
            <w:proofErr w:type="spellStart"/>
            <w:r w:rsidRPr="004543E3">
              <w:rPr>
                <w:szCs w:val="26"/>
              </w:rPr>
              <w:t>quyền</w:t>
            </w:r>
            <w:proofErr w:type="spellEnd"/>
            <w:r w:rsidRPr="004543E3">
              <w:rPr>
                <w:szCs w:val="26"/>
              </w:rPr>
              <w:t xml:space="preserve"> </w:t>
            </w:r>
            <w:proofErr w:type="spellStart"/>
            <w:r w:rsidRPr="004543E3">
              <w:rPr>
                <w:szCs w:val="26"/>
              </w:rPr>
              <w:t>theo</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định</w:t>
            </w:r>
            <w:proofErr w:type="spellEnd"/>
            <w:r w:rsidRPr="004543E3">
              <w:rPr>
                <w:szCs w:val="26"/>
              </w:rPr>
              <w:t xml:space="preserve"> </w:t>
            </w:r>
            <w:proofErr w:type="spellStart"/>
            <w:r w:rsidRPr="004543E3">
              <w:rPr>
                <w:szCs w:val="26"/>
              </w:rPr>
              <w:t>chung</w:t>
            </w:r>
            <w:proofErr w:type="spellEnd"/>
            <w:r w:rsidRPr="004543E3">
              <w:rPr>
                <w:szCs w:val="26"/>
              </w:rPr>
              <w:t xml:space="preserve">, </w:t>
            </w:r>
            <w:proofErr w:type="spellStart"/>
            <w:r w:rsidRPr="004543E3">
              <w:rPr>
                <w:szCs w:val="26"/>
              </w:rPr>
              <w:t>không</w:t>
            </w:r>
            <w:proofErr w:type="spellEnd"/>
            <w:r w:rsidRPr="004543E3">
              <w:rPr>
                <w:szCs w:val="26"/>
              </w:rPr>
              <w:t xml:space="preserve"> </w:t>
            </w:r>
            <w:proofErr w:type="spellStart"/>
            <w:r w:rsidRPr="004543E3">
              <w:rPr>
                <w:szCs w:val="26"/>
              </w:rPr>
              <w:t>thuộc</w:t>
            </w:r>
            <w:proofErr w:type="spellEnd"/>
            <w:r w:rsidRPr="004543E3">
              <w:rPr>
                <w:szCs w:val="26"/>
              </w:rPr>
              <w:t xml:space="preserve"> </w:t>
            </w:r>
            <w:proofErr w:type="spellStart"/>
            <w:r w:rsidRPr="004543E3">
              <w:rPr>
                <w:szCs w:val="26"/>
              </w:rPr>
              <w:t>phạm</w:t>
            </w:r>
            <w:proofErr w:type="spellEnd"/>
            <w:r w:rsidRPr="004543E3">
              <w:rPr>
                <w:szCs w:val="26"/>
              </w:rPr>
              <w:t xml:space="preserve"> vi </w:t>
            </w:r>
            <w:proofErr w:type="spellStart"/>
            <w:r w:rsidRPr="004543E3">
              <w:rPr>
                <w:szCs w:val="26"/>
              </w:rPr>
              <w:t>điều</w:t>
            </w:r>
            <w:proofErr w:type="spellEnd"/>
            <w:r w:rsidRPr="004543E3">
              <w:rPr>
                <w:szCs w:val="26"/>
              </w:rPr>
              <w:t xml:space="preserve"> </w:t>
            </w:r>
            <w:proofErr w:type="spellStart"/>
            <w:r w:rsidRPr="004543E3">
              <w:rPr>
                <w:szCs w:val="26"/>
              </w:rPr>
              <w:t>chỉnh</w:t>
            </w:r>
            <w:proofErr w:type="spellEnd"/>
            <w:r w:rsidRPr="004543E3">
              <w:rPr>
                <w:szCs w:val="26"/>
              </w:rPr>
              <w:t xml:space="preserve"> </w:t>
            </w:r>
            <w:proofErr w:type="spellStart"/>
            <w:r w:rsidRPr="004543E3">
              <w:rPr>
                <w:szCs w:val="26"/>
              </w:rPr>
              <w:t>của</w:t>
            </w:r>
            <w:proofErr w:type="spellEnd"/>
            <w:r w:rsidRPr="004543E3">
              <w:rPr>
                <w:szCs w:val="26"/>
              </w:rPr>
              <w:t xml:space="preserve"> Thông </w:t>
            </w:r>
            <w:proofErr w:type="spellStart"/>
            <w:r w:rsidRPr="004543E3">
              <w:rPr>
                <w:szCs w:val="26"/>
              </w:rPr>
              <w:t>tư</w:t>
            </w:r>
            <w:proofErr w:type="spellEnd"/>
            <w:r w:rsidRPr="004543E3">
              <w:rPr>
                <w:szCs w:val="26"/>
              </w:rPr>
              <w:t xml:space="preserve"> </w:t>
            </w:r>
            <w:proofErr w:type="spellStart"/>
            <w:r w:rsidRPr="004543E3">
              <w:rPr>
                <w:szCs w:val="26"/>
              </w:rPr>
              <w:t>này</w:t>
            </w:r>
            <w:proofErr w:type="spellEnd"/>
            <w:r w:rsidRPr="004543E3">
              <w:rPr>
                <w:szCs w:val="26"/>
              </w:rPr>
              <w:t>.</w:t>
            </w:r>
          </w:p>
        </w:tc>
      </w:tr>
      <w:tr w:rsidR="00512F52" w:rsidRPr="004543E3" w14:paraId="700C0A7F" w14:textId="77777777" w:rsidTr="004C2B3E">
        <w:tc>
          <w:tcPr>
            <w:tcW w:w="1098" w:type="dxa"/>
          </w:tcPr>
          <w:p w14:paraId="22B80DFA" w14:textId="5F1F2C73" w:rsidR="00512F52" w:rsidRPr="00D74673" w:rsidRDefault="00512F52" w:rsidP="00512F52">
            <w:pPr>
              <w:jc w:val="center"/>
              <w:rPr>
                <w:b/>
                <w:bCs/>
              </w:rPr>
            </w:pPr>
            <w:r w:rsidRPr="00D74673">
              <w:rPr>
                <w:b/>
                <w:bCs/>
              </w:rPr>
              <w:t>1</w:t>
            </w:r>
            <w:r>
              <w:rPr>
                <w:b/>
                <w:bCs/>
              </w:rPr>
              <w:t>3</w:t>
            </w:r>
          </w:p>
        </w:tc>
        <w:tc>
          <w:tcPr>
            <w:tcW w:w="6127" w:type="dxa"/>
          </w:tcPr>
          <w:p w14:paraId="0C14854B" w14:textId="77777777" w:rsidR="00512F52" w:rsidRPr="004543E3" w:rsidRDefault="00512F52" w:rsidP="00563608">
            <w:pPr>
              <w:spacing w:before="120" w:after="120" w:line="240" w:lineRule="auto"/>
              <w:jc w:val="both"/>
              <w:rPr>
                <w:b/>
                <w:bCs/>
              </w:rPr>
            </w:pPr>
            <w:proofErr w:type="spellStart"/>
            <w:r w:rsidRPr="004543E3">
              <w:rPr>
                <w:b/>
                <w:bCs/>
              </w:rPr>
              <w:t>Sơ</w:t>
            </w:r>
            <w:proofErr w:type="spellEnd"/>
            <w:r w:rsidRPr="004543E3">
              <w:rPr>
                <w:b/>
                <w:bCs/>
              </w:rPr>
              <w:t xml:space="preserve">̉ KH&amp;CN </w:t>
            </w:r>
            <w:proofErr w:type="spellStart"/>
            <w:r w:rsidRPr="004543E3">
              <w:rPr>
                <w:b/>
                <w:bCs/>
              </w:rPr>
              <w:t>tỉnh</w:t>
            </w:r>
            <w:proofErr w:type="spellEnd"/>
            <w:r w:rsidRPr="004543E3">
              <w:rPr>
                <w:b/>
                <w:bCs/>
              </w:rPr>
              <w:t xml:space="preserve"> </w:t>
            </w:r>
            <w:proofErr w:type="spellStart"/>
            <w:r w:rsidRPr="004543E3">
              <w:rPr>
                <w:b/>
                <w:bCs/>
              </w:rPr>
              <w:t>Lạng</w:t>
            </w:r>
            <w:proofErr w:type="spellEnd"/>
            <w:r w:rsidRPr="004543E3">
              <w:rPr>
                <w:b/>
                <w:bCs/>
              </w:rPr>
              <w:t xml:space="preserve"> Sơn:</w:t>
            </w:r>
          </w:p>
          <w:p w14:paraId="0A4A3942" w14:textId="77777777" w:rsidR="00512F52" w:rsidRPr="004543E3" w:rsidRDefault="00512F52" w:rsidP="00563608">
            <w:pPr>
              <w:spacing w:before="120" w:after="120" w:line="240" w:lineRule="auto"/>
              <w:jc w:val="both"/>
              <w:rPr>
                <w:i/>
                <w:iCs/>
              </w:rPr>
            </w:pPr>
            <w:r w:rsidRPr="004543E3">
              <w:t xml:space="preserve">-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viện</w:t>
            </w:r>
            <w:proofErr w:type="spellEnd"/>
            <w:r w:rsidRPr="004543E3">
              <w:t xml:space="preserve"> </w:t>
            </w:r>
            <w:proofErr w:type="spellStart"/>
            <w:r w:rsidRPr="004543E3">
              <w:t>dẫn</w:t>
            </w:r>
            <w:proofErr w:type="spellEnd"/>
            <w:r w:rsidRPr="004543E3">
              <w:t xml:space="preserve"> </w:t>
            </w:r>
            <w:proofErr w:type="spellStart"/>
            <w:r w:rsidRPr="004543E3">
              <w:t>các</w:t>
            </w:r>
            <w:proofErr w:type="spellEnd"/>
            <w:r w:rsidRPr="004543E3">
              <w:t xml:space="preserve"> </w:t>
            </w:r>
            <w:proofErr w:type="spellStart"/>
            <w:r w:rsidRPr="004543E3">
              <w:t>căn</w:t>
            </w:r>
            <w:proofErr w:type="spellEnd"/>
            <w:r w:rsidRPr="004543E3">
              <w:t xml:space="preserve"> </w:t>
            </w:r>
            <w:proofErr w:type="spellStart"/>
            <w:r w:rsidRPr="004543E3">
              <w:t>cư</w:t>
            </w:r>
            <w:proofErr w:type="spellEnd"/>
            <w:r w:rsidRPr="004543E3">
              <w:t xml:space="preserve">́ </w:t>
            </w:r>
            <w:proofErr w:type="spellStart"/>
            <w:r w:rsidRPr="004543E3">
              <w:t>pháp</w:t>
            </w:r>
            <w:proofErr w:type="spellEnd"/>
            <w:r w:rsidRPr="004543E3">
              <w:t xml:space="preserve"> </w:t>
            </w:r>
            <w:proofErr w:type="spellStart"/>
            <w:r w:rsidRPr="004543E3">
              <w:t>lý</w:t>
            </w:r>
            <w:proofErr w:type="spellEnd"/>
            <w:r w:rsidRPr="004543E3">
              <w:t xml:space="preserve"> </w:t>
            </w:r>
            <w:proofErr w:type="spellStart"/>
            <w:r w:rsidRPr="004543E3">
              <w:t>bảo</w:t>
            </w:r>
            <w:proofErr w:type="spellEnd"/>
            <w:r w:rsidRPr="004543E3">
              <w:t xml:space="preserve"> </w:t>
            </w:r>
            <w:proofErr w:type="spellStart"/>
            <w:r w:rsidRPr="004543E3">
              <w:t>đảm</w:t>
            </w:r>
            <w:proofErr w:type="spellEnd"/>
            <w:r w:rsidRPr="004543E3">
              <w:t xml:space="preserve"> </w:t>
            </w:r>
            <w:proofErr w:type="spellStart"/>
            <w:r w:rsidRPr="004543E3">
              <w:t>phù</w:t>
            </w:r>
            <w:proofErr w:type="spellEnd"/>
            <w:r w:rsidRPr="004543E3">
              <w:t xml:space="preserve"> </w:t>
            </w:r>
            <w:proofErr w:type="spellStart"/>
            <w:r w:rsidRPr="004543E3">
              <w:t>hợp</w:t>
            </w:r>
            <w:proofErr w:type="spellEnd"/>
            <w:r w:rsidRPr="004543E3">
              <w:t xml:space="preserve"> </w:t>
            </w:r>
            <w:proofErr w:type="spellStart"/>
            <w:r w:rsidRPr="004543E3">
              <w:t>theo</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tại</w:t>
            </w:r>
            <w:proofErr w:type="spellEnd"/>
            <w:r w:rsidRPr="004543E3">
              <w:t xml:space="preserve"> </w:t>
            </w:r>
            <w:proofErr w:type="spellStart"/>
            <w:r w:rsidRPr="004543E3">
              <w:t>khoản</w:t>
            </w:r>
            <w:proofErr w:type="spellEnd"/>
            <w:r w:rsidRPr="004543E3">
              <w:t xml:space="preserve"> 1 </w:t>
            </w:r>
            <w:proofErr w:type="spellStart"/>
            <w:r w:rsidRPr="004543E3">
              <w:t>Điều</w:t>
            </w:r>
            <w:proofErr w:type="spellEnd"/>
            <w:r w:rsidRPr="004543E3">
              <w:t xml:space="preserve"> 68 </w:t>
            </w:r>
            <w:proofErr w:type="spellStart"/>
            <w:r w:rsidRPr="004543E3">
              <w:t>Nghị</w:t>
            </w:r>
            <w:proofErr w:type="spellEnd"/>
            <w:r w:rsidRPr="004543E3">
              <w:t xml:space="preserve"> </w:t>
            </w:r>
            <w:proofErr w:type="spellStart"/>
            <w:r w:rsidRPr="004543E3">
              <w:t>định</w:t>
            </w:r>
            <w:proofErr w:type="spellEnd"/>
            <w:r w:rsidRPr="004543E3">
              <w:t xml:space="preserve"> </w:t>
            </w:r>
            <w:proofErr w:type="spellStart"/>
            <w:r w:rsidRPr="004543E3">
              <w:t>số</w:t>
            </w:r>
            <w:proofErr w:type="spellEnd"/>
            <w:r w:rsidRPr="004543E3">
              <w:t xml:space="preserve"> 78/2025/NĐ-CP </w:t>
            </w:r>
            <w:proofErr w:type="spellStart"/>
            <w:r w:rsidRPr="004543E3">
              <w:t>ngày</w:t>
            </w:r>
            <w:proofErr w:type="spellEnd"/>
            <w:r w:rsidRPr="004543E3">
              <w:t xml:space="preserve"> 01/4/2025 </w:t>
            </w:r>
            <w:proofErr w:type="spellStart"/>
            <w:r w:rsidRPr="004543E3">
              <w:t>của</w:t>
            </w:r>
            <w:proofErr w:type="spellEnd"/>
            <w:r w:rsidRPr="004543E3">
              <w:t xml:space="preserve"> </w:t>
            </w:r>
            <w:proofErr w:type="spellStart"/>
            <w:r w:rsidRPr="004543E3">
              <w:t>Chính</w:t>
            </w:r>
            <w:proofErr w:type="spellEnd"/>
            <w:r w:rsidRPr="004543E3">
              <w:t xml:space="preserve"> </w:t>
            </w:r>
            <w:proofErr w:type="spellStart"/>
            <w:r w:rsidRPr="004543E3">
              <w:t>phủ</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chi </w:t>
            </w:r>
            <w:proofErr w:type="spellStart"/>
            <w:r w:rsidRPr="004543E3">
              <w:t>tiết</w:t>
            </w:r>
            <w:proofErr w:type="spellEnd"/>
            <w:r w:rsidRPr="004543E3">
              <w:t xml:space="preserve"> </w:t>
            </w:r>
            <w:proofErr w:type="spellStart"/>
            <w:r w:rsidRPr="004543E3">
              <w:t>một</w:t>
            </w:r>
            <w:proofErr w:type="spellEnd"/>
            <w:r w:rsidRPr="004543E3">
              <w:t xml:space="preserve"> </w:t>
            </w:r>
            <w:proofErr w:type="spellStart"/>
            <w:r w:rsidRPr="004543E3">
              <w:t>số</w:t>
            </w:r>
            <w:proofErr w:type="spellEnd"/>
            <w:r w:rsidRPr="004543E3">
              <w:t xml:space="preserve"> </w:t>
            </w:r>
            <w:proofErr w:type="spellStart"/>
            <w:r w:rsidRPr="004543E3">
              <w:t>điều</w:t>
            </w:r>
            <w:proofErr w:type="spellEnd"/>
            <w:r w:rsidRPr="004543E3">
              <w:t xml:space="preserve"> </w:t>
            </w:r>
            <w:proofErr w:type="spellStart"/>
            <w:r w:rsidRPr="004543E3">
              <w:t>va</w:t>
            </w:r>
            <w:proofErr w:type="spellEnd"/>
            <w:r w:rsidRPr="004543E3">
              <w:t xml:space="preserve">̀ </w:t>
            </w:r>
            <w:proofErr w:type="spellStart"/>
            <w:r w:rsidRPr="004543E3">
              <w:t>biện</w:t>
            </w:r>
            <w:proofErr w:type="spellEnd"/>
            <w:r w:rsidRPr="004543E3">
              <w:t xml:space="preserve"> </w:t>
            </w:r>
            <w:proofErr w:type="spellStart"/>
            <w:r w:rsidRPr="004543E3">
              <w:t>pháp</w:t>
            </w:r>
            <w:proofErr w:type="spellEnd"/>
            <w:r w:rsidRPr="004543E3">
              <w:t xml:space="preserve"> </w:t>
            </w:r>
            <w:proofErr w:type="spellStart"/>
            <w:r w:rsidRPr="004543E3">
              <w:t>để</w:t>
            </w:r>
            <w:proofErr w:type="spellEnd"/>
            <w:r w:rsidRPr="004543E3">
              <w:t xml:space="preserve"> </w:t>
            </w:r>
            <w:proofErr w:type="spellStart"/>
            <w:r w:rsidRPr="004543E3">
              <w:t>tổ</w:t>
            </w:r>
            <w:proofErr w:type="spellEnd"/>
            <w:r w:rsidRPr="004543E3">
              <w:t xml:space="preserve"> </w:t>
            </w:r>
            <w:proofErr w:type="spellStart"/>
            <w:r w:rsidRPr="004543E3">
              <w:t>chức</w:t>
            </w:r>
            <w:proofErr w:type="spellEnd"/>
            <w:r w:rsidRPr="004543E3">
              <w:t xml:space="preserve">, </w:t>
            </w:r>
            <w:proofErr w:type="spellStart"/>
            <w:r w:rsidRPr="004543E3">
              <w:t>hướng</w:t>
            </w:r>
            <w:proofErr w:type="spellEnd"/>
            <w:r w:rsidRPr="004543E3">
              <w:t xml:space="preserve"> </w:t>
            </w:r>
            <w:proofErr w:type="spellStart"/>
            <w:r w:rsidRPr="004543E3">
              <w:t>dẫn</w:t>
            </w:r>
            <w:proofErr w:type="spellEnd"/>
            <w:r w:rsidRPr="004543E3">
              <w:t xml:space="preserve"> </w:t>
            </w:r>
            <w:proofErr w:type="spellStart"/>
            <w:r w:rsidRPr="004543E3">
              <w:t>thi</w:t>
            </w:r>
            <w:proofErr w:type="spellEnd"/>
            <w:r w:rsidRPr="004543E3">
              <w:t xml:space="preserve"> </w:t>
            </w:r>
            <w:proofErr w:type="spellStart"/>
            <w:r w:rsidRPr="004543E3">
              <w:t>hành</w:t>
            </w:r>
            <w:proofErr w:type="spellEnd"/>
            <w:r w:rsidRPr="004543E3">
              <w:t xml:space="preserve"> </w:t>
            </w:r>
            <w:proofErr w:type="spellStart"/>
            <w:r w:rsidRPr="004543E3">
              <w:t>Luật</w:t>
            </w:r>
            <w:proofErr w:type="spellEnd"/>
            <w:r w:rsidRPr="004543E3">
              <w:t xml:space="preserve"> Ban </w:t>
            </w:r>
            <w:proofErr w:type="spellStart"/>
            <w:r w:rsidRPr="004543E3">
              <w:t>hành</w:t>
            </w:r>
            <w:proofErr w:type="spellEnd"/>
            <w:r w:rsidRPr="004543E3">
              <w:t xml:space="preserve"> </w:t>
            </w:r>
            <w:proofErr w:type="spellStart"/>
            <w:r w:rsidRPr="004543E3">
              <w:t>văn</w:t>
            </w:r>
            <w:proofErr w:type="spellEnd"/>
            <w:r w:rsidRPr="004543E3">
              <w:t xml:space="preserve"> </w:t>
            </w:r>
            <w:proofErr w:type="spellStart"/>
            <w:r w:rsidRPr="004543E3">
              <w:t>bản</w:t>
            </w:r>
            <w:proofErr w:type="spellEnd"/>
            <w:r w:rsidRPr="004543E3">
              <w:t xml:space="preserve"> </w:t>
            </w:r>
            <w:proofErr w:type="spellStart"/>
            <w:r w:rsidRPr="004543E3">
              <w:t>quy</w:t>
            </w:r>
            <w:proofErr w:type="spellEnd"/>
            <w:r w:rsidRPr="004543E3">
              <w:t xml:space="preserve"> </w:t>
            </w:r>
            <w:proofErr w:type="spellStart"/>
            <w:r w:rsidRPr="004543E3">
              <w:t>phạm</w:t>
            </w:r>
            <w:proofErr w:type="spellEnd"/>
            <w:r w:rsidRPr="004543E3">
              <w:t xml:space="preserve"> </w:t>
            </w:r>
            <w:proofErr w:type="spellStart"/>
            <w:r w:rsidRPr="004543E3">
              <w:t>pháp</w:t>
            </w:r>
            <w:proofErr w:type="spellEnd"/>
            <w:r w:rsidRPr="004543E3">
              <w:t xml:space="preserve"> </w:t>
            </w:r>
            <w:proofErr w:type="spellStart"/>
            <w:r w:rsidRPr="004543E3">
              <w:t>luật</w:t>
            </w:r>
            <w:proofErr w:type="spellEnd"/>
            <w:r w:rsidRPr="004543E3">
              <w:t xml:space="preserve"> </w:t>
            </w:r>
            <w:proofErr w:type="spellStart"/>
            <w:r w:rsidRPr="004543E3">
              <w:t>được</w:t>
            </w:r>
            <w:proofErr w:type="spellEnd"/>
            <w:r w:rsidRPr="004543E3">
              <w:t xml:space="preserve"> </w:t>
            </w:r>
            <w:proofErr w:type="spellStart"/>
            <w:r w:rsidRPr="004543E3">
              <w:t>sửa</w:t>
            </w:r>
            <w:proofErr w:type="spellEnd"/>
            <w:r w:rsidRPr="004543E3">
              <w:t xml:space="preserve"> </w:t>
            </w:r>
            <w:proofErr w:type="spellStart"/>
            <w:r w:rsidRPr="004543E3">
              <w:t>đổi</w:t>
            </w:r>
            <w:proofErr w:type="spellEnd"/>
            <w:r w:rsidRPr="004543E3">
              <w:t xml:space="preserve">, </w:t>
            </w:r>
            <w:proofErr w:type="spellStart"/>
            <w:r w:rsidRPr="004543E3">
              <w:t>bổ</w:t>
            </w:r>
            <w:proofErr w:type="spellEnd"/>
            <w:r w:rsidRPr="004543E3">
              <w:t xml:space="preserve"> sung </w:t>
            </w:r>
            <w:proofErr w:type="spellStart"/>
            <w:r w:rsidRPr="004543E3">
              <w:t>bởi</w:t>
            </w:r>
            <w:proofErr w:type="spellEnd"/>
            <w:r w:rsidRPr="004543E3">
              <w:t xml:space="preserve"> Nghị </w:t>
            </w:r>
            <w:proofErr w:type="spellStart"/>
            <w:r w:rsidRPr="004543E3">
              <w:t>định</w:t>
            </w:r>
            <w:proofErr w:type="spellEnd"/>
            <w:r w:rsidRPr="004543E3">
              <w:t xml:space="preserve"> </w:t>
            </w:r>
            <w:proofErr w:type="spellStart"/>
            <w:r w:rsidRPr="004543E3">
              <w:t>số</w:t>
            </w:r>
            <w:proofErr w:type="spellEnd"/>
            <w:r w:rsidRPr="004543E3">
              <w:t xml:space="preserve"> 187/2025/NĐ-CP: </w:t>
            </w:r>
            <w:r w:rsidRPr="004543E3">
              <w:rPr>
                <w:i/>
                <w:iCs/>
              </w:rPr>
              <w:t>“</w:t>
            </w:r>
            <w:proofErr w:type="spellStart"/>
            <w:r w:rsidRPr="004543E3">
              <w:rPr>
                <w:i/>
                <w:iCs/>
              </w:rPr>
              <w:t>Đối</w:t>
            </w:r>
            <w:proofErr w:type="spellEnd"/>
            <w:r w:rsidRPr="004543E3">
              <w:rPr>
                <w:i/>
                <w:iCs/>
              </w:rPr>
              <w:t xml:space="preserve"> </w:t>
            </w:r>
            <w:proofErr w:type="spellStart"/>
            <w:r w:rsidRPr="004543E3">
              <w:rPr>
                <w:i/>
                <w:iCs/>
              </w:rPr>
              <w:t>với</w:t>
            </w:r>
            <w:proofErr w:type="spellEnd"/>
            <w:r w:rsidRPr="004543E3">
              <w:rPr>
                <w:i/>
                <w:iCs/>
              </w:rPr>
              <w:t xml:space="preserve"> </w:t>
            </w:r>
            <w:proofErr w:type="spellStart"/>
            <w:r w:rsidRPr="004543E3">
              <w:rPr>
                <w:i/>
                <w:iCs/>
              </w:rPr>
              <w:t>văn</w:t>
            </w:r>
            <w:proofErr w:type="spellEnd"/>
            <w:r w:rsidRPr="004543E3">
              <w:rPr>
                <w:i/>
                <w:iCs/>
              </w:rPr>
              <w:t xml:space="preserve"> </w:t>
            </w:r>
            <w:proofErr w:type="spellStart"/>
            <w:r w:rsidRPr="004543E3">
              <w:rPr>
                <w:i/>
                <w:iCs/>
              </w:rPr>
              <w:t>bản</w:t>
            </w:r>
            <w:proofErr w:type="spellEnd"/>
            <w:r w:rsidRPr="004543E3">
              <w:rPr>
                <w:i/>
                <w:iCs/>
              </w:rPr>
              <w:t xml:space="preserve"> </w:t>
            </w:r>
            <w:proofErr w:type="spellStart"/>
            <w:r w:rsidRPr="004543E3">
              <w:rPr>
                <w:i/>
                <w:iCs/>
              </w:rPr>
              <w:t>được</w:t>
            </w:r>
            <w:proofErr w:type="spellEnd"/>
            <w:r w:rsidRPr="004543E3">
              <w:rPr>
                <w:i/>
                <w:iCs/>
              </w:rPr>
              <w:t xml:space="preserve"> </w:t>
            </w:r>
            <w:proofErr w:type="spellStart"/>
            <w:r w:rsidRPr="004543E3">
              <w:rPr>
                <w:i/>
                <w:iCs/>
              </w:rPr>
              <w:t>viện</w:t>
            </w:r>
            <w:proofErr w:type="spellEnd"/>
            <w:r w:rsidRPr="004543E3">
              <w:rPr>
                <w:i/>
                <w:iCs/>
              </w:rPr>
              <w:t xml:space="preserve"> </w:t>
            </w:r>
            <w:proofErr w:type="spellStart"/>
            <w:r w:rsidRPr="004543E3">
              <w:rPr>
                <w:i/>
                <w:iCs/>
              </w:rPr>
              <w:t>dẫn</w:t>
            </w:r>
            <w:proofErr w:type="spellEnd"/>
            <w:r w:rsidRPr="004543E3">
              <w:rPr>
                <w:i/>
                <w:iCs/>
              </w:rPr>
              <w:t xml:space="preserve"> </w:t>
            </w:r>
            <w:proofErr w:type="spellStart"/>
            <w:r w:rsidRPr="004543E3">
              <w:rPr>
                <w:i/>
                <w:iCs/>
              </w:rPr>
              <w:t>là</w:t>
            </w:r>
            <w:proofErr w:type="spellEnd"/>
            <w:r w:rsidRPr="004543E3">
              <w:rPr>
                <w:i/>
                <w:iCs/>
              </w:rPr>
              <w:t xml:space="preserve"> </w:t>
            </w:r>
            <w:proofErr w:type="spellStart"/>
            <w:r w:rsidRPr="004543E3">
              <w:rPr>
                <w:i/>
                <w:iCs/>
              </w:rPr>
              <w:t>luật</w:t>
            </w:r>
            <w:proofErr w:type="spellEnd"/>
            <w:r w:rsidRPr="004543E3">
              <w:rPr>
                <w:i/>
                <w:iCs/>
              </w:rPr>
              <w:t xml:space="preserve">, </w:t>
            </w:r>
            <w:proofErr w:type="spellStart"/>
            <w:r w:rsidRPr="004543E3">
              <w:rPr>
                <w:i/>
                <w:iCs/>
              </w:rPr>
              <w:t>pháp</w:t>
            </w:r>
            <w:proofErr w:type="spellEnd"/>
            <w:r w:rsidRPr="004543E3">
              <w:rPr>
                <w:i/>
                <w:iCs/>
              </w:rPr>
              <w:t xml:space="preserve"> </w:t>
            </w:r>
            <w:proofErr w:type="spellStart"/>
            <w:r w:rsidRPr="004543E3">
              <w:rPr>
                <w:i/>
                <w:iCs/>
              </w:rPr>
              <w:t>lệnh</w:t>
            </w:r>
            <w:proofErr w:type="spellEnd"/>
            <w:r w:rsidRPr="004543E3">
              <w:rPr>
                <w:i/>
                <w:iCs/>
              </w:rPr>
              <w:t xml:space="preserve">, </w:t>
            </w:r>
            <w:proofErr w:type="spellStart"/>
            <w:r w:rsidRPr="004543E3">
              <w:rPr>
                <w:i/>
                <w:iCs/>
              </w:rPr>
              <w:t>khi</w:t>
            </w:r>
            <w:proofErr w:type="spellEnd"/>
            <w:r w:rsidRPr="004543E3">
              <w:rPr>
                <w:i/>
                <w:iCs/>
              </w:rPr>
              <w:t xml:space="preserve"> </w:t>
            </w:r>
            <w:proofErr w:type="spellStart"/>
            <w:r w:rsidRPr="004543E3">
              <w:rPr>
                <w:i/>
                <w:iCs/>
              </w:rPr>
              <w:t>viện</w:t>
            </w:r>
            <w:proofErr w:type="spellEnd"/>
            <w:r w:rsidRPr="004543E3">
              <w:rPr>
                <w:i/>
                <w:iCs/>
              </w:rPr>
              <w:t xml:space="preserve"> </w:t>
            </w:r>
            <w:proofErr w:type="spellStart"/>
            <w:r w:rsidRPr="004543E3">
              <w:rPr>
                <w:i/>
                <w:iCs/>
              </w:rPr>
              <w:t>dẫn</w:t>
            </w:r>
            <w:proofErr w:type="spellEnd"/>
            <w:r w:rsidRPr="004543E3">
              <w:rPr>
                <w:i/>
                <w:iCs/>
              </w:rPr>
              <w:t xml:space="preserve"> </w:t>
            </w:r>
            <w:proofErr w:type="spellStart"/>
            <w:r w:rsidRPr="004543E3">
              <w:rPr>
                <w:i/>
                <w:iCs/>
              </w:rPr>
              <w:t>phải</w:t>
            </w:r>
            <w:proofErr w:type="spellEnd"/>
            <w:r w:rsidRPr="004543E3">
              <w:rPr>
                <w:i/>
                <w:iCs/>
              </w:rPr>
              <w:t xml:space="preserve"> </w:t>
            </w:r>
            <w:proofErr w:type="spellStart"/>
            <w:r w:rsidRPr="004543E3">
              <w:rPr>
                <w:i/>
                <w:iCs/>
              </w:rPr>
              <w:t>ghi</w:t>
            </w:r>
            <w:proofErr w:type="spellEnd"/>
            <w:r w:rsidRPr="004543E3">
              <w:rPr>
                <w:i/>
                <w:iCs/>
              </w:rPr>
              <w:t xml:space="preserve"> </w:t>
            </w:r>
            <w:proofErr w:type="spellStart"/>
            <w:r w:rsidRPr="004543E3">
              <w:rPr>
                <w:i/>
                <w:iCs/>
              </w:rPr>
              <w:t>đầy</w:t>
            </w:r>
            <w:proofErr w:type="spellEnd"/>
            <w:r w:rsidRPr="004543E3">
              <w:rPr>
                <w:i/>
                <w:iCs/>
              </w:rPr>
              <w:t xml:space="preserve"> </w:t>
            </w:r>
            <w:proofErr w:type="spellStart"/>
            <w:r w:rsidRPr="004543E3">
              <w:rPr>
                <w:i/>
                <w:iCs/>
              </w:rPr>
              <w:t>đủ</w:t>
            </w:r>
            <w:proofErr w:type="spellEnd"/>
            <w:r w:rsidRPr="004543E3">
              <w:rPr>
                <w:i/>
                <w:iCs/>
              </w:rPr>
              <w:t xml:space="preserve"> </w:t>
            </w:r>
            <w:proofErr w:type="spellStart"/>
            <w:r w:rsidRPr="004543E3">
              <w:rPr>
                <w:i/>
                <w:iCs/>
              </w:rPr>
              <w:t>tên</w:t>
            </w:r>
            <w:proofErr w:type="spellEnd"/>
            <w:r w:rsidRPr="004543E3">
              <w:rPr>
                <w:i/>
                <w:iCs/>
              </w:rPr>
              <w:t xml:space="preserve"> </w:t>
            </w:r>
            <w:proofErr w:type="spellStart"/>
            <w:r w:rsidRPr="004543E3">
              <w:rPr>
                <w:i/>
                <w:iCs/>
              </w:rPr>
              <w:t>văn</w:t>
            </w:r>
            <w:proofErr w:type="spellEnd"/>
            <w:r w:rsidRPr="004543E3">
              <w:rPr>
                <w:i/>
                <w:iCs/>
              </w:rPr>
              <w:t xml:space="preserve"> </w:t>
            </w:r>
            <w:proofErr w:type="spellStart"/>
            <w:r w:rsidRPr="004543E3">
              <w:rPr>
                <w:i/>
                <w:iCs/>
              </w:rPr>
              <w:t>bản</w:t>
            </w:r>
            <w:proofErr w:type="spellEnd"/>
            <w:r w:rsidRPr="004543E3">
              <w:rPr>
                <w:i/>
                <w:iCs/>
              </w:rPr>
              <w:t xml:space="preserve"> </w:t>
            </w:r>
            <w:proofErr w:type="spellStart"/>
            <w:r w:rsidRPr="004543E3">
              <w:rPr>
                <w:i/>
                <w:iCs/>
              </w:rPr>
              <w:t>và</w:t>
            </w:r>
            <w:proofErr w:type="spellEnd"/>
            <w:r w:rsidRPr="004543E3">
              <w:rPr>
                <w:i/>
                <w:iCs/>
              </w:rPr>
              <w:t xml:space="preserve"> </w:t>
            </w:r>
            <w:proofErr w:type="spellStart"/>
            <w:r w:rsidRPr="004543E3">
              <w:rPr>
                <w:i/>
                <w:iCs/>
              </w:rPr>
              <w:t>số</w:t>
            </w:r>
            <w:proofErr w:type="spellEnd"/>
            <w:r w:rsidRPr="004543E3">
              <w:rPr>
                <w:i/>
                <w:iCs/>
              </w:rPr>
              <w:t xml:space="preserve">, </w:t>
            </w:r>
            <w:proofErr w:type="spellStart"/>
            <w:r w:rsidRPr="004543E3">
              <w:rPr>
                <w:i/>
                <w:iCs/>
              </w:rPr>
              <w:t>ký</w:t>
            </w:r>
            <w:proofErr w:type="spellEnd"/>
            <w:r w:rsidRPr="004543E3">
              <w:rPr>
                <w:i/>
                <w:iCs/>
              </w:rPr>
              <w:t xml:space="preserve"> </w:t>
            </w:r>
            <w:proofErr w:type="spellStart"/>
            <w:r w:rsidRPr="004543E3">
              <w:rPr>
                <w:i/>
                <w:iCs/>
              </w:rPr>
              <w:t>hiệu</w:t>
            </w:r>
            <w:proofErr w:type="spellEnd"/>
            <w:r w:rsidRPr="004543E3">
              <w:rPr>
                <w:i/>
                <w:iCs/>
              </w:rPr>
              <w:t xml:space="preserve"> </w:t>
            </w:r>
            <w:proofErr w:type="spellStart"/>
            <w:r w:rsidRPr="004543E3">
              <w:rPr>
                <w:i/>
                <w:iCs/>
              </w:rPr>
              <w:t>của</w:t>
            </w:r>
            <w:proofErr w:type="spellEnd"/>
            <w:r w:rsidRPr="004543E3">
              <w:rPr>
                <w:i/>
                <w:iCs/>
              </w:rPr>
              <w:t xml:space="preserve"> </w:t>
            </w:r>
            <w:proofErr w:type="spellStart"/>
            <w:r w:rsidRPr="004543E3">
              <w:rPr>
                <w:i/>
                <w:iCs/>
              </w:rPr>
              <w:t>văn</w:t>
            </w:r>
            <w:proofErr w:type="spellEnd"/>
            <w:r w:rsidRPr="004543E3">
              <w:rPr>
                <w:i/>
                <w:iCs/>
              </w:rPr>
              <w:t xml:space="preserve"> </w:t>
            </w:r>
            <w:proofErr w:type="spellStart"/>
            <w:r w:rsidRPr="004543E3">
              <w:rPr>
                <w:i/>
                <w:iCs/>
              </w:rPr>
              <w:t>bản</w:t>
            </w:r>
            <w:proofErr w:type="spellEnd"/>
            <w:r w:rsidRPr="004543E3">
              <w:rPr>
                <w:i/>
                <w:iCs/>
              </w:rPr>
              <w:t xml:space="preserve">; </w:t>
            </w:r>
            <w:proofErr w:type="spellStart"/>
            <w:r w:rsidRPr="004543E3">
              <w:rPr>
                <w:i/>
                <w:iCs/>
              </w:rPr>
              <w:t>đối</w:t>
            </w:r>
            <w:proofErr w:type="spellEnd"/>
            <w:r w:rsidRPr="004543E3">
              <w:rPr>
                <w:i/>
                <w:iCs/>
              </w:rPr>
              <w:t xml:space="preserve"> </w:t>
            </w:r>
            <w:proofErr w:type="spellStart"/>
            <w:r w:rsidRPr="004543E3">
              <w:rPr>
                <w:i/>
                <w:iCs/>
              </w:rPr>
              <w:t>với</w:t>
            </w:r>
            <w:proofErr w:type="spellEnd"/>
            <w:r w:rsidRPr="004543E3">
              <w:rPr>
                <w:i/>
                <w:iCs/>
              </w:rPr>
              <w:t xml:space="preserve"> </w:t>
            </w:r>
            <w:proofErr w:type="spellStart"/>
            <w:r w:rsidRPr="004543E3">
              <w:rPr>
                <w:i/>
                <w:iCs/>
              </w:rPr>
              <w:t>văn</w:t>
            </w:r>
            <w:proofErr w:type="spellEnd"/>
            <w:r w:rsidRPr="004543E3">
              <w:rPr>
                <w:i/>
                <w:iCs/>
              </w:rPr>
              <w:t xml:space="preserve"> </w:t>
            </w:r>
            <w:proofErr w:type="spellStart"/>
            <w:r w:rsidRPr="004543E3">
              <w:rPr>
                <w:i/>
                <w:iCs/>
              </w:rPr>
              <w:t>bản</w:t>
            </w:r>
            <w:proofErr w:type="spellEnd"/>
            <w:r w:rsidRPr="004543E3">
              <w:rPr>
                <w:i/>
                <w:iCs/>
              </w:rPr>
              <w:t xml:space="preserve"> </w:t>
            </w:r>
            <w:proofErr w:type="spellStart"/>
            <w:r w:rsidRPr="004543E3">
              <w:rPr>
                <w:i/>
                <w:iCs/>
              </w:rPr>
              <w:t>đã</w:t>
            </w:r>
            <w:proofErr w:type="spellEnd"/>
            <w:r w:rsidRPr="004543E3">
              <w:rPr>
                <w:i/>
                <w:iCs/>
              </w:rPr>
              <w:t xml:space="preserve"> </w:t>
            </w:r>
            <w:proofErr w:type="spellStart"/>
            <w:r w:rsidRPr="004543E3">
              <w:rPr>
                <w:i/>
                <w:iCs/>
              </w:rPr>
              <w:t>được</w:t>
            </w:r>
            <w:proofErr w:type="spellEnd"/>
            <w:r w:rsidRPr="004543E3">
              <w:rPr>
                <w:i/>
                <w:iCs/>
              </w:rPr>
              <w:t xml:space="preserve"> </w:t>
            </w:r>
            <w:proofErr w:type="spellStart"/>
            <w:r w:rsidRPr="004543E3">
              <w:rPr>
                <w:i/>
                <w:iCs/>
              </w:rPr>
              <w:t>sửa</w:t>
            </w:r>
            <w:proofErr w:type="spellEnd"/>
            <w:r w:rsidRPr="004543E3">
              <w:rPr>
                <w:i/>
                <w:iCs/>
              </w:rPr>
              <w:t xml:space="preserve"> </w:t>
            </w:r>
            <w:proofErr w:type="spellStart"/>
            <w:r w:rsidRPr="004543E3">
              <w:rPr>
                <w:i/>
                <w:iCs/>
              </w:rPr>
              <w:t>đổi</w:t>
            </w:r>
            <w:proofErr w:type="spellEnd"/>
            <w:r w:rsidRPr="004543E3">
              <w:rPr>
                <w:i/>
                <w:iCs/>
              </w:rPr>
              <w:t xml:space="preserve">, </w:t>
            </w:r>
            <w:proofErr w:type="spellStart"/>
            <w:r w:rsidRPr="004543E3">
              <w:rPr>
                <w:i/>
                <w:iCs/>
              </w:rPr>
              <w:t>bổ</w:t>
            </w:r>
            <w:proofErr w:type="spellEnd"/>
            <w:r w:rsidRPr="004543E3">
              <w:rPr>
                <w:i/>
                <w:iCs/>
              </w:rPr>
              <w:t xml:space="preserve"> sung </w:t>
            </w:r>
            <w:proofErr w:type="spellStart"/>
            <w:r w:rsidRPr="004543E3">
              <w:rPr>
                <w:i/>
                <w:iCs/>
              </w:rPr>
              <w:t>thì</w:t>
            </w:r>
            <w:proofErr w:type="spellEnd"/>
            <w:r w:rsidRPr="004543E3">
              <w:rPr>
                <w:i/>
                <w:iCs/>
              </w:rPr>
              <w:t xml:space="preserve"> </w:t>
            </w:r>
            <w:proofErr w:type="spellStart"/>
            <w:r w:rsidRPr="004543E3">
              <w:rPr>
                <w:i/>
                <w:iCs/>
              </w:rPr>
              <w:t>ghi</w:t>
            </w:r>
            <w:proofErr w:type="spellEnd"/>
            <w:r w:rsidRPr="004543E3">
              <w:rPr>
                <w:i/>
                <w:iCs/>
              </w:rPr>
              <w:t xml:space="preserve"> </w:t>
            </w:r>
            <w:proofErr w:type="spellStart"/>
            <w:r w:rsidRPr="004543E3">
              <w:rPr>
                <w:i/>
                <w:iCs/>
              </w:rPr>
              <w:t>thêm</w:t>
            </w:r>
            <w:proofErr w:type="spellEnd"/>
            <w:r w:rsidRPr="004543E3">
              <w:rPr>
                <w:i/>
                <w:iCs/>
              </w:rPr>
              <w:t xml:space="preserve"> </w:t>
            </w:r>
            <w:proofErr w:type="spellStart"/>
            <w:r w:rsidRPr="004543E3">
              <w:rPr>
                <w:i/>
                <w:iCs/>
              </w:rPr>
              <w:t>sau</w:t>
            </w:r>
            <w:proofErr w:type="spellEnd"/>
            <w:r w:rsidRPr="004543E3">
              <w:rPr>
                <w:i/>
                <w:iCs/>
              </w:rPr>
              <w:t xml:space="preserve"> </w:t>
            </w:r>
            <w:proofErr w:type="spellStart"/>
            <w:r w:rsidRPr="004543E3">
              <w:rPr>
                <w:i/>
                <w:iCs/>
              </w:rPr>
              <w:t>tên</w:t>
            </w:r>
            <w:proofErr w:type="spellEnd"/>
            <w:r w:rsidRPr="004543E3">
              <w:rPr>
                <w:i/>
                <w:iCs/>
              </w:rPr>
              <w:t xml:space="preserve"> </w:t>
            </w:r>
            <w:proofErr w:type="spellStart"/>
            <w:r w:rsidRPr="004543E3">
              <w:rPr>
                <w:i/>
                <w:iCs/>
              </w:rPr>
              <w:t>văn</w:t>
            </w:r>
            <w:proofErr w:type="spellEnd"/>
            <w:r w:rsidRPr="004543E3">
              <w:rPr>
                <w:i/>
                <w:iCs/>
              </w:rPr>
              <w:t xml:space="preserve"> </w:t>
            </w:r>
            <w:proofErr w:type="spellStart"/>
            <w:r w:rsidRPr="004543E3">
              <w:rPr>
                <w:i/>
                <w:iCs/>
              </w:rPr>
              <w:t>bản</w:t>
            </w:r>
            <w:proofErr w:type="spellEnd"/>
            <w:r w:rsidRPr="004543E3">
              <w:rPr>
                <w:i/>
                <w:iCs/>
              </w:rPr>
              <w:t xml:space="preserve">, </w:t>
            </w:r>
            <w:proofErr w:type="spellStart"/>
            <w:r w:rsidRPr="004543E3">
              <w:rPr>
                <w:i/>
                <w:iCs/>
              </w:rPr>
              <w:t>số</w:t>
            </w:r>
            <w:proofErr w:type="spellEnd"/>
            <w:r w:rsidRPr="004543E3">
              <w:rPr>
                <w:i/>
                <w:iCs/>
              </w:rPr>
              <w:t xml:space="preserve">, </w:t>
            </w:r>
            <w:proofErr w:type="spellStart"/>
            <w:r w:rsidRPr="004543E3">
              <w:rPr>
                <w:i/>
                <w:iCs/>
              </w:rPr>
              <w:t>ký</w:t>
            </w:r>
            <w:proofErr w:type="spellEnd"/>
            <w:r w:rsidRPr="004543E3">
              <w:rPr>
                <w:i/>
                <w:iCs/>
              </w:rPr>
              <w:t xml:space="preserve"> </w:t>
            </w:r>
            <w:proofErr w:type="spellStart"/>
            <w:r w:rsidRPr="004543E3">
              <w:rPr>
                <w:i/>
                <w:iCs/>
              </w:rPr>
              <w:t>hiệu</w:t>
            </w:r>
            <w:proofErr w:type="spellEnd"/>
            <w:r w:rsidRPr="004543E3">
              <w:rPr>
                <w:i/>
                <w:iCs/>
              </w:rPr>
              <w:t xml:space="preserve"> </w:t>
            </w:r>
            <w:proofErr w:type="spellStart"/>
            <w:r w:rsidRPr="004543E3">
              <w:rPr>
                <w:i/>
                <w:iCs/>
              </w:rPr>
              <w:t>của</w:t>
            </w:r>
            <w:proofErr w:type="spellEnd"/>
            <w:r w:rsidRPr="004543E3">
              <w:rPr>
                <w:i/>
                <w:iCs/>
              </w:rPr>
              <w:t xml:space="preserve"> </w:t>
            </w:r>
            <w:proofErr w:type="spellStart"/>
            <w:r w:rsidRPr="004543E3">
              <w:rPr>
                <w:i/>
                <w:iCs/>
              </w:rPr>
              <w:t>văn</w:t>
            </w:r>
            <w:proofErr w:type="spellEnd"/>
            <w:r w:rsidRPr="004543E3">
              <w:rPr>
                <w:i/>
                <w:iCs/>
              </w:rPr>
              <w:t xml:space="preserve"> </w:t>
            </w:r>
            <w:proofErr w:type="spellStart"/>
            <w:r w:rsidRPr="004543E3">
              <w:rPr>
                <w:i/>
                <w:iCs/>
              </w:rPr>
              <w:t>bản</w:t>
            </w:r>
            <w:proofErr w:type="spellEnd"/>
            <w:r w:rsidRPr="004543E3">
              <w:rPr>
                <w:i/>
                <w:iCs/>
              </w:rPr>
              <w:t xml:space="preserve"> </w:t>
            </w:r>
            <w:proofErr w:type="spellStart"/>
            <w:r w:rsidRPr="004543E3">
              <w:rPr>
                <w:i/>
                <w:iCs/>
              </w:rPr>
              <w:t>cụm</w:t>
            </w:r>
            <w:proofErr w:type="spellEnd"/>
            <w:r w:rsidRPr="004543E3">
              <w:rPr>
                <w:i/>
                <w:iCs/>
              </w:rPr>
              <w:t xml:space="preserve"> </w:t>
            </w:r>
            <w:proofErr w:type="spellStart"/>
            <w:r w:rsidRPr="004543E3">
              <w:rPr>
                <w:i/>
                <w:iCs/>
              </w:rPr>
              <w:t>từ</w:t>
            </w:r>
            <w:proofErr w:type="spellEnd"/>
            <w:r w:rsidRPr="004543E3">
              <w:rPr>
                <w:i/>
                <w:iCs/>
              </w:rPr>
              <w:t xml:space="preserve"> “</w:t>
            </w:r>
            <w:proofErr w:type="spellStart"/>
            <w:r w:rsidRPr="004543E3">
              <w:rPr>
                <w:i/>
                <w:iCs/>
              </w:rPr>
              <w:t>được</w:t>
            </w:r>
            <w:proofErr w:type="spellEnd"/>
            <w:r w:rsidRPr="004543E3">
              <w:rPr>
                <w:i/>
                <w:iCs/>
              </w:rPr>
              <w:t xml:space="preserve"> </w:t>
            </w:r>
            <w:proofErr w:type="spellStart"/>
            <w:r w:rsidRPr="004543E3">
              <w:rPr>
                <w:i/>
                <w:iCs/>
              </w:rPr>
              <w:t>sửa</w:t>
            </w:r>
            <w:proofErr w:type="spellEnd"/>
            <w:r w:rsidRPr="004543E3">
              <w:rPr>
                <w:i/>
                <w:iCs/>
              </w:rPr>
              <w:t xml:space="preserve"> </w:t>
            </w:r>
            <w:proofErr w:type="spellStart"/>
            <w:r w:rsidRPr="004543E3">
              <w:rPr>
                <w:i/>
                <w:iCs/>
              </w:rPr>
              <w:t>đổi</w:t>
            </w:r>
            <w:proofErr w:type="spellEnd"/>
            <w:r w:rsidRPr="004543E3">
              <w:rPr>
                <w:i/>
                <w:iCs/>
              </w:rPr>
              <w:t xml:space="preserve">, </w:t>
            </w:r>
            <w:proofErr w:type="spellStart"/>
            <w:r w:rsidRPr="004543E3">
              <w:rPr>
                <w:i/>
                <w:iCs/>
              </w:rPr>
              <w:t>bổ</w:t>
            </w:r>
            <w:proofErr w:type="spellEnd"/>
            <w:r w:rsidRPr="004543E3">
              <w:rPr>
                <w:i/>
                <w:iCs/>
              </w:rPr>
              <w:t xml:space="preserve"> sung </w:t>
            </w:r>
            <w:proofErr w:type="spellStart"/>
            <w:r w:rsidRPr="004543E3">
              <w:rPr>
                <w:i/>
                <w:iCs/>
              </w:rPr>
              <w:t>bởi</w:t>
            </w:r>
            <w:proofErr w:type="spellEnd"/>
            <w:r w:rsidRPr="004543E3">
              <w:rPr>
                <w:i/>
                <w:iCs/>
              </w:rPr>
              <w:t xml:space="preserve">” </w:t>
            </w:r>
            <w:proofErr w:type="spellStart"/>
            <w:r w:rsidRPr="004543E3">
              <w:rPr>
                <w:i/>
                <w:iCs/>
              </w:rPr>
              <w:t>và</w:t>
            </w:r>
            <w:proofErr w:type="spellEnd"/>
            <w:r w:rsidRPr="004543E3">
              <w:rPr>
                <w:i/>
                <w:iCs/>
              </w:rPr>
              <w:t xml:space="preserve"> </w:t>
            </w:r>
            <w:proofErr w:type="spellStart"/>
            <w:r w:rsidRPr="004543E3">
              <w:rPr>
                <w:i/>
                <w:iCs/>
              </w:rPr>
              <w:t>tên</w:t>
            </w:r>
            <w:proofErr w:type="spellEnd"/>
            <w:r w:rsidRPr="004543E3">
              <w:rPr>
                <w:i/>
                <w:iCs/>
              </w:rPr>
              <w:t xml:space="preserve"> </w:t>
            </w:r>
            <w:proofErr w:type="spellStart"/>
            <w:r w:rsidRPr="004543E3">
              <w:rPr>
                <w:i/>
                <w:iCs/>
              </w:rPr>
              <w:t>loại</w:t>
            </w:r>
            <w:proofErr w:type="spellEnd"/>
            <w:r w:rsidRPr="004543E3">
              <w:rPr>
                <w:i/>
                <w:iCs/>
              </w:rPr>
              <w:t xml:space="preserve"> </w:t>
            </w:r>
            <w:proofErr w:type="spellStart"/>
            <w:r w:rsidRPr="004543E3">
              <w:rPr>
                <w:i/>
                <w:iCs/>
              </w:rPr>
              <w:t>văn</w:t>
            </w:r>
            <w:proofErr w:type="spellEnd"/>
            <w:r w:rsidRPr="004543E3">
              <w:rPr>
                <w:i/>
                <w:iCs/>
              </w:rPr>
              <w:t xml:space="preserve"> </w:t>
            </w:r>
            <w:proofErr w:type="spellStart"/>
            <w:r w:rsidRPr="004543E3">
              <w:rPr>
                <w:i/>
                <w:iCs/>
              </w:rPr>
              <w:t>bản</w:t>
            </w:r>
            <w:proofErr w:type="spellEnd"/>
            <w:r w:rsidRPr="004543E3">
              <w:rPr>
                <w:i/>
                <w:iCs/>
              </w:rPr>
              <w:t xml:space="preserve">, </w:t>
            </w:r>
            <w:proofErr w:type="spellStart"/>
            <w:r w:rsidRPr="004543E3">
              <w:rPr>
                <w:i/>
                <w:iCs/>
              </w:rPr>
              <w:t>số</w:t>
            </w:r>
            <w:proofErr w:type="spellEnd"/>
            <w:r w:rsidRPr="004543E3">
              <w:rPr>
                <w:i/>
                <w:iCs/>
              </w:rPr>
              <w:t xml:space="preserve">, </w:t>
            </w:r>
            <w:proofErr w:type="spellStart"/>
            <w:r w:rsidRPr="004543E3">
              <w:rPr>
                <w:i/>
                <w:iCs/>
              </w:rPr>
              <w:t>ký</w:t>
            </w:r>
            <w:proofErr w:type="spellEnd"/>
            <w:r w:rsidRPr="004543E3">
              <w:rPr>
                <w:i/>
                <w:iCs/>
              </w:rPr>
              <w:t xml:space="preserve"> </w:t>
            </w:r>
            <w:proofErr w:type="spellStart"/>
            <w:r w:rsidRPr="004543E3">
              <w:rPr>
                <w:i/>
                <w:iCs/>
              </w:rPr>
              <w:t>hiệu</w:t>
            </w:r>
            <w:proofErr w:type="spellEnd"/>
            <w:r w:rsidRPr="004543E3">
              <w:rPr>
                <w:i/>
                <w:iCs/>
              </w:rPr>
              <w:t xml:space="preserve"> </w:t>
            </w:r>
            <w:proofErr w:type="spellStart"/>
            <w:r w:rsidRPr="004543E3">
              <w:rPr>
                <w:i/>
                <w:iCs/>
              </w:rPr>
              <w:t>của</w:t>
            </w:r>
            <w:proofErr w:type="spellEnd"/>
            <w:r w:rsidRPr="004543E3">
              <w:rPr>
                <w:i/>
                <w:iCs/>
              </w:rPr>
              <w:t xml:space="preserve"> </w:t>
            </w:r>
            <w:proofErr w:type="spellStart"/>
            <w:r w:rsidRPr="004543E3">
              <w:rPr>
                <w:i/>
                <w:iCs/>
              </w:rPr>
              <w:t>văn</w:t>
            </w:r>
            <w:proofErr w:type="spellEnd"/>
            <w:r w:rsidRPr="004543E3">
              <w:rPr>
                <w:i/>
                <w:iCs/>
              </w:rPr>
              <w:t xml:space="preserve"> </w:t>
            </w:r>
            <w:proofErr w:type="spellStart"/>
            <w:r w:rsidRPr="004543E3">
              <w:rPr>
                <w:i/>
                <w:iCs/>
              </w:rPr>
              <w:t>bản</w:t>
            </w:r>
            <w:proofErr w:type="spellEnd"/>
            <w:r w:rsidRPr="004543E3">
              <w:rPr>
                <w:i/>
                <w:iCs/>
              </w:rPr>
              <w:t xml:space="preserve"> </w:t>
            </w:r>
            <w:proofErr w:type="spellStart"/>
            <w:r w:rsidRPr="004543E3">
              <w:rPr>
                <w:i/>
                <w:iCs/>
              </w:rPr>
              <w:t>sửa</w:t>
            </w:r>
            <w:proofErr w:type="spellEnd"/>
            <w:r w:rsidRPr="004543E3">
              <w:rPr>
                <w:i/>
                <w:iCs/>
              </w:rPr>
              <w:t xml:space="preserve"> </w:t>
            </w:r>
            <w:proofErr w:type="spellStart"/>
            <w:r w:rsidRPr="004543E3">
              <w:rPr>
                <w:i/>
                <w:iCs/>
              </w:rPr>
              <w:t>đổi</w:t>
            </w:r>
            <w:proofErr w:type="spellEnd"/>
            <w:r w:rsidRPr="004543E3">
              <w:rPr>
                <w:i/>
                <w:iCs/>
              </w:rPr>
              <w:t xml:space="preserve">, </w:t>
            </w:r>
            <w:proofErr w:type="spellStart"/>
            <w:r w:rsidRPr="004543E3">
              <w:rPr>
                <w:i/>
                <w:iCs/>
              </w:rPr>
              <w:t>bổ</w:t>
            </w:r>
            <w:proofErr w:type="spellEnd"/>
            <w:r w:rsidRPr="004543E3">
              <w:rPr>
                <w:i/>
                <w:iCs/>
              </w:rPr>
              <w:t xml:space="preserve"> sung...”.</w:t>
            </w:r>
          </w:p>
          <w:p w14:paraId="5C83567E" w14:textId="77777777" w:rsidR="00512F52" w:rsidRPr="004543E3" w:rsidRDefault="00512F52" w:rsidP="00563608">
            <w:pPr>
              <w:spacing w:before="120" w:after="120" w:line="240" w:lineRule="auto"/>
              <w:jc w:val="both"/>
            </w:pPr>
            <w:r w:rsidRPr="004543E3">
              <w:t xml:space="preserve">- </w:t>
            </w:r>
            <w:proofErr w:type="spellStart"/>
            <w:r w:rsidRPr="004543E3">
              <w:t>Phần</w:t>
            </w:r>
            <w:proofErr w:type="spellEnd"/>
            <w:r w:rsidRPr="004543E3">
              <w:t xml:space="preserve"> </w:t>
            </w:r>
            <w:proofErr w:type="spellStart"/>
            <w:r w:rsidRPr="004543E3">
              <w:t>nơi</w:t>
            </w:r>
            <w:proofErr w:type="spellEnd"/>
            <w:r w:rsidRPr="004543E3">
              <w:t xml:space="preserve"> </w:t>
            </w:r>
            <w:proofErr w:type="spellStart"/>
            <w:r w:rsidRPr="004543E3">
              <w:t>nhận</w:t>
            </w:r>
            <w:proofErr w:type="spellEnd"/>
            <w:r w:rsidRPr="004543E3">
              <w:t xml:space="preserve"> </w:t>
            </w:r>
          </w:p>
          <w:p w14:paraId="4757D8E2" w14:textId="3599FE7C" w:rsidR="00512F52" w:rsidRPr="004543E3" w:rsidRDefault="00512F52" w:rsidP="00563608">
            <w:pPr>
              <w:spacing w:before="120" w:after="120" w:line="240" w:lineRule="auto"/>
              <w:jc w:val="both"/>
              <w:rPr>
                <w:rFonts w:cs="Times New Roman"/>
                <w:b/>
                <w:bCs/>
              </w:rPr>
            </w:pPr>
            <w:r w:rsidRPr="004543E3">
              <w:t xml:space="preserve">“- Cục </w:t>
            </w:r>
            <w:proofErr w:type="spellStart"/>
            <w:r w:rsidRPr="004543E3">
              <w:t>Kiểm</w:t>
            </w:r>
            <w:proofErr w:type="spellEnd"/>
            <w:r w:rsidRPr="004543E3">
              <w:t xml:space="preserve"> </w:t>
            </w:r>
            <w:proofErr w:type="spellStart"/>
            <w:r w:rsidRPr="004543E3">
              <w:t>tra</w:t>
            </w:r>
            <w:proofErr w:type="spellEnd"/>
            <w:r w:rsidRPr="004543E3">
              <w:t xml:space="preserve"> VBQPPL (</w:t>
            </w:r>
            <w:proofErr w:type="spellStart"/>
            <w:r w:rsidRPr="004543E3">
              <w:t>Bộ</w:t>
            </w:r>
            <w:proofErr w:type="spellEnd"/>
            <w:r w:rsidRPr="004543E3">
              <w:t xml:space="preserve"> </w:t>
            </w:r>
            <w:proofErr w:type="spellStart"/>
            <w:r w:rsidRPr="004543E3">
              <w:t>Tư</w:t>
            </w:r>
            <w:proofErr w:type="spellEnd"/>
            <w:r w:rsidRPr="004543E3">
              <w:t xml:space="preserve"> </w:t>
            </w:r>
            <w:proofErr w:type="spellStart"/>
            <w:r w:rsidRPr="004543E3">
              <w:t>pháp</w:t>
            </w:r>
            <w:proofErr w:type="spellEnd"/>
            <w:r w:rsidRPr="004543E3">
              <w:t xml:space="preserve">)” </w:t>
            </w:r>
            <w:proofErr w:type="spellStart"/>
            <w:r w:rsidRPr="004543E3">
              <w:t>sửa</w:t>
            </w:r>
            <w:proofErr w:type="spellEnd"/>
            <w:r w:rsidRPr="004543E3">
              <w:t xml:space="preserve"> </w:t>
            </w:r>
            <w:proofErr w:type="spellStart"/>
            <w:r w:rsidRPr="004543E3">
              <w:t>địa</w:t>
            </w:r>
            <w:proofErr w:type="spellEnd"/>
            <w:r w:rsidRPr="004543E3">
              <w:t xml:space="preserve"> </w:t>
            </w:r>
            <w:proofErr w:type="spellStart"/>
            <w:r w:rsidRPr="004543E3">
              <w:t>chỉ</w:t>
            </w:r>
            <w:proofErr w:type="spellEnd"/>
            <w:r w:rsidRPr="004543E3">
              <w:t xml:space="preserve"> </w:t>
            </w:r>
            <w:proofErr w:type="spellStart"/>
            <w:r w:rsidRPr="004543E3">
              <w:t>thành</w:t>
            </w:r>
            <w:proofErr w:type="spellEnd"/>
            <w:r w:rsidRPr="004543E3">
              <w:t xml:space="preserve">: “Cục </w:t>
            </w:r>
            <w:proofErr w:type="spellStart"/>
            <w:r w:rsidRPr="004543E3">
              <w:t>Kiểm</w:t>
            </w:r>
            <w:proofErr w:type="spellEnd"/>
            <w:r w:rsidRPr="004543E3">
              <w:t xml:space="preserve"> </w:t>
            </w:r>
            <w:proofErr w:type="spellStart"/>
            <w:r w:rsidRPr="004543E3">
              <w:t>tra</w:t>
            </w:r>
            <w:proofErr w:type="spellEnd"/>
            <w:r w:rsidRPr="004543E3">
              <w:t xml:space="preserve"> </w:t>
            </w:r>
            <w:proofErr w:type="spellStart"/>
            <w:r w:rsidRPr="004543E3">
              <w:t>văn</w:t>
            </w:r>
            <w:proofErr w:type="spellEnd"/>
            <w:r w:rsidRPr="004543E3">
              <w:t xml:space="preserve"> </w:t>
            </w:r>
            <w:proofErr w:type="spellStart"/>
            <w:r w:rsidRPr="004543E3">
              <w:t>bản</w:t>
            </w:r>
            <w:proofErr w:type="spellEnd"/>
            <w:r w:rsidRPr="004543E3">
              <w:t xml:space="preserve"> </w:t>
            </w:r>
            <w:proofErr w:type="spellStart"/>
            <w:r w:rsidRPr="004543E3">
              <w:t>va</w:t>
            </w:r>
            <w:proofErr w:type="spellEnd"/>
            <w:r w:rsidRPr="004543E3">
              <w:t xml:space="preserve">̀ </w:t>
            </w:r>
            <w:proofErr w:type="spellStart"/>
            <w:r w:rsidRPr="004543E3">
              <w:t>Tổ</w:t>
            </w:r>
            <w:proofErr w:type="spellEnd"/>
            <w:r w:rsidRPr="004543E3">
              <w:t xml:space="preserve"> </w:t>
            </w:r>
            <w:proofErr w:type="spellStart"/>
            <w:r w:rsidRPr="004543E3">
              <w:t>chức</w:t>
            </w:r>
            <w:proofErr w:type="spellEnd"/>
            <w:r w:rsidRPr="004543E3">
              <w:t xml:space="preserve"> </w:t>
            </w:r>
            <w:proofErr w:type="spellStart"/>
            <w:r w:rsidRPr="004543E3">
              <w:t>thi</w:t>
            </w:r>
            <w:proofErr w:type="spellEnd"/>
            <w:r w:rsidRPr="004543E3">
              <w:t xml:space="preserve"> </w:t>
            </w:r>
            <w:proofErr w:type="spellStart"/>
            <w:r w:rsidRPr="004543E3">
              <w:t>hành</w:t>
            </w:r>
            <w:proofErr w:type="spellEnd"/>
            <w:r w:rsidRPr="004543E3">
              <w:t xml:space="preserve"> </w:t>
            </w:r>
            <w:proofErr w:type="spellStart"/>
            <w:r w:rsidRPr="004543E3">
              <w:t>pháp</w:t>
            </w:r>
            <w:proofErr w:type="spellEnd"/>
            <w:r w:rsidRPr="004543E3">
              <w:t xml:space="preserve"> </w:t>
            </w:r>
            <w:proofErr w:type="spellStart"/>
            <w:r w:rsidRPr="004543E3">
              <w:t>luật</w:t>
            </w:r>
            <w:proofErr w:type="spellEnd"/>
            <w:r w:rsidRPr="004543E3">
              <w:t xml:space="preserve"> - </w:t>
            </w:r>
            <w:proofErr w:type="spellStart"/>
            <w:r w:rsidRPr="004543E3">
              <w:t>Bộ</w:t>
            </w:r>
            <w:proofErr w:type="spellEnd"/>
            <w:r w:rsidRPr="004543E3">
              <w:t xml:space="preserve"> </w:t>
            </w:r>
            <w:proofErr w:type="spellStart"/>
            <w:r w:rsidRPr="004543E3">
              <w:t>Tư</w:t>
            </w:r>
            <w:proofErr w:type="spellEnd"/>
            <w:r w:rsidRPr="004543E3">
              <w:t xml:space="preserve"> </w:t>
            </w:r>
            <w:proofErr w:type="spellStart"/>
            <w:r w:rsidRPr="004543E3">
              <w:t>pháp</w:t>
            </w:r>
            <w:proofErr w:type="spellEnd"/>
            <w:r w:rsidRPr="004543E3">
              <w:t>”.</w:t>
            </w:r>
          </w:p>
        </w:tc>
        <w:tc>
          <w:tcPr>
            <w:tcW w:w="7371" w:type="dxa"/>
          </w:tcPr>
          <w:p w14:paraId="10282B26" w14:textId="58BF42AC" w:rsidR="00512F52" w:rsidRPr="004543E3" w:rsidRDefault="00512F52" w:rsidP="00563608">
            <w:pPr>
              <w:spacing w:before="120" w:after="120" w:line="240" w:lineRule="auto"/>
              <w:jc w:val="both"/>
              <w:rPr>
                <w:szCs w:val="26"/>
              </w:rPr>
            </w:pPr>
            <w:proofErr w:type="spellStart"/>
            <w:r w:rsidRPr="004543E3">
              <w:rPr>
                <w:szCs w:val="26"/>
              </w:rPr>
              <w:t>Tiếp</w:t>
            </w:r>
            <w:proofErr w:type="spellEnd"/>
            <w:r w:rsidRPr="004543E3">
              <w:rPr>
                <w:szCs w:val="26"/>
              </w:rPr>
              <w:t xml:space="preserve"> </w:t>
            </w:r>
            <w:proofErr w:type="spellStart"/>
            <w:r w:rsidRPr="004543E3">
              <w:rPr>
                <w:szCs w:val="26"/>
              </w:rPr>
              <w:t>thu</w:t>
            </w:r>
            <w:proofErr w:type="spellEnd"/>
            <w:r w:rsidRPr="004543E3">
              <w:rPr>
                <w:szCs w:val="26"/>
              </w:rPr>
              <w:t xml:space="preserve"> ý </w:t>
            </w:r>
            <w:proofErr w:type="spellStart"/>
            <w:r w:rsidRPr="004543E3">
              <w:rPr>
                <w:szCs w:val="26"/>
              </w:rPr>
              <w:t>kiến</w:t>
            </w:r>
            <w:proofErr w:type="spellEnd"/>
          </w:p>
        </w:tc>
      </w:tr>
      <w:tr w:rsidR="00512F52" w:rsidRPr="004543E3" w14:paraId="658AC49E" w14:textId="77777777" w:rsidTr="004C2B3E">
        <w:tc>
          <w:tcPr>
            <w:tcW w:w="1098" w:type="dxa"/>
          </w:tcPr>
          <w:p w14:paraId="1904CD1A" w14:textId="48FC2373" w:rsidR="00512F52" w:rsidRPr="00D74673" w:rsidRDefault="00512F52" w:rsidP="00512F52">
            <w:pPr>
              <w:jc w:val="center"/>
              <w:rPr>
                <w:b/>
                <w:bCs/>
              </w:rPr>
            </w:pPr>
            <w:r w:rsidRPr="00D74673">
              <w:rPr>
                <w:b/>
                <w:bCs/>
              </w:rPr>
              <w:t>1</w:t>
            </w:r>
            <w:r>
              <w:rPr>
                <w:b/>
                <w:bCs/>
              </w:rPr>
              <w:t>4</w:t>
            </w:r>
          </w:p>
        </w:tc>
        <w:tc>
          <w:tcPr>
            <w:tcW w:w="6127" w:type="dxa"/>
          </w:tcPr>
          <w:p w14:paraId="443E5F53" w14:textId="4B472693" w:rsidR="00512F52" w:rsidRPr="004543E3" w:rsidRDefault="00512F52" w:rsidP="00563608">
            <w:pPr>
              <w:spacing w:before="120" w:after="120" w:line="240" w:lineRule="auto"/>
              <w:jc w:val="both"/>
              <w:rPr>
                <w:rFonts w:cs="Times New Roman"/>
                <w:b/>
                <w:bCs/>
              </w:rPr>
            </w:pPr>
            <w:proofErr w:type="spellStart"/>
            <w:r w:rsidRPr="004543E3">
              <w:rPr>
                <w:rFonts w:cs="Times New Roman"/>
                <w:b/>
                <w:bCs/>
              </w:rPr>
              <w:t>Sơ</w:t>
            </w:r>
            <w:proofErr w:type="spellEnd"/>
            <w:r w:rsidRPr="004543E3">
              <w:rPr>
                <w:rFonts w:cs="Times New Roman"/>
                <w:b/>
                <w:bCs/>
              </w:rPr>
              <w:t xml:space="preserve">̉ KH&amp;CN </w:t>
            </w:r>
            <w:proofErr w:type="spellStart"/>
            <w:r w:rsidRPr="004543E3">
              <w:rPr>
                <w:rFonts w:cs="Times New Roman"/>
                <w:b/>
                <w:bCs/>
              </w:rPr>
              <w:t>tỉnh</w:t>
            </w:r>
            <w:proofErr w:type="spellEnd"/>
            <w:r w:rsidRPr="004543E3">
              <w:rPr>
                <w:rFonts w:cs="Times New Roman"/>
                <w:b/>
                <w:bCs/>
              </w:rPr>
              <w:t xml:space="preserve"> </w:t>
            </w:r>
            <w:proofErr w:type="spellStart"/>
            <w:r w:rsidRPr="004543E3">
              <w:rPr>
                <w:rFonts w:cs="Times New Roman"/>
                <w:b/>
                <w:bCs/>
              </w:rPr>
              <w:t>Lào</w:t>
            </w:r>
            <w:proofErr w:type="spellEnd"/>
            <w:r w:rsidRPr="004543E3">
              <w:rPr>
                <w:rFonts w:cs="Times New Roman"/>
                <w:b/>
                <w:bCs/>
              </w:rPr>
              <w:t xml:space="preserve"> Cai:</w:t>
            </w:r>
          </w:p>
          <w:p w14:paraId="0ABFD295" w14:textId="5C98F72C" w:rsidR="00512F52" w:rsidRPr="004543E3" w:rsidRDefault="00512F52" w:rsidP="00563608">
            <w:pPr>
              <w:spacing w:before="120" w:after="120" w:line="240" w:lineRule="auto"/>
              <w:jc w:val="both"/>
              <w:rPr>
                <w:rFonts w:cs="Times New Roman"/>
              </w:rPr>
            </w:pPr>
            <w:proofErr w:type="spellStart"/>
            <w:r w:rsidRPr="004543E3">
              <w:rPr>
                <w:rFonts w:cs="Times New Roman"/>
              </w:rPr>
              <w:t>Đề</w:t>
            </w:r>
            <w:proofErr w:type="spellEnd"/>
            <w:r w:rsidRPr="004543E3">
              <w:rPr>
                <w:rFonts w:cs="Times New Roman"/>
              </w:rPr>
              <w:t xml:space="preserve"> </w:t>
            </w:r>
            <w:proofErr w:type="spellStart"/>
            <w:r w:rsidRPr="004543E3">
              <w:rPr>
                <w:rFonts w:cs="Times New Roman"/>
              </w:rPr>
              <w:t>nghị</w:t>
            </w:r>
            <w:proofErr w:type="spellEnd"/>
            <w:r w:rsidRPr="004543E3">
              <w:rPr>
                <w:rFonts w:cs="Times New Roman"/>
              </w:rPr>
              <w:t xml:space="preserve"> ban </w:t>
            </w:r>
            <w:proofErr w:type="spellStart"/>
            <w:r w:rsidRPr="004543E3">
              <w:rPr>
                <w:rFonts w:cs="Times New Roman"/>
              </w:rPr>
              <w:t>soạn</w:t>
            </w:r>
            <w:proofErr w:type="spellEnd"/>
            <w:r w:rsidRPr="004543E3">
              <w:rPr>
                <w:rFonts w:cs="Times New Roman"/>
              </w:rPr>
              <w:t xml:space="preserve"> </w:t>
            </w:r>
            <w:proofErr w:type="spellStart"/>
            <w:r w:rsidRPr="004543E3">
              <w:rPr>
                <w:rFonts w:cs="Times New Roman"/>
              </w:rPr>
              <w:t>thảo</w:t>
            </w:r>
            <w:proofErr w:type="spellEnd"/>
            <w:r w:rsidRPr="004543E3">
              <w:rPr>
                <w:rFonts w:cs="Times New Roman"/>
              </w:rPr>
              <w:t xml:space="preserve"> </w:t>
            </w:r>
            <w:proofErr w:type="spellStart"/>
            <w:r w:rsidRPr="004543E3">
              <w:rPr>
                <w:rFonts w:cs="Times New Roman"/>
              </w:rPr>
              <w:t>xem</w:t>
            </w:r>
            <w:proofErr w:type="spellEnd"/>
            <w:r w:rsidRPr="004543E3">
              <w:rPr>
                <w:rFonts w:cs="Times New Roman"/>
              </w:rPr>
              <w:t xml:space="preserve"> </w:t>
            </w:r>
            <w:proofErr w:type="spellStart"/>
            <w:r w:rsidRPr="004543E3">
              <w:rPr>
                <w:rFonts w:cs="Times New Roman"/>
              </w:rPr>
              <w:t>xét</w:t>
            </w:r>
            <w:proofErr w:type="spellEnd"/>
            <w:r w:rsidRPr="004543E3">
              <w:rPr>
                <w:rFonts w:cs="Times New Roman"/>
              </w:rPr>
              <w:t xml:space="preserve"> </w:t>
            </w:r>
            <w:proofErr w:type="spellStart"/>
            <w:r w:rsidRPr="004543E3">
              <w:rPr>
                <w:rFonts w:cs="Times New Roman"/>
              </w:rPr>
              <w:t>tại</w:t>
            </w:r>
            <w:proofErr w:type="spellEnd"/>
            <w:r w:rsidRPr="004543E3">
              <w:rPr>
                <w:rFonts w:cs="Times New Roman"/>
              </w:rPr>
              <w:t xml:space="preserve"> </w:t>
            </w:r>
            <w:proofErr w:type="spellStart"/>
            <w:r w:rsidRPr="004543E3">
              <w:rPr>
                <w:rFonts w:cs="Times New Roman"/>
              </w:rPr>
              <w:t>Điều</w:t>
            </w:r>
            <w:proofErr w:type="spellEnd"/>
            <w:r w:rsidRPr="004543E3">
              <w:rPr>
                <w:rFonts w:cs="Times New Roman"/>
              </w:rPr>
              <w:t xml:space="preserve"> 5, </w:t>
            </w:r>
            <w:proofErr w:type="spellStart"/>
            <w:r w:rsidRPr="004543E3">
              <w:rPr>
                <w:rFonts w:cs="Times New Roman"/>
              </w:rPr>
              <w:t>Điều</w:t>
            </w:r>
            <w:proofErr w:type="spellEnd"/>
            <w:r w:rsidRPr="004543E3">
              <w:rPr>
                <w:rFonts w:cs="Times New Roman"/>
              </w:rPr>
              <w:t xml:space="preserve"> 6 </w:t>
            </w:r>
            <w:proofErr w:type="spellStart"/>
            <w:r w:rsidRPr="004543E3">
              <w:rPr>
                <w:rFonts w:cs="Times New Roman"/>
              </w:rPr>
              <w:t>và</w:t>
            </w:r>
            <w:proofErr w:type="spellEnd"/>
            <w:r w:rsidRPr="004543E3">
              <w:rPr>
                <w:rFonts w:cs="Times New Roman"/>
              </w:rPr>
              <w:t xml:space="preserve"> </w:t>
            </w:r>
            <w:proofErr w:type="spellStart"/>
            <w:r w:rsidRPr="004543E3">
              <w:rPr>
                <w:rFonts w:cs="Times New Roman"/>
              </w:rPr>
              <w:t>Điều</w:t>
            </w:r>
            <w:proofErr w:type="spellEnd"/>
            <w:r w:rsidRPr="004543E3">
              <w:rPr>
                <w:rFonts w:cs="Times New Roman"/>
              </w:rPr>
              <w:t xml:space="preserve"> 7 </w:t>
            </w:r>
            <w:proofErr w:type="spellStart"/>
            <w:r w:rsidRPr="004543E3">
              <w:rPr>
                <w:rFonts w:cs="Times New Roman"/>
              </w:rPr>
              <w:t>của</w:t>
            </w:r>
            <w:proofErr w:type="spellEnd"/>
            <w:r w:rsidRPr="004543E3">
              <w:rPr>
                <w:rFonts w:cs="Times New Roman"/>
              </w:rPr>
              <w:t xml:space="preserve"> </w:t>
            </w:r>
            <w:proofErr w:type="spellStart"/>
            <w:r w:rsidRPr="004543E3">
              <w:rPr>
                <w:rFonts w:cs="Times New Roman"/>
              </w:rPr>
              <w:t>dự</w:t>
            </w:r>
            <w:proofErr w:type="spellEnd"/>
            <w:r w:rsidRPr="004543E3">
              <w:rPr>
                <w:rFonts w:cs="Times New Roman"/>
              </w:rPr>
              <w:t xml:space="preserve"> </w:t>
            </w:r>
            <w:proofErr w:type="spellStart"/>
            <w:r w:rsidRPr="004543E3">
              <w:rPr>
                <w:rFonts w:cs="Times New Roman"/>
              </w:rPr>
              <w:t>thảo</w:t>
            </w:r>
            <w:proofErr w:type="spellEnd"/>
            <w:r w:rsidRPr="004543E3">
              <w:rPr>
                <w:rFonts w:cs="Times New Roman"/>
              </w:rPr>
              <w:t xml:space="preserve"> Thông </w:t>
            </w:r>
            <w:proofErr w:type="spellStart"/>
            <w:r w:rsidRPr="004543E3">
              <w:rPr>
                <w:rFonts w:cs="Times New Roman"/>
              </w:rPr>
              <w:t>tư</w:t>
            </w:r>
            <w:proofErr w:type="spellEnd"/>
            <w:r w:rsidRPr="004543E3">
              <w:rPr>
                <w:rFonts w:cs="Times New Roman"/>
              </w:rPr>
              <w:t xml:space="preserve"> </w:t>
            </w:r>
            <w:proofErr w:type="spellStart"/>
            <w:r w:rsidRPr="004543E3">
              <w:rPr>
                <w:rFonts w:cs="Times New Roman"/>
              </w:rPr>
              <w:t>quy</w:t>
            </w:r>
            <w:proofErr w:type="spellEnd"/>
            <w:r w:rsidRPr="004543E3">
              <w:rPr>
                <w:rFonts w:cs="Times New Roman"/>
              </w:rPr>
              <w:t xml:space="preserve"> </w:t>
            </w:r>
            <w:proofErr w:type="spellStart"/>
            <w:r w:rsidRPr="004543E3">
              <w:rPr>
                <w:rFonts w:cs="Times New Roman"/>
              </w:rPr>
              <w:t>định</w:t>
            </w:r>
            <w:proofErr w:type="spellEnd"/>
            <w:r w:rsidRPr="004543E3">
              <w:rPr>
                <w:rFonts w:cs="Times New Roman"/>
              </w:rPr>
              <w:t xml:space="preserve"> </w:t>
            </w:r>
            <w:proofErr w:type="spellStart"/>
            <w:r w:rsidRPr="004543E3">
              <w:rPr>
                <w:rFonts w:cs="Times New Roman"/>
              </w:rPr>
              <w:t>mã</w:t>
            </w:r>
            <w:proofErr w:type="spellEnd"/>
            <w:r w:rsidRPr="004543E3">
              <w:rPr>
                <w:rFonts w:cs="Times New Roman"/>
              </w:rPr>
              <w:t xml:space="preserve"> </w:t>
            </w:r>
            <w:proofErr w:type="spellStart"/>
            <w:r w:rsidRPr="004543E3">
              <w:rPr>
                <w:rFonts w:cs="Times New Roman"/>
              </w:rPr>
              <w:t>số</w:t>
            </w:r>
            <w:proofErr w:type="spellEnd"/>
            <w:r w:rsidRPr="004543E3">
              <w:rPr>
                <w:rFonts w:cs="Times New Roman"/>
              </w:rPr>
              <w:t xml:space="preserve">, </w:t>
            </w:r>
            <w:proofErr w:type="spellStart"/>
            <w:r w:rsidRPr="004543E3">
              <w:rPr>
                <w:rFonts w:cs="Times New Roman"/>
              </w:rPr>
              <w:t>tiêu</w:t>
            </w:r>
            <w:proofErr w:type="spellEnd"/>
            <w:r w:rsidRPr="004543E3">
              <w:rPr>
                <w:rFonts w:cs="Times New Roman"/>
              </w:rPr>
              <w:t xml:space="preserve"> </w:t>
            </w:r>
            <w:proofErr w:type="spellStart"/>
            <w:r w:rsidRPr="004543E3">
              <w:rPr>
                <w:rFonts w:cs="Times New Roman"/>
              </w:rPr>
              <w:t>chuẩn</w:t>
            </w:r>
            <w:proofErr w:type="spellEnd"/>
            <w:r w:rsidRPr="004543E3">
              <w:rPr>
                <w:rFonts w:cs="Times New Roman"/>
              </w:rPr>
              <w:t xml:space="preserve"> </w:t>
            </w:r>
            <w:proofErr w:type="spellStart"/>
            <w:r w:rsidRPr="004543E3">
              <w:rPr>
                <w:rFonts w:cs="Times New Roman"/>
              </w:rPr>
              <w:t>chuyên</w:t>
            </w:r>
            <w:proofErr w:type="spellEnd"/>
            <w:r w:rsidRPr="004543E3">
              <w:rPr>
                <w:rFonts w:cs="Times New Roman"/>
              </w:rPr>
              <w:t xml:space="preserve"> </w:t>
            </w:r>
            <w:proofErr w:type="spellStart"/>
            <w:r w:rsidRPr="004543E3">
              <w:rPr>
                <w:rFonts w:cs="Times New Roman"/>
              </w:rPr>
              <w:t>môn</w:t>
            </w:r>
            <w:proofErr w:type="spellEnd"/>
            <w:r w:rsidRPr="004543E3">
              <w:rPr>
                <w:rFonts w:cs="Times New Roman"/>
              </w:rPr>
              <w:t xml:space="preserve">, </w:t>
            </w:r>
            <w:proofErr w:type="spellStart"/>
            <w:r w:rsidRPr="004543E3">
              <w:rPr>
                <w:rFonts w:cs="Times New Roman"/>
              </w:rPr>
              <w:t>nghiệp</w:t>
            </w:r>
            <w:proofErr w:type="spellEnd"/>
            <w:r w:rsidRPr="004543E3">
              <w:rPr>
                <w:rFonts w:cs="Times New Roman"/>
              </w:rPr>
              <w:t xml:space="preserve"> </w:t>
            </w:r>
            <w:proofErr w:type="spellStart"/>
            <w:r w:rsidRPr="004543E3">
              <w:rPr>
                <w:rFonts w:cs="Times New Roman"/>
              </w:rPr>
              <w:t>vụ</w:t>
            </w:r>
            <w:proofErr w:type="spellEnd"/>
            <w:r w:rsidRPr="004543E3">
              <w:rPr>
                <w:rFonts w:cs="Times New Roman"/>
              </w:rPr>
              <w:t xml:space="preserve"> </w:t>
            </w:r>
            <w:proofErr w:type="spellStart"/>
            <w:r w:rsidRPr="004543E3">
              <w:rPr>
                <w:rFonts w:cs="Times New Roman"/>
              </w:rPr>
              <w:t>đối</w:t>
            </w:r>
            <w:proofErr w:type="spellEnd"/>
            <w:r w:rsidRPr="004543E3">
              <w:rPr>
                <w:rFonts w:cs="Times New Roman"/>
              </w:rPr>
              <w:t xml:space="preserve"> </w:t>
            </w:r>
            <w:proofErr w:type="spellStart"/>
            <w:r w:rsidRPr="004543E3">
              <w:rPr>
                <w:rFonts w:cs="Times New Roman"/>
              </w:rPr>
              <w:t>với</w:t>
            </w:r>
            <w:proofErr w:type="spellEnd"/>
            <w:r w:rsidRPr="004543E3">
              <w:rPr>
                <w:rFonts w:cs="Times New Roman"/>
              </w:rPr>
              <w:t xml:space="preserve"> </w:t>
            </w:r>
            <w:proofErr w:type="spellStart"/>
            <w:r w:rsidRPr="004543E3">
              <w:rPr>
                <w:rFonts w:cs="Times New Roman"/>
              </w:rPr>
              <w:t>ngạch</w:t>
            </w:r>
            <w:proofErr w:type="spellEnd"/>
            <w:r w:rsidRPr="004543E3">
              <w:rPr>
                <w:rFonts w:cs="Times New Roman"/>
              </w:rPr>
              <w:t xml:space="preserve"> </w:t>
            </w:r>
            <w:proofErr w:type="spellStart"/>
            <w:r w:rsidRPr="004543E3">
              <w:rPr>
                <w:rFonts w:cs="Times New Roman"/>
              </w:rPr>
              <w:t>công</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danh</w:t>
            </w:r>
            <w:proofErr w:type="spellEnd"/>
            <w:r w:rsidRPr="004543E3">
              <w:rPr>
                <w:rFonts w:cs="Times New Roman"/>
              </w:rPr>
              <w:t xml:space="preserve"> </w:t>
            </w:r>
            <w:proofErr w:type="spellStart"/>
            <w:r w:rsidRPr="004543E3">
              <w:rPr>
                <w:rFonts w:cs="Times New Roman"/>
              </w:rPr>
              <w:t>nghề</w:t>
            </w:r>
            <w:proofErr w:type="spellEnd"/>
            <w:r w:rsidRPr="004543E3">
              <w:rPr>
                <w:rFonts w:cs="Times New Roman"/>
              </w:rPr>
              <w:t xml:space="preserve"> </w:t>
            </w:r>
            <w:proofErr w:type="spellStart"/>
            <w:r w:rsidRPr="004543E3">
              <w:rPr>
                <w:rFonts w:cs="Times New Roman"/>
              </w:rPr>
              <w:t>nghiệp</w:t>
            </w:r>
            <w:proofErr w:type="spellEnd"/>
            <w:r w:rsidRPr="004543E3">
              <w:rPr>
                <w:rFonts w:cs="Times New Roman"/>
              </w:rPr>
              <w:t xml:space="preserve"> </w:t>
            </w:r>
            <w:proofErr w:type="spellStart"/>
            <w:r w:rsidRPr="004543E3">
              <w:rPr>
                <w:rFonts w:cs="Times New Roman"/>
              </w:rPr>
              <w:t>viên</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chuyên</w:t>
            </w:r>
            <w:proofErr w:type="spellEnd"/>
            <w:r w:rsidRPr="004543E3">
              <w:rPr>
                <w:rFonts w:cs="Times New Roman"/>
              </w:rPr>
              <w:t xml:space="preserve"> </w:t>
            </w:r>
            <w:proofErr w:type="spellStart"/>
            <w:r w:rsidRPr="004543E3">
              <w:rPr>
                <w:rFonts w:cs="Times New Roman"/>
              </w:rPr>
              <w:t>ngành</w:t>
            </w:r>
            <w:proofErr w:type="spellEnd"/>
            <w:r w:rsidRPr="004543E3">
              <w:rPr>
                <w:rFonts w:cs="Times New Roman"/>
              </w:rPr>
              <w:t xml:space="preserve"> </w:t>
            </w:r>
            <w:proofErr w:type="spellStart"/>
            <w:r w:rsidRPr="004543E3">
              <w:rPr>
                <w:rFonts w:cs="Times New Roman"/>
              </w:rPr>
              <w:t>kiểm</w:t>
            </w:r>
            <w:proofErr w:type="spellEnd"/>
            <w:r w:rsidRPr="004543E3">
              <w:rPr>
                <w:rFonts w:cs="Times New Roman"/>
              </w:rPr>
              <w:t xml:space="preserve"> </w:t>
            </w:r>
            <w:proofErr w:type="spellStart"/>
            <w:r w:rsidRPr="004543E3">
              <w:rPr>
                <w:rFonts w:cs="Times New Roman"/>
              </w:rPr>
              <w:t>soát</w:t>
            </w:r>
            <w:proofErr w:type="spellEnd"/>
            <w:r w:rsidRPr="004543E3">
              <w:rPr>
                <w:rFonts w:cs="Times New Roman"/>
              </w:rPr>
              <w:t xml:space="preserve"> </w:t>
            </w:r>
            <w:proofErr w:type="spellStart"/>
            <w:r w:rsidRPr="004543E3">
              <w:rPr>
                <w:rFonts w:cs="Times New Roman"/>
              </w:rPr>
              <w:t>chất</w:t>
            </w:r>
            <w:proofErr w:type="spellEnd"/>
            <w:r w:rsidRPr="004543E3">
              <w:rPr>
                <w:rFonts w:cs="Times New Roman"/>
              </w:rPr>
              <w:t xml:space="preserve"> </w:t>
            </w:r>
            <w:proofErr w:type="spellStart"/>
            <w:r w:rsidRPr="004543E3">
              <w:rPr>
                <w:rFonts w:cs="Times New Roman"/>
              </w:rPr>
              <w:t>lượng</w:t>
            </w:r>
            <w:proofErr w:type="spellEnd"/>
            <w:r w:rsidRPr="004543E3">
              <w:rPr>
                <w:rFonts w:cs="Times New Roman"/>
              </w:rPr>
              <w:t xml:space="preserve"> </w:t>
            </w:r>
            <w:proofErr w:type="spellStart"/>
            <w:r w:rsidRPr="004543E3">
              <w:rPr>
                <w:rFonts w:cs="Times New Roman"/>
              </w:rPr>
              <w:t>sản</w:t>
            </w:r>
            <w:proofErr w:type="spellEnd"/>
            <w:r w:rsidRPr="004543E3">
              <w:rPr>
                <w:rFonts w:cs="Times New Roman"/>
              </w:rPr>
              <w:t xml:space="preserve"> </w:t>
            </w:r>
            <w:proofErr w:type="spellStart"/>
            <w:r w:rsidRPr="004543E3">
              <w:rPr>
                <w:rFonts w:cs="Times New Roman"/>
              </w:rPr>
              <w:t>phẩm</w:t>
            </w:r>
            <w:proofErr w:type="spellEnd"/>
            <w:r w:rsidRPr="004543E3">
              <w:rPr>
                <w:rFonts w:cs="Times New Roman"/>
              </w:rPr>
              <w:t xml:space="preserve">, </w:t>
            </w:r>
            <w:proofErr w:type="spellStart"/>
            <w:r w:rsidRPr="004543E3">
              <w:rPr>
                <w:rFonts w:cs="Times New Roman"/>
              </w:rPr>
              <w:t>hàng</w:t>
            </w:r>
            <w:proofErr w:type="spellEnd"/>
            <w:r w:rsidRPr="004543E3">
              <w:rPr>
                <w:rFonts w:cs="Times New Roman"/>
              </w:rPr>
              <w:t xml:space="preserve"> </w:t>
            </w:r>
            <w:proofErr w:type="spellStart"/>
            <w:r w:rsidRPr="004543E3">
              <w:rPr>
                <w:rFonts w:cs="Times New Roman"/>
              </w:rPr>
              <w:t>hóa</w:t>
            </w:r>
            <w:proofErr w:type="spellEnd"/>
            <w:r w:rsidRPr="004543E3">
              <w:rPr>
                <w:rFonts w:cs="Times New Roman"/>
              </w:rPr>
              <w:t xml:space="preserve">. </w:t>
            </w:r>
            <w:proofErr w:type="spellStart"/>
            <w:r w:rsidRPr="004543E3">
              <w:rPr>
                <w:rFonts w:cs="Times New Roman"/>
              </w:rPr>
              <w:t>Hiện</w:t>
            </w:r>
            <w:proofErr w:type="spellEnd"/>
            <w:r w:rsidRPr="004543E3">
              <w:rPr>
                <w:rFonts w:cs="Times New Roman"/>
              </w:rPr>
              <w:t xml:space="preserve"> </w:t>
            </w:r>
            <w:proofErr w:type="spellStart"/>
            <w:r w:rsidRPr="004543E3">
              <w:rPr>
                <w:rFonts w:cs="Times New Roman"/>
              </w:rPr>
              <w:t>dự</w:t>
            </w:r>
            <w:proofErr w:type="spellEnd"/>
            <w:r w:rsidRPr="004543E3">
              <w:rPr>
                <w:rFonts w:cs="Times New Roman"/>
              </w:rPr>
              <w:t xml:space="preserve"> </w:t>
            </w:r>
            <w:proofErr w:type="spellStart"/>
            <w:r w:rsidRPr="004543E3">
              <w:rPr>
                <w:rFonts w:cs="Times New Roman"/>
              </w:rPr>
              <w:t>thảo</w:t>
            </w:r>
            <w:proofErr w:type="spellEnd"/>
            <w:r w:rsidRPr="004543E3">
              <w:rPr>
                <w:rFonts w:cs="Times New Roman"/>
              </w:rPr>
              <w:t xml:space="preserve"> </w:t>
            </w:r>
            <w:proofErr w:type="spellStart"/>
            <w:r w:rsidRPr="004543E3">
              <w:rPr>
                <w:rFonts w:cs="Times New Roman"/>
              </w:rPr>
              <w:t>quy</w:t>
            </w:r>
            <w:proofErr w:type="spellEnd"/>
            <w:r w:rsidRPr="004543E3">
              <w:rPr>
                <w:rFonts w:cs="Times New Roman"/>
              </w:rPr>
              <w:t xml:space="preserve"> </w:t>
            </w:r>
            <w:proofErr w:type="spellStart"/>
            <w:r w:rsidRPr="004543E3">
              <w:rPr>
                <w:rFonts w:cs="Times New Roman"/>
              </w:rPr>
              <w:t>định</w:t>
            </w:r>
            <w:proofErr w:type="spellEnd"/>
            <w:r w:rsidRPr="004543E3">
              <w:rPr>
                <w:rFonts w:cs="Times New Roman"/>
              </w:rPr>
              <w:t xml:space="preserve"> </w:t>
            </w:r>
            <w:proofErr w:type="spellStart"/>
            <w:r w:rsidRPr="004543E3">
              <w:rPr>
                <w:rFonts w:cs="Times New Roman"/>
              </w:rPr>
              <w:t>chung</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trách</w:t>
            </w:r>
            <w:proofErr w:type="spellEnd"/>
            <w:r w:rsidRPr="004543E3">
              <w:rPr>
                <w:rFonts w:cs="Times New Roman"/>
              </w:rPr>
              <w:t xml:space="preserve">, </w:t>
            </w:r>
            <w:proofErr w:type="spellStart"/>
            <w:r w:rsidRPr="004543E3">
              <w:rPr>
                <w:rFonts w:cs="Times New Roman"/>
              </w:rPr>
              <w:t>nhiệm</w:t>
            </w:r>
            <w:proofErr w:type="spellEnd"/>
            <w:r w:rsidRPr="004543E3">
              <w:rPr>
                <w:rFonts w:cs="Times New Roman"/>
              </w:rPr>
              <w:t xml:space="preserve"> </w:t>
            </w:r>
            <w:proofErr w:type="spellStart"/>
            <w:r w:rsidRPr="004543E3">
              <w:rPr>
                <w:rFonts w:cs="Times New Roman"/>
              </w:rPr>
              <w:t>vụ</w:t>
            </w:r>
            <w:proofErr w:type="spellEnd"/>
            <w:r w:rsidRPr="004543E3">
              <w:rPr>
                <w:rFonts w:cs="Times New Roman"/>
              </w:rPr>
              <w:t xml:space="preserve"> </w:t>
            </w:r>
            <w:proofErr w:type="spellStart"/>
            <w:r w:rsidRPr="004543E3">
              <w:rPr>
                <w:rFonts w:cs="Times New Roman"/>
              </w:rPr>
              <w:t>và</w:t>
            </w:r>
            <w:proofErr w:type="spellEnd"/>
            <w:r w:rsidRPr="004543E3">
              <w:rPr>
                <w:rFonts w:cs="Times New Roman"/>
              </w:rPr>
              <w:t xml:space="preserve"> </w:t>
            </w:r>
            <w:proofErr w:type="spellStart"/>
            <w:r w:rsidRPr="004543E3">
              <w:rPr>
                <w:rFonts w:cs="Times New Roman"/>
              </w:rPr>
              <w:t>tiêu</w:t>
            </w:r>
            <w:proofErr w:type="spellEnd"/>
            <w:r w:rsidRPr="004543E3">
              <w:rPr>
                <w:rFonts w:cs="Times New Roman"/>
              </w:rPr>
              <w:t xml:space="preserve"> </w:t>
            </w:r>
            <w:proofErr w:type="spellStart"/>
            <w:r w:rsidRPr="004543E3">
              <w:rPr>
                <w:rFonts w:cs="Times New Roman"/>
              </w:rPr>
              <w:t>chuẩn</w:t>
            </w:r>
            <w:proofErr w:type="spellEnd"/>
            <w:r w:rsidRPr="004543E3">
              <w:rPr>
                <w:rFonts w:cs="Times New Roman"/>
              </w:rPr>
              <w:t xml:space="preserve"> </w:t>
            </w:r>
            <w:proofErr w:type="spellStart"/>
            <w:r w:rsidRPr="004543E3">
              <w:rPr>
                <w:rFonts w:cs="Times New Roman"/>
              </w:rPr>
              <w:t>chung</w:t>
            </w:r>
            <w:proofErr w:type="spellEnd"/>
            <w:r w:rsidRPr="004543E3">
              <w:rPr>
                <w:rFonts w:cs="Times New Roman"/>
              </w:rPr>
              <w:t xml:space="preserve"> </w:t>
            </w:r>
            <w:proofErr w:type="spellStart"/>
            <w:r w:rsidRPr="004543E3">
              <w:rPr>
                <w:rFonts w:cs="Times New Roman"/>
              </w:rPr>
              <w:t>cho</w:t>
            </w:r>
            <w:proofErr w:type="spellEnd"/>
            <w:r w:rsidRPr="004543E3">
              <w:rPr>
                <w:rFonts w:cs="Times New Roman"/>
              </w:rPr>
              <w:t xml:space="preserve"> </w:t>
            </w:r>
            <w:proofErr w:type="spellStart"/>
            <w:r w:rsidRPr="004543E3">
              <w:rPr>
                <w:rFonts w:cs="Times New Roman"/>
              </w:rPr>
              <w:t>công</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và</w:t>
            </w:r>
            <w:proofErr w:type="spellEnd"/>
            <w:r w:rsidRPr="004543E3">
              <w:rPr>
                <w:rFonts w:cs="Times New Roman"/>
              </w:rPr>
              <w:t xml:space="preserve"> </w:t>
            </w:r>
            <w:proofErr w:type="spellStart"/>
            <w:r w:rsidRPr="004543E3">
              <w:rPr>
                <w:rFonts w:cs="Times New Roman"/>
              </w:rPr>
              <w:t>viên</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trong</w:t>
            </w:r>
            <w:proofErr w:type="spellEnd"/>
            <w:r w:rsidRPr="004543E3">
              <w:rPr>
                <w:rFonts w:cs="Times New Roman"/>
              </w:rPr>
              <w:t xml:space="preserve"> </w:t>
            </w:r>
            <w:proofErr w:type="spellStart"/>
            <w:r w:rsidRPr="004543E3">
              <w:rPr>
                <w:rFonts w:cs="Times New Roman"/>
              </w:rPr>
              <w:t>khi</w:t>
            </w:r>
            <w:proofErr w:type="spellEnd"/>
            <w:r w:rsidRPr="004543E3">
              <w:rPr>
                <w:rFonts w:cs="Times New Roman"/>
              </w:rPr>
              <w:t xml:space="preserve"> </w:t>
            </w:r>
            <w:proofErr w:type="spellStart"/>
            <w:r w:rsidRPr="004543E3">
              <w:rPr>
                <w:rFonts w:cs="Times New Roman"/>
              </w:rPr>
              <w:t>công</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thực</w:t>
            </w:r>
            <w:proofErr w:type="spellEnd"/>
            <w:r w:rsidRPr="004543E3">
              <w:rPr>
                <w:rFonts w:cs="Times New Roman"/>
              </w:rPr>
              <w:t xml:space="preserve"> </w:t>
            </w:r>
            <w:proofErr w:type="spellStart"/>
            <w:r w:rsidRPr="004543E3">
              <w:rPr>
                <w:rFonts w:cs="Times New Roman"/>
              </w:rPr>
              <w:t>hiện</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năng</w:t>
            </w:r>
            <w:proofErr w:type="spellEnd"/>
            <w:r w:rsidRPr="004543E3">
              <w:rPr>
                <w:rFonts w:cs="Times New Roman"/>
              </w:rPr>
              <w:t xml:space="preserve"> </w:t>
            </w:r>
            <w:proofErr w:type="spellStart"/>
            <w:r w:rsidRPr="004543E3">
              <w:rPr>
                <w:rFonts w:cs="Times New Roman"/>
              </w:rPr>
              <w:t>quản</w:t>
            </w:r>
            <w:proofErr w:type="spellEnd"/>
            <w:r w:rsidRPr="004543E3">
              <w:rPr>
                <w:rFonts w:cs="Times New Roman"/>
              </w:rPr>
              <w:t xml:space="preserve"> </w:t>
            </w:r>
            <w:proofErr w:type="spellStart"/>
            <w:r w:rsidRPr="004543E3">
              <w:rPr>
                <w:rFonts w:cs="Times New Roman"/>
              </w:rPr>
              <w:t>lý</w:t>
            </w:r>
            <w:proofErr w:type="spellEnd"/>
            <w:r w:rsidRPr="004543E3">
              <w:rPr>
                <w:rFonts w:cs="Times New Roman"/>
              </w:rPr>
              <w:t xml:space="preserve"> </w:t>
            </w:r>
            <w:proofErr w:type="spellStart"/>
            <w:r w:rsidRPr="004543E3">
              <w:rPr>
                <w:rFonts w:cs="Times New Roman"/>
              </w:rPr>
              <w:t>nhà</w:t>
            </w:r>
            <w:proofErr w:type="spellEnd"/>
            <w:r w:rsidRPr="004543E3">
              <w:rPr>
                <w:rFonts w:cs="Times New Roman"/>
              </w:rPr>
              <w:t xml:space="preserve"> </w:t>
            </w:r>
            <w:proofErr w:type="spellStart"/>
            <w:r w:rsidRPr="004543E3">
              <w:rPr>
                <w:rFonts w:cs="Times New Roman"/>
              </w:rPr>
              <w:t>nước</w:t>
            </w:r>
            <w:proofErr w:type="spellEnd"/>
            <w:r w:rsidRPr="004543E3">
              <w:rPr>
                <w:rFonts w:cs="Times New Roman"/>
              </w:rPr>
              <w:t xml:space="preserve"> (</w:t>
            </w:r>
            <w:proofErr w:type="spellStart"/>
            <w:r w:rsidRPr="004543E3">
              <w:rPr>
                <w:rFonts w:cs="Times New Roman"/>
              </w:rPr>
              <w:t>tham</w:t>
            </w:r>
            <w:proofErr w:type="spellEnd"/>
            <w:r w:rsidRPr="004543E3">
              <w:rPr>
                <w:rFonts w:cs="Times New Roman"/>
              </w:rPr>
              <w:t xml:space="preserve"> </w:t>
            </w:r>
            <w:proofErr w:type="spellStart"/>
            <w:r w:rsidRPr="004543E3">
              <w:rPr>
                <w:rFonts w:cs="Times New Roman"/>
              </w:rPr>
              <w:t>mưu</w:t>
            </w:r>
            <w:proofErr w:type="spellEnd"/>
            <w:r w:rsidRPr="004543E3">
              <w:rPr>
                <w:rFonts w:cs="Times New Roman"/>
              </w:rPr>
              <w:t xml:space="preserve"> </w:t>
            </w:r>
            <w:proofErr w:type="spellStart"/>
            <w:r w:rsidRPr="004543E3">
              <w:rPr>
                <w:rFonts w:cs="Times New Roman"/>
              </w:rPr>
              <w:t>xây</w:t>
            </w:r>
            <w:proofErr w:type="spellEnd"/>
            <w:r w:rsidRPr="004543E3">
              <w:rPr>
                <w:rFonts w:cs="Times New Roman"/>
              </w:rPr>
              <w:t xml:space="preserve"> </w:t>
            </w:r>
            <w:proofErr w:type="spellStart"/>
            <w:r w:rsidRPr="004543E3">
              <w:rPr>
                <w:rFonts w:cs="Times New Roman"/>
              </w:rPr>
              <w:t>dựng</w:t>
            </w:r>
            <w:proofErr w:type="spellEnd"/>
            <w:r w:rsidRPr="004543E3">
              <w:rPr>
                <w:rFonts w:cs="Times New Roman"/>
              </w:rPr>
              <w:t xml:space="preserve"> </w:t>
            </w:r>
            <w:proofErr w:type="spellStart"/>
            <w:r w:rsidRPr="004543E3">
              <w:rPr>
                <w:rFonts w:cs="Times New Roman"/>
              </w:rPr>
              <w:t>chính</w:t>
            </w:r>
            <w:proofErr w:type="spellEnd"/>
            <w:r w:rsidRPr="004543E3">
              <w:rPr>
                <w:rFonts w:cs="Times New Roman"/>
              </w:rPr>
              <w:t xml:space="preserve"> </w:t>
            </w:r>
            <w:proofErr w:type="spellStart"/>
            <w:r w:rsidRPr="004543E3">
              <w:rPr>
                <w:rFonts w:cs="Times New Roman"/>
              </w:rPr>
              <w:t>sách</w:t>
            </w:r>
            <w:proofErr w:type="spellEnd"/>
            <w:r w:rsidRPr="004543E3">
              <w:rPr>
                <w:rFonts w:cs="Times New Roman"/>
              </w:rPr>
              <w:t xml:space="preserve">, </w:t>
            </w:r>
            <w:proofErr w:type="spellStart"/>
            <w:r w:rsidRPr="004543E3">
              <w:rPr>
                <w:rFonts w:cs="Times New Roman"/>
              </w:rPr>
              <w:t>xử</w:t>
            </w:r>
            <w:proofErr w:type="spellEnd"/>
            <w:r w:rsidRPr="004543E3">
              <w:rPr>
                <w:rFonts w:cs="Times New Roman"/>
              </w:rPr>
              <w:t xml:space="preserve"> </w:t>
            </w:r>
            <w:proofErr w:type="spellStart"/>
            <w:r w:rsidRPr="004543E3">
              <w:rPr>
                <w:rFonts w:cs="Times New Roman"/>
              </w:rPr>
              <w:t>lý</w:t>
            </w:r>
            <w:proofErr w:type="spellEnd"/>
            <w:r w:rsidRPr="004543E3">
              <w:rPr>
                <w:rFonts w:cs="Times New Roman"/>
              </w:rPr>
              <w:t xml:space="preserve"> </w:t>
            </w:r>
            <w:r w:rsidRPr="004543E3">
              <w:rPr>
                <w:rFonts w:cs="Times New Roman"/>
              </w:rPr>
              <w:lastRenderedPageBreak/>
              <w:t xml:space="preserve">vi </w:t>
            </w:r>
            <w:proofErr w:type="spellStart"/>
            <w:r w:rsidRPr="004543E3">
              <w:rPr>
                <w:rFonts w:cs="Times New Roman"/>
              </w:rPr>
              <w:t>phạm</w:t>
            </w:r>
            <w:proofErr w:type="spellEnd"/>
            <w:r w:rsidRPr="004543E3">
              <w:rPr>
                <w:rFonts w:cs="Times New Roman"/>
              </w:rPr>
              <w:t xml:space="preserve">), </w:t>
            </w:r>
            <w:proofErr w:type="spellStart"/>
            <w:r w:rsidRPr="004543E3">
              <w:rPr>
                <w:rFonts w:cs="Times New Roman"/>
              </w:rPr>
              <w:t>còn</w:t>
            </w:r>
            <w:proofErr w:type="spellEnd"/>
            <w:r w:rsidRPr="004543E3">
              <w:rPr>
                <w:rFonts w:cs="Times New Roman"/>
              </w:rPr>
              <w:t xml:space="preserve"> </w:t>
            </w:r>
            <w:proofErr w:type="spellStart"/>
            <w:r w:rsidRPr="004543E3">
              <w:rPr>
                <w:rFonts w:cs="Times New Roman"/>
              </w:rPr>
              <w:t>viên</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chủ</w:t>
            </w:r>
            <w:proofErr w:type="spellEnd"/>
            <w:r w:rsidRPr="004543E3">
              <w:rPr>
                <w:rFonts w:cs="Times New Roman"/>
              </w:rPr>
              <w:t xml:space="preserve"> </w:t>
            </w:r>
            <w:proofErr w:type="spellStart"/>
            <w:r w:rsidRPr="004543E3">
              <w:rPr>
                <w:rFonts w:cs="Times New Roman"/>
              </w:rPr>
              <w:t>yếu</w:t>
            </w:r>
            <w:proofErr w:type="spellEnd"/>
            <w:r w:rsidRPr="004543E3">
              <w:rPr>
                <w:rFonts w:cs="Times New Roman"/>
              </w:rPr>
              <w:t xml:space="preserve"> </w:t>
            </w:r>
            <w:proofErr w:type="spellStart"/>
            <w:r w:rsidRPr="004543E3">
              <w:rPr>
                <w:rFonts w:cs="Times New Roman"/>
              </w:rPr>
              <w:t>thực</w:t>
            </w:r>
            <w:proofErr w:type="spellEnd"/>
            <w:r w:rsidRPr="004543E3">
              <w:rPr>
                <w:rFonts w:cs="Times New Roman"/>
              </w:rPr>
              <w:t xml:space="preserve"> </w:t>
            </w:r>
            <w:proofErr w:type="spellStart"/>
            <w:r w:rsidRPr="004543E3">
              <w:rPr>
                <w:rFonts w:cs="Times New Roman"/>
              </w:rPr>
              <w:t>hiện</w:t>
            </w:r>
            <w:proofErr w:type="spellEnd"/>
            <w:r w:rsidRPr="004543E3">
              <w:rPr>
                <w:rFonts w:cs="Times New Roman"/>
              </w:rPr>
              <w:t xml:space="preserve"> </w:t>
            </w:r>
            <w:proofErr w:type="spellStart"/>
            <w:r w:rsidRPr="004543E3">
              <w:rPr>
                <w:rFonts w:cs="Times New Roman"/>
              </w:rPr>
              <w:t>nhiệm</w:t>
            </w:r>
            <w:proofErr w:type="spellEnd"/>
            <w:r w:rsidRPr="004543E3">
              <w:rPr>
                <w:rFonts w:cs="Times New Roman"/>
              </w:rPr>
              <w:t xml:space="preserve"> </w:t>
            </w:r>
            <w:proofErr w:type="spellStart"/>
            <w:r w:rsidRPr="004543E3">
              <w:rPr>
                <w:rFonts w:cs="Times New Roman"/>
              </w:rPr>
              <w:t>vụ</w:t>
            </w:r>
            <w:proofErr w:type="spellEnd"/>
            <w:r w:rsidRPr="004543E3">
              <w:rPr>
                <w:rFonts w:cs="Times New Roman"/>
              </w:rPr>
              <w:t xml:space="preserve">, </w:t>
            </w:r>
            <w:proofErr w:type="spellStart"/>
            <w:r w:rsidRPr="004543E3">
              <w:rPr>
                <w:rFonts w:cs="Times New Roman"/>
              </w:rPr>
              <w:t>dịch</w:t>
            </w:r>
            <w:proofErr w:type="spellEnd"/>
            <w:r w:rsidRPr="004543E3">
              <w:rPr>
                <w:rFonts w:cs="Times New Roman"/>
              </w:rPr>
              <w:t xml:space="preserve"> </w:t>
            </w:r>
            <w:proofErr w:type="spellStart"/>
            <w:r w:rsidRPr="004543E3">
              <w:rPr>
                <w:rFonts w:cs="Times New Roman"/>
              </w:rPr>
              <w:t>vụ</w:t>
            </w:r>
            <w:proofErr w:type="spellEnd"/>
            <w:r w:rsidRPr="004543E3">
              <w:rPr>
                <w:rFonts w:cs="Times New Roman"/>
              </w:rPr>
              <w:t xml:space="preserve"> </w:t>
            </w:r>
            <w:proofErr w:type="spellStart"/>
            <w:r w:rsidRPr="004543E3">
              <w:rPr>
                <w:rFonts w:cs="Times New Roman"/>
              </w:rPr>
              <w:t>kỹ</w:t>
            </w:r>
            <w:proofErr w:type="spellEnd"/>
            <w:r w:rsidRPr="004543E3">
              <w:rPr>
                <w:rFonts w:cs="Times New Roman"/>
              </w:rPr>
              <w:t xml:space="preserve"> </w:t>
            </w:r>
            <w:proofErr w:type="spellStart"/>
            <w:r w:rsidRPr="004543E3">
              <w:rPr>
                <w:rFonts w:cs="Times New Roman"/>
              </w:rPr>
              <w:t>thuật</w:t>
            </w:r>
            <w:proofErr w:type="spellEnd"/>
            <w:r w:rsidRPr="004543E3">
              <w:rPr>
                <w:rFonts w:cs="Times New Roman"/>
              </w:rPr>
              <w:t xml:space="preserve"> (</w:t>
            </w:r>
            <w:proofErr w:type="spellStart"/>
            <w:r w:rsidRPr="004543E3">
              <w:rPr>
                <w:rFonts w:cs="Times New Roman"/>
              </w:rPr>
              <w:t>kiểm</w:t>
            </w:r>
            <w:proofErr w:type="spellEnd"/>
            <w:r w:rsidRPr="004543E3">
              <w:rPr>
                <w:rFonts w:cs="Times New Roman"/>
              </w:rPr>
              <w:t xml:space="preserve"> </w:t>
            </w:r>
            <w:proofErr w:type="spellStart"/>
            <w:r w:rsidRPr="004543E3">
              <w:rPr>
                <w:rFonts w:cs="Times New Roman"/>
              </w:rPr>
              <w:t>nghiệm</w:t>
            </w:r>
            <w:proofErr w:type="spellEnd"/>
            <w:r w:rsidRPr="004543E3">
              <w:rPr>
                <w:rFonts w:cs="Times New Roman"/>
              </w:rPr>
              <w:t xml:space="preserve">, </w:t>
            </w:r>
            <w:proofErr w:type="spellStart"/>
            <w:r w:rsidRPr="004543E3">
              <w:rPr>
                <w:rFonts w:cs="Times New Roman"/>
              </w:rPr>
              <w:t>thử</w:t>
            </w:r>
            <w:proofErr w:type="spellEnd"/>
            <w:r w:rsidRPr="004543E3">
              <w:rPr>
                <w:rFonts w:cs="Times New Roman"/>
              </w:rPr>
              <w:t xml:space="preserve"> </w:t>
            </w:r>
            <w:proofErr w:type="spellStart"/>
            <w:r w:rsidRPr="004543E3">
              <w:rPr>
                <w:rFonts w:cs="Times New Roman"/>
              </w:rPr>
              <w:t>nghiệm</w:t>
            </w:r>
            <w:proofErr w:type="spellEnd"/>
            <w:r w:rsidRPr="004543E3">
              <w:rPr>
                <w:rFonts w:cs="Times New Roman"/>
              </w:rPr>
              <w:t xml:space="preserve">, </w:t>
            </w:r>
            <w:proofErr w:type="spellStart"/>
            <w:r w:rsidRPr="004543E3">
              <w:rPr>
                <w:rFonts w:cs="Times New Roman"/>
              </w:rPr>
              <w:t>đánh</w:t>
            </w:r>
            <w:proofErr w:type="spellEnd"/>
            <w:r w:rsidRPr="004543E3">
              <w:rPr>
                <w:rFonts w:cs="Times New Roman"/>
              </w:rPr>
              <w:t xml:space="preserve"> </w:t>
            </w:r>
            <w:proofErr w:type="spellStart"/>
            <w:r w:rsidRPr="004543E3">
              <w:rPr>
                <w:rFonts w:cs="Times New Roman"/>
              </w:rPr>
              <w:t>giá</w:t>
            </w:r>
            <w:proofErr w:type="spellEnd"/>
            <w:r w:rsidRPr="004543E3">
              <w:rPr>
                <w:rFonts w:cs="Times New Roman"/>
              </w:rPr>
              <w:t xml:space="preserve"> </w:t>
            </w:r>
            <w:proofErr w:type="spellStart"/>
            <w:r w:rsidRPr="004543E3">
              <w:rPr>
                <w:rFonts w:cs="Times New Roman"/>
              </w:rPr>
              <w:t>sự</w:t>
            </w:r>
            <w:proofErr w:type="spellEnd"/>
            <w:r w:rsidRPr="004543E3">
              <w:rPr>
                <w:rFonts w:cs="Times New Roman"/>
              </w:rPr>
              <w:t xml:space="preserve"> </w:t>
            </w:r>
            <w:proofErr w:type="spellStart"/>
            <w:r w:rsidRPr="004543E3">
              <w:rPr>
                <w:rFonts w:cs="Times New Roman"/>
              </w:rPr>
              <w:t>phù</w:t>
            </w:r>
            <w:proofErr w:type="spellEnd"/>
            <w:r w:rsidRPr="004543E3">
              <w:rPr>
                <w:rFonts w:cs="Times New Roman"/>
              </w:rPr>
              <w:t xml:space="preserve"> </w:t>
            </w:r>
            <w:proofErr w:type="spellStart"/>
            <w:r w:rsidRPr="004543E3">
              <w:rPr>
                <w:rFonts w:cs="Times New Roman"/>
              </w:rPr>
              <w:t>hợp</w:t>
            </w:r>
            <w:proofErr w:type="spellEnd"/>
            <w:r w:rsidRPr="004543E3">
              <w:rPr>
                <w:rFonts w:cs="Times New Roman"/>
              </w:rPr>
              <w:t xml:space="preserve">). </w:t>
            </w:r>
            <w:proofErr w:type="spellStart"/>
            <w:r w:rsidRPr="004543E3">
              <w:rPr>
                <w:rFonts w:cs="Times New Roman"/>
              </w:rPr>
              <w:t>Việc</w:t>
            </w:r>
            <w:proofErr w:type="spellEnd"/>
            <w:r w:rsidRPr="004543E3">
              <w:rPr>
                <w:rFonts w:cs="Times New Roman"/>
              </w:rPr>
              <w:t xml:space="preserve"> </w:t>
            </w:r>
            <w:proofErr w:type="spellStart"/>
            <w:r w:rsidRPr="004543E3">
              <w:rPr>
                <w:rFonts w:cs="Times New Roman"/>
              </w:rPr>
              <w:t>áp</w:t>
            </w:r>
            <w:proofErr w:type="spellEnd"/>
            <w:r w:rsidRPr="004543E3">
              <w:rPr>
                <w:rFonts w:cs="Times New Roman"/>
              </w:rPr>
              <w:t xml:space="preserve"> </w:t>
            </w:r>
            <w:proofErr w:type="spellStart"/>
            <w:r w:rsidRPr="004543E3">
              <w:rPr>
                <w:rFonts w:cs="Times New Roman"/>
              </w:rPr>
              <w:t>dụng</w:t>
            </w:r>
            <w:proofErr w:type="spellEnd"/>
            <w:r w:rsidRPr="004543E3">
              <w:rPr>
                <w:rFonts w:cs="Times New Roman"/>
              </w:rPr>
              <w:t xml:space="preserve"> </w:t>
            </w:r>
            <w:proofErr w:type="spellStart"/>
            <w:r w:rsidRPr="004543E3">
              <w:rPr>
                <w:rFonts w:cs="Times New Roman"/>
              </w:rPr>
              <w:t>chung</w:t>
            </w:r>
            <w:proofErr w:type="spellEnd"/>
            <w:r w:rsidRPr="004543E3">
              <w:rPr>
                <w:rFonts w:cs="Times New Roman"/>
              </w:rPr>
              <w:t xml:space="preserve"> </w:t>
            </w:r>
            <w:proofErr w:type="spellStart"/>
            <w:r w:rsidRPr="004543E3">
              <w:rPr>
                <w:rFonts w:cs="Times New Roman"/>
              </w:rPr>
              <w:t>khung</w:t>
            </w:r>
            <w:proofErr w:type="spellEnd"/>
            <w:r w:rsidRPr="004543E3">
              <w:rPr>
                <w:rFonts w:cs="Times New Roman"/>
              </w:rPr>
              <w:t xml:space="preserve"> </w:t>
            </w:r>
            <w:proofErr w:type="spellStart"/>
            <w:r w:rsidRPr="004543E3">
              <w:rPr>
                <w:rFonts w:cs="Times New Roman"/>
              </w:rPr>
              <w:t>tiêu</w:t>
            </w:r>
            <w:proofErr w:type="spellEnd"/>
            <w:r w:rsidRPr="004543E3">
              <w:rPr>
                <w:rFonts w:cs="Times New Roman"/>
              </w:rPr>
              <w:t xml:space="preserve"> </w:t>
            </w:r>
            <w:proofErr w:type="spellStart"/>
            <w:r w:rsidRPr="004543E3">
              <w:rPr>
                <w:rFonts w:cs="Times New Roman"/>
              </w:rPr>
              <w:t>chuẩn</w:t>
            </w:r>
            <w:proofErr w:type="spellEnd"/>
            <w:r w:rsidRPr="004543E3">
              <w:rPr>
                <w:rFonts w:cs="Times New Roman"/>
              </w:rPr>
              <w:t xml:space="preserve"> </w:t>
            </w:r>
            <w:proofErr w:type="spellStart"/>
            <w:r w:rsidRPr="004543E3">
              <w:rPr>
                <w:rFonts w:cs="Times New Roman"/>
              </w:rPr>
              <w:t>có</w:t>
            </w:r>
            <w:proofErr w:type="spellEnd"/>
            <w:r w:rsidRPr="004543E3">
              <w:rPr>
                <w:rFonts w:cs="Times New Roman"/>
              </w:rPr>
              <w:t xml:space="preserve"> </w:t>
            </w:r>
            <w:proofErr w:type="spellStart"/>
            <w:r w:rsidRPr="004543E3">
              <w:rPr>
                <w:rFonts w:cs="Times New Roman"/>
              </w:rPr>
              <w:t>thể</w:t>
            </w:r>
            <w:proofErr w:type="spellEnd"/>
            <w:r w:rsidRPr="004543E3">
              <w:rPr>
                <w:rFonts w:cs="Times New Roman"/>
              </w:rPr>
              <w:t xml:space="preserve"> </w:t>
            </w:r>
            <w:proofErr w:type="spellStart"/>
            <w:r w:rsidRPr="004543E3">
              <w:rPr>
                <w:rFonts w:cs="Times New Roman"/>
              </w:rPr>
              <w:t>gây</w:t>
            </w:r>
            <w:proofErr w:type="spellEnd"/>
            <w:r w:rsidRPr="004543E3">
              <w:rPr>
                <w:rFonts w:cs="Times New Roman"/>
              </w:rPr>
              <w:t xml:space="preserve"> </w:t>
            </w:r>
            <w:proofErr w:type="spellStart"/>
            <w:r w:rsidRPr="004543E3">
              <w:rPr>
                <w:rFonts w:cs="Times New Roman"/>
              </w:rPr>
              <w:t>khó</w:t>
            </w:r>
            <w:proofErr w:type="spellEnd"/>
            <w:r w:rsidRPr="004543E3">
              <w:rPr>
                <w:rFonts w:cs="Times New Roman"/>
              </w:rPr>
              <w:t xml:space="preserve"> </w:t>
            </w:r>
            <w:proofErr w:type="spellStart"/>
            <w:r w:rsidRPr="004543E3">
              <w:rPr>
                <w:rFonts w:cs="Times New Roman"/>
              </w:rPr>
              <w:t>khăn</w:t>
            </w:r>
            <w:proofErr w:type="spellEnd"/>
            <w:r w:rsidRPr="004543E3">
              <w:rPr>
                <w:rFonts w:cs="Times New Roman"/>
              </w:rPr>
              <w:t xml:space="preserve"> </w:t>
            </w:r>
            <w:proofErr w:type="spellStart"/>
            <w:r w:rsidRPr="004543E3">
              <w:rPr>
                <w:rFonts w:cs="Times New Roman"/>
              </w:rPr>
              <w:t>trong</w:t>
            </w:r>
            <w:proofErr w:type="spellEnd"/>
            <w:r w:rsidRPr="004543E3">
              <w:rPr>
                <w:rFonts w:cs="Times New Roman"/>
              </w:rPr>
              <w:t xml:space="preserve"> </w:t>
            </w:r>
            <w:proofErr w:type="spellStart"/>
            <w:r w:rsidRPr="004543E3">
              <w:rPr>
                <w:rFonts w:cs="Times New Roman"/>
              </w:rPr>
              <w:t>bố</w:t>
            </w:r>
            <w:proofErr w:type="spellEnd"/>
            <w:r w:rsidRPr="004543E3">
              <w:rPr>
                <w:rFonts w:cs="Times New Roman"/>
              </w:rPr>
              <w:t xml:space="preserve"> </w:t>
            </w:r>
            <w:proofErr w:type="spellStart"/>
            <w:r w:rsidRPr="004543E3">
              <w:rPr>
                <w:rFonts w:cs="Times New Roman"/>
              </w:rPr>
              <w:t>trí</w:t>
            </w:r>
            <w:proofErr w:type="spellEnd"/>
            <w:r w:rsidRPr="004543E3">
              <w:rPr>
                <w:rFonts w:cs="Times New Roman"/>
              </w:rPr>
              <w:t xml:space="preserve">, </w:t>
            </w:r>
            <w:proofErr w:type="spellStart"/>
            <w:r w:rsidRPr="004543E3">
              <w:rPr>
                <w:rFonts w:cs="Times New Roman"/>
              </w:rPr>
              <w:t>sử</w:t>
            </w:r>
            <w:proofErr w:type="spellEnd"/>
            <w:r w:rsidRPr="004543E3">
              <w:rPr>
                <w:rFonts w:cs="Times New Roman"/>
              </w:rPr>
              <w:t xml:space="preserve"> </w:t>
            </w:r>
            <w:proofErr w:type="spellStart"/>
            <w:r w:rsidRPr="004543E3">
              <w:rPr>
                <w:rFonts w:cs="Times New Roman"/>
              </w:rPr>
              <w:t>dụng</w:t>
            </w:r>
            <w:proofErr w:type="spellEnd"/>
            <w:r w:rsidRPr="004543E3">
              <w:rPr>
                <w:rFonts w:cs="Times New Roman"/>
              </w:rPr>
              <w:t xml:space="preserve"> </w:t>
            </w:r>
            <w:proofErr w:type="spellStart"/>
            <w:r w:rsidRPr="004543E3">
              <w:rPr>
                <w:rFonts w:cs="Times New Roman"/>
              </w:rPr>
              <w:t>và</w:t>
            </w:r>
            <w:proofErr w:type="spellEnd"/>
            <w:r w:rsidRPr="004543E3">
              <w:rPr>
                <w:rFonts w:cs="Times New Roman"/>
              </w:rPr>
              <w:t xml:space="preserve"> </w:t>
            </w:r>
            <w:proofErr w:type="spellStart"/>
            <w:r w:rsidRPr="004543E3">
              <w:rPr>
                <w:rFonts w:cs="Times New Roman"/>
              </w:rPr>
              <w:t>đánh</w:t>
            </w:r>
            <w:proofErr w:type="spellEnd"/>
            <w:r w:rsidRPr="004543E3">
              <w:rPr>
                <w:rFonts w:cs="Times New Roman"/>
              </w:rPr>
              <w:t xml:space="preserve"> </w:t>
            </w:r>
            <w:proofErr w:type="spellStart"/>
            <w:r w:rsidRPr="004543E3">
              <w:rPr>
                <w:rFonts w:cs="Times New Roman"/>
              </w:rPr>
              <w:t>giá</w:t>
            </w:r>
            <w:proofErr w:type="spellEnd"/>
            <w:r w:rsidRPr="004543E3">
              <w:rPr>
                <w:rFonts w:cs="Times New Roman"/>
              </w:rPr>
              <w:t xml:space="preserve"> </w:t>
            </w:r>
            <w:proofErr w:type="spellStart"/>
            <w:r w:rsidRPr="004543E3">
              <w:rPr>
                <w:rFonts w:cs="Times New Roman"/>
              </w:rPr>
              <w:t>đội</w:t>
            </w:r>
            <w:proofErr w:type="spellEnd"/>
            <w:r w:rsidRPr="004543E3">
              <w:rPr>
                <w:rFonts w:cs="Times New Roman"/>
              </w:rPr>
              <w:t xml:space="preserve"> </w:t>
            </w:r>
            <w:proofErr w:type="spellStart"/>
            <w:r w:rsidRPr="004543E3">
              <w:rPr>
                <w:rFonts w:cs="Times New Roman"/>
              </w:rPr>
              <w:t>ngũ</w:t>
            </w:r>
            <w:proofErr w:type="spellEnd"/>
            <w:r w:rsidRPr="004543E3">
              <w:rPr>
                <w:rFonts w:cs="Times New Roman"/>
              </w:rPr>
              <w:t xml:space="preserve">. </w:t>
            </w:r>
            <w:proofErr w:type="spellStart"/>
            <w:r w:rsidRPr="004543E3">
              <w:rPr>
                <w:rFonts w:cs="Times New Roman"/>
              </w:rPr>
              <w:t>Đề</w:t>
            </w:r>
            <w:proofErr w:type="spellEnd"/>
            <w:r w:rsidRPr="004543E3">
              <w:rPr>
                <w:rFonts w:cs="Times New Roman"/>
              </w:rPr>
              <w:t xml:space="preserve"> </w:t>
            </w:r>
            <w:proofErr w:type="spellStart"/>
            <w:r w:rsidRPr="004543E3">
              <w:rPr>
                <w:rFonts w:cs="Times New Roman"/>
              </w:rPr>
              <w:t>nghị</w:t>
            </w:r>
            <w:proofErr w:type="spellEnd"/>
            <w:r w:rsidRPr="004543E3">
              <w:rPr>
                <w:rFonts w:cs="Times New Roman"/>
              </w:rPr>
              <w:t xml:space="preserve"> </w:t>
            </w:r>
            <w:proofErr w:type="spellStart"/>
            <w:r w:rsidRPr="004543E3">
              <w:rPr>
                <w:rFonts w:cs="Times New Roman"/>
              </w:rPr>
              <w:t>xem</w:t>
            </w:r>
            <w:proofErr w:type="spellEnd"/>
            <w:r w:rsidRPr="004543E3">
              <w:rPr>
                <w:rFonts w:cs="Times New Roman"/>
              </w:rPr>
              <w:t xml:space="preserve"> </w:t>
            </w:r>
            <w:proofErr w:type="spellStart"/>
            <w:r w:rsidRPr="004543E3">
              <w:rPr>
                <w:rFonts w:cs="Times New Roman"/>
              </w:rPr>
              <w:t>xét</w:t>
            </w:r>
            <w:proofErr w:type="spellEnd"/>
            <w:r w:rsidRPr="004543E3">
              <w:rPr>
                <w:rFonts w:cs="Times New Roman"/>
              </w:rPr>
              <w:t xml:space="preserve"> </w:t>
            </w:r>
            <w:proofErr w:type="spellStart"/>
            <w:r w:rsidRPr="004543E3">
              <w:rPr>
                <w:rFonts w:cs="Times New Roman"/>
              </w:rPr>
              <w:t>nghiên</w:t>
            </w:r>
            <w:proofErr w:type="spellEnd"/>
            <w:r w:rsidRPr="004543E3">
              <w:rPr>
                <w:rFonts w:cs="Times New Roman"/>
              </w:rPr>
              <w:t xml:space="preserve"> </w:t>
            </w:r>
            <w:proofErr w:type="spellStart"/>
            <w:r w:rsidRPr="004543E3">
              <w:rPr>
                <w:rFonts w:cs="Times New Roman"/>
              </w:rPr>
              <w:t>cứu</w:t>
            </w:r>
            <w:proofErr w:type="spellEnd"/>
            <w:r w:rsidRPr="004543E3">
              <w:rPr>
                <w:rFonts w:cs="Times New Roman"/>
              </w:rPr>
              <w:t xml:space="preserve"> </w:t>
            </w:r>
            <w:proofErr w:type="spellStart"/>
            <w:r w:rsidRPr="004543E3">
              <w:rPr>
                <w:rFonts w:cs="Times New Roman"/>
              </w:rPr>
              <w:t>điều</w:t>
            </w:r>
            <w:proofErr w:type="spellEnd"/>
            <w:r w:rsidRPr="004543E3">
              <w:rPr>
                <w:rFonts w:cs="Times New Roman"/>
              </w:rPr>
              <w:t xml:space="preserve"> </w:t>
            </w:r>
            <w:proofErr w:type="spellStart"/>
            <w:r w:rsidRPr="004543E3">
              <w:rPr>
                <w:rFonts w:cs="Times New Roman"/>
              </w:rPr>
              <w:t>chỉnh</w:t>
            </w:r>
            <w:proofErr w:type="spellEnd"/>
            <w:r w:rsidRPr="004543E3">
              <w:rPr>
                <w:rFonts w:cs="Times New Roman"/>
              </w:rPr>
              <w:t xml:space="preserve">, </w:t>
            </w:r>
            <w:proofErr w:type="spellStart"/>
            <w:r w:rsidRPr="004543E3">
              <w:rPr>
                <w:rFonts w:cs="Times New Roman"/>
              </w:rPr>
              <w:t>phân</w:t>
            </w:r>
            <w:proofErr w:type="spellEnd"/>
            <w:r w:rsidRPr="004543E3">
              <w:rPr>
                <w:rFonts w:cs="Times New Roman"/>
              </w:rPr>
              <w:t xml:space="preserve"> </w:t>
            </w:r>
            <w:proofErr w:type="spellStart"/>
            <w:r w:rsidRPr="004543E3">
              <w:rPr>
                <w:rFonts w:cs="Times New Roman"/>
              </w:rPr>
              <w:t>biệt</w:t>
            </w:r>
            <w:proofErr w:type="spellEnd"/>
            <w:r w:rsidRPr="004543E3">
              <w:rPr>
                <w:rFonts w:cs="Times New Roman"/>
              </w:rPr>
              <w:t xml:space="preserve"> </w:t>
            </w:r>
            <w:proofErr w:type="spellStart"/>
            <w:r w:rsidRPr="004543E3">
              <w:rPr>
                <w:rFonts w:cs="Times New Roman"/>
              </w:rPr>
              <w:t>giữa</w:t>
            </w:r>
            <w:proofErr w:type="spellEnd"/>
            <w:r w:rsidRPr="004543E3">
              <w:rPr>
                <w:rFonts w:cs="Times New Roman"/>
              </w:rPr>
              <w:t xml:space="preserve"> </w:t>
            </w:r>
            <w:proofErr w:type="spellStart"/>
            <w:r w:rsidRPr="004543E3">
              <w:rPr>
                <w:rFonts w:cs="Times New Roman"/>
              </w:rPr>
              <w:t>công</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và</w:t>
            </w:r>
            <w:proofErr w:type="spellEnd"/>
            <w:r w:rsidRPr="004543E3">
              <w:rPr>
                <w:rFonts w:cs="Times New Roman"/>
              </w:rPr>
              <w:t xml:space="preserve"> </w:t>
            </w:r>
            <w:proofErr w:type="spellStart"/>
            <w:r w:rsidRPr="004543E3">
              <w:rPr>
                <w:rFonts w:cs="Times New Roman"/>
              </w:rPr>
              <w:t>viên</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chuyên</w:t>
            </w:r>
            <w:proofErr w:type="spellEnd"/>
            <w:r w:rsidRPr="004543E3">
              <w:rPr>
                <w:rFonts w:cs="Times New Roman"/>
              </w:rPr>
              <w:t xml:space="preserve"> </w:t>
            </w:r>
            <w:proofErr w:type="spellStart"/>
            <w:r w:rsidRPr="004543E3">
              <w:rPr>
                <w:rFonts w:cs="Times New Roman"/>
              </w:rPr>
              <w:t>ngành</w:t>
            </w:r>
            <w:proofErr w:type="spellEnd"/>
            <w:r w:rsidRPr="004543E3">
              <w:rPr>
                <w:rFonts w:cs="Times New Roman"/>
              </w:rPr>
              <w:t xml:space="preserve"> </w:t>
            </w:r>
            <w:proofErr w:type="spellStart"/>
            <w:r w:rsidRPr="004543E3">
              <w:rPr>
                <w:rFonts w:cs="Times New Roman"/>
              </w:rPr>
              <w:t>kiểm</w:t>
            </w:r>
            <w:proofErr w:type="spellEnd"/>
            <w:r w:rsidRPr="004543E3">
              <w:rPr>
                <w:rFonts w:cs="Times New Roman"/>
              </w:rPr>
              <w:t xml:space="preserve"> </w:t>
            </w:r>
            <w:proofErr w:type="spellStart"/>
            <w:r w:rsidRPr="004543E3">
              <w:rPr>
                <w:rFonts w:cs="Times New Roman"/>
              </w:rPr>
              <w:t>soát</w:t>
            </w:r>
            <w:proofErr w:type="spellEnd"/>
            <w:r w:rsidRPr="004543E3">
              <w:rPr>
                <w:rFonts w:cs="Times New Roman"/>
              </w:rPr>
              <w:t xml:space="preserve"> </w:t>
            </w:r>
            <w:proofErr w:type="spellStart"/>
            <w:r w:rsidRPr="004543E3">
              <w:rPr>
                <w:rFonts w:cs="Times New Roman"/>
              </w:rPr>
              <w:t>chất</w:t>
            </w:r>
            <w:proofErr w:type="spellEnd"/>
            <w:r w:rsidRPr="004543E3">
              <w:rPr>
                <w:rFonts w:cs="Times New Roman"/>
              </w:rPr>
              <w:t xml:space="preserve"> </w:t>
            </w:r>
            <w:proofErr w:type="spellStart"/>
            <w:r w:rsidRPr="004543E3">
              <w:rPr>
                <w:rFonts w:cs="Times New Roman"/>
              </w:rPr>
              <w:t>lượng</w:t>
            </w:r>
            <w:proofErr w:type="spellEnd"/>
            <w:r w:rsidRPr="004543E3">
              <w:rPr>
                <w:rFonts w:cs="Times New Roman"/>
              </w:rPr>
              <w:t xml:space="preserve"> </w:t>
            </w:r>
            <w:proofErr w:type="spellStart"/>
            <w:r w:rsidRPr="004543E3">
              <w:rPr>
                <w:rFonts w:cs="Times New Roman"/>
              </w:rPr>
              <w:t>sản</w:t>
            </w:r>
            <w:proofErr w:type="spellEnd"/>
            <w:r w:rsidRPr="004543E3">
              <w:rPr>
                <w:rFonts w:cs="Times New Roman"/>
              </w:rPr>
              <w:t xml:space="preserve"> </w:t>
            </w:r>
            <w:proofErr w:type="spellStart"/>
            <w:r w:rsidRPr="004543E3">
              <w:rPr>
                <w:rFonts w:cs="Times New Roman"/>
              </w:rPr>
              <w:t>phẩm</w:t>
            </w:r>
            <w:proofErr w:type="spellEnd"/>
            <w:r w:rsidRPr="004543E3">
              <w:rPr>
                <w:rFonts w:cs="Times New Roman"/>
              </w:rPr>
              <w:t xml:space="preserve"> </w:t>
            </w:r>
            <w:proofErr w:type="spellStart"/>
            <w:r w:rsidRPr="004543E3">
              <w:rPr>
                <w:rFonts w:cs="Times New Roman"/>
              </w:rPr>
              <w:t>cho</w:t>
            </w:r>
            <w:proofErr w:type="spellEnd"/>
            <w:r w:rsidRPr="004543E3">
              <w:rPr>
                <w:rFonts w:cs="Times New Roman"/>
              </w:rPr>
              <w:t xml:space="preserve"> </w:t>
            </w:r>
            <w:proofErr w:type="spellStart"/>
            <w:r w:rsidRPr="004543E3">
              <w:rPr>
                <w:rFonts w:cs="Times New Roman"/>
              </w:rPr>
              <w:t>phù</w:t>
            </w:r>
            <w:proofErr w:type="spellEnd"/>
            <w:r w:rsidRPr="004543E3">
              <w:rPr>
                <w:rFonts w:cs="Times New Roman"/>
              </w:rPr>
              <w:t xml:space="preserve"> </w:t>
            </w:r>
            <w:proofErr w:type="spellStart"/>
            <w:r w:rsidRPr="004543E3">
              <w:rPr>
                <w:rFonts w:cs="Times New Roman"/>
              </w:rPr>
              <w:t>hợp</w:t>
            </w:r>
            <w:proofErr w:type="spellEnd"/>
            <w:r w:rsidRPr="004543E3">
              <w:rPr>
                <w:rFonts w:cs="Times New Roman"/>
              </w:rPr>
              <w:t xml:space="preserve"> </w:t>
            </w:r>
            <w:proofErr w:type="spellStart"/>
            <w:r w:rsidRPr="004543E3">
              <w:rPr>
                <w:rFonts w:cs="Times New Roman"/>
              </w:rPr>
              <w:t>với</w:t>
            </w:r>
            <w:proofErr w:type="spellEnd"/>
            <w:r w:rsidRPr="004543E3">
              <w:rPr>
                <w:rFonts w:cs="Times New Roman"/>
              </w:rPr>
              <w:t xml:space="preserve"> </w:t>
            </w:r>
            <w:proofErr w:type="spellStart"/>
            <w:r w:rsidRPr="004543E3">
              <w:rPr>
                <w:rFonts w:cs="Times New Roman"/>
              </w:rPr>
              <w:t>tính</w:t>
            </w:r>
            <w:proofErr w:type="spellEnd"/>
            <w:r w:rsidRPr="004543E3">
              <w:rPr>
                <w:rFonts w:cs="Times New Roman"/>
              </w:rPr>
              <w:t xml:space="preserve"> </w:t>
            </w:r>
            <w:proofErr w:type="spellStart"/>
            <w:r w:rsidRPr="004543E3">
              <w:rPr>
                <w:rFonts w:cs="Times New Roman"/>
              </w:rPr>
              <w:t>chất</w:t>
            </w:r>
            <w:proofErr w:type="spellEnd"/>
            <w:r w:rsidRPr="004543E3">
              <w:rPr>
                <w:rFonts w:cs="Times New Roman"/>
              </w:rPr>
              <w:t xml:space="preserve"> </w:t>
            </w:r>
            <w:proofErr w:type="spellStart"/>
            <w:r w:rsidRPr="004543E3">
              <w:rPr>
                <w:rFonts w:cs="Times New Roman"/>
              </w:rPr>
              <w:t>công</w:t>
            </w:r>
            <w:proofErr w:type="spellEnd"/>
            <w:r w:rsidRPr="004543E3">
              <w:rPr>
                <w:rFonts w:cs="Times New Roman"/>
              </w:rPr>
              <w:t xml:space="preserve"> </w:t>
            </w:r>
            <w:proofErr w:type="spellStart"/>
            <w:r w:rsidRPr="004543E3">
              <w:rPr>
                <w:rFonts w:cs="Times New Roman"/>
              </w:rPr>
              <w:t>việc</w:t>
            </w:r>
            <w:proofErr w:type="spellEnd"/>
            <w:r w:rsidRPr="004543E3">
              <w:rPr>
                <w:rFonts w:cs="Times New Roman"/>
              </w:rPr>
              <w:t xml:space="preserve"> </w:t>
            </w:r>
            <w:proofErr w:type="spellStart"/>
            <w:r w:rsidRPr="004543E3">
              <w:rPr>
                <w:rFonts w:cs="Times New Roman"/>
              </w:rPr>
              <w:t>và</w:t>
            </w:r>
            <w:proofErr w:type="spellEnd"/>
            <w:r w:rsidRPr="004543E3">
              <w:rPr>
                <w:rFonts w:cs="Times New Roman"/>
              </w:rPr>
              <w:t xml:space="preserve"> </w:t>
            </w:r>
            <w:proofErr w:type="spellStart"/>
            <w:r w:rsidRPr="004543E3">
              <w:rPr>
                <w:rFonts w:cs="Times New Roman"/>
              </w:rPr>
              <w:t>thực</w:t>
            </w:r>
            <w:proofErr w:type="spellEnd"/>
            <w:r w:rsidRPr="004543E3">
              <w:rPr>
                <w:rFonts w:cs="Times New Roman"/>
              </w:rPr>
              <w:t xml:space="preserve"> </w:t>
            </w:r>
            <w:proofErr w:type="spellStart"/>
            <w:r w:rsidRPr="004543E3">
              <w:rPr>
                <w:rFonts w:cs="Times New Roman"/>
              </w:rPr>
              <w:t>tiễn</w:t>
            </w:r>
            <w:proofErr w:type="spellEnd"/>
            <w:r w:rsidRPr="004543E3">
              <w:rPr>
                <w:rFonts w:cs="Times New Roman"/>
              </w:rPr>
              <w:t xml:space="preserve"> </w:t>
            </w:r>
            <w:proofErr w:type="spellStart"/>
            <w:r w:rsidRPr="004543E3">
              <w:rPr>
                <w:rFonts w:cs="Times New Roman"/>
              </w:rPr>
              <w:t>tại</w:t>
            </w:r>
            <w:proofErr w:type="spellEnd"/>
            <w:r w:rsidRPr="004543E3">
              <w:rPr>
                <w:rFonts w:cs="Times New Roman"/>
              </w:rPr>
              <w:t xml:space="preserve"> </w:t>
            </w:r>
            <w:proofErr w:type="spellStart"/>
            <w:r w:rsidRPr="004543E3">
              <w:rPr>
                <w:rFonts w:cs="Times New Roman"/>
              </w:rPr>
              <w:t>địa</w:t>
            </w:r>
            <w:proofErr w:type="spellEnd"/>
            <w:r w:rsidRPr="004543E3">
              <w:rPr>
                <w:rFonts w:cs="Times New Roman"/>
              </w:rPr>
              <w:t xml:space="preserve"> </w:t>
            </w:r>
            <w:proofErr w:type="spellStart"/>
            <w:r w:rsidRPr="004543E3">
              <w:rPr>
                <w:rFonts w:cs="Times New Roman"/>
              </w:rPr>
              <w:t>phương</w:t>
            </w:r>
            <w:proofErr w:type="spellEnd"/>
            <w:r w:rsidRPr="004543E3">
              <w:rPr>
                <w:rFonts w:cs="Times New Roman"/>
              </w:rPr>
              <w:t>.</w:t>
            </w:r>
          </w:p>
        </w:tc>
        <w:tc>
          <w:tcPr>
            <w:tcW w:w="7371" w:type="dxa"/>
          </w:tcPr>
          <w:p w14:paraId="7BFE4ADC" w14:textId="0F6A0D48" w:rsidR="00512F52" w:rsidRPr="004543E3" w:rsidRDefault="00512F52" w:rsidP="00563608">
            <w:pPr>
              <w:spacing w:before="120" w:after="120" w:line="240" w:lineRule="auto"/>
              <w:jc w:val="both"/>
              <w:rPr>
                <w:szCs w:val="26"/>
              </w:rPr>
            </w:pPr>
            <w:proofErr w:type="spellStart"/>
            <w:r w:rsidRPr="004543E3">
              <w:rPr>
                <w:szCs w:val="26"/>
              </w:rPr>
              <w:lastRenderedPageBreak/>
              <w:t>Tiếp</w:t>
            </w:r>
            <w:proofErr w:type="spellEnd"/>
            <w:r w:rsidRPr="004543E3">
              <w:rPr>
                <w:szCs w:val="26"/>
              </w:rPr>
              <w:t xml:space="preserve"> </w:t>
            </w:r>
            <w:proofErr w:type="spellStart"/>
            <w:r w:rsidRPr="004543E3">
              <w:rPr>
                <w:szCs w:val="26"/>
              </w:rPr>
              <w:t>thu</w:t>
            </w:r>
            <w:proofErr w:type="spellEnd"/>
            <w:r w:rsidRPr="004543E3">
              <w:rPr>
                <w:szCs w:val="26"/>
              </w:rPr>
              <w:t xml:space="preserve"> ý </w:t>
            </w:r>
            <w:proofErr w:type="spellStart"/>
            <w:r w:rsidRPr="004543E3">
              <w:rPr>
                <w:szCs w:val="26"/>
              </w:rPr>
              <w:t>kiến</w:t>
            </w:r>
            <w:proofErr w:type="spellEnd"/>
          </w:p>
        </w:tc>
      </w:tr>
      <w:tr w:rsidR="00512F52" w:rsidRPr="004543E3" w14:paraId="186399DC" w14:textId="77777777" w:rsidTr="004C2B3E">
        <w:tc>
          <w:tcPr>
            <w:tcW w:w="1098" w:type="dxa"/>
          </w:tcPr>
          <w:p w14:paraId="0E32627C" w14:textId="7C943FDA" w:rsidR="00512F52" w:rsidRPr="00D74673" w:rsidRDefault="00512F52" w:rsidP="00512F52">
            <w:pPr>
              <w:jc w:val="center"/>
              <w:rPr>
                <w:b/>
                <w:bCs/>
              </w:rPr>
            </w:pPr>
            <w:r w:rsidRPr="00D74673">
              <w:rPr>
                <w:b/>
                <w:bCs/>
              </w:rPr>
              <w:t>1</w:t>
            </w:r>
            <w:r>
              <w:rPr>
                <w:b/>
                <w:bCs/>
              </w:rPr>
              <w:t>5</w:t>
            </w:r>
          </w:p>
        </w:tc>
        <w:tc>
          <w:tcPr>
            <w:tcW w:w="6127" w:type="dxa"/>
          </w:tcPr>
          <w:p w14:paraId="3DA0E8D9" w14:textId="07EC376C" w:rsidR="00512F52" w:rsidRPr="004543E3" w:rsidRDefault="00512F52" w:rsidP="00563608">
            <w:pPr>
              <w:spacing w:before="120" w:after="120" w:line="240" w:lineRule="auto"/>
              <w:jc w:val="both"/>
              <w:rPr>
                <w:rFonts w:cs="Times New Roman"/>
                <w:b/>
                <w:bCs/>
              </w:rPr>
            </w:pPr>
            <w:proofErr w:type="spellStart"/>
            <w:r w:rsidRPr="004543E3">
              <w:rPr>
                <w:rFonts w:cs="Times New Roman"/>
                <w:b/>
                <w:bCs/>
              </w:rPr>
              <w:t>Sơ</w:t>
            </w:r>
            <w:proofErr w:type="spellEnd"/>
            <w:r w:rsidRPr="004543E3">
              <w:rPr>
                <w:rFonts w:cs="Times New Roman"/>
                <w:b/>
                <w:bCs/>
              </w:rPr>
              <w:t xml:space="preserve">̉ KH&amp;CN </w:t>
            </w:r>
            <w:proofErr w:type="spellStart"/>
            <w:r w:rsidRPr="004543E3">
              <w:rPr>
                <w:rFonts w:cs="Times New Roman"/>
                <w:b/>
                <w:bCs/>
              </w:rPr>
              <w:t>tỉnh</w:t>
            </w:r>
            <w:proofErr w:type="spellEnd"/>
            <w:r w:rsidRPr="004543E3">
              <w:rPr>
                <w:rFonts w:cs="Times New Roman"/>
                <w:b/>
                <w:bCs/>
              </w:rPr>
              <w:t xml:space="preserve"> </w:t>
            </w:r>
            <w:proofErr w:type="spellStart"/>
            <w:r w:rsidRPr="004543E3">
              <w:rPr>
                <w:rFonts w:cs="Times New Roman"/>
                <w:b/>
                <w:bCs/>
              </w:rPr>
              <w:t>Quảng</w:t>
            </w:r>
            <w:proofErr w:type="spellEnd"/>
            <w:r w:rsidRPr="004543E3">
              <w:rPr>
                <w:rFonts w:cs="Times New Roman"/>
                <w:b/>
                <w:bCs/>
              </w:rPr>
              <w:t xml:space="preserve"> Ninh:</w:t>
            </w:r>
          </w:p>
          <w:p w14:paraId="4CA11787" w14:textId="232205F0" w:rsidR="00512F52" w:rsidRPr="004543E3" w:rsidRDefault="00512F52" w:rsidP="00563608">
            <w:pPr>
              <w:spacing w:before="120" w:after="120" w:line="240" w:lineRule="auto"/>
              <w:jc w:val="both"/>
              <w:rPr>
                <w:rFonts w:cs="Times New Roman"/>
              </w:rPr>
            </w:pPr>
            <w:r w:rsidRPr="004543E3">
              <w:rPr>
                <w:rFonts w:cs="Times New Roman"/>
              </w:rPr>
              <w:t xml:space="preserve">- </w:t>
            </w:r>
            <w:proofErr w:type="spellStart"/>
            <w:r w:rsidRPr="004543E3">
              <w:rPr>
                <w:rFonts w:cs="Times New Roman"/>
              </w:rPr>
              <w:t>Đối</w:t>
            </w:r>
            <w:proofErr w:type="spellEnd"/>
            <w:r w:rsidRPr="004543E3">
              <w:rPr>
                <w:rFonts w:cs="Times New Roman"/>
              </w:rPr>
              <w:t xml:space="preserve"> </w:t>
            </w:r>
            <w:proofErr w:type="spellStart"/>
            <w:r w:rsidRPr="004543E3">
              <w:rPr>
                <w:rFonts w:cs="Times New Roman"/>
              </w:rPr>
              <w:t>với</w:t>
            </w:r>
            <w:proofErr w:type="spellEnd"/>
            <w:r w:rsidRPr="004543E3">
              <w:rPr>
                <w:rFonts w:cs="Times New Roman"/>
              </w:rPr>
              <w:t xml:space="preserve"> </w:t>
            </w:r>
            <w:proofErr w:type="spellStart"/>
            <w:r w:rsidRPr="004543E3">
              <w:rPr>
                <w:rFonts w:cs="Times New Roman"/>
              </w:rPr>
              <w:t>dự</w:t>
            </w:r>
            <w:proofErr w:type="spellEnd"/>
            <w:r w:rsidRPr="004543E3">
              <w:rPr>
                <w:rFonts w:cs="Times New Roman"/>
              </w:rPr>
              <w:t xml:space="preserve"> </w:t>
            </w:r>
            <w:proofErr w:type="spellStart"/>
            <w:r w:rsidRPr="004543E3">
              <w:rPr>
                <w:rFonts w:cs="Times New Roman"/>
              </w:rPr>
              <w:t>thảo</w:t>
            </w:r>
            <w:proofErr w:type="spellEnd"/>
            <w:r w:rsidRPr="004543E3">
              <w:rPr>
                <w:rFonts w:cs="Times New Roman"/>
              </w:rPr>
              <w:t xml:space="preserve"> Thông </w:t>
            </w:r>
            <w:proofErr w:type="spellStart"/>
            <w:r w:rsidRPr="004543E3">
              <w:rPr>
                <w:rFonts w:cs="Times New Roman"/>
              </w:rPr>
              <w:t>tư</w:t>
            </w:r>
            <w:proofErr w:type="spellEnd"/>
            <w:r w:rsidRPr="004543E3">
              <w:rPr>
                <w:rFonts w:cs="Times New Roman"/>
              </w:rPr>
              <w:t xml:space="preserve"> </w:t>
            </w:r>
            <w:proofErr w:type="spellStart"/>
            <w:r w:rsidRPr="004543E3">
              <w:rPr>
                <w:rFonts w:cs="Times New Roman"/>
              </w:rPr>
              <w:t>quy</w:t>
            </w:r>
            <w:proofErr w:type="spellEnd"/>
            <w:r w:rsidRPr="004543E3">
              <w:rPr>
                <w:rFonts w:cs="Times New Roman"/>
              </w:rPr>
              <w:t xml:space="preserve"> </w:t>
            </w:r>
            <w:proofErr w:type="spellStart"/>
            <w:r w:rsidRPr="004543E3">
              <w:rPr>
                <w:rFonts w:cs="Times New Roman"/>
              </w:rPr>
              <w:t>định</w:t>
            </w:r>
            <w:proofErr w:type="spellEnd"/>
            <w:r w:rsidRPr="004543E3">
              <w:rPr>
                <w:rFonts w:cs="Times New Roman"/>
              </w:rPr>
              <w:t xml:space="preserve"> </w:t>
            </w:r>
            <w:proofErr w:type="spellStart"/>
            <w:r w:rsidRPr="004543E3">
              <w:rPr>
                <w:rFonts w:cs="Times New Roman"/>
              </w:rPr>
              <w:t>mã</w:t>
            </w:r>
            <w:proofErr w:type="spellEnd"/>
            <w:r w:rsidRPr="004543E3">
              <w:rPr>
                <w:rFonts w:cs="Times New Roman"/>
              </w:rPr>
              <w:t xml:space="preserve"> </w:t>
            </w:r>
            <w:proofErr w:type="spellStart"/>
            <w:r w:rsidRPr="004543E3">
              <w:rPr>
                <w:rFonts w:cs="Times New Roman"/>
              </w:rPr>
              <w:t>số</w:t>
            </w:r>
            <w:proofErr w:type="spellEnd"/>
            <w:r w:rsidRPr="004543E3">
              <w:rPr>
                <w:rFonts w:cs="Times New Roman"/>
              </w:rPr>
              <w:t xml:space="preserve">, </w:t>
            </w:r>
            <w:proofErr w:type="spellStart"/>
            <w:r w:rsidRPr="004543E3">
              <w:rPr>
                <w:rFonts w:cs="Times New Roman"/>
              </w:rPr>
              <w:t>tiêu</w:t>
            </w:r>
            <w:proofErr w:type="spellEnd"/>
            <w:r w:rsidRPr="004543E3">
              <w:rPr>
                <w:rFonts w:cs="Times New Roman"/>
              </w:rPr>
              <w:t xml:space="preserve"> </w:t>
            </w:r>
            <w:proofErr w:type="spellStart"/>
            <w:r w:rsidRPr="004543E3">
              <w:rPr>
                <w:rFonts w:cs="Times New Roman"/>
              </w:rPr>
              <w:t>chuẩn</w:t>
            </w:r>
            <w:proofErr w:type="spellEnd"/>
            <w:r w:rsidRPr="004543E3">
              <w:rPr>
                <w:rFonts w:cs="Times New Roman"/>
              </w:rPr>
              <w:t xml:space="preserve"> </w:t>
            </w:r>
            <w:proofErr w:type="spellStart"/>
            <w:r w:rsidRPr="004543E3">
              <w:rPr>
                <w:rFonts w:cs="Times New Roman"/>
              </w:rPr>
              <w:t>chuyên</w:t>
            </w:r>
            <w:proofErr w:type="spellEnd"/>
            <w:r w:rsidRPr="004543E3">
              <w:rPr>
                <w:rFonts w:cs="Times New Roman"/>
              </w:rPr>
              <w:t xml:space="preserve"> </w:t>
            </w:r>
            <w:proofErr w:type="spellStart"/>
            <w:r w:rsidRPr="004543E3">
              <w:rPr>
                <w:rFonts w:cs="Times New Roman"/>
              </w:rPr>
              <w:t>môn</w:t>
            </w:r>
            <w:proofErr w:type="spellEnd"/>
            <w:r w:rsidRPr="004543E3">
              <w:rPr>
                <w:rFonts w:cs="Times New Roman"/>
              </w:rPr>
              <w:t xml:space="preserve">, </w:t>
            </w:r>
            <w:proofErr w:type="spellStart"/>
            <w:r w:rsidRPr="004543E3">
              <w:rPr>
                <w:rFonts w:cs="Times New Roman"/>
              </w:rPr>
              <w:t>nghiệp</w:t>
            </w:r>
            <w:proofErr w:type="spellEnd"/>
            <w:r w:rsidRPr="004543E3">
              <w:rPr>
                <w:rFonts w:cs="Times New Roman"/>
              </w:rPr>
              <w:t xml:space="preserve"> </w:t>
            </w:r>
            <w:proofErr w:type="spellStart"/>
            <w:r w:rsidRPr="004543E3">
              <w:rPr>
                <w:rFonts w:cs="Times New Roman"/>
              </w:rPr>
              <w:t>vụ</w:t>
            </w:r>
            <w:proofErr w:type="spellEnd"/>
            <w:r w:rsidRPr="004543E3">
              <w:rPr>
                <w:rFonts w:cs="Times New Roman"/>
              </w:rPr>
              <w:t xml:space="preserve">: </w:t>
            </w:r>
            <w:proofErr w:type="spellStart"/>
            <w:r w:rsidRPr="004543E3">
              <w:rPr>
                <w:rFonts w:cs="Times New Roman"/>
              </w:rPr>
              <w:t>đề</w:t>
            </w:r>
            <w:proofErr w:type="spellEnd"/>
            <w:r w:rsidRPr="004543E3">
              <w:rPr>
                <w:rFonts w:cs="Times New Roman"/>
              </w:rPr>
              <w:t xml:space="preserve"> </w:t>
            </w:r>
            <w:proofErr w:type="spellStart"/>
            <w:r w:rsidRPr="004543E3">
              <w:rPr>
                <w:rFonts w:cs="Times New Roman"/>
              </w:rPr>
              <w:t>nghị</w:t>
            </w:r>
            <w:proofErr w:type="spellEnd"/>
            <w:r w:rsidRPr="004543E3">
              <w:rPr>
                <w:rFonts w:cs="Times New Roman"/>
              </w:rPr>
              <w:t xml:space="preserve"> </w:t>
            </w:r>
            <w:proofErr w:type="spellStart"/>
            <w:r w:rsidRPr="004543E3">
              <w:rPr>
                <w:rFonts w:cs="Times New Roman"/>
              </w:rPr>
              <w:t>tiếp</w:t>
            </w:r>
            <w:proofErr w:type="spellEnd"/>
            <w:r w:rsidRPr="004543E3">
              <w:rPr>
                <w:rFonts w:cs="Times New Roman"/>
              </w:rPr>
              <w:t xml:space="preserve"> </w:t>
            </w:r>
            <w:proofErr w:type="spellStart"/>
            <w:r w:rsidRPr="004543E3">
              <w:rPr>
                <w:rFonts w:cs="Times New Roman"/>
              </w:rPr>
              <w:t>tục</w:t>
            </w:r>
            <w:proofErr w:type="spellEnd"/>
            <w:r w:rsidRPr="004543E3">
              <w:rPr>
                <w:rFonts w:cs="Times New Roman"/>
              </w:rPr>
              <w:t xml:space="preserve"> </w:t>
            </w:r>
            <w:proofErr w:type="spellStart"/>
            <w:r w:rsidRPr="004543E3">
              <w:rPr>
                <w:rFonts w:cs="Times New Roman"/>
              </w:rPr>
              <w:t>rà</w:t>
            </w:r>
            <w:proofErr w:type="spellEnd"/>
            <w:r w:rsidRPr="004543E3">
              <w:rPr>
                <w:rFonts w:cs="Times New Roman"/>
              </w:rPr>
              <w:t xml:space="preserve"> </w:t>
            </w:r>
            <w:proofErr w:type="spellStart"/>
            <w:r w:rsidRPr="004543E3">
              <w:rPr>
                <w:rFonts w:cs="Times New Roman"/>
              </w:rPr>
              <w:t>soát</w:t>
            </w:r>
            <w:proofErr w:type="spellEnd"/>
            <w:r w:rsidRPr="004543E3">
              <w:rPr>
                <w:rFonts w:cs="Times New Roman"/>
              </w:rPr>
              <w:t xml:space="preserve"> </w:t>
            </w:r>
            <w:proofErr w:type="spellStart"/>
            <w:r w:rsidRPr="004543E3">
              <w:rPr>
                <w:rFonts w:cs="Times New Roman"/>
              </w:rPr>
              <w:t>quy</w:t>
            </w:r>
            <w:proofErr w:type="spellEnd"/>
            <w:r w:rsidRPr="004543E3">
              <w:rPr>
                <w:rFonts w:cs="Times New Roman"/>
              </w:rPr>
              <w:t xml:space="preserve"> </w:t>
            </w:r>
            <w:proofErr w:type="spellStart"/>
            <w:r w:rsidRPr="004543E3">
              <w:rPr>
                <w:rFonts w:cs="Times New Roman"/>
              </w:rPr>
              <w:t>định</w:t>
            </w:r>
            <w:proofErr w:type="spellEnd"/>
            <w:r w:rsidRPr="004543E3">
              <w:rPr>
                <w:rFonts w:cs="Times New Roman"/>
              </w:rPr>
              <w:t xml:space="preserve"> </w:t>
            </w:r>
            <w:proofErr w:type="spellStart"/>
            <w:r w:rsidRPr="004543E3">
              <w:rPr>
                <w:rFonts w:cs="Times New Roman"/>
              </w:rPr>
              <w:t>chuyển</w:t>
            </w:r>
            <w:proofErr w:type="spellEnd"/>
            <w:r w:rsidRPr="004543E3">
              <w:rPr>
                <w:rFonts w:cs="Times New Roman"/>
              </w:rPr>
              <w:t xml:space="preserve"> </w:t>
            </w:r>
            <w:proofErr w:type="spellStart"/>
            <w:r w:rsidRPr="004543E3">
              <w:rPr>
                <w:rFonts w:cs="Times New Roman"/>
              </w:rPr>
              <w:t>tiếp</w:t>
            </w:r>
            <w:proofErr w:type="spellEnd"/>
            <w:r w:rsidRPr="004543E3">
              <w:rPr>
                <w:rFonts w:cs="Times New Roman"/>
              </w:rPr>
              <w:t xml:space="preserve">, </w:t>
            </w:r>
            <w:proofErr w:type="spellStart"/>
            <w:r w:rsidRPr="004543E3">
              <w:rPr>
                <w:rFonts w:cs="Times New Roman"/>
              </w:rPr>
              <w:t>nhất</w:t>
            </w:r>
            <w:proofErr w:type="spellEnd"/>
            <w:r w:rsidRPr="004543E3">
              <w:rPr>
                <w:rFonts w:cs="Times New Roman"/>
              </w:rPr>
              <w:t xml:space="preserve"> </w:t>
            </w:r>
            <w:proofErr w:type="spellStart"/>
            <w:r w:rsidRPr="004543E3">
              <w:rPr>
                <w:rFonts w:cs="Times New Roman"/>
              </w:rPr>
              <w:t>là</w:t>
            </w:r>
            <w:proofErr w:type="spellEnd"/>
            <w:r w:rsidRPr="004543E3">
              <w:rPr>
                <w:rFonts w:cs="Times New Roman"/>
              </w:rPr>
              <w:t xml:space="preserve"> </w:t>
            </w:r>
            <w:proofErr w:type="spellStart"/>
            <w:r w:rsidRPr="004543E3">
              <w:rPr>
                <w:rFonts w:cs="Times New Roman"/>
              </w:rPr>
              <w:t>đối</w:t>
            </w:r>
            <w:proofErr w:type="spellEnd"/>
            <w:r w:rsidRPr="004543E3">
              <w:rPr>
                <w:rFonts w:cs="Times New Roman"/>
              </w:rPr>
              <w:t xml:space="preserve"> </w:t>
            </w:r>
            <w:proofErr w:type="spellStart"/>
            <w:r w:rsidRPr="004543E3">
              <w:rPr>
                <w:rFonts w:cs="Times New Roman"/>
              </w:rPr>
              <w:t>với</w:t>
            </w:r>
            <w:proofErr w:type="spellEnd"/>
            <w:r w:rsidRPr="004543E3">
              <w:rPr>
                <w:rFonts w:cs="Times New Roman"/>
              </w:rPr>
              <w:t xml:space="preserve"> </w:t>
            </w:r>
            <w:proofErr w:type="spellStart"/>
            <w:r w:rsidRPr="004543E3">
              <w:rPr>
                <w:rFonts w:cs="Times New Roman"/>
              </w:rPr>
              <w:t>công</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viên</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đã</w:t>
            </w:r>
            <w:proofErr w:type="spellEnd"/>
            <w:r w:rsidRPr="004543E3">
              <w:rPr>
                <w:rFonts w:cs="Times New Roman"/>
              </w:rPr>
              <w:t xml:space="preserve"> </w:t>
            </w:r>
            <w:proofErr w:type="spellStart"/>
            <w:r w:rsidRPr="004543E3">
              <w:rPr>
                <w:rFonts w:cs="Times New Roman"/>
              </w:rPr>
              <w:t>được</w:t>
            </w:r>
            <w:proofErr w:type="spellEnd"/>
            <w:r w:rsidRPr="004543E3">
              <w:rPr>
                <w:rFonts w:cs="Times New Roman"/>
              </w:rPr>
              <w:t xml:space="preserve"> </w:t>
            </w:r>
            <w:proofErr w:type="spellStart"/>
            <w:r w:rsidRPr="004543E3">
              <w:rPr>
                <w:rFonts w:cs="Times New Roman"/>
              </w:rPr>
              <w:t>bổ</w:t>
            </w:r>
            <w:proofErr w:type="spellEnd"/>
            <w:r w:rsidRPr="004543E3">
              <w:rPr>
                <w:rFonts w:cs="Times New Roman"/>
              </w:rPr>
              <w:t xml:space="preserve"> </w:t>
            </w:r>
            <w:proofErr w:type="spellStart"/>
            <w:r w:rsidRPr="004543E3">
              <w:rPr>
                <w:rFonts w:cs="Times New Roman"/>
              </w:rPr>
              <w:t>nhiệm</w:t>
            </w:r>
            <w:proofErr w:type="spellEnd"/>
            <w:r w:rsidRPr="004543E3">
              <w:rPr>
                <w:rFonts w:cs="Times New Roman"/>
              </w:rPr>
              <w:t xml:space="preserve"> </w:t>
            </w:r>
            <w:proofErr w:type="spellStart"/>
            <w:r w:rsidRPr="004543E3">
              <w:rPr>
                <w:rFonts w:cs="Times New Roman"/>
              </w:rPr>
              <w:t>theo</w:t>
            </w:r>
            <w:proofErr w:type="spellEnd"/>
            <w:r w:rsidRPr="004543E3">
              <w:rPr>
                <w:rFonts w:cs="Times New Roman"/>
              </w:rPr>
              <w:t xml:space="preserve"> Thông </w:t>
            </w:r>
            <w:proofErr w:type="spellStart"/>
            <w:r w:rsidRPr="004543E3">
              <w:rPr>
                <w:rFonts w:cs="Times New Roman"/>
              </w:rPr>
              <w:t>tư</w:t>
            </w:r>
            <w:proofErr w:type="spellEnd"/>
            <w:r w:rsidRPr="004543E3">
              <w:rPr>
                <w:rFonts w:cs="Times New Roman"/>
              </w:rPr>
              <w:t xml:space="preserve"> </w:t>
            </w:r>
            <w:proofErr w:type="spellStart"/>
            <w:r w:rsidRPr="004543E3">
              <w:rPr>
                <w:rFonts w:cs="Times New Roman"/>
              </w:rPr>
              <w:t>số</w:t>
            </w:r>
            <w:proofErr w:type="spellEnd"/>
            <w:r w:rsidRPr="004543E3">
              <w:rPr>
                <w:rFonts w:cs="Times New Roman"/>
              </w:rPr>
              <w:t xml:space="preserve"> 10/2009/TT-BNV </w:t>
            </w:r>
            <w:proofErr w:type="spellStart"/>
            <w:r w:rsidRPr="004543E3">
              <w:rPr>
                <w:rFonts w:cs="Times New Roman"/>
              </w:rPr>
              <w:t>và</w:t>
            </w:r>
            <w:proofErr w:type="spellEnd"/>
            <w:r w:rsidRPr="004543E3">
              <w:rPr>
                <w:rFonts w:cs="Times New Roman"/>
              </w:rPr>
              <w:t xml:space="preserve"> </w:t>
            </w:r>
            <w:proofErr w:type="spellStart"/>
            <w:r w:rsidRPr="004543E3">
              <w:rPr>
                <w:rFonts w:cs="Times New Roman"/>
              </w:rPr>
              <w:t>trường</w:t>
            </w:r>
            <w:proofErr w:type="spellEnd"/>
            <w:r w:rsidRPr="004543E3">
              <w:rPr>
                <w:rFonts w:cs="Times New Roman"/>
              </w:rPr>
              <w:t xml:space="preserve"> </w:t>
            </w:r>
            <w:proofErr w:type="spellStart"/>
            <w:r w:rsidRPr="004543E3">
              <w:rPr>
                <w:rFonts w:cs="Times New Roman"/>
              </w:rPr>
              <w:t>hợp</w:t>
            </w:r>
            <w:proofErr w:type="spellEnd"/>
            <w:r w:rsidRPr="004543E3">
              <w:rPr>
                <w:rFonts w:cs="Times New Roman"/>
              </w:rPr>
              <w:t xml:space="preserve"> </w:t>
            </w:r>
            <w:proofErr w:type="spellStart"/>
            <w:r w:rsidRPr="004543E3">
              <w:rPr>
                <w:rFonts w:cs="Times New Roman"/>
              </w:rPr>
              <w:t>ngạch</w:t>
            </w:r>
            <w:proofErr w:type="spellEnd"/>
            <w:r w:rsidRPr="004543E3">
              <w:rPr>
                <w:rFonts w:cs="Times New Roman"/>
              </w:rPr>
              <w:t xml:space="preserve"> </w:t>
            </w:r>
            <w:proofErr w:type="spellStart"/>
            <w:r w:rsidRPr="004543E3">
              <w:rPr>
                <w:rFonts w:cs="Times New Roman"/>
              </w:rPr>
              <w:t>kiểm</w:t>
            </w:r>
            <w:proofErr w:type="spellEnd"/>
            <w:r w:rsidRPr="004543E3">
              <w:rPr>
                <w:rFonts w:cs="Times New Roman"/>
              </w:rPr>
              <w:t xml:space="preserve"> </w:t>
            </w:r>
            <w:proofErr w:type="spellStart"/>
            <w:r w:rsidRPr="004543E3">
              <w:rPr>
                <w:rFonts w:cs="Times New Roman"/>
              </w:rPr>
              <w:t>soát</w:t>
            </w:r>
            <w:proofErr w:type="spellEnd"/>
            <w:r w:rsidRPr="004543E3">
              <w:rPr>
                <w:rFonts w:cs="Times New Roman"/>
              </w:rPr>
              <w:t xml:space="preserve"> </w:t>
            </w:r>
            <w:proofErr w:type="spellStart"/>
            <w:r w:rsidRPr="004543E3">
              <w:rPr>
                <w:rFonts w:cs="Times New Roman"/>
              </w:rPr>
              <w:t>viên</w:t>
            </w:r>
            <w:proofErr w:type="spellEnd"/>
            <w:r w:rsidRPr="004543E3">
              <w:rPr>
                <w:rFonts w:cs="Times New Roman"/>
              </w:rPr>
              <w:t xml:space="preserve"> </w:t>
            </w:r>
            <w:proofErr w:type="spellStart"/>
            <w:r w:rsidRPr="004543E3">
              <w:rPr>
                <w:rFonts w:cs="Times New Roman"/>
              </w:rPr>
              <w:t>trung</w:t>
            </w:r>
            <w:proofErr w:type="spellEnd"/>
            <w:r w:rsidRPr="004543E3">
              <w:rPr>
                <w:rFonts w:cs="Times New Roman"/>
              </w:rPr>
              <w:t xml:space="preserve"> </w:t>
            </w:r>
            <w:proofErr w:type="spellStart"/>
            <w:r w:rsidRPr="004543E3">
              <w:rPr>
                <w:rFonts w:cs="Times New Roman"/>
              </w:rPr>
              <w:t>cấp</w:t>
            </w:r>
            <w:proofErr w:type="spellEnd"/>
            <w:r w:rsidRPr="004543E3">
              <w:rPr>
                <w:rFonts w:cs="Times New Roman"/>
              </w:rPr>
              <w:t xml:space="preserve"> </w:t>
            </w:r>
            <w:proofErr w:type="spellStart"/>
            <w:r w:rsidRPr="004543E3">
              <w:rPr>
                <w:rFonts w:cs="Times New Roman"/>
              </w:rPr>
              <w:t>không</w:t>
            </w:r>
            <w:proofErr w:type="spellEnd"/>
            <w:r w:rsidRPr="004543E3">
              <w:rPr>
                <w:rFonts w:cs="Times New Roman"/>
              </w:rPr>
              <w:t xml:space="preserve"> </w:t>
            </w:r>
            <w:proofErr w:type="spellStart"/>
            <w:r w:rsidRPr="004543E3">
              <w:rPr>
                <w:rFonts w:cs="Times New Roman"/>
              </w:rPr>
              <w:t>còn</w:t>
            </w:r>
            <w:proofErr w:type="spellEnd"/>
            <w:r w:rsidRPr="004543E3">
              <w:rPr>
                <w:rFonts w:cs="Times New Roman"/>
              </w:rPr>
              <w:t xml:space="preserve"> </w:t>
            </w:r>
            <w:proofErr w:type="spellStart"/>
            <w:r w:rsidRPr="004543E3">
              <w:rPr>
                <w:rFonts w:cs="Times New Roman"/>
              </w:rPr>
              <w:t>được</w:t>
            </w:r>
            <w:proofErr w:type="spellEnd"/>
            <w:r w:rsidRPr="004543E3">
              <w:rPr>
                <w:rFonts w:cs="Times New Roman"/>
              </w:rPr>
              <w:t xml:space="preserve"> </w:t>
            </w:r>
            <w:proofErr w:type="spellStart"/>
            <w:r w:rsidRPr="004543E3">
              <w:rPr>
                <w:rFonts w:cs="Times New Roman"/>
              </w:rPr>
              <w:t>duy</w:t>
            </w:r>
            <w:proofErr w:type="spellEnd"/>
            <w:r w:rsidRPr="004543E3">
              <w:rPr>
                <w:rFonts w:cs="Times New Roman"/>
              </w:rPr>
              <w:t xml:space="preserve"> </w:t>
            </w:r>
            <w:proofErr w:type="spellStart"/>
            <w:r w:rsidRPr="004543E3">
              <w:rPr>
                <w:rFonts w:cs="Times New Roman"/>
              </w:rPr>
              <w:t>trì</w:t>
            </w:r>
            <w:proofErr w:type="spellEnd"/>
            <w:r w:rsidRPr="004543E3">
              <w:rPr>
                <w:rFonts w:cs="Times New Roman"/>
              </w:rPr>
              <w:t xml:space="preserve">; </w:t>
            </w:r>
            <w:proofErr w:type="spellStart"/>
            <w:r w:rsidRPr="004543E3">
              <w:rPr>
                <w:rFonts w:cs="Times New Roman"/>
              </w:rPr>
              <w:t>đồng</w:t>
            </w:r>
            <w:proofErr w:type="spellEnd"/>
            <w:r w:rsidRPr="004543E3">
              <w:rPr>
                <w:rFonts w:cs="Times New Roman"/>
              </w:rPr>
              <w:t xml:space="preserve"> </w:t>
            </w:r>
            <w:proofErr w:type="spellStart"/>
            <w:r w:rsidRPr="004543E3">
              <w:rPr>
                <w:rFonts w:cs="Times New Roman"/>
              </w:rPr>
              <w:t>thời</w:t>
            </w:r>
            <w:proofErr w:type="spellEnd"/>
            <w:r w:rsidRPr="004543E3">
              <w:rPr>
                <w:rFonts w:cs="Times New Roman"/>
              </w:rPr>
              <w:t xml:space="preserve"> </w:t>
            </w:r>
            <w:proofErr w:type="spellStart"/>
            <w:r w:rsidRPr="004543E3">
              <w:rPr>
                <w:rFonts w:cs="Times New Roman"/>
              </w:rPr>
              <w:t>làm</w:t>
            </w:r>
            <w:proofErr w:type="spellEnd"/>
            <w:r w:rsidRPr="004543E3">
              <w:rPr>
                <w:rFonts w:cs="Times New Roman"/>
              </w:rPr>
              <w:t xml:space="preserve"> </w:t>
            </w:r>
            <w:proofErr w:type="spellStart"/>
            <w:r w:rsidRPr="004543E3">
              <w:rPr>
                <w:rFonts w:cs="Times New Roman"/>
              </w:rPr>
              <w:t>rõ</w:t>
            </w:r>
            <w:proofErr w:type="spellEnd"/>
            <w:r w:rsidRPr="004543E3">
              <w:rPr>
                <w:rFonts w:cs="Times New Roman"/>
              </w:rPr>
              <w:t xml:space="preserve"> </w:t>
            </w:r>
            <w:proofErr w:type="spellStart"/>
            <w:r w:rsidRPr="004543E3">
              <w:rPr>
                <w:rFonts w:cs="Times New Roman"/>
              </w:rPr>
              <w:t>nguyên</w:t>
            </w:r>
            <w:proofErr w:type="spellEnd"/>
            <w:r w:rsidRPr="004543E3">
              <w:rPr>
                <w:rFonts w:cs="Times New Roman"/>
              </w:rPr>
              <w:t xml:space="preserve"> </w:t>
            </w:r>
            <w:proofErr w:type="spellStart"/>
            <w:r w:rsidRPr="004543E3">
              <w:rPr>
                <w:rFonts w:cs="Times New Roman"/>
              </w:rPr>
              <w:t>tắc</w:t>
            </w:r>
            <w:proofErr w:type="spellEnd"/>
            <w:r w:rsidRPr="004543E3">
              <w:rPr>
                <w:rFonts w:cs="Times New Roman"/>
              </w:rPr>
              <w:t xml:space="preserve"> </w:t>
            </w:r>
            <w:proofErr w:type="spellStart"/>
            <w:r w:rsidRPr="004543E3">
              <w:rPr>
                <w:rFonts w:cs="Times New Roman"/>
              </w:rPr>
              <w:t>chuyển</w:t>
            </w:r>
            <w:proofErr w:type="spellEnd"/>
            <w:r w:rsidRPr="004543E3">
              <w:rPr>
                <w:rFonts w:cs="Times New Roman"/>
              </w:rPr>
              <w:t xml:space="preserve"> </w:t>
            </w:r>
            <w:proofErr w:type="spellStart"/>
            <w:r w:rsidRPr="004543E3">
              <w:rPr>
                <w:rFonts w:cs="Times New Roman"/>
              </w:rPr>
              <w:t>xếp</w:t>
            </w:r>
            <w:proofErr w:type="spellEnd"/>
            <w:r w:rsidRPr="004543E3">
              <w:rPr>
                <w:rFonts w:cs="Times New Roman"/>
              </w:rPr>
              <w:t xml:space="preserve">, </w:t>
            </w:r>
            <w:proofErr w:type="spellStart"/>
            <w:r w:rsidRPr="004543E3">
              <w:rPr>
                <w:rFonts w:cs="Times New Roman"/>
              </w:rPr>
              <w:t>bố</w:t>
            </w:r>
            <w:proofErr w:type="spellEnd"/>
            <w:r w:rsidRPr="004543E3">
              <w:rPr>
                <w:rFonts w:cs="Times New Roman"/>
              </w:rPr>
              <w:t xml:space="preserve"> </w:t>
            </w:r>
            <w:proofErr w:type="spellStart"/>
            <w:r w:rsidRPr="004543E3">
              <w:rPr>
                <w:rFonts w:cs="Times New Roman"/>
              </w:rPr>
              <w:t>trí</w:t>
            </w:r>
            <w:proofErr w:type="spellEnd"/>
            <w:r w:rsidRPr="004543E3">
              <w:rPr>
                <w:rFonts w:cs="Times New Roman"/>
              </w:rPr>
              <w:t xml:space="preserve"> </w:t>
            </w:r>
            <w:proofErr w:type="spellStart"/>
            <w:r w:rsidRPr="004543E3">
              <w:rPr>
                <w:rFonts w:cs="Times New Roman"/>
              </w:rPr>
              <w:t>tương</w:t>
            </w:r>
            <w:proofErr w:type="spellEnd"/>
            <w:r w:rsidRPr="004543E3">
              <w:rPr>
                <w:rFonts w:cs="Times New Roman"/>
              </w:rPr>
              <w:t xml:space="preserve"> </w:t>
            </w:r>
            <w:proofErr w:type="spellStart"/>
            <w:r w:rsidRPr="004543E3">
              <w:rPr>
                <w:rFonts w:cs="Times New Roman"/>
              </w:rPr>
              <w:t>ứng</w:t>
            </w:r>
            <w:proofErr w:type="spellEnd"/>
            <w:r w:rsidRPr="004543E3">
              <w:rPr>
                <w:rFonts w:cs="Times New Roman"/>
              </w:rPr>
              <w:t xml:space="preserve"> </w:t>
            </w:r>
            <w:proofErr w:type="spellStart"/>
            <w:r w:rsidRPr="004543E3">
              <w:rPr>
                <w:rFonts w:cs="Times New Roman"/>
              </w:rPr>
              <w:t>để</w:t>
            </w:r>
            <w:proofErr w:type="spellEnd"/>
            <w:r w:rsidRPr="004543E3">
              <w:rPr>
                <w:rFonts w:cs="Times New Roman"/>
              </w:rPr>
              <w:t xml:space="preserve"> </w:t>
            </w:r>
            <w:proofErr w:type="spellStart"/>
            <w:r w:rsidRPr="004543E3">
              <w:rPr>
                <w:rFonts w:cs="Times New Roman"/>
              </w:rPr>
              <w:t>bảo</w:t>
            </w:r>
            <w:proofErr w:type="spellEnd"/>
            <w:r w:rsidRPr="004543E3">
              <w:rPr>
                <w:rFonts w:cs="Times New Roman"/>
              </w:rPr>
              <w:t xml:space="preserve"> </w:t>
            </w:r>
            <w:proofErr w:type="spellStart"/>
            <w:r w:rsidRPr="004543E3">
              <w:rPr>
                <w:rFonts w:cs="Times New Roman"/>
              </w:rPr>
              <w:t>đảm</w:t>
            </w:r>
            <w:proofErr w:type="spellEnd"/>
            <w:r w:rsidRPr="004543E3">
              <w:rPr>
                <w:rFonts w:cs="Times New Roman"/>
              </w:rPr>
              <w:t xml:space="preserve"> </w:t>
            </w:r>
            <w:proofErr w:type="spellStart"/>
            <w:r w:rsidRPr="004543E3">
              <w:rPr>
                <w:rFonts w:cs="Times New Roman"/>
              </w:rPr>
              <w:t>thống</w:t>
            </w:r>
            <w:proofErr w:type="spellEnd"/>
            <w:r w:rsidRPr="004543E3">
              <w:rPr>
                <w:rFonts w:cs="Times New Roman"/>
              </w:rPr>
              <w:t xml:space="preserve"> </w:t>
            </w:r>
            <w:proofErr w:type="spellStart"/>
            <w:r w:rsidRPr="004543E3">
              <w:rPr>
                <w:rFonts w:cs="Times New Roman"/>
              </w:rPr>
              <w:t>nhất</w:t>
            </w:r>
            <w:proofErr w:type="spellEnd"/>
            <w:r w:rsidRPr="004543E3">
              <w:rPr>
                <w:rFonts w:cs="Times New Roman"/>
              </w:rPr>
              <w:t xml:space="preserve"> </w:t>
            </w:r>
            <w:proofErr w:type="spellStart"/>
            <w:r w:rsidRPr="004543E3">
              <w:rPr>
                <w:rFonts w:cs="Times New Roman"/>
              </w:rPr>
              <w:t>khi</w:t>
            </w:r>
            <w:proofErr w:type="spellEnd"/>
            <w:r w:rsidRPr="004543E3">
              <w:rPr>
                <w:rFonts w:cs="Times New Roman"/>
              </w:rPr>
              <w:t xml:space="preserve"> </w:t>
            </w:r>
            <w:proofErr w:type="spellStart"/>
            <w:r w:rsidRPr="004543E3">
              <w:rPr>
                <w:rFonts w:cs="Times New Roman"/>
              </w:rPr>
              <w:t>áp</w:t>
            </w:r>
            <w:proofErr w:type="spellEnd"/>
            <w:r w:rsidRPr="004543E3">
              <w:rPr>
                <w:rFonts w:cs="Times New Roman"/>
              </w:rPr>
              <w:t xml:space="preserve"> </w:t>
            </w:r>
            <w:proofErr w:type="spellStart"/>
            <w:r w:rsidRPr="004543E3">
              <w:rPr>
                <w:rFonts w:cs="Times New Roman"/>
              </w:rPr>
              <w:t>dụng</w:t>
            </w:r>
            <w:proofErr w:type="spellEnd"/>
            <w:r w:rsidRPr="004543E3">
              <w:rPr>
                <w:rFonts w:cs="Times New Roman"/>
              </w:rPr>
              <w:t>.</w:t>
            </w:r>
          </w:p>
          <w:p w14:paraId="1111151A" w14:textId="4EE8FFCA" w:rsidR="00512F52" w:rsidRPr="004543E3" w:rsidRDefault="00512F52" w:rsidP="00563608">
            <w:pPr>
              <w:spacing w:before="120" w:after="120" w:line="240" w:lineRule="auto"/>
              <w:jc w:val="both"/>
              <w:rPr>
                <w:rFonts w:cs="Times New Roman"/>
                <w:b/>
                <w:bCs/>
              </w:rPr>
            </w:pPr>
            <w:r w:rsidRPr="004543E3">
              <w:rPr>
                <w:rFonts w:cs="Times New Roman"/>
              </w:rPr>
              <w:t xml:space="preserve">- </w:t>
            </w:r>
            <w:proofErr w:type="spellStart"/>
            <w:r w:rsidRPr="004543E3">
              <w:rPr>
                <w:rFonts w:cs="Times New Roman"/>
              </w:rPr>
              <w:t>Đề</w:t>
            </w:r>
            <w:proofErr w:type="spellEnd"/>
            <w:r w:rsidRPr="004543E3">
              <w:rPr>
                <w:rFonts w:cs="Times New Roman"/>
              </w:rPr>
              <w:t xml:space="preserve"> </w:t>
            </w:r>
            <w:proofErr w:type="spellStart"/>
            <w:r w:rsidRPr="004543E3">
              <w:rPr>
                <w:rFonts w:cs="Times New Roman"/>
              </w:rPr>
              <w:t>nghị</w:t>
            </w:r>
            <w:proofErr w:type="spellEnd"/>
            <w:r w:rsidRPr="004543E3">
              <w:rPr>
                <w:rFonts w:cs="Times New Roman"/>
              </w:rPr>
              <w:t xml:space="preserve"> </w:t>
            </w:r>
            <w:proofErr w:type="spellStart"/>
            <w:r w:rsidRPr="004543E3">
              <w:rPr>
                <w:rFonts w:cs="Times New Roman"/>
              </w:rPr>
              <w:t>rà</w:t>
            </w:r>
            <w:proofErr w:type="spellEnd"/>
            <w:r w:rsidRPr="004543E3">
              <w:rPr>
                <w:rFonts w:cs="Times New Roman"/>
              </w:rPr>
              <w:t xml:space="preserve"> </w:t>
            </w:r>
            <w:proofErr w:type="spellStart"/>
            <w:r w:rsidRPr="004543E3">
              <w:rPr>
                <w:rFonts w:cs="Times New Roman"/>
              </w:rPr>
              <w:t>soát</w:t>
            </w:r>
            <w:proofErr w:type="spellEnd"/>
            <w:r w:rsidRPr="004543E3">
              <w:rPr>
                <w:rFonts w:cs="Times New Roman"/>
              </w:rPr>
              <w:t xml:space="preserve"> </w:t>
            </w:r>
            <w:proofErr w:type="spellStart"/>
            <w:r w:rsidRPr="004543E3">
              <w:rPr>
                <w:rFonts w:cs="Times New Roman"/>
              </w:rPr>
              <w:t>các</w:t>
            </w:r>
            <w:proofErr w:type="spellEnd"/>
            <w:r w:rsidRPr="004543E3">
              <w:rPr>
                <w:rFonts w:cs="Times New Roman"/>
              </w:rPr>
              <w:t xml:space="preserve"> </w:t>
            </w:r>
            <w:proofErr w:type="spellStart"/>
            <w:r w:rsidRPr="004543E3">
              <w:rPr>
                <w:rFonts w:cs="Times New Roman"/>
              </w:rPr>
              <w:t>tiêu</w:t>
            </w:r>
            <w:proofErr w:type="spellEnd"/>
            <w:r w:rsidRPr="004543E3">
              <w:rPr>
                <w:rFonts w:cs="Times New Roman"/>
              </w:rPr>
              <w:t xml:space="preserve"> </w:t>
            </w:r>
            <w:proofErr w:type="spellStart"/>
            <w:r w:rsidRPr="004543E3">
              <w:rPr>
                <w:rFonts w:cs="Times New Roman"/>
              </w:rPr>
              <w:t>chuẩn</w:t>
            </w:r>
            <w:proofErr w:type="spellEnd"/>
            <w:r w:rsidRPr="004543E3">
              <w:rPr>
                <w:rFonts w:cs="Times New Roman"/>
              </w:rPr>
              <w:t xml:space="preserve"> </w:t>
            </w:r>
            <w:proofErr w:type="spellStart"/>
            <w:r w:rsidRPr="004543E3">
              <w:rPr>
                <w:rFonts w:cs="Times New Roman"/>
              </w:rPr>
              <w:t>về</w:t>
            </w:r>
            <w:proofErr w:type="spellEnd"/>
            <w:r w:rsidRPr="004543E3">
              <w:rPr>
                <w:rFonts w:cs="Times New Roman"/>
              </w:rPr>
              <w:t xml:space="preserve"> </w:t>
            </w:r>
            <w:proofErr w:type="spellStart"/>
            <w:r w:rsidRPr="004543E3">
              <w:rPr>
                <w:rFonts w:cs="Times New Roman"/>
              </w:rPr>
              <w:t>đào</w:t>
            </w:r>
            <w:proofErr w:type="spellEnd"/>
            <w:r w:rsidRPr="004543E3">
              <w:rPr>
                <w:rFonts w:cs="Times New Roman"/>
              </w:rPr>
              <w:t xml:space="preserve"> </w:t>
            </w:r>
            <w:proofErr w:type="spellStart"/>
            <w:r w:rsidRPr="004543E3">
              <w:rPr>
                <w:rFonts w:cs="Times New Roman"/>
              </w:rPr>
              <w:t>tạo</w:t>
            </w:r>
            <w:proofErr w:type="spellEnd"/>
            <w:r w:rsidRPr="004543E3">
              <w:rPr>
                <w:rFonts w:cs="Times New Roman"/>
              </w:rPr>
              <w:t xml:space="preserve">, </w:t>
            </w:r>
            <w:proofErr w:type="spellStart"/>
            <w:r w:rsidRPr="004543E3">
              <w:rPr>
                <w:rFonts w:cs="Times New Roman"/>
              </w:rPr>
              <w:t>bồi</w:t>
            </w:r>
            <w:proofErr w:type="spellEnd"/>
            <w:r w:rsidRPr="004543E3">
              <w:rPr>
                <w:rFonts w:cs="Times New Roman"/>
              </w:rPr>
              <w:t xml:space="preserve"> </w:t>
            </w:r>
            <w:proofErr w:type="spellStart"/>
            <w:r w:rsidRPr="004543E3">
              <w:rPr>
                <w:rFonts w:cs="Times New Roman"/>
              </w:rPr>
              <w:t>dưỡng</w:t>
            </w:r>
            <w:proofErr w:type="spellEnd"/>
            <w:r w:rsidRPr="004543E3">
              <w:rPr>
                <w:rFonts w:cs="Times New Roman"/>
              </w:rPr>
              <w:t xml:space="preserve">, </w:t>
            </w:r>
            <w:proofErr w:type="spellStart"/>
            <w:r w:rsidRPr="004543E3">
              <w:rPr>
                <w:rFonts w:cs="Times New Roman"/>
              </w:rPr>
              <w:t>năng</w:t>
            </w:r>
            <w:proofErr w:type="spellEnd"/>
            <w:r w:rsidRPr="004543E3">
              <w:rPr>
                <w:rFonts w:cs="Times New Roman"/>
              </w:rPr>
              <w:t xml:space="preserve"> </w:t>
            </w:r>
            <w:proofErr w:type="spellStart"/>
            <w:r w:rsidRPr="004543E3">
              <w:rPr>
                <w:rFonts w:cs="Times New Roman"/>
              </w:rPr>
              <w:t>lực</w:t>
            </w:r>
            <w:proofErr w:type="spellEnd"/>
            <w:r w:rsidRPr="004543E3">
              <w:rPr>
                <w:rFonts w:cs="Times New Roman"/>
              </w:rPr>
              <w:t xml:space="preserve"> </w:t>
            </w:r>
            <w:proofErr w:type="spellStart"/>
            <w:r w:rsidRPr="004543E3">
              <w:rPr>
                <w:rFonts w:cs="Times New Roman"/>
              </w:rPr>
              <w:t>chuyên</w:t>
            </w:r>
            <w:proofErr w:type="spellEnd"/>
            <w:r w:rsidRPr="004543E3">
              <w:rPr>
                <w:rFonts w:cs="Times New Roman"/>
              </w:rPr>
              <w:t xml:space="preserve"> </w:t>
            </w:r>
            <w:proofErr w:type="spellStart"/>
            <w:r w:rsidRPr="004543E3">
              <w:rPr>
                <w:rFonts w:cs="Times New Roman"/>
              </w:rPr>
              <w:t>môn</w:t>
            </w:r>
            <w:proofErr w:type="spellEnd"/>
            <w:r w:rsidRPr="004543E3">
              <w:rPr>
                <w:rFonts w:cs="Times New Roman"/>
              </w:rPr>
              <w:t xml:space="preserve"> </w:t>
            </w:r>
            <w:proofErr w:type="spellStart"/>
            <w:r w:rsidRPr="004543E3">
              <w:rPr>
                <w:rFonts w:cs="Times New Roman"/>
              </w:rPr>
              <w:t>theo</w:t>
            </w:r>
            <w:proofErr w:type="spellEnd"/>
            <w:r w:rsidRPr="004543E3">
              <w:rPr>
                <w:rFonts w:cs="Times New Roman"/>
              </w:rPr>
              <w:t xml:space="preserve"> </w:t>
            </w:r>
            <w:proofErr w:type="spellStart"/>
            <w:r w:rsidRPr="004543E3">
              <w:rPr>
                <w:rFonts w:cs="Times New Roman"/>
              </w:rPr>
              <w:t>hướng</w:t>
            </w:r>
            <w:proofErr w:type="spellEnd"/>
            <w:r w:rsidRPr="004543E3">
              <w:rPr>
                <w:rFonts w:cs="Times New Roman"/>
              </w:rPr>
              <w:t xml:space="preserve"> </w:t>
            </w:r>
            <w:proofErr w:type="spellStart"/>
            <w:r w:rsidRPr="004543E3">
              <w:rPr>
                <w:rFonts w:cs="Times New Roman"/>
              </w:rPr>
              <w:t>bám</w:t>
            </w:r>
            <w:proofErr w:type="spellEnd"/>
            <w:r w:rsidRPr="004543E3">
              <w:rPr>
                <w:rFonts w:cs="Times New Roman"/>
              </w:rPr>
              <w:t xml:space="preserve"> </w:t>
            </w:r>
            <w:proofErr w:type="spellStart"/>
            <w:r w:rsidRPr="004543E3">
              <w:rPr>
                <w:rFonts w:cs="Times New Roman"/>
              </w:rPr>
              <w:t>sát</w:t>
            </w:r>
            <w:proofErr w:type="spellEnd"/>
            <w:r w:rsidRPr="004543E3">
              <w:rPr>
                <w:rFonts w:cs="Times New Roman"/>
              </w:rPr>
              <w:t xml:space="preserve"> </w:t>
            </w:r>
            <w:proofErr w:type="spellStart"/>
            <w:r w:rsidRPr="004543E3">
              <w:rPr>
                <w:rFonts w:cs="Times New Roman"/>
              </w:rPr>
              <w:t>yêu</w:t>
            </w:r>
            <w:proofErr w:type="spellEnd"/>
            <w:r w:rsidRPr="004543E3">
              <w:rPr>
                <w:rFonts w:cs="Times New Roman"/>
              </w:rPr>
              <w:t xml:space="preserve"> </w:t>
            </w:r>
            <w:proofErr w:type="spellStart"/>
            <w:r w:rsidRPr="004543E3">
              <w:rPr>
                <w:rFonts w:cs="Times New Roman"/>
              </w:rPr>
              <w:t>cầu</w:t>
            </w:r>
            <w:proofErr w:type="spellEnd"/>
            <w:r w:rsidRPr="004543E3">
              <w:rPr>
                <w:rFonts w:cs="Times New Roman"/>
              </w:rPr>
              <w:t xml:space="preserve"> </w:t>
            </w:r>
            <w:proofErr w:type="spellStart"/>
            <w:r w:rsidRPr="004543E3">
              <w:rPr>
                <w:rFonts w:cs="Times New Roman"/>
              </w:rPr>
              <w:t>vị</w:t>
            </w:r>
            <w:proofErr w:type="spellEnd"/>
            <w:r w:rsidRPr="004543E3">
              <w:rPr>
                <w:rFonts w:cs="Times New Roman"/>
              </w:rPr>
              <w:t xml:space="preserve"> </w:t>
            </w:r>
            <w:proofErr w:type="spellStart"/>
            <w:r w:rsidRPr="004543E3">
              <w:rPr>
                <w:rFonts w:cs="Times New Roman"/>
              </w:rPr>
              <w:t>trí</w:t>
            </w:r>
            <w:proofErr w:type="spellEnd"/>
            <w:r w:rsidRPr="004543E3">
              <w:rPr>
                <w:rFonts w:cs="Times New Roman"/>
              </w:rPr>
              <w:t xml:space="preserve"> </w:t>
            </w:r>
            <w:proofErr w:type="spellStart"/>
            <w:r w:rsidRPr="004543E3">
              <w:rPr>
                <w:rFonts w:cs="Times New Roman"/>
              </w:rPr>
              <w:t>việc</w:t>
            </w:r>
            <w:proofErr w:type="spellEnd"/>
            <w:r w:rsidRPr="004543E3">
              <w:rPr>
                <w:rFonts w:cs="Times New Roman"/>
              </w:rPr>
              <w:t xml:space="preserve"> </w:t>
            </w:r>
            <w:proofErr w:type="spellStart"/>
            <w:r w:rsidRPr="004543E3">
              <w:rPr>
                <w:rFonts w:cs="Times New Roman"/>
              </w:rPr>
              <w:t>làm</w:t>
            </w:r>
            <w:proofErr w:type="spellEnd"/>
            <w:r w:rsidRPr="004543E3">
              <w:rPr>
                <w:rFonts w:cs="Times New Roman"/>
              </w:rPr>
              <w:t xml:space="preserve">, </w:t>
            </w:r>
            <w:proofErr w:type="spellStart"/>
            <w:r w:rsidRPr="004543E3">
              <w:rPr>
                <w:rFonts w:cs="Times New Roman"/>
              </w:rPr>
              <w:t>nhiệm</w:t>
            </w:r>
            <w:proofErr w:type="spellEnd"/>
            <w:r w:rsidRPr="004543E3">
              <w:rPr>
                <w:rFonts w:cs="Times New Roman"/>
              </w:rPr>
              <w:t xml:space="preserve"> </w:t>
            </w:r>
            <w:proofErr w:type="spellStart"/>
            <w:r w:rsidRPr="004543E3">
              <w:rPr>
                <w:rFonts w:cs="Times New Roman"/>
              </w:rPr>
              <w:t>vụ</w:t>
            </w:r>
            <w:proofErr w:type="spellEnd"/>
            <w:r w:rsidRPr="004543E3">
              <w:rPr>
                <w:rFonts w:cs="Times New Roman"/>
              </w:rPr>
              <w:t xml:space="preserve"> </w:t>
            </w:r>
            <w:proofErr w:type="spellStart"/>
            <w:r w:rsidRPr="004543E3">
              <w:rPr>
                <w:rFonts w:cs="Times New Roman"/>
              </w:rPr>
              <w:t>chuyên</w:t>
            </w:r>
            <w:proofErr w:type="spellEnd"/>
            <w:r w:rsidRPr="004543E3">
              <w:rPr>
                <w:rFonts w:cs="Times New Roman"/>
              </w:rPr>
              <w:t xml:space="preserve"> </w:t>
            </w:r>
            <w:proofErr w:type="spellStart"/>
            <w:r w:rsidRPr="004543E3">
              <w:rPr>
                <w:rFonts w:cs="Times New Roman"/>
              </w:rPr>
              <w:t>môn</w:t>
            </w:r>
            <w:proofErr w:type="spellEnd"/>
            <w:r w:rsidRPr="004543E3">
              <w:rPr>
                <w:rFonts w:cs="Times New Roman"/>
              </w:rPr>
              <w:t xml:space="preserve"> </w:t>
            </w:r>
            <w:proofErr w:type="spellStart"/>
            <w:r w:rsidRPr="004543E3">
              <w:rPr>
                <w:rFonts w:cs="Times New Roman"/>
              </w:rPr>
              <w:t>thực</w:t>
            </w:r>
            <w:proofErr w:type="spellEnd"/>
            <w:r w:rsidRPr="004543E3">
              <w:rPr>
                <w:rFonts w:cs="Times New Roman"/>
              </w:rPr>
              <w:t xml:space="preserve"> </w:t>
            </w:r>
            <w:proofErr w:type="spellStart"/>
            <w:r w:rsidRPr="004543E3">
              <w:rPr>
                <w:rFonts w:cs="Times New Roman"/>
              </w:rPr>
              <w:t>tế</w:t>
            </w:r>
            <w:proofErr w:type="spellEnd"/>
            <w:r w:rsidRPr="004543E3">
              <w:rPr>
                <w:rFonts w:cs="Times New Roman"/>
              </w:rPr>
              <w:t xml:space="preserve"> </w:t>
            </w:r>
            <w:proofErr w:type="spellStart"/>
            <w:r w:rsidRPr="004543E3">
              <w:rPr>
                <w:rFonts w:cs="Times New Roman"/>
              </w:rPr>
              <w:t>và</w:t>
            </w:r>
            <w:proofErr w:type="spellEnd"/>
            <w:r w:rsidRPr="004543E3">
              <w:rPr>
                <w:rFonts w:cs="Times New Roman"/>
              </w:rPr>
              <w:t xml:space="preserve"> </w:t>
            </w:r>
            <w:proofErr w:type="spellStart"/>
            <w:r w:rsidRPr="004543E3">
              <w:rPr>
                <w:rFonts w:cs="Times New Roman"/>
              </w:rPr>
              <w:t>quy</w:t>
            </w:r>
            <w:proofErr w:type="spellEnd"/>
            <w:r w:rsidRPr="004543E3">
              <w:rPr>
                <w:rFonts w:cs="Times New Roman"/>
              </w:rPr>
              <w:t xml:space="preserve"> </w:t>
            </w:r>
            <w:proofErr w:type="spellStart"/>
            <w:r w:rsidRPr="004543E3">
              <w:rPr>
                <w:rFonts w:cs="Times New Roman"/>
              </w:rPr>
              <w:t>định</w:t>
            </w:r>
            <w:proofErr w:type="spellEnd"/>
            <w:r w:rsidRPr="004543E3">
              <w:rPr>
                <w:rFonts w:cs="Times New Roman"/>
              </w:rPr>
              <w:t xml:space="preserve"> </w:t>
            </w:r>
            <w:proofErr w:type="spellStart"/>
            <w:r w:rsidRPr="004543E3">
              <w:rPr>
                <w:rFonts w:cs="Times New Roman"/>
              </w:rPr>
              <w:t>hiện</w:t>
            </w:r>
            <w:proofErr w:type="spellEnd"/>
            <w:r w:rsidRPr="004543E3">
              <w:rPr>
                <w:rFonts w:cs="Times New Roman"/>
              </w:rPr>
              <w:t xml:space="preserve"> </w:t>
            </w:r>
            <w:proofErr w:type="spellStart"/>
            <w:r w:rsidRPr="004543E3">
              <w:rPr>
                <w:rFonts w:cs="Times New Roman"/>
              </w:rPr>
              <w:t>hành</w:t>
            </w:r>
            <w:proofErr w:type="spellEnd"/>
            <w:r w:rsidRPr="004543E3">
              <w:rPr>
                <w:rFonts w:cs="Times New Roman"/>
              </w:rPr>
              <w:t xml:space="preserve">; </w:t>
            </w:r>
            <w:proofErr w:type="spellStart"/>
            <w:r w:rsidRPr="004543E3">
              <w:rPr>
                <w:rFonts w:cs="Times New Roman"/>
              </w:rPr>
              <w:t>hạn</w:t>
            </w:r>
            <w:proofErr w:type="spellEnd"/>
            <w:r w:rsidRPr="004543E3">
              <w:rPr>
                <w:rFonts w:cs="Times New Roman"/>
              </w:rPr>
              <w:t xml:space="preserve"> </w:t>
            </w:r>
            <w:proofErr w:type="spellStart"/>
            <w:r w:rsidRPr="004543E3">
              <w:rPr>
                <w:rFonts w:cs="Times New Roman"/>
              </w:rPr>
              <w:t>chế</w:t>
            </w:r>
            <w:proofErr w:type="spellEnd"/>
            <w:r w:rsidRPr="004543E3">
              <w:rPr>
                <w:rFonts w:cs="Times New Roman"/>
              </w:rPr>
              <w:t xml:space="preserve"> </w:t>
            </w:r>
            <w:proofErr w:type="spellStart"/>
            <w:r w:rsidRPr="004543E3">
              <w:rPr>
                <w:rFonts w:cs="Times New Roman"/>
              </w:rPr>
              <w:t>phát</w:t>
            </w:r>
            <w:proofErr w:type="spellEnd"/>
            <w:r w:rsidRPr="004543E3">
              <w:rPr>
                <w:rFonts w:cs="Times New Roman"/>
              </w:rPr>
              <w:t xml:space="preserve"> </w:t>
            </w:r>
            <w:proofErr w:type="spellStart"/>
            <w:r w:rsidRPr="004543E3">
              <w:rPr>
                <w:rFonts w:cs="Times New Roman"/>
              </w:rPr>
              <w:t>sinh</w:t>
            </w:r>
            <w:proofErr w:type="spellEnd"/>
            <w:r w:rsidRPr="004543E3">
              <w:rPr>
                <w:rFonts w:cs="Times New Roman"/>
              </w:rPr>
              <w:t xml:space="preserve"> </w:t>
            </w:r>
            <w:proofErr w:type="spellStart"/>
            <w:r w:rsidRPr="004543E3">
              <w:rPr>
                <w:rFonts w:cs="Times New Roman"/>
              </w:rPr>
              <w:t>yêu</w:t>
            </w:r>
            <w:proofErr w:type="spellEnd"/>
            <w:r w:rsidRPr="004543E3">
              <w:rPr>
                <w:rFonts w:cs="Times New Roman"/>
              </w:rPr>
              <w:t xml:space="preserve"> </w:t>
            </w:r>
            <w:proofErr w:type="spellStart"/>
            <w:r w:rsidRPr="004543E3">
              <w:rPr>
                <w:rFonts w:cs="Times New Roman"/>
              </w:rPr>
              <w:t>cầu</w:t>
            </w:r>
            <w:proofErr w:type="spellEnd"/>
            <w:r w:rsidRPr="004543E3">
              <w:rPr>
                <w:rFonts w:cs="Times New Roman"/>
              </w:rPr>
              <w:t xml:space="preserve"> </w:t>
            </w:r>
            <w:proofErr w:type="spellStart"/>
            <w:r w:rsidRPr="004543E3">
              <w:rPr>
                <w:rFonts w:cs="Times New Roman"/>
              </w:rPr>
              <w:t>mang</w:t>
            </w:r>
            <w:proofErr w:type="spellEnd"/>
            <w:r w:rsidRPr="004543E3">
              <w:rPr>
                <w:rFonts w:cs="Times New Roman"/>
              </w:rPr>
              <w:t xml:space="preserve"> </w:t>
            </w:r>
            <w:proofErr w:type="spellStart"/>
            <w:r w:rsidRPr="004543E3">
              <w:rPr>
                <w:rFonts w:cs="Times New Roman"/>
              </w:rPr>
              <w:t>tính</w:t>
            </w:r>
            <w:proofErr w:type="spellEnd"/>
            <w:r w:rsidRPr="004543E3">
              <w:rPr>
                <w:rFonts w:cs="Times New Roman"/>
              </w:rPr>
              <w:t xml:space="preserve"> </w:t>
            </w:r>
            <w:proofErr w:type="spellStart"/>
            <w:r w:rsidRPr="004543E3">
              <w:rPr>
                <w:rFonts w:cs="Times New Roman"/>
              </w:rPr>
              <w:t>hình</w:t>
            </w:r>
            <w:proofErr w:type="spellEnd"/>
            <w:r w:rsidRPr="004543E3">
              <w:rPr>
                <w:rFonts w:cs="Times New Roman"/>
              </w:rPr>
              <w:t xml:space="preserve"> </w:t>
            </w:r>
            <w:proofErr w:type="spellStart"/>
            <w:r w:rsidRPr="004543E3">
              <w:rPr>
                <w:rFonts w:cs="Times New Roman"/>
              </w:rPr>
              <w:t>thức</w:t>
            </w:r>
            <w:proofErr w:type="spellEnd"/>
            <w:r w:rsidRPr="004543E3">
              <w:rPr>
                <w:rFonts w:cs="Times New Roman"/>
              </w:rPr>
              <w:t xml:space="preserve"> </w:t>
            </w:r>
            <w:proofErr w:type="spellStart"/>
            <w:r w:rsidRPr="004543E3">
              <w:rPr>
                <w:rFonts w:cs="Times New Roman"/>
              </w:rPr>
              <w:t>hoặc</w:t>
            </w:r>
            <w:proofErr w:type="spellEnd"/>
            <w:r w:rsidRPr="004543E3">
              <w:rPr>
                <w:rFonts w:cs="Times New Roman"/>
              </w:rPr>
              <w:t xml:space="preserve"> </w:t>
            </w:r>
            <w:proofErr w:type="spellStart"/>
            <w:r w:rsidRPr="004543E3">
              <w:rPr>
                <w:rFonts w:cs="Times New Roman"/>
              </w:rPr>
              <w:t>gây</w:t>
            </w:r>
            <w:proofErr w:type="spellEnd"/>
            <w:r w:rsidRPr="004543E3">
              <w:rPr>
                <w:rFonts w:cs="Times New Roman"/>
              </w:rPr>
              <w:t xml:space="preserve"> </w:t>
            </w:r>
            <w:proofErr w:type="spellStart"/>
            <w:r w:rsidRPr="004543E3">
              <w:rPr>
                <w:rFonts w:cs="Times New Roman"/>
              </w:rPr>
              <w:t>khó</w:t>
            </w:r>
            <w:proofErr w:type="spellEnd"/>
            <w:r w:rsidRPr="004543E3">
              <w:rPr>
                <w:rFonts w:cs="Times New Roman"/>
              </w:rPr>
              <w:t xml:space="preserve"> </w:t>
            </w:r>
            <w:proofErr w:type="spellStart"/>
            <w:r w:rsidRPr="004543E3">
              <w:rPr>
                <w:rFonts w:cs="Times New Roman"/>
              </w:rPr>
              <w:t>khăn</w:t>
            </w:r>
            <w:proofErr w:type="spellEnd"/>
            <w:r w:rsidRPr="004543E3">
              <w:rPr>
                <w:rFonts w:cs="Times New Roman"/>
              </w:rPr>
              <w:t xml:space="preserve"> </w:t>
            </w:r>
            <w:proofErr w:type="spellStart"/>
            <w:r w:rsidRPr="004543E3">
              <w:rPr>
                <w:rFonts w:cs="Times New Roman"/>
              </w:rPr>
              <w:t>trong</w:t>
            </w:r>
            <w:proofErr w:type="spellEnd"/>
            <w:r w:rsidRPr="004543E3">
              <w:rPr>
                <w:rFonts w:cs="Times New Roman"/>
              </w:rPr>
              <w:t xml:space="preserve"> </w:t>
            </w:r>
            <w:proofErr w:type="spellStart"/>
            <w:r w:rsidRPr="004543E3">
              <w:rPr>
                <w:rFonts w:cs="Times New Roman"/>
              </w:rPr>
              <w:t>quá</w:t>
            </w:r>
            <w:proofErr w:type="spellEnd"/>
            <w:r w:rsidRPr="004543E3">
              <w:rPr>
                <w:rFonts w:cs="Times New Roman"/>
              </w:rPr>
              <w:t xml:space="preserve"> </w:t>
            </w:r>
            <w:proofErr w:type="spellStart"/>
            <w:r w:rsidRPr="004543E3">
              <w:rPr>
                <w:rFonts w:cs="Times New Roman"/>
              </w:rPr>
              <w:t>trình</w:t>
            </w:r>
            <w:proofErr w:type="spellEnd"/>
            <w:r w:rsidRPr="004543E3">
              <w:rPr>
                <w:rFonts w:cs="Times New Roman"/>
              </w:rPr>
              <w:t xml:space="preserve"> </w:t>
            </w:r>
            <w:proofErr w:type="spellStart"/>
            <w:r w:rsidRPr="004543E3">
              <w:rPr>
                <w:rFonts w:cs="Times New Roman"/>
              </w:rPr>
              <w:t>tổ</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thực</w:t>
            </w:r>
            <w:proofErr w:type="spellEnd"/>
            <w:r w:rsidRPr="004543E3">
              <w:rPr>
                <w:rFonts w:cs="Times New Roman"/>
              </w:rPr>
              <w:t xml:space="preserve"> </w:t>
            </w:r>
            <w:proofErr w:type="spellStart"/>
            <w:r w:rsidRPr="004543E3">
              <w:rPr>
                <w:rFonts w:cs="Times New Roman"/>
              </w:rPr>
              <w:t>hiện</w:t>
            </w:r>
            <w:proofErr w:type="spellEnd"/>
            <w:r w:rsidRPr="004543E3">
              <w:rPr>
                <w:rFonts w:cs="Times New Roman"/>
              </w:rPr>
              <w:t xml:space="preserve"> </w:t>
            </w:r>
            <w:proofErr w:type="spellStart"/>
            <w:r w:rsidRPr="004543E3">
              <w:rPr>
                <w:rFonts w:cs="Times New Roman"/>
              </w:rPr>
              <w:t>tại</w:t>
            </w:r>
            <w:proofErr w:type="spellEnd"/>
            <w:r w:rsidRPr="004543E3">
              <w:rPr>
                <w:rFonts w:cs="Times New Roman"/>
              </w:rPr>
              <w:t xml:space="preserve"> </w:t>
            </w:r>
            <w:proofErr w:type="spellStart"/>
            <w:r w:rsidRPr="004543E3">
              <w:rPr>
                <w:rFonts w:cs="Times New Roman"/>
              </w:rPr>
              <w:t>địa</w:t>
            </w:r>
            <w:proofErr w:type="spellEnd"/>
            <w:r w:rsidRPr="004543E3">
              <w:rPr>
                <w:rFonts w:cs="Times New Roman"/>
              </w:rPr>
              <w:t xml:space="preserve"> </w:t>
            </w:r>
            <w:proofErr w:type="spellStart"/>
            <w:r w:rsidRPr="004543E3">
              <w:rPr>
                <w:rFonts w:cs="Times New Roman"/>
              </w:rPr>
              <w:t>phương</w:t>
            </w:r>
            <w:proofErr w:type="spellEnd"/>
            <w:r w:rsidRPr="004543E3">
              <w:rPr>
                <w:rFonts w:cs="Times New Roman"/>
              </w:rPr>
              <w:t>.</w:t>
            </w:r>
          </w:p>
        </w:tc>
        <w:tc>
          <w:tcPr>
            <w:tcW w:w="7371" w:type="dxa"/>
          </w:tcPr>
          <w:p w14:paraId="741F08E2" w14:textId="77777777" w:rsidR="00512F52" w:rsidRDefault="00512F52" w:rsidP="00563608">
            <w:pPr>
              <w:spacing w:before="120" w:after="120" w:line="240" w:lineRule="auto"/>
              <w:jc w:val="both"/>
              <w:rPr>
                <w:szCs w:val="26"/>
              </w:rPr>
            </w:pPr>
          </w:p>
          <w:p w14:paraId="0FA17DB3" w14:textId="6980252C" w:rsidR="00512F52" w:rsidRPr="004543E3" w:rsidRDefault="00512F52" w:rsidP="00563608">
            <w:pPr>
              <w:spacing w:before="120" w:after="120" w:line="240" w:lineRule="auto"/>
              <w:jc w:val="both"/>
              <w:rPr>
                <w:szCs w:val="26"/>
              </w:rPr>
            </w:pPr>
            <w:r w:rsidRPr="004543E3">
              <w:rPr>
                <w:szCs w:val="26"/>
              </w:rPr>
              <w:t xml:space="preserve">- </w:t>
            </w:r>
            <w:proofErr w:type="spellStart"/>
            <w:r w:rsidRPr="004543E3">
              <w:rPr>
                <w:szCs w:val="26"/>
              </w:rPr>
              <w:t>Tiếp</w:t>
            </w:r>
            <w:proofErr w:type="spellEnd"/>
            <w:r w:rsidRPr="004543E3">
              <w:rPr>
                <w:szCs w:val="26"/>
              </w:rPr>
              <w:t xml:space="preserve"> </w:t>
            </w:r>
            <w:proofErr w:type="spellStart"/>
            <w:r w:rsidRPr="004543E3">
              <w:rPr>
                <w:szCs w:val="26"/>
              </w:rPr>
              <w:t>thu</w:t>
            </w:r>
            <w:proofErr w:type="spellEnd"/>
            <w:r w:rsidRPr="004543E3">
              <w:rPr>
                <w:szCs w:val="26"/>
              </w:rPr>
              <w:t xml:space="preserve"> ý </w:t>
            </w:r>
            <w:proofErr w:type="spellStart"/>
            <w:r w:rsidRPr="004543E3">
              <w:rPr>
                <w:szCs w:val="26"/>
              </w:rPr>
              <w:t>kiến</w:t>
            </w:r>
            <w:proofErr w:type="spellEnd"/>
          </w:p>
          <w:p w14:paraId="156090BD" w14:textId="77777777" w:rsidR="00512F52" w:rsidRDefault="00512F52" w:rsidP="00563608">
            <w:pPr>
              <w:spacing w:before="120" w:after="120" w:line="240" w:lineRule="auto"/>
              <w:jc w:val="both"/>
              <w:rPr>
                <w:szCs w:val="26"/>
              </w:rPr>
            </w:pPr>
          </w:p>
          <w:p w14:paraId="169EC49E" w14:textId="77777777" w:rsidR="00512F52" w:rsidRDefault="00512F52" w:rsidP="00563608">
            <w:pPr>
              <w:spacing w:before="120" w:after="120" w:line="240" w:lineRule="auto"/>
              <w:jc w:val="both"/>
              <w:rPr>
                <w:szCs w:val="26"/>
              </w:rPr>
            </w:pPr>
          </w:p>
          <w:p w14:paraId="6616D22F" w14:textId="77777777" w:rsidR="00512F52" w:rsidRDefault="00512F52" w:rsidP="00563608">
            <w:pPr>
              <w:spacing w:before="120" w:after="120" w:line="240" w:lineRule="auto"/>
              <w:jc w:val="both"/>
              <w:rPr>
                <w:szCs w:val="26"/>
              </w:rPr>
            </w:pPr>
          </w:p>
          <w:p w14:paraId="212A2953" w14:textId="77777777" w:rsidR="00512F52" w:rsidRDefault="00512F52" w:rsidP="00563608">
            <w:pPr>
              <w:spacing w:before="120" w:after="120" w:line="240" w:lineRule="auto"/>
              <w:jc w:val="both"/>
              <w:rPr>
                <w:szCs w:val="26"/>
              </w:rPr>
            </w:pPr>
          </w:p>
          <w:p w14:paraId="57635292" w14:textId="7691140D" w:rsidR="00512F52" w:rsidRPr="004543E3" w:rsidRDefault="00512F52" w:rsidP="00563608">
            <w:pPr>
              <w:spacing w:before="120" w:after="120" w:line="240" w:lineRule="auto"/>
              <w:jc w:val="both"/>
              <w:rPr>
                <w:szCs w:val="26"/>
              </w:rPr>
            </w:pPr>
            <w:r w:rsidRPr="004543E3">
              <w:rPr>
                <w:szCs w:val="26"/>
              </w:rPr>
              <w:t xml:space="preserve">- Các </w:t>
            </w:r>
            <w:proofErr w:type="spellStart"/>
            <w:r w:rsidRPr="004543E3">
              <w:rPr>
                <w:szCs w:val="26"/>
              </w:rPr>
              <w:t>tiêu</w:t>
            </w:r>
            <w:proofErr w:type="spellEnd"/>
            <w:r w:rsidRPr="004543E3">
              <w:rPr>
                <w:szCs w:val="26"/>
              </w:rPr>
              <w:t xml:space="preserve"> </w:t>
            </w:r>
            <w:proofErr w:type="spellStart"/>
            <w:r w:rsidRPr="004543E3">
              <w:rPr>
                <w:szCs w:val="26"/>
              </w:rPr>
              <w:t>chuẩn</w:t>
            </w:r>
            <w:proofErr w:type="spellEnd"/>
            <w:r w:rsidRPr="004543E3">
              <w:rPr>
                <w:szCs w:val="26"/>
              </w:rPr>
              <w:t xml:space="preserve"> </w:t>
            </w:r>
            <w:proofErr w:type="spellStart"/>
            <w:r w:rsidRPr="004543E3">
              <w:rPr>
                <w:szCs w:val="26"/>
              </w:rPr>
              <w:t>về</w:t>
            </w:r>
            <w:proofErr w:type="spellEnd"/>
            <w:r w:rsidRPr="004543E3">
              <w:rPr>
                <w:szCs w:val="26"/>
              </w:rPr>
              <w:t xml:space="preserve"> </w:t>
            </w:r>
            <w:proofErr w:type="spellStart"/>
            <w:r w:rsidRPr="004543E3">
              <w:rPr>
                <w:szCs w:val="26"/>
              </w:rPr>
              <w:t>đào</w:t>
            </w:r>
            <w:proofErr w:type="spellEnd"/>
            <w:r w:rsidRPr="004543E3">
              <w:rPr>
                <w:szCs w:val="26"/>
              </w:rPr>
              <w:t xml:space="preserve"> </w:t>
            </w:r>
            <w:proofErr w:type="spellStart"/>
            <w:r w:rsidRPr="004543E3">
              <w:rPr>
                <w:szCs w:val="26"/>
              </w:rPr>
              <w:t>tạo</w:t>
            </w:r>
            <w:proofErr w:type="spellEnd"/>
            <w:r w:rsidRPr="004543E3">
              <w:rPr>
                <w:szCs w:val="26"/>
              </w:rPr>
              <w:t xml:space="preserve">, </w:t>
            </w:r>
            <w:proofErr w:type="spellStart"/>
            <w:r w:rsidRPr="004543E3">
              <w:rPr>
                <w:szCs w:val="26"/>
              </w:rPr>
              <w:t>bồi</w:t>
            </w:r>
            <w:proofErr w:type="spellEnd"/>
            <w:r w:rsidRPr="004543E3">
              <w:rPr>
                <w:szCs w:val="26"/>
              </w:rPr>
              <w:t xml:space="preserve"> </w:t>
            </w:r>
            <w:proofErr w:type="spellStart"/>
            <w:r w:rsidRPr="004543E3">
              <w:rPr>
                <w:szCs w:val="26"/>
              </w:rPr>
              <w:t>dưỡng</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năng</w:t>
            </w:r>
            <w:proofErr w:type="spellEnd"/>
            <w:r w:rsidRPr="004543E3">
              <w:rPr>
                <w:szCs w:val="26"/>
              </w:rPr>
              <w:t xml:space="preserve"> </w:t>
            </w:r>
            <w:proofErr w:type="spellStart"/>
            <w:r w:rsidRPr="004543E3">
              <w:rPr>
                <w:szCs w:val="26"/>
              </w:rPr>
              <w:t>lực</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môn</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định</w:t>
            </w:r>
            <w:proofErr w:type="spellEnd"/>
            <w:r w:rsidRPr="004543E3">
              <w:rPr>
                <w:szCs w:val="26"/>
              </w:rPr>
              <w:t xml:space="preserve"> </w:t>
            </w:r>
            <w:proofErr w:type="spellStart"/>
            <w:r w:rsidRPr="004543E3">
              <w:rPr>
                <w:szCs w:val="26"/>
              </w:rPr>
              <w:t>trong</w:t>
            </w:r>
            <w:proofErr w:type="spellEnd"/>
            <w:r w:rsidRPr="004543E3">
              <w:rPr>
                <w:szCs w:val="26"/>
              </w:rPr>
              <w:t xml:space="preserve"> </w:t>
            </w:r>
            <w:proofErr w:type="spellStart"/>
            <w:r w:rsidRPr="004543E3">
              <w:rPr>
                <w:szCs w:val="26"/>
              </w:rPr>
              <w:t>dự</w:t>
            </w:r>
            <w:proofErr w:type="spellEnd"/>
            <w:r w:rsidRPr="004543E3">
              <w:rPr>
                <w:szCs w:val="26"/>
              </w:rPr>
              <w:t xml:space="preserve"> </w:t>
            </w:r>
            <w:proofErr w:type="spellStart"/>
            <w:r w:rsidRPr="004543E3">
              <w:rPr>
                <w:szCs w:val="26"/>
              </w:rPr>
              <w:t>thảo</w:t>
            </w:r>
            <w:proofErr w:type="spellEnd"/>
            <w:r w:rsidRPr="004543E3">
              <w:rPr>
                <w:szCs w:val="26"/>
              </w:rPr>
              <w:t xml:space="preserve"> Thông </w:t>
            </w:r>
            <w:proofErr w:type="spellStart"/>
            <w:r w:rsidRPr="004543E3">
              <w:rPr>
                <w:szCs w:val="26"/>
              </w:rPr>
              <w:t>tư</w:t>
            </w:r>
            <w:proofErr w:type="spellEnd"/>
            <w:r w:rsidRPr="004543E3">
              <w:rPr>
                <w:szCs w:val="26"/>
              </w:rPr>
              <w:t xml:space="preserve"> </w:t>
            </w:r>
            <w:proofErr w:type="spellStart"/>
            <w:r w:rsidRPr="004543E3">
              <w:rPr>
                <w:szCs w:val="26"/>
              </w:rPr>
              <w:t>đã</w:t>
            </w:r>
            <w:proofErr w:type="spellEnd"/>
            <w:r w:rsidRPr="004543E3">
              <w:rPr>
                <w:szCs w:val="26"/>
              </w:rPr>
              <w:t xml:space="preserve"> </w:t>
            </w:r>
            <w:proofErr w:type="spellStart"/>
            <w:r w:rsidRPr="004543E3">
              <w:rPr>
                <w:szCs w:val="26"/>
              </w:rPr>
              <w:t>được</w:t>
            </w:r>
            <w:proofErr w:type="spellEnd"/>
            <w:r w:rsidRPr="004543E3">
              <w:rPr>
                <w:szCs w:val="26"/>
              </w:rPr>
              <w:t xml:space="preserve"> </w:t>
            </w:r>
            <w:proofErr w:type="spellStart"/>
            <w:r>
              <w:rPr>
                <w:szCs w:val="26"/>
              </w:rPr>
              <w:t>chỉnh</w:t>
            </w:r>
            <w:proofErr w:type="spellEnd"/>
            <w:r>
              <w:rPr>
                <w:szCs w:val="26"/>
              </w:rPr>
              <w:t xml:space="preserve"> </w:t>
            </w:r>
            <w:proofErr w:type="spellStart"/>
            <w:r>
              <w:rPr>
                <w:szCs w:val="26"/>
              </w:rPr>
              <w:t>ly</w:t>
            </w:r>
            <w:proofErr w:type="spellEnd"/>
            <w:r>
              <w:rPr>
                <w:szCs w:val="26"/>
              </w:rPr>
              <w:t xml:space="preserve">́ </w:t>
            </w:r>
            <w:proofErr w:type="spellStart"/>
            <w:r>
              <w:rPr>
                <w:szCs w:val="26"/>
              </w:rPr>
              <w:t>va</w:t>
            </w:r>
            <w:proofErr w:type="spellEnd"/>
            <w:r>
              <w:rPr>
                <w:szCs w:val="26"/>
              </w:rPr>
              <w:t xml:space="preserve">̀ </w:t>
            </w:r>
            <w:proofErr w:type="spellStart"/>
            <w:r w:rsidRPr="004543E3">
              <w:rPr>
                <w:szCs w:val="26"/>
              </w:rPr>
              <w:t>xây</w:t>
            </w:r>
            <w:proofErr w:type="spellEnd"/>
            <w:r w:rsidRPr="004543E3">
              <w:rPr>
                <w:szCs w:val="26"/>
              </w:rPr>
              <w:t xml:space="preserve"> </w:t>
            </w:r>
            <w:proofErr w:type="spellStart"/>
            <w:r w:rsidRPr="004543E3">
              <w:rPr>
                <w:szCs w:val="26"/>
              </w:rPr>
              <w:t>dựng</w:t>
            </w:r>
            <w:proofErr w:type="spellEnd"/>
            <w:r w:rsidRPr="004543E3">
              <w:rPr>
                <w:szCs w:val="26"/>
              </w:rPr>
              <w:t xml:space="preserve"> </w:t>
            </w:r>
            <w:proofErr w:type="spellStart"/>
            <w:r w:rsidRPr="004543E3">
              <w:rPr>
                <w:szCs w:val="26"/>
              </w:rPr>
              <w:t>trên</w:t>
            </w:r>
            <w:proofErr w:type="spellEnd"/>
            <w:r w:rsidRPr="004543E3">
              <w:rPr>
                <w:szCs w:val="26"/>
              </w:rPr>
              <w:t xml:space="preserve"> </w:t>
            </w:r>
            <w:proofErr w:type="spellStart"/>
            <w:r w:rsidRPr="004543E3">
              <w:rPr>
                <w:szCs w:val="26"/>
              </w:rPr>
              <w:t>cơ</w:t>
            </w:r>
            <w:proofErr w:type="spellEnd"/>
            <w:r w:rsidRPr="004543E3">
              <w:rPr>
                <w:szCs w:val="26"/>
              </w:rPr>
              <w:t xml:space="preserve"> </w:t>
            </w:r>
            <w:proofErr w:type="spellStart"/>
            <w:r w:rsidRPr="004543E3">
              <w:rPr>
                <w:szCs w:val="26"/>
              </w:rPr>
              <w:t>sở</w:t>
            </w:r>
            <w:proofErr w:type="spellEnd"/>
            <w:r w:rsidRPr="004543E3">
              <w:rPr>
                <w:szCs w:val="26"/>
              </w:rPr>
              <w:t xml:space="preserve"> </w:t>
            </w:r>
            <w:proofErr w:type="spellStart"/>
            <w:r w:rsidRPr="004543E3">
              <w:rPr>
                <w:szCs w:val="26"/>
              </w:rPr>
              <w:t>bám</w:t>
            </w:r>
            <w:proofErr w:type="spellEnd"/>
            <w:r w:rsidRPr="004543E3">
              <w:rPr>
                <w:szCs w:val="26"/>
              </w:rPr>
              <w:t xml:space="preserve"> </w:t>
            </w:r>
            <w:proofErr w:type="spellStart"/>
            <w:r w:rsidRPr="004543E3">
              <w:rPr>
                <w:szCs w:val="26"/>
              </w:rPr>
              <w:t>sát</w:t>
            </w:r>
            <w:proofErr w:type="spellEnd"/>
            <w:r w:rsidRPr="004543E3">
              <w:rPr>
                <w:szCs w:val="26"/>
              </w:rPr>
              <w:t xml:space="preserve"> </w:t>
            </w:r>
            <w:proofErr w:type="spellStart"/>
            <w:r w:rsidRPr="004543E3">
              <w:rPr>
                <w:szCs w:val="26"/>
              </w:rPr>
              <w:t>yêu</w:t>
            </w:r>
            <w:proofErr w:type="spellEnd"/>
            <w:r w:rsidRPr="004543E3">
              <w:rPr>
                <w:szCs w:val="26"/>
              </w:rPr>
              <w:t xml:space="preserve"> </w:t>
            </w:r>
            <w:proofErr w:type="spellStart"/>
            <w:r w:rsidRPr="004543E3">
              <w:rPr>
                <w:szCs w:val="26"/>
              </w:rPr>
              <w:t>cầu</w:t>
            </w:r>
            <w:proofErr w:type="spellEnd"/>
            <w:r w:rsidRPr="004543E3">
              <w:rPr>
                <w:szCs w:val="26"/>
              </w:rPr>
              <w:t xml:space="preserve"> </w:t>
            </w:r>
            <w:proofErr w:type="spellStart"/>
            <w:r w:rsidRPr="004543E3">
              <w:rPr>
                <w:szCs w:val="26"/>
              </w:rPr>
              <w:t>của</w:t>
            </w:r>
            <w:proofErr w:type="spellEnd"/>
            <w:r w:rsidRPr="004543E3">
              <w:rPr>
                <w:szCs w:val="26"/>
              </w:rPr>
              <w:t xml:space="preserve"> </w:t>
            </w:r>
            <w:proofErr w:type="spellStart"/>
            <w:r w:rsidRPr="004543E3">
              <w:rPr>
                <w:szCs w:val="26"/>
              </w:rPr>
              <w:t>vị</w:t>
            </w:r>
            <w:proofErr w:type="spellEnd"/>
            <w:r w:rsidRPr="004543E3">
              <w:rPr>
                <w:szCs w:val="26"/>
              </w:rPr>
              <w:t xml:space="preserve"> </w:t>
            </w:r>
            <w:proofErr w:type="spellStart"/>
            <w:r w:rsidRPr="004543E3">
              <w:rPr>
                <w:szCs w:val="26"/>
              </w:rPr>
              <w:t>trí</w:t>
            </w:r>
            <w:proofErr w:type="spellEnd"/>
            <w:r w:rsidRPr="004543E3">
              <w:rPr>
                <w:szCs w:val="26"/>
              </w:rPr>
              <w:t xml:space="preserve"> </w:t>
            </w:r>
            <w:proofErr w:type="spellStart"/>
            <w:r w:rsidRPr="004543E3">
              <w:rPr>
                <w:szCs w:val="26"/>
              </w:rPr>
              <w:t>việc</w:t>
            </w:r>
            <w:proofErr w:type="spellEnd"/>
            <w:r w:rsidRPr="004543E3">
              <w:rPr>
                <w:szCs w:val="26"/>
              </w:rPr>
              <w:t xml:space="preserve"> </w:t>
            </w:r>
            <w:proofErr w:type="spellStart"/>
            <w:r w:rsidRPr="004543E3">
              <w:rPr>
                <w:szCs w:val="26"/>
              </w:rPr>
              <w:t>làm</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năng</w:t>
            </w:r>
            <w:proofErr w:type="spellEnd"/>
            <w:r w:rsidRPr="004543E3">
              <w:rPr>
                <w:szCs w:val="26"/>
              </w:rPr>
              <w:t xml:space="preserve">, </w:t>
            </w:r>
            <w:proofErr w:type="spellStart"/>
            <w:r w:rsidRPr="004543E3">
              <w:rPr>
                <w:szCs w:val="26"/>
              </w:rPr>
              <w:t>nhiệm</w:t>
            </w:r>
            <w:proofErr w:type="spellEnd"/>
            <w:r w:rsidRPr="004543E3">
              <w:rPr>
                <w:szCs w:val="26"/>
              </w:rPr>
              <w:t xml:space="preserve"> </w:t>
            </w:r>
            <w:proofErr w:type="spellStart"/>
            <w:r w:rsidRPr="004543E3">
              <w:rPr>
                <w:szCs w:val="26"/>
              </w:rPr>
              <w:t>vụ</w:t>
            </w:r>
            <w:proofErr w:type="spellEnd"/>
            <w:r w:rsidRPr="004543E3">
              <w:rPr>
                <w:szCs w:val="26"/>
              </w:rPr>
              <w:t xml:space="preserve"> </w:t>
            </w:r>
            <w:proofErr w:type="spellStart"/>
            <w:r w:rsidRPr="004543E3">
              <w:rPr>
                <w:szCs w:val="26"/>
              </w:rPr>
              <w:t>của</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trong</w:t>
            </w:r>
            <w:proofErr w:type="spellEnd"/>
            <w:r w:rsidRPr="004543E3">
              <w:rPr>
                <w:szCs w:val="26"/>
              </w:rPr>
              <w:t xml:space="preserve"> </w:t>
            </w:r>
            <w:proofErr w:type="spellStart"/>
            <w:r w:rsidRPr="004543E3">
              <w:rPr>
                <w:szCs w:val="26"/>
              </w:rPr>
              <w:t>lĩnh</w:t>
            </w:r>
            <w:proofErr w:type="spellEnd"/>
            <w:r w:rsidRPr="004543E3">
              <w:rPr>
                <w:szCs w:val="26"/>
              </w:rPr>
              <w:t xml:space="preserve"> </w:t>
            </w:r>
            <w:proofErr w:type="spellStart"/>
            <w:r w:rsidRPr="004543E3">
              <w:rPr>
                <w:szCs w:val="26"/>
              </w:rPr>
              <w:t>vực</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soát</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 xml:space="preserve">, </w:t>
            </w:r>
            <w:proofErr w:type="spellStart"/>
            <w:r w:rsidRPr="004543E3">
              <w:rPr>
                <w:szCs w:val="26"/>
              </w:rPr>
              <w:t>đồng</w:t>
            </w:r>
            <w:proofErr w:type="spellEnd"/>
            <w:r w:rsidRPr="004543E3">
              <w:rPr>
                <w:szCs w:val="26"/>
              </w:rPr>
              <w:t xml:space="preserve"> </w:t>
            </w:r>
            <w:proofErr w:type="spellStart"/>
            <w:r w:rsidRPr="004543E3">
              <w:rPr>
                <w:szCs w:val="26"/>
              </w:rPr>
              <w:t>thời</w:t>
            </w:r>
            <w:proofErr w:type="spellEnd"/>
            <w:r w:rsidRPr="004543E3">
              <w:rPr>
                <w:szCs w:val="26"/>
              </w:rPr>
              <w:t xml:space="preserve"> </w:t>
            </w:r>
            <w:proofErr w:type="spellStart"/>
            <w:r w:rsidRPr="004543E3">
              <w:rPr>
                <w:szCs w:val="26"/>
              </w:rPr>
              <w:t>bảo</w:t>
            </w:r>
            <w:proofErr w:type="spellEnd"/>
            <w:r w:rsidRPr="004543E3">
              <w:rPr>
                <w:szCs w:val="26"/>
              </w:rPr>
              <w:t xml:space="preserve"> </w:t>
            </w:r>
            <w:proofErr w:type="spellStart"/>
            <w:r w:rsidRPr="004543E3">
              <w:rPr>
                <w:szCs w:val="26"/>
              </w:rPr>
              <w:t>đảm</w:t>
            </w:r>
            <w:proofErr w:type="spellEnd"/>
            <w:r w:rsidRPr="004543E3">
              <w:rPr>
                <w:szCs w:val="26"/>
              </w:rPr>
              <w:t xml:space="preserve"> </w:t>
            </w:r>
            <w:proofErr w:type="spellStart"/>
            <w:r w:rsidRPr="004543E3">
              <w:rPr>
                <w:szCs w:val="26"/>
              </w:rPr>
              <w:t>phù</w:t>
            </w:r>
            <w:proofErr w:type="spellEnd"/>
            <w:r w:rsidRPr="004543E3">
              <w:rPr>
                <w:szCs w:val="26"/>
              </w:rPr>
              <w:t xml:space="preserve"> </w:t>
            </w:r>
            <w:proofErr w:type="spellStart"/>
            <w:r w:rsidRPr="004543E3">
              <w:rPr>
                <w:szCs w:val="26"/>
              </w:rPr>
              <w:t>hợp</w:t>
            </w:r>
            <w:proofErr w:type="spellEnd"/>
            <w:r w:rsidRPr="004543E3">
              <w:rPr>
                <w:szCs w:val="26"/>
              </w:rPr>
              <w:t xml:space="preserve"> </w:t>
            </w:r>
            <w:proofErr w:type="spellStart"/>
            <w:r w:rsidRPr="004543E3">
              <w:rPr>
                <w:szCs w:val="26"/>
              </w:rPr>
              <w:t>với</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định</w:t>
            </w:r>
            <w:proofErr w:type="spellEnd"/>
            <w:r w:rsidRPr="004543E3">
              <w:rPr>
                <w:szCs w:val="26"/>
              </w:rPr>
              <w:t xml:space="preserve"> </w:t>
            </w:r>
            <w:proofErr w:type="spellStart"/>
            <w:r w:rsidRPr="004543E3">
              <w:rPr>
                <w:szCs w:val="26"/>
              </w:rPr>
              <w:t>của</w:t>
            </w:r>
            <w:proofErr w:type="spellEnd"/>
            <w:r w:rsidRPr="004543E3">
              <w:rPr>
                <w:szCs w:val="26"/>
              </w:rPr>
              <w:t xml:space="preserve"> </w:t>
            </w:r>
            <w:proofErr w:type="spellStart"/>
            <w:r w:rsidRPr="004543E3">
              <w:rPr>
                <w:szCs w:val="26"/>
              </w:rPr>
              <w:t>pháp</w:t>
            </w:r>
            <w:proofErr w:type="spellEnd"/>
            <w:r w:rsidRPr="004543E3">
              <w:rPr>
                <w:szCs w:val="26"/>
              </w:rPr>
              <w:t xml:space="preserve"> </w:t>
            </w:r>
            <w:proofErr w:type="spellStart"/>
            <w:r w:rsidRPr="004543E3">
              <w:rPr>
                <w:szCs w:val="26"/>
              </w:rPr>
              <w:t>luật</w:t>
            </w:r>
            <w:proofErr w:type="spellEnd"/>
            <w:r w:rsidRPr="004543E3">
              <w:rPr>
                <w:szCs w:val="26"/>
              </w:rPr>
              <w:t xml:space="preserve"> </w:t>
            </w:r>
            <w:proofErr w:type="spellStart"/>
            <w:r w:rsidRPr="004543E3">
              <w:rPr>
                <w:szCs w:val="26"/>
              </w:rPr>
              <w:t>hiện</w:t>
            </w:r>
            <w:proofErr w:type="spellEnd"/>
            <w:r w:rsidRPr="004543E3">
              <w:rPr>
                <w:szCs w:val="26"/>
              </w:rPr>
              <w:t xml:space="preserve"> </w:t>
            </w:r>
            <w:proofErr w:type="spellStart"/>
            <w:r w:rsidRPr="004543E3">
              <w:rPr>
                <w:szCs w:val="26"/>
              </w:rPr>
              <w:t>hành</w:t>
            </w:r>
            <w:proofErr w:type="spellEnd"/>
            <w:r>
              <w:rPr>
                <w:szCs w:val="26"/>
              </w:rPr>
              <w:t xml:space="preserve">; </w:t>
            </w:r>
            <w:proofErr w:type="spellStart"/>
            <w:r w:rsidRPr="004543E3">
              <w:rPr>
                <w:szCs w:val="26"/>
              </w:rPr>
              <w:t>không</w:t>
            </w:r>
            <w:proofErr w:type="spellEnd"/>
            <w:r w:rsidRPr="004543E3">
              <w:rPr>
                <w:szCs w:val="26"/>
              </w:rPr>
              <w:t xml:space="preserve"> </w:t>
            </w:r>
            <w:proofErr w:type="spellStart"/>
            <w:r w:rsidRPr="004543E3">
              <w:rPr>
                <w:szCs w:val="26"/>
              </w:rPr>
              <w:t>làm</w:t>
            </w:r>
            <w:proofErr w:type="spellEnd"/>
            <w:r w:rsidRPr="004543E3">
              <w:rPr>
                <w:szCs w:val="26"/>
              </w:rPr>
              <w:t xml:space="preserve"> </w:t>
            </w:r>
            <w:proofErr w:type="spellStart"/>
            <w:r w:rsidRPr="004543E3">
              <w:rPr>
                <w:szCs w:val="26"/>
              </w:rPr>
              <w:t>phát</w:t>
            </w:r>
            <w:proofErr w:type="spellEnd"/>
            <w:r w:rsidRPr="004543E3">
              <w:rPr>
                <w:szCs w:val="26"/>
              </w:rPr>
              <w:t xml:space="preserve"> </w:t>
            </w:r>
            <w:proofErr w:type="spellStart"/>
            <w:r w:rsidRPr="004543E3">
              <w:rPr>
                <w:szCs w:val="26"/>
              </w:rPr>
              <w:t>sinh</w:t>
            </w:r>
            <w:proofErr w:type="spellEnd"/>
            <w:r w:rsidRPr="004543E3">
              <w:rPr>
                <w:szCs w:val="26"/>
              </w:rPr>
              <w:t xml:space="preserve"> </w:t>
            </w:r>
            <w:proofErr w:type="spellStart"/>
            <w:r w:rsidRPr="004543E3">
              <w:rPr>
                <w:szCs w:val="26"/>
              </w:rPr>
              <w:t>yêu</w:t>
            </w:r>
            <w:proofErr w:type="spellEnd"/>
            <w:r w:rsidRPr="004543E3">
              <w:rPr>
                <w:szCs w:val="26"/>
              </w:rPr>
              <w:t xml:space="preserve"> </w:t>
            </w:r>
            <w:proofErr w:type="spellStart"/>
            <w:r w:rsidRPr="004543E3">
              <w:rPr>
                <w:szCs w:val="26"/>
              </w:rPr>
              <w:t>cầu</w:t>
            </w:r>
            <w:proofErr w:type="spellEnd"/>
            <w:r w:rsidRPr="004543E3">
              <w:rPr>
                <w:szCs w:val="26"/>
              </w:rPr>
              <w:t xml:space="preserve"> </w:t>
            </w:r>
            <w:proofErr w:type="spellStart"/>
            <w:r w:rsidRPr="004543E3">
              <w:rPr>
                <w:szCs w:val="26"/>
              </w:rPr>
              <w:t>hình</w:t>
            </w:r>
            <w:proofErr w:type="spellEnd"/>
            <w:r w:rsidRPr="004543E3">
              <w:rPr>
                <w:szCs w:val="26"/>
              </w:rPr>
              <w:t xml:space="preserve"> </w:t>
            </w:r>
            <w:proofErr w:type="spellStart"/>
            <w:r w:rsidRPr="004543E3">
              <w:rPr>
                <w:szCs w:val="26"/>
              </w:rPr>
              <w:t>thức</w:t>
            </w:r>
            <w:proofErr w:type="spellEnd"/>
            <w:r w:rsidRPr="004543E3">
              <w:rPr>
                <w:szCs w:val="26"/>
              </w:rPr>
              <w:t xml:space="preserve"> </w:t>
            </w:r>
            <w:proofErr w:type="spellStart"/>
            <w:r w:rsidRPr="004543E3">
              <w:rPr>
                <w:szCs w:val="26"/>
              </w:rPr>
              <w:t>hoặc</w:t>
            </w:r>
            <w:proofErr w:type="spellEnd"/>
            <w:r w:rsidRPr="004543E3">
              <w:rPr>
                <w:szCs w:val="26"/>
              </w:rPr>
              <w:t xml:space="preserve"> </w:t>
            </w:r>
            <w:proofErr w:type="spellStart"/>
            <w:r w:rsidRPr="004543E3">
              <w:rPr>
                <w:szCs w:val="26"/>
              </w:rPr>
              <w:t>gây</w:t>
            </w:r>
            <w:proofErr w:type="spellEnd"/>
            <w:r w:rsidRPr="004543E3">
              <w:rPr>
                <w:szCs w:val="26"/>
              </w:rPr>
              <w:t xml:space="preserve"> </w:t>
            </w:r>
            <w:proofErr w:type="spellStart"/>
            <w:r w:rsidRPr="004543E3">
              <w:rPr>
                <w:szCs w:val="26"/>
              </w:rPr>
              <w:t>khó</w:t>
            </w:r>
            <w:proofErr w:type="spellEnd"/>
            <w:r w:rsidRPr="004543E3">
              <w:rPr>
                <w:szCs w:val="26"/>
              </w:rPr>
              <w:t xml:space="preserve"> </w:t>
            </w:r>
            <w:proofErr w:type="spellStart"/>
            <w:r w:rsidRPr="004543E3">
              <w:rPr>
                <w:szCs w:val="26"/>
              </w:rPr>
              <w:t>khăn</w:t>
            </w:r>
            <w:proofErr w:type="spellEnd"/>
            <w:r w:rsidRPr="004543E3">
              <w:rPr>
                <w:szCs w:val="26"/>
              </w:rPr>
              <w:t xml:space="preserve"> </w:t>
            </w:r>
            <w:proofErr w:type="spellStart"/>
            <w:r w:rsidRPr="004543E3">
              <w:rPr>
                <w:szCs w:val="26"/>
              </w:rPr>
              <w:t>trong</w:t>
            </w:r>
            <w:proofErr w:type="spellEnd"/>
            <w:r w:rsidRPr="004543E3">
              <w:rPr>
                <w:szCs w:val="26"/>
              </w:rPr>
              <w:t xml:space="preserve"> </w:t>
            </w:r>
            <w:proofErr w:type="spellStart"/>
            <w:r w:rsidRPr="004543E3">
              <w:rPr>
                <w:szCs w:val="26"/>
              </w:rPr>
              <w:t>quá</w:t>
            </w:r>
            <w:proofErr w:type="spellEnd"/>
            <w:r w:rsidRPr="004543E3">
              <w:rPr>
                <w:szCs w:val="26"/>
              </w:rPr>
              <w:t xml:space="preserve"> </w:t>
            </w:r>
            <w:proofErr w:type="spellStart"/>
            <w:r w:rsidRPr="004543E3">
              <w:rPr>
                <w:szCs w:val="26"/>
              </w:rPr>
              <w:t>trình</w:t>
            </w:r>
            <w:proofErr w:type="spellEnd"/>
            <w:r w:rsidRPr="004543E3">
              <w:rPr>
                <w:szCs w:val="26"/>
              </w:rPr>
              <w:t xml:space="preserve"> </w:t>
            </w:r>
            <w:proofErr w:type="spellStart"/>
            <w:r w:rsidRPr="004543E3">
              <w:rPr>
                <w:szCs w:val="26"/>
              </w:rPr>
              <w:t>tổ</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thực</w:t>
            </w:r>
            <w:proofErr w:type="spellEnd"/>
            <w:r w:rsidRPr="004543E3">
              <w:rPr>
                <w:szCs w:val="26"/>
              </w:rPr>
              <w:t xml:space="preserve"> </w:t>
            </w:r>
            <w:proofErr w:type="spellStart"/>
            <w:r w:rsidRPr="004543E3">
              <w:rPr>
                <w:szCs w:val="26"/>
              </w:rPr>
              <w:t>hiện</w:t>
            </w:r>
            <w:proofErr w:type="spellEnd"/>
            <w:r w:rsidRPr="004543E3">
              <w:rPr>
                <w:szCs w:val="26"/>
              </w:rPr>
              <w:t xml:space="preserve"> </w:t>
            </w:r>
            <w:proofErr w:type="spellStart"/>
            <w:r w:rsidRPr="004543E3">
              <w:rPr>
                <w:szCs w:val="26"/>
              </w:rPr>
              <w:t>tại</w:t>
            </w:r>
            <w:proofErr w:type="spellEnd"/>
            <w:r w:rsidRPr="004543E3">
              <w:rPr>
                <w:szCs w:val="26"/>
              </w:rPr>
              <w:t xml:space="preserve"> </w:t>
            </w:r>
            <w:proofErr w:type="spellStart"/>
            <w:r w:rsidRPr="004543E3">
              <w:rPr>
                <w:szCs w:val="26"/>
              </w:rPr>
              <w:t>các</w:t>
            </w:r>
            <w:proofErr w:type="spellEnd"/>
            <w:r w:rsidRPr="004543E3">
              <w:rPr>
                <w:szCs w:val="26"/>
              </w:rPr>
              <w:t xml:space="preserve"> </w:t>
            </w:r>
            <w:proofErr w:type="spellStart"/>
            <w:r w:rsidRPr="004543E3">
              <w:rPr>
                <w:szCs w:val="26"/>
              </w:rPr>
              <w:t>bộ</w:t>
            </w:r>
            <w:proofErr w:type="spellEnd"/>
            <w:r w:rsidRPr="004543E3">
              <w:rPr>
                <w:szCs w:val="26"/>
              </w:rPr>
              <w:t xml:space="preserve">, </w:t>
            </w:r>
            <w:proofErr w:type="spellStart"/>
            <w:r w:rsidRPr="004543E3">
              <w:rPr>
                <w:szCs w:val="26"/>
              </w:rPr>
              <w:t>ngành</w:t>
            </w:r>
            <w:proofErr w:type="spellEnd"/>
            <w:r w:rsidRPr="004543E3">
              <w:rPr>
                <w:szCs w:val="26"/>
              </w:rPr>
              <w:t xml:space="preserve">, </w:t>
            </w:r>
            <w:proofErr w:type="spellStart"/>
            <w:r w:rsidRPr="004543E3">
              <w:rPr>
                <w:szCs w:val="26"/>
              </w:rPr>
              <w:t>địa</w:t>
            </w:r>
            <w:proofErr w:type="spellEnd"/>
            <w:r w:rsidRPr="004543E3">
              <w:rPr>
                <w:szCs w:val="26"/>
              </w:rPr>
              <w:t xml:space="preserve"> </w:t>
            </w:r>
            <w:proofErr w:type="spellStart"/>
            <w:r w:rsidRPr="004543E3">
              <w:rPr>
                <w:szCs w:val="26"/>
              </w:rPr>
              <w:t>phương</w:t>
            </w:r>
            <w:proofErr w:type="spellEnd"/>
            <w:r w:rsidRPr="004543E3">
              <w:rPr>
                <w:szCs w:val="26"/>
              </w:rPr>
              <w:t>.</w:t>
            </w:r>
          </w:p>
        </w:tc>
      </w:tr>
      <w:tr w:rsidR="00512F52" w:rsidRPr="004543E3" w14:paraId="6407140F" w14:textId="77777777" w:rsidTr="004C2B3E">
        <w:tc>
          <w:tcPr>
            <w:tcW w:w="1098" w:type="dxa"/>
          </w:tcPr>
          <w:p w14:paraId="28DA631C" w14:textId="05C71330" w:rsidR="00512F52" w:rsidRPr="00D74673" w:rsidRDefault="00512F52" w:rsidP="00512F52">
            <w:pPr>
              <w:jc w:val="center"/>
              <w:rPr>
                <w:b/>
                <w:bCs/>
              </w:rPr>
            </w:pPr>
            <w:r w:rsidRPr="00D74673">
              <w:rPr>
                <w:b/>
                <w:bCs/>
              </w:rPr>
              <w:t>1</w:t>
            </w:r>
            <w:r>
              <w:rPr>
                <w:b/>
                <w:bCs/>
              </w:rPr>
              <w:t>6</w:t>
            </w:r>
          </w:p>
        </w:tc>
        <w:tc>
          <w:tcPr>
            <w:tcW w:w="6127" w:type="dxa"/>
          </w:tcPr>
          <w:p w14:paraId="71F8BB2B" w14:textId="0D491C4F" w:rsidR="00512F52" w:rsidRPr="004543E3" w:rsidRDefault="00512F52" w:rsidP="00563608">
            <w:pPr>
              <w:spacing w:before="120" w:after="120" w:line="240" w:lineRule="auto"/>
              <w:jc w:val="both"/>
              <w:rPr>
                <w:rFonts w:cs="Times New Roman"/>
                <w:b/>
                <w:bCs/>
              </w:rPr>
            </w:pPr>
            <w:proofErr w:type="spellStart"/>
            <w:r w:rsidRPr="004543E3">
              <w:rPr>
                <w:rFonts w:cs="Times New Roman"/>
                <w:b/>
                <w:bCs/>
              </w:rPr>
              <w:t>Sơ</w:t>
            </w:r>
            <w:proofErr w:type="spellEnd"/>
            <w:r w:rsidRPr="004543E3">
              <w:rPr>
                <w:rFonts w:cs="Times New Roman"/>
                <w:b/>
                <w:bCs/>
              </w:rPr>
              <w:t xml:space="preserve">̉ KH&amp;CN </w:t>
            </w:r>
            <w:proofErr w:type="spellStart"/>
            <w:r w:rsidRPr="004543E3">
              <w:rPr>
                <w:rFonts w:cs="Times New Roman"/>
                <w:b/>
                <w:bCs/>
              </w:rPr>
              <w:t>tỉnh</w:t>
            </w:r>
            <w:proofErr w:type="spellEnd"/>
            <w:r w:rsidRPr="004543E3">
              <w:rPr>
                <w:rFonts w:cs="Times New Roman"/>
                <w:b/>
                <w:bCs/>
              </w:rPr>
              <w:t xml:space="preserve"> </w:t>
            </w:r>
            <w:proofErr w:type="spellStart"/>
            <w:r w:rsidRPr="004543E3">
              <w:rPr>
                <w:rFonts w:cs="Times New Roman"/>
                <w:b/>
                <w:bCs/>
              </w:rPr>
              <w:t>Tuyên</w:t>
            </w:r>
            <w:proofErr w:type="spellEnd"/>
            <w:r w:rsidRPr="004543E3">
              <w:rPr>
                <w:rFonts w:cs="Times New Roman"/>
                <w:b/>
                <w:bCs/>
              </w:rPr>
              <w:t xml:space="preserve"> Quang:</w:t>
            </w:r>
          </w:p>
          <w:p w14:paraId="22C66513" w14:textId="0C35B7EA" w:rsidR="00512F52" w:rsidRPr="004543E3" w:rsidRDefault="00512F52" w:rsidP="00563608">
            <w:pPr>
              <w:spacing w:before="120" w:after="120" w:line="240" w:lineRule="auto"/>
              <w:jc w:val="both"/>
              <w:rPr>
                <w:rFonts w:cs="Times New Roman"/>
              </w:rPr>
            </w:pPr>
            <w:proofErr w:type="spellStart"/>
            <w:r w:rsidRPr="004543E3">
              <w:rPr>
                <w:rFonts w:cs="Times New Roman"/>
              </w:rPr>
              <w:t>Đề</w:t>
            </w:r>
            <w:proofErr w:type="spellEnd"/>
            <w:r w:rsidRPr="004543E3">
              <w:rPr>
                <w:rFonts w:cs="Times New Roman"/>
              </w:rPr>
              <w:t xml:space="preserve"> </w:t>
            </w:r>
            <w:proofErr w:type="spellStart"/>
            <w:r w:rsidRPr="004543E3">
              <w:rPr>
                <w:rFonts w:cs="Times New Roman"/>
              </w:rPr>
              <w:t>nghị</w:t>
            </w:r>
            <w:proofErr w:type="spellEnd"/>
            <w:r w:rsidRPr="004543E3">
              <w:rPr>
                <w:rFonts w:cs="Times New Roman"/>
              </w:rPr>
              <w:t xml:space="preserve"> </w:t>
            </w:r>
            <w:proofErr w:type="spellStart"/>
            <w:r w:rsidRPr="004543E3">
              <w:rPr>
                <w:rFonts w:cs="Times New Roman"/>
              </w:rPr>
              <w:t>xem</w:t>
            </w:r>
            <w:proofErr w:type="spellEnd"/>
            <w:r w:rsidRPr="004543E3">
              <w:rPr>
                <w:rFonts w:cs="Times New Roman"/>
              </w:rPr>
              <w:t xml:space="preserve"> </w:t>
            </w:r>
            <w:proofErr w:type="spellStart"/>
            <w:r w:rsidRPr="004543E3">
              <w:rPr>
                <w:rFonts w:cs="Times New Roman"/>
              </w:rPr>
              <w:t>xét</w:t>
            </w:r>
            <w:proofErr w:type="spellEnd"/>
            <w:r w:rsidRPr="004543E3">
              <w:rPr>
                <w:rFonts w:cs="Times New Roman"/>
              </w:rPr>
              <w:t xml:space="preserve"> </w:t>
            </w:r>
            <w:proofErr w:type="spellStart"/>
            <w:r w:rsidRPr="004543E3">
              <w:rPr>
                <w:rFonts w:cs="Times New Roman"/>
              </w:rPr>
              <w:t>nội</w:t>
            </w:r>
            <w:proofErr w:type="spellEnd"/>
            <w:r w:rsidRPr="004543E3">
              <w:rPr>
                <w:rFonts w:cs="Times New Roman"/>
              </w:rPr>
              <w:t xml:space="preserve"> dung </w:t>
            </w:r>
            <w:proofErr w:type="spellStart"/>
            <w:r w:rsidRPr="004543E3">
              <w:rPr>
                <w:rFonts w:cs="Times New Roman"/>
              </w:rPr>
              <w:t>tại</w:t>
            </w:r>
            <w:proofErr w:type="spellEnd"/>
            <w:r w:rsidRPr="004543E3">
              <w:rPr>
                <w:rFonts w:cs="Times New Roman"/>
              </w:rPr>
              <w:t xml:space="preserve"> </w:t>
            </w:r>
            <w:proofErr w:type="spellStart"/>
            <w:r w:rsidRPr="004543E3">
              <w:rPr>
                <w:rFonts w:cs="Times New Roman"/>
              </w:rPr>
              <w:t>Điều</w:t>
            </w:r>
            <w:proofErr w:type="spellEnd"/>
            <w:r w:rsidRPr="004543E3">
              <w:rPr>
                <w:rFonts w:cs="Times New Roman"/>
              </w:rPr>
              <w:t xml:space="preserve"> 5, </w:t>
            </w:r>
            <w:proofErr w:type="spellStart"/>
            <w:r w:rsidRPr="004543E3">
              <w:rPr>
                <w:rFonts w:cs="Times New Roman"/>
              </w:rPr>
              <w:t>Điều</w:t>
            </w:r>
            <w:proofErr w:type="spellEnd"/>
            <w:r w:rsidRPr="004543E3">
              <w:rPr>
                <w:rFonts w:cs="Times New Roman"/>
              </w:rPr>
              <w:t xml:space="preserve"> 6 </w:t>
            </w:r>
            <w:proofErr w:type="spellStart"/>
            <w:r w:rsidRPr="004543E3">
              <w:rPr>
                <w:rFonts w:cs="Times New Roman"/>
              </w:rPr>
              <w:t>và</w:t>
            </w:r>
            <w:proofErr w:type="spellEnd"/>
            <w:r w:rsidRPr="004543E3">
              <w:rPr>
                <w:rFonts w:cs="Times New Roman"/>
              </w:rPr>
              <w:t xml:space="preserve"> </w:t>
            </w:r>
            <w:proofErr w:type="spellStart"/>
            <w:r w:rsidRPr="004543E3">
              <w:rPr>
                <w:rFonts w:cs="Times New Roman"/>
              </w:rPr>
              <w:t>Điều</w:t>
            </w:r>
            <w:proofErr w:type="spellEnd"/>
            <w:r w:rsidRPr="004543E3">
              <w:rPr>
                <w:rFonts w:cs="Times New Roman"/>
              </w:rPr>
              <w:t xml:space="preserve"> 7, </w:t>
            </w:r>
            <w:proofErr w:type="spellStart"/>
            <w:r w:rsidRPr="004543E3">
              <w:rPr>
                <w:rFonts w:cs="Times New Roman"/>
              </w:rPr>
              <w:t>dự</w:t>
            </w:r>
            <w:proofErr w:type="spellEnd"/>
            <w:r w:rsidRPr="004543E3">
              <w:rPr>
                <w:rFonts w:cs="Times New Roman"/>
              </w:rPr>
              <w:t xml:space="preserve"> </w:t>
            </w:r>
            <w:proofErr w:type="spellStart"/>
            <w:r w:rsidRPr="004543E3">
              <w:rPr>
                <w:rFonts w:cs="Times New Roman"/>
              </w:rPr>
              <w:t>thảo</w:t>
            </w:r>
            <w:proofErr w:type="spellEnd"/>
            <w:r w:rsidRPr="004543E3">
              <w:rPr>
                <w:rFonts w:cs="Times New Roman"/>
              </w:rPr>
              <w:t xml:space="preserve"> </w:t>
            </w:r>
            <w:proofErr w:type="spellStart"/>
            <w:r w:rsidRPr="004543E3">
              <w:rPr>
                <w:rFonts w:cs="Times New Roman"/>
              </w:rPr>
              <w:t>đang</w:t>
            </w:r>
            <w:proofErr w:type="spellEnd"/>
            <w:r w:rsidRPr="004543E3">
              <w:rPr>
                <w:rFonts w:cs="Times New Roman"/>
              </w:rPr>
              <w:t xml:space="preserve"> </w:t>
            </w:r>
            <w:proofErr w:type="spellStart"/>
            <w:r w:rsidRPr="004543E3">
              <w:rPr>
                <w:rFonts w:cs="Times New Roman"/>
              </w:rPr>
              <w:t>áp</w:t>
            </w:r>
            <w:proofErr w:type="spellEnd"/>
            <w:r w:rsidRPr="004543E3">
              <w:rPr>
                <w:rFonts w:cs="Times New Roman"/>
              </w:rPr>
              <w:t xml:space="preserve"> </w:t>
            </w:r>
            <w:proofErr w:type="spellStart"/>
            <w:r w:rsidRPr="004543E3">
              <w:rPr>
                <w:rFonts w:cs="Times New Roman"/>
              </w:rPr>
              <w:t>dụng</w:t>
            </w:r>
            <w:proofErr w:type="spellEnd"/>
            <w:r w:rsidRPr="004543E3">
              <w:rPr>
                <w:rFonts w:cs="Times New Roman"/>
              </w:rPr>
              <w:t xml:space="preserve"> </w:t>
            </w:r>
            <w:proofErr w:type="spellStart"/>
            <w:r w:rsidRPr="004543E3">
              <w:rPr>
                <w:rFonts w:cs="Times New Roman"/>
              </w:rPr>
              <w:t>chung</w:t>
            </w:r>
            <w:proofErr w:type="spellEnd"/>
            <w:r w:rsidRPr="004543E3">
              <w:rPr>
                <w:rFonts w:cs="Times New Roman"/>
              </w:rPr>
              <w:t xml:space="preserve"> </w:t>
            </w:r>
            <w:proofErr w:type="spellStart"/>
            <w:r w:rsidRPr="004543E3">
              <w:rPr>
                <w:rFonts w:cs="Times New Roman"/>
              </w:rPr>
              <w:t>một</w:t>
            </w:r>
            <w:proofErr w:type="spellEnd"/>
            <w:r w:rsidRPr="004543E3">
              <w:rPr>
                <w:rFonts w:cs="Times New Roman"/>
              </w:rPr>
              <w:t xml:space="preserve"> </w:t>
            </w:r>
            <w:proofErr w:type="spellStart"/>
            <w:r w:rsidRPr="004543E3">
              <w:rPr>
                <w:rFonts w:cs="Times New Roman"/>
              </w:rPr>
              <w:t>khung</w:t>
            </w:r>
            <w:proofErr w:type="spellEnd"/>
            <w:r w:rsidRPr="004543E3">
              <w:rPr>
                <w:rFonts w:cs="Times New Roman"/>
              </w:rPr>
              <w:t xml:space="preserve"> </w:t>
            </w:r>
            <w:proofErr w:type="spellStart"/>
            <w:r w:rsidRPr="004543E3">
              <w:rPr>
                <w:rFonts w:cs="Times New Roman"/>
              </w:rPr>
              <w:t>tiêu</w:t>
            </w:r>
            <w:proofErr w:type="spellEnd"/>
            <w:r w:rsidRPr="004543E3">
              <w:rPr>
                <w:rFonts w:cs="Times New Roman"/>
              </w:rPr>
              <w:t xml:space="preserve"> </w:t>
            </w:r>
            <w:proofErr w:type="spellStart"/>
            <w:r w:rsidRPr="004543E3">
              <w:rPr>
                <w:rFonts w:cs="Times New Roman"/>
              </w:rPr>
              <w:t>chuẩn</w:t>
            </w:r>
            <w:proofErr w:type="spellEnd"/>
            <w:r w:rsidRPr="004543E3">
              <w:rPr>
                <w:rFonts w:cs="Times New Roman"/>
              </w:rPr>
              <w:t xml:space="preserve"> </w:t>
            </w:r>
            <w:proofErr w:type="spellStart"/>
            <w:r w:rsidRPr="004543E3">
              <w:rPr>
                <w:rFonts w:cs="Times New Roman"/>
              </w:rPr>
              <w:t>nghiệp</w:t>
            </w:r>
            <w:proofErr w:type="spellEnd"/>
            <w:r w:rsidRPr="004543E3">
              <w:rPr>
                <w:rFonts w:cs="Times New Roman"/>
              </w:rPr>
              <w:t xml:space="preserve"> </w:t>
            </w:r>
            <w:proofErr w:type="spellStart"/>
            <w:r w:rsidRPr="004543E3">
              <w:rPr>
                <w:rFonts w:cs="Times New Roman"/>
              </w:rPr>
              <w:t>vụ</w:t>
            </w:r>
            <w:proofErr w:type="spellEnd"/>
            <w:r w:rsidRPr="004543E3">
              <w:rPr>
                <w:rFonts w:cs="Times New Roman"/>
              </w:rPr>
              <w:t xml:space="preserve"> </w:t>
            </w:r>
            <w:proofErr w:type="spellStart"/>
            <w:r w:rsidRPr="004543E3">
              <w:rPr>
                <w:rFonts w:cs="Times New Roman"/>
              </w:rPr>
              <w:t>cho</w:t>
            </w:r>
            <w:proofErr w:type="spellEnd"/>
            <w:r w:rsidRPr="004543E3">
              <w:rPr>
                <w:rFonts w:cs="Times New Roman"/>
              </w:rPr>
              <w:t xml:space="preserve"> </w:t>
            </w:r>
            <w:proofErr w:type="spellStart"/>
            <w:r w:rsidRPr="004543E3">
              <w:rPr>
                <w:rFonts w:cs="Times New Roman"/>
              </w:rPr>
              <w:t>cả</w:t>
            </w:r>
            <w:proofErr w:type="spellEnd"/>
            <w:r w:rsidRPr="004543E3">
              <w:rPr>
                <w:rFonts w:cs="Times New Roman"/>
              </w:rPr>
              <w:t xml:space="preserve"> </w:t>
            </w:r>
            <w:proofErr w:type="spellStart"/>
            <w:r w:rsidRPr="004543E3">
              <w:rPr>
                <w:rFonts w:cs="Times New Roman"/>
              </w:rPr>
              <w:t>công</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và</w:t>
            </w:r>
            <w:proofErr w:type="spellEnd"/>
            <w:r w:rsidRPr="004543E3">
              <w:rPr>
                <w:rFonts w:cs="Times New Roman"/>
              </w:rPr>
              <w:t xml:space="preserve"> </w:t>
            </w:r>
            <w:proofErr w:type="spellStart"/>
            <w:r w:rsidRPr="004543E3">
              <w:rPr>
                <w:rFonts w:cs="Times New Roman"/>
              </w:rPr>
              <w:t>viên</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trong</w:t>
            </w:r>
            <w:proofErr w:type="spellEnd"/>
            <w:r w:rsidRPr="004543E3">
              <w:rPr>
                <w:rFonts w:cs="Times New Roman"/>
              </w:rPr>
              <w:t xml:space="preserve"> </w:t>
            </w:r>
            <w:proofErr w:type="spellStart"/>
            <w:r w:rsidRPr="004543E3">
              <w:rPr>
                <w:rFonts w:cs="Times New Roman"/>
              </w:rPr>
              <w:t>khi</w:t>
            </w:r>
            <w:proofErr w:type="spellEnd"/>
            <w:r w:rsidRPr="004543E3">
              <w:rPr>
                <w:rFonts w:cs="Times New Roman"/>
              </w:rPr>
              <w:t xml:space="preserve"> </w:t>
            </w:r>
            <w:proofErr w:type="spellStart"/>
            <w:r w:rsidRPr="004543E3">
              <w:rPr>
                <w:rFonts w:cs="Times New Roman"/>
              </w:rPr>
              <w:t>thực</w:t>
            </w:r>
            <w:proofErr w:type="spellEnd"/>
            <w:r w:rsidRPr="004543E3">
              <w:rPr>
                <w:rFonts w:cs="Times New Roman"/>
              </w:rPr>
              <w:t xml:space="preserve"> </w:t>
            </w:r>
            <w:proofErr w:type="spellStart"/>
            <w:r w:rsidRPr="004543E3">
              <w:rPr>
                <w:rFonts w:cs="Times New Roman"/>
              </w:rPr>
              <w:t>tế</w:t>
            </w:r>
            <w:proofErr w:type="spellEnd"/>
            <w:r w:rsidRPr="004543E3">
              <w:rPr>
                <w:rFonts w:cs="Times New Roman"/>
              </w:rPr>
              <w:t xml:space="preserve"> </w:t>
            </w:r>
            <w:proofErr w:type="spellStart"/>
            <w:r w:rsidRPr="004543E3">
              <w:rPr>
                <w:rFonts w:cs="Times New Roman"/>
              </w:rPr>
              <w:t>tại</w:t>
            </w:r>
            <w:proofErr w:type="spellEnd"/>
            <w:r w:rsidRPr="004543E3">
              <w:rPr>
                <w:rFonts w:cs="Times New Roman"/>
              </w:rPr>
              <w:t xml:space="preserve"> </w:t>
            </w:r>
            <w:proofErr w:type="spellStart"/>
            <w:r w:rsidRPr="004543E3">
              <w:rPr>
                <w:rFonts w:cs="Times New Roman"/>
              </w:rPr>
              <w:t>địa</w:t>
            </w:r>
            <w:proofErr w:type="spellEnd"/>
            <w:r w:rsidRPr="004543E3">
              <w:rPr>
                <w:rFonts w:cs="Times New Roman"/>
              </w:rPr>
              <w:t xml:space="preserve"> </w:t>
            </w:r>
            <w:proofErr w:type="spellStart"/>
            <w:r w:rsidRPr="004543E3">
              <w:rPr>
                <w:rFonts w:cs="Times New Roman"/>
              </w:rPr>
              <w:t>phương</w:t>
            </w:r>
            <w:proofErr w:type="spellEnd"/>
            <w:r w:rsidRPr="004543E3">
              <w:rPr>
                <w:rFonts w:cs="Times New Roman"/>
              </w:rPr>
              <w:t xml:space="preserve"> </w:t>
            </w:r>
            <w:proofErr w:type="spellStart"/>
            <w:r w:rsidRPr="004543E3">
              <w:rPr>
                <w:rFonts w:cs="Times New Roman"/>
              </w:rPr>
              <w:t>có</w:t>
            </w:r>
            <w:proofErr w:type="spellEnd"/>
            <w:r w:rsidRPr="004543E3">
              <w:rPr>
                <w:rFonts w:cs="Times New Roman"/>
              </w:rPr>
              <w:t xml:space="preserve"> </w:t>
            </w:r>
            <w:proofErr w:type="spellStart"/>
            <w:r w:rsidRPr="004543E3">
              <w:rPr>
                <w:rFonts w:cs="Times New Roman"/>
              </w:rPr>
              <w:t>sự</w:t>
            </w:r>
            <w:proofErr w:type="spellEnd"/>
            <w:r w:rsidRPr="004543E3">
              <w:rPr>
                <w:rFonts w:cs="Times New Roman"/>
              </w:rPr>
              <w:t xml:space="preserve"> </w:t>
            </w:r>
            <w:proofErr w:type="spellStart"/>
            <w:r w:rsidRPr="004543E3">
              <w:rPr>
                <w:rFonts w:cs="Times New Roman"/>
              </w:rPr>
              <w:t>phân</w:t>
            </w:r>
            <w:proofErr w:type="spellEnd"/>
            <w:r w:rsidRPr="004543E3">
              <w:rPr>
                <w:rFonts w:cs="Times New Roman"/>
              </w:rPr>
              <w:t xml:space="preserve"> </w:t>
            </w:r>
            <w:proofErr w:type="spellStart"/>
            <w:r w:rsidRPr="004543E3">
              <w:rPr>
                <w:rFonts w:cs="Times New Roman"/>
              </w:rPr>
              <w:t>định</w:t>
            </w:r>
            <w:proofErr w:type="spellEnd"/>
            <w:r w:rsidRPr="004543E3">
              <w:rPr>
                <w:rFonts w:cs="Times New Roman"/>
              </w:rPr>
              <w:t xml:space="preserve"> </w:t>
            </w:r>
            <w:proofErr w:type="spellStart"/>
            <w:r w:rsidRPr="004543E3">
              <w:rPr>
                <w:rFonts w:cs="Times New Roman"/>
              </w:rPr>
              <w:t>rõ</w:t>
            </w:r>
            <w:proofErr w:type="spellEnd"/>
            <w:r w:rsidRPr="004543E3">
              <w:rPr>
                <w:rFonts w:cs="Times New Roman"/>
              </w:rPr>
              <w:t xml:space="preserve"> </w:t>
            </w:r>
            <w:proofErr w:type="spellStart"/>
            <w:r w:rsidRPr="004543E3">
              <w:rPr>
                <w:rFonts w:cs="Times New Roman"/>
              </w:rPr>
              <w:t>giữa</w:t>
            </w:r>
            <w:proofErr w:type="spellEnd"/>
            <w:r w:rsidRPr="004543E3">
              <w:rPr>
                <w:rFonts w:cs="Times New Roman"/>
              </w:rPr>
              <w:t xml:space="preserve"> </w:t>
            </w:r>
            <w:proofErr w:type="spellStart"/>
            <w:r w:rsidRPr="004543E3">
              <w:rPr>
                <w:rFonts w:cs="Times New Roman"/>
              </w:rPr>
              <w:t>công</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thực</w:t>
            </w:r>
            <w:proofErr w:type="spellEnd"/>
            <w:r w:rsidRPr="004543E3">
              <w:rPr>
                <w:rFonts w:cs="Times New Roman"/>
              </w:rPr>
              <w:t xml:space="preserve"> </w:t>
            </w:r>
            <w:proofErr w:type="spellStart"/>
            <w:r w:rsidRPr="004543E3">
              <w:rPr>
                <w:rFonts w:cs="Times New Roman"/>
              </w:rPr>
              <w:t>hiện</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năng</w:t>
            </w:r>
            <w:proofErr w:type="spellEnd"/>
            <w:r w:rsidRPr="004543E3">
              <w:rPr>
                <w:rFonts w:cs="Times New Roman"/>
              </w:rPr>
              <w:t xml:space="preserve"> </w:t>
            </w:r>
            <w:proofErr w:type="spellStart"/>
            <w:r w:rsidRPr="004543E3">
              <w:rPr>
                <w:rFonts w:cs="Times New Roman"/>
              </w:rPr>
              <w:t>quản</w:t>
            </w:r>
            <w:proofErr w:type="spellEnd"/>
            <w:r w:rsidRPr="004543E3">
              <w:rPr>
                <w:rFonts w:cs="Times New Roman"/>
              </w:rPr>
              <w:t xml:space="preserve"> </w:t>
            </w:r>
            <w:proofErr w:type="spellStart"/>
            <w:r w:rsidRPr="004543E3">
              <w:rPr>
                <w:rFonts w:cs="Times New Roman"/>
              </w:rPr>
              <w:t>lý</w:t>
            </w:r>
            <w:proofErr w:type="spellEnd"/>
            <w:r w:rsidRPr="004543E3">
              <w:rPr>
                <w:rFonts w:cs="Times New Roman"/>
              </w:rPr>
              <w:t xml:space="preserve"> </w:t>
            </w:r>
            <w:proofErr w:type="spellStart"/>
            <w:r w:rsidRPr="004543E3">
              <w:rPr>
                <w:rFonts w:cs="Times New Roman"/>
              </w:rPr>
              <w:t>nhà</w:t>
            </w:r>
            <w:proofErr w:type="spellEnd"/>
            <w:r w:rsidRPr="004543E3">
              <w:rPr>
                <w:rFonts w:cs="Times New Roman"/>
              </w:rPr>
              <w:t xml:space="preserve"> </w:t>
            </w:r>
            <w:proofErr w:type="spellStart"/>
            <w:r w:rsidRPr="004543E3">
              <w:rPr>
                <w:rFonts w:cs="Times New Roman"/>
              </w:rPr>
              <w:t>nước</w:t>
            </w:r>
            <w:proofErr w:type="spellEnd"/>
            <w:r w:rsidRPr="004543E3">
              <w:rPr>
                <w:rFonts w:cs="Times New Roman"/>
              </w:rPr>
              <w:t xml:space="preserve"> </w:t>
            </w:r>
            <w:proofErr w:type="spellStart"/>
            <w:r w:rsidRPr="004543E3">
              <w:rPr>
                <w:rFonts w:cs="Times New Roman"/>
              </w:rPr>
              <w:t>và</w:t>
            </w:r>
            <w:proofErr w:type="spellEnd"/>
            <w:r w:rsidRPr="004543E3">
              <w:rPr>
                <w:rFonts w:cs="Times New Roman"/>
              </w:rPr>
              <w:t xml:space="preserve"> </w:t>
            </w:r>
            <w:proofErr w:type="spellStart"/>
            <w:r w:rsidRPr="004543E3">
              <w:rPr>
                <w:rFonts w:cs="Times New Roman"/>
              </w:rPr>
              <w:t>viên</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thực</w:t>
            </w:r>
            <w:proofErr w:type="spellEnd"/>
            <w:r w:rsidRPr="004543E3">
              <w:rPr>
                <w:rFonts w:cs="Times New Roman"/>
              </w:rPr>
              <w:t xml:space="preserve"> </w:t>
            </w:r>
            <w:proofErr w:type="spellStart"/>
            <w:r w:rsidRPr="004543E3">
              <w:rPr>
                <w:rFonts w:cs="Times New Roman"/>
              </w:rPr>
              <w:t>hiện</w:t>
            </w:r>
            <w:proofErr w:type="spellEnd"/>
            <w:r w:rsidRPr="004543E3">
              <w:rPr>
                <w:rFonts w:cs="Times New Roman"/>
              </w:rPr>
              <w:t xml:space="preserve"> </w:t>
            </w:r>
            <w:proofErr w:type="spellStart"/>
            <w:r w:rsidRPr="004543E3">
              <w:rPr>
                <w:rFonts w:cs="Times New Roman"/>
              </w:rPr>
              <w:t>nhiệm</w:t>
            </w:r>
            <w:proofErr w:type="spellEnd"/>
            <w:r w:rsidRPr="004543E3">
              <w:rPr>
                <w:rFonts w:cs="Times New Roman"/>
              </w:rPr>
              <w:t xml:space="preserve"> </w:t>
            </w:r>
            <w:proofErr w:type="spellStart"/>
            <w:r w:rsidRPr="004543E3">
              <w:rPr>
                <w:rFonts w:cs="Times New Roman"/>
              </w:rPr>
              <w:lastRenderedPageBreak/>
              <w:t>vụ</w:t>
            </w:r>
            <w:proofErr w:type="spellEnd"/>
            <w:r w:rsidRPr="004543E3">
              <w:rPr>
                <w:rFonts w:cs="Times New Roman"/>
              </w:rPr>
              <w:t xml:space="preserve"> </w:t>
            </w:r>
            <w:proofErr w:type="spellStart"/>
            <w:r w:rsidRPr="004543E3">
              <w:rPr>
                <w:rFonts w:cs="Times New Roman"/>
              </w:rPr>
              <w:t>kỹ</w:t>
            </w:r>
            <w:proofErr w:type="spellEnd"/>
            <w:r w:rsidRPr="004543E3">
              <w:rPr>
                <w:rFonts w:cs="Times New Roman"/>
              </w:rPr>
              <w:t xml:space="preserve"> </w:t>
            </w:r>
            <w:proofErr w:type="spellStart"/>
            <w:r w:rsidRPr="004543E3">
              <w:rPr>
                <w:rFonts w:cs="Times New Roman"/>
              </w:rPr>
              <w:t>thuật</w:t>
            </w:r>
            <w:proofErr w:type="spellEnd"/>
            <w:r w:rsidRPr="004543E3">
              <w:rPr>
                <w:rFonts w:cs="Times New Roman"/>
              </w:rPr>
              <w:t xml:space="preserve"> </w:t>
            </w:r>
            <w:proofErr w:type="spellStart"/>
            <w:r w:rsidRPr="004543E3">
              <w:rPr>
                <w:rFonts w:cs="Times New Roman"/>
              </w:rPr>
              <w:t>chuyên</w:t>
            </w:r>
            <w:proofErr w:type="spellEnd"/>
            <w:r w:rsidRPr="004543E3">
              <w:rPr>
                <w:rFonts w:cs="Times New Roman"/>
              </w:rPr>
              <w:t xml:space="preserve"> </w:t>
            </w:r>
            <w:proofErr w:type="spellStart"/>
            <w:r w:rsidRPr="004543E3">
              <w:rPr>
                <w:rFonts w:cs="Times New Roman"/>
              </w:rPr>
              <w:t>môn</w:t>
            </w:r>
            <w:proofErr w:type="spellEnd"/>
            <w:r w:rsidRPr="004543E3">
              <w:rPr>
                <w:rFonts w:cs="Times New Roman"/>
              </w:rPr>
              <w:t xml:space="preserve">. </w:t>
            </w:r>
            <w:proofErr w:type="spellStart"/>
            <w:r w:rsidRPr="004543E3">
              <w:rPr>
                <w:rFonts w:cs="Times New Roman"/>
              </w:rPr>
              <w:t>Việc</w:t>
            </w:r>
            <w:proofErr w:type="spellEnd"/>
            <w:r w:rsidRPr="004543E3">
              <w:rPr>
                <w:rFonts w:cs="Times New Roman"/>
              </w:rPr>
              <w:t xml:space="preserve"> </w:t>
            </w:r>
            <w:proofErr w:type="spellStart"/>
            <w:r w:rsidRPr="004543E3">
              <w:rPr>
                <w:rFonts w:cs="Times New Roman"/>
              </w:rPr>
              <w:t>áp</w:t>
            </w:r>
            <w:proofErr w:type="spellEnd"/>
            <w:r w:rsidRPr="004543E3">
              <w:rPr>
                <w:rFonts w:cs="Times New Roman"/>
              </w:rPr>
              <w:t xml:space="preserve"> </w:t>
            </w:r>
            <w:proofErr w:type="spellStart"/>
            <w:r w:rsidRPr="004543E3">
              <w:rPr>
                <w:rFonts w:cs="Times New Roman"/>
              </w:rPr>
              <w:t>dụng</w:t>
            </w:r>
            <w:proofErr w:type="spellEnd"/>
            <w:r w:rsidRPr="004543E3">
              <w:rPr>
                <w:rFonts w:cs="Times New Roman"/>
              </w:rPr>
              <w:t xml:space="preserve"> </w:t>
            </w:r>
            <w:proofErr w:type="spellStart"/>
            <w:r w:rsidRPr="004543E3">
              <w:rPr>
                <w:rFonts w:cs="Times New Roman"/>
              </w:rPr>
              <w:t>thống</w:t>
            </w:r>
            <w:proofErr w:type="spellEnd"/>
            <w:r w:rsidRPr="004543E3">
              <w:rPr>
                <w:rFonts w:cs="Times New Roman"/>
              </w:rPr>
              <w:t xml:space="preserve"> </w:t>
            </w:r>
            <w:proofErr w:type="spellStart"/>
            <w:r w:rsidRPr="004543E3">
              <w:rPr>
                <w:rFonts w:cs="Times New Roman"/>
              </w:rPr>
              <w:t>nhất</w:t>
            </w:r>
            <w:proofErr w:type="spellEnd"/>
            <w:r w:rsidRPr="004543E3">
              <w:rPr>
                <w:rFonts w:cs="Times New Roman"/>
              </w:rPr>
              <w:t xml:space="preserve"> </w:t>
            </w:r>
            <w:proofErr w:type="spellStart"/>
            <w:r w:rsidRPr="004543E3">
              <w:rPr>
                <w:rFonts w:cs="Times New Roman"/>
              </w:rPr>
              <w:t>một</w:t>
            </w:r>
            <w:proofErr w:type="spellEnd"/>
            <w:r w:rsidRPr="004543E3">
              <w:rPr>
                <w:rFonts w:cs="Times New Roman"/>
              </w:rPr>
              <w:t xml:space="preserve"> </w:t>
            </w:r>
            <w:proofErr w:type="spellStart"/>
            <w:r w:rsidRPr="004543E3">
              <w:rPr>
                <w:rFonts w:cs="Times New Roman"/>
              </w:rPr>
              <w:t>khung</w:t>
            </w:r>
            <w:proofErr w:type="spellEnd"/>
            <w:r w:rsidRPr="004543E3">
              <w:rPr>
                <w:rFonts w:cs="Times New Roman"/>
              </w:rPr>
              <w:t xml:space="preserve"> </w:t>
            </w:r>
            <w:proofErr w:type="spellStart"/>
            <w:r w:rsidRPr="004543E3">
              <w:rPr>
                <w:rFonts w:cs="Times New Roman"/>
              </w:rPr>
              <w:t>tiêu</w:t>
            </w:r>
            <w:proofErr w:type="spellEnd"/>
            <w:r w:rsidRPr="004543E3">
              <w:rPr>
                <w:rFonts w:cs="Times New Roman"/>
              </w:rPr>
              <w:t xml:space="preserve"> </w:t>
            </w:r>
            <w:proofErr w:type="spellStart"/>
            <w:r w:rsidRPr="004543E3">
              <w:rPr>
                <w:rFonts w:cs="Times New Roman"/>
              </w:rPr>
              <w:t>chuẩn</w:t>
            </w:r>
            <w:proofErr w:type="spellEnd"/>
            <w:r w:rsidRPr="004543E3">
              <w:rPr>
                <w:rFonts w:cs="Times New Roman"/>
              </w:rPr>
              <w:t xml:space="preserve"> </w:t>
            </w:r>
            <w:proofErr w:type="spellStart"/>
            <w:r w:rsidRPr="004543E3">
              <w:rPr>
                <w:rFonts w:cs="Times New Roman"/>
              </w:rPr>
              <w:t>có</w:t>
            </w:r>
            <w:proofErr w:type="spellEnd"/>
            <w:r w:rsidRPr="004543E3">
              <w:rPr>
                <w:rFonts w:cs="Times New Roman"/>
              </w:rPr>
              <w:t xml:space="preserve"> </w:t>
            </w:r>
            <w:proofErr w:type="spellStart"/>
            <w:r w:rsidRPr="004543E3">
              <w:rPr>
                <w:rFonts w:cs="Times New Roman"/>
              </w:rPr>
              <w:t>thể</w:t>
            </w:r>
            <w:proofErr w:type="spellEnd"/>
            <w:r w:rsidRPr="004543E3">
              <w:rPr>
                <w:rFonts w:cs="Times New Roman"/>
              </w:rPr>
              <w:t xml:space="preserve"> </w:t>
            </w:r>
            <w:proofErr w:type="spellStart"/>
            <w:r w:rsidRPr="004543E3">
              <w:rPr>
                <w:rFonts w:cs="Times New Roman"/>
              </w:rPr>
              <w:t>gây</w:t>
            </w:r>
            <w:proofErr w:type="spellEnd"/>
            <w:r w:rsidRPr="004543E3">
              <w:rPr>
                <w:rFonts w:cs="Times New Roman"/>
              </w:rPr>
              <w:t xml:space="preserve"> </w:t>
            </w:r>
            <w:proofErr w:type="spellStart"/>
            <w:r w:rsidRPr="004543E3">
              <w:rPr>
                <w:rFonts w:cs="Times New Roman"/>
              </w:rPr>
              <w:t>khó</w:t>
            </w:r>
            <w:proofErr w:type="spellEnd"/>
            <w:r w:rsidRPr="004543E3">
              <w:rPr>
                <w:rFonts w:cs="Times New Roman"/>
              </w:rPr>
              <w:t xml:space="preserve"> </w:t>
            </w:r>
            <w:proofErr w:type="spellStart"/>
            <w:r w:rsidRPr="004543E3">
              <w:rPr>
                <w:rFonts w:cs="Times New Roman"/>
              </w:rPr>
              <w:t>khăn</w:t>
            </w:r>
            <w:proofErr w:type="spellEnd"/>
            <w:r w:rsidRPr="004543E3">
              <w:rPr>
                <w:rFonts w:cs="Times New Roman"/>
              </w:rPr>
              <w:t xml:space="preserve"> </w:t>
            </w:r>
            <w:proofErr w:type="spellStart"/>
            <w:r w:rsidRPr="004543E3">
              <w:rPr>
                <w:rFonts w:cs="Times New Roman"/>
              </w:rPr>
              <w:t>trong</w:t>
            </w:r>
            <w:proofErr w:type="spellEnd"/>
            <w:r w:rsidRPr="004543E3">
              <w:rPr>
                <w:rFonts w:cs="Times New Roman"/>
              </w:rPr>
              <w:t xml:space="preserve"> </w:t>
            </w:r>
            <w:proofErr w:type="spellStart"/>
            <w:r w:rsidRPr="004543E3">
              <w:rPr>
                <w:rFonts w:cs="Times New Roman"/>
              </w:rPr>
              <w:t>bố</w:t>
            </w:r>
            <w:proofErr w:type="spellEnd"/>
            <w:r w:rsidRPr="004543E3">
              <w:rPr>
                <w:rFonts w:cs="Times New Roman"/>
              </w:rPr>
              <w:t xml:space="preserve"> </w:t>
            </w:r>
            <w:proofErr w:type="spellStart"/>
            <w:r w:rsidRPr="004543E3">
              <w:rPr>
                <w:rFonts w:cs="Times New Roman"/>
              </w:rPr>
              <w:t>trí</w:t>
            </w:r>
            <w:proofErr w:type="spellEnd"/>
            <w:r w:rsidRPr="004543E3">
              <w:rPr>
                <w:rFonts w:cs="Times New Roman"/>
              </w:rPr>
              <w:t xml:space="preserve">, </w:t>
            </w:r>
            <w:proofErr w:type="spellStart"/>
            <w:r w:rsidRPr="004543E3">
              <w:rPr>
                <w:rFonts w:cs="Times New Roman"/>
              </w:rPr>
              <w:t>sử</w:t>
            </w:r>
            <w:proofErr w:type="spellEnd"/>
            <w:r w:rsidRPr="004543E3">
              <w:rPr>
                <w:rFonts w:cs="Times New Roman"/>
              </w:rPr>
              <w:t xml:space="preserve"> </w:t>
            </w:r>
            <w:proofErr w:type="spellStart"/>
            <w:r w:rsidRPr="004543E3">
              <w:rPr>
                <w:rFonts w:cs="Times New Roman"/>
              </w:rPr>
              <w:t>dụng</w:t>
            </w:r>
            <w:proofErr w:type="spellEnd"/>
            <w:r w:rsidRPr="004543E3">
              <w:rPr>
                <w:rFonts w:cs="Times New Roman"/>
              </w:rPr>
              <w:t xml:space="preserve"> </w:t>
            </w:r>
            <w:proofErr w:type="spellStart"/>
            <w:r w:rsidRPr="004543E3">
              <w:rPr>
                <w:rFonts w:cs="Times New Roman"/>
              </w:rPr>
              <w:t>và</w:t>
            </w:r>
            <w:proofErr w:type="spellEnd"/>
            <w:r w:rsidRPr="004543E3">
              <w:rPr>
                <w:rFonts w:cs="Times New Roman"/>
              </w:rPr>
              <w:t xml:space="preserve"> </w:t>
            </w:r>
            <w:proofErr w:type="spellStart"/>
            <w:r w:rsidRPr="004543E3">
              <w:rPr>
                <w:rFonts w:cs="Times New Roman"/>
              </w:rPr>
              <w:t>đánh</w:t>
            </w:r>
            <w:proofErr w:type="spellEnd"/>
            <w:r w:rsidRPr="004543E3">
              <w:rPr>
                <w:rFonts w:cs="Times New Roman"/>
              </w:rPr>
              <w:t xml:space="preserve"> </w:t>
            </w:r>
            <w:proofErr w:type="spellStart"/>
            <w:r w:rsidRPr="004543E3">
              <w:rPr>
                <w:rFonts w:cs="Times New Roman"/>
              </w:rPr>
              <w:t>giá</w:t>
            </w:r>
            <w:proofErr w:type="spellEnd"/>
            <w:r w:rsidRPr="004543E3">
              <w:rPr>
                <w:rFonts w:cs="Times New Roman"/>
              </w:rPr>
              <w:t xml:space="preserve"> </w:t>
            </w:r>
            <w:proofErr w:type="spellStart"/>
            <w:r w:rsidRPr="004543E3">
              <w:rPr>
                <w:rFonts w:cs="Times New Roman"/>
              </w:rPr>
              <w:t>đội</w:t>
            </w:r>
            <w:proofErr w:type="spellEnd"/>
            <w:r w:rsidRPr="004543E3">
              <w:rPr>
                <w:rFonts w:cs="Times New Roman"/>
              </w:rPr>
              <w:t xml:space="preserve"> </w:t>
            </w:r>
            <w:proofErr w:type="spellStart"/>
            <w:r w:rsidRPr="004543E3">
              <w:rPr>
                <w:rFonts w:cs="Times New Roman"/>
              </w:rPr>
              <w:t>ngũ</w:t>
            </w:r>
            <w:proofErr w:type="spellEnd"/>
            <w:r w:rsidRPr="004543E3">
              <w:rPr>
                <w:rFonts w:cs="Times New Roman"/>
              </w:rPr>
              <w:t xml:space="preserve">. </w:t>
            </w:r>
            <w:proofErr w:type="spellStart"/>
            <w:r w:rsidRPr="004543E3">
              <w:rPr>
                <w:rFonts w:cs="Times New Roman"/>
              </w:rPr>
              <w:t>Đề</w:t>
            </w:r>
            <w:proofErr w:type="spellEnd"/>
            <w:r w:rsidRPr="004543E3">
              <w:rPr>
                <w:rFonts w:cs="Times New Roman"/>
              </w:rPr>
              <w:t xml:space="preserve"> </w:t>
            </w:r>
            <w:proofErr w:type="spellStart"/>
            <w:r w:rsidRPr="004543E3">
              <w:rPr>
                <w:rFonts w:cs="Times New Roman"/>
              </w:rPr>
              <w:t>nghị</w:t>
            </w:r>
            <w:proofErr w:type="spellEnd"/>
            <w:r w:rsidRPr="004543E3">
              <w:rPr>
                <w:rFonts w:cs="Times New Roman"/>
              </w:rPr>
              <w:t xml:space="preserve"> </w:t>
            </w:r>
            <w:proofErr w:type="spellStart"/>
            <w:r w:rsidRPr="004543E3">
              <w:rPr>
                <w:rFonts w:cs="Times New Roman"/>
              </w:rPr>
              <w:t>nghiên</w:t>
            </w:r>
            <w:proofErr w:type="spellEnd"/>
            <w:r w:rsidRPr="004543E3">
              <w:rPr>
                <w:rFonts w:cs="Times New Roman"/>
              </w:rPr>
              <w:t xml:space="preserve"> </w:t>
            </w:r>
            <w:proofErr w:type="spellStart"/>
            <w:r w:rsidRPr="004543E3">
              <w:rPr>
                <w:rFonts w:cs="Times New Roman"/>
              </w:rPr>
              <w:t>cứu</w:t>
            </w:r>
            <w:proofErr w:type="spellEnd"/>
            <w:r w:rsidRPr="004543E3">
              <w:rPr>
                <w:rFonts w:cs="Times New Roman"/>
              </w:rPr>
              <w:t xml:space="preserve"> </w:t>
            </w:r>
            <w:proofErr w:type="spellStart"/>
            <w:r w:rsidRPr="004543E3">
              <w:rPr>
                <w:rFonts w:cs="Times New Roman"/>
              </w:rPr>
              <w:t>điều</w:t>
            </w:r>
            <w:proofErr w:type="spellEnd"/>
            <w:r w:rsidRPr="004543E3">
              <w:rPr>
                <w:rFonts w:cs="Times New Roman"/>
              </w:rPr>
              <w:t xml:space="preserve"> </w:t>
            </w:r>
            <w:proofErr w:type="spellStart"/>
            <w:r w:rsidRPr="004543E3">
              <w:rPr>
                <w:rFonts w:cs="Times New Roman"/>
              </w:rPr>
              <w:t>chỉnh</w:t>
            </w:r>
            <w:proofErr w:type="spellEnd"/>
            <w:r w:rsidRPr="004543E3">
              <w:rPr>
                <w:rFonts w:cs="Times New Roman"/>
              </w:rPr>
              <w:t xml:space="preserve">, </w:t>
            </w:r>
            <w:proofErr w:type="spellStart"/>
            <w:r w:rsidRPr="004543E3">
              <w:rPr>
                <w:rFonts w:cs="Times New Roman"/>
              </w:rPr>
              <w:t>phân</w:t>
            </w:r>
            <w:proofErr w:type="spellEnd"/>
            <w:r w:rsidRPr="004543E3">
              <w:rPr>
                <w:rFonts w:cs="Times New Roman"/>
              </w:rPr>
              <w:t xml:space="preserve"> </w:t>
            </w:r>
            <w:proofErr w:type="spellStart"/>
            <w:r w:rsidRPr="004543E3">
              <w:rPr>
                <w:rFonts w:cs="Times New Roman"/>
              </w:rPr>
              <w:t>định</w:t>
            </w:r>
            <w:proofErr w:type="spellEnd"/>
            <w:r w:rsidRPr="004543E3">
              <w:rPr>
                <w:rFonts w:cs="Times New Roman"/>
              </w:rPr>
              <w:t xml:space="preserve"> </w:t>
            </w:r>
            <w:proofErr w:type="spellStart"/>
            <w:r w:rsidRPr="004543E3">
              <w:rPr>
                <w:rFonts w:cs="Times New Roman"/>
              </w:rPr>
              <w:t>tiêu</w:t>
            </w:r>
            <w:proofErr w:type="spellEnd"/>
            <w:r w:rsidRPr="004543E3">
              <w:rPr>
                <w:rFonts w:cs="Times New Roman"/>
              </w:rPr>
              <w:t xml:space="preserve"> </w:t>
            </w:r>
            <w:proofErr w:type="spellStart"/>
            <w:r w:rsidRPr="004543E3">
              <w:rPr>
                <w:rFonts w:cs="Times New Roman"/>
              </w:rPr>
              <w:t>chuẩn</w:t>
            </w:r>
            <w:proofErr w:type="spellEnd"/>
            <w:r w:rsidRPr="004543E3">
              <w:rPr>
                <w:rFonts w:cs="Times New Roman"/>
              </w:rPr>
              <w:t xml:space="preserve"> </w:t>
            </w:r>
            <w:proofErr w:type="spellStart"/>
            <w:r w:rsidRPr="004543E3">
              <w:rPr>
                <w:rFonts w:cs="Times New Roman"/>
              </w:rPr>
              <w:t>cho</w:t>
            </w:r>
            <w:proofErr w:type="spellEnd"/>
            <w:r w:rsidRPr="004543E3">
              <w:rPr>
                <w:rFonts w:cs="Times New Roman"/>
              </w:rPr>
              <w:t xml:space="preserve"> </w:t>
            </w:r>
            <w:proofErr w:type="spellStart"/>
            <w:r w:rsidRPr="004543E3">
              <w:rPr>
                <w:rFonts w:cs="Times New Roman"/>
              </w:rPr>
              <w:t>phù</w:t>
            </w:r>
            <w:proofErr w:type="spellEnd"/>
            <w:r w:rsidRPr="004543E3">
              <w:rPr>
                <w:rFonts w:cs="Times New Roman"/>
              </w:rPr>
              <w:t xml:space="preserve"> </w:t>
            </w:r>
            <w:proofErr w:type="spellStart"/>
            <w:r w:rsidRPr="004543E3">
              <w:rPr>
                <w:rFonts w:cs="Times New Roman"/>
              </w:rPr>
              <w:t>hợp</w:t>
            </w:r>
            <w:proofErr w:type="spellEnd"/>
            <w:r w:rsidRPr="004543E3">
              <w:rPr>
                <w:rFonts w:cs="Times New Roman"/>
              </w:rPr>
              <w:t xml:space="preserve"> </w:t>
            </w:r>
            <w:proofErr w:type="spellStart"/>
            <w:r w:rsidRPr="004543E3">
              <w:rPr>
                <w:rFonts w:cs="Times New Roman"/>
              </w:rPr>
              <w:t>với</w:t>
            </w:r>
            <w:proofErr w:type="spellEnd"/>
            <w:r w:rsidRPr="004543E3">
              <w:rPr>
                <w:rFonts w:cs="Times New Roman"/>
              </w:rPr>
              <w:t xml:space="preserve"> </w:t>
            </w:r>
            <w:proofErr w:type="spellStart"/>
            <w:r w:rsidRPr="004543E3">
              <w:rPr>
                <w:rFonts w:cs="Times New Roman"/>
              </w:rPr>
              <w:t>tính</w:t>
            </w:r>
            <w:proofErr w:type="spellEnd"/>
            <w:r w:rsidRPr="004543E3">
              <w:rPr>
                <w:rFonts w:cs="Times New Roman"/>
              </w:rPr>
              <w:t xml:space="preserve"> </w:t>
            </w:r>
            <w:proofErr w:type="spellStart"/>
            <w:r w:rsidRPr="004543E3">
              <w:rPr>
                <w:rFonts w:cs="Times New Roman"/>
              </w:rPr>
              <w:t>chất</w:t>
            </w:r>
            <w:proofErr w:type="spellEnd"/>
            <w:r w:rsidRPr="004543E3">
              <w:rPr>
                <w:rFonts w:cs="Times New Roman"/>
              </w:rPr>
              <w:t xml:space="preserve"> </w:t>
            </w:r>
            <w:proofErr w:type="spellStart"/>
            <w:r w:rsidRPr="004543E3">
              <w:rPr>
                <w:rFonts w:cs="Times New Roman"/>
              </w:rPr>
              <w:t>công</w:t>
            </w:r>
            <w:proofErr w:type="spellEnd"/>
            <w:r w:rsidRPr="004543E3">
              <w:rPr>
                <w:rFonts w:cs="Times New Roman"/>
              </w:rPr>
              <w:t xml:space="preserve"> </w:t>
            </w:r>
            <w:proofErr w:type="spellStart"/>
            <w:r w:rsidRPr="004543E3">
              <w:rPr>
                <w:rFonts w:cs="Times New Roman"/>
              </w:rPr>
              <w:t>việc</w:t>
            </w:r>
            <w:proofErr w:type="spellEnd"/>
            <w:r w:rsidRPr="004543E3">
              <w:rPr>
                <w:rFonts w:cs="Times New Roman"/>
              </w:rPr>
              <w:t xml:space="preserve"> </w:t>
            </w:r>
            <w:proofErr w:type="spellStart"/>
            <w:r w:rsidRPr="004543E3">
              <w:rPr>
                <w:rFonts w:cs="Times New Roman"/>
              </w:rPr>
              <w:t>và</w:t>
            </w:r>
            <w:proofErr w:type="spellEnd"/>
            <w:r w:rsidRPr="004543E3">
              <w:rPr>
                <w:rFonts w:cs="Times New Roman"/>
              </w:rPr>
              <w:t xml:space="preserve"> </w:t>
            </w:r>
            <w:proofErr w:type="spellStart"/>
            <w:r w:rsidRPr="004543E3">
              <w:rPr>
                <w:rFonts w:cs="Times New Roman"/>
              </w:rPr>
              <w:t>thực</w:t>
            </w:r>
            <w:proofErr w:type="spellEnd"/>
            <w:r w:rsidRPr="004543E3">
              <w:rPr>
                <w:rFonts w:cs="Times New Roman"/>
              </w:rPr>
              <w:t xml:space="preserve"> </w:t>
            </w:r>
            <w:proofErr w:type="spellStart"/>
            <w:r w:rsidRPr="004543E3">
              <w:rPr>
                <w:rFonts w:cs="Times New Roman"/>
              </w:rPr>
              <w:t>tiễn</w:t>
            </w:r>
            <w:proofErr w:type="spellEnd"/>
            <w:r w:rsidRPr="004543E3">
              <w:rPr>
                <w:rFonts w:cs="Times New Roman"/>
              </w:rPr>
              <w:t xml:space="preserve"> </w:t>
            </w:r>
            <w:proofErr w:type="spellStart"/>
            <w:r w:rsidRPr="004543E3">
              <w:rPr>
                <w:rFonts w:cs="Times New Roman"/>
              </w:rPr>
              <w:t>triển</w:t>
            </w:r>
            <w:proofErr w:type="spellEnd"/>
            <w:r w:rsidRPr="004543E3">
              <w:rPr>
                <w:rFonts w:cs="Times New Roman"/>
              </w:rPr>
              <w:t xml:space="preserve"> </w:t>
            </w:r>
            <w:proofErr w:type="spellStart"/>
            <w:r w:rsidRPr="004543E3">
              <w:rPr>
                <w:rFonts w:cs="Times New Roman"/>
              </w:rPr>
              <w:t>khai</w:t>
            </w:r>
            <w:proofErr w:type="spellEnd"/>
            <w:r w:rsidRPr="004543E3">
              <w:rPr>
                <w:rFonts w:cs="Times New Roman"/>
              </w:rPr>
              <w:t xml:space="preserve"> </w:t>
            </w:r>
            <w:proofErr w:type="spellStart"/>
            <w:r w:rsidRPr="004543E3">
              <w:rPr>
                <w:rFonts w:cs="Times New Roman"/>
              </w:rPr>
              <w:t>tại</w:t>
            </w:r>
            <w:proofErr w:type="spellEnd"/>
            <w:r w:rsidRPr="004543E3">
              <w:rPr>
                <w:rFonts w:cs="Times New Roman"/>
              </w:rPr>
              <w:t xml:space="preserve"> </w:t>
            </w:r>
            <w:proofErr w:type="spellStart"/>
            <w:r w:rsidRPr="004543E3">
              <w:rPr>
                <w:rFonts w:cs="Times New Roman"/>
              </w:rPr>
              <w:t>địa</w:t>
            </w:r>
            <w:proofErr w:type="spellEnd"/>
            <w:r w:rsidRPr="004543E3">
              <w:rPr>
                <w:rFonts w:cs="Times New Roman"/>
              </w:rPr>
              <w:t xml:space="preserve"> </w:t>
            </w:r>
            <w:proofErr w:type="spellStart"/>
            <w:r w:rsidRPr="004543E3">
              <w:rPr>
                <w:rFonts w:cs="Times New Roman"/>
              </w:rPr>
              <w:t>phương</w:t>
            </w:r>
            <w:proofErr w:type="spellEnd"/>
            <w:r w:rsidRPr="004543E3">
              <w:rPr>
                <w:rFonts w:cs="Times New Roman"/>
              </w:rPr>
              <w:t>.</w:t>
            </w:r>
          </w:p>
        </w:tc>
        <w:tc>
          <w:tcPr>
            <w:tcW w:w="7371" w:type="dxa"/>
          </w:tcPr>
          <w:p w14:paraId="3020591A" w14:textId="585EE1E0" w:rsidR="00512F52" w:rsidRPr="004543E3" w:rsidRDefault="00512F52" w:rsidP="00563608">
            <w:pPr>
              <w:spacing w:before="120" w:after="120" w:line="240" w:lineRule="auto"/>
              <w:jc w:val="both"/>
              <w:rPr>
                <w:szCs w:val="26"/>
              </w:rPr>
            </w:pPr>
            <w:proofErr w:type="spellStart"/>
            <w:r w:rsidRPr="004543E3">
              <w:rPr>
                <w:szCs w:val="26"/>
              </w:rPr>
              <w:lastRenderedPageBreak/>
              <w:t>Tiếp</w:t>
            </w:r>
            <w:proofErr w:type="spellEnd"/>
            <w:r w:rsidRPr="004543E3">
              <w:rPr>
                <w:szCs w:val="26"/>
              </w:rPr>
              <w:t xml:space="preserve"> </w:t>
            </w:r>
            <w:proofErr w:type="spellStart"/>
            <w:r w:rsidRPr="004543E3">
              <w:rPr>
                <w:szCs w:val="26"/>
              </w:rPr>
              <w:t>thu</w:t>
            </w:r>
            <w:proofErr w:type="spellEnd"/>
            <w:r w:rsidRPr="004543E3">
              <w:rPr>
                <w:szCs w:val="26"/>
              </w:rPr>
              <w:t xml:space="preserve"> ý </w:t>
            </w:r>
            <w:proofErr w:type="spellStart"/>
            <w:r w:rsidRPr="004543E3">
              <w:rPr>
                <w:szCs w:val="26"/>
              </w:rPr>
              <w:t>kiến</w:t>
            </w:r>
            <w:proofErr w:type="spellEnd"/>
          </w:p>
        </w:tc>
      </w:tr>
      <w:tr w:rsidR="00512F52" w:rsidRPr="004543E3" w14:paraId="2A16E9E6" w14:textId="77777777" w:rsidTr="004C2B3E">
        <w:tc>
          <w:tcPr>
            <w:tcW w:w="1098" w:type="dxa"/>
          </w:tcPr>
          <w:p w14:paraId="00C763CD" w14:textId="14C1BFBE" w:rsidR="00512F52" w:rsidRPr="00D74673" w:rsidRDefault="00512F52" w:rsidP="00512F52">
            <w:pPr>
              <w:jc w:val="center"/>
              <w:rPr>
                <w:b/>
                <w:bCs/>
              </w:rPr>
            </w:pPr>
            <w:r w:rsidRPr="00D74673">
              <w:rPr>
                <w:b/>
                <w:bCs/>
              </w:rPr>
              <w:t>1</w:t>
            </w:r>
            <w:r>
              <w:rPr>
                <w:b/>
                <w:bCs/>
              </w:rPr>
              <w:t>7</w:t>
            </w:r>
          </w:p>
        </w:tc>
        <w:tc>
          <w:tcPr>
            <w:tcW w:w="6127" w:type="dxa"/>
          </w:tcPr>
          <w:p w14:paraId="35F49303" w14:textId="186937E1" w:rsidR="00512F52" w:rsidRPr="004543E3" w:rsidRDefault="00512F52" w:rsidP="00563608">
            <w:pPr>
              <w:spacing w:before="120" w:after="120" w:line="240" w:lineRule="auto"/>
              <w:jc w:val="both"/>
              <w:rPr>
                <w:rFonts w:cs="Times New Roman"/>
                <w:b/>
                <w:bCs/>
              </w:rPr>
            </w:pPr>
            <w:r w:rsidRPr="004543E3">
              <w:rPr>
                <w:rFonts w:cs="Times New Roman"/>
                <w:b/>
                <w:bCs/>
              </w:rPr>
              <w:t xml:space="preserve">UBND </w:t>
            </w:r>
            <w:proofErr w:type="spellStart"/>
            <w:r w:rsidRPr="004543E3">
              <w:rPr>
                <w:rFonts w:cs="Times New Roman"/>
                <w:b/>
                <w:bCs/>
              </w:rPr>
              <w:t>tỉnh</w:t>
            </w:r>
            <w:proofErr w:type="spellEnd"/>
            <w:r w:rsidRPr="004543E3">
              <w:rPr>
                <w:rFonts w:cs="Times New Roman"/>
                <w:b/>
                <w:bCs/>
              </w:rPr>
              <w:t xml:space="preserve"> </w:t>
            </w:r>
            <w:proofErr w:type="spellStart"/>
            <w:r w:rsidRPr="004543E3">
              <w:rPr>
                <w:rFonts w:cs="Times New Roman"/>
                <w:b/>
                <w:bCs/>
              </w:rPr>
              <w:t>Điện</w:t>
            </w:r>
            <w:proofErr w:type="spellEnd"/>
            <w:r w:rsidRPr="004543E3">
              <w:rPr>
                <w:rFonts w:cs="Times New Roman"/>
                <w:b/>
                <w:bCs/>
              </w:rPr>
              <w:t xml:space="preserve"> </w:t>
            </w:r>
            <w:proofErr w:type="spellStart"/>
            <w:r w:rsidRPr="004543E3">
              <w:rPr>
                <w:rFonts w:cs="Times New Roman"/>
                <w:b/>
                <w:bCs/>
              </w:rPr>
              <w:t>Biên</w:t>
            </w:r>
            <w:proofErr w:type="spellEnd"/>
            <w:r w:rsidRPr="004543E3">
              <w:rPr>
                <w:rFonts w:cs="Times New Roman"/>
                <w:b/>
                <w:bCs/>
              </w:rPr>
              <w:t>:</w:t>
            </w:r>
          </w:p>
          <w:p w14:paraId="1BE6DA26" w14:textId="3FEF4089" w:rsidR="00512F52" w:rsidRPr="004543E3" w:rsidRDefault="00512F52" w:rsidP="00563608">
            <w:pPr>
              <w:spacing w:before="120" w:after="120" w:line="240" w:lineRule="auto"/>
              <w:jc w:val="both"/>
              <w:rPr>
                <w:rFonts w:cs="Times New Roman"/>
              </w:rPr>
            </w:pPr>
            <w:proofErr w:type="spellStart"/>
            <w:r w:rsidRPr="004543E3">
              <w:rPr>
                <w:rFonts w:cs="Times New Roman"/>
              </w:rPr>
              <w:t>Phần</w:t>
            </w:r>
            <w:proofErr w:type="spellEnd"/>
            <w:r w:rsidRPr="004543E3">
              <w:rPr>
                <w:rFonts w:cs="Times New Roman"/>
              </w:rPr>
              <w:t xml:space="preserve"> </w:t>
            </w:r>
            <w:proofErr w:type="spellStart"/>
            <w:r w:rsidRPr="004543E3">
              <w:rPr>
                <w:rFonts w:cs="Times New Roman"/>
              </w:rPr>
              <w:t>Nơi</w:t>
            </w:r>
            <w:proofErr w:type="spellEnd"/>
            <w:r w:rsidRPr="004543E3">
              <w:rPr>
                <w:rFonts w:cs="Times New Roman"/>
              </w:rPr>
              <w:t xml:space="preserve"> </w:t>
            </w:r>
            <w:proofErr w:type="spellStart"/>
            <w:r w:rsidRPr="004543E3">
              <w:rPr>
                <w:rFonts w:cs="Times New Roman"/>
              </w:rPr>
              <w:t>nhận</w:t>
            </w:r>
            <w:proofErr w:type="spellEnd"/>
            <w:r w:rsidRPr="004543E3">
              <w:rPr>
                <w:rFonts w:cs="Times New Roman"/>
              </w:rPr>
              <w:t xml:space="preserve">: </w:t>
            </w:r>
            <w:proofErr w:type="spellStart"/>
            <w:r w:rsidRPr="004543E3">
              <w:rPr>
                <w:rFonts w:cs="Times New Roman"/>
              </w:rPr>
              <w:t>đề</w:t>
            </w:r>
            <w:proofErr w:type="spellEnd"/>
            <w:r w:rsidRPr="004543E3">
              <w:rPr>
                <w:rFonts w:cs="Times New Roman"/>
              </w:rPr>
              <w:t xml:space="preserve"> </w:t>
            </w:r>
            <w:proofErr w:type="spellStart"/>
            <w:r w:rsidRPr="004543E3">
              <w:rPr>
                <w:rFonts w:cs="Times New Roman"/>
              </w:rPr>
              <w:t>nghị</w:t>
            </w:r>
            <w:proofErr w:type="spellEnd"/>
            <w:r w:rsidRPr="004543E3">
              <w:rPr>
                <w:rFonts w:cs="Times New Roman"/>
              </w:rPr>
              <w:t xml:space="preserve"> </w:t>
            </w:r>
            <w:proofErr w:type="spellStart"/>
            <w:r w:rsidRPr="004543E3">
              <w:rPr>
                <w:rFonts w:cs="Times New Roman"/>
              </w:rPr>
              <w:t>sửa</w:t>
            </w:r>
            <w:proofErr w:type="spellEnd"/>
            <w:r w:rsidRPr="004543E3">
              <w:rPr>
                <w:rFonts w:cs="Times New Roman"/>
              </w:rPr>
              <w:t xml:space="preserve"> </w:t>
            </w:r>
            <w:proofErr w:type="spellStart"/>
            <w:r w:rsidRPr="004543E3">
              <w:rPr>
                <w:rFonts w:cs="Times New Roman"/>
              </w:rPr>
              <w:t>từ</w:t>
            </w:r>
            <w:proofErr w:type="spellEnd"/>
            <w:r w:rsidRPr="004543E3">
              <w:rPr>
                <w:rFonts w:cs="Times New Roman"/>
              </w:rPr>
              <w:t xml:space="preserve"> </w:t>
            </w:r>
            <w:proofErr w:type="spellStart"/>
            <w:r w:rsidRPr="004543E3">
              <w:rPr>
                <w:rFonts w:cs="Times New Roman"/>
              </w:rPr>
              <w:t>viết</w:t>
            </w:r>
            <w:proofErr w:type="spellEnd"/>
            <w:r w:rsidRPr="004543E3">
              <w:rPr>
                <w:rFonts w:cs="Times New Roman"/>
              </w:rPr>
              <w:t xml:space="preserve"> </w:t>
            </w:r>
            <w:proofErr w:type="spellStart"/>
            <w:r w:rsidRPr="004543E3">
              <w:rPr>
                <w:rFonts w:cs="Times New Roman"/>
              </w:rPr>
              <w:t>tắt</w:t>
            </w:r>
            <w:proofErr w:type="spellEnd"/>
            <w:r w:rsidRPr="004543E3">
              <w:rPr>
                <w:rFonts w:cs="Times New Roman"/>
              </w:rPr>
              <w:t xml:space="preserve"> “TƯ </w:t>
            </w:r>
            <w:proofErr w:type="spellStart"/>
            <w:r w:rsidRPr="004543E3">
              <w:rPr>
                <w:rFonts w:cs="Times New Roman"/>
              </w:rPr>
              <w:t>thành</w:t>
            </w:r>
            <w:proofErr w:type="spellEnd"/>
            <w:r w:rsidRPr="004543E3">
              <w:rPr>
                <w:rFonts w:cs="Times New Roman"/>
              </w:rPr>
              <w:t xml:space="preserve"> TW”; </w:t>
            </w:r>
            <w:proofErr w:type="spellStart"/>
            <w:r w:rsidRPr="004543E3">
              <w:rPr>
                <w:rFonts w:cs="Times New Roman"/>
              </w:rPr>
              <w:t>cơ</w:t>
            </w:r>
            <w:proofErr w:type="spellEnd"/>
            <w:r w:rsidRPr="004543E3">
              <w:rPr>
                <w:rFonts w:cs="Times New Roman"/>
              </w:rPr>
              <w:t xml:space="preserve"> </w:t>
            </w:r>
            <w:proofErr w:type="spellStart"/>
            <w:r w:rsidRPr="004543E3">
              <w:rPr>
                <w:rFonts w:cs="Times New Roman"/>
              </w:rPr>
              <w:t>quan</w:t>
            </w:r>
            <w:proofErr w:type="spellEnd"/>
            <w:r w:rsidRPr="004543E3">
              <w:rPr>
                <w:rFonts w:cs="Times New Roman"/>
              </w:rPr>
              <w:t xml:space="preserve"> “Cục </w:t>
            </w:r>
            <w:proofErr w:type="spellStart"/>
            <w:r w:rsidRPr="004543E3">
              <w:rPr>
                <w:rFonts w:cs="Times New Roman"/>
              </w:rPr>
              <w:t>Kiểm</w:t>
            </w:r>
            <w:proofErr w:type="spellEnd"/>
            <w:r w:rsidRPr="004543E3">
              <w:rPr>
                <w:rFonts w:cs="Times New Roman"/>
              </w:rPr>
              <w:t xml:space="preserve"> </w:t>
            </w:r>
            <w:proofErr w:type="spellStart"/>
            <w:r w:rsidRPr="004543E3">
              <w:rPr>
                <w:rFonts w:cs="Times New Roman"/>
              </w:rPr>
              <w:t>tra</w:t>
            </w:r>
            <w:proofErr w:type="spellEnd"/>
            <w:r w:rsidRPr="004543E3">
              <w:rPr>
                <w:rFonts w:cs="Times New Roman"/>
              </w:rPr>
              <w:t xml:space="preserve"> </w:t>
            </w:r>
            <w:proofErr w:type="spellStart"/>
            <w:r w:rsidRPr="004543E3">
              <w:rPr>
                <w:rFonts w:cs="Times New Roman"/>
              </w:rPr>
              <w:t>văn</w:t>
            </w:r>
            <w:proofErr w:type="spellEnd"/>
            <w:r w:rsidRPr="004543E3">
              <w:rPr>
                <w:rFonts w:cs="Times New Roman"/>
              </w:rPr>
              <w:t xml:space="preserve"> </w:t>
            </w:r>
            <w:proofErr w:type="spellStart"/>
            <w:r w:rsidRPr="004543E3">
              <w:rPr>
                <w:rFonts w:cs="Times New Roman"/>
              </w:rPr>
              <w:t>bản</w:t>
            </w:r>
            <w:proofErr w:type="spellEnd"/>
            <w:r w:rsidRPr="004543E3">
              <w:rPr>
                <w:rFonts w:cs="Times New Roman"/>
              </w:rPr>
              <w:t xml:space="preserve"> QPPL-</w:t>
            </w:r>
            <w:proofErr w:type="spellStart"/>
            <w:r w:rsidRPr="004543E3">
              <w:rPr>
                <w:rFonts w:cs="Times New Roman"/>
              </w:rPr>
              <w:t>Bộ</w:t>
            </w:r>
            <w:proofErr w:type="spellEnd"/>
            <w:r w:rsidRPr="004543E3">
              <w:rPr>
                <w:rFonts w:cs="Times New Roman"/>
              </w:rPr>
              <w:t xml:space="preserve"> </w:t>
            </w:r>
            <w:proofErr w:type="spellStart"/>
            <w:r w:rsidRPr="004543E3">
              <w:rPr>
                <w:rFonts w:cs="Times New Roman"/>
              </w:rPr>
              <w:t>Tư</w:t>
            </w:r>
            <w:proofErr w:type="spellEnd"/>
            <w:r w:rsidRPr="004543E3">
              <w:rPr>
                <w:rFonts w:cs="Times New Roman"/>
              </w:rPr>
              <w:t xml:space="preserve"> </w:t>
            </w:r>
            <w:proofErr w:type="spellStart"/>
            <w:r w:rsidRPr="004543E3">
              <w:rPr>
                <w:rFonts w:cs="Times New Roman"/>
              </w:rPr>
              <w:t>pháp</w:t>
            </w:r>
            <w:proofErr w:type="spellEnd"/>
            <w:r w:rsidRPr="004543E3">
              <w:rPr>
                <w:rFonts w:cs="Times New Roman"/>
              </w:rPr>
              <w:t xml:space="preserve">” </w:t>
            </w:r>
            <w:proofErr w:type="spellStart"/>
            <w:r w:rsidRPr="004543E3">
              <w:rPr>
                <w:rFonts w:cs="Times New Roman"/>
              </w:rPr>
              <w:t>thành</w:t>
            </w:r>
            <w:proofErr w:type="spellEnd"/>
            <w:r w:rsidRPr="004543E3">
              <w:rPr>
                <w:rFonts w:cs="Times New Roman"/>
              </w:rPr>
              <w:t xml:space="preserve"> “</w:t>
            </w:r>
            <w:proofErr w:type="spellStart"/>
            <w:r w:rsidRPr="004543E3">
              <w:rPr>
                <w:rFonts w:cs="Times New Roman"/>
              </w:rPr>
              <w:t>Cục</w:t>
            </w:r>
            <w:proofErr w:type="spellEnd"/>
            <w:r w:rsidRPr="004543E3">
              <w:rPr>
                <w:rFonts w:cs="Times New Roman"/>
              </w:rPr>
              <w:t xml:space="preserve"> </w:t>
            </w:r>
            <w:proofErr w:type="spellStart"/>
            <w:r w:rsidRPr="004543E3">
              <w:rPr>
                <w:rFonts w:cs="Times New Roman"/>
              </w:rPr>
              <w:t>Kiểm</w:t>
            </w:r>
            <w:proofErr w:type="spellEnd"/>
            <w:r w:rsidRPr="004543E3">
              <w:rPr>
                <w:rFonts w:cs="Times New Roman"/>
              </w:rPr>
              <w:t xml:space="preserve"> </w:t>
            </w:r>
            <w:proofErr w:type="spellStart"/>
            <w:r w:rsidRPr="004543E3">
              <w:rPr>
                <w:rFonts w:cs="Times New Roman"/>
              </w:rPr>
              <w:t>tra</w:t>
            </w:r>
            <w:proofErr w:type="spellEnd"/>
            <w:r w:rsidRPr="004543E3">
              <w:rPr>
                <w:rFonts w:cs="Times New Roman"/>
              </w:rPr>
              <w:t xml:space="preserve"> </w:t>
            </w:r>
            <w:proofErr w:type="spellStart"/>
            <w:r w:rsidRPr="004543E3">
              <w:rPr>
                <w:rFonts w:cs="Times New Roman"/>
              </w:rPr>
              <w:t>văn</w:t>
            </w:r>
            <w:proofErr w:type="spellEnd"/>
            <w:r w:rsidRPr="004543E3">
              <w:rPr>
                <w:rFonts w:cs="Times New Roman"/>
              </w:rPr>
              <w:t xml:space="preserve"> </w:t>
            </w:r>
            <w:proofErr w:type="spellStart"/>
            <w:r w:rsidRPr="004543E3">
              <w:rPr>
                <w:rFonts w:cs="Times New Roman"/>
              </w:rPr>
              <w:t>bản</w:t>
            </w:r>
            <w:proofErr w:type="spellEnd"/>
            <w:r w:rsidRPr="004543E3">
              <w:rPr>
                <w:rFonts w:cs="Times New Roman"/>
              </w:rPr>
              <w:t xml:space="preserve"> </w:t>
            </w:r>
            <w:proofErr w:type="spellStart"/>
            <w:r w:rsidRPr="004543E3">
              <w:rPr>
                <w:rFonts w:cs="Times New Roman"/>
              </w:rPr>
              <w:t>và</w:t>
            </w:r>
            <w:proofErr w:type="spellEnd"/>
            <w:r w:rsidRPr="004543E3">
              <w:rPr>
                <w:rFonts w:cs="Times New Roman"/>
              </w:rPr>
              <w:t xml:space="preserve"> </w:t>
            </w:r>
            <w:proofErr w:type="spellStart"/>
            <w:r w:rsidRPr="004543E3">
              <w:rPr>
                <w:rFonts w:cs="Times New Roman"/>
              </w:rPr>
              <w:t>Tổ</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THPL - </w:t>
            </w:r>
            <w:proofErr w:type="spellStart"/>
            <w:r w:rsidRPr="004543E3">
              <w:rPr>
                <w:rFonts w:cs="Times New Roman"/>
              </w:rPr>
              <w:t>Bộ</w:t>
            </w:r>
            <w:proofErr w:type="spellEnd"/>
            <w:r w:rsidRPr="004543E3">
              <w:rPr>
                <w:rFonts w:cs="Times New Roman"/>
              </w:rPr>
              <w:t xml:space="preserve"> </w:t>
            </w:r>
            <w:proofErr w:type="spellStart"/>
            <w:r w:rsidRPr="004543E3">
              <w:rPr>
                <w:rFonts w:cs="Times New Roman"/>
              </w:rPr>
              <w:t>Tư</w:t>
            </w:r>
            <w:proofErr w:type="spellEnd"/>
            <w:r w:rsidRPr="004543E3">
              <w:rPr>
                <w:rFonts w:cs="Times New Roman"/>
              </w:rPr>
              <w:t xml:space="preserve"> </w:t>
            </w:r>
            <w:proofErr w:type="spellStart"/>
            <w:r w:rsidRPr="004543E3">
              <w:rPr>
                <w:rFonts w:cs="Times New Roman"/>
              </w:rPr>
              <w:t>pháp</w:t>
            </w:r>
            <w:proofErr w:type="spellEnd"/>
            <w:r w:rsidRPr="004543E3">
              <w:rPr>
                <w:rFonts w:cs="Times New Roman"/>
              </w:rPr>
              <w:t xml:space="preserve">” </w:t>
            </w:r>
            <w:proofErr w:type="spellStart"/>
            <w:r w:rsidRPr="004543E3">
              <w:rPr>
                <w:rFonts w:cs="Times New Roman"/>
              </w:rPr>
              <w:t>để</w:t>
            </w:r>
            <w:proofErr w:type="spellEnd"/>
            <w:r w:rsidRPr="004543E3">
              <w:rPr>
                <w:rFonts w:cs="Times New Roman"/>
              </w:rPr>
              <w:t xml:space="preserve"> </w:t>
            </w:r>
            <w:proofErr w:type="spellStart"/>
            <w:r w:rsidRPr="004543E3">
              <w:rPr>
                <w:rFonts w:cs="Times New Roman"/>
              </w:rPr>
              <w:t>bảo</w:t>
            </w:r>
            <w:proofErr w:type="spellEnd"/>
            <w:r w:rsidRPr="004543E3">
              <w:rPr>
                <w:rFonts w:cs="Times New Roman"/>
              </w:rPr>
              <w:t xml:space="preserve"> </w:t>
            </w:r>
            <w:proofErr w:type="spellStart"/>
            <w:r w:rsidRPr="004543E3">
              <w:rPr>
                <w:rFonts w:cs="Times New Roman"/>
              </w:rPr>
              <w:t>đảm</w:t>
            </w:r>
            <w:proofErr w:type="spellEnd"/>
            <w:r w:rsidRPr="004543E3">
              <w:rPr>
                <w:rFonts w:cs="Times New Roman"/>
              </w:rPr>
              <w:t xml:space="preserve"> </w:t>
            </w:r>
            <w:proofErr w:type="spellStart"/>
            <w:r w:rsidRPr="004543E3">
              <w:rPr>
                <w:rFonts w:cs="Times New Roman"/>
              </w:rPr>
              <w:t>chính</w:t>
            </w:r>
            <w:proofErr w:type="spellEnd"/>
            <w:r w:rsidRPr="004543E3">
              <w:rPr>
                <w:rFonts w:cs="Times New Roman"/>
              </w:rPr>
              <w:t xml:space="preserve"> </w:t>
            </w:r>
            <w:proofErr w:type="spellStart"/>
            <w:r w:rsidRPr="004543E3">
              <w:rPr>
                <w:rFonts w:cs="Times New Roman"/>
              </w:rPr>
              <w:t>xác</w:t>
            </w:r>
            <w:proofErr w:type="spellEnd"/>
            <w:r w:rsidRPr="004543E3">
              <w:rPr>
                <w:rFonts w:cs="Times New Roman"/>
              </w:rPr>
              <w:t xml:space="preserve"> </w:t>
            </w:r>
            <w:proofErr w:type="spellStart"/>
            <w:r w:rsidRPr="004543E3">
              <w:rPr>
                <w:rFonts w:cs="Times New Roman"/>
              </w:rPr>
              <w:t>tên</w:t>
            </w:r>
            <w:proofErr w:type="spellEnd"/>
            <w:r w:rsidRPr="004543E3">
              <w:rPr>
                <w:rFonts w:cs="Times New Roman"/>
              </w:rPr>
              <w:t xml:space="preserve"> </w:t>
            </w:r>
            <w:proofErr w:type="spellStart"/>
            <w:r w:rsidRPr="004543E3">
              <w:rPr>
                <w:rFonts w:cs="Times New Roman"/>
              </w:rPr>
              <w:t>gọi</w:t>
            </w:r>
            <w:proofErr w:type="spellEnd"/>
            <w:r w:rsidRPr="004543E3">
              <w:rPr>
                <w:rFonts w:cs="Times New Roman"/>
              </w:rPr>
              <w:t xml:space="preserve"> </w:t>
            </w:r>
            <w:proofErr w:type="spellStart"/>
            <w:r w:rsidRPr="004543E3">
              <w:rPr>
                <w:rFonts w:cs="Times New Roman"/>
              </w:rPr>
              <w:t>của</w:t>
            </w:r>
            <w:proofErr w:type="spellEnd"/>
            <w:r w:rsidRPr="004543E3">
              <w:rPr>
                <w:rFonts w:cs="Times New Roman"/>
              </w:rPr>
              <w:t xml:space="preserve"> </w:t>
            </w:r>
            <w:proofErr w:type="spellStart"/>
            <w:r w:rsidRPr="004543E3">
              <w:rPr>
                <w:rFonts w:cs="Times New Roman"/>
              </w:rPr>
              <w:t>cơ</w:t>
            </w:r>
            <w:proofErr w:type="spellEnd"/>
            <w:r w:rsidRPr="004543E3">
              <w:rPr>
                <w:rFonts w:cs="Times New Roman"/>
              </w:rPr>
              <w:t xml:space="preserve"> </w:t>
            </w:r>
            <w:proofErr w:type="spellStart"/>
            <w:r w:rsidRPr="004543E3">
              <w:rPr>
                <w:rFonts w:cs="Times New Roman"/>
              </w:rPr>
              <w:t>quan</w:t>
            </w:r>
            <w:proofErr w:type="spellEnd"/>
            <w:r w:rsidRPr="004543E3">
              <w:rPr>
                <w:rFonts w:cs="Times New Roman"/>
              </w:rPr>
              <w:t>.</w:t>
            </w:r>
          </w:p>
        </w:tc>
        <w:tc>
          <w:tcPr>
            <w:tcW w:w="7371" w:type="dxa"/>
          </w:tcPr>
          <w:p w14:paraId="024B9EC7" w14:textId="05A47BD9" w:rsidR="00512F52" w:rsidRPr="004543E3" w:rsidRDefault="00512F52" w:rsidP="00563608">
            <w:pPr>
              <w:spacing w:before="120" w:after="120" w:line="240" w:lineRule="auto"/>
              <w:jc w:val="both"/>
              <w:rPr>
                <w:szCs w:val="26"/>
              </w:rPr>
            </w:pPr>
            <w:proofErr w:type="spellStart"/>
            <w:r w:rsidRPr="004543E3">
              <w:rPr>
                <w:szCs w:val="26"/>
              </w:rPr>
              <w:t>Tiếp</w:t>
            </w:r>
            <w:proofErr w:type="spellEnd"/>
            <w:r w:rsidRPr="004543E3">
              <w:rPr>
                <w:szCs w:val="26"/>
              </w:rPr>
              <w:t xml:space="preserve"> </w:t>
            </w:r>
            <w:proofErr w:type="spellStart"/>
            <w:r w:rsidRPr="004543E3">
              <w:rPr>
                <w:szCs w:val="26"/>
              </w:rPr>
              <w:t>thu</w:t>
            </w:r>
            <w:proofErr w:type="spellEnd"/>
            <w:r w:rsidRPr="004543E3">
              <w:rPr>
                <w:szCs w:val="26"/>
              </w:rPr>
              <w:t xml:space="preserve"> ý </w:t>
            </w:r>
            <w:proofErr w:type="spellStart"/>
            <w:r w:rsidRPr="004543E3">
              <w:rPr>
                <w:szCs w:val="26"/>
              </w:rPr>
              <w:t>kiến</w:t>
            </w:r>
            <w:proofErr w:type="spellEnd"/>
          </w:p>
        </w:tc>
      </w:tr>
    </w:tbl>
    <w:p w14:paraId="51AB6D53" w14:textId="35B23D51" w:rsidR="001C5D5F" w:rsidRDefault="0099723B" w:rsidP="0090059E">
      <w:pPr>
        <w:spacing w:before="240"/>
        <w:rPr>
          <w:b/>
          <w:bCs/>
        </w:rPr>
      </w:pPr>
      <w:r w:rsidRPr="0099723B">
        <w:rPr>
          <w:b/>
          <w:bCs/>
        </w:rPr>
        <w:t>II. GÓP Ý CỤ THỂ:</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8"/>
        <w:gridCol w:w="5113"/>
        <w:gridCol w:w="5220"/>
        <w:gridCol w:w="3165"/>
      </w:tblGrid>
      <w:tr w:rsidR="0099723B" w:rsidRPr="004543E3" w14:paraId="18A79121" w14:textId="77777777" w:rsidTr="00FF0027">
        <w:tc>
          <w:tcPr>
            <w:tcW w:w="1098" w:type="dxa"/>
          </w:tcPr>
          <w:p w14:paraId="3EC4174C" w14:textId="77777777" w:rsidR="0099723B" w:rsidRPr="004543E3" w:rsidRDefault="0099723B" w:rsidP="00962835">
            <w:pPr>
              <w:spacing w:before="120" w:after="120"/>
              <w:jc w:val="center"/>
              <w:rPr>
                <w:b/>
              </w:rPr>
            </w:pPr>
            <w:r w:rsidRPr="004543E3">
              <w:rPr>
                <w:b/>
              </w:rPr>
              <w:t>STT</w:t>
            </w:r>
          </w:p>
        </w:tc>
        <w:tc>
          <w:tcPr>
            <w:tcW w:w="5113" w:type="dxa"/>
          </w:tcPr>
          <w:p w14:paraId="03BEA57D" w14:textId="77777777" w:rsidR="0099723B" w:rsidRPr="004543E3" w:rsidRDefault="0099723B" w:rsidP="00962835">
            <w:pPr>
              <w:tabs>
                <w:tab w:val="left" w:pos="0"/>
              </w:tabs>
              <w:jc w:val="both"/>
              <w:rPr>
                <w:b/>
                <w:szCs w:val="26"/>
              </w:rPr>
            </w:pPr>
            <w:proofErr w:type="spellStart"/>
            <w:r w:rsidRPr="004543E3">
              <w:rPr>
                <w:b/>
                <w:szCs w:val="26"/>
              </w:rPr>
              <w:t>Dự</w:t>
            </w:r>
            <w:proofErr w:type="spellEnd"/>
            <w:r w:rsidRPr="004543E3">
              <w:rPr>
                <w:b/>
                <w:szCs w:val="26"/>
              </w:rPr>
              <w:t xml:space="preserve"> </w:t>
            </w:r>
            <w:proofErr w:type="spellStart"/>
            <w:r w:rsidRPr="004543E3">
              <w:rPr>
                <w:b/>
                <w:szCs w:val="26"/>
              </w:rPr>
              <w:t>thảo</w:t>
            </w:r>
            <w:proofErr w:type="spellEnd"/>
            <w:r w:rsidRPr="004543E3">
              <w:rPr>
                <w:b/>
                <w:szCs w:val="26"/>
              </w:rPr>
              <w:t xml:space="preserve"> Thông </w:t>
            </w:r>
            <w:proofErr w:type="spellStart"/>
            <w:r w:rsidRPr="004543E3">
              <w:rPr>
                <w:b/>
                <w:szCs w:val="26"/>
              </w:rPr>
              <w:t>tư</w:t>
            </w:r>
            <w:proofErr w:type="spellEnd"/>
            <w:r w:rsidRPr="004543E3">
              <w:rPr>
                <w:b/>
                <w:szCs w:val="26"/>
              </w:rPr>
              <w:t xml:space="preserve"> </w:t>
            </w:r>
            <w:r w:rsidRPr="004543E3">
              <w:rPr>
                <w:b/>
                <w:bCs/>
                <w:szCs w:val="26"/>
                <w:lang w:val="de-DE"/>
              </w:rPr>
              <w:t>quy định mã số, tiêu chuẩn chuyên môn, nghiệp vụ đối với ngạch công chức, chức danh nghề nghiệp viên chức chuyên ngành kiểm soát viên chất lượng sản phẩm, hàng hóa</w:t>
            </w:r>
          </w:p>
        </w:tc>
        <w:tc>
          <w:tcPr>
            <w:tcW w:w="5220" w:type="dxa"/>
          </w:tcPr>
          <w:p w14:paraId="43DF6EF2" w14:textId="77777777" w:rsidR="0099723B" w:rsidRPr="004543E3" w:rsidRDefault="0099723B" w:rsidP="00962835">
            <w:pPr>
              <w:spacing w:before="120" w:after="120"/>
              <w:jc w:val="center"/>
              <w:rPr>
                <w:b/>
              </w:rPr>
            </w:pPr>
            <w:r w:rsidRPr="004543E3">
              <w:rPr>
                <w:b/>
              </w:rPr>
              <w:t xml:space="preserve">Ý </w:t>
            </w:r>
            <w:proofErr w:type="spellStart"/>
            <w:r w:rsidRPr="004543E3">
              <w:rPr>
                <w:b/>
              </w:rPr>
              <w:t>kiến</w:t>
            </w:r>
            <w:proofErr w:type="spellEnd"/>
            <w:r w:rsidRPr="004543E3">
              <w:rPr>
                <w:b/>
              </w:rPr>
              <w:t xml:space="preserve"> </w:t>
            </w:r>
            <w:proofErr w:type="spellStart"/>
            <w:r w:rsidRPr="004543E3">
              <w:rPr>
                <w:b/>
              </w:rPr>
              <w:t>góp</w:t>
            </w:r>
            <w:proofErr w:type="spellEnd"/>
            <w:r w:rsidRPr="004543E3">
              <w:rPr>
                <w:b/>
              </w:rPr>
              <w:t xml:space="preserve"> ý </w:t>
            </w:r>
            <w:proofErr w:type="spellStart"/>
            <w:r w:rsidRPr="004543E3">
              <w:rPr>
                <w:b/>
              </w:rPr>
              <w:t>bộ</w:t>
            </w:r>
            <w:proofErr w:type="spellEnd"/>
            <w:r w:rsidRPr="004543E3">
              <w:rPr>
                <w:b/>
              </w:rPr>
              <w:t xml:space="preserve"> </w:t>
            </w:r>
            <w:proofErr w:type="spellStart"/>
            <w:r w:rsidRPr="004543E3">
              <w:rPr>
                <w:b/>
              </w:rPr>
              <w:t>ngành</w:t>
            </w:r>
            <w:proofErr w:type="spellEnd"/>
            <w:r w:rsidRPr="004543E3">
              <w:rPr>
                <w:b/>
              </w:rPr>
              <w:t xml:space="preserve">, </w:t>
            </w:r>
            <w:proofErr w:type="spellStart"/>
            <w:r w:rsidRPr="004543E3">
              <w:rPr>
                <w:b/>
              </w:rPr>
              <w:t>địa</w:t>
            </w:r>
            <w:proofErr w:type="spellEnd"/>
            <w:r w:rsidRPr="004543E3">
              <w:rPr>
                <w:b/>
              </w:rPr>
              <w:t xml:space="preserve"> </w:t>
            </w:r>
            <w:proofErr w:type="spellStart"/>
            <w:r w:rsidRPr="004543E3">
              <w:rPr>
                <w:b/>
              </w:rPr>
              <w:t>phương</w:t>
            </w:r>
            <w:proofErr w:type="spellEnd"/>
            <w:r w:rsidRPr="004543E3">
              <w:rPr>
                <w:b/>
              </w:rPr>
              <w:t xml:space="preserve">, </w:t>
            </w:r>
            <w:proofErr w:type="spellStart"/>
            <w:r w:rsidRPr="004543E3">
              <w:rPr>
                <w:b/>
              </w:rPr>
              <w:t>tổ</w:t>
            </w:r>
            <w:proofErr w:type="spellEnd"/>
            <w:r w:rsidRPr="004543E3">
              <w:rPr>
                <w:b/>
              </w:rPr>
              <w:t xml:space="preserve"> </w:t>
            </w:r>
            <w:proofErr w:type="spellStart"/>
            <w:r w:rsidRPr="004543E3">
              <w:rPr>
                <w:b/>
              </w:rPr>
              <w:t>chức</w:t>
            </w:r>
            <w:proofErr w:type="spellEnd"/>
          </w:p>
        </w:tc>
        <w:tc>
          <w:tcPr>
            <w:tcW w:w="3165" w:type="dxa"/>
          </w:tcPr>
          <w:p w14:paraId="6DB01F24" w14:textId="77777777" w:rsidR="0099723B" w:rsidRPr="004543E3" w:rsidRDefault="0099723B" w:rsidP="00962835">
            <w:pPr>
              <w:spacing w:before="120" w:after="120"/>
              <w:jc w:val="center"/>
              <w:rPr>
                <w:b/>
              </w:rPr>
            </w:pPr>
            <w:proofErr w:type="spellStart"/>
            <w:r w:rsidRPr="004543E3">
              <w:rPr>
                <w:b/>
              </w:rPr>
              <w:t>Giải</w:t>
            </w:r>
            <w:proofErr w:type="spellEnd"/>
            <w:r w:rsidRPr="004543E3">
              <w:rPr>
                <w:b/>
              </w:rPr>
              <w:t xml:space="preserve"> </w:t>
            </w:r>
            <w:proofErr w:type="spellStart"/>
            <w:r w:rsidRPr="004543E3">
              <w:rPr>
                <w:b/>
              </w:rPr>
              <w:t>trình</w:t>
            </w:r>
            <w:proofErr w:type="spellEnd"/>
            <w:r w:rsidRPr="004543E3">
              <w:rPr>
                <w:b/>
              </w:rPr>
              <w:t xml:space="preserve">, </w:t>
            </w:r>
            <w:proofErr w:type="spellStart"/>
            <w:r w:rsidRPr="004543E3">
              <w:rPr>
                <w:b/>
              </w:rPr>
              <w:t>tiếp</w:t>
            </w:r>
            <w:proofErr w:type="spellEnd"/>
            <w:r w:rsidRPr="004543E3">
              <w:rPr>
                <w:b/>
              </w:rPr>
              <w:t xml:space="preserve"> </w:t>
            </w:r>
            <w:proofErr w:type="spellStart"/>
            <w:r w:rsidRPr="004543E3">
              <w:rPr>
                <w:b/>
              </w:rPr>
              <w:t>thu</w:t>
            </w:r>
            <w:proofErr w:type="spellEnd"/>
            <w:r w:rsidRPr="004543E3">
              <w:rPr>
                <w:b/>
              </w:rPr>
              <w:t xml:space="preserve"> </w:t>
            </w:r>
          </w:p>
        </w:tc>
      </w:tr>
      <w:tr w:rsidR="00796F35" w:rsidRPr="004543E3" w14:paraId="33ED2E8D" w14:textId="77777777" w:rsidTr="00FF0027">
        <w:tc>
          <w:tcPr>
            <w:tcW w:w="14596" w:type="dxa"/>
            <w:gridSpan w:val="4"/>
          </w:tcPr>
          <w:p w14:paraId="29155F13" w14:textId="5D38AF38" w:rsidR="00796F35" w:rsidRPr="004543E3" w:rsidRDefault="00796F35" w:rsidP="00796F35">
            <w:pPr>
              <w:spacing w:after="120" w:line="320" w:lineRule="exact"/>
              <w:jc w:val="center"/>
              <w:rPr>
                <w:szCs w:val="26"/>
              </w:rPr>
            </w:pPr>
            <w:r w:rsidRPr="004543E3">
              <w:rPr>
                <w:b/>
              </w:rPr>
              <w:t>CHƯƠNG I. QUY ĐỊNH CHUNG</w:t>
            </w:r>
          </w:p>
        </w:tc>
      </w:tr>
      <w:tr w:rsidR="00796F35" w:rsidRPr="004543E3" w14:paraId="7628A48F" w14:textId="77777777" w:rsidTr="00FF0027">
        <w:tc>
          <w:tcPr>
            <w:tcW w:w="1098" w:type="dxa"/>
          </w:tcPr>
          <w:p w14:paraId="3D789802" w14:textId="4F9157CD" w:rsidR="00796F35" w:rsidRPr="004543E3" w:rsidRDefault="00796F35" w:rsidP="00796F35">
            <w:pPr>
              <w:jc w:val="both"/>
            </w:pPr>
            <w:proofErr w:type="spellStart"/>
            <w:r w:rsidRPr="004543E3">
              <w:t>Căn</w:t>
            </w:r>
            <w:proofErr w:type="spellEnd"/>
            <w:r w:rsidRPr="004543E3">
              <w:t xml:space="preserve"> </w:t>
            </w:r>
            <w:proofErr w:type="spellStart"/>
            <w:r w:rsidRPr="004543E3">
              <w:t>cứ</w:t>
            </w:r>
            <w:proofErr w:type="spellEnd"/>
            <w:r w:rsidRPr="004543E3">
              <w:t xml:space="preserve"> </w:t>
            </w:r>
            <w:proofErr w:type="spellStart"/>
            <w:r w:rsidRPr="004543E3">
              <w:t>pháp</w:t>
            </w:r>
            <w:proofErr w:type="spellEnd"/>
            <w:r w:rsidRPr="004543E3">
              <w:t xml:space="preserve"> </w:t>
            </w:r>
            <w:proofErr w:type="spellStart"/>
            <w:r w:rsidRPr="004543E3">
              <w:t>lý</w:t>
            </w:r>
            <w:proofErr w:type="spellEnd"/>
          </w:p>
        </w:tc>
        <w:tc>
          <w:tcPr>
            <w:tcW w:w="5113" w:type="dxa"/>
          </w:tcPr>
          <w:p w14:paraId="15E22885" w14:textId="77777777" w:rsidR="00796F35" w:rsidRPr="004543E3" w:rsidRDefault="00796F35" w:rsidP="002A38F6">
            <w:pPr>
              <w:spacing w:before="120" w:after="120" w:line="240" w:lineRule="auto"/>
              <w:ind w:firstLine="709"/>
              <w:jc w:val="both"/>
              <w:rPr>
                <w:i/>
                <w:iCs/>
                <w:szCs w:val="26"/>
                <w:lang w:val="de-DE"/>
              </w:rPr>
            </w:pPr>
            <w:r w:rsidRPr="004543E3">
              <w:rPr>
                <w:i/>
                <w:iCs/>
                <w:szCs w:val="26"/>
                <w:lang w:val="de-DE"/>
              </w:rPr>
              <w:t>Căn cứ Luật cán bộ, công chức ngày 24 tháng 6 năm 2025;</w:t>
            </w:r>
          </w:p>
          <w:p w14:paraId="20393003" w14:textId="77777777" w:rsidR="00796F35" w:rsidRPr="004543E3" w:rsidRDefault="00796F35" w:rsidP="002A38F6">
            <w:pPr>
              <w:spacing w:before="120" w:after="120" w:line="240" w:lineRule="auto"/>
              <w:ind w:firstLine="709"/>
              <w:jc w:val="both"/>
              <w:rPr>
                <w:i/>
                <w:iCs/>
                <w:szCs w:val="26"/>
                <w:lang w:val="de-DE"/>
              </w:rPr>
            </w:pPr>
            <w:r w:rsidRPr="004543E3">
              <w:rPr>
                <w:i/>
                <w:iCs/>
                <w:szCs w:val="26"/>
                <w:lang w:val="de-DE"/>
              </w:rPr>
              <w:t>Căn cứ Luật Viên chức ngày 15 tháng 11 năm 2010; Luật sửa đổi, bổ sung một số điều của Luật Cán bộ, công chức và Luật Viên chức ngày 25 tháng 11 năm 2019;</w:t>
            </w:r>
          </w:p>
          <w:p w14:paraId="4CF3B7AF" w14:textId="77777777" w:rsidR="00796F35" w:rsidRPr="004543E3" w:rsidRDefault="00796F35" w:rsidP="002A38F6">
            <w:pPr>
              <w:widowControl w:val="0"/>
              <w:adjustRightInd w:val="0"/>
              <w:snapToGrid w:val="0"/>
              <w:spacing w:before="120" w:after="120" w:line="240" w:lineRule="auto"/>
              <w:ind w:firstLine="709"/>
              <w:jc w:val="both"/>
              <w:rPr>
                <w:i/>
                <w:iCs/>
                <w:szCs w:val="26"/>
                <w:lang w:val="de-DE"/>
              </w:rPr>
            </w:pPr>
            <w:r w:rsidRPr="004543E3">
              <w:rPr>
                <w:i/>
                <w:iCs/>
                <w:szCs w:val="26"/>
                <w:lang w:val="de-DE"/>
              </w:rPr>
              <w:t xml:space="preserve">Căn cứ Luật Chất lượng sản phẩm, hàng hoá ngày 21 tháng 11 năm 2007; Luật sửa đổi, </w:t>
            </w:r>
            <w:r w:rsidRPr="004543E3">
              <w:rPr>
                <w:i/>
                <w:iCs/>
                <w:szCs w:val="26"/>
                <w:lang w:val="de-DE"/>
              </w:rPr>
              <w:lastRenderedPageBreak/>
              <w:t>bổ sung một số điều của Luật Chất lượng sản phẩm, hàng hoá ngày 18 tháng 6 năm 2025;</w:t>
            </w:r>
          </w:p>
          <w:p w14:paraId="3CDA9130" w14:textId="77777777" w:rsidR="00796F35" w:rsidRPr="004543E3" w:rsidRDefault="00796F35" w:rsidP="002A38F6">
            <w:pPr>
              <w:widowControl w:val="0"/>
              <w:adjustRightInd w:val="0"/>
              <w:snapToGrid w:val="0"/>
              <w:spacing w:before="120" w:after="120" w:line="240" w:lineRule="auto"/>
              <w:ind w:firstLine="709"/>
              <w:jc w:val="both"/>
              <w:rPr>
                <w:i/>
                <w:iCs/>
                <w:szCs w:val="26"/>
                <w:lang w:val="de-DE"/>
              </w:rPr>
            </w:pPr>
            <w:r w:rsidRPr="004543E3">
              <w:rPr>
                <w:i/>
                <w:iCs/>
                <w:szCs w:val="26"/>
                <w:lang w:val="de-DE"/>
              </w:rPr>
              <w:t>Căn cứ Nghị định số </w:t>
            </w:r>
            <w:hyperlink r:id="rId6" w:tgtFrame="_blank" w:tooltip="Nghị định 55/2025/NĐ-CP" w:history="1">
              <w:r w:rsidRPr="004543E3">
                <w:rPr>
                  <w:i/>
                  <w:iCs/>
                  <w:szCs w:val="26"/>
                  <w:lang w:val="de-DE"/>
                </w:rPr>
                <w:t>37/2026/NĐ-CP</w:t>
              </w:r>
            </w:hyperlink>
            <w:r w:rsidRPr="004543E3">
              <w:rPr>
                <w:i/>
                <w:iCs/>
                <w:szCs w:val="26"/>
                <w:lang w:val="de-DE"/>
              </w:rPr>
              <w:t> ngày 23 tháng 01 năm 2026 của Chính phủ quy định chi tiết một số điều và biện pháp để tổ chức, hướng dẫn thi hành Luật Chất lượng sản phẩm, hàng hóa;</w:t>
            </w:r>
          </w:p>
          <w:p w14:paraId="2800A565" w14:textId="77777777" w:rsidR="00796F35" w:rsidRPr="004543E3" w:rsidRDefault="00796F35" w:rsidP="002A38F6">
            <w:pPr>
              <w:spacing w:before="120" w:after="120" w:line="240" w:lineRule="auto"/>
              <w:ind w:firstLine="709"/>
              <w:jc w:val="both"/>
              <w:rPr>
                <w:i/>
                <w:iCs/>
                <w:szCs w:val="26"/>
                <w:lang w:val="de-DE"/>
              </w:rPr>
            </w:pPr>
            <w:r w:rsidRPr="004543E3">
              <w:rPr>
                <w:i/>
                <w:iCs/>
                <w:szCs w:val="26"/>
                <w:lang w:val="de-DE"/>
              </w:rPr>
              <w:t>Căn cứ Nghị định số </w:t>
            </w:r>
            <w:hyperlink r:id="rId7" w:tgtFrame="_blank" w:tooltip="Nghị định 55/2025/NĐ-CP" w:history="1">
              <w:r w:rsidRPr="004543E3">
                <w:rPr>
                  <w:i/>
                  <w:iCs/>
                  <w:szCs w:val="26"/>
                  <w:lang w:val="de-DE"/>
                </w:rPr>
                <w:t>55/2025/NĐ-CP</w:t>
              </w:r>
            </w:hyperlink>
            <w:r w:rsidRPr="004543E3">
              <w:rPr>
                <w:i/>
                <w:iCs/>
                <w:szCs w:val="26"/>
                <w:lang w:val="de-DE"/>
              </w:rPr>
              <w:t> ngày 02 tháng 3 năm 2025 của Chính phủ quy định chức năng nhiệm vụ, quyền hạn và cơ cấu tổ chức của Bộ Khoa học và Công nghệ;</w:t>
            </w:r>
          </w:p>
          <w:p w14:paraId="3BD5EE0E" w14:textId="77777777" w:rsidR="00796F35" w:rsidRPr="004543E3" w:rsidRDefault="00796F35" w:rsidP="002A38F6">
            <w:pPr>
              <w:spacing w:before="120" w:after="120" w:line="240" w:lineRule="auto"/>
              <w:ind w:firstLine="709"/>
              <w:jc w:val="both"/>
              <w:rPr>
                <w:i/>
                <w:iCs/>
                <w:szCs w:val="26"/>
                <w:lang w:val="de-DE"/>
              </w:rPr>
            </w:pPr>
            <w:r w:rsidRPr="004543E3">
              <w:rPr>
                <w:i/>
                <w:iCs/>
                <w:szCs w:val="26"/>
                <w:lang w:val="de-DE"/>
              </w:rPr>
              <w:t xml:space="preserve">Căn cứ Nghị định số 170/2025/NĐ-CP ngày 30 tháng 6 năm 2025 của Chính phủ quy định về tuyển dụng, sử dụng và quản lý công chức; </w:t>
            </w:r>
          </w:p>
          <w:p w14:paraId="191A6B2D" w14:textId="77777777" w:rsidR="00796F35" w:rsidRPr="004543E3" w:rsidRDefault="00796F35" w:rsidP="002A38F6">
            <w:pPr>
              <w:spacing w:before="120" w:after="120" w:line="240" w:lineRule="auto"/>
              <w:ind w:firstLine="709"/>
              <w:jc w:val="both"/>
              <w:rPr>
                <w:i/>
                <w:iCs/>
                <w:szCs w:val="26"/>
                <w:lang w:val="de-DE"/>
              </w:rPr>
            </w:pPr>
            <w:r w:rsidRPr="004543E3">
              <w:rPr>
                <w:i/>
                <w:iCs/>
                <w:szCs w:val="26"/>
                <w:lang w:val="de-DE"/>
              </w:rPr>
              <w:t xml:space="preserve">Căn cứ Nghị định số 115/2020/NĐ-CP ngày 25 tháng 9 năm 2020 của Chính phủ quy định về tuyển dụng, sử dụng và quản lý viên chức; Nghị định số 85/2023/NĐ-CP ngày 07 tháng 12 năm 2023 của Chính phủ sửa đổi, bổ sung một số điều của Nghị định số 115/2020/NĐ-CP ngày 25 tháng 9 năm 2020 của Chính phủ quy định về tuyển dụng, sử dụng và quản lý viên chức; </w:t>
            </w:r>
          </w:p>
          <w:p w14:paraId="258E59E4" w14:textId="77777777" w:rsidR="00796F35" w:rsidRPr="004543E3" w:rsidRDefault="00796F35" w:rsidP="002A38F6">
            <w:pPr>
              <w:spacing w:before="120" w:after="120" w:line="240" w:lineRule="auto"/>
              <w:ind w:firstLine="709"/>
              <w:jc w:val="both"/>
              <w:rPr>
                <w:i/>
                <w:iCs/>
                <w:szCs w:val="26"/>
                <w:lang w:val="de-DE"/>
              </w:rPr>
            </w:pPr>
            <w:r w:rsidRPr="004543E3">
              <w:rPr>
                <w:i/>
                <w:iCs/>
                <w:szCs w:val="26"/>
                <w:lang w:val="de-DE"/>
              </w:rPr>
              <w:t xml:space="preserve">Căn cứ Nghị định số 361/2025/NĐ-CP ngày 31 tháng 12 năm 2025 của Chính phủ quy định về vị trí việc làm công chức; </w:t>
            </w:r>
          </w:p>
          <w:p w14:paraId="611B50AD" w14:textId="77777777" w:rsidR="00796F35" w:rsidRPr="004543E3" w:rsidRDefault="00796F35" w:rsidP="002A38F6">
            <w:pPr>
              <w:spacing w:before="120" w:after="120" w:line="240" w:lineRule="auto"/>
              <w:ind w:firstLine="709"/>
              <w:jc w:val="both"/>
              <w:rPr>
                <w:i/>
                <w:iCs/>
                <w:szCs w:val="26"/>
                <w:lang w:val="de-DE"/>
              </w:rPr>
            </w:pPr>
            <w:r w:rsidRPr="004543E3">
              <w:rPr>
                <w:i/>
                <w:iCs/>
                <w:szCs w:val="26"/>
                <w:lang w:val="de-DE"/>
              </w:rPr>
              <w:t xml:space="preserve">Căn cứ Nghị định số 106/2020/NĐ-CP ngày 10 tháng 9 năm 2020 về vị trí việc làm </w:t>
            </w:r>
            <w:r w:rsidRPr="004543E3">
              <w:rPr>
                <w:i/>
                <w:iCs/>
                <w:szCs w:val="26"/>
                <w:lang w:val="de-DE"/>
              </w:rPr>
              <w:lastRenderedPageBreak/>
              <w:t>và số lượng người làm việc trong đơn vị sự nghiệp công lập;</w:t>
            </w:r>
          </w:p>
          <w:p w14:paraId="6FF2D64F" w14:textId="77777777" w:rsidR="00796F35" w:rsidRPr="004543E3" w:rsidRDefault="00796F35" w:rsidP="002A38F6">
            <w:pPr>
              <w:tabs>
                <w:tab w:val="left" w:pos="0"/>
              </w:tabs>
              <w:spacing w:before="120" w:after="120" w:line="240" w:lineRule="auto"/>
              <w:ind w:firstLine="709"/>
              <w:jc w:val="both"/>
              <w:rPr>
                <w:i/>
                <w:iCs/>
                <w:szCs w:val="26"/>
                <w:lang w:val="de-DE"/>
              </w:rPr>
            </w:pPr>
            <w:r w:rsidRPr="004543E3">
              <w:rPr>
                <w:szCs w:val="26"/>
                <w:lang w:val="de-DE"/>
              </w:rPr>
              <w:tab/>
            </w:r>
            <w:r w:rsidRPr="004543E3">
              <w:rPr>
                <w:i/>
                <w:iCs/>
                <w:szCs w:val="26"/>
                <w:lang w:val="de-DE"/>
              </w:rPr>
              <w:t>Theo đề nghị của Vụ trưởng Vụ Tổ chức cán bộ, Vụ trưởng Vụ Pháp chế và Chủ tịch Ủy ban Tiêu chuẩn Đo lường Chất lượng Quốc gia;</w:t>
            </w:r>
            <w:r w:rsidRPr="004543E3">
              <w:rPr>
                <w:i/>
                <w:iCs/>
                <w:szCs w:val="26"/>
                <w:lang w:val="de-DE"/>
              </w:rPr>
              <w:tab/>
            </w:r>
          </w:p>
          <w:p w14:paraId="566C677B" w14:textId="52149041" w:rsidR="00796F35" w:rsidRPr="004543E3" w:rsidRDefault="00796F35" w:rsidP="002A38F6">
            <w:pPr>
              <w:spacing w:before="120" w:after="120" w:line="240" w:lineRule="auto"/>
              <w:ind w:firstLine="709"/>
              <w:jc w:val="both"/>
              <w:rPr>
                <w:i/>
                <w:iCs/>
                <w:sz w:val="28"/>
                <w:szCs w:val="28"/>
                <w:lang w:val="de-DE"/>
              </w:rPr>
            </w:pPr>
            <w:r w:rsidRPr="004543E3">
              <w:rPr>
                <w:i/>
                <w:iCs/>
                <w:szCs w:val="26"/>
                <w:lang w:val="de-DE"/>
              </w:rPr>
              <w:tab/>
              <w:t xml:space="preserve">Bộ trưởng Bộ Khoa học và Công nghệ ban hành Thông tư quy định mã số, tiêu chuẩn chuyên môn, nghiệp vụ đối với ngạch công chức, chức danh nghề nghiệp viên chức chuyên ngành kiểm soát chất lượng sản phẩm, hàng hóa. </w:t>
            </w:r>
          </w:p>
        </w:tc>
        <w:tc>
          <w:tcPr>
            <w:tcW w:w="5220" w:type="dxa"/>
          </w:tcPr>
          <w:p w14:paraId="79EEFBAE" w14:textId="77777777" w:rsidR="00796F35" w:rsidRPr="004543E3" w:rsidRDefault="00796F35" w:rsidP="00796F35">
            <w:pPr>
              <w:spacing w:after="0" w:line="340" w:lineRule="exact"/>
              <w:rPr>
                <w:b/>
                <w:bCs/>
              </w:rPr>
            </w:pPr>
            <w:proofErr w:type="spellStart"/>
            <w:r w:rsidRPr="004543E3">
              <w:rPr>
                <w:b/>
                <w:bCs/>
              </w:rPr>
              <w:lastRenderedPageBreak/>
              <w:t>Bô</w:t>
            </w:r>
            <w:proofErr w:type="spellEnd"/>
            <w:r w:rsidRPr="004543E3">
              <w:rPr>
                <w:b/>
                <w:bCs/>
              </w:rPr>
              <w:t xml:space="preserve">̣ Công </w:t>
            </w:r>
            <w:proofErr w:type="spellStart"/>
            <w:r w:rsidRPr="004543E3">
              <w:rPr>
                <w:b/>
                <w:bCs/>
              </w:rPr>
              <w:t>thương</w:t>
            </w:r>
            <w:proofErr w:type="spellEnd"/>
            <w:r w:rsidRPr="004543E3">
              <w:rPr>
                <w:b/>
                <w:bCs/>
              </w:rPr>
              <w:t>:</w:t>
            </w:r>
          </w:p>
          <w:p w14:paraId="603A3BE5" w14:textId="77777777" w:rsidR="00796F35" w:rsidRPr="004543E3" w:rsidRDefault="00796F35" w:rsidP="00796F35">
            <w:pPr>
              <w:spacing w:after="0" w:line="340" w:lineRule="exact"/>
              <w:jc w:val="both"/>
            </w:pPr>
            <w:r w:rsidRPr="004543E3">
              <w:t xml:space="preserve">- </w:t>
            </w:r>
            <w:proofErr w:type="spellStart"/>
            <w:r w:rsidRPr="004543E3">
              <w:t>Ngày</w:t>
            </w:r>
            <w:proofErr w:type="spellEnd"/>
            <w:r w:rsidRPr="004543E3">
              <w:t xml:space="preserve"> 10/12/2025, Quốc </w:t>
            </w:r>
            <w:proofErr w:type="spellStart"/>
            <w:r w:rsidRPr="004543E3">
              <w:t>hội</w:t>
            </w:r>
            <w:proofErr w:type="spellEnd"/>
            <w:r w:rsidRPr="004543E3">
              <w:t xml:space="preserve"> </w:t>
            </w:r>
            <w:proofErr w:type="spellStart"/>
            <w:r w:rsidRPr="004543E3">
              <w:t>đã</w:t>
            </w:r>
            <w:proofErr w:type="spellEnd"/>
            <w:r w:rsidRPr="004543E3">
              <w:t xml:space="preserve"> </w:t>
            </w:r>
            <w:proofErr w:type="spellStart"/>
            <w:r w:rsidRPr="004543E3">
              <w:t>thông</w:t>
            </w:r>
            <w:proofErr w:type="spellEnd"/>
            <w:r w:rsidRPr="004543E3">
              <w:t xml:space="preserve"> qua </w:t>
            </w:r>
            <w:proofErr w:type="spellStart"/>
            <w:r w:rsidRPr="004543E3">
              <w:t>Luật</w:t>
            </w:r>
            <w:proofErr w:type="spellEnd"/>
            <w:r w:rsidRPr="004543E3">
              <w:t xml:space="preserve"> Viên </w:t>
            </w:r>
            <w:proofErr w:type="spellStart"/>
            <w:r w:rsidRPr="004543E3">
              <w:t>chức</w:t>
            </w:r>
            <w:proofErr w:type="spellEnd"/>
            <w:r w:rsidRPr="004543E3">
              <w:t xml:space="preserve"> </w:t>
            </w:r>
            <w:proofErr w:type="spellStart"/>
            <w:r w:rsidRPr="004543E3">
              <w:t>số</w:t>
            </w:r>
            <w:proofErr w:type="spellEnd"/>
            <w:r w:rsidRPr="004543E3">
              <w:t xml:space="preserve"> 129/2025/QH15, </w:t>
            </w:r>
            <w:proofErr w:type="spellStart"/>
            <w:r w:rsidRPr="004543E3">
              <w:t>có</w:t>
            </w:r>
            <w:proofErr w:type="spellEnd"/>
            <w:r w:rsidRPr="004543E3">
              <w:t xml:space="preserve"> </w:t>
            </w:r>
            <w:proofErr w:type="spellStart"/>
            <w:r w:rsidRPr="004543E3">
              <w:t>hiệu</w:t>
            </w:r>
            <w:proofErr w:type="spellEnd"/>
            <w:r w:rsidRPr="004543E3">
              <w:t xml:space="preserve"> </w:t>
            </w:r>
            <w:proofErr w:type="spellStart"/>
            <w:r w:rsidRPr="004543E3">
              <w:t>lực</w:t>
            </w:r>
            <w:proofErr w:type="spellEnd"/>
            <w:r w:rsidRPr="004543E3">
              <w:t xml:space="preserve"> </w:t>
            </w:r>
            <w:proofErr w:type="spellStart"/>
            <w:r w:rsidRPr="004543E3">
              <w:t>từ</w:t>
            </w:r>
            <w:proofErr w:type="spellEnd"/>
            <w:r w:rsidRPr="004543E3">
              <w:t xml:space="preserve"> 01/7/2026 </w:t>
            </w:r>
            <w:proofErr w:type="spellStart"/>
            <w:r w:rsidRPr="004543E3">
              <w:t>thay</w:t>
            </w:r>
            <w:proofErr w:type="spellEnd"/>
            <w:r w:rsidRPr="004543E3">
              <w:t xml:space="preserve"> </w:t>
            </w:r>
            <w:proofErr w:type="spellStart"/>
            <w:r w:rsidRPr="004543E3">
              <w:t>thế</w:t>
            </w:r>
            <w:proofErr w:type="spellEnd"/>
            <w:r w:rsidRPr="004543E3">
              <w:t xml:space="preserve"> </w:t>
            </w:r>
            <w:proofErr w:type="spellStart"/>
            <w:r w:rsidRPr="004543E3">
              <w:t>Luật</w:t>
            </w:r>
            <w:proofErr w:type="spellEnd"/>
            <w:r w:rsidRPr="004543E3">
              <w:t xml:space="preserve"> Viên </w:t>
            </w:r>
            <w:proofErr w:type="spellStart"/>
            <w:r w:rsidRPr="004543E3">
              <w:t>chức</w:t>
            </w:r>
            <w:proofErr w:type="spellEnd"/>
            <w:r w:rsidRPr="004543E3">
              <w:t xml:space="preserve"> </w:t>
            </w:r>
            <w:proofErr w:type="spellStart"/>
            <w:r w:rsidRPr="004543E3">
              <w:t>số</w:t>
            </w:r>
            <w:proofErr w:type="spellEnd"/>
            <w:r w:rsidRPr="004543E3">
              <w:t xml:space="preserve"> 58/2010/QH12 </w:t>
            </w:r>
            <w:proofErr w:type="spellStart"/>
            <w:r w:rsidRPr="004543E3">
              <w:t>được</w:t>
            </w:r>
            <w:proofErr w:type="spellEnd"/>
            <w:r w:rsidRPr="004543E3">
              <w:t xml:space="preserve"> </w:t>
            </w:r>
            <w:proofErr w:type="spellStart"/>
            <w:r w:rsidRPr="004543E3">
              <w:t>sửa</w:t>
            </w:r>
            <w:proofErr w:type="spellEnd"/>
            <w:r w:rsidRPr="004543E3">
              <w:t xml:space="preserve"> </w:t>
            </w:r>
            <w:proofErr w:type="spellStart"/>
            <w:r w:rsidRPr="004543E3">
              <w:t>đổi</w:t>
            </w:r>
            <w:proofErr w:type="spellEnd"/>
            <w:r w:rsidRPr="004543E3">
              <w:t xml:space="preserve">, </w:t>
            </w:r>
            <w:proofErr w:type="spellStart"/>
            <w:r w:rsidRPr="004543E3">
              <w:t>bổ</w:t>
            </w:r>
            <w:proofErr w:type="spellEnd"/>
            <w:r w:rsidRPr="004543E3">
              <w:t xml:space="preserve"> sung </w:t>
            </w:r>
            <w:proofErr w:type="spellStart"/>
            <w:r w:rsidRPr="004543E3">
              <w:t>một</w:t>
            </w:r>
            <w:proofErr w:type="spellEnd"/>
            <w:r w:rsidRPr="004543E3">
              <w:t xml:space="preserve"> </w:t>
            </w:r>
            <w:proofErr w:type="spellStart"/>
            <w:r w:rsidRPr="004543E3">
              <w:t>số</w:t>
            </w:r>
            <w:proofErr w:type="spellEnd"/>
            <w:r w:rsidRPr="004543E3">
              <w:t xml:space="preserve"> </w:t>
            </w:r>
            <w:proofErr w:type="spellStart"/>
            <w:r w:rsidRPr="004543E3">
              <w:t>điều</w:t>
            </w:r>
            <w:proofErr w:type="spellEnd"/>
            <w:r w:rsidRPr="004543E3">
              <w:t xml:space="preserve"> </w:t>
            </w:r>
            <w:proofErr w:type="spellStart"/>
            <w:r w:rsidRPr="004543E3">
              <w:t>theo</w:t>
            </w:r>
            <w:proofErr w:type="spellEnd"/>
            <w:r w:rsidRPr="004543E3">
              <w:t xml:space="preserve"> </w:t>
            </w:r>
            <w:proofErr w:type="spellStart"/>
            <w:r w:rsidRPr="004543E3">
              <w:t>Luật</w:t>
            </w:r>
            <w:proofErr w:type="spellEnd"/>
            <w:r w:rsidRPr="004543E3">
              <w:t xml:space="preserve"> </w:t>
            </w:r>
            <w:proofErr w:type="spellStart"/>
            <w:r w:rsidRPr="004543E3">
              <w:t>số</w:t>
            </w:r>
            <w:proofErr w:type="spellEnd"/>
            <w:r w:rsidRPr="004543E3">
              <w:t xml:space="preserve"> 52/2019/QH14. </w:t>
            </w:r>
            <w:proofErr w:type="spellStart"/>
            <w:r w:rsidRPr="004543E3">
              <w:t>Phần</w:t>
            </w:r>
            <w:proofErr w:type="spellEnd"/>
            <w:r w:rsidRPr="004543E3">
              <w:t xml:space="preserve"> </w:t>
            </w:r>
            <w:proofErr w:type="spellStart"/>
            <w:r w:rsidRPr="004543E3">
              <w:t>căn</w:t>
            </w:r>
            <w:proofErr w:type="spellEnd"/>
            <w:r w:rsidRPr="004543E3">
              <w:t xml:space="preserve"> </w:t>
            </w:r>
            <w:proofErr w:type="spellStart"/>
            <w:r w:rsidRPr="004543E3">
              <w:t>cứ</w:t>
            </w:r>
            <w:proofErr w:type="spellEnd"/>
            <w:r w:rsidRPr="004543E3">
              <w:t xml:space="preserve"> </w:t>
            </w:r>
            <w:proofErr w:type="spellStart"/>
            <w:r w:rsidRPr="004543E3">
              <w:t>dự</w:t>
            </w:r>
            <w:proofErr w:type="spellEnd"/>
            <w:r w:rsidRPr="004543E3">
              <w:t xml:space="preserve"> </w:t>
            </w:r>
            <w:proofErr w:type="spellStart"/>
            <w:r w:rsidRPr="004543E3">
              <w:t>thảo</w:t>
            </w:r>
            <w:proofErr w:type="spellEnd"/>
            <w:r w:rsidRPr="004543E3">
              <w:t xml:space="preserve"> Thông </w:t>
            </w:r>
            <w:proofErr w:type="spellStart"/>
            <w:r w:rsidRPr="004543E3">
              <w:t>tư</w:t>
            </w:r>
            <w:proofErr w:type="spellEnd"/>
            <w:r w:rsidRPr="004543E3">
              <w:t xml:space="preserve"> </w:t>
            </w:r>
            <w:proofErr w:type="spellStart"/>
            <w:r w:rsidRPr="004543E3">
              <w:t>hiện</w:t>
            </w:r>
            <w:proofErr w:type="spellEnd"/>
            <w:r w:rsidRPr="004543E3">
              <w:t xml:space="preserve"> </w:t>
            </w:r>
            <w:proofErr w:type="spellStart"/>
            <w:r w:rsidRPr="004543E3">
              <w:t>đang</w:t>
            </w:r>
            <w:proofErr w:type="spellEnd"/>
            <w:r w:rsidRPr="004543E3">
              <w:t xml:space="preserve"> </w:t>
            </w:r>
            <w:proofErr w:type="spellStart"/>
            <w:r w:rsidRPr="004543E3">
              <w:t>căn</w:t>
            </w:r>
            <w:proofErr w:type="spellEnd"/>
            <w:r w:rsidRPr="004543E3">
              <w:t xml:space="preserve"> </w:t>
            </w:r>
            <w:proofErr w:type="spellStart"/>
            <w:r w:rsidRPr="004543E3">
              <w:t>cứ</w:t>
            </w:r>
            <w:proofErr w:type="spellEnd"/>
            <w:r w:rsidRPr="004543E3">
              <w:t xml:space="preserve"> </w:t>
            </w:r>
            <w:proofErr w:type="spellStart"/>
            <w:r w:rsidRPr="004543E3">
              <w:t>vào</w:t>
            </w:r>
            <w:proofErr w:type="spellEnd"/>
            <w:r w:rsidRPr="004543E3">
              <w:t xml:space="preserve"> </w:t>
            </w:r>
            <w:proofErr w:type="spellStart"/>
            <w:r w:rsidRPr="004543E3">
              <w:t>Luật</w:t>
            </w:r>
            <w:proofErr w:type="spellEnd"/>
            <w:r w:rsidRPr="004543E3">
              <w:t xml:space="preserve"> Viên </w:t>
            </w:r>
            <w:proofErr w:type="spellStart"/>
            <w:r w:rsidRPr="004543E3">
              <w:t>chức</w:t>
            </w:r>
            <w:proofErr w:type="spellEnd"/>
            <w:r w:rsidRPr="004543E3">
              <w:t xml:space="preserve"> </w:t>
            </w:r>
            <w:proofErr w:type="spellStart"/>
            <w:r w:rsidRPr="004543E3">
              <w:t>năm</w:t>
            </w:r>
            <w:proofErr w:type="spellEnd"/>
            <w:r w:rsidRPr="004543E3">
              <w:t xml:space="preserve"> 2010,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cơ</w:t>
            </w:r>
            <w:proofErr w:type="spellEnd"/>
            <w:r w:rsidRPr="004543E3">
              <w:t xml:space="preserve"> </w:t>
            </w:r>
            <w:proofErr w:type="spellStart"/>
            <w:r w:rsidRPr="004543E3">
              <w:t>quan</w:t>
            </w:r>
            <w:proofErr w:type="spellEnd"/>
            <w:r w:rsidRPr="004543E3">
              <w:t xml:space="preserve"> </w:t>
            </w:r>
            <w:proofErr w:type="spellStart"/>
            <w:r w:rsidRPr="004543E3">
              <w:t>chủ</w:t>
            </w:r>
            <w:proofErr w:type="spellEnd"/>
            <w:r w:rsidRPr="004543E3">
              <w:t xml:space="preserve"> </w:t>
            </w:r>
            <w:proofErr w:type="spellStart"/>
            <w:r w:rsidRPr="004543E3">
              <w:t>trì</w:t>
            </w:r>
            <w:proofErr w:type="spellEnd"/>
            <w:r w:rsidRPr="004543E3">
              <w:t xml:space="preserve"> </w:t>
            </w:r>
            <w:proofErr w:type="spellStart"/>
            <w:r w:rsidRPr="004543E3">
              <w:lastRenderedPageBreak/>
              <w:t>soạn</w:t>
            </w:r>
            <w:proofErr w:type="spellEnd"/>
            <w:r w:rsidRPr="004543E3">
              <w:t xml:space="preserve"> </w:t>
            </w:r>
            <w:proofErr w:type="spellStart"/>
            <w:r w:rsidRPr="004543E3">
              <w:t>thảo</w:t>
            </w:r>
            <w:proofErr w:type="spellEnd"/>
            <w:r w:rsidRPr="004543E3">
              <w:t xml:space="preserve"> </w:t>
            </w:r>
            <w:proofErr w:type="spellStart"/>
            <w:r w:rsidRPr="004543E3">
              <w:t>rà</w:t>
            </w:r>
            <w:proofErr w:type="spellEnd"/>
            <w:r w:rsidRPr="004543E3">
              <w:t xml:space="preserve"> </w:t>
            </w:r>
            <w:proofErr w:type="spellStart"/>
            <w:r w:rsidRPr="004543E3">
              <w:t>soát</w:t>
            </w:r>
            <w:proofErr w:type="spellEnd"/>
            <w:r w:rsidRPr="004543E3">
              <w:t xml:space="preserve">, </w:t>
            </w:r>
            <w:proofErr w:type="spellStart"/>
            <w:r w:rsidRPr="004543E3">
              <w:t>cân</w:t>
            </w:r>
            <w:proofErr w:type="spellEnd"/>
            <w:r w:rsidRPr="004543E3">
              <w:t xml:space="preserve"> </w:t>
            </w:r>
            <w:proofErr w:type="spellStart"/>
            <w:r w:rsidRPr="004543E3">
              <w:t>nhắc</w:t>
            </w:r>
            <w:proofErr w:type="spellEnd"/>
            <w:r w:rsidRPr="004543E3">
              <w:t xml:space="preserve"> </w:t>
            </w:r>
            <w:proofErr w:type="spellStart"/>
            <w:r w:rsidRPr="004543E3">
              <w:t>để</w:t>
            </w:r>
            <w:proofErr w:type="spellEnd"/>
            <w:r w:rsidRPr="004543E3">
              <w:t xml:space="preserve"> </w:t>
            </w:r>
            <w:proofErr w:type="spellStart"/>
            <w:r w:rsidRPr="004543E3">
              <w:t>đảm</w:t>
            </w:r>
            <w:proofErr w:type="spellEnd"/>
            <w:r w:rsidRPr="004543E3">
              <w:t xml:space="preserve"> </w:t>
            </w:r>
            <w:proofErr w:type="spellStart"/>
            <w:r w:rsidRPr="004543E3">
              <w:t>bảo</w:t>
            </w:r>
            <w:proofErr w:type="spellEnd"/>
            <w:r w:rsidRPr="004543E3">
              <w:t xml:space="preserve"> </w:t>
            </w:r>
            <w:proofErr w:type="spellStart"/>
            <w:r w:rsidRPr="004543E3">
              <w:t>tính</w:t>
            </w:r>
            <w:proofErr w:type="spellEnd"/>
            <w:r w:rsidRPr="004543E3">
              <w:t xml:space="preserve"> </w:t>
            </w:r>
            <w:proofErr w:type="spellStart"/>
            <w:r w:rsidRPr="004543E3">
              <w:t>khả</w:t>
            </w:r>
            <w:proofErr w:type="spellEnd"/>
            <w:r w:rsidRPr="004543E3">
              <w:t xml:space="preserve"> </w:t>
            </w:r>
            <w:proofErr w:type="spellStart"/>
            <w:r w:rsidRPr="004543E3">
              <w:t>thi</w:t>
            </w:r>
            <w:proofErr w:type="spellEnd"/>
            <w:r w:rsidRPr="004543E3">
              <w:t xml:space="preserve"> </w:t>
            </w:r>
            <w:proofErr w:type="spellStart"/>
            <w:r w:rsidRPr="004543E3">
              <w:t>của</w:t>
            </w:r>
            <w:proofErr w:type="spellEnd"/>
            <w:r w:rsidRPr="004543E3">
              <w:t xml:space="preserve"> </w:t>
            </w:r>
            <w:proofErr w:type="spellStart"/>
            <w:r w:rsidRPr="004543E3">
              <w:t>văn</w:t>
            </w:r>
            <w:proofErr w:type="spellEnd"/>
            <w:r w:rsidRPr="004543E3">
              <w:t xml:space="preserve"> </w:t>
            </w:r>
            <w:proofErr w:type="spellStart"/>
            <w:r w:rsidRPr="004543E3">
              <w:t>bản</w:t>
            </w:r>
            <w:proofErr w:type="spellEnd"/>
            <w:r w:rsidRPr="004543E3">
              <w:t xml:space="preserve"> </w:t>
            </w:r>
            <w:proofErr w:type="spellStart"/>
            <w:r w:rsidRPr="004543E3">
              <w:t>khi</w:t>
            </w:r>
            <w:proofErr w:type="spellEnd"/>
            <w:r w:rsidRPr="004543E3">
              <w:t xml:space="preserve"> </w:t>
            </w:r>
            <w:proofErr w:type="spellStart"/>
            <w:r w:rsidRPr="004543E3">
              <w:t>được</w:t>
            </w:r>
            <w:proofErr w:type="spellEnd"/>
            <w:r w:rsidRPr="004543E3">
              <w:t xml:space="preserve"> ban </w:t>
            </w:r>
            <w:proofErr w:type="spellStart"/>
            <w:r w:rsidRPr="004543E3">
              <w:t>hành</w:t>
            </w:r>
            <w:proofErr w:type="spellEnd"/>
            <w:r w:rsidRPr="004543E3">
              <w:t>.</w:t>
            </w:r>
          </w:p>
          <w:p w14:paraId="3518996F" w14:textId="77777777" w:rsidR="00796F35" w:rsidRPr="004543E3" w:rsidRDefault="00796F35" w:rsidP="00796F35">
            <w:pPr>
              <w:spacing w:after="0" w:line="340" w:lineRule="exact"/>
              <w:jc w:val="both"/>
            </w:pPr>
          </w:p>
          <w:p w14:paraId="0BC2F79E" w14:textId="77777777" w:rsidR="00796F35" w:rsidRPr="004543E3" w:rsidRDefault="00796F35" w:rsidP="00796F35">
            <w:pPr>
              <w:spacing w:after="0" w:line="340" w:lineRule="exact"/>
              <w:jc w:val="both"/>
            </w:pPr>
          </w:p>
          <w:p w14:paraId="51A21607" w14:textId="77777777" w:rsidR="00796F35" w:rsidRPr="004543E3" w:rsidRDefault="00796F35" w:rsidP="00796F35">
            <w:pPr>
              <w:spacing w:after="0" w:line="340" w:lineRule="exact"/>
              <w:jc w:val="both"/>
            </w:pPr>
          </w:p>
          <w:p w14:paraId="5233FC22" w14:textId="77777777" w:rsidR="00796F35" w:rsidRPr="004543E3" w:rsidRDefault="00796F35" w:rsidP="00796F35">
            <w:pPr>
              <w:spacing w:after="0" w:line="340" w:lineRule="exact"/>
              <w:jc w:val="both"/>
            </w:pPr>
          </w:p>
          <w:p w14:paraId="0C7E572A" w14:textId="77777777" w:rsidR="00796F35" w:rsidRPr="004543E3" w:rsidRDefault="00796F35" w:rsidP="00796F35">
            <w:pPr>
              <w:spacing w:after="0" w:line="340" w:lineRule="exact"/>
              <w:jc w:val="both"/>
            </w:pPr>
          </w:p>
          <w:p w14:paraId="65E291CA" w14:textId="77777777" w:rsidR="00796F35" w:rsidRPr="004543E3" w:rsidRDefault="00796F35" w:rsidP="00796F35">
            <w:pPr>
              <w:spacing w:after="0" w:line="340" w:lineRule="exact"/>
              <w:jc w:val="both"/>
            </w:pPr>
          </w:p>
          <w:p w14:paraId="3FFFE0AD" w14:textId="77777777" w:rsidR="00796F35" w:rsidRPr="004543E3" w:rsidRDefault="00796F35" w:rsidP="00796F35">
            <w:pPr>
              <w:spacing w:after="0" w:line="340" w:lineRule="exact"/>
              <w:jc w:val="both"/>
            </w:pPr>
          </w:p>
          <w:p w14:paraId="565B3512" w14:textId="77777777" w:rsidR="00796F35" w:rsidRPr="004543E3" w:rsidRDefault="00796F35" w:rsidP="00796F35">
            <w:pPr>
              <w:spacing w:after="0" w:line="340" w:lineRule="exact"/>
              <w:jc w:val="both"/>
            </w:pPr>
          </w:p>
          <w:p w14:paraId="040FE6C8" w14:textId="77777777" w:rsidR="00796F35" w:rsidRPr="004543E3" w:rsidRDefault="00796F35" w:rsidP="00796F35">
            <w:pPr>
              <w:spacing w:after="0" w:line="340" w:lineRule="exact"/>
              <w:jc w:val="both"/>
            </w:pPr>
          </w:p>
          <w:p w14:paraId="71154811" w14:textId="77777777" w:rsidR="00796F35" w:rsidRPr="004543E3" w:rsidRDefault="00796F35" w:rsidP="00796F35">
            <w:pPr>
              <w:spacing w:after="0" w:line="340" w:lineRule="exact"/>
              <w:jc w:val="both"/>
            </w:pPr>
          </w:p>
          <w:p w14:paraId="587AA3F8" w14:textId="77777777" w:rsidR="00796F35" w:rsidRPr="004543E3" w:rsidRDefault="00796F35" w:rsidP="00796F35">
            <w:pPr>
              <w:spacing w:after="0" w:line="340" w:lineRule="exact"/>
              <w:jc w:val="both"/>
            </w:pPr>
          </w:p>
          <w:p w14:paraId="73F13B3B" w14:textId="77777777" w:rsidR="00796F35" w:rsidRPr="004543E3" w:rsidRDefault="00796F35" w:rsidP="00796F35">
            <w:pPr>
              <w:spacing w:after="0" w:line="340" w:lineRule="exact"/>
              <w:jc w:val="both"/>
            </w:pPr>
          </w:p>
          <w:p w14:paraId="087A33FC" w14:textId="77777777" w:rsidR="00796F35" w:rsidRPr="004543E3" w:rsidRDefault="00796F35" w:rsidP="00796F35">
            <w:pPr>
              <w:spacing w:after="0" w:line="340" w:lineRule="exact"/>
              <w:jc w:val="both"/>
              <w:rPr>
                <w:b/>
                <w:bCs/>
              </w:rPr>
            </w:pPr>
            <w:r w:rsidRPr="004543E3">
              <w:rPr>
                <w:b/>
                <w:bCs/>
              </w:rPr>
              <w:t xml:space="preserve">UBND </w:t>
            </w:r>
            <w:proofErr w:type="spellStart"/>
            <w:r w:rsidRPr="004543E3">
              <w:rPr>
                <w:b/>
                <w:bCs/>
              </w:rPr>
              <w:t>tỉnh</w:t>
            </w:r>
            <w:proofErr w:type="spellEnd"/>
            <w:r w:rsidRPr="004543E3">
              <w:rPr>
                <w:b/>
                <w:bCs/>
              </w:rPr>
              <w:t xml:space="preserve"> </w:t>
            </w:r>
            <w:proofErr w:type="spellStart"/>
            <w:r w:rsidRPr="004543E3">
              <w:rPr>
                <w:b/>
                <w:bCs/>
              </w:rPr>
              <w:t>Điện</w:t>
            </w:r>
            <w:proofErr w:type="spellEnd"/>
            <w:r w:rsidRPr="004543E3">
              <w:rPr>
                <w:b/>
                <w:bCs/>
              </w:rPr>
              <w:t xml:space="preserve"> </w:t>
            </w:r>
            <w:proofErr w:type="spellStart"/>
            <w:r w:rsidRPr="004543E3">
              <w:rPr>
                <w:b/>
                <w:bCs/>
              </w:rPr>
              <w:t>Biên</w:t>
            </w:r>
            <w:proofErr w:type="spellEnd"/>
            <w:r w:rsidRPr="004543E3">
              <w:rPr>
                <w:b/>
                <w:bCs/>
              </w:rPr>
              <w:t>:</w:t>
            </w:r>
          </w:p>
          <w:p w14:paraId="5328ED3D" w14:textId="77777777" w:rsidR="00796F35" w:rsidRPr="004543E3" w:rsidRDefault="00796F35" w:rsidP="00796F35">
            <w:pPr>
              <w:spacing w:after="0" w:line="340" w:lineRule="exact"/>
              <w:jc w:val="both"/>
              <w:rPr>
                <w:i/>
                <w:iCs/>
              </w:rPr>
            </w:pPr>
            <w:proofErr w:type="spellStart"/>
            <w:r w:rsidRPr="004543E3">
              <w:t>Tại</w:t>
            </w:r>
            <w:proofErr w:type="spellEnd"/>
            <w:r w:rsidRPr="004543E3">
              <w:t xml:space="preserve"> </w:t>
            </w:r>
            <w:proofErr w:type="spellStart"/>
            <w:r w:rsidRPr="004543E3">
              <w:t>phần</w:t>
            </w:r>
            <w:proofErr w:type="spellEnd"/>
            <w:r w:rsidRPr="004543E3">
              <w:t xml:space="preserve"> </w:t>
            </w:r>
            <w:proofErr w:type="spellStart"/>
            <w:r w:rsidRPr="004543E3">
              <w:t>căn</w:t>
            </w:r>
            <w:proofErr w:type="spellEnd"/>
            <w:r w:rsidRPr="004543E3">
              <w:t xml:space="preserve"> </w:t>
            </w:r>
            <w:proofErr w:type="spellStart"/>
            <w:r w:rsidRPr="004543E3">
              <w:t>cứ</w:t>
            </w:r>
            <w:proofErr w:type="spellEnd"/>
            <w:r w:rsidRPr="004543E3">
              <w:t xml:space="preserve"> </w:t>
            </w:r>
            <w:proofErr w:type="spellStart"/>
            <w:r w:rsidRPr="004543E3">
              <w:t>pháp</w:t>
            </w:r>
            <w:proofErr w:type="spellEnd"/>
            <w:r w:rsidRPr="004543E3">
              <w:t xml:space="preserve"> </w:t>
            </w:r>
            <w:proofErr w:type="spellStart"/>
            <w:r w:rsidRPr="004543E3">
              <w:t>lý</w:t>
            </w:r>
            <w:proofErr w:type="spellEnd"/>
            <w:r w:rsidRPr="004543E3">
              <w:t xml:space="preserve">: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ghi</w:t>
            </w:r>
            <w:proofErr w:type="spellEnd"/>
            <w:r w:rsidRPr="004543E3">
              <w:t xml:space="preserve"> </w:t>
            </w:r>
            <w:proofErr w:type="spellStart"/>
            <w:r w:rsidRPr="004543E3">
              <w:t>đầy</w:t>
            </w:r>
            <w:proofErr w:type="spellEnd"/>
            <w:r w:rsidRPr="004543E3">
              <w:t xml:space="preserve"> </w:t>
            </w:r>
            <w:proofErr w:type="spellStart"/>
            <w:r w:rsidRPr="004543E3">
              <w:t>đủ</w:t>
            </w:r>
            <w:proofErr w:type="spellEnd"/>
            <w:r w:rsidRPr="004543E3">
              <w:t xml:space="preserve"> </w:t>
            </w:r>
            <w:proofErr w:type="spellStart"/>
            <w:r w:rsidRPr="004543E3">
              <w:t>tên</w:t>
            </w:r>
            <w:proofErr w:type="spellEnd"/>
            <w:r w:rsidRPr="004543E3">
              <w:t xml:space="preserve"> </w:t>
            </w:r>
            <w:proofErr w:type="spellStart"/>
            <w:r w:rsidRPr="004543E3">
              <w:t>loại</w:t>
            </w:r>
            <w:proofErr w:type="spellEnd"/>
            <w:r w:rsidRPr="004543E3">
              <w:t xml:space="preserve"> </w:t>
            </w:r>
            <w:proofErr w:type="spellStart"/>
            <w:r w:rsidRPr="004543E3">
              <w:t>văn</w:t>
            </w:r>
            <w:proofErr w:type="spellEnd"/>
            <w:r w:rsidRPr="004543E3">
              <w:t xml:space="preserve"> </w:t>
            </w:r>
            <w:proofErr w:type="spellStart"/>
            <w:r w:rsidRPr="004543E3">
              <w:t>bản</w:t>
            </w:r>
            <w:proofErr w:type="spellEnd"/>
            <w:r w:rsidRPr="004543E3">
              <w:t xml:space="preserve">, </w:t>
            </w:r>
            <w:proofErr w:type="spellStart"/>
            <w:r w:rsidRPr="004543E3">
              <w:t>số</w:t>
            </w:r>
            <w:proofErr w:type="spellEnd"/>
            <w:r w:rsidRPr="004543E3">
              <w:t xml:space="preserve">, </w:t>
            </w:r>
            <w:proofErr w:type="spellStart"/>
            <w:r w:rsidRPr="004543E3">
              <w:t>ký</w:t>
            </w:r>
            <w:proofErr w:type="spellEnd"/>
            <w:r w:rsidRPr="004543E3">
              <w:t xml:space="preserve"> </w:t>
            </w:r>
            <w:proofErr w:type="spellStart"/>
            <w:r w:rsidRPr="004543E3">
              <w:t>hiệu</w:t>
            </w:r>
            <w:proofErr w:type="spellEnd"/>
            <w:r w:rsidRPr="004543E3">
              <w:t xml:space="preserve">, </w:t>
            </w:r>
            <w:proofErr w:type="spellStart"/>
            <w:r w:rsidRPr="004543E3">
              <w:t>tên</w:t>
            </w:r>
            <w:proofErr w:type="spellEnd"/>
            <w:r w:rsidRPr="004543E3">
              <w:t xml:space="preserve"> </w:t>
            </w:r>
            <w:proofErr w:type="spellStart"/>
            <w:r w:rsidRPr="004543E3">
              <w:t>cơ</w:t>
            </w:r>
            <w:proofErr w:type="spellEnd"/>
            <w:r w:rsidRPr="004543E3">
              <w:t xml:space="preserve"> </w:t>
            </w:r>
            <w:proofErr w:type="spellStart"/>
            <w:r w:rsidRPr="004543E3">
              <w:t>quan</w:t>
            </w:r>
            <w:proofErr w:type="spellEnd"/>
            <w:r w:rsidRPr="004543E3">
              <w:t xml:space="preserve"> ban </w:t>
            </w:r>
            <w:proofErr w:type="spellStart"/>
            <w:r w:rsidRPr="004543E3">
              <w:t>hành</w:t>
            </w:r>
            <w:proofErr w:type="spellEnd"/>
            <w:r w:rsidRPr="004543E3">
              <w:t xml:space="preserve"> </w:t>
            </w:r>
            <w:proofErr w:type="spellStart"/>
            <w:r w:rsidRPr="004543E3">
              <w:t>theo</w:t>
            </w:r>
            <w:proofErr w:type="spellEnd"/>
            <w:r w:rsidRPr="004543E3">
              <w:t xml:space="preserve"> </w:t>
            </w:r>
            <w:proofErr w:type="spellStart"/>
            <w:r w:rsidRPr="004543E3">
              <w:t>đúng</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tại</w:t>
            </w:r>
            <w:proofErr w:type="spellEnd"/>
            <w:r w:rsidRPr="004543E3">
              <w:t xml:space="preserve"> </w:t>
            </w:r>
            <w:proofErr w:type="spellStart"/>
            <w:r w:rsidRPr="004543E3">
              <w:t>mục</w:t>
            </w:r>
            <w:proofErr w:type="spellEnd"/>
            <w:r w:rsidRPr="004543E3">
              <w:t xml:space="preserve"> 1 </w:t>
            </w:r>
            <w:proofErr w:type="spellStart"/>
            <w:r w:rsidRPr="004543E3">
              <w:t>Phần</w:t>
            </w:r>
            <w:proofErr w:type="spellEnd"/>
            <w:r w:rsidRPr="004543E3">
              <w:t xml:space="preserve"> III </w:t>
            </w:r>
            <w:proofErr w:type="spellStart"/>
            <w:r w:rsidRPr="004543E3">
              <w:t>Phụ</w:t>
            </w:r>
            <w:proofErr w:type="spellEnd"/>
            <w:r w:rsidRPr="004543E3">
              <w:t xml:space="preserve"> </w:t>
            </w:r>
            <w:proofErr w:type="spellStart"/>
            <w:r w:rsidRPr="004543E3">
              <w:t>lục</w:t>
            </w:r>
            <w:proofErr w:type="spellEnd"/>
            <w:r w:rsidRPr="004543E3">
              <w:t xml:space="preserve"> III ban </w:t>
            </w:r>
            <w:proofErr w:type="spellStart"/>
            <w:r w:rsidRPr="004543E3">
              <w:t>hành</w:t>
            </w:r>
            <w:proofErr w:type="spellEnd"/>
            <w:r w:rsidRPr="004543E3">
              <w:t xml:space="preserve"> </w:t>
            </w:r>
            <w:proofErr w:type="spellStart"/>
            <w:r w:rsidRPr="004543E3">
              <w:t>kèm</w:t>
            </w:r>
            <w:proofErr w:type="spellEnd"/>
            <w:r w:rsidRPr="004543E3">
              <w:t xml:space="preserve"> </w:t>
            </w:r>
            <w:proofErr w:type="spellStart"/>
            <w:r w:rsidRPr="004543E3">
              <w:t>theo</w:t>
            </w:r>
            <w:proofErr w:type="spellEnd"/>
            <w:r w:rsidRPr="004543E3">
              <w:t xml:space="preserve"> </w:t>
            </w:r>
            <w:proofErr w:type="spellStart"/>
            <w:r w:rsidRPr="004543E3">
              <w:t>Nghị</w:t>
            </w:r>
            <w:proofErr w:type="spellEnd"/>
            <w:r w:rsidRPr="004543E3">
              <w:t xml:space="preserve"> </w:t>
            </w:r>
            <w:proofErr w:type="spellStart"/>
            <w:r w:rsidRPr="004543E3">
              <w:t>định</w:t>
            </w:r>
            <w:proofErr w:type="spellEnd"/>
            <w:r w:rsidRPr="004543E3">
              <w:t xml:space="preserve"> </w:t>
            </w:r>
            <w:proofErr w:type="spellStart"/>
            <w:r w:rsidRPr="004543E3">
              <w:t>số</w:t>
            </w:r>
            <w:proofErr w:type="spellEnd"/>
            <w:r w:rsidRPr="004543E3">
              <w:t xml:space="preserve"> 187/2025/NĐ-CP </w:t>
            </w:r>
            <w:proofErr w:type="spellStart"/>
            <w:r w:rsidRPr="004543E3">
              <w:t>ngày</w:t>
            </w:r>
            <w:proofErr w:type="spellEnd"/>
            <w:r w:rsidRPr="004543E3">
              <w:t xml:space="preserve"> 01/07/2025 </w:t>
            </w:r>
            <w:proofErr w:type="spellStart"/>
            <w:r w:rsidRPr="004543E3">
              <w:t>của</w:t>
            </w:r>
            <w:proofErr w:type="spellEnd"/>
            <w:r w:rsidRPr="004543E3">
              <w:t xml:space="preserve"> </w:t>
            </w:r>
            <w:proofErr w:type="spellStart"/>
            <w:r w:rsidRPr="004543E3">
              <w:t>Chính</w:t>
            </w:r>
            <w:proofErr w:type="spellEnd"/>
            <w:r w:rsidRPr="004543E3">
              <w:t xml:space="preserve"> </w:t>
            </w:r>
            <w:proofErr w:type="spellStart"/>
            <w:r w:rsidRPr="004543E3">
              <w:t>phủ</w:t>
            </w:r>
            <w:proofErr w:type="spellEnd"/>
            <w:r w:rsidRPr="004543E3">
              <w:t xml:space="preserve">, </w:t>
            </w:r>
            <w:proofErr w:type="spellStart"/>
            <w:r w:rsidRPr="004543E3">
              <w:t>cụ</w:t>
            </w:r>
            <w:proofErr w:type="spellEnd"/>
            <w:r w:rsidRPr="004543E3">
              <w:t xml:space="preserve"> </w:t>
            </w:r>
            <w:proofErr w:type="spellStart"/>
            <w:r w:rsidRPr="004543E3">
              <w:t>thể</w:t>
            </w:r>
            <w:proofErr w:type="spellEnd"/>
            <w:r w:rsidRPr="004543E3">
              <w:t xml:space="preserve"> “</w:t>
            </w:r>
            <w:proofErr w:type="spellStart"/>
            <w:r w:rsidRPr="004543E3">
              <w:rPr>
                <w:i/>
                <w:iCs/>
              </w:rPr>
              <w:t>Căn</w:t>
            </w:r>
            <w:proofErr w:type="spellEnd"/>
            <w:r w:rsidRPr="004543E3">
              <w:rPr>
                <w:i/>
                <w:iCs/>
              </w:rPr>
              <w:t xml:space="preserve"> </w:t>
            </w:r>
            <w:proofErr w:type="spellStart"/>
            <w:r w:rsidRPr="004543E3">
              <w:rPr>
                <w:i/>
                <w:iCs/>
              </w:rPr>
              <w:t>cứ</w:t>
            </w:r>
            <w:proofErr w:type="spellEnd"/>
            <w:r w:rsidRPr="004543E3">
              <w:rPr>
                <w:i/>
                <w:iCs/>
              </w:rPr>
              <w:t xml:space="preserve"> </w:t>
            </w:r>
            <w:proofErr w:type="spellStart"/>
            <w:r w:rsidRPr="004543E3">
              <w:rPr>
                <w:i/>
                <w:iCs/>
              </w:rPr>
              <w:t>Luật</w:t>
            </w:r>
            <w:proofErr w:type="spellEnd"/>
            <w:r w:rsidRPr="004543E3">
              <w:rPr>
                <w:i/>
                <w:iCs/>
              </w:rPr>
              <w:t xml:space="preserve"> </w:t>
            </w:r>
            <w:proofErr w:type="spellStart"/>
            <w:r w:rsidRPr="004543E3">
              <w:rPr>
                <w:i/>
                <w:iCs/>
              </w:rPr>
              <w:t>Cán</w:t>
            </w:r>
            <w:proofErr w:type="spellEnd"/>
            <w:r w:rsidRPr="004543E3">
              <w:rPr>
                <w:i/>
                <w:iCs/>
              </w:rPr>
              <w:t xml:space="preserve"> </w:t>
            </w:r>
            <w:proofErr w:type="spellStart"/>
            <w:r w:rsidRPr="004543E3">
              <w:rPr>
                <w:i/>
                <w:iCs/>
              </w:rPr>
              <w:t>bộ</w:t>
            </w:r>
            <w:proofErr w:type="spellEnd"/>
            <w:r w:rsidRPr="004543E3">
              <w:rPr>
                <w:i/>
                <w:iCs/>
              </w:rPr>
              <w:t xml:space="preserve">, </w:t>
            </w:r>
            <w:proofErr w:type="spellStart"/>
            <w:r w:rsidRPr="004543E3">
              <w:rPr>
                <w:i/>
                <w:iCs/>
              </w:rPr>
              <w:t>công</w:t>
            </w:r>
            <w:proofErr w:type="spellEnd"/>
            <w:r w:rsidRPr="004543E3">
              <w:rPr>
                <w:i/>
                <w:iCs/>
              </w:rPr>
              <w:t xml:space="preserve"> </w:t>
            </w:r>
            <w:proofErr w:type="spellStart"/>
            <w:r w:rsidRPr="004543E3">
              <w:rPr>
                <w:i/>
                <w:iCs/>
              </w:rPr>
              <w:t>chức</w:t>
            </w:r>
            <w:proofErr w:type="spellEnd"/>
            <w:r w:rsidRPr="004543E3">
              <w:rPr>
                <w:i/>
                <w:iCs/>
              </w:rPr>
              <w:t xml:space="preserve"> </w:t>
            </w:r>
            <w:proofErr w:type="spellStart"/>
            <w:r w:rsidRPr="004543E3">
              <w:rPr>
                <w:i/>
                <w:iCs/>
              </w:rPr>
              <w:t>số</w:t>
            </w:r>
            <w:proofErr w:type="spellEnd"/>
            <w:r w:rsidRPr="004543E3">
              <w:rPr>
                <w:i/>
                <w:iCs/>
              </w:rPr>
              <w:t xml:space="preserve"> 80/2025/QH15”.</w:t>
            </w:r>
          </w:p>
          <w:p w14:paraId="64221AD2" w14:textId="77777777" w:rsidR="00796F35" w:rsidRPr="004543E3" w:rsidRDefault="00796F35" w:rsidP="00796F35">
            <w:pPr>
              <w:spacing w:after="0" w:line="340" w:lineRule="exact"/>
              <w:jc w:val="both"/>
              <w:rPr>
                <w:i/>
                <w:iCs/>
              </w:rPr>
            </w:pPr>
          </w:p>
          <w:p w14:paraId="17CAC2F6" w14:textId="77777777" w:rsidR="00796F35" w:rsidRPr="004543E3" w:rsidRDefault="00796F35" w:rsidP="002A38F6">
            <w:pPr>
              <w:spacing w:after="0" w:line="340" w:lineRule="exact"/>
              <w:jc w:val="both"/>
            </w:pPr>
          </w:p>
        </w:tc>
        <w:tc>
          <w:tcPr>
            <w:tcW w:w="3165" w:type="dxa"/>
          </w:tcPr>
          <w:p w14:paraId="0A03A8F2" w14:textId="7450CF36" w:rsidR="00796F35" w:rsidRPr="004543E3" w:rsidRDefault="00796F35" w:rsidP="00796F35">
            <w:pPr>
              <w:spacing w:after="0" w:line="340" w:lineRule="exact"/>
              <w:jc w:val="both"/>
            </w:pPr>
            <w:r w:rsidRPr="004543E3">
              <w:rPr>
                <w:szCs w:val="26"/>
              </w:rPr>
              <w:lastRenderedPageBreak/>
              <w:t xml:space="preserve">- </w:t>
            </w:r>
            <w:proofErr w:type="spellStart"/>
            <w:r w:rsidRPr="004543E3">
              <w:rPr>
                <w:szCs w:val="26"/>
              </w:rPr>
              <w:t>Tiếp</w:t>
            </w:r>
            <w:proofErr w:type="spellEnd"/>
            <w:r w:rsidRPr="004543E3">
              <w:rPr>
                <w:szCs w:val="26"/>
              </w:rPr>
              <w:t xml:space="preserve"> </w:t>
            </w:r>
            <w:proofErr w:type="spellStart"/>
            <w:r w:rsidRPr="004543E3">
              <w:rPr>
                <w:szCs w:val="26"/>
              </w:rPr>
              <w:t>thu</w:t>
            </w:r>
            <w:proofErr w:type="spellEnd"/>
            <w:r w:rsidRPr="004543E3">
              <w:rPr>
                <w:szCs w:val="26"/>
              </w:rPr>
              <w:t xml:space="preserve"> ý </w:t>
            </w:r>
            <w:proofErr w:type="spellStart"/>
            <w:r w:rsidRPr="004543E3">
              <w:rPr>
                <w:szCs w:val="26"/>
              </w:rPr>
              <w:t>kiến</w:t>
            </w:r>
            <w:proofErr w:type="spellEnd"/>
            <w:r w:rsidRPr="004543E3">
              <w:rPr>
                <w:szCs w:val="26"/>
              </w:rPr>
              <w:t xml:space="preserve"> </w:t>
            </w:r>
            <w:proofErr w:type="spellStart"/>
            <w:r w:rsidRPr="004543E3">
              <w:rPr>
                <w:szCs w:val="26"/>
              </w:rPr>
              <w:t>va</w:t>
            </w:r>
            <w:proofErr w:type="spellEnd"/>
            <w:r w:rsidRPr="004543E3">
              <w:rPr>
                <w:szCs w:val="26"/>
              </w:rPr>
              <w:t xml:space="preserve">̀ sẽ </w:t>
            </w:r>
            <w:proofErr w:type="spellStart"/>
            <w:r w:rsidRPr="004543E3">
              <w:rPr>
                <w:szCs w:val="26"/>
              </w:rPr>
              <w:t>điều</w:t>
            </w:r>
            <w:proofErr w:type="spellEnd"/>
            <w:r w:rsidRPr="004543E3">
              <w:rPr>
                <w:szCs w:val="26"/>
              </w:rPr>
              <w:t xml:space="preserve"> </w:t>
            </w:r>
            <w:proofErr w:type="spellStart"/>
            <w:r w:rsidRPr="004543E3">
              <w:rPr>
                <w:szCs w:val="26"/>
              </w:rPr>
              <w:t>chỉnh</w:t>
            </w:r>
            <w:proofErr w:type="spellEnd"/>
            <w:r w:rsidRPr="004543E3">
              <w:rPr>
                <w:szCs w:val="26"/>
              </w:rPr>
              <w:t xml:space="preserve"> </w:t>
            </w:r>
            <w:proofErr w:type="spellStart"/>
            <w:r w:rsidRPr="004543E3">
              <w:rPr>
                <w:szCs w:val="26"/>
              </w:rPr>
              <w:t>lại</w:t>
            </w:r>
            <w:proofErr w:type="spellEnd"/>
            <w:r w:rsidRPr="004543E3">
              <w:rPr>
                <w:szCs w:val="26"/>
              </w:rPr>
              <w:t xml:space="preserve"> </w:t>
            </w:r>
            <w:proofErr w:type="spellStart"/>
            <w:r w:rsidRPr="004543E3">
              <w:rPr>
                <w:szCs w:val="26"/>
              </w:rPr>
              <w:t>các</w:t>
            </w:r>
            <w:proofErr w:type="spellEnd"/>
            <w:r w:rsidRPr="004543E3">
              <w:rPr>
                <w:szCs w:val="26"/>
              </w:rPr>
              <w:t xml:space="preserve"> </w:t>
            </w:r>
            <w:proofErr w:type="spellStart"/>
            <w:r w:rsidRPr="004543E3">
              <w:rPr>
                <w:szCs w:val="26"/>
              </w:rPr>
              <w:t>căn</w:t>
            </w:r>
            <w:proofErr w:type="spellEnd"/>
            <w:r w:rsidRPr="004543E3">
              <w:rPr>
                <w:szCs w:val="26"/>
              </w:rPr>
              <w:t xml:space="preserve"> </w:t>
            </w:r>
            <w:proofErr w:type="spellStart"/>
            <w:r w:rsidRPr="004543E3">
              <w:rPr>
                <w:szCs w:val="26"/>
              </w:rPr>
              <w:t>cư</w:t>
            </w:r>
            <w:proofErr w:type="spellEnd"/>
            <w:r w:rsidRPr="004543E3">
              <w:rPr>
                <w:szCs w:val="26"/>
              </w:rPr>
              <w:t xml:space="preserve">́ </w:t>
            </w:r>
            <w:proofErr w:type="spellStart"/>
            <w:r w:rsidRPr="004543E3">
              <w:rPr>
                <w:szCs w:val="26"/>
              </w:rPr>
              <w:t>pháp</w:t>
            </w:r>
            <w:proofErr w:type="spellEnd"/>
            <w:r w:rsidRPr="004543E3">
              <w:rPr>
                <w:szCs w:val="26"/>
              </w:rPr>
              <w:t xml:space="preserve"> </w:t>
            </w:r>
            <w:proofErr w:type="spellStart"/>
            <w:r w:rsidRPr="004543E3">
              <w:rPr>
                <w:szCs w:val="26"/>
              </w:rPr>
              <w:t>ly</w:t>
            </w:r>
            <w:proofErr w:type="spellEnd"/>
            <w:r w:rsidRPr="004543E3">
              <w:rPr>
                <w:szCs w:val="26"/>
              </w:rPr>
              <w:t xml:space="preserve">́ </w:t>
            </w:r>
            <w:proofErr w:type="spellStart"/>
            <w:r w:rsidRPr="004543E3">
              <w:rPr>
                <w:szCs w:val="26"/>
              </w:rPr>
              <w:t>trong</w:t>
            </w:r>
            <w:proofErr w:type="spellEnd"/>
            <w:r w:rsidRPr="004543E3">
              <w:rPr>
                <w:szCs w:val="26"/>
              </w:rPr>
              <w:t xml:space="preserve"> </w:t>
            </w:r>
            <w:proofErr w:type="spellStart"/>
            <w:r w:rsidRPr="004543E3">
              <w:rPr>
                <w:szCs w:val="26"/>
              </w:rPr>
              <w:t>dư</w:t>
            </w:r>
            <w:proofErr w:type="spellEnd"/>
            <w:r w:rsidRPr="004543E3">
              <w:rPr>
                <w:szCs w:val="26"/>
              </w:rPr>
              <w:t xml:space="preserve">̣ </w:t>
            </w:r>
            <w:proofErr w:type="spellStart"/>
            <w:r w:rsidRPr="004543E3">
              <w:rPr>
                <w:szCs w:val="26"/>
              </w:rPr>
              <w:t>thảo</w:t>
            </w:r>
            <w:proofErr w:type="spellEnd"/>
            <w:r w:rsidRPr="004543E3">
              <w:rPr>
                <w:szCs w:val="26"/>
              </w:rPr>
              <w:t xml:space="preserve"> Thông </w:t>
            </w:r>
            <w:proofErr w:type="spellStart"/>
            <w:r w:rsidRPr="004543E3">
              <w:rPr>
                <w:szCs w:val="26"/>
              </w:rPr>
              <w:t>tư</w:t>
            </w:r>
            <w:proofErr w:type="spellEnd"/>
            <w:r w:rsidRPr="004543E3">
              <w:rPr>
                <w:szCs w:val="26"/>
              </w:rPr>
              <w:t xml:space="preserve">, </w:t>
            </w:r>
            <w:proofErr w:type="spellStart"/>
            <w:r w:rsidRPr="004543E3">
              <w:rPr>
                <w:szCs w:val="26"/>
              </w:rPr>
              <w:t>bởi</w:t>
            </w:r>
            <w:proofErr w:type="spellEnd"/>
            <w:r w:rsidRPr="004543E3">
              <w:rPr>
                <w:szCs w:val="26"/>
              </w:rPr>
              <w:t xml:space="preserve"> vì Ban </w:t>
            </w:r>
            <w:proofErr w:type="spellStart"/>
            <w:r w:rsidRPr="004543E3">
              <w:rPr>
                <w:szCs w:val="26"/>
              </w:rPr>
              <w:t>soạn</w:t>
            </w:r>
            <w:proofErr w:type="spellEnd"/>
            <w:r w:rsidRPr="004543E3">
              <w:rPr>
                <w:szCs w:val="26"/>
              </w:rPr>
              <w:t xml:space="preserve"> </w:t>
            </w:r>
            <w:proofErr w:type="spellStart"/>
            <w:r w:rsidRPr="004543E3">
              <w:rPr>
                <w:szCs w:val="26"/>
              </w:rPr>
              <w:t>thảo</w:t>
            </w:r>
            <w:proofErr w:type="spellEnd"/>
            <w:r w:rsidRPr="004543E3">
              <w:rPr>
                <w:szCs w:val="26"/>
              </w:rPr>
              <w:t xml:space="preserve"> </w:t>
            </w:r>
            <w:proofErr w:type="spellStart"/>
            <w:r w:rsidRPr="004543E3">
              <w:rPr>
                <w:szCs w:val="26"/>
              </w:rPr>
              <w:t>xác</w:t>
            </w:r>
            <w:proofErr w:type="spellEnd"/>
            <w:r w:rsidRPr="004543E3">
              <w:rPr>
                <w:szCs w:val="26"/>
              </w:rPr>
              <w:t xml:space="preserve"> </w:t>
            </w:r>
            <w:proofErr w:type="spellStart"/>
            <w:r w:rsidRPr="004543E3">
              <w:rPr>
                <w:szCs w:val="26"/>
              </w:rPr>
              <w:t>định</w:t>
            </w:r>
            <w:proofErr w:type="spellEnd"/>
            <w:r w:rsidRPr="004543E3">
              <w:rPr>
                <w:szCs w:val="26"/>
              </w:rPr>
              <w:t xml:space="preserve"> </w:t>
            </w:r>
            <w:proofErr w:type="spellStart"/>
            <w:r w:rsidRPr="004543E3">
              <w:rPr>
                <w:szCs w:val="26"/>
              </w:rPr>
              <w:t>việc</w:t>
            </w:r>
            <w:proofErr w:type="spellEnd"/>
            <w:r w:rsidRPr="004543E3">
              <w:rPr>
                <w:szCs w:val="26"/>
              </w:rPr>
              <w:t xml:space="preserve"> </w:t>
            </w:r>
            <w:proofErr w:type="spellStart"/>
            <w:r w:rsidRPr="004543E3">
              <w:rPr>
                <w:szCs w:val="26"/>
              </w:rPr>
              <w:t>xây</w:t>
            </w:r>
            <w:proofErr w:type="spellEnd"/>
            <w:r w:rsidRPr="004543E3">
              <w:rPr>
                <w:szCs w:val="26"/>
              </w:rPr>
              <w:t xml:space="preserve"> </w:t>
            </w:r>
            <w:proofErr w:type="spellStart"/>
            <w:r w:rsidRPr="004543E3">
              <w:rPr>
                <w:szCs w:val="26"/>
              </w:rPr>
              <w:t>dựng</w:t>
            </w:r>
            <w:proofErr w:type="spellEnd"/>
            <w:r w:rsidRPr="004543E3">
              <w:rPr>
                <w:szCs w:val="26"/>
              </w:rPr>
              <w:t xml:space="preserve"> </w:t>
            </w:r>
            <w:proofErr w:type="spellStart"/>
            <w:r w:rsidRPr="004543E3">
              <w:rPr>
                <w:szCs w:val="26"/>
              </w:rPr>
              <w:t>dư</w:t>
            </w:r>
            <w:proofErr w:type="spellEnd"/>
            <w:r w:rsidRPr="004543E3">
              <w:rPr>
                <w:szCs w:val="26"/>
              </w:rPr>
              <w:t xml:space="preserve">̣ </w:t>
            </w:r>
            <w:proofErr w:type="spellStart"/>
            <w:r w:rsidRPr="004543E3">
              <w:rPr>
                <w:szCs w:val="26"/>
              </w:rPr>
              <w:t>thảo</w:t>
            </w:r>
            <w:proofErr w:type="spellEnd"/>
            <w:r w:rsidRPr="004543E3">
              <w:rPr>
                <w:szCs w:val="26"/>
              </w:rPr>
              <w:t xml:space="preserve"> Thông </w:t>
            </w:r>
            <w:proofErr w:type="spellStart"/>
            <w:r w:rsidRPr="004543E3">
              <w:rPr>
                <w:szCs w:val="26"/>
              </w:rPr>
              <w:t>tư</w:t>
            </w:r>
            <w:proofErr w:type="spellEnd"/>
            <w:r w:rsidRPr="004543E3">
              <w:rPr>
                <w:szCs w:val="26"/>
              </w:rPr>
              <w:t xml:space="preserve"> chủ </w:t>
            </w:r>
            <w:proofErr w:type="spellStart"/>
            <w:r w:rsidRPr="004543E3">
              <w:rPr>
                <w:szCs w:val="26"/>
              </w:rPr>
              <w:t>yếu</w:t>
            </w:r>
            <w:proofErr w:type="spellEnd"/>
            <w:r w:rsidRPr="004543E3">
              <w:rPr>
                <w:szCs w:val="26"/>
              </w:rPr>
              <w:t xml:space="preserve"> </w:t>
            </w:r>
            <w:proofErr w:type="spellStart"/>
            <w:r w:rsidRPr="004543E3">
              <w:rPr>
                <w:szCs w:val="26"/>
              </w:rPr>
              <w:t>tập</w:t>
            </w:r>
            <w:proofErr w:type="spellEnd"/>
            <w:r w:rsidRPr="004543E3">
              <w:rPr>
                <w:szCs w:val="26"/>
              </w:rPr>
              <w:t xml:space="preserve"> </w:t>
            </w:r>
            <w:proofErr w:type="spellStart"/>
            <w:r w:rsidRPr="004543E3">
              <w:rPr>
                <w:szCs w:val="26"/>
              </w:rPr>
              <w:t>trung</w:t>
            </w:r>
            <w:proofErr w:type="spellEnd"/>
            <w:r w:rsidRPr="004543E3">
              <w:rPr>
                <w:szCs w:val="26"/>
              </w:rPr>
              <w:t xml:space="preserve"> </w:t>
            </w:r>
            <w:proofErr w:type="spellStart"/>
            <w:r w:rsidRPr="004543E3">
              <w:rPr>
                <w:szCs w:val="26"/>
              </w:rPr>
              <w:t>vào</w:t>
            </w:r>
            <w:proofErr w:type="spellEnd"/>
            <w:r w:rsidRPr="004543E3">
              <w:rPr>
                <w:szCs w:val="26"/>
              </w:rPr>
              <w:t xml:space="preserve"> </w:t>
            </w:r>
            <w:proofErr w:type="spellStart"/>
            <w:r w:rsidRPr="004543E3">
              <w:rPr>
                <w:szCs w:val="26"/>
              </w:rPr>
              <w:t>xây</w:t>
            </w:r>
            <w:proofErr w:type="spellEnd"/>
            <w:r w:rsidRPr="004543E3">
              <w:rPr>
                <w:szCs w:val="26"/>
              </w:rPr>
              <w:t xml:space="preserve"> </w:t>
            </w:r>
            <w:proofErr w:type="spellStart"/>
            <w:r w:rsidRPr="004543E3">
              <w:rPr>
                <w:szCs w:val="26"/>
              </w:rPr>
              <w:t>dựng</w:t>
            </w:r>
            <w:proofErr w:type="spellEnd"/>
            <w:r w:rsidRPr="004543E3">
              <w:rPr>
                <w:szCs w:val="26"/>
              </w:rPr>
              <w:t xml:space="preserve"> </w:t>
            </w:r>
            <w:proofErr w:type="spellStart"/>
            <w:r w:rsidRPr="004543E3">
              <w:rPr>
                <w:szCs w:val="26"/>
              </w:rPr>
              <w:t>các</w:t>
            </w:r>
            <w:proofErr w:type="spellEnd"/>
            <w:r w:rsidRPr="004543E3">
              <w:rPr>
                <w:szCs w:val="26"/>
              </w:rPr>
              <w:t xml:space="preserve"> </w:t>
            </w:r>
            <w:proofErr w:type="spellStart"/>
            <w:r w:rsidRPr="004543E3">
              <w:rPr>
                <w:szCs w:val="26"/>
              </w:rPr>
              <w:t>tiêu</w:t>
            </w:r>
            <w:proofErr w:type="spellEnd"/>
            <w:r w:rsidRPr="004543E3">
              <w:rPr>
                <w:szCs w:val="26"/>
              </w:rPr>
              <w:t xml:space="preserve"> </w:t>
            </w:r>
            <w:proofErr w:type="spellStart"/>
            <w:r w:rsidRPr="004543E3">
              <w:rPr>
                <w:szCs w:val="26"/>
              </w:rPr>
              <w:t>chuẩn</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môn</w:t>
            </w:r>
            <w:proofErr w:type="spellEnd"/>
            <w:r w:rsidRPr="004543E3">
              <w:rPr>
                <w:szCs w:val="26"/>
              </w:rPr>
              <w:t xml:space="preserve">, </w:t>
            </w:r>
            <w:proofErr w:type="spellStart"/>
            <w:r w:rsidRPr="004543E3">
              <w:rPr>
                <w:szCs w:val="26"/>
              </w:rPr>
              <w:t>nghiệp</w:t>
            </w:r>
            <w:proofErr w:type="spellEnd"/>
            <w:r w:rsidRPr="004543E3">
              <w:rPr>
                <w:szCs w:val="26"/>
              </w:rPr>
              <w:t xml:space="preserve"> vụ </w:t>
            </w:r>
            <w:proofErr w:type="spellStart"/>
            <w:r w:rsidRPr="004543E3">
              <w:rPr>
                <w:szCs w:val="26"/>
              </w:rPr>
              <w:t>của</w:t>
            </w:r>
            <w:proofErr w:type="spellEnd"/>
            <w:r w:rsidRPr="004543E3">
              <w:rPr>
                <w:szCs w:val="26"/>
              </w:rPr>
              <w:t xml:space="preserve"> </w:t>
            </w:r>
            <w:proofErr w:type="spellStart"/>
            <w:r w:rsidRPr="004543E3">
              <w:rPr>
                <w:szCs w:val="26"/>
              </w:rPr>
              <w:lastRenderedPageBreak/>
              <w:t>công</w:t>
            </w:r>
            <w:proofErr w:type="spellEnd"/>
            <w:r w:rsidRPr="004543E3">
              <w:rPr>
                <w:szCs w:val="26"/>
              </w:rPr>
              <w:t xml:space="preserve"> </w:t>
            </w:r>
            <w:proofErr w:type="spellStart"/>
            <w:r w:rsidRPr="004543E3">
              <w:rPr>
                <w:szCs w:val="26"/>
              </w:rPr>
              <w:t>chức</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chức</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ngành</w:t>
            </w:r>
            <w:proofErr w:type="spellEnd"/>
            <w:r w:rsidRPr="004543E3">
              <w:rPr>
                <w:szCs w:val="26"/>
              </w:rPr>
              <w:t xml:space="preserve"> </w:t>
            </w:r>
            <w:proofErr w:type="spellStart"/>
            <w:r w:rsidRPr="004543E3">
              <w:rPr>
                <w:szCs w:val="26"/>
              </w:rPr>
              <w:t>kiểm</w:t>
            </w:r>
            <w:proofErr w:type="spellEnd"/>
            <w:r w:rsidRPr="004543E3">
              <w:rPr>
                <w:szCs w:val="26"/>
              </w:rPr>
              <w:t xml:space="preserve"> </w:t>
            </w:r>
            <w:proofErr w:type="spellStart"/>
            <w:r w:rsidRPr="004543E3">
              <w:rPr>
                <w:szCs w:val="26"/>
              </w:rPr>
              <w:t>soát</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chất</w:t>
            </w:r>
            <w:proofErr w:type="spellEnd"/>
            <w:r w:rsidRPr="004543E3">
              <w:rPr>
                <w:szCs w:val="26"/>
              </w:rPr>
              <w:t xml:space="preserve"> </w:t>
            </w:r>
            <w:proofErr w:type="spellStart"/>
            <w:r w:rsidRPr="004543E3">
              <w:rPr>
                <w:szCs w:val="26"/>
              </w:rPr>
              <w:t>lượng</w:t>
            </w:r>
            <w:proofErr w:type="spellEnd"/>
            <w:r w:rsidRPr="004543E3">
              <w:rPr>
                <w:szCs w:val="26"/>
              </w:rPr>
              <w:t xml:space="preserve"> </w:t>
            </w:r>
            <w:proofErr w:type="spellStart"/>
            <w:r w:rsidRPr="004543E3">
              <w:rPr>
                <w:szCs w:val="26"/>
              </w:rPr>
              <w:t>sản</w:t>
            </w:r>
            <w:proofErr w:type="spellEnd"/>
            <w:r w:rsidRPr="004543E3">
              <w:rPr>
                <w:szCs w:val="26"/>
              </w:rPr>
              <w:t xml:space="preserve"> </w:t>
            </w:r>
            <w:proofErr w:type="spellStart"/>
            <w:r w:rsidRPr="004543E3">
              <w:rPr>
                <w:szCs w:val="26"/>
              </w:rPr>
              <w:t>phẩm</w:t>
            </w:r>
            <w:proofErr w:type="spellEnd"/>
            <w:r w:rsidRPr="004543E3">
              <w:rPr>
                <w:szCs w:val="26"/>
              </w:rPr>
              <w:t xml:space="preserve">, </w:t>
            </w:r>
            <w:proofErr w:type="spellStart"/>
            <w:r w:rsidRPr="004543E3">
              <w:rPr>
                <w:szCs w:val="26"/>
              </w:rPr>
              <w:t>hàng</w:t>
            </w:r>
            <w:proofErr w:type="spellEnd"/>
            <w:r w:rsidRPr="004543E3">
              <w:rPr>
                <w:szCs w:val="26"/>
              </w:rPr>
              <w:t xml:space="preserve"> </w:t>
            </w:r>
            <w:proofErr w:type="spellStart"/>
            <w:r w:rsidRPr="004543E3">
              <w:rPr>
                <w:szCs w:val="26"/>
              </w:rPr>
              <w:t>hóa</w:t>
            </w:r>
            <w:proofErr w:type="spellEnd"/>
            <w:r w:rsidRPr="004543E3">
              <w:rPr>
                <w:szCs w:val="26"/>
              </w:rPr>
              <w:t xml:space="preserve"> </w:t>
            </w:r>
            <w:proofErr w:type="spellStart"/>
            <w:r w:rsidRPr="004543E3">
              <w:rPr>
                <w:szCs w:val="26"/>
              </w:rPr>
              <w:t>theo</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định</w:t>
            </w:r>
            <w:proofErr w:type="spellEnd"/>
            <w:r w:rsidRPr="004543E3">
              <w:rPr>
                <w:szCs w:val="26"/>
              </w:rPr>
              <w:t xml:space="preserve"> </w:t>
            </w:r>
            <w:proofErr w:type="spellStart"/>
            <w:r w:rsidRPr="004543E3">
              <w:rPr>
                <w:szCs w:val="26"/>
              </w:rPr>
              <w:t>tại</w:t>
            </w:r>
            <w:proofErr w:type="spellEnd"/>
            <w:r w:rsidRPr="004543E3">
              <w:rPr>
                <w:szCs w:val="26"/>
              </w:rPr>
              <w:t xml:space="preserve"> </w:t>
            </w:r>
            <w:proofErr w:type="spellStart"/>
            <w:r w:rsidRPr="004543E3">
              <w:rPr>
                <w:szCs w:val="26"/>
              </w:rPr>
              <w:t>khoản</w:t>
            </w:r>
            <w:proofErr w:type="spellEnd"/>
            <w:r w:rsidRPr="004543E3">
              <w:rPr>
                <w:szCs w:val="26"/>
              </w:rPr>
              <w:t xml:space="preserve"> 4 </w:t>
            </w:r>
            <w:proofErr w:type="spellStart"/>
            <w:r w:rsidRPr="004543E3">
              <w:rPr>
                <w:szCs w:val="26"/>
              </w:rPr>
              <w:t>Điều</w:t>
            </w:r>
            <w:proofErr w:type="spellEnd"/>
            <w:r w:rsidRPr="004543E3">
              <w:rPr>
                <w:szCs w:val="26"/>
              </w:rPr>
              <w:t xml:space="preserve"> 16 </w:t>
            </w:r>
            <w:proofErr w:type="spellStart"/>
            <w:r w:rsidRPr="004543E3">
              <w:rPr>
                <w:szCs w:val="26"/>
              </w:rPr>
              <w:t>Nghị</w:t>
            </w:r>
            <w:proofErr w:type="spellEnd"/>
            <w:r w:rsidRPr="004543E3">
              <w:rPr>
                <w:szCs w:val="26"/>
              </w:rPr>
              <w:t xml:space="preserve"> </w:t>
            </w:r>
            <w:proofErr w:type="spellStart"/>
            <w:r w:rsidRPr="004543E3">
              <w:rPr>
                <w:szCs w:val="26"/>
              </w:rPr>
              <w:t>định</w:t>
            </w:r>
            <w:proofErr w:type="spellEnd"/>
            <w:r w:rsidRPr="004543E3">
              <w:rPr>
                <w:szCs w:val="26"/>
              </w:rPr>
              <w:t xml:space="preserve"> </w:t>
            </w:r>
            <w:proofErr w:type="spellStart"/>
            <w:r w:rsidRPr="004543E3">
              <w:rPr>
                <w:szCs w:val="26"/>
              </w:rPr>
              <w:t>số</w:t>
            </w:r>
            <w:proofErr w:type="spellEnd"/>
            <w:r w:rsidRPr="004543E3">
              <w:rPr>
                <w:szCs w:val="26"/>
              </w:rPr>
              <w:t xml:space="preserve"> 37/2026/NĐ-CP; </w:t>
            </w:r>
            <w:proofErr w:type="spellStart"/>
            <w:r w:rsidRPr="004543E3">
              <w:rPr>
                <w:szCs w:val="26"/>
              </w:rPr>
              <w:t>không</w:t>
            </w:r>
            <w:proofErr w:type="spellEnd"/>
            <w:r w:rsidRPr="004543E3">
              <w:rPr>
                <w:szCs w:val="26"/>
              </w:rPr>
              <w:t xml:space="preserve"> </w:t>
            </w:r>
            <w:proofErr w:type="spellStart"/>
            <w:r w:rsidRPr="004543E3">
              <w:rPr>
                <w:szCs w:val="26"/>
              </w:rPr>
              <w:t>thay</w:t>
            </w:r>
            <w:proofErr w:type="spellEnd"/>
            <w:r w:rsidRPr="004543E3">
              <w:rPr>
                <w:szCs w:val="26"/>
              </w:rPr>
              <w:t xml:space="preserve"> </w:t>
            </w:r>
            <w:proofErr w:type="spellStart"/>
            <w:r w:rsidRPr="004543E3">
              <w:rPr>
                <w:szCs w:val="26"/>
              </w:rPr>
              <w:t>thế</w:t>
            </w:r>
            <w:proofErr w:type="spellEnd"/>
            <w:r w:rsidRPr="004543E3">
              <w:rPr>
                <w:szCs w:val="26"/>
              </w:rPr>
              <w:t xml:space="preserve"> </w:t>
            </w:r>
            <w:proofErr w:type="spellStart"/>
            <w:r w:rsidRPr="004543E3">
              <w:rPr>
                <w:szCs w:val="26"/>
              </w:rPr>
              <w:t>hoặc</w:t>
            </w:r>
            <w:proofErr w:type="spellEnd"/>
            <w:r w:rsidRPr="004543E3">
              <w:rPr>
                <w:szCs w:val="26"/>
              </w:rPr>
              <w:t xml:space="preserve"> </w:t>
            </w:r>
            <w:proofErr w:type="spellStart"/>
            <w:r w:rsidRPr="004543E3">
              <w:rPr>
                <w:szCs w:val="26"/>
              </w:rPr>
              <w:t>điều</w:t>
            </w:r>
            <w:proofErr w:type="spellEnd"/>
            <w:r w:rsidRPr="004543E3">
              <w:rPr>
                <w:szCs w:val="26"/>
              </w:rPr>
              <w:t xml:space="preserve"> </w:t>
            </w:r>
            <w:proofErr w:type="spellStart"/>
            <w:r w:rsidRPr="004543E3">
              <w:rPr>
                <w:szCs w:val="26"/>
              </w:rPr>
              <w:t>chỉnh</w:t>
            </w:r>
            <w:proofErr w:type="spellEnd"/>
            <w:r w:rsidRPr="004543E3">
              <w:rPr>
                <w:szCs w:val="26"/>
              </w:rPr>
              <w:t xml:space="preserve"> </w:t>
            </w:r>
            <w:proofErr w:type="spellStart"/>
            <w:r w:rsidRPr="004543E3">
              <w:rPr>
                <w:szCs w:val="26"/>
              </w:rPr>
              <w:t>các</w:t>
            </w:r>
            <w:proofErr w:type="spellEnd"/>
            <w:r w:rsidRPr="004543E3">
              <w:rPr>
                <w:szCs w:val="26"/>
              </w:rPr>
              <w:t xml:space="preserve"> </w:t>
            </w:r>
            <w:proofErr w:type="spellStart"/>
            <w:r w:rsidRPr="004543E3">
              <w:rPr>
                <w:szCs w:val="26"/>
              </w:rPr>
              <w:t>nội</w:t>
            </w:r>
            <w:proofErr w:type="spellEnd"/>
            <w:r w:rsidRPr="004543E3">
              <w:rPr>
                <w:szCs w:val="26"/>
              </w:rPr>
              <w:t xml:space="preserve"> dung </w:t>
            </w:r>
            <w:proofErr w:type="spellStart"/>
            <w:r w:rsidRPr="004543E3">
              <w:rPr>
                <w:szCs w:val="26"/>
              </w:rPr>
              <w:t>liên</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đến</w:t>
            </w:r>
            <w:proofErr w:type="spellEnd"/>
            <w:r w:rsidRPr="004543E3">
              <w:rPr>
                <w:szCs w:val="26"/>
              </w:rPr>
              <w:t xml:space="preserve"> </w:t>
            </w:r>
            <w:proofErr w:type="spellStart"/>
            <w:r w:rsidRPr="004543E3">
              <w:rPr>
                <w:szCs w:val="26"/>
              </w:rPr>
              <w:t>vị</w:t>
            </w:r>
            <w:proofErr w:type="spellEnd"/>
            <w:r w:rsidRPr="004543E3">
              <w:rPr>
                <w:szCs w:val="26"/>
              </w:rPr>
              <w:t xml:space="preserve"> </w:t>
            </w:r>
            <w:proofErr w:type="spellStart"/>
            <w:r w:rsidRPr="004543E3">
              <w:rPr>
                <w:szCs w:val="26"/>
              </w:rPr>
              <w:t>trí</w:t>
            </w:r>
            <w:proofErr w:type="spellEnd"/>
            <w:r w:rsidRPr="004543E3">
              <w:rPr>
                <w:szCs w:val="26"/>
              </w:rPr>
              <w:t xml:space="preserve"> </w:t>
            </w:r>
            <w:proofErr w:type="spellStart"/>
            <w:r w:rsidRPr="004543E3">
              <w:rPr>
                <w:szCs w:val="26"/>
              </w:rPr>
              <w:t>việc</w:t>
            </w:r>
            <w:proofErr w:type="spellEnd"/>
            <w:r w:rsidRPr="004543E3">
              <w:rPr>
                <w:szCs w:val="26"/>
              </w:rPr>
              <w:t xml:space="preserve"> </w:t>
            </w:r>
            <w:proofErr w:type="spellStart"/>
            <w:r w:rsidRPr="004543E3">
              <w:rPr>
                <w:szCs w:val="26"/>
              </w:rPr>
              <w:t>làm</w:t>
            </w:r>
            <w:proofErr w:type="spellEnd"/>
            <w:r w:rsidRPr="004543E3">
              <w:rPr>
                <w:szCs w:val="26"/>
              </w:rPr>
              <w:t xml:space="preserve">, </w:t>
            </w:r>
            <w:proofErr w:type="spellStart"/>
            <w:r w:rsidRPr="004543E3">
              <w:rPr>
                <w:szCs w:val="26"/>
              </w:rPr>
              <w:t>khung</w:t>
            </w:r>
            <w:proofErr w:type="spellEnd"/>
            <w:r w:rsidRPr="004543E3">
              <w:rPr>
                <w:szCs w:val="26"/>
              </w:rPr>
              <w:t xml:space="preserve"> </w:t>
            </w:r>
            <w:proofErr w:type="spellStart"/>
            <w:r w:rsidRPr="004543E3">
              <w:rPr>
                <w:szCs w:val="26"/>
              </w:rPr>
              <w:t>năng</w:t>
            </w:r>
            <w:proofErr w:type="spellEnd"/>
            <w:r w:rsidRPr="004543E3">
              <w:rPr>
                <w:szCs w:val="26"/>
              </w:rPr>
              <w:t xml:space="preserve"> </w:t>
            </w:r>
            <w:proofErr w:type="spellStart"/>
            <w:r w:rsidRPr="004543E3">
              <w:rPr>
                <w:szCs w:val="26"/>
              </w:rPr>
              <w:t>lực</w:t>
            </w:r>
            <w:proofErr w:type="spellEnd"/>
            <w:r w:rsidRPr="004543E3">
              <w:rPr>
                <w:szCs w:val="26"/>
              </w:rPr>
              <w:t xml:space="preserve"> </w:t>
            </w:r>
            <w:proofErr w:type="spellStart"/>
            <w:r w:rsidRPr="004543E3">
              <w:rPr>
                <w:szCs w:val="26"/>
              </w:rPr>
              <w:t>đối</w:t>
            </w:r>
            <w:proofErr w:type="spellEnd"/>
            <w:r w:rsidRPr="004543E3">
              <w:rPr>
                <w:szCs w:val="26"/>
              </w:rPr>
              <w:t xml:space="preserve"> </w:t>
            </w:r>
            <w:proofErr w:type="spellStart"/>
            <w:r w:rsidRPr="004543E3">
              <w:rPr>
                <w:szCs w:val="26"/>
              </w:rPr>
              <w:t>với</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ngành</w:t>
            </w:r>
            <w:proofErr w:type="spellEnd"/>
            <w:r w:rsidRPr="004543E3">
              <w:rPr>
                <w:szCs w:val="26"/>
              </w:rPr>
              <w:t xml:space="preserve"> </w:t>
            </w:r>
            <w:proofErr w:type="spellStart"/>
            <w:r w:rsidRPr="004543E3">
              <w:rPr>
                <w:szCs w:val="26"/>
              </w:rPr>
              <w:t>kiểm</w:t>
            </w:r>
            <w:proofErr w:type="spellEnd"/>
            <w:r w:rsidRPr="004543E3">
              <w:rPr>
                <w:szCs w:val="26"/>
              </w:rPr>
              <w:t xml:space="preserve"> </w:t>
            </w:r>
            <w:proofErr w:type="spellStart"/>
            <w:r w:rsidRPr="004543E3">
              <w:rPr>
                <w:szCs w:val="26"/>
              </w:rPr>
              <w:t>soát</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chất</w:t>
            </w:r>
            <w:proofErr w:type="spellEnd"/>
            <w:r w:rsidRPr="004543E3">
              <w:rPr>
                <w:szCs w:val="26"/>
              </w:rPr>
              <w:t xml:space="preserve"> </w:t>
            </w:r>
            <w:proofErr w:type="spellStart"/>
            <w:r w:rsidRPr="004543E3">
              <w:rPr>
                <w:szCs w:val="26"/>
              </w:rPr>
              <w:t>lượng</w:t>
            </w:r>
            <w:proofErr w:type="spellEnd"/>
            <w:r w:rsidRPr="004543E3">
              <w:rPr>
                <w:szCs w:val="26"/>
              </w:rPr>
              <w:t xml:space="preserve"> </w:t>
            </w:r>
            <w:proofErr w:type="spellStart"/>
            <w:r w:rsidRPr="004543E3">
              <w:rPr>
                <w:szCs w:val="26"/>
              </w:rPr>
              <w:t>sản</w:t>
            </w:r>
            <w:proofErr w:type="spellEnd"/>
            <w:r w:rsidRPr="004543E3">
              <w:rPr>
                <w:szCs w:val="26"/>
              </w:rPr>
              <w:t xml:space="preserve"> </w:t>
            </w:r>
            <w:proofErr w:type="spellStart"/>
            <w:r w:rsidRPr="004543E3">
              <w:rPr>
                <w:szCs w:val="26"/>
              </w:rPr>
              <w:t>phẩm</w:t>
            </w:r>
            <w:proofErr w:type="spellEnd"/>
            <w:r w:rsidRPr="004543E3">
              <w:rPr>
                <w:szCs w:val="26"/>
              </w:rPr>
              <w:t xml:space="preserve">, </w:t>
            </w:r>
            <w:proofErr w:type="spellStart"/>
            <w:r w:rsidRPr="004543E3">
              <w:rPr>
                <w:szCs w:val="26"/>
              </w:rPr>
              <w:t>hàng</w:t>
            </w:r>
            <w:proofErr w:type="spellEnd"/>
            <w:r w:rsidRPr="004543E3">
              <w:rPr>
                <w:szCs w:val="26"/>
              </w:rPr>
              <w:t xml:space="preserve"> </w:t>
            </w:r>
            <w:proofErr w:type="spellStart"/>
            <w:r w:rsidRPr="004543E3">
              <w:rPr>
                <w:szCs w:val="26"/>
              </w:rPr>
              <w:t>hóa</w:t>
            </w:r>
            <w:proofErr w:type="spellEnd"/>
            <w:r w:rsidRPr="004543E3">
              <w:rPr>
                <w:szCs w:val="26"/>
              </w:rPr>
              <w:t>.</w:t>
            </w:r>
          </w:p>
          <w:p w14:paraId="4974FD84" w14:textId="77777777" w:rsidR="00796F35" w:rsidRPr="004543E3" w:rsidRDefault="00796F35" w:rsidP="00796F35">
            <w:pPr>
              <w:spacing w:after="0" w:line="340" w:lineRule="exact"/>
              <w:jc w:val="both"/>
              <w:rPr>
                <w:szCs w:val="26"/>
              </w:rPr>
            </w:pPr>
          </w:p>
          <w:p w14:paraId="282E943C" w14:textId="77777777" w:rsidR="00796F35" w:rsidRPr="004543E3" w:rsidRDefault="00796F35" w:rsidP="00796F35">
            <w:pPr>
              <w:spacing w:after="0" w:line="340" w:lineRule="exact"/>
              <w:jc w:val="both"/>
              <w:rPr>
                <w:szCs w:val="26"/>
              </w:rPr>
            </w:pPr>
            <w:r w:rsidRPr="004543E3">
              <w:rPr>
                <w:szCs w:val="26"/>
              </w:rPr>
              <w:t xml:space="preserve">- </w:t>
            </w:r>
            <w:proofErr w:type="spellStart"/>
            <w:r w:rsidRPr="004543E3">
              <w:rPr>
                <w:szCs w:val="26"/>
              </w:rPr>
              <w:t>Tiếp</w:t>
            </w:r>
            <w:proofErr w:type="spellEnd"/>
            <w:r w:rsidRPr="004543E3">
              <w:rPr>
                <w:szCs w:val="26"/>
              </w:rPr>
              <w:t xml:space="preserve"> thu ý </w:t>
            </w:r>
            <w:proofErr w:type="spellStart"/>
            <w:r w:rsidRPr="004543E3">
              <w:rPr>
                <w:szCs w:val="26"/>
              </w:rPr>
              <w:t>kiến</w:t>
            </w:r>
            <w:proofErr w:type="spellEnd"/>
          </w:p>
          <w:p w14:paraId="1DF98F20" w14:textId="77777777" w:rsidR="00796F35" w:rsidRPr="004543E3" w:rsidRDefault="00796F35" w:rsidP="00796F35">
            <w:pPr>
              <w:spacing w:after="0" w:line="340" w:lineRule="exact"/>
              <w:jc w:val="both"/>
              <w:rPr>
                <w:szCs w:val="26"/>
              </w:rPr>
            </w:pPr>
          </w:p>
          <w:p w14:paraId="09F4837D" w14:textId="77777777" w:rsidR="00796F35" w:rsidRPr="004543E3" w:rsidRDefault="00796F35" w:rsidP="00796F35">
            <w:pPr>
              <w:spacing w:after="0" w:line="340" w:lineRule="exact"/>
              <w:jc w:val="both"/>
              <w:rPr>
                <w:szCs w:val="26"/>
              </w:rPr>
            </w:pPr>
          </w:p>
          <w:p w14:paraId="0465031E" w14:textId="77777777" w:rsidR="00796F35" w:rsidRPr="004543E3" w:rsidRDefault="00796F35" w:rsidP="00796F35">
            <w:pPr>
              <w:spacing w:after="0" w:line="340" w:lineRule="exact"/>
              <w:jc w:val="both"/>
              <w:rPr>
                <w:szCs w:val="26"/>
              </w:rPr>
            </w:pPr>
          </w:p>
          <w:p w14:paraId="32354BEC" w14:textId="77777777" w:rsidR="00796F35" w:rsidRPr="004543E3" w:rsidRDefault="00796F35" w:rsidP="00796F35">
            <w:pPr>
              <w:spacing w:after="0" w:line="340" w:lineRule="exact"/>
              <w:jc w:val="both"/>
              <w:rPr>
                <w:szCs w:val="26"/>
              </w:rPr>
            </w:pPr>
          </w:p>
          <w:p w14:paraId="41AE7526" w14:textId="77777777" w:rsidR="00796F35" w:rsidRPr="004543E3" w:rsidRDefault="00796F35" w:rsidP="00796F35">
            <w:pPr>
              <w:spacing w:after="0" w:line="340" w:lineRule="exact"/>
              <w:jc w:val="both"/>
              <w:rPr>
                <w:szCs w:val="26"/>
              </w:rPr>
            </w:pPr>
          </w:p>
          <w:p w14:paraId="5CD11988" w14:textId="77777777" w:rsidR="00796F35" w:rsidRPr="004543E3" w:rsidRDefault="00796F35" w:rsidP="00796F35">
            <w:pPr>
              <w:spacing w:after="0" w:line="340" w:lineRule="exact"/>
              <w:jc w:val="both"/>
              <w:rPr>
                <w:szCs w:val="26"/>
              </w:rPr>
            </w:pPr>
          </w:p>
          <w:p w14:paraId="5CCD515E" w14:textId="77777777" w:rsidR="00796F35" w:rsidRPr="004543E3" w:rsidRDefault="00796F35" w:rsidP="00796F35">
            <w:pPr>
              <w:spacing w:after="0" w:line="340" w:lineRule="exact"/>
              <w:jc w:val="both"/>
              <w:rPr>
                <w:szCs w:val="26"/>
              </w:rPr>
            </w:pPr>
          </w:p>
          <w:p w14:paraId="4BB7709E" w14:textId="77777777" w:rsidR="00796F35" w:rsidRPr="004543E3" w:rsidRDefault="00796F35" w:rsidP="00796F35">
            <w:pPr>
              <w:spacing w:after="0" w:line="340" w:lineRule="exact"/>
              <w:jc w:val="both"/>
              <w:rPr>
                <w:szCs w:val="26"/>
              </w:rPr>
            </w:pPr>
          </w:p>
          <w:p w14:paraId="576845B3" w14:textId="2F7C7ACC" w:rsidR="00796F35" w:rsidRPr="004543E3" w:rsidRDefault="00796F35" w:rsidP="00796F35">
            <w:pPr>
              <w:spacing w:after="0" w:line="340" w:lineRule="exact"/>
              <w:jc w:val="both"/>
              <w:rPr>
                <w:szCs w:val="26"/>
              </w:rPr>
            </w:pPr>
          </w:p>
          <w:p w14:paraId="58A612B6" w14:textId="77777777" w:rsidR="00796F35" w:rsidRPr="004543E3" w:rsidRDefault="00796F35" w:rsidP="00796F35">
            <w:pPr>
              <w:spacing w:after="120" w:line="320" w:lineRule="exact"/>
              <w:jc w:val="both"/>
              <w:rPr>
                <w:szCs w:val="26"/>
              </w:rPr>
            </w:pPr>
          </w:p>
        </w:tc>
      </w:tr>
      <w:tr w:rsidR="0097500E" w:rsidRPr="004543E3" w14:paraId="592F6D22" w14:textId="77777777" w:rsidTr="00FF0027">
        <w:tc>
          <w:tcPr>
            <w:tcW w:w="1098" w:type="dxa"/>
          </w:tcPr>
          <w:p w14:paraId="012D07F8" w14:textId="7FC93425" w:rsidR="0097500E" w:rsidRPr="004543E3" w:rsidRDefault="0097500E" w:rsidP="0097500E">
            <w:pPr>
              <w:jc w:val="both"/>
            </w:pPr>
            <w:proofErr w:type="spellStart"/>
            <w:r w:rsidRPr="004543E3">
              <w:lastRenderedPageBreak/>
              <w:t>Điều</w:t>
            </w:r>
            <w:proofErr w:type="spellEnd"/>
            <w:r w:rsidRPr="004543E3">
              <w:t xml:space="preserve"> 1</w:t>
            </w:r>
          </w:p>
        </w:tc>
        <w:tc>
          <w:tcPr>
            <w:tcW w:w="5113" w:type="dxa"/>
          </w:tcPr>
          <w:p w14:paraId="64E25FAF" w14:textId="77777777" w:rsidR="0097500E" w:rsidRPr="004543E3" w:rsidRDefault="0097500E" w:rsidP="0097500E">
            <w:pPr>
              <w:spacing w:after="0" w:line="340" w:lineRule="exact"/>
              <w:ind w:firstLine="629"/>
              <w:jc w:val="both"/>
              <w:rPr>
                <w:b/>
                <w:bCs/>
                <w:szCs w:val="26"/>
              </w:rPr>
            </w:pPr>
            <w:r w:rsidRPr="004543E3">
              <w:rPr>
                <w:szCs w:val="26"/>
              </w:rPr>
              <w:t xml:space="preserve"> </w:t>
            </w:r>
            <w:proofErr w:type="spellStart"/>
            <w:r w:rsidRPr="004543E3">
              <w:rPr>
                <w:b/>
                <w:bCs/>
                <w:szCs w:val="26"/>
              </w:rPr>
              <w:t>Điều</w:t>
            </w:r>
            <w:proofErr w:type="spellEnd"/>
            <w:r w:rsidRPr="004543E3">
              <w:rPr>
                <w:b/>
                <w:bCs/>
                <w:szCs w:val="26"/>
              </w:rPr>
              <w:t xml:space="preserve"> 1. Phạm vi </w:t>
            </w:r>
            <w:proofErr w:type="spellStart"/>
            <w:r w:rsidRPr="004543E3">
              <w:rPr>
                <w:b/>
                <w:bCs/>
                <w:szCs w:val="26"/>
              </w:rPr>
              <w:t>điều</w:t>
            </w:r>
            <w:proofErr w:type="spellEnd"/>
            <w:r w:rsidRPr="004543E3">
              <w:rPr>
                <w:b/>
                <w:bCs/>
                <w:szCs w:val="26"/>
              </w:rPr>
              <w:t xml:space="preserve"> </w:t>
            </w:r>
            <w:proofErr w:type="spellStart"/>
            <w:r w:rsidRPr="004543E3">
              <w:rPr>
                <w:b/>
                <w:bCs/>
                <w:szCs w:val="26"/>
              </w:rPr>
              <w:t>chỉnh</w:t>
            </w:r>
            <w:proofErr w:type="spellEnd"/>
            <w:r w:rsidRPr="004543E3">
              <w:rPr>
                <w:b/>
                <w:bCs/>
                <w:szCs w:val="26"/>
              </w:rPr>
              <w:t>:</w:t>
            </w:r>
          </w:p>
          <w:p w14:paraId="379754CA" w14:textId="5B7D9A4F" w:rsidR="0097500E" w:rsidRPr="004543E3" w:rsidRDefault="0097500E" w:rsidP="0097500E">
            <w:pPr>
              <w:ind w:firstLine="709"/>
              <w:jc w:val="both"/>
              <w:rPr>
                <w:i/>
                <w:iCs/>
                <w:sz w:val="28"/>
                <w:szCs w:val="28"/>
                <w:lang w:val="de-DE"/>
              </w:rPr>
            </w:pPr>
            <w:r w:rsidRPr="004543E3">
              <w:rPr>
                <w:szCs w:val="26"/>
              </w:rPr>
              <w:t xml:space="preserve">Thông </w:t>
            </w:r>
            <w:proofErr w:type="spellStart"/>
            <w:r w:rsidRPr="004543E3">
              <w:rPr>
                <w:szCs w:val="26"/>
              </w:rPr>
              <w:t>tư</w:t>
            </w:r>
            <w:proofErr w:type="spellEnd"/>
            <w:r w:rsidRPr="004543E3">
              <w:rPr>
                <w:szCs w:val="26"/>
              </w:rPr>
              <w:t xml:space="preserve"> </w:t>
            </w:r>
            <w:proofErr w:type="spellStart"/>
            <w:r w:rsidRPr="004543E3">
              <w:rPr>
                <w:szCs w:val="26"/>
              </w:rPr>
              <w:t>này</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định</w:t>
            </w:r>
            <w:proofErr w:type="spellEnd"/>
            <w:r w:rsidRPr="004543E3">
              <w:rPr>
                <w:szCs w:val="26"/>
              </w:rPr>
              <w:t xml:space="preserve"> </w:t>
            </w:r>
            <w:proofErr w:type="spellStart"/>
            <w:r w:rsidRPr="004543E3">
              <w:rPr>
                <w:szCs w:val="26"/>
              </w:rPr>
              <w:t>mã</w:t>
            </w:r>
            <w:proofErr w:type="spellEnd"/>
            <w:r w:rsidRPr="004543E3">
              <w:rPr>
                <w:szCs w:val="26"/>
              </w:rPr>
              <w:t xml:space="preserve"> </w:t>
            </w:r>
            <w:proofErr w:type="spellStart"/>
            <w:r w:rsidRPr="004543E3">
              <w:rPr>
                <w:szCs w:val="26"/>
              </w:rPr>
              <w:t>số</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danh</w:t>
            </w:r>
            <w:proofErr w:type="spellEnd"/>
            <w:r w:rsidRPr="004543E3">
              <w:rPr>
                <w:szCs w:val="26"/>
              </w:rPr>
              <w:t xml:space="preserve"> </w:t>
            </w:r>
            <w:proofErr w:type="spellStart"/>
            <w:r w:rsidRPr="004543E3">
              <w:rPr>
                <w:szCs w:val="26"/>
              </w:rPr>
              <w:t>các</w:t>
            </w:r>
            <w:proofErr w:type="spellEnd"/>
            <w:r w:rsidRPr="004543E3">
              <w:rPr>
                <w:szCs w:val="26"/>
              </w:rPr>
              <w:t xml:space="preserve"> </w:t>
            </w:r>
            <w:proofErr w:type="spellStart"/>
            <w:r w:rsidRPr="004543E3">
              <w:rPr>
                <w:szCs w:val="26"/>
              </w:rPr>
              <w:t>ngạch</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danh</w:t>
            </w:r>
            <w:proofErr w:type="spellEnd"/>
            <w:r w:rsidRPr="004543E3">
              <w:rPr>
                <w:szCs w:val="26"/>
              </w:rPr>
              <w:t xml:space="preserve"> </w:t>
            </w:r>
            <w:proofErr w:type="spellStart"/>
            <w:r w:rsidRPr="004543E3">
              <w:rPr>
                <w:szCs w:val="26"/>
              </w:rPr>
              <w:t>nghề</w:t>
            </w:r>
            <w:proofErr w:type="spellEnd"/>
            <w:r w:rsidRPr="004543E3">
              <w:rPr>
                <w:szCs w:val="26"/>
              </w:rPr>
              <w:t xml:space="preserve"> </w:t>
            </w:r>
            <w:proofErr w:type="spellStart"/>
            <w:r w:rsidRPr="004543E3">
              <w:rPr>
                <w:szCs w:val="26"/>
              </w:rPr>
              <w:t>nghiệp</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ngành</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soát</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 xml:space="preserve">; </w:t>
            </w:r>
            <w:proofErr w:type="spellStart"/>
            <w:r w:rsidRPr="004543E3">
              <w:rPr>
                <w:szCs w:val="26"/>
              </w:rPr>
              <w:t>tiêu</w:t>
            </w:r>
            <w:proofErr w:type="spellEnd"/>
            <w:r w:rsidRPr="004543E3">
              <w:rPr>
                <w:szCs w:val="26"/>
              </w:rPr>
              <w:t xml:space="preserve"> </w:t>
            </w:r>
            <w:proofErr w:type="spellStart"/>
            <w:r w:rsidRPr="004543E3">
              <w:rPr>
                <w:szCs w:val="26"/>
              </w:rPr>
              <w:t>chuẩn</w:t>
            </w:r>
            <w:proofErr w:type="spellEnd"/>
            <w:r w:rsidRPr="004543E3">
              <w:rPr>
                <w:szCs w:val="26"/>
              </w:rPr>
              <w:t xml:space="preserve"> </w:t>
            </w:r>
            <w:proofErr w:type="spellStart"/>
            <w:r w:rsidRPr="004543E3">
              <w:rPr>
                <w:szCs w:val="26"/>
              </w:rPr>
              <w:t>về</w:t>
            </w:r>
            <w:proofErr w:type="spellEnd"/>
            <w:r w:rsidRPr="004543E3">
              <w:rPr>
                <w:szCs w:val="26"/>
              </w:rPr>
              <w:t xml:space="preserve"> </w:t>
            </w:r>
            <w:proofErr w:type="spellStart"/>
            <w:r w:rsidRPr="004543E3">
              <w:rPr>
                <w:szCs w:val="26"/>
              </w:rPr>
              <w:t>trình</w:t>
            </w:r>
            <w:proofErr w:type="spellEnd"/>
            <w:r w:rsidRPr="004543E3">
              <w:rPr>
                <w:szCs w:val="26"/>
              </w:rPr>
              <w:t xml:space="preserve"> </w:t>
            </w:r>
            <w:proofErr w:type="spellStart"/>
            <w:r w:rsidRPr="004543E3">
              <w:rPr>
                <w:szCs w:val="26"/>
              </w:rPr>
              <w:t>độ</w:t>
            </w:r>
            <w:proofErr w:type="spellEnd"/>
            <w:r w:rsidRPr="004543E3">
              <w:rPr>
                <w:szCs w:val="26"/>
              </w:rPr>
              <w:t xml:space="preserve">, </w:t>
            </w:r>
            <w:proofErr w:type="spellStart"/>
            <w:r w:rsidRPr="004543E3">
              <w:rPr>
                <w:szCs w:val="26"/>
              </w:rPr>
              <w:t>năng</w:t>
            </w:r>
            <w:proofErr w:type="spellEnd"/>
            <w:r w:rsidRPr="004543E3">
              <w:rPr>
                <w:szCs w:val="26"/>
              </w:rPr>
              <w:t xml:space="preserve"> </w:t>
            </w:r>
            <w:proofErr w:type="spellStart"/>
            <w:r w:rsidRPr="004543E3">
              <w:rPr>
                <w:szCs w:val="26"/>
              </w:rPr>
              <w:t>lực</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nghiệp</w:t>
            </w:r>
            <w:proofErr w:type="spellEnd"/>
            <w:r w:rsidRPr="004543E3">
              <w:rPr>
                <w:szCs w:val="26"/>
              </w:rPr>
              <w:t xml:space="preserve"> </w:t>
            </w:r>
            <w:proofErr w:type="spellStart"/>
            <w:r w:rsidRPr="004543E3">
              <w:rPr>
                <w:szCs w:val="26"/>
              </w:rPr>
              <w:t>vụ</w:t>
            </w:r>
            <w:proofErr w:type="spellEnd"/>
            <w:r w:rsidRPr="004543E3">
              <w:rPr>
                <w:szCs w:val="26"/>
              </w:rPr>
              <w:t xml:space="preserve"> </w:t>
            </w:r>
            <w:proofErr w:type="spellStart"/>
            <w:r w:rsidRPr="004543E3">
              <w:rPr>
                <w:szCs w:val="26"/>
              </w:rPr>
              <w:t>đối</w:t>
            </w:r>
            <w:proofErr w:type="spellEnd"/>
            <w:r w:rsidRPr="004543E3">
              <w:rPr>
                <w:szCs w:val="26"/>
              </w:rPr>
              <w:t xml:space="preserve"> </w:t>
            </w:r>
            <w:proofErr w:type="spellStart"/>
            <w:r w:rsidRPr="004543E3">
              <w:rPr>
                <w:szCs w:val="26"/>
              </w:rPr>
              <w:t>với</w:t>
            </w:r>
            <w:proofErr w:type="spellEnd"/>
            <w:r w:rsidRPr="004543E3">
              <w:rPr>
                <w:szCs w:val="26"/>
              </w:rPr>
              <w:t xml:space="preserve"> </w:t>
            </w:r>
            <w:proofErr w:type="spellStart"/>
            <w:r w:rsidRPr="004543E3">
              <w:rPr>
                <w:szCs w:val="26"/>
              </w:rPr>
              <w:t>ngạch</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danh</w:t>
            </w:r>
            <w:proofErr w:type="spellEnd"/>
            <w:r w:rsidRPr="004543E3">
              <w:rPr>
                <w:szCs w:val="26"/>
              </w:rPr>
              <w:t xml:space="preserve"> </w:t>
            </w:r>
            <w:proofErr w:type="spellStart"/>
            <w:r w:rsidRPr="004543E3">
              <w:rPr>
                <w:szCs w:val="26"/>
              </w:rPr>
              <w:t>nghề</w:t>
            </w:r>
            <w:proofErr w:type="spellEnd"/>
            <w:r w:rsidRPr="004543E3">
              <w:rPr>
                <w:szCs w:val="26"/>
              </w:rPr>
              <w:t xml:space="preserve"> </w:t>
            </w:r>
            <w:proofErr w:type="spellStart"/>
            <w:r w:rsidRPr="004543E3">
              <w:rPr>
                <w:szCs w:val="26"/>
              </w:rPr>
              <w:t>nghiệp</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ngành</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soát</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w:t>
            </w:r>
          </w:p>
        </w:tc>
        <w:tc>
          <w:tcPr>
            <w:tcW w:w="5220" w:type="dxa"/>
          </w:tcPr>
          <w:p w14:paraId="7C95AB74" w14:textId="77777777" w:rsidR="0097500E" w:rsidRPr="004543E3" w:rsidRDefault="0097500E" w:rsidP="0097500E">
            <w:pPr>
              <w:jc w:val="both"/>
              <w:rPr>
                <w:rFonts w:cs="Times New Roman"/>
                <w:b/>
                <w:bCs/>
              </w:rPr>
            </w:pPr>
            <w:r w:rsidRPr="004543E3">
              <w:rPr>
                <w:rFonts w:cs="Times New Roman"/>
                <w:b/>
                <w:bCs/>
              </w:rPr>
              <w:t xml:space="preserve">Ngân </w:t>
            </w:r>
            <w:proofErr w:type="spellStart"/>
            <w:r w:rsidRPr="004543E3">
              <w:rPr>
                <w:rFonts w:cs="Times New Roman"/>
                <w:b/>
                <w:bCs/>
              </w:rPr>
              <w:t>hàng</w:t>
            </w:r>
            <w:proofErr w:type="spellEnd"/>
            <w:r w:rsidRPr="004543E3">
              <w:rPr>
                <w:rFonts w:cs="Times New Roman"/>
                <w:b/>
                <w:bCs/>
              </w:rPr>
              <w:t xml:space="preserve"> Nhà </w:t>
            </w:r>
            <w:proofErr w:type="spellStart"/>
            <w:r w:rsidRPr="004543E3">
              <w:rPr>
                <w:rFonts w:cs="Times New Roman"/>
                <w:b/>
                <w:bCs/>
              </w:rPr>
              <w:t>nước</w:t>
            </w:r>
            <w:proofErr w:type="spellEnd"/>
            <w:r w:rsidRPr="004543E3">
              <w:rPr>
                <w:rFonts w:cs="Times New Roman"/>
                <w:b/>
                <w:bCs/>
              </w:rPr>
              <w:t xml:space="preserve"> </w:t>
            </w:r>
            <w:proofErr w:type="spellStart"/>
            <w:r w:rsidRPr="004543E3">
              <w:rPr>
                <w:rFonts w:cs="Times New Roman"/>
                <w:b/>
                <w:bCs/>
              </w:rPr>
              <w:t>Việt</w:t>
            </w:r>
            <w:proofErr w:type="spellEnd"/>
            <w:r w:rsidRPr="004543E3">
              <w:rPr>
                <w:rFonts w:cs="Times New Roman"/>
                <w:b/>
                <w:bCs/>
              </w:rPr>
              <w:t xml:space="preserve"> Nam:</w:t>
            </w:r>
          </w:p>
          <w:p w14:paraId="14DF6A6B" w14:textId="77777777" w:rsidR="0097500E" w:rsidRPr="004543E3" w:rsidRDefault="0097500E" w:rsidP="0097500E">
            <w:pPr>
              <w:tabs>
                <w:tab w:val="left" w:pos="5672"/>
              </w:tabs>
              <w:spacing w:after="160" w:line="278" w:lineRule="auto"/>
              <w:jc w:val="both"/>
              <w:rPr>
                <w:rFonts w:cs="Times New Roman"/>
              </w:rPr>
            </w:pPr>
            <w:proofErr w:type="spellStart"/>
            <w:r w:rsidRPr="004543E3">
              <w:rPr>
                <w:rFonts w:cs="Times New Roman"/>
              </w:rPr>
              <w:t>Điều</w:t>
            </w:r>
            <w:proofErr w:type="spellEnd"/>
            <w:r w:rsidRPr="004543E3">
              <w:rPr>
                <w:rFonts w:cs="Times New Roman"/>
              </w:rPr>
              <w:t xml:space="preserve"> 1 </w:t>
            </w:r>
            <w:proofErr w:type="spellStart"/>
            <w:r w:rsidRPr="004543E3">
              <w:rPr>
                <w:rFonts w:cs="Times New Roman"/>
              </w:rPr>
              <w:t>đề</w:t>
            </w:r>
            <w:proofErr w:type="spellEnd"/>
            <w:r w:rsidRPr="004543E3">
              <w:rPr>
                <w:rFonts w:cs="Times New Roman"/>
              </w:rPr>
              <w:t xml:space="preserve"> </w:t>
            </w:r>
            <w:proofErr w:type="spellStart"/>
            <w:r w:rsidRPr="004543E3">
              <w:rPr>
                <w:rFonts w:cs="Times New Roman"/>
              </w:rPr>
              <w:t>nghị</w:t>
            </w:r>
            <w:proofErr w:type="spellEnd"/>
            <w:r w:rsidRPr="004543E3">
              <w:rPr>
                <w:rFonts w:cs="Times New Roman"/>
              </w:rPr>
              <w:t xml:space="preserve"> </w:t>
            </w:r>
            <w:proofErr w:type="spellStart"/>
            <w:r w:rsidRPr="004543E3">
              <w:rPr>
                <w:rFonts w:cs="Times New Roman"/>
              </w:rPr>
              <w:t>chỉnh</w:t>
            </w:r>
            <w:proofErr w:type="spellEnd"/>
            <w:r w:rsidRPr="004543E3">
              <w:rPr>
                <w:rFonts w:cs="Times New Roman"/>
              </w:rPr>
              <w:t xml:space="preserve"> </w:t>
            </w:r>
            <w:proofErr w:type="spellStart"/>
            <w:r w:rsidRPr="004543E3">
              <w:rPr>
                <w:rFonts w:cs="Times New Roman"/>
              </w:rPr>
              <w:t>sửa</w:t>
            </w:r>
            <w:proofErr w:type="spellEnd"/>
            <w:r w:rsidRPr="004543E3">
              <w:rPr>
                <w:rFonts w:cs="Times New Roman"/>
              </w:rPr>
              <w:t xml:space="preserve"> </w:t>
            </w:r>
            <w:proofErr w:type="spellStart"/>
            <w:r w:rsidRPr="004543E3">
              <w:rPr>
                <w:rFonts w:cs="Times New Roman"/>
              </w:rPr>
              <w:t>như</w:t>
            </w:r>
            <w:proofErr w:type="spellEnd"/>
            <w:r w:rsidRPr="004543E3">
              <w:rPr>
                <w:rFonts w:cs="Times New Roman"/>
              </w:rPr>
              <w:t xml:space="preserve"> </w:t>
            </w:r>
            <w:proofErr w:type="spellStart"/>
            <w:r w:rsidRPr="004543E3">
              <w:rPr>
                <w:rFonts w:cs="Times New Roman"/>
              </w:rPr>
              <w:t>sau</w:t>
            </w:r>
            <w:proofErr w:type="spellEnd"/>
            <w:r w:rsidRPr="004543E3">
              <w:rPr>
                <w:rFonts w:cs="Times New Roman"/>
              </w:rPr>
              <w:t>:</w:t>
            </w:r>
            <w:r w:rsidRPr="004543E3">
              <w:rPr>
                <w:rFonts w:cs="Times New Roman"/>
              </w:rPr>
              <w:br/>
              <w:t xml:space="preserve">“Thông </w:t>
            </w:r>
            <w:proofErr w:type="spellStart"/>
            <w:r w:rsidRPr="004543E3">
              <w:rPr>
                <w:rFonts w:cs="Times New Roman"/>
              </w:rPr>
              <w:t>tư</w:t>
            </w:r>
            <w:proofErr w:type="spellEnd"/>
            <w:r w:rsidRPr="004543E3">
              <w:rPr>
                <w:rFonts w:cs="Times New Roman"/>
              </w:rPr>
              <w:t xml:space="preserve"> </w:t>
            </w:r>
            <w:proofErr w:type="spellStart"/>
            <w:r w:rsidRPr="004543E3">
              <w:rPr>
                <w:rFonts w:cs="Times New Roman"/>
              </w:rPr>
              <w:t>này</w:t>
            </w:r>
            <w:proofErr w:type="spellEnd"/>
            <w:r w:rsidRPr="004543E3">
              <w:rPr>
                <w:rFonts w:cs="Times New Roman"/>
              </w:rPr>
              <w:t xml:space="preserve"> </w:t>
            </w:r>
            <w:proofErr w:type="spellStart"/>
            <w:r w:rsidRPr="004543E3">
              <w:rPr>
                <w:rFonts w:cs="Times New Roman"/>
              </w:rPr>
              <w:t>quy</w:t>
            </w:r>
            <w:proofErr w:type="spellEnd"/>
            <w:r w:rsidRPr="004543E3">
              <w:rPr>
                <w:rFonts w:cs="Times New Roman"/>
              </w:rPr>
              <w:t xml:space="preserve"> </w:t>
            </w:r>
            <w:proofErr w:type="spellStart"/>
            <w:r w:rsidRPr="004543E3">
              <w:rPr>
                <w:rFonts w:cs="Times New Roman"/>
              </w:rPr>
              <w:t>định</w:t>
            </w:r>
            <w:proofErr w:type="spellEnd"/>
            <w:r w:rsidRPr="004543E3">
              <w:rPr>
                <w:rFonts w:cs="Times New Roman"/>
              </w:rPr>
              <w:t xml:space="preserve"> </w:t>
            </w:r>
            <w:proofErr w:type="spellStart"/>
            <w:r w:rsidRPr="004543E3">
              <w:rPr>
                <w:rFonts w:cs="Times New Roman"/>
              </w:rPr>
              <w:t>mã</w:t>
            </w:r>
            <w:proofErr w:type="spellEnd"/>
            <w:r w:rsidRPr="004543E3">
              <w:rPr>
                <w:rFonts w:cs="Times New Roman"/>
              </w:rPr>
              <w:t xml:space="preserve"> </w:t>
            </w:r>
            <w:proofErr w:type="spellStart"/>
            <w:r w:rsidRPr="004543E3">
              <w:rPr>
                <w:rFonts w:cs="Times New Roman"/>
              </w:rPr>
              <w:t>số</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danh</w:t>
            </w:r>
            <w:proofErr w:type="spellEnd"/>
            <w:r w:rsidRPr="004543E3">
              <w:rPr>
                <w:rFonts w:cs="Times New Roman"/>
              </w:rPr>
              <w:t xml:space="preserve"> </w:t>
            </w:r>
            <w:proofErr w:type="spellStart"/>
            <w:r w:rsidRPr="004543E3">
              <w:rPr>
                <w:rFonts w:cs="Times New Roman"/>
              </w:rPr>
              <w:t>các</w:t>
            </w:r>
            <w:proofErr w:type="spellEnd"/>
            <w:r w:rsidRPr="004543E3">
              <w:rPr>
                <w:rFonts w:cs="Times New Roman"/>
              </w:rPr>
              <w:t xml:space="preserve"> </w:t>
            </w:r>
            <w:proofErr w:type="spellStart"/>
            <w:r w:rsidRPr="004543E3">
              <w:rPr>
                <w:rFonts w:cs="Times New Roman"/>
              </w:rPr>
              <w:t>ngạch</w:t>
            </w:r>
            <w:proofErr w:type="spellEnd"/>
            <w:r w:rsidRPr="004543E3">
              <w:rPr>
                <w:rFonts w:cs="Times New Roman"/>
              </w:rPr>
              <w:t xml:space="preserve"> </w:t>
            </w:r>
            <w:proofErr w:type="spellStart"/>
            <w:r w:rsidRPr="004543E3">
              <w:rPr>
                <w:rFonts w:cs="Times New Roman"/>
              </w:rPr>
              <w:t>công</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và</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danh</w:t>
            </w:r>
            <w:proofErr w:type="spellEnd"/>
            <w:r w:rsidRPr="004543E3">
              <w:rPr>
                <w:rFonts w:cs="Times New Roman"/>
              </w:rPr>
              <w:t xml:space="preserve"> </w:t>
            </w:r>
            <w:proofErr w:type="spellStart"/>
            <w:r w:rsidRPr="004543E3">
              <w:rPr>
                <w:rFonts w:cs="Times New Roman"/>
              </w:rPr>
              <w:t>nghề</w:t>
            </w:r>
            <w:proofErr w:type="spellEnd"/>
            <w:r w:rsidRPr="004543E3">
              <w:rPr>
                <w:rFonts w:cs="Times New Roman"/>
              </w:rPr>
              <w:t xml:space="preserve"> </w:t>
            </w:r>
            <w:proofErr w:type="spellStart"/>
            <w:r w:rsidRPr="004543E3">
              <w:rPr>
                <w:rFonts w:cs="Times New Roman"/>
              </w:rPr>
              <w:t>nghiệp</w:t>
            </w:r>
            <w:proofErr w:type="spellEnd"/>
            <w:r w:rsidRPr="004543E3">
              <w:rPr>
                <w:rFonts w:cs="Times New Roman"/>
              </w:rPr>
              <w:t xml:space="preserve"> </w:t>
            </w:r>
            <w:proofErr w:type="spellStart"/>
            <w:r w:rsidRPr="004543E3">
              <w:rPr>
                <w:rFonts w:cs="Times New Roman"/>
              </w:rPr>
              <w:t>viên</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chuyên</w:t>
            </w:r>
            <w:proofErr w:type="spellEnd"/>
            <w:r w:rsidRPr="004543E3">
              <w:rPr>
                <w:rFonts w:cs="Times New Roman"/>
              </w:rPr>
              <w:t xml:space="preserve"> </w:t>
            </w:r>
            <w:proofErr w:type="spellStart"/>
            <w:r w:rsidRPr="004543E3">
              <w:rPr>
                <w:rFonts w:cs="Times New Roman"/>
              </w:rPr>
              <w:t>ngành</w:t>
            </w:r>
            <w:proofErr w:type="spellEnd"/>
            <w:r w:rsidRPr="004543E3">
              <w:rPr>
                <w:rFonts w:cs="Times New Roman"/>
              </w:rPr>
              <w:t xml:space="preserve"> </w:t>
            </w:r>
            <w:proofErr w:type="spellStart"/>
            <w:r w:rsidRPr="004543E3">
              <w:rPr>
                <w:rFonts w:cs="Times New Roman"/>
              </w:rPr>
              <w:t>kiểm</w:t>
            </w:r>
            <w:proofErr w:type="spellEnd"/>
            <w:r w:rsidRPr="004543E3">
              <w:rPr>
                <w:rFonts w:cs="Times New Roman"/>
              </w:rPr>
              <w:t xml:space="preserve"> </w:t>
            </w:r>
            <w:proofErr w:type="spellStart"/>
            <w:r w:rsidRPr="004543E3">
              <w:rPr>
                <w:rFonts w:cs="Times New Roman"/>
              </w:rPr>
              <w:t>soát</w:t>
            </w:r>
            <w:proofErr w:type="spellEnd"/>
            <w:r w:rsidRPr="004543E3">
              <w:rPr>
                <w:rFonts w:cs="Times New Roman"/>
              </w:rPr>
              <w:t xml:space="preserve"> </w:t>
            </w:r>
            <w:proofErr w:type="spellStart"/>
            <w:r w:rsidRPr="004543E3">
              <w:rPr>
                <w:rFonts w:cs="Times New Roman"/>
              </w:rPr>
              <w:t>chất</w:t>
            </w:r>
            <w:proofErr w:type="spellEnd"/>
            <w:r w:rsidRPr="004543E3">
              <w:rPr>
                <w:rFonts w:cs="Times New Roman"/>
              </w:rPr>
              <w:t xml:space="preserve"> </w:t>
            </w:r>
            <w:proofErr w:type="spellStart"/>
            <w:r w:rsidRPr="004543E3">
              <w:rPr>
                <w:rFonts w:cs="Times New Roman"/>
              </w:rPr>
              <w:t>lượng</w:t>
            </w:r>
            <w:proofErr w:type="spellEnd"/>
            <w:r w:rsidRPr="004543E3">
              <w:rPr>
                <w:rFonts w:cs="Times New Roman"/>
              </w:rPr>
              <w:t xml:space="preserve"> </w:t>
            </w:r>
            <w:proofErr w:type="spellStart"/>
            <w:r w:rsidRPr="004543E3">
              <w:rPr>
                <w:rFonts w:cs="Times New Roman"/>
              </w:rPr>
              <w:t>sản</w:t>
            </w:r>
            <w:proofErr w:type="spellEnd"/>
            <w:r w:rsidRPr="004543E3">
              <w:rPr>
                <w:rFonts w:cs="Times New Roman"/>
              </w:rPr>
              <w:t xml:space="preserve"> </w:t>
            </w:r>
            <w:proofErr w:type="spellStart"/>
            <w:r w:rsidRPr="004543E3">
              <w:rPr>
                <w:rFonts w:cs="Times New Roman"/>
              </w:rPr>
              <w:t>phẩm</w:t>
            </w:r>
            <w:proofErr w:type="spellEnd"/>
            <w:r w:rsidRPr="004543E3">
              <w:rPr>
                <w:rFonts w:cs="Times New Roman"/>
              </w:rPr>
              <w:t xml:space="preserve">, </w:t>
            </w:r>
            <w:proofErr w:type="spellStart"/>
            <w:r w:rsidRPr="004543E3">
              <w:rPr>
                <w:rFonts w:cs="Times New Roman"/>
              </w:rPr>
              <w:t>hàng</w:t>
            </w:r>
            <w:proofErr w:type="spellEnd"/>
            <w:r w:rsidRPr="004543E3">
              <w:rPr>
                <w:rFonts w:cs="Times New Roman"/>
              </w:rPr>
              <w:t xml:space="preserve"> </w:t>
            </w:r>
            <w:proofErr w:type="spellStart"/>
            <w:r w:rsidRPr="004543E3">
              <w:rPr>
                <w:rFonts w:cs="Times New Roman"/>
              </w:rPr>
              <w:t>hóa</w:t>
            </w:r>
            <w:proofErr w:type="spellEnd"/>
            <w:r w:rsidRPr="004543E3">
              <w:rPr>
                <w:rFonts w:cs="Times New Roman"/>
              </w:rPr>
              <w:t xml:space="preserve">; </w:t>
            </w:r>
            <w:proofErr w:type="spellStart"/>
            <w:r w:rsidRPr="004543E3">
              <w:rPr>
                <w:rFonts w:cs="Times New Roman"/>
              </w:rPr>
              <w:t>tiêu</w:t>
            </w:r>
            <w:proofErr w:type="spellEnd"/>
            <w:r w:rsidRPr="004543E3">
              <w:rPr>
                <w:rFonts w:cs="Times New Roman"/>
              </w:rPr>
              <w:t xml:space="preserve"> </w:t>
            </w:r>
            <w:proofErr w:type="spellStart"/>
            <w:r w:rsidRPr="004543E3">
              <w:rPr>
                <w:rFonts w:cs="Times New Roman"/>
              </w:rPr>
              <w:t>chuẩn</w:t>
            </w:r>
            <w:proofErr w:type="spellEnd"/>
            <w:r w:rsidRPr="004543E3">
              <w:rPr>
                <w:rFonts w:cs="Times New Roman"/>
              </w:rPr>
              <w:t xml:space="preserve"> </w:t>
            </w:r>
            <w:proofErr w:type="spellStart"/>
            <w:r w:rsidRPr="004543E3">
              <w:rPr>
                <w:rFonts w:cs="Times New Roman"/>
              </w:rPr>
              <w:t>về</w:t>
            </w:r>
            <w:proofErr w:type="spellEnd"/>
            <w:r w:rsidRPr="004543E3">
              <w:rPr>
                <w:rFonts w:cs="Times New Roman"/>
              </w:rPr>
              <w:t xml:space="preserve"> </w:t>
            </w:r>
            <w:proofErr w:type="spellStart"/>
            <w:r w:rsidRPr="004543E3">
              <w:rPr>
                <w:rFonts w:cs="Times New Roman"/>
              </w:rPr>
              <w:t>trình</w:t>
            </w:r>
            <w:proofErr w:type="spellEnd"/>
            <w:r w:rsidRPr="004543E3">
              <w:rPr>
                <w:rFonts w:cs="Times New Roman"/>
              </w:rPr>
              <w:t xml:space="preserve"> </w:t>
            </w:r>
            <w:proofErr w:type="spellStart"/>
            <w:r w:rsidRPr="004543E3">
              <w:rPr>
                <w:rFonts w:cs="Times New Roman"/>
              </w:rPr>
              <w:t>độ</w:t>
            </w:r>
            <w:proofErr w:type="spellEnd"/>
            <w:r w:rsidRPr="004543E3">
              <w:rPr>
                <w:rFonts w:cs="Times New Roman"/>
              </w:rPr>
              <w:t xml:space="preserve">, </w:t>
            </w:r>
            <w:proofErr w:type="spellStart"/>
            <w:r w:rsidRPr="004543E3">
              <w:rPr>
                <w:rFonts w:cs="Times New Roman"/>
              </w:rPr>
              <w:t>năng</w:t>
            </w:r>
            <w:proofErr w:type="spellEnd"/>
            <w:r w:rsidRPr="004543E3">
              <w:rPr>
                <w:rFonts w:cs="Times New Roman"/>
              </w:rPr>
              <w:t xml:space="preserve"> </w:t>
            </w:r>
            <w:proofErr w:type="spellStart"/>
            <w:r w:rsidRPr="004543E3">
              <w:rPr>
                <w:rFonts w:cs="Times New Roman"/>
              </w:rPr>
              <w:t>lực</w:t>
            </w:r>
            <w:proofErr w:type="spellEnd"/>
            <w:r w:rsidRPr="004543E3">
              <w:rPr>
                <w:rFonts w:cs="Times New Roman"/>
              </w:rPr>
              <w:t xml:space="preserve"> </w:t>
            </w:r>
            <w:proofErr w:type="spellStart"/>
            <w:r w:rsidRPr="004543E3">
              <w:rPr>
                <w:rFonts w:cs="Times New Roman"/>
              </w:rPr>
              <w:t>và</w:t>
            </w:r>
            <w:proofErr w:type="spellEnd"/>
            <w:r w:rsidRPr="004543E3">
              <w:rPr>
                <w:rFonts w:cs="Times New Roman"/>
              </w:rPr>
              <w:t xml:space="preserve"> </w:t>
            </w:r>
            <w:proofErr w:type="spellStart"/>
            <w:r w:rsidRPr="004543E3">
              <w:rPr>
                <w:rFonts w:cs="Times New Roman"/>
              </w:rPr>
              <w:t>nghiệp</w:t>
            </w:r>
            <w:proofErr w:type="spellEnd"/>
            <w:r w:rsidRPr="004543E3">
              <w:rPr>
                <w:rFonts w:cs="Times New Roman"/>
              </w:rPr>
              <w:t xml:space="preserve"> </w:t>
            </w:r>
            <w:proofErr w:type="spellStart"/>
            <w:r w:rsidRPr="004543E3">
              <w:rPr>
                <w:rFonts w:cs="Times New Roman"/>
              </w:rPr>
              <w:t>vụ</w:t>
            </w:r>
            <w:proofErr w:type="spellEnd"/>
            <w:r w:rsidRPr="004543E3">
              <w:rPr>
                <w:rFonts w:cs="Times New Roman"/>
              </w:rPr>
              <w:t xml:space="preserve"> </w:t>
            </w:r>
            <w:proofErr w:type="spellStart"/>
            <w:r w:rsidRPr="004543E3">
              <w:rPr>
                <w:rFonts w:cs="Times New Roman"/>
              </w:rPr>
              <w:t>đối</w:t>
            </w:r>
            <w:proofErr w:type="spellEnd"/>
            <w:r w:rsidRPr="004543E3">
              <w:rPr>
                <w:rFonts w:cs="Times New Roman"/>
              </w:rPr>
              <w:t xml:space="preserve"> </w:t>
            </w:r>
            <w:proofErr w:type="spellStart"/>
            <w:r w:rsidRPr="004543E3">
              <w:rPr>
                <w:rFonts w:cs="Times New Roman"/>
              </w:rPr>
              <w:t>với</w:t>
            </w:r>
            <w:proofErr w:type="spellEnd"/>
            <w:r w:rsidRPr="004543E3">
              <w:rPr>
                <w:rFonts w:cs="Times New Roman"/>
              </w:rPr>
              <w:t xml:space="preserve"> </w:t>
            </w:r>
            <w:proofErr w:type="spellStart"/>
            <w:r w:rsidRPr="004543E3">
              <w:rPr>
                <w:rFonts w:cs="Times New Roman"/>
              </w:rPr>
              <w:t>ngạch</w:t>
            </w:r>
            <w:proofErr w:type="spellEnd"/>
            <w:r w:rsidRPr="004543E3">
              <w:rPr>
                <w:rFonts w:cs="Times New Roman"/>
              </w:rPr>
              <w:t xml:space="preserve"> </w:t>
            </w:r>
            <w:proofErr w:type="spellStart"/>
            <w:r w:rsidRPr="004543E3">
              <w:rPr>
                <w:rFonts w:cs="Times New Roman"/>
              </w:rPr>
              <w:t>công</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danh</w:t>
            </w:r>
            <w:proofErr w:type="spellEnd"/>
            <w:r w:rsidRPr="004543E3">
              <w:rPr>
                <w:rFonts w:cs="Times New Roman"/>
              </w:rPr>
              <w:t xml:space="preserve"> </w:t>
            </w:r>
            <w:proofErr w:type="spellStart"/>
            <w:r w:rsidRPr="004543E3">
              <w:rPr>
                <w:rFonts w:cs="Times New Roman"/>
              </w:rPr>
              <w:t>nghề</w:t>
            </w:r>
            <w:proofErr w:type="spellEnd"/>
            <w:r w:rsidRPr="004543E3">
              <w:rPr>
                <w:rFonts w:cs="Times New Roman"/>
              </w:rPr>
              <w:t xml:space="preserve"> </w:t>
            </w:r>
            <w:proofErr w:type="spellStart"/>
            <w:r w:rsidRPr="004543E3">
              <w:rPr>
                <w:rFonts w:cs="Times New Roman"/>
              </w:rPr>
              <w:t>nghiệp</w:t>
            </w:r>
            <w:proofErr w:type="spellEnd"/>
            <w:r w:rsidRPr="004543E3">
              <w:rPr>
                <w:rFonts w:cs="Times New Roman"/>
              </w:rPr>
              <w:t xml:space="preserve"> </w:t>
            </w:r>
            <w:proofErr w:type="spellStart"/>
            <w:r w:rsidRPr="004543E3">
              <w:rPr>
                <w:rFonts w:cs="Times New Roman"/>
              </w:rPr>
              <w:t>viên</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chuyên</w:t>
            </w:r>
            <w:proofErr w:type="spellEnd"/>
            <w:r w:rsidRPr="004543E3">
              <w:rPr>
                <w:rFonts w:cs="Times New Roman"/>
              </w:rPr>
              <w:t xml:space="preserve"> </w:t>
            </w:r>
            <w:proofErr w:type="spellStart"/>
            <w:r w:rsidRPr="004543E3">
              <w:rPr>
                <w:rFonts w:cs="Times New Roman"/>
              </w:rPr>
              <w:t>ngành</w:t>
            </w:r>
            <w:proofErr w:type="spellEnd"/>
            <w:r w:rsidRPr="004543E3">
              <w:rPr>
                <w:rFonts w:cs="Times New Roman"/>
              </w:rPr>
              <w:t xml:space="preserve"> </w:t>
            </w:r>
            <w:proofErr w:type="spellStart"/>
            <w:r w:rsidRPr="004543E3">
              <w:rPr>
                <w:rFonts w:cs="Times New Roman"/>
              </w:rPr>
              <w:t>kiểm</w:t>
            </w:r>
            <w:proofErr w:type="spellEnd"/>
            <w:r w:rsidRPr="004543E3">
              <w:rPr>
                <w:rFonts w:cs="Times New Roman"/>
              </w:rPr>
              <w:t xml:space="preserve"> </w:t>
            </w:r>
            <w:proofErr w:type="spellStart"/>
            <w:r w:rsidRPr="004543E3">
              <w:rPr>
                <w:rFonts w:cs="Times New Roman"/>
              </w:rPr>
              <w:t>soát</w:t>
            </w:r>
            <w:proofErr w:type="spellEnd"/>
            <w:r w:rsidRPr="004543E3">
              <w:rPr>
                <w:rFonts w:cs="Times New Roman"/>
              </w:rPr>
              <w:t xml:space="preserve"> </w:t>
            </w:r>
            <w:proofErr w:type="spellStart"/>
            <w:r w:rsidRPr="004543E3">
              <w:rPr>
                <w:rFonts w:cs="Times New Roman"/>
                <w:strike/>
              </w:rPr>
              <w:t>viên</w:t>
            </w:r>
            <w:proofErr w:type="spellEnd"/>
            <w:r w:rsidRPr="004543E3">
              <w:rPr>
                <w:rFonts w:cs="Times New Roman"/>
              </w:rPr>
              <w:t xml:space="preserve"> </w:t>
            </w:r>
            <w:proofErr w:type="spellStart"/>
            <w:r w:rsidRPr="004543E3">
              <w:rPr>
                <w:rFonts w:cs="Times New Roman"/>
              </w:rPr>
              <w:t>chất</w:t>
            </w:r>
            <w:proofErr w:type="spellEnd"/>
            <w:r w:rsidRPr="004543E3">
              <w:rPr>
                <w:rFonts w:cs="Times New Roman"/>
              </w:rPr>
              <w:t xml:space="preserve"> </w:t>
            </w:r>
            <w:proofErr w:type="spellStart"/>
            <w:r w:rsidRPr="004543E3">
              <w:rPr>
                <w:rFonts w:cs="Times New Roman"/>
              </w:rPr>
              <w:t>lượng</w:t>
            </w:r>
            <w:proofErr w:type="spellEnd"/>
            <w:r w:rsidRPr="004543E3">
              <w:rPr>
                <w:rFonts w:cs="Times New Roman"/>
              </w:rPr>
              <w:t xml:space="preserve"> </w:t>
            </w:r>
            <w:proofErr w:type="spellStart"/>
            <w:r w:rsidRPr="004543E3">
              <w:rPr>
                <w:rFonts w:cs="Times New Roman"/>
              </w:rPr>
              <w:t>sản</w:t>
            </w:r>
            <w:proofErr w:type="spellEnd"/>
            <w:r w:rsidRPr="004543E3">
              <w:rPr>
                <w:rFonts w:cs="Times New Roman"/>
              </w:rPr>
              <w:t xml:space="preserve"> </w:t>
            </w:r>
            <w:proofErr w:type="spellStart"/>
            <w:r w:rsidRPr="004543E3">
              <w:rPr>
                <w:rFonts w:cs="Times New Roman"/>
              </w:rPr>
              <w:t>phẩm</w:t>
            </w:r>
            <w:proofErr w:type="spellEnd"/>
            <w:r w:rsidRPr="004543E3">
              <w:rPr>
                <w:rFonts w:cs="Times New Roman"/>
              </w:rPr>
              <w:t xml:space="preserve">, </w:t>
            </w:r>
            <w:proofErr w:type="spellStart"/>
            <w:r w:rsidRPr="004543E3">
              <w:rPr>
                <w:rFonts w:cs="Times New Roman"/>
              </w:rPr>
              <w:t>hàng</w:t>
            </w:r>
            <w:proofErr w:type="spellEnd"/>
            <w:r w:rsidRPr="004543E3">
              <w:rPr>
                <w:rFonts w:cs="Times New Roman"/>
              </w:rPr>
              <w:t xml:space="preserve"> </w:t>
            </w:r>
            <w:proofErr w:type="spellStart"/>
            <w:r w:rsidRPr="004543E3">
              <w:rPr>
                <w:rFonts w:cs="Times New Roman"/>
              </w:rPr>
              <w:t>hóa</w:t>
            </w:r>
            <w:proofErr w:type="spellEnd"/>
            <w:r w:rsidRPr="004543E3">
              <w:rPr>
                <w:rFonts w:cs="Times New Roman"/>
              </w:rPr>
              <w:t>”</w:t>
            </w:r>
          </w:p>
          <w:p w14:paraId="4C0F650D" w14:textId="77777777" w:rsidR="00DF670A" w:rsidRPr="004543E3" w:rsidRDefault="00DF670A" w:rsidP="0097500E">
            <w:pPr>
              <w:jc w:val="both"/>
            </w:pPr>
          </w:p>
          <w:p w14:paraId="17E5CF0C" w14:textId="77777777" w:rsidR="0097500E" w:rsidRPr="004543E3" w:rsidRDefault="0097500E" w:rsidP="0097500E">
            <w:pPr>
              <w:jc w:val="both"/>
              <w:rPr>
                <w:b/>
                <w:bCs/>
              </w:rPr>
            </w:pPr>
            <w:proofErr w:type="spellStart"/>
            <w:r w:rsidRPr="004543E3">
              <w:rPr>
                <w:b/>
                <w:bCs/>
              </w:rPr>
              <w:t>Bô</w:t>
            </w:r>
            <w:proofErr w:type="spellEnd"/>
            <w:r w:rsidRPr="004543E3">
              <w:rPr>
                <w:b/>
                <w:bCs/>
              </w:rPr>
              <w:t>̣ Công an:</w:t>
            </w:r>
          </w:p>
          <w:p w14:paraId="439C9CDB" w14:textId="6644C258" w:rsidR="0097500E" w:rsidRPr="004543E3" w:rsidRDefault="0097500E" w:rsidP="0097500E">
            <w:pPr>
              <w:jc w:val="both"/>
            </w:pP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bổ</w:t>
            </w:r>
            <w:proofErr w:type="spellEnd"/>
            <w:r w:rsidRPr="004543E3">
              <w:t xml:space="preserve"> sung </w:t>
            </w:r>
            <w:proofErr w:type="spellStart"/>
            <w:r w:rsidRPr="004543E3">
              <w:t>vào</w:t>
            </w:r>
            <w:proofErr w:type="spellEnd"/>
            <w:r w:rsidRPr="004543E3">
              <w:t xml:space="preserve"> </w:t>
            </w:r>
            <w:proofErr w:type="spellStart"/>
            <w:r w:rsidRPr="004543E3">
              <w:t>cuối</w:t>
            </w:r>
            <w:proofErr w:type="spellEnd"/>
            <w:r w:rsidRPr="004543E3">
              <w:t xml:space="preserve"> </w:t>
            </w:r>
            <w:proofErr w:type="spellStart"/>
            <w:r w:rsidRPr="004543E3">
              <w:t>Điều</w:t>
            </w:r>
            <w:proofErr w:type="spellEnd"/>
            <w:r w:rsidRPr="004543E3">
              <w:t xml:space="preserve"> 1 </w:t>
            </w:r>
            <w:proofErr w:type="spellStart"/>
            <w:r w:rsidRPr="004543E3">
              <w:t>dự</w:t>
            </w:r>
            <w:proofErr w:type="spellEnd"/>
            <w:r w:rsidRPr="004543E3">
              <w:t xml:space="preserve"> </w:t>
            </w:r>
            <w:proofErr w:type="spellStart"/>
            <w:r w:rsidRPr="004543E3">
              <w:t>thảo</w:t>
            </w:r>
            <w:proofErr w:type="spellEnd"/>
            <w:r w:rsidRPr="004543E3">
              <w:t xml:space="preserve"> Thông </w:t>
            </w:r>
            <w:proofErr w:type="spellStart"/>
            <w:r w:rsidRPr="004543E3">
              <w:t>tư</w:t>
            </w:r>
            <w:proofErr w:type="spellEnd"/>
            <w:r w:rsidRPr="004543E3">
              <w:t xml:space="preserve"> </w:t>
            </w:r>
            <w:proofErr w:type="spellStart"/>
            <w:r w:rsidRPr="004543E3">
              <w:t>cụm</w:t>
            </w:r>
            <w:proofErr w:type="spellEnd"/>
            <w:r w:rsidRPr="004543E3">
              <w:t xml:space="preserve"> </w:t>
            </w:r>
            <w:proofErr w:type="spellStart"/>
            <w:r w:rsidRPr="004543E3">
              <w:t>từ</w:t>
            </w:r>
            <w:proofErr w:type="spellEnd"/>
            <w:r w:rsidRPr="004543E3">
              <w:t xml:space="preserve"> </w:t>
            </w:r>
            <w:r w:rsidRPr="004543E3">
              <w:rPr>
                <w:i/>
                <w:iCs/>
              </w:rPr>
              <w:t>“</w:t>
            </w:r>
            <w:proofErr w:type="spellStart"/>
            <w:r w:rsidRPr="004543E3">
              <w:rPr>
                <w:i/>
                <w:iCs/>
              </w:rPr>
              <w:t>trừ</w:t>
            </w:r>
            <w:proofErr w:type="spellEnd"/>
            <w:r w:rsidRPr="004543E3">
              <w:rPr>
                <w:i/>
                <w:iCs/>
              </w:rPr>
              <w:t xml:space="preserve"> </w:t>
            </w:r>
            <w:proofErr w:type="spellStart"/>
            <w:r w:rsidRPr="004543E3">
              <w:rPr>
                <w:i/>
                <w:iCs/>
              </w:rPr>
              <w:t>kiểm</w:t>
            </w:r>
            <w:proofErr w:type="spellEnd"/>
            <w:r w:rsidRPr="004543E3">
              <w:rPr>
                <w:i/>
                <w:iCs/>
              </w:rPr>
              <w:t xml:space="preserve"> </w:t>
            </w:r>
            <w:proofErr w:type="spellStart"/>
            <w:r w:rsidRPr="004543E3">
              <w:rPr>
                <w:i/>
                <w:iCs/>
              </w:rPr>
              <w:t>soát</w:t>
            </w:r>
            <w:proofErr w:type="spellEnd"/>
            <w:r w:rsidRPr="004543E3">
              <w:rPr>
                <w:i/>
                <w:iCs/>
              </w:rPr>
              <w:t xml:space="preserve"> </w:t>
            </w:r>
            <w:proofErr w:type="spellStart"/>
            <w:r w:rsidRPr="004543E3">
              <w:rPr>
                <w:i/>
                <w:iCs/>
              </w:rPr>
              <w:t>viên</w:t>
            </w:r>
            <w:proofErr w:type="spellEnd"/>
            <w:r w:rsidRPr="004543E3">
              <w:rPr>
                <w:i/>
                <w:iCs/>
              </w:rPr>
              <w:t xml:space="preserve"> </w:t>
            </w:r>
            <w:proofErr w:type="spellStart"/>
            <w:r w:rsidRPr="004543E3">
              <w:rPr>
                <w:i/>
                <w:iCs/>
              </w:rPr>
              <w:t>chất</w:t>
            </w:r>
            <w:proofErr w:type="spellEnd"/>
            <w:r w:rsidRPr="004543E3">
              <w:rPr>
                <w:i/>
                <w:iCs/>
              </w:rPr>
              <w:t xml:space="preserve"> </w:t>
            </w:r>
            <w:proofErr w:type="spellStart"/>
            <w:r w:rsidRPr="004543E3">
              <w:rPr>
                <w:i/>
                <w:iCs/>
              </w:rPr>
              <w:t>lượng</w:t>
            </w:r>
            <w:proofErr w:type="spellEnd"/>
            <w:r w:rsidRPr="004543E3">
              <w:rPr>
                <w:i/>
                <w:iCs/>
              </w:rPr>
              <w:t xml:space="preserve"> </w:t>
            </w:r>
            <w:proofErr w:type="spellStart"/>
            <w:r w:rsidRPr="004543E3">
              <w:rPr>
                <w:i/>
                <w:iCs/>
              </w:rPr>
              <w:t>sản</w:t>
            </w:r>
            <w:proofErr w:type="spellEnd"/>
            <w:r w:rsidRPr="004543E3">
              <w:rPr>
                <w:i/>
                <w:iCs/>
              </w:rPr>
              <w:t xml:space="preserve"> </w:t>
            </w:r>
            <w:proofErr w:type="spellStart"/>
            <w:r w:rsidRPr="004543E3">
              <w:rPr>
                <w:i/>
                <w:iCs/>
              </w:rPr>
              <w:t>phẩm</w:t>
            </w:r>
            <w:proofErr w:type="spellEnd"/>
            <w:r w:rsidRPr="004543E3">
              <w:rPr>
                <w:i/>
                <w:iCs/>
              </w:rPr>
              <w:t xml:space="preserve">, </w:t>
            </w:r>
            <w:proofErr w:type="spellStart"/>
            <w:r w:rsidRPr="004543E3">
              <w:rPr>
                <w:i/>
                <w:iCs/>
              </w:rPr>
              <w:t>hàng</w:t>
            </w:r>
            <w:proofErr w:type="spellEnd"/>
            <w:r w:rsidRPr="004543E3">
              <w:rPr>
                <w:i/>
                <w:iCs/>
              </w:rPr>
              <w:t xml:space="preserve"> </w:t>
            </w:r>
            <w:proofErr w:type="spellStart"/>
            <w:r w:rsidRPr="004543E3">
              <w:rPr>
                <w:i/>
                <w:iCs/>
              </w:rPr>
              <w:t>hóa</w:t>
            </w:r>
            <w:proofErr w:type="spellEnd"/>
            <w:r w:rsidRPr="004543E3">
              <w:rPr>
                <w:i/>
                <w:iCs/>
              </w:rPr>
              <w:t xml:space="preserve"> </w:t>
            </w:r>
            <w:proofErr w:type="spellStart"/>
            <w:r w:rsidRPr="004543E3">
              <w:rPr>
                <w:i/>
                <w:iCs/>
              </w:rPr>
              <w:t>thuộc</w:t>
            </w:r>
            <w:proofErr w:type="spellEnd"/>
            <w:r w:rsidRPr="004543E3">
              <w:rPr>
                <w:i/>
                <w:iCs/>
              </w:rPr>
              <w:t xml:space="preserve"> </w:t>
            </w:r>
            <w:proofErr w:type="spellStart"/>
            <w:r w:rsidRPr="004543E3">
              <w:rPr>
                <w:i/>
                <w:iCs/>
              </w:rPr>
              <w:t>lực</w:t>
            </w:r>
            <w:proofErr w:type="spellEnd"/>
            <w:r w:rsidRPr="004543E3">
              <w:rPr>
                <w:i/>
                <w:iCs/>
              </w:rPr>
              <w:t xml:space="preserve"> </w:t>
            </w:r>
            <w:proofErr w:type="spellStart"/>
            <w:r w:rsidRPr="004543E3">
              <w:rPr>
                <w:i/>
                <w:iCs/>
              </w:rPr>
              <w:t>lượng</w:t>
            </w:r>
            <w:proofErr w:type="spellEnd"/>
            <w:r w:rsidRPr="004543E3">
              <w:rPr>
                <w:i/>
                <w:iCs/>
              </w:rPr>
              <w:t xml:space="preserve"> </w:t>
            </w:r>
            <w:proofErr w:type="spellStart"/>
            <w:r w:rsidRPr="004543E3">
              <w:rPr>
                <w:i/>
                <w:iCs/>
              </w:rPr>
              <w:t>vũ</w:t>
            </w:r>
            <w:proofErr w:type="spellEnd"/>
            <w:r w:rsidRPr="004543E3">
              <w:rPr>
                <w:i/>
                <w:iCs/>
              </w:rPr>
              <w:t xml:space="preserve"> </w:t>
            </w:r>
            <w:proofErr w:type="spellStart"/>
            <w:r w:rsidRPr="004543E3">
              <w:rPr>
                <w:i/>
                <w:iCs/>
              </w:rPr>
              <w:t>trang</w:t>
            </w:r>
            <w:proofErr w:type="spellEnd"/>
            <w:r w:rsidRPr="004543E3">
              <w:rPr>
                <w:i/>
                <w:iCs/>
              </w:rPr>
              <w:t xml:space="preserve"> </w:t>
            </w:r>
            <w:proofErr w:type="spellStart"/>
            <w:r w:rsidRPr="004543E3">
              <w:rPr>
                <w:i/>
                <w:iCs/>
              </w:rPr>
              <w:t>nhân</w:t>
            </w:r>
            <w:proofErr w:type="spellEnd"/>
            <w:r w:rsidRPr="004543E3">
              <w:rPr>
                <w:i/>
                <w:iCs/>
              </w:rPr>
              <w:t xml:space="preserve"> </w:t>
            </w:r>
            <w:proofErr w:type="spellStart"/>
            <w:r w:rsidRPr="004543E3">
              <w:rPr>
                <w:i/>
                <w:iCs/>
              </w:rPr>
              <w:lastRenderedPageBreak/>
              <w:t>dân</w:t>
            </w:r>
            <w:proofErr w:type="spellEnd"/>
            <w:r w:rsidRPr="004543E3">
              <w:rPr>
                <w:i/>
                <w:iCs/>
              </w:rPr>
              <w:t xml:space="preserve">” </w:t>
            </w:r>
            <w:proofErr w:type="spellStart"/>
            <w:r w:rsidRPr="004543E3">
              <w:t>để</w:t>
            </w:r>
            <w:proofErr w:type="spellEnd"/>
            <w:r w:rsidRPr="004543E3">
              <w:t xml:space="preserve"> </w:t>
            </w:r>
            <w:proofErr w:type="spellStart"/>
            <w:r w:rsidRPr="004543E3">
              <w:t>làm</w:t>
            </w:r>
            <w:proofErr w:type="spellEnd"/>
            <w:r w:rsidRPr="004543E3">
              <w:t xml:space="preserve"> </w:t>
            </w:r>
            <w:proofErr w:type="spellStart"/>
            <w:r w:rsidRPr="004543E3">
              <w:t>rõ</w:t>
            </w:r>
            <w:proofErr w:type="spellEnd"/>
            <w:r w:rsidRPr="004543E3">
              <w:t xml:space="preserve"> </w:t>
            </w:r>
            <w:proofErr w:type="spellStart"/>
            <w:r w:rsidRPr="004543E3">
              <w:t>phạm</w:t>
            </w:r>
            <w:proofErr w:type="spellEnd"/>
            <w:r w:rsidRPr="004543E3">
              <w:t xml:space="preserve"> vi </w:t>
            </w:r>
            <w:proofErr w:type="spellStart"/>
            <w:r w:rsidRPr="004543E3">
              <w:t>điều</w:t>
            </w:r>
            <w:proofErr w:type="spellEnd"/>
            <w:r w:rsidRPr="004543E3">
              <w:t xml:space="preserve"> </w:t>
            </w:r>
            <w:proofErr w:type="spellStart"/>
            <w:r w:rsidRPr="004543E3">
              <w:t>chỉnh</w:t>
            </w:r>
            <w:proofErr w:type="spellEnd"/>
            <w:r w:rsidRPr="004543E3">
              <w:t xml:space="preserve"> </w:t>
            </w:r>
            <w:proofErr w:type="spellStart"/>
            <w:r w:rsidRPr="004543E3">
              <w:t>của</w:t>
            </w:r>
            <w:proofErr w:type="spellEnd"/>
            <w:r w:rsidRPr="004543E3">
              <w:t xml:space="preserve"> </w:t>
            </w:r>
            <w:proofErr w:type="spellStart"/>
            <w:r w:rsidRPr="004543E3">
              <w:t>dự</w:t>
            </w:r>
            <w:proofErr w:type="spellEnd"/>
            <w:r w:rsidRPr="004543E3">
              <w:t xml:space="preserve"> </w:t>
            </w:r>
            <w:proofErr w:type="spellStart"/>
            <w:r w:rsidRPr="004543E3">
              <w:t>thảo</w:t>
            </w:r>
            <w:proofErr w:type="spellEnd"/>
            <w:r w:rsidRPr="004543E3">
              <w:t xml:space="preserve"> Thông </w:t>
            </w:r>
            <w:proofErr w:type="spellStart"/>
            <w:r w:rsidRPr="004543E3">
              <w:t>tư</w:t>
            </w:r>
            <w:proofErr w:type="spellEnd"/>
            <w:r w:rsidRPr="004543E3">
              <w:t xml:space="preserve">, </w:t>
            </w:r>
            <w:proofErr w:type="spellStart"/>
            <w:r w:rsidRPr="004543E3">
              <w:t>bảo</w:t>
            </w:r>
            <w:proofErr w:type="spellEnd"/>
            <w:r w:rsidRPr="004543E3">
              <w:t xml:space="preserve"> </w:t>
            </w:r>
            <w:proofErr w:type="spellStart"/>
            <w:r w:rsidRPr="004543E3">
              <w:t>đảm</w:t>
            </w:r>
            <w:proofErr w:type="spellEnd"/>
            <w:r w:rsidRPr="004543E3">
              <w:t xml:space="preserve"> </w:t>
            </w:r>
            <w:proofErr w:type="spellStart"/>
            <w:r w:rsidRPr="004543E3">
              <w:t>phù</w:t>
            </w:r>
            <w:proofErr w:type="spellEnd"/>
            <w:r w:rsidRPr="004543E3">
              <w:t xml:space="preserve"> </w:t>
            </w:r>
            <w:proofErr w:type="spellStart"/>
            <w:r w:rsidRPr="004543E3">
              <w:t>hợp</w:t>
            </w:r>
            <w:proofErr w:type="spellEnd"/>
            <w:r w:rsidRPr="004543E3">
              <w:t xml:space="preserve"> </w:t>
            </w:r>
            <w:proofErr w:type="spellStart"/>
            <w:r w:rsidRPr="004543E3">
              <w:t>với</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tại</w:t>
            </w:r>
            <w:proofErr w:type="spellEnd"/>
            <w:r w:rsidRPr="004543E3">
              <w:t xml:space="preserve"> </w:t>
            </w:r>
            <w:proofErr w:type="spellStart"/>
            <w:r w:rsidRPr="004543E3">
              <w:t>Khoản</w:t>
            </w:r>
            <w:proofErr w:type="spellEnd"/>
            <w:r w:rsidRPr="004543E3">
              <w:t xml:space="preserve"> 4, </w:t>
            </w:r>
            <w:proofErr w:type="spellStart"/>
            <w:r w:rsidRPr="004543E3">
              <w:t>Điều</w:t>
            </w:r>
            <w:proofErr w:type="spellEnd"/>
            <w:r w:rsidRPr="004543E3">
              <w:t xml:space="preserve"> 16, </w:t>
            </w:r>
            <w:proofErr w:type="spellStart"/>
            <w:r w:rsidRPr="004543E3">
              <w:t>Nghị</w:t>
            </w:r>
            <w:proofErr w:type="spellEnd"/>
            <w:r w:rsidRPr="004543E3">
              <w:t xml:space="preserve"> </w:t>
            </w:r>
            <w:proofErr w:type="spellStart"/>
            <w:r w:rsidRPr="004543E3">
              <w:t>định</w:t>
            </w:r>
            <w:proofErr w:type="spellEnd"/>
            <w:r w:rsidRPr="004543E3">
              <w:t xml:space="preserve"> </w:t>
            </w:r>
            <w:proofErr w:type="spellStart"/>
            <w:r w:rsidRPr="004543E3">
              <w:t>số</w:t>
            </w:r>
            <w:proofErr w:type="spellEnd"/>
            <w:r w:rsidRPr="004543E3">
              <w:t xml:space="preserve"> 37/2026/NĐ-CP </w:t>
            </w:r>
            <w:proofErr w:type="spellStart"/>
            <w:r w:rsidRPr="004543E3">
              <w:t>ngày</w:t>
            </w:r>
            <w:proofErr w:type="spellEnd"/>
            <w:r w:rsidRPr="004543E3">
              <w:t xml:space="preserve"> 23/01/2026 </w:t>
            </w:r>
            <w:proofErr w:type="spellStart"/>
            <w:r w:rsidRPr="004543E3">
              <w:t>của</w:t>
            </w:r>
            <w:proofErr w:type="spellEnd"/>
            <w:r w:rsidRPr="004543E3">
              <w:t xml:space="preserve"> </w:t>
            </w:r>
            <w:proofErr w:type="spellStart"/>
            <w:r w:rsidRPr="004543E3">
              <w:t>Chính</w:t>
            </w:r>
            <w:proofErr w:type="spellEnd"/>
            <w:r w:rsidRPr="004543E3">
              <w:t xml:space="preserve"> </w:t>
            </w:r>
            <w:proofErr w:type="spellStart"/>
            <w:r w:rsidRPr="004543E3">
              <w:t>phủ</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chi </w:t>
            </w:r>
            <w:proofErr w:type="spellStart"/>
            <w:r w:rsidRPr="004543E3">
              <w:t>tiết</w:t>
            </w:r>
            <w:proofErr w:type="spellEnd"/>
            <w:r w:rsidRPr="004543E3">
              <w:t xml:space="preserve"> </w:t>
            </w:r>
            <w:proofErr w:type="spellStart"/>
            <w:r w:rsidRPr="004543E3">
              <w:t>một</w:t>
            </w:r>
            <w:proofErr w:type="spellEnd"/>
            <w:r w:rsidRPr="004543E3">
              <w:t xml:space="preserve"> </w:t>
            </w:r>
            <w:proofErr w:type="spellStart"/>
            <w:r w:rsidRPr="004543E3">
              <w:t>số</w:t>
            </w:r>
            <w:proofErr w:type="spellEnd"/>
            <w:r w:rsidRPr="004543E3">
              <w:t xml:space="preserve"> </w:t>
            </w:r>
            <w:proofErr w:type="spellStart"/>
            <w:r w:rsidRPr="004543E3">
              <w:t>điều</w:t>
            </w:r>
            <w:proofErr w:type="spellEnd"/>
            <w:r w:rsidRPr="004543E3">
              <w:t xml:space="preserve"> </w:t>
            </w:r>
            <w:proofErr w:type="spellStart"/>
            <w:r w:rsidRPr="004543E3">
              <w:t>và</w:t>
            </w:r>
            <w:proofErr w:type="spellEnd"/>
            <w:r w:rsidRPr="004543E3">
              <w:t xml:space="preserve"> </w:t>
            </w:r>
            <w:proofErr w:type="spellStart"/>
            <w:r w:rsidRPr="004543E3">
              <w:t>biện</w:t>
            </w:r>
            <w:proofErr w:type="spellEnd"/>
            <w:r w:rsidRPr="004543E3">
              <w:t xml:space="preserve"> </w:t>
            </w:r>
            <w:proofErr w:type="spellStart"/>
            <w:r w:rsidRPr="004543E3">
              <w:t>pháp</w:t>
            </w:r>
            <w:proofErr w:type="spellEnd"/>
            <w:r w:rsidRPr="004543E3">
              <w:t xml:space="preserve"> </w:t>
            </w:r>
            <w:proofErr w:type="spellStart"/>
            <w:r w:rsidRPr="004543E3">
              <w:t>để</w:t>
            </w:r>
            <w:proofErr w:type="spellEnd"/>
            <w:r w:rsidRPr="004543E3">
              <w:t xml:space="preserve"> </w:t>
            </w:r>
            <w:proofErr w:type="spellStart"/>
            <w:r w:rsidRPr="004543E3">
              <w:t>tổ</w:t>
            </w:r>
            <w:proofErr w:type="spellEnd"/>
            <w:r w:rsidRPr="004543E3">
              <w:t xml:space="preserve"> </w:t>
            </w:r>
            <w:proofErr w:type="spellStart"/>
            <w:r w:rsidRPr="004543E3">
              <w:t>chức</w:t>
            </w:r>
            <w:proofErr w:type="spellEnd"/>
            <w:r w:rsidRPr="004543E3">
              <w:t xml:space="preserve">, </w:t>
            </w:r>
            <w:proofErr w:type="spellStart"/>
            <w:r w:rsidRPr="004543E3">
              <w:t>hướng</w:t>
            </w:r>
            <w:proofErr w:type="spellEnd"/>
            <w:r w:rsidRPr="004543E3">
              <w:t xml:space="preserve"> </w:t>
            </w:r>
            <w:proofErr w:type="spellStart"/>
            <w:r w:rsidRPr="004543E3">
              <w:t>dẫn</w:t>
            </w:r>
            <w:proofErr w:type="spellEnd"/>
            <w:r w:rsidRPr="004543E3">
              <w:t xml:space="preserve"> </w:t>
            </w:r>
            <w:proofErr w:type="spellStart"/>
            <w:r w:rsidRPr="004543E3">
              <w:t>thi</w:t>
            </w:r>
            <w:proofErr w:type="spellEnd"/>
            <w:r w:rsidRPr="004543E3">
              <w:t xml:space="preserve"> </w:t>
            </w:r>
            <w:proofErr w:type="spellStart"/>
            <w:r w:rsidRPr="004543E3">
              <w:t>hành</w:t>
            </w:r>
            <w:proofErr w:type="spellEnd"/>
            <w:r w:rsidRPr="004543E3">
              <w:t xml:space="preserve"> </w:t>
            </w:r>
            <w:proofErr w:type="spellStart"/>
            <w:r w:rsidRPr="004543E3">
              <w:t>Luật</w:t>
            </w:r>
            <w:proofErr w:type="spellEnd"/>
            <w:r w:rsidRPr="004543E3">
              <w:t xml:space="preserve"> </w:t>
            </w:r>
            <w:proofErr w:type="spellStart"/>
            <w:r w:rsidRPr="004543E3">
              <w:t>Chất</w:t>
            </w:r>
            <w:proofErr w:type="spellEnd"/>
            <w:r w:rsidRPr="004543E3">
              <w:t xml:space="preserve"> </w:t>
            </w:r>
            <w:proofErr w:type="spellStart"/>
            <w:r w:rsidRPr="004543E3">
              <w:t>lượng</w:t>
            </w:r>
            <w:proofErr w:type="spellEnd"/>
            <w:r w:rsidRPr="004543E3">
              <w:t xml:space="preserve"> </w:t>
            </w:r>
            <w:proofErr w:type="spellStart"/>
            <w:r w:rsidRPr="004543E3">
              <w:t>sản</w:t>
            </w:r>
            <w:proofErr w:type="spellEnd"/>
            <w:r w:rsidRPr="004543E3">
              <w:t xml:space="preserve"> </w:t>
            </w:r>
            <w:proofErr w:type="spellStart"/>
            <w:r w:rsidRPr="004543E3">
              <w:t>phẩm</w:t>
            </w:r>
            <w:proofErr w:type="spellEnd"/>
            <w:r w:rsidRPr="004543E3">
              <w:t xml:space="preserve">, </w:t>
            </w:r>
            <w:proofErr w:type="spellStart"/>
            <w:r w:rsidRPr="004543E3">
              <w:t>hàng</w:t>
            </w:r>
            <w:proofErr w:type="spellEnd"/>
            <w:r w:rsidRPr="004543E3">
              <w:t xml:space="preserve"> </w:t>
            </w:r>
            <w:proofErr w:type="spellStart"/>
            <w:r w:rsidRPr="004543E3">
              <w:t>hóa</w:t>
            </w:r>
            <w:proofErr w:type="spellEnd"/>
            <w:r w:rsidRPr="004543E3">
              <w:t>.</w:t>
            </w:r>
          </w:p>
        </w:tc>
        <w:tc>
          <w:tcPr>
            <w:tcW w:w="3165" w:type="dxa"/>
          </w:tcPr>
          <w:p w14:paraId="3215B7B5" w14:textId="77777777" w:rsidR="002A38F6" w:rsidRDefault="0097500E" w:rsidP="0097500E">
            <w:pPr>
              <w:jc w:val="both"/>
              <w:rPr>
                <w:szCs w:val="26"/>
                <w:lang w:val="de-DE"/>
              </w:rPr>
            </w:pPr>
            <w:proofErr w:type="spellStart"/>
            <w:r w:rsidRPr="004543E3">
              <w:rPr>
                <w:szCs w:val="26"/>
              </w:rPr>
              <w:lastRenderedPageBreak/>
              <w:t>Đa</w:t>
            </w:r>
            <w:proofErr w:type="spellEnd"/>
            <w:r w:rsidRPr="004543E3">
              <w:rPr>
                <w:szCs w:val="26"/>
              </w:rPr>
              <w:t xml:space="preserve">̃ </w:t>
            </w:r>
            <w:proofErr w:type="spellStart"/>
            <w:r w:rsidRPr="004543E3">
              <w:rPr>
                <w:szCs w:val="26"/>
              </w:rPr>
              <w:t>ra</w:t>
            </w:r>
            <w:proofErr w:type="spellEnd"/>
            <w:r w:rsidRPr="004543E3">
              <w:rPr>
                <w:szCs w:val="26"/>
              </w:rPr>
              <w:t xml:space="preserve">̀ </w:t>
            </w:r>
            <w:proofErr w:type="spellStart"/>
            <w:r w:rsidRPr="004543E3">
              <w:rPr>
                <w:szCs w:val="26"/>
              </w:rPr>
              <w:t>soát</w:t>
            </w:r>
            <w:proofErr w:type="spellEnd"/>
            <w:r w:rsidRPr="004543E3">
              <w:rPr>
                <w:szCs w:val="26"/>
              </w:rPr>
              <w:t xml:space="preserve">, </w:t>
            </w:r>
            <w:proofErr w:type="spellStart"/>
            <w:r w:rsidRPr="004543E3">
              <w:rPr>
                <w:szCs w:val="26"/>
              </w:rPr>
              <w:t>chỉnh</w:t>
            </w:r>
            <w:proofErr w:type="spellEnd"/>
            <w:r w:rsidRPr="004543E3">
              <w:rPr>
                <w:szCs w:val="26"/>
              </w:rPr>
              <w:t xml:space="preserve"> </w:t>
            </w:r>
            <w:proofErr w:type="spellStart"/>
            <w:r w:rsidRPr="004543E3">
              <w:rPr>
                <w:szCs w:val="26"/>
              </w:rPr>
              <w:t>sửa</w:t>
            </w:r>
            <w:proofErr w:type="spellEnd"/>
            <w:r w:rsidRPr="004543E3">
              <w:rPr>
                <w:szCs w:val="26"/>
              </w:rPr>
              <w:t xml:space="preserve"> </w:t>
            </w:r>
            <w:proofErr w:type="spellStart"/>
            <w:r w:rsidRPr="004543E3">
              <w:rPr>
                <w:szCs w:val="26"/>
              </w:rPr>
              <w:t>thống</w:t>
            </w:r>
            <w:proofErr w:type="spellEnd"/>
            <w:r w:rsidRPr="004543E3">
              <w:rPr>
                <w:szCs w:val="26"/>
              </w:rPr>
              <w:t xml:space="preserve"> </w:t>
            </w:r>
            <w:proofErr w:type="spellStart"/>
            <w:r w:rsidRPr="004543E3">
              <w:rPr>
                <w:szCs w:val="26"/>
              </w:rPr>
              <w:t>nhất</w:t>
            </w:r>
            <w:proofErr w:type="spellEnd"/>
            <w:r w:rsidRPr="004543E3">
              <w:rPr>
                <w:szCs w:val="26"/>
              </w:rPr>
              <w:t xml:space="preserve"> </w:t>
            </w:r>
            <w:proofErr w:type="spellStart"/>
            <w:r w:rsidRPr="004543E3">
              <w:rPr>
                <w:szCs w:val="26"/>
              </w:rPr>
              <w:t>trong</w:t>
            </w:r>
            <w:proofErr w:type="spellEnd"/>
            <w:r w:rsidRPr="004543E3">
              <w:rPr>
                <w:szCs w:val="26"/>
              </w:rPr>
              <w:t xml:space="preserve"> </w:t>
            </w:r>
            <w:proofErr w:type="spellStart"/>
            <w:r w:rsidRPr="004543E3">
              <w:rPr>
                <w:szCs w:val="26"/>
              </w:rPr>
              <w:t>toàn</w:t>
            </w:r>
            <w:proofErr w:type="spellEnd"/>
            <w:r w:rsidRPr="004543E3">
              <w:rPr>
                <w:szCs w:val="26"/>
              </w:rPr>
              <w:t xml:space="preserve"> </w:t>
            </w:r>
            <w:proofErr w:type="spellStart"/>
            <w:r w:rsidRPr="004543E3">
              <w:rPr>
                <w:szCs w:val="26"/>
              </w:rPr>
              <w:t>văn</w:t>
            </w:r>
            <w:proofErr w:type="spellEnd"/>
            <w:r w:rsidRPr="004543E3">
              <w:rPr>
                <w:szCs w:val="26"/>
              </w:rPr>
              <w:t xml:space="preserve"> </w:t>
            </w:r>
            <w:proofErr w:type="spellStart"/>
            <w:r w:rsidRPr="004543E3">
              <w:rPr>
                <w:szCs w:val="26"/>
              </w:rPr>
              <w:t>bản</w:t>
            </w:r>
            <w:proofErr w:type="spellEnd"/>
            <w:r w:rsidRPr="004543E3">
              <w:rPr>
                <w:szCs w:val="26"/>
              </w:rPr>
              <w:t xml:space="preserve"> </w:t>
            </w:r>
            <w:proofErr w:type="spellStart"/>
            <w:r w:rsidRPr="004543E3">
              <w:rPr>
                <w:szCs w:val="26"/>
              </w:rPr>
              <w:t>cụm</w:t>
            </w:r>
            <w:proofErr w:type="spellEnd"/>
            <w:r w:rsidRPr="004543E3">
              <w:rPr>
                <w:szCs w:val="26"/>
              </w:rPr>
              <w:t xml:space="preserve"> </w:t>
            </w:r>
            <w:proofErr w:type="spellStart"/>
            <w:r w:rsidRPr="004543E3">
              <w:rPr>
                <w:szCs w:val="26"/>
              </w:rPr>
              <w:t>tư</w:t>
            </w:r>
            <w:proofErr w:type="spellEnd"/>
            <w:r w:rsidRPr="004543E3">
              <w:rPr>
                <w:szCs w:val="26"/>
              </w:rPr>
              <w:t xml:space="preserve">̀ “… </w:t>
            </w:r>
            <w:proofErr w:type="spellStart"/>
            <w:r w:rsidRPr="004543E3">
              <w:rPr>
                <w:szCs w:val="26"/>
              </w:rPr>
              <w:t>chuyên</w:t>
            </w:r>
            <w:proofErr w:type="spellEnd"/>
            <w:r w:rsidRPr="004543E3">
              <w:rPr>
                <w:szCs w:val="26"/>
              </w:rPr>
              <w:t xml:space="preserve"> </w:t>
            </w:r>
            <w:proofErr w:type="spellStart"/>
            <w:r w:rsidRPr="004543E3">
              <w:rPr>
                <w:szCs w:val="26"/>
              </w:rPr>
              <w:t>ngành</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soát</w:t>
            </w:r>
            <w:proofErr w:type="spellEnd"/>
            <w:r w:rsidRPr="004543E3">
              <w:rPr>
                <w:szCs w:val="26"/>
              </w:rPr>
              <w:t xml:space="preserve"> </w:t>
            </w:r>
            <w:proofErr w:type="spellStart"/>
            <w:r w:rsidRPr="004543E3">
              <w:rPr>
                <w:b/>
                <w:bCs/>
                <w:szCs w:val="26"/>
              </w:rPr>
              <w:t>viên</w:t>
            </w:r>
            <w:proofErr w:type="spellEnd"/>
            <w:r w:rsidRPr="004543E3">
              <w:rPr>
                <w:b/>
                <w:bCs/>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 xml:space="preserve">” </w:t>
            </w:r>
            <w:proofErr w:type="spellStart"/>
            <w:r w:rsidRPr="004543E3">
              <w:rPr>
                <w:szCs w:val="26"/>
              </w:rPr>
              <w:t>đê</w:t>
            </w:r>
            <w:proofErr w:type="spellEnd"/>
            <w:r w:rsidRPr="004543E3">
              <w:rPr>
                <w:szCs w:val="26"/>
              </w:rPr>
              <w:t xml:space="preserve">̉ </w:t>
            </w:r>
            <w:proofErr w:type="spellStart"/>
            <w:r w:rsidRPr="004543E3">
              <w:rPr>
                <w:szCs w:val="26"/>
              </w:rPr>
              <w:t>phu</w:t>
            </w:r>
            <w:proofErr w:type="spellEnd"/>
            <w:r w:rsidRPr="004543E3">
              <w:rPr>
                <w:szCs w:val="26"/>
              </w:rPr>
              <w:t xml:space="preserve">̀ </w:t>
            </w:r>
            <w:proofErr w:type="spellStart"/>
            <w:r w:rsidRPr="004543E3">
              <w:rPr>
                <w:szCs w:val="26"/>
              </w:rPr>
              <w:t>hợp</w:t>
            </w:r>
            <w:proofErr w:type="spellEnd"/>
            <w:r w:rsidRPr="004543E3">
              <w:rPr>
                <w:szCs w:val="26"/>
              </w:rPr>
              <w:t xml:space="preserve"> </w:t>
            </w:r>
            <w:proofErr w:type="spellStart"/>
            <w:r w:rsidRPr="004543E3">
              <w:rPr>
                <w:szCs w:val="26"/>
              </w:rPr>
              <w:t>với</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định</w:t>
            </w:r>
            <w:proofErr w:type="spellEnd"/>
            <w:r w:rsidRPr="004543E3">
              <w:rPr>
                <w:szCs w:val="26"/>
              </w:rPr>
              <w:t xml:space="preserve"> </w:t>
            </w:r>
            <w:proofErr w:type="spellStart"/>
            <w:r w:rsidRPr="004543E3">
              <w:rPr>
                <w:szCs w:val="26"/>
              </w:rPr>
              <w:t>của</w:t>
            </w:r>
            <w:proofErr w:type="spellEnd"/>
            <w:r w:rsidRPr="004543E3">
              <w:rPr>
                <w:szCs w:val="26"/>
              </w:rPr>
              <w:t xml:space="preserve"> </w:t>
            </w:r>
            <w:r w:rsidRPr="004543E3">
              <w:rPr>
                <w:szCs w:val="26"/>
                <w:lang w:val="de-DE"/>
              </w:rPr>
              <w:t>Nghị định số </w:t>
            </w:r>
            <w:hyperlink r:id="rId8" w:tgtFrame="_blank" w:tooltip="Nghị định 55/2025/NĐ-CP" w:history="1">
              <w:r w:rsidRPr="004543E3">
                <w:rPr>
                  <w:szCs w:val="26"/>
                  <w:lang w:val="de-DE"/>
                </w:rPr>
                <w:t>37/2026/NĐ-CP</w:t>
              </w:r>
            </w:hyperlink>
            <w:r w:rsidRPr="004543E3">
              <w:rPr>
                <w:szCs w:val="26"/>
                <w:lang w:val="de-DE"/>
              </w:rPr>
              <w:t> ngày 23 tháng 01 năm 2026 của Chính phủ quy định chi tiết một số điều và biện pháp để tổ chức, hướng dẫn thi hành Luật Chất lượng sản phẩm, hàng hóa.</w:t>
            </w:r>
          </w:p>
          <w:p w14:paraId="2E532641" w14:textId="04A46725" w:rsidR="0097500E" w:rsidRPr="004543E3" w:rsidRDefault="0097500E" w:rsidP="0097500E">
            <w:pPr>
              <w:jc w:val="both"/>
              <w:rPr>
                <w:szCs w:val="26"/>
              </w:rPr>
            </w:pPr>
            <w:r w:rsidRPr="004543E3">
              <w:rPr>
                <w:szCs w:val="26"/>
              </w:rPr>
              <w:t xml:space="preserve">- </w:t>
            </w:r>
            <w:proofErr w:type="spellStart"/>
            <w:r w:rsidRPr="004543E3">
              <w:rPr>
                <w:szCs w:val="26"/>
              </w:rPr>
              <w:t>Tiếp</w:t>
            </w:r>
            <w:proofErr w:type="spellEnd"/>
            <w:r w:rsidRPr="004543E3">
              <w:rPr>
                <w:szCs w:val="26"/>
              </w:rPr>
              <w:t xml:space="preserve"> </w:t>
            </w:r>
            <w:proofErr w:type="spellStart"/>
            <w:r w:rsidRPr="004543E3">
              <w:rPr>
                <w:szCs w:val="26"/>
              </w:rPr>
              <w:t>thu</w:t>
            </w:r>
            <w:proofErr w:type="spellEnd"/>
            <w:r w:rsidRPr="004543E3">
              <w:rPr>
                <w:szCs w:val="26"/>
              </w:rPr>
              <w:t xml:space="preserve"> ý </w:t>
            </w:r>
            <w:proofErr w:type="spellStart"/>
            <w:r w:rsidRPr="004543E3">
              <w:rPr>
                <w:szCs w:val="26"/>
              </w:rPr>
              <w:t>kiến</w:t>
            </w:r>
            <w:proofErr w:type="spellEnd"/>
          </w:p>
          <w:p w14:paraId="46EF5139" w14:textId="77777777" w:rsidR="0097500E" w:rsidRPr="004543E3" w:rsidRDefault="0097500E" w:rsidP="0097500E">
            <w:pPr>
              <w:jc w:val="both"/>
              <w:rPr>
                <w:szCs w:val="26"/>
              </w:rPr>
            </w:pPr>
          </w:p>
          <w:p w14:paraId="6A3A49D5" w14:textId="77777777" w:rsidR="0097500E" w:rsidRPr="004543E3" w:rsidRDefault="0097500E" w:rsidP="0097500E">
            <w:pPr>
              <w:spacing w:after="120" w:line="320" w:lineRule="exact"/>
              <w:jc w:val="both"/>
              <w:rPr>
                <w:szCs w:val="26"/>
              </w:rPr>
            </w:pPr>
          </w:p>
        </w:tc>
      </w:tr>
      <w:tr w:rsidR="00883EBC" w:rsidRPr="004543E3" w14:paraId="77958D72" w14:textId="77777777" w:rsidTr="00FF0027">
        <w:tc>
          <w:tcPr>
            <w:tcW w:w="1098" w:type="dxa"/>
          </w:tcPr>
          <w:p w14:paraId="1CE054FE" w14:textId="63C169C9" w:rsidR="00883EBC" w:rsidRPr="004543E3" w:rsidRDefault="00883EBC" w:rsidP="00883EBC">
            <w:pPr>
              <w:jc w:val="both"/>
            </w:pPr>
            <w:proofErr w:type="spellStart"/>
            <w:r w:rsidRPr="004543E3">
              <w:lastRenderedPageBreak/>
              <w:t>Điều</w:t>
            </w:r>
            <w:proofErr w:type="spellEnd"/>
            <w:r w:rsidRPr="004543E3">
              <w:t xml:space="preserve"> 2</w:t>
            </w:r>
          </w:p>
        </w:tc>
        <w:tc>
          <w:tcPr>
            <w:tcW w:w="5113" w:type="dxa"/>
          </w:tcPr>
          <w:p w14:paraId="65296378" w14:textId="0E0428E0" w:rsidR="00883EBC" w:rsidRPr="004543E3" w:rsidRDefault="00883EBC" w:rsidP="00883EBC">
            <w:pPr>
              <w:ind w:firstLine="709"/>
              <w:jc w:val="both"/>
              <w:rPr>
                <w:i/>
                <w:iCs/>
                <w:sz w:val="28"/>
                <w:szCs w:val="28"/>
                <w:lang w:val="de-DE"/>
              </w:rPr>
            </w:pPr>
            <w:proofErr w:type="spellStart"/>
            <w:r w:rsidRPr="004543E3">
              <w:rPr>
                <w:b/>
                <w:bCs/>
                <w:szCs w:val="26"/>
              </w:rPr>
              <w:t>Điều</w:t>
            </w:r>
            <w:proofErr w:type="spellEnd"/>
            <w:r w:rsidRPr="004543E3">
              <w:rPr>
                <w:b/>
                <w:bCs/>
                <w:szCs w:val="26"/>
              </w:rPr>
              <w:t xml:space="preserve"> 2. </w:t>
            </w:r>
            <w:proofErr w:type="spellStart"/>
            <w:r w:rsidRPr="004543E3">
              <w:rPr>
                <w:b/>
                <w:bCs/>
                <w:szCs w:val="26"/>
              </w:rPr>
              <w:t>Đối</w:t>
            </w:r>
            <w:proofErr w:type="spellEnd"/>
            <w:r w:rsidRPr="004543E3">
              <w:rPr>
                <w:b/>
                <w:bCs/>
                <w:szCs w:val="26"/>
              </w:rPr>
              <w:t xml:space="preserve"> </w:t>
            </w:r>
            <w:proofErr w:type="spellStart"/>
            <w:r w:rsidRPr="004543E3">
              <w:rPr>
                <w:b/>
                <w:bCs/>
                <w:szCs w:val="26"/>
              </w:rPr>
              <w:t>tượng</w:t>
            </w:r>
            <w:proofErr w:type="spellEnd"/>
            <w:r w:rsidRPr="004543E3">
              <w:rPr>
                <w:b/>
                <w:bCs/>
                <w:szCs w:val="26"/>
              </w:rPr>
              <w:t xml:space="preserve"> </w:t>
            </w:r>
            <w:proofErr w:type="spellStart"/>
            <w:r w:rsidRPr="004543E3">
              <w:rPr>
                <w:b/>
                <w:bCs/>
                <w:szCs w:val="26"/>
              </w:rPr>
              <w:t>áp</w:t>
            </w:r>
            <w:proofErr w:type="spellEnd"/>
            <w:r w:rsidRPr="004543E3">
              <w:rPr>
                <w:b/>
                <w:bCs/>
                <w:szCs w:val="26"/>
              </w:rPr>
              <w:t xml:space="preserve"> </w:t>
            </w:r>
            <w:proofErr w:type="spellStart"/>
            <w:r w:rsidRPr="004543E3">
              <w:rPr>
                <w:b/>
                <w:bCs/>
                <w:szCs w:val="26"/>
              </w:rPr>
              <w:t>dụng</w:t>
            </w:r>
            <w:proofErr w:type="spellEnd"/>
          </w:p>
        </w:tc>
        <w:tc>
          <w:tcPr>
            <w:tcW w:w="5220" w:type="dxa"/>
          </w:tcPr>
          <w:p w14:paraId="7FD9F291" w14:textId="77777777" w:rsidR="00883EBC" w:rsidRPr="004543E3" w:rsidRDefault="00883EBC" w:rsidP="00883EBC">
            <w:pPr>
              <w:jc w:val="both"/>
            </w:pPr>
          </w:p>
        </w:tc>
        <w:tc>
          <w:tcPr>
            <w:tcW w:w="3165" w:type="dxa"/>
          </w:tcPr>
          <w:p w14:paraId="673BAE2B" w14:textId="77777777" w:rsidR="00883EBC" w:rsidRPr="004543E3" w:rsidRDefault="00883EBC" w:rsidP="00883EBC">
            <w:pPr>
              <w:spacing w:after="120" w:line="320" w:lineRule="exact"/>
              <w:jc w:val="both"/>
              <w:rPr>
                <w:szCs w:val="26"/>
              </w:rPr>
            </w:pPr>
          </w:p>
        </w:tc>
      </w:tr>
      <w:tr w:rsidR="00883EBC" w:rsidRPr="004543E3" w14:paraId="7EB65D13" w14:textId="77777777" w:rsidTr="00FF0027">
        <w:tc>
          <w:tcPr>
            <w:tcW w:w="1098" w:type="dxa"/>
          </w:tcPr>
          <w:p w14:paraId="562BA659" w14:textId="77777777" w:rsidR="00883EBC" w:rsidRPr="004543E3" w:rsidRDefault="00883EBC" w:rsidP="00883EBC">
            <w:pPr>
              <w:jc w:val="both"/>
            </w:pPr>
          </w:p>
        </w:tc>
        <w:tc>
          <w:tcPr>
            <w:tcW w:w="5113" w:type="dxa"/>
          </w:tcPr>
          <w:p w14:paraId="639999BE" w14:textId="769FEC4A" w:rsidR="00883EBC" w:rsidRPr="004543E3" w:rsidRDefault="00883EBC" w:rsidP="009D795C">
            <w:pPr>
              <w:spacing w:before="120" w:after="120" w:line="240" w:lineRule="auto"/>
              <w:jc w:val="both"/>
              <w:rPr>
                <w:i/>
                <w:iCs/>
                <w:sz w:val="28"/>
                <w:szCs w:val="28"/>
                <w:lang w:val="de-DE"/>
              </w:rPr>
            </w:pPr>
            <w:r w:rsidRPr="004543E3">
              <w:rPr>
                <w:szCs w:val="26"/>
              </w:rPr>
              <w:t xml:space="preserve">3. </w:t>
            </w:r>
            <w:proofErr w:type="spellStart"/>
            <w:r w:rsidRPr="004543E3">
              <w:rPr>
                <w:szCs w:val="26"/>
              </w:rPr>
              <w:t>Người</w:t>
            </w:r>
            <w:proofErr w:type="spellEnd"/>
            <w:r w:rsidRPr="004543E3">
              <w:rPr>
                <w:szCs w:val="26"/>
              </w:rPr>
              <w:t xml:space="preserve"> </w:t>
            </w:r>
            <w:proofErr w:type="spellStart"/>
            <w:r w:rsidRPr="004543E3">
              <w:rPr>
                <w:szCs w:val="26"/>
              </w:rPr>
              <w:t>làm</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tác</w:t>
            </w:r>
            <w:proofErr w:type="spellEnd"/>
            <w:r w:rsidRPr="004543E3">
              <w:rPr>
                <w:szCs w:val="26"/>
              </w:rPr>
              <w:t xml:space="preserve"> </w:t>
            </w:r>
            <w:proofErr w:type="spellStart"/>
            <w:r w:rsidRPr="004543E3">
              <w:rPr>
                <w:szCs w:val="26"/>
              </w:rPr>
              <w:t>cơ</w:t>
            </w:r>
            <w:proofErr w:type="spellEnd"/>
            <w:r w:rsidRPr="004543E3">
              <w:rPr>
                <w:szCs w:val="26"/>
              </w:rPr>
              <w:t xml:space="preserve"> </w:t>
            </w:r>
            <w:proofErr w:type="spellStart"/>
            <w:r w:rsidRPr="004543E3">
              <w:rPr>
                <w:szCs w:val="26"/>
              </w:rPr>
              <w:t>yếu</w:t>
            </w:r>
            <w:proofErr w:type="spellEnd"/>
            <w:r w:rsidRPr="004543E3">
              <w:rPr>
                <w:szCs w:val="26"/>
              </w:rPr>
              <w:t xml:space="preserve"> </w:t>
            </w:r>
            <w:proofErr w:type="spellStart"/>
            <w:r w:rsidRPr="004543E3">
              <w:rPr>
                <w:szCs w:val="26"/>
              </w:rPr>
              <w:t>thuộc</w:t>
            </w:r>
            <w:proofErr w:type="spellEnd"/>
            <w:r w:rsidRPr="004543E3">
              <w:rPr>
                <w:szCs w:val="26"/>
              </w:rPr>
              <w:t xml:space="preserve"> Ban </w:t>
            </w:r>
            <w:proofErr w:type="spellStart"/>
            <w:r w:rsidRPr="004543E3">
              <w:rPr>
                <w:szCs w:val="26"/>
              </w:rPr>
              <w:t>Cơ</w:t>
            </w:r>
            <w:proofErr w:type="spellEnd"/>
            <w:r w:rsidRPr="004543E3">
              <w:rPr>
                <w:szCs w:val="26"/>
              </w:rPr>
              <w:t xml:space="preserve"> </w:t>
            </w:r>
            <w:proofErr w:type="spellStart"/>
            <w:r w:rsidRPr="004543E3">
              <w:rPr>
                <w:szCs w:val="26"/>
              </w:rPr>
              <w:t>yếu</w:t>
            </w:r>
            <w:proofErr w:type="spellEnd"/>
            <w:r w:rsidRPr="004543E3">
              <w:rPr>
                <w:szCs w:val="26"/>
              </w:rPr>
              <w:t xml:space="preserve"> </w:t>
            </w:r>
            <w:proofErr w:type="spellStart"/>
            <w:r w:rsidRPr="004543E3">
              <w:rPr>
                <w:szCs w:val="26"/>
              </w:rPr>
              <w:t>Chính</w:t>
            </w:r>
            <w:proofErr w:type="spellEnd"/>
            <w:r w:rsidRPr="004543E3">
              <w:rPr>
                <w:szCs w:val="26"/>
              </w:rPr>
              <w:t xml:space="preserve"> </w:t>
            </w:r>
            <w:proofErr w:type="spellStart"/>
            <w:r w:rsidRPr="004543E3">
              <w:rPr>
                <w:szCs w:val="26"/>
              </w:rPr>
              <w:t>phủ</w:t>
            </w:r>
            <w:proofErr w:type="spellEnd"/>
            <w:r w:rsidRPr="004543E3">
              <w:rPr>
                <w:szCs w:val="26"/>
              </w:rPr>
              <w:t xml:space="preserve"> </w:t>
            </w:r>
            <w:proofErr w:type="spellStart"/>
            <w:r w:rsidRPr="004543E3">
              <w:rPr>
                <w:szCs w:val="26"/>
              </w:rPr>
              <w:t>được</w:t>
            </w:r>
            <w:proofErr w:type="spellEnd"/>
            <w:r w:rsidRPr="004543E3">
              <w:rPr>
                <w:szCs w:val="26"/>
              </w:rPr>
              <w:t xml:space="preserve"> </w:t>
            </w:r>
            <w:proofErr w:type="spellStart"/>
            <w:r w:rsidRPr="004543E3">
              <w:rPr>
                <w:szCs w:val="26"/>
              </w:rPr>
              <w:t>sắp</w:t>
            </w:r>
            <w:proofErr w:type="spellEnd"/>
            <w:r w:rsidRPr="004543E3">
              <w:rPr>
                <w:szCs w:val="26"/>
              </w:rPr>
              <w:t xml:space="preserve"> </w:t>
            </w:r>
            <w:proofErr w:type="spellStart"/>
            <w:r w:rsidRPr="004543E3">
              <w:rPr>
                <w:szCs w:val="26"/>
              </w:rPr>
              <w:t>xếp</w:t>
            </w:r>
            <w:proofErr w:type="spellEnd"/>
            <w:r w:rsidRPr="004543E3">
              <w:rPr>
                <w:szCs w:val="26"/>
              </w:rPr>
              <w:t xml:space="preserve">, </w:t>
            </w:r>
            <w:proofErr w:type="spellStart"/>
            <w:r w:rsidRPr="004543E3">
              <w:rPr>
                <w:szCs w:val="26"/>
              </w:rPr>
              <w:t>bố</w:t>
            </w:r>
            <w:proofErr w:type="spellEnd"/>
            <w:r w:rsidRPr="004543E3">
              <w:rPr>
                <w:szCs w:val="26"/>
              </w:rPr>
              <w:t xml:space="preserve"> </w:t>
            </w:r>
            <w:proofErr w:type="spellStart"/>
            <w:r w:rsidRPr="004543E3">
              <w:rPr>
                <w:szCs w:val="26"/>
              </w:rPr>
              <w:t>trí</w:t>
            </w:r>
            <w:proofErr w:type="spellEnd"/>
            <w:r w:rsidRPr="004543E3">
              <w:rPr>
                <w:szCs w:val="26"/>
              </w:rPr>
              <w:t xml:space="preserve"> </w:t>
            </w:r>
            <w:proofErr w:type="spellStart"/>
            <w:r w:rsidRPr="004543E3">
              <w:rPr>
                <w:szCs w:val="26"/>
              </w:rPr>
              <w:t>vào</w:t>
            </w:r>
            <w:proofErr w:type="spellEnd"/>
            <w:r w:rsidRPr="004543E3">
              <w:rPr>
                <w:szCs w:val="26"/>
              </w:rPr>
              <w:t xml:space="preserve"> </w:t>
            </w:r>
            <w:proofErr w:type="spellStart"/>
            <w:r w:rsidRPr="004543E3">
              <w:rPr>
                <w:szCs w:val="26"/>
              </w:rPr>
              <w:t>vị</w:t>
            </w:r>
            <w:proofErr w:type="spellEnd"/>
            <w:r w:rsidRPr="004543E3">
              <w:rPr>
                <w:szCs w:val="26"/>
              </w:rPr>
              <w:t xml:space="preserve"> </w:t>
            </w:r>
            <w:proofErr w:type="spellStart"/>
            <w:r w:rsidRPr="004543E3">
              <w:rPr>
                <w:szCs w:val="26"/>
              </w:rPr>
              <w:t>trí</w:t>
            </w:r>
            <w:proofErr w:type="spellEnd"/>
            <w:r w:rsidRPr="004543E3">
              <w:rPr>
                <w:szCs w:val="26"/>
              </w:rPr>
              <w:t xml:space="preserve"> </w:t>
            </w:r>
            <w:proofErr w:type="spellStart"/>
            <w:r w:rsidRPr="004543E3">
              <w:rPr>
                <w:szCs w:val="26"/>
              </w:rPr>
              <w:t>việc</w:t>
            </w:r>
            <w:proofErr w:type="spellEnd"/>
            <w:r w:rsidRPr="004543E3">
              <w:rPr>
                <w:szCs w:val="26"/>
              </w:rPr>
              <w:t xml:space="preserve"> </w:t>
            </w:r>
            <w:proofErr w:type="spellStart"/>
            <w:r w:rsidRPr="004543E3">
              <w:rPr>
                <w:szCs w:val="26"/>
              </w:rPr>
              <w:t>làm</w:t>
            </w:r>
            <w:proofErr w:type="spellEnd"/>
            <w:r w:rsidRPr="004543E3">
              <w:rPr>
                <w:szCs w:val="26"/>
              </w:rPr>
              <w:t xml:space="preserve"> </w:t>
            </w:r>
            <w:proofErr w:type="spellStart"/>
            <w:r w:rsidRPr="004543E3">
              <w:rPr>
                <w:szCs w:val="26"/>
              </w:rPr>
              <w:t>để</w:t>
            </w:r>
            <w:proofErr w:type="spellEnd"/>
            <w:r w:rsidRPr="004543E3">
              <w:rPr>
                <w:szCs w:val="26"/>
              </w:rPr>
              <w:t xml:space="preserve"> </w:t>
            </w:r>
            <w:proofErr w:type="spellStart"/>
            <w:r w:rsidRPr="004543E3">
              <w:rPr>
                <w:szCs w:val="26"/>
              </w:rPr>
              <w:t>thực</w:t>
            </w:r>
            <w:proofErr w:type="spellEnd"/>
            <w:r w:rsidRPr="004543E3">
              <w:rPr>
                <w:szCs w:val="26"/>
              </w:rPr>
              <w:t xml:space="preserve"> </w:t>
            </w:r>
            <w:proofErr w:type="spellStart"/>
            <w:r w:rsidRPr="004543E3">
              <w:rPr>
                <w:szCs w:val="26"/>
              </w:rPr>
              <w:t>hiện</w:t>
            </w:r>
            <w:proofErr w:type="spellEnd"/>
            <w:r w:rsidRPr="004543E3">
              <w:rPr>
                <w:szCs w:val="26"/>
              </w:rPr>
              <w:t xml:space="preserve"> </w:t>
            </w:r>
            <w:proofErr w:type="spellStart"/>
            <w:r w:rsidRPr="004543E3">
              <w:rPr>
                <w:szCs w:val="26"/>
              </w:rPr>
              <w:t>nhiệm</w:t>
            </w:r>
            <w:proofErr w:type="spellEnd"/>
            <w:r w:rsidRPr="004543E3">
              <w:rPr>
                <w:szCs w:val="26"/>
              </w:rPr>
              <w:t xml:space="preserve"> </w:t>
            </w:r>
            <w:proofErr w:type="spellStart"/>
            <w:r w:rsidRPr="004543E3">
              <w:rPr>
                <w:szCs w:val="26"/>
              </w:rPr>
              <w:t>vụ</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môn</w:t>
            </w:r>
            <w:proofErr w:type="spellEnd"/>
            <w:r w:rsidRPr="004543E3">
              <w:rPr>
                <w:szCs w:val="26"/>
              </w:rPr>
              <w:t xml:space="preserve"> </w:t>
            </w:r>
            <w:proofErr w:type="spellStart"/>
            <w:r w:rsidRPr="004543E3">
              <w:rPr>
                <w:szCs w:val="26"/>
              </w:rPr>
              <w:t>vê</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tra</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hàng</w:t>
            </w:r>
            <w:proofErr w:type="spellEnd"/>
            <w:r w:rsidRPr="004543E3">
              <w:rPr>
                <w:szCs w:val="26"/>
              </w:rPr>
              <w:t xml:space="preserve"> </w:t>
            </w:r>
            <w:proofErr w:type="spellStart"/>
            <w:r w:rsidRPr="004543E3">
              <w:rPr>
                <w:szCs w:val="26"/>
              </w:rPr>
              <w:t>hóa</w:t>
            </w:r>
            <w:proofErr w:type="spellEnd"/>
            <w:r w:rsidRPr="004543E3">
              <w:rPr>
                <w:szCs w:val="26"/>
              </w:rPr>
              <w:t xml:space="preserve"> </w:t>
            </w:r>
            <w:proofErr w:type="spellStart"/>
            <w:r w:rsidRPr="004543E3">
              <w:rPr>
                <w:szCs w:val="26"/>
              </w:rPr>
              <w:t>theo</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định</w:t>
            </w:r>
            <w:proofErr w:type="spellEnd"/>
            <w:r w:rsidRPr="004543E3">
              <w:rPr>
                <w:szCs w:val="26"/>
              </w:rPr>
              <w:t xml:space="preserve"> </w:t>
            </w:r>
            <w:proofErr w:type="spellStart"/>
            <w:r w:rsidRPr="004543E3">
              <w:rPr>
                <w:szCs w:val="26"/>
              </w:rPr>
              <w:t>của</w:t>
            </w:r>
            <w:proofErr w:type="spellEnd"/>
            <w:r w:rsidRPr="004543E3">
              <w:rPr>
                <w:szCs w:val="26"/>
              </w:rPr>
              <w:t xml:space="preserve"> </w:t>
            </w:r>
            <w:proofErr w:type="spellStart"/>
            <w:r w:rsidRPr="004543E3">
              <w:rPr>
                <w:szCs w:val="26"/>
              </w:rPr>
              <w:t>Chính</w:t>
            </w:r>
            <w:proofErr w:type="spellEnd"/>
            <w:r w:rsidRPr="004543E3">
              <w:rPr>
                <w:szCs w:val="26"/>
              </w:rPr>
              <w:t xml:space="preserve"> </w:t>
            </w:r>
            <w:proofErr w:type="spellStart"/>
            <w:r w:rsidRPr="004543E3">
              <w:rPr>
                <w:szCs w:val="26"/>
              </w:rPr>
              <w:t>phủ</w:t>
            </w:r>
            <w:proofErr w:type="spellEnd"/>
            <w:r w:rsidRPr="004543E3">
              <w:rPr>
                <w:szCs w:val="26"/>
              </w:rPr>
              <w:t xml:space="preserve"> </w:t>
            </w:r>
            <w:proofErr w:type="spellStart"/>
            <w:r w:rsidRPr="004543E3">
              <w:rPr>
                <w:szCs w:val="26"/>
              </w:rPr>
              <w:t>va</w:t>
            </w:r>
            <w:proofErr w:type="spellEnd"/>
            <w:r w:rsidRPr="004543E3">
              <w:rPr>
                <w:szCs w:val="26"/>
              </w:rPr>
              <w:t xml:space="preserve">̀ </w:t>
            </w:r>
            <w:proofErr w:type="spellStart"/>
            <w:r w:rsidRPr="004543E3">
              <w:rPr>
                <w:szCs w:val="26"/>
              </w:rPr>
              <w:t>Bô</w:t>
            </w:r>
            <w:proofErr w:type="spellEnd"/>
            <w:r w:rsidRPr="004543E3">
              <w:rPr>
                <w:szCs w:val="26"/>
              </w:rPr>
              <w:t xml:space="preserve">̣ </w:t>
            </w:r>
            <w:proofErr w:type="spellStart"/>
            <w:r w:rsidRPr="004543E3">
              <w:rPr>
                <w:szCs w:val="26"/>
              </w:rPr>
              <w:t>Quốc</w:t>
            </w:r>
            <w:proofErr w:type="spellEnd"/>
            <w:r w:rsidRPr="004543E3">
              <w:rPr>
                <w:szCs w:val="26"/>
              </w:rPr>
              <w:t xml:space="preserve"> </w:t>
            </w:r>
            <w:proofErr w:type="spellStart"/>
            <w:r w:rsidRPr="004543E3">
              <w:rPr>
                <w:szCs w:val="26"/>
              </w:rPr>
              <w:t>phòng</w:t>
            </w:r>
            <w:proofErr w:type="spellEnd"/>
            <w:r w:rsidRPr="004543E3">
              <w:rPr>
                <w:szCs w:val="26"/>
              </w:rPr>
              <w:t>.</w:t>
            </w:r>
          </w:p>
        </w:tc>
        <w:tc>
          <w:tcPr>
            <w:tcW w:w="5220" w:type="dxa"/>
          </w:tcPr>
          <w:p w14:paraId="7038C3DF" w14:textId="77777777" w:rsidR="00883EBC" w:rsidRPr="004543E3" w:rsidRDefault="00883EBC" w:rsidP="009D795C">
            <w:pPr>
              <w:spacing w:before="120" w:after="120" w:line="240" w:lineRule="auto"/>
              <w:jc w:val="both"/>
              <w:rPr>
                <w:b/>
                <w:bCs/>
              </w:rPr>
            </w:pPr>
            <w:proofErr w:type="spellStart"/>
            <w:r w:rsidRPr="004543E3">
              <w:rPr>
                <w:b/>
                <w:bCs/>
              </w:rPr>
              <w:t>Bô</w:t>
            </w:r>
            <w:proofErr w:type="spellEnd"/>
            <w:r w:rsidRPr="004543E3">
              <w:rPr>
                <w:b/>
                <w:bCs/>
              </w:rPr>
              <w:t xml:space="preserve">̣ </w:t>
            </w:r>
            <w:proofErr w:type="spellStart"/>
            <w:r w:rsidRPr="004543E3">
              <w:rPr>
                <w:b/>
                <w:bCs/>
              </w:rPr>
              <w:t>Quốc</w:t>
            </w:r>
            <w:proofErr w:type="spellEnd"/>
            <w:r w:rsidRPr="004543E3">
              <w:rPr>
                <w:b/>
                <w:bCs/>
              </w:rPr>
              <w:t xml:space="preserve"> </w:t>
            </w:r>
            <w:proofErr w:type="spellStart"/>
            <w:r w:rsidRPr="004543E3">
              <w:rPr>
                <w:b/>
                <w:bCs/>
              </w:rPr>
              <w:t>phòng</w:t>
            </w:r>
            <w:proofErr w:type="spellEnd"/>
            <w:r w:rsidRPr="004543E3">
              <w:rPr>
                <w:b/>
                <w:bCs/>
              </w:rPr>
              <w:t>:</w:t>
            </w:r>
          </w:p>
          <w:p w14:paraId="16AC0011" w14:textId="3323C3D2" w:rsidR="00883EBC" w:rsidRPr="004543E3" w:rsidRDefault="00883EBC" w:rsidP="009D795C">
            <w:pPr>
              <w:spacing w:before="120" w:after="120" w:line="240" w:lineRule="auto"/>
              <w:jc w:val="both"/>
            </w:pPr>
            <w:proofErr w:type="spellStart"/>
            <w:r w:rsidRPr="004543E3">
              <w:t>Khoản</w:t>
            </w:r>
            <w:proofErr w:type="spellEnd"/>
            <w:r w:rsidRPr="004543E3">
              <w:t xml:space="preserve"> 3 </w:t>
            </w:r>
            <w:proofErr w:type="spellStart"/>
            <w:r w:rsidRPr="004543E3">
              <w:t>Điều</w:t>
            </w:r>
            <w:proofErr w:type="spellEnd"/>
            <w:r w:rsidRPr="004543E3">
              <w:t xml:space="preserve"> 2, </w:t>
            </w:r>
            <w:proofErr w:type="spellStart"/>
            <w:r w:rsidRPr="004543E3">
              <w:t>viết</w:t>
            </w:r>
            <w:proofErr w:type="spellEnd"/>
            <w:r w:rsidRPr="004543E3">
              <w:t xml:space="preserve"> </w:t>
            </w:r>
            <w:proofErr w:type="spellStart"/>
            <w:r w:rsidRPr="004543E3">
              <w:t>lại</w:t>
            </w:r>
            <w:proofErr w:type="spellEnd"/>
            <w:r w:rsidRPr="004543E3">
              <w:t xml:space="preserve"> </w:t>
            </w:r>
            <w:proofErr w:type="spellStart"/>
            <w:r w:rsidRPr="004543E3">
              <w:t>như</w:t>
            </w:r>
            <w:proofErr w:type="spellEnd"/>
            <w:r w:rsidRPr="004543E3">
              <w:t xml:space="preserve"> </w:t>
            </w:r>
            <w:proofErr w:type="spellStart"/>
            <w:r w:rsidRPr="004543E3">
              <w:t>sau</w:t>
            </w:r>
            <w:proofErr w:type="spellEnd"/>
            <w:r w:rsidRPr="004543E3">
              <w:t>:</w:t>
            </w:r>
            <w:r w:rsidRPr="004543E3">
              <w:br/>
              <w:t>“</w:t>
            </w:r>
            <w:proofErr w:type="spellStart"/>
            <w:r w:rsidRPr="004543E3">
              <w:t>Người</w:t>
            </w:r>
            <w:proofErr w:type="spellEnd"/>
            <w:r w:rsidRPr="004543E3">
              <w:t xml:space="preserve"> </w:t>
            </w:r>
            <w:proofErr w:type="spellStart"/>
            <w:r w:rsidRPr="004543E3">
              <w:t>làm</w:t>
            </w:r>
            <w:proofErr w:type="spellEnd"/>
            <w:r w:rsidRPr="004543E3">
              <w:t xml:space="preserve"> </w:t>
            </w:r>
            <w:proofErr w:type="spellStart"/>
            <w:r w:rsidRPr="004543E3">
              <w:t>công</w:t>
            </w:r>
            <w:proofErr w:type="spellEnd"/>
            <w:r w:rsidRPr="004543E3">
              <w:t xml:space="preserve"> </w:t>
            </w:r>
            <w:proofErr w:type="spellStart"/>
            <w:r w:rsidRPr="004543E3">
              <w:t>tác</w:t>
            </w:r>
            <w:proofErr w:type="spellEnd"/>
            <w:r w:rsidRPr="004543E3">
              <w:t xml:space="preserve"> </w:t>
            </w:r>
            <w:proofErr w:type="spellStart"/>
            <w:r w:rsidRPr="004543E3">
              <w:t>cơ</w:t>
            </w:r>
            <w:proofErr w:type="spellEnd"/>
            <w:r w:rsidRPr="004543E3">
              <w:t xml:space="preserve"> </w:t>
            </w:r>
            <w:proofErr w:type="spellStart"/>
            <w:r w:rsidRPr="004543E3">
              <w:t>yếu</w:t>
            </w:r>
            <w:proofErr w:type="spellEnd"/>
            <w:r w:rsidRPr="004543E3">
              <w:t xml:space="preserve"> </w:t>
            </w:r>
            <w:proofErr w:type="spellStart"/>
            <w:r w:rsidRPr="004543E3">
              <w:t>thuộc</w:t>
            </w:r>
            <w:proofErr w:type="spellEnd"/>
            <w:r w:rsidRPr="004543E3">
              <w:t xml:space="preserve"> Ban </w:t>
            </w:r>
            <w:proofErr w:type="spellStart"/>
            <w:r w:rsidRPr="004543E3">
              <w:t>Cơ</w:t>
            </w:r>
            <w:proofErr w:type="spellEnd"/>
            <w:r w:rsidRPr="004543E3">
              <w:t xml:space="preserve"> </w:t>
            </w:r>
            <w:proofErr w:type="spellStart"/>
            <w:r w:rsidRPr="004543E3">
              <w:t>yếu</w:t>
            </w:r>
            <w:proofErr w:type="spellEnd"/>
            <w:r w:rsidRPr="004543E3">
              <w:t xml:space="preserve"> </w:t>
            </w:r>
            <w:proofErr w:type="spellStart"/>
            <w:r w:rsidRPr="004543E3">
              <w:t>Chính</w:t>
            </w:r>
            <w:proofErr w:type="spellEnd"/>
            <w:r w:rsidRPr="004543E3">
              <w:t xml:space="preserve"> </w:t>
            </w:r>
            <w:proofErr w:type="spellStart"/>
            <w:r w:rsidRPr="004543E3">
              <w:t>phủ</w:t>
            </w:r>
            <w:proofErr w:type="spellEnd"/>
            <w:r w:rsidRPr="004543E3">
              <w:t xml:space="preserve"> </w:t>
            </w:r>
            <w:proofErr w:type="spellStart"/>
            <w:r w:rsidRPr="004543E3">
              <w:t>được</w:t>
            </w:r>
            <w:proofErr w:type="spellEnd"/>
            <w:r w:rsidRPr="004543E3">
              <w:t xml:space="preserve"> </w:t>
            </w:r>
            <w:proofErr w:type="spellStart"/>
            <w:r w:rsidRPr="004543E3">
              <w:t>bố</w:t>
            </w:r>
            <w:proofErr w:type="spellEnd"/>
            <w:r w:rsidRPr="004543E3">
              <w:t xml:space="preserve"> </w:t>
            </w:r>
            <w:proofErr w:type="spellStart"/>
            <w:r w:rsidRPr="004543E3">
              <w:t>trí</w:t>
            </w:r>
            <w:proofErr w:type="spellEnd"/>
            <w:r w:rsidRPr="004543E3">
              <w:t xml:space="preserve"> </w:t>
            </w:r>
            <w:proofErr w:type="spellStart"/>
            <w:r w:rsidRPr="004543E3">
              <w:t>thực</w:t>
            </w:r>
            <w:proofErr w:type="spellEnd"/>
            <w:r w:rsidRPr="004543E3">
              <w:t xml:space="preserve"> </w:t>
            </w:r>
            <w:proofErr w:type="spellStart"/>
            <w:r w:rsidRPr="004543E3">
              <w:t>hiện</w:t>
            </w:r>
            <w:proofErr w:type="spellEnd"/>
            <w:r w:rsidRPr="004543E3">
              <w:t xml:space="preserve"> </w:t>
            </w:r>
            <w:proofErr w:type="spellStart"/>
            <w:r w:rsidRPr="004543E3">
              <w:t>nhiệm</w:t>
            </w:r>
            <w:proofErr w:type="spellEnd"/>
            <w:r w:rsidRPr="004543E3">
              <w:t xml:space="preserve"> </w:t>
            </w:r>
            <w:proofErr w:type="spellStart"/>
            <w:r w:rsidRPr="004543E3">
              <w:t>vụ</w:t>
            </w:r>
            <w:proofErr w:type="spellEnd"/>
            <w:r w:rsidRPr="004543E3">
              <w:t xml:space="preserve"> </w:t>
            </w:r>
            <w:proofErr w:type="spellStart"/>
            <w:r w:rsidRPr="004543E3">
              <w:t>chuyên</w:t>
            </w:r>
            <w:proofErr w:type="spellEnd"/>
            <w:r w:rsidRPr="004543E3">
              <w:t xml:space="preserve"> </w:t>
            </w:r>
            <w:proofErr w:type="spellStart"/>
            <w:r w:rsidRPr="004543E3">
              <w:t>môn</w:t>
            </w:r>
            <w:proofErr w:type="spellEnd"/>
            <w:r w:rsidRPr="004543E3">
              <w:t xml:space="preserve"> </w:t>
            </w:r>
            <w:proofErr w:type="spellStart"/>
            <w:r w:rsidRPr="004543E3">
              <w:t>về</w:t>
            </w:r>
            <w:proofErr w:type="spellEnd"/>
            <w:r w:rsidRPr="004543E3">
              <w:t xml:space="preserve"> </w:t>
            </w:r>
            <w:proofErr w:type="spellStart"/>
            <w:r w:rsidRPr="004543E3">
              <w:t>kiểm</w:t>
            </w:r>
            <w:proofErr w:type="spellEnd"/>
            <w:r w:rsidRPr="004543E3">
              <w:t xml:space="preserve"> </w:t>
            </w:r>
            <w:proofErr w:type="spellStart"/>
            <w:r w:rsidRPr="004543E3">
              <w:t>tra</w:t>
            </w:r>
            <w:proofErr w:type="spellEnd"/>
            <w:r w:rsidRPr="004543E3">
              <w:t xml:space="preserve"> </w:t>
            </w:r>
            <w:proofErr w:type="spellStart"/>
            <w:r w:rsidRPr="004543E3">
              <w:t>chất</w:t>
            </w:r>
            <w:proofErr w:type="spellEnd"/>
            <w:r w:rsidRPr="004543E3">
              <w:t xml:space="preserve"> </w:t>
            </w:r>
            <w:proofErr w:type="spellStart"/>
            <w:r w:rsidRPr="004543E3">
              <w:t>lượng</w:t>
            </w:r>
            <w:proofErr w:type="spellEnd"/>
            <w:r w:rsidRPr="004543E3">
              <w:t xml:space="preserve"> </w:t>
            </w:r>
            <w:proofErr w:type="spellStart"/>
            <w:r w:rsidRPr="004543E3">
              <w:t>sản</w:t>
            </w:r>
            <w:proofErr w:type="spellEnd"/>
            <w:r w:rsidRPr="004543E3">
              <w:t xml:space="preserve"> </w:t>
            </w:r>
            <w:proofErr w:type="spellStart"/>
            <w:r w:rsidRPr="004543E3">
              <w:t>phẩm</w:t>
            </w:r>
            <w:proofErr w:type="spellEnd"/>
            <w:r w:rsidRPr="004543E3">
              <w:t xml:space="preserve">, </w:t>
            </w:r>
            <w:proofErr w:type="spellStart"/>
            <w:r w:rsidRPr="004543E3">
              <w:t>hàng</w:t>
            </w:r>
            <w:proofErr w:type="spellEnd"/>
            <w:r w:rsidRPr="004543E3">
              <w:t xml:space="preserve"> </w:t>
            </w:r>
            <w:proofErr w:type="spellStart"/>
            <w:r w:rsidRPr="004543E3">
              <w:t>hóa</w:t>
            </w:r>
            <w:proofErr w:type="spellEnd"/>
            <w:r w:rsidRPr="004543E3">
              <w:t xml:space="preserve"> </w:t>
            </w:r>
            <w:proofErr w:type="spellStart"/>
            <w:r w:rsidRPr="004543E3">
              <w:t>theo</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của</w:t>
            </w:r>
            <w:proofErr w:type="spellEnd"/>
            <w:r w:rsidRPr="004543E3">
              <w:t xml:space="preserve"> </w:t>
            </w:r>
            <w:proofErr w:type="spellStart"/>
            <w:r w:rsidRPr="004543E3">
              <w:t>pháp</w:t>
            </w:r>
            <w:proofErr w:type="spellEnd"/>
            <w:r w:rsidRPr="004543E3">
              <w:t xml:space="preserve"> </w:t>
            </w:r>
            <w:proofErr w:type="spellStart"/>
            <w:r w:rsidRPr="004543E3">
              <w:t>luật</w:t>
            </w:r>
            <w:proofErr w:type="spellEnd"/>
            <w:r w:rsidRPr="004543E3">
              <w:t xml:space="preserve"> </w:t>
            </w:r>
            <w:proofErr w:type="spellStart"/>
            <w:r w:rsidRPr="004543E3">
              <w:t>về</w:t>
            </w:r>
            <w:proofErr w:type="spellEnd"/>
            <w:r w:rsidRPr="004543E3">
              <w:t xml:space="preserve"> </w:t>
            </w:r>
            <w:proofErr w:type="spellStart"/>
            <w:r w:rsidRPr="004543E3">
              <w:t>cơ</w:t>
            </w:r>
            <w:proofErr w:type="spellEnd"/>
            <w:r w:rsidRPr="004543E3">
              <w:t xml:space="preserve"> </w:t>
            </w:r>
            <w:proofErr w:type="spellStart"/>
            <w:r w:rsidRPr="004543E3">
              <w:t>yếu</w:t>
            </w:r>
            <w:proofErr w:type="spellEnd"/>
            <w:r w:rsidRPr="004543E3">
              <w:t xml:space="preserve"> </w:t>
            </w:r>
            <w:proofErr w:type="spellStart"/>
            <w:r w:rsidRPr="004543E3">
              <w:t>và</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của</w:t>
            </w:r>
            <w:proofErr w:type="spellEnd"/>
            <w:r w:rsidRPr="004543E3">
              <w:t xml:space="preserve"> </w:t>
            </w:r>
            <w:proofErr w:type="spellStart"/>
            <w:r w:rsidRPr="004543E3">
              <w:rPr>
                <w:b/>
                <w:bCs/>
              </w:rPr>
              <w:t>Bộ</w:t>
            </w:r>
            <w:proofErr w:type="spellEnd"/>
            <w:r w:rsidRPr="004543E3">
              <w:rPr>
                <w:b/>
                <w:bCs/>
              </w:rPr>
              <w:t xml:space="preserve"> </w:t>
            </w:r>
            <w:proofErr w:type="spellStart"/>
            <w:r w:rsidRPr="004543E3">
              <w:rPr>
                <w:b/>
                <w:bCs/>
              </w:rPr>
              <w:t>trưởng</w:t>
            </w:r>
            <w:proofErr w:type="spellEnd"/>
            <w:r w:rsidRPr="004543E3">
              <w:t xml:space="preserve"> </w:t>
            </w:r>
            <w:proofErr w:type="spellStart"/>
            <w:r w:rsidRPr="004543E3">
              <w:t>Bộ</w:t>
            </w:r>
            <w:proofErr w:type="spellEnd"/>
            <w:r w:rsidRPr="004543E3">
              <w:t xml:space="preserve"> Quốc </w:t>
            </w:r>
            <w:proofErr w:type="spellStart"/>
            <w:r w:rsidRPr="004543E3">
              <w:t>phòng</w:t>
            </w:r>
            <w:proofErr w:type="spellEnd"/>
            <w:r w:rsidRPr="004543E3">
              <w:t>.”</w:t>
            </w:r>
          </w:p>
        </w:tc>
        <w:tc>
          <w:tcPr>
            <w:tcW w:w="3165" w:type="dxa"/>
          </w:tcPr>
          <w:p w14:paraId="5F8B512F" w14:textId="4D89D1BC" w:rsidR="00883EBC" w:rsidRPr="004543E3" w:rsidRDefault="00883EBC" w:rsidP="009D795C">
            <w:pPr>
              <w:jc w:val="both"/>
              <w:rPr>
                <w:szCs w:val="26"/>
              </w:rPr>
            </w:pPr>
            <w:r w:rsidRPr="004543E3">
              <w:rPr>
                <w:szCs w:val="26"/>
              </w:rPr>
              <w:t xml:space="preserve">- </w:t>
            </w:r>
            <w:proofErr w:type="spellStart"/>
            <w:r w:rsidRPr="004543E3">
              <w:rPr>
                <w:szCs w:val="26"/>
              </w:rPr>
              <w:t>Tiếp</w:t>
            </w:r>
            <w:proofErr w:type="spellEnd"/>
            <w:r w:rsidRPr="004543E3">
              <w:rPr>
                <w:szCs w:val="26"/>
              </w:rPr>
              <w:t xml:space="preserve"> </w:t>
            </w:r>
            <w:proofErr w:type="spellStart"/>
            <w:r w:rsidRPr="004543E3">
              <w:rPr>
                <w:szCs w:val="26"/>
              </w:rPr>
              <w:t>thu</w:t>
            </w:r>
            <w:proofErr w:type="spellEnd"/>
            <w:r w:rsidRPr="004543E3">
              <w:rPr>
                <w:szCs w:val="26"/>
              </w:rPr>
              <w:t xml:space="preserve"> ý </w:t>
            </w:r>
            <w:proofErr w:type="spellStart"/>
            <w:r w:rsidRPr="004543E3">
              <w:rPr>
                <w:szCs w:val="26"/>
              </w:rPr>
              <w:t>kiến</w:t>
            </w:r>
            <w:proofErr w:type="spellEnd"/>
          </w:p>
        </w:tc>
      </w:tr>
      <w:tr w:rsidR="00855AF9" w:rsidRPr="004543E3" w14:paraId="1F4065C6" w14:textId="77777777" w:rsidTr="00FF0027">
        <w:tc>
          <w:tcPr>
            <w:tcW w:w="14596" w:type="dxa"/>
            <w:gridSpan w:val="4"/>
          </w:tcPr>
          <w:p w14:paraId="0EBDB7C9" w14:textId="5B07D31F" w:rsidR="00855AF9" w:rsidRPr="004543E3" w:rsidRDefault="00855AF9" w:rsidP="00855AF9">
            <w:pPr>
              <w:spacing w:after="120" w:line="320" w:lineRule="exact"/>
              <w:jc w:val="center"/>
              <w:rPr>
                <w:szCs w:val="26"/>
              </w:rPr>
            </w:pPr>
            <w:r w:rsidRPr="004543E3">
              <w:rPr>
                <w:b/>
              </w:rPr>
              <w:t xml:space="preserve">CHƯƠNG II. </w:t>
            </w:r>
            <w:r w:rsidRPr="004543E3">
              <w:rPr>
                <w:b/>
                <w:bCs/>
                <w:sz w:val="28"/>
                <w:szCs w:val="28"/>
              </w:rPr>
              <w:t xml:space="preserve">TIÊU CHUẨN NGHIỆP VỤ CỦA CÁC NGẠCH CÔNG CHỨC, CHỨC DANH NGHỀ NGHIỆP VIÊN CHỨC CHUYÊN NGÀNH KIỂM SOÁT </w:t>
            </w:r>
            <w:r w:rsidR="00F3229C">
              <w:rPr>
                <w:b/>
                <w:bCs/>
                <w:sz w:val="28"/>
                <w:szCs w:val="28"/>
              </w:rPr>
              <w:t xml:space="preserve">VIÊN </w:t>
            </w:r>
            <w:r w:rsidRPr="004543E3">
              <w:rPr>
                <w:b/>
                <w:bCs/>
                <w:sz w:val="28"/>
                <w:szCs w:val="28"/>
              </w:rPr>
              <w:t>CHẤT LƯỢNG SẢN PHẨM, HÀNG HÓA</w:t>
            </w:r>
          </w:p>
        </w:tc>
      </w:tr>
      <w:tr w:rsidR="00855AF9" w:rsidRPr="004543E3" w14:paraId="3B6B5DB9" w14:textId="77777777" w:rsidTr="00FF0027">
        <w:tc>
          <w:tcPr>
            <w:tcW w:w="1098" w:type="dxa"/>
          </w:tcPr>
          <w:p w14:paraId="118BA545" w14:textId="76A90C86" w:rsidR="00855AF9" w:rsidRPr="004543E3" w:rsidRDefault="00855AF9" w:rsidP="00855AF9">
            <w:pPr>
              <w:jc w:val="both"/>
            </w:pPr>
            <w:proofErr w:type="spellStart"/>
            <w:r w:rsidRPr="004543E3">
              <w:t>Điều</w:t>
            </w:r>
            <w:proofErr w:type="spellEnd"/>
            <w:r w:rsidRPr="004543E3">
              <w:t xml:space="preserve"> 5</w:t>
            </w:r>
          </w:p>
        </w:tc>
        <w:tc>
          <w:tcPr>
            <w:tcW w:w="5113" w:type="dxa"/>
          </w:tcPr>
          <w:p w14:paraId="354FFBB1" w14:textId="4E52709F" w:rsidR="00855AF9" w:rsidRPr="004543E3" w:rsidRDefault="00855AF9" w:rsidP="00855AF9">
            <w:pPr>
              <w:ind w:firstLine="709"/>
              <w:jc w:val="both"/>
              <w:rPr>
                <w:i/>
                <w:iCs/>
                <w:sz w:val="28"/>
                <w:szCs w:val="28"/>
                <w:lang w:val="de-DE"/>
              </w:rPr>
            </w:pPr>
            <w:proofErr w:type="spellStart"/>
            <w:r w:rsidRPr="004543E3">
              <w:rPr>
                <w:b/>
                <w:bCs/>
                <w:spacing w:val="-6"/>
                <w:szCs w:val="26"/>
              </w:rPr>
              <w:t>Điều</w:t>
            </w:r>
            <w:proofErr w:type="spellEnd"/>
            <w:r w:rsidRPr="004543E3">
              <w:rPr>
                <w:b/>
                <w:bCs/>
                <w:spacing w:val="-6"/>
                <w:szCs w:val="26"/>
              </w:rPr>
              <w:t xml:space="preserve"> 5. </w:t>
            </w:r>
            <w:proofErr w:type="spellStart"/>
            <w:r w:rsidRPr="004543E3">
              <w:rPr>
                <w:b/>
                <w:bCs/>
                <w:spacing w:val="-6"/>
                <w:szCs w:val="26"/>
              </w:rPr>
              <w:t>Kiểm</w:t>
            </w:r>
            <w:proofErr w:type="spellEnd"/>
            <w:r w:rsidRPr="004543E3">
              <w:rPr>
                <w:b/>
                <w:bCs/>
                <w:spacing w:val="-6"/>
                <w:szCs w:val="26"/>
              </w:rPr>
              <w:t xml:space="preserve"> </w:t>
            </w:r>
            <w:proofErr w:type="spellStart"/>
            <w:r w:rsidRPr="004543E3">
              <w:rPr>
                <w:b/>
                <w:bCs/>
                <w:spacing w:val="-6"/>
                <w:szCs w:val="26"/>
              </w:rPr>
              <w:t>soát</w:t>
            </w:r>
            <w:proofErr w:type="spellEnd"/>
            <w:r w:rsidRPr="004543E3">
              <w:rPr>
                <w:b/>
                <w:bCs/>
                <w:spacing w:val="-6"/>
                <w:szCs w:val="26"/>
              </w:rPr>
              <w:t xml:space="preserve"> </w:t>
            </w:r>
            <w:proofErr w:type="spellStart"/>
            <w:r w:rsidRPr="004543E3">
              <w:rPr>
                <w:b/>
                <w:bCs/>
                <w:spacing w:val="-6"/>
                <w:szCs w:val="26"/>
              </w:rPr>
              <w:t>viên</w:t>
            </w:r>
            <w:proofErr w:type="spellEnd"/>
            <w:r w:rsidRPr="004543E3">
              <w:rPr>
                <w:b/>
                <w:bCs/>
                <w:spacing w:val="-6"/>
                <w:szCs w:val="26"/>
              </w:rPr>
              <w:t xml:space="preserve"> </w:t>
            </w:r>
            <w:proofErr w:type="spellStart"/>
            <w:r w:rsidRPr="004543E3">
              <w:rPr>
                <w:b/>
                <w:bCs/>
                <w:spacing w:val="-6"/>
                <w:szCs w:val="26"/>
              </w:rPr>
              <w:t>cao</w:t>
            </w:r>
            <w:proofErr w:type="spellEnd"/>
            <w:r w:rsidRPr="004543E3">
              <w:rPr>
                <w:b/>
                <w:bCs/>
                <w:spacing w:val="-6"/>
                <w:szCs w:val="26"/>
              </w:rPr>
              <w:t xml:space="preserve"> </w:t>
            </w:r>
            <w:proofErr w:type="spellStart"/>
            <w:r w:rsidRPr="004543E3">
              <w:rPr>
                <w:b/>
                <w:bCs/>
                <w:spacing w:val="-6"/>
                <w:szCs w:val="26"/>
              </w:rPr>
              <w:t>cấp</w:t>
            </w:r>
            <w:proofErr w:type="spellEnd"/>
            <w:r w:rsidRPr="004543E3">
              <w:rPr>
                <w:b/>
                <w:bCs/>
                <w:spacing w:val="-6"/>
                <w:szCs w:val="26"/>
              </w:rPr>
              <w:t xml:space="preserve"> </w:t>
            </w:r>
            <w:proofErr w:type="spellStart"/>
            <w:r w:rsidRPr="004543E3">
              <w:rPr>
                <w:b/>
                <w:bCs/>
                <w:spacing w:val="-6"/>
                <w:szCs w:val="26"/>
              </w:rPr>
              <w:t>chất</w:t>
            </w:r>
            <w:proofErr w:type="spellEnd"/>
            <w:r w:rsidRPr="004543E3">
              <w:rPr>
                <w:b/>
                <w:bCs/>
                <w:spacing w:val="-6"/>
                <w:szCs w:val="26"/>
              </w:rPr>
              <w:t xml:space="preserve"> </w:t>
            </w:r>
            <w:proofErr w:type="spellStart"/>
            <w:r w:rsidRPr="004543E3">
              <w:rPr>
                <w:b/>
                <w:bCs/>
                <w:spacing w:val="-6"/>
                <w:szCs w:val="26"/>
              </w:rPr>
              <w:t>lượng</w:t>
            </w:r>
            <w:proofErr w:type="spellEnd"/>
            <w:r w:rsidRPr="004543E3">
              <w:rPr>
                <w:b/>
                <w:bCs/>
                <w:spacing w:val="-6"/>
                <w:szCs w:val="26"/>
              </w:rPr>
              <w:t xml:space="preserve"> </w:t>
            </w:r>
            <w:proofErr w:type="spellStart"/>
            <w:r w:rsidRPr="004543E3">
              <w:rPr>
                <w:b/>
                <w:bCs/>
                <w:spacing w:val="-6"/>
                <w:szCs w:val="26"/>
              </w:rPr>
              <w:t>sản</w:t>
            </w:r>
            <w:proofErr w:type="spellEnd"/>
            <w:r w:rsidRPr="004543E3">
              <w:rPr>
                <w:b/>
                <w:bCs/>
                <w:spacing w:val="-6"/>
                <w:szCs w:val="26"/>
              </w:rPr>
              <w:t xml:space="preserve"> </w:t>
            </w:r>
            <w:proofErr w:type="spellStart"/>
            <w:r w:rsidRPr="004543E3">
              <w:rPr>
                <w:b/>
                <w:bCs/>
                <w:spacing w:val="-6"/>
                <w:szCs w:val="26"/>
              </w:rPr>
              <w:t>phẩm</w:t>
            </w:r>
            <w:proofErr w:type="spellEnd"/>
            <w:r w:rsidRPr="004543E3">
              <w:rPr>
                <w:b/>
                <w:bCs/>
                <w:spacing w:val="-6"/>
                <w:szCs w:val="26"/>
              </w:rPr>
              <w:t xml:space="preserve">, </w:t>
            </w:r>
            <w:proofErr w:type="spellStart"/>
            <w:r w:rsidRPr="004543E3">
              <w:rPr>
                <w:b/>
                <w:bCs/>
                <w:spacing w:val="-6"/>
                <w:szCs w:val="26"/>
              </w:rPr>
              <w:t>hàng</w:t>
            </w:r>
            <w:proofErr w:type="spellEnd"/>
            <w:r w:rsidRPr="004543E3">
              <w:rPr>
                <w:b/>
                <w:bCs/>
                <w:spacing w:val="-6"/>
                <w:szCs w:val="26"/>
              </w:rPr>
              <w:t xml:space="preserve"> </w:t>
            </w:r>
            <w:proofErr w:type="spellStart"/>
            <w:r w:rsidRPr="004543E3">
              <w:rPr>
                <w:b/>
                <w:bCs/>
                <w:spacing w:val="-6"/>
                <w:szCs w:val="26"/>
              </w:rPr>
              <w:t>hóa</w:t>
            </w:r>
            <w:proofErr w:type="spellEnd"/>
            <w:r w:rsidRPr="004543E3">
              <w:rPr>
                <w:b/>
                <w:bCs/>
                <w:spacing w:val="-6"/>
                <w:szCs w:val="26"/>
              </w:rPr>
              <w:t xml:space="preserve"> (</w:t>
            </w:r>
            <w:proofErr w:type="spellStart"/>
            <w:r w:rsidRPr="004543E3">
              <w:rPr>
                <w:b/>
                <w:bCs/>
                <w:spacing w:val="-6"/>
                <w:szCs w:val="26"/>
              </w:rPr>
              <w:t>hạng</w:t>
            </w:r>
            <w:proofErr w:type="spellEnd"/>
            <w:r w:rsidRPr="004543E3">
              <w:rPr>
                <w:b/>
                <w:bCs/>
                <w:spacing w:val="-6"/>
                <w:szCs w:val="26"/>
              </w:rPr>
              <w:t xml:space="preserve"> I)</w:t>
            </w:r>
          </w:p>
        </w:tc>
        <w:tc>
          <w:tcPr>
            <w:tcW w:w="5220" w:type="dxa"/>
          </w:tcPr>
          <w:p w14:paraId="587794E8" w14:textId="77777777" w:rsidR="00855AF9" w:rsidRPr="004543E3" w:rsidRDefault="00855AF9" w:rsidP="00855AF9">
            <w:pPr>
              <w:jc w:val="both"/>
            </w:pPr>
          </w:p>
        </w:tc>
        <w:tc>
          <w:tcPr>
            <w:tcW w:w="3165" w:type="dxa"/>
          </w:tcPr>
          <w:p w14:paraId="7E987FCA" w14:textId="77777777" w:rsidR="00855AF9" w:rsidRPr="004543E3" w:rsidRDefault="00855AF9" w:rsidP="00855AF9">
            <w:pPr>
              <w:spacing w:after="120" w:line="320" w:lineRule="exact"/>
              <w:jc w:val="both"/>
              <w:rPr>
                <w:szCs w:val="26"/>
              </w:rPr>
            </w:pPr>
          </w:p>
        </w:tc>
      </w:tr>
      <w:tr w:rsidR="00855AF9" w:rsidRPr="004543E3" w14:paraId="0A66243C" w14:textId="77777777" w:rsidTr="00FF0027">
        <w:tc>
          <w:tcPr>
            <w:tcW w:w="1098" w:type="dxa"/>
          </w:tcPr>
          <w:p w14:paraId="77E3B92C" w14:textId="77777777" w:rsidR="00855AF9" w:rsidRPr="004543E3" w:rsidRDefault="00855AF9" w:rsidP="00855AF9">
            <w:pPr>
              <w:jc w:val="both"/>
            </w:pPr>
          </w:p>
        </w:tc>
        <w:tc>
          <w:tcPr>
            <w:tcW w:w="5113" w:type="dxa"/>
          </w:tcPr>
          <w:p w14:paraId="4BB75043" w14:textId="77777777" w:rsidR="00855AF9" w:rsidRPr="004543E3" w:rsidRDefault="00855AF9" w:rsidP="00855AF9">
            <w:pPr>
              <w:spacing w:after="0" w:line="340" w:lineRule="exact"/>
              <w:ind w:firstLine="720"/>
              <w:jc w:val="both"/>
              <w:rPr>
                <w:szCs w:val="26"/>
              </w:rPr>
            </w:pPr>
            <w:r w:rsidRPr="004543E3">
              <w:rPr>
                <w:b/>
                <w:bCs/>
                <w:szCs w:val="26"/>
              </w:rPr>
              <w:t xml:space="preserve">1. </w:t>
            </w:r>
            <w:proofErr w:type="spellStart"/>
            <w:r w:rsidRPr="004543E3">
              <w:rPr>
                <w:b/>
                <w:bCs/>
                <w:szCs w:val="26"/>
              </w:rPr>
              <w:t>Chức</w:t>
            </w:r>
            <w:proofErr w:type="spellEnd"/>
            <w:r w:rsidRPr="004543E3">
              <w:rPr>
                <w:b/>
                <w:bCs/>
                <w:szCs w:val="26"/>
              </w:rPr>
              <w:t xml:space="preserve"> </w:t>
            </w:r>
            <w:proofErr w:type="spellStart"/>
            <w:r w:rsidRPr="004543E3">
              <w:rPr>
                <w:b/>
                <w:bCs/>
                <w:szCs w:val="26"/>
              </w:rPr>
              <w:t>trách</w:t>
            </w:r>
            <w:proofErr w:type="spellEnd"/>
            <w:r w:rsidRPr="004543E3">
              <w:rPr>
                <w:b/>
                <w:bCs/>
                <w:szCs w:val="26"/>
              </w:rPr>
              <w:t>:</w:t>
            </w:r>
            <w:r w:rsidRPr="004543E3">
              <w:rPr>
                <w:szCs w:val="26"/>
              </w:rPr>
              <w:t xml:space="preserve"> </w:t>
            </w:r>
          </w:p>
          <w:p w14:paraId="7643CE4F" w14:textId="528F05A3" w:rsidR="00855AF9" w:rsidRPr="004543E3" w:rsidRDefault="00855AF9" w:rsidP="00855AF9">
            <w:pPr>
              <w:ind w:firstLine="709"/>
              <w:jc w:val="both"/>
              <w:rPr>
                <w:i/>
                <w:iCs/>
                <w:sz w:val="28"/>
                <w:szCs w:val="28"/>
                <w:lang w:val="de-DE"/>
              </w:rPr>
            </w:pPr>
            <w:proofErr w:type="spellStart"/>
            <w:r w:rsidRPr="004543E3">
              <w:rPr>
                <w:szCs w:val="26"/>
              </w:rPr>
              <w:t>Kiểm</w:t>
            </w:r>
            <w:proofErr w:type="spellEnd"/>
            <w:r w:rsidRPr="004543E3">
              <w:rPr>
                <w:szCs w:val="26"/>
              </w:rPr>
              <w:t xml:space="preserve"> </w:t>
            </w:r>
            <w:proofErr w:type="spellStart"/>
            <w:r w:rsidRPr="004543E3">
              <w:rPr>
                <w:szCs w:val="26"/>
              </w:rPr>
              <w:t>soát</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cao</w:t>
            </w:r>
            <w:proofErr w:type="spellEnd"/>
            <w:r w:rsidRPr="004543E3">
              <w:rPr>
                <w:szCs w:val="26"/>
              </w:rPr>
              <w:t xml:space="preserve"> </w:t>
            </w:r>
            <w:proofErr w:type="spellStart"/>
            <w:r w:rsidRPr="004543E3">
              <w:rPr>
                <w:szCs w:val="26"/>
              </w:rPr>
              <w:t>cấp</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 xml:space="preserve"> </w:t>
            </w:r>
            <w:proofErr w:type="spellStart"/>
            <w:r w:rsidRPr="004543E3">
              <w:rPr>
                <w:szCs w:val="26"/>
              </w:rPr>
              <w:t>là</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hoặc</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có</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môn</w:t>
            </w:r>
            <w:proofErr w:type="spellEnd"/>
            <w:r w:rsidRPr="004543E3">
              <w:rPr>
                <w:szCs w:val="26"/>
              </w:rPr>
              <w:t xml:space="preserve"> </w:t>
            </w:r>
            <w:proofErr w:type="spellStart"/>
            <w:r w:rsidRPr="004543E3">
              <w:rPr>
                <w:szCs w:val="26"/>
              </w:rPr>
              <w:t>nghiệp</w:t>
            </w:r>
            <w:proofErr w:type="spellEnd"/>
            <w:r w:rsidRPr="004543E3">
              <w:rPr>
                <w:szCs w:val="26"/>
              </w:rPr>
              <w:t xml:space="preserve"> </w:t>
            </w:r>
            <w:proofErr w:type="spellStart"/>
            <w:r w:rsidRPr="004543E3">
              <w:rPr>
                <w:szCs w:val="26"/>
              </w:rPr>
              <w:t>vụ</w:t>
            </w:r>
            <w:proofErr w:type="spellEnd"/>
            <w:r w:rsidRPr="004543E3">
              <w:rPr>
                <w:szCs w:val="26"/>
              </w:rPr>
              <w:t xml:space="preserve"> </w:t>
            </w:r>
            <w:proofErr w:type="spellStart"/>
            <w:r w:rsidRPr="004543E3">
              <w:rPr>
                <w:szCs w:val="26"/>
              </w:rPr>
              <w:t>cao</w:t>
            </w:r>
            <w:proofErr w:type="spellEnd"/>
            <w:r w:rsidRPr="004543E3">
              <w:rPr>
                <w:szCs w:val="26"/>
              </w:rPr>
              <w:t xml:space="preserve"> </w:t>
            </w:r>
            <w:proofErr w:type="spellStart"/>
            <w:r w:rsidRPr="004543E3">
              <w:rPr>
                <w:szCs w:val="26"/>
              </w:rPr>
              <w:t>nhất</w:t>
            </w:r>
            <w:proofErr w:type="spellEnd"/>
            <w:r w:rsidRPr="004543E3">
              <w:rPr>
                <w:szCs w:val="26"/>
              </w:rPr>
              <w:t xml:space="preserve"> </w:t>
            </w:r>
            <w:proofErr w:type="spellStart"/>
            <w:r w:rsidRPr="004543E3">
              <w:rPr>
                <w:szCs w:val="26"/>
              </w:rPr>
              <w:t>trong</w:t>
            </w:r>
            <w:proofErr w:type="spellEnd"/>
            <w:r w:rsidRPr="004543E3">
              <w:rPr>
                <w:szCs w:val="26"/>
              </w:rPr>
              <w:t xml:space="preserve"> </w:t>
            </w:r>
            <w:proofErr w:type="spellStart"/>
            <w:r w:rsidRPr="004543E3">
              <w:rPr>
                <w:szCs w:val="26"/>
              </w:rPr>
              <w:t>lĩnh</w:t>
            </w:r>
            <w:proofErr w:type="spellEnd"/>
            <w:r w:rsidRPr="004543E3">
              <w:rPr>
                <w:szCs w:val="26"/>
              </w:rPr>
              <w:t xml:space="preserve"> </w:t>
            </w:r>
            <w:proofErr w:type="spellStart"/>
            <w:r w:rsidRPr="004543E3">
              <w:rPr>
                <w:szCs w:val="26"/>
              </w:rPr>
              <w:t>vực</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soát</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 xml:space="preserve">. </w:t>
            </w:r>
            <w:proofErr w:type="spellStart"/>
            <w:r w:rsidRPr="004543E3">
              <w:rPr>
                <w:szCs w:val="26"/>
              </w:rPr>
              <w:t>Chịu</w:t>
            </w:r>
            <w:proofErr w:type="spellEnd"/>
            <w:r w:rsidRPr="004543E3">
              <w:rPr>
                <w:szCs w:val="26"/>
              </w:rPr>
              <w:t xml:space="preserve"> </w:t>
            </w:r>
            <w:proofErr w:type="spellStart"/>
            <w:r w:rsidRPr="004543E3">
              <w:rPr>
                <w:szCs w:val="26"/>
              </w:rPr>
              <w:t>trách</w:t>
            </w:r>
            <w:proofErr w:type="spellEnd"/>
            <w:r w:rsidRPr="004543E3">
              <w:rPr>
                <w:szCs w:val="26"/>
              </w:rPr>
              <w:t xml:space="preserve"> </w:t>
            </w:r>
            <w:proofErr w:type="spellStart"/>
            <w:r w:rsidRPr="004543E3">
              <w:rPr>
                <w:szCs w:val="26"/>
              </w:rPr>
              <w:t>nhiệm</w:t>
            </w:r>
            <w:proofErr w:type="spellEnd"/>
            <w:r w:rsidRPr="004543E3">
              <w:rPr>
                <w:szCs w:val="26"/>
              </w:rPr>
              <w:t xml:space="preserve"> chủ trì, </w:t>
            </w:r>
            <w:proofErr w:type="spellStart"/>
            <w:r w:rsidRPr="004543E3">
              <w:rPr>
                <w:szCs w:val="26"/>
              </w:rPr>
              <w:t>tham</w:t>
            </w:r>
            <w:proofErr w:type="spellEnd"/>
            <w:r w:rsidRPr="004543E3">
              <w:rPr>
                <w:szCs w:val="26"/>
              </w:rPr>
              <w:t xml:space="preserve"> </w:t>
            </w:r>
            <w:proofErr w:type="spellStart"/>
            <w:r w:rsidRPr="004543E3">
              <w:rPr>
                <w:szCs w:val="26"/>
              </w:rPr>
              <w:t>mưu</w:t>
            </w:r>
            <w:proofErr w:type="spellEnd"/>
            <w:r w:rsidRPr="004543E3">
              <w:rPr>
                <w:szCs w:val="26"/>
              </w:rPr>
              <w:t xml:space="preserve"> </w:t>
            </w:r>
            <w:proofErr w:type="spellStart"/>
            <w:r w:rsidRPr="004543E3">
              <w:rPr>
                <w:szCs w:val="26"/>
              </w:rPr>
              <w:t>hoạch</w:t>
            </w:r>
            <w:proofErr w:type="spellEnd"/>
            <w:r w:rsidRPr="004543E3">
              <w:rPr>
                <w:szCs w:val="26"/>
              </w:rPr>
              <w:t xml:space="preserve"> </w:t>
            </w:r>
            <w:proofErr w:type="spellStart"/>
            <w:r w:rsidRPr="004543E3">
              <w:rPr>
                <w:szCs w:val="26"/>
              </w:rPr>
              <w:t>định</w:t>
            </w:r>
            <w:proofErr w:type="spellEnd"/>
            <w:r w:rsidRPr="004543E3">
              <w:rPr>
                <w:szCs w:val="26"/>
              </w:rPr>
              <w:t xml:space="preserve"> </w:t>
            </w:r>
            <w:proofErr w:type="spellStart"/>
            <w:r w:rsidRPr="004543E3">
              <w:rPr>
                <w:szCs w:val="26"/>
              </w:rPr>
              <w:t>chính</w:t>
            </w:r>
            <w:proofErr w:type="spellEnd"/>
            <w:r w:rsidRPr="004543E3">
              <w:rPr>
                <w:szCs w:val="26"/>
              </w:rPr>
              <w:t xml:space="preserve"> </w:t>
            </w:r>
            <w:proofErr w:type="spellStart"/>
            <w:r w:rsidRPr="004543E3">
              <w:rPr>
                <w:szCs w:val="26"/>
              </w:rPr>
              <w:t>sách</w:t>
            </w:r>
            <w:proofErr w:type="spellEnd"/>
            <w:r w:rsidRPr="004543E3">
              <w:rPr>
                <w:szCs w:val="26"/>
              </w:rPr>
              <w:t xml:space="preserve">, </w:t>
            </w:r>
            <w:proofErr w:type="spellStart"/>
            <w:r w:rsidRPr="004543E3">
              <w:rPr>
                <w:szCs w:val="26"/>
              </w:rPr>
              <w:t>chiến</w:t>
            </w:r>
            <w:proofErr w:type="spellEnd"/>
            <w:r w:rsidRPr="004543E3">
              <w:rPr>
                <w:szCs w:val="26"/>
              </w:rPr>
              <w:t xml:space="preserve"> </w:t>
            </w:r>
            <w:proofErr w:type="spellStart"/>
            <w:r w:rsidRPr="004543E3">
              <w:rPr>
                <w:szCs w:val="26"/>
              </w:rPr>
              <w:t>lược</w:t>
            </w:r>
            <w:proofErr w:type="spellEnd"/>
            <w:r w:rsidRPr="004543E3">
              <w:rPr>
                <w:szCs w:val="26"/>
              </w:rPr>
              <w:t xml:space="preserve">, </w:t>
            </w:r>
            <w:proofErr w:type="spellStart"/>
            <w:r w:rsidRPr="004543E3">
              <w:rPr>
                <w:szCs w:val="26"/>
              </w:rPr>
              <w:t>đê</w:t>
            </w:r>
            <w:proofErr w:type="spellEnd"/>
            <w:r w:rsidRPr="004543E3">
              <w:rPr>
                <w:szCs w:val="26"/>
              </w:rPr>
              <w:t xml:space="preserve">̀ </w:t>
            </w:r>
            <w:proofErr w:type="spellStart"/>
            <w:r w:rsidRPr="004543E3">
              <w:rPr>
                <w:szCs w:val="26"/>
              </w:rPr>
              <w:t>án</w:t>
            </w:r>
            <w:proofErr w:type="spellEnd"/>
            <w:r w:rsidRPr="004543E3">
              <w:rPr>
                <w:szCs w:val="26"/>
              </w:rPr>
              <w:t xml:space="preserve"> </w:t>
            </w:r>
            <w:proofErr w:type="spellStart"/>
            <w:r w:rsidRPr="004543E3">
              <w:rPr>
                <w:szCs w:val="26"/>
              </w:rPr>
              <w:t>theo</w:t>
            </w:r>
            <w:proofErr w:type="spellEnd"/>
            <w:r w:rsidRPr="004543E3">
              <w:rPr>
                <w:szCs w:val="26"/>
              </w:rPr>
              <w:t xml:space="preserve"> </w:t>
            </w:r>
            <w:proofErr w:type="spellStart"/>
            <w:r w:rsidRPr="004543E3">
              <w:rPr>
                <w:szCs w:val="26"/>
              </w:rPr>
              <w:t>chức</w:t>
            </w:r>
            <w:proofErr w:type="spellEnd"/>
            <w:r w:rsidRPr="004543E3">
              <w:rPr>
                <w:szCs w:val="26"/>
              </w:rPr>
              <w:t xml:space="preserve"> </w:t>
            </w:r>
            <w:proofErr w:type="spellStart"/>
            <w:r w:rsidRPr="004543E3">
              <w:rPr>
                <w:szCs w:val="26"/>
              </w:rPr>
              <w:t>năng</w:t>
            </w:r>
            <w:proofErr w:type="spellEnd"/>
            <w:r w:rsidRPr="004543E3">
              <w:rPr>
                <w:szCs w:val="26"/>
              </w:rPr>
              <w:t xml:space="preserve">, </w:t>
            </w:r>
            <w:proofErr w:type="spellStart"/>
            <w:r w:rsidRPr="004543E3">
              <w:rPr>
                <w:szCs w:val="26"/>
              </w:rPr>
              <w:t>nhiệm</w:t>
            </w:r>
            <w:proofErr w:type="spellEnd"/>
            <w:r w:rsidRPr="004543E3">
              <w:rPr>
                <w:szCs w:val="26"/>
              </w:rPr>
              <w:t xml:space="preserve"> </w:t>
            </w:r>
            <w:r w:rsidRPr="004543E3">
              <w:rPr>
                <w:szCs w:val="26"/>
              </w:rPr>
              <w:lastRenderedPageBreak/>
              <w:t xml:space="preserve">vụ </w:t>
            </w:r>
            <w:proofErr w:type="spellStart"/>
            <w:r w:rsidRPr="004543E3">
              <w:rPr>
                <w:szCs w:val="26"/>
              </w:rPr>
              <w:t>được</w:t>
            </w:r>
            <w:proofErr w:type="spellEnd"/>
            <w:r w:rsidRPr="004543E3">
              <w:rPr>
                <w:szCs w:val="26"/>
              </w:rPr>
              <w:t xml:space="preserve"> </w:t>
            </w:r>
            <w:proofErr w:type="spellStart"/>
            <w:r w:rsidRPr="004543E3">
              <w:rPr>
                <w:szCs w:val="26"/>
              </w:rPr>
              <w:t>giao</w:t>
            </w:r>
            <w:proofErr w:type="spellEnd"/>
            <w:r w:rsidRPr="004543E3">
              <w:rPr>
                <w:szCs w:val="26"/>
              </w:rPr>
              <w:t xml:space="preserve">, </w:t>
            </w:r>
            <w:proofErr w:type="spellStart"/>
            <w:r w:rsidRPr="004543E3">
              <w:rPr>
                <w:szCs w:val="26"/>
              </w:rPr>
              <w:t>giúp</w:t>
            </w:r>
            <w:proofErr w:type="spellEnd"/>
            <w:r w:rsidRPr="004543E3">
              <w:rPr>
                <w:szCs w:val="26"/>
              </w:rPr>
              <w:t xml:space="preserve"> </w:t>
            </w:r>
            <w:proofErr w:type="spellStart"/>
            <w:r w:rsidRPr="004543E3">
              <w:rPr>
                <w:szCs w:val="26"/>
              </w:rPr>
              <w:t>lãnh</w:t>
            </w:r>
            <w:proofErr w:type="spellEnd"/>
            <w:r w:rsidRPr="004543E3">
              <w:rPr>
                <w:szCs w:val="26"/>
              </w:rPr>
              <w:t xml:space="preserve"> </w:t>
            </w:r>
            <w:proofErr w:type="spellStart"/>
            <w:r w:rsidRPr="004543E3">
              <w:rPr>
                <w:szCs w:val="26"/>
              </w:rPr>
              <w:t>đạo</w:t>
            </w:r>
            <w:proofErr w:type="spellEnd"/>
            <w:r w:rsidRPr="004543E3">
              <w:rPr>
                <w:szCs w:val="26"/>
              </w:rPr>
              <w:t xml:space="preserve"> </w:t>
            </w:r>
            <w:proofErr w:type="spellStart"/>
            <w:r w:rsidRPr="004543E3">
              <w:rPr>
                <w:szCs w:val="26"/>
              </w:rPr>
              <w:t>Bộ</w:t>
            </w:r>
            <w:proofErr w:type="spellEnd"/>
            <w:r w:rsidRPr="004543E3">
              <w:rPr>
                <w:szCs w:val="26"/>
              </w:rPr>
              <w:t xml:space="preserve">, </w:t>
            </w:r>
            <w:proofErr w:type="spellStart"/>
            <w:r w:rsidRPr="004543E3">
              <w:rPr>
                <w:szCs w:val="26"/>
              </w:rPr>
              <w:t>cơ</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ngang</w:t>
            </w:r>
            <w:proofErr w:type="spellEnd"/>
            <w:r w:rsidRPr="004543E3">
              <w:rPr>
                <w:szCs w:val="26"/>
              </w:rPr>
              <w:t xml:space="preserve"> </w:t>
            </w:r>
            <w:proofErr w:type="spellStart"/>
            <w:r w:rsidRPr="004543E3">
              <w:rPr>
                <w:szCs w:val="26"/>
              </w:rPr>
              <w:t>bộ</w:t>
            </w:r>
            <w:proofErr w:type="spellEnd"/>
            <w:r w:rsidRPr="004543E3">
              <w:rPr>
                <w:szCs w:val="26"/>
              </w:rPr>
              <w:t xml:space="preserve">, </w:t>
            </w:r>
            <w:proofErr w:type="spellStart"/>
            <w:r w:rsidRPr="004543E3">
              <w:rPr>
                <w:szCs w:val="26"/>
              </w:rPr>
              <w:t>cơ</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thuộc</w:t>
            </w:r>
            <w:proofErr w:type="spellEnd"/>
            <w:r w:rsidRPr="004543E3">
              <w:rPr>
                <w:szCs w:val="26"/>
              </w:rPr>
              <w:t xml:space="preserve"> </w:t>
            </w:r>
            <w:proofErr w:type="spellStart"/>
            <w:r w:rsidRPr="004543E3">
              <w:rPr>
                <w:szCs w:val="26"/>
              </w:rPr>
              <w:t>Chính</w:t>
            </w:r>
            <w:proofErr w:type="spellEnd"/>
            <w:r w:rsidRPr="004543E3">
              <w:rPr>
                <w:szCs w:val="26"/>
              </w:rPr>
              <w:t xml:space="preserve"> </w:t>
            </w:r>
            <w:proofErr w:type="spellStart"/>
            <w:r w:rsidRPr="004543E3">
              <w:rPr>
                <w:szCs w:val="26"/>
              </w:rPr>
              <w:t>phủ</w:t>
            </w:r>
            <w:proofErr w:type="spellEnd"/>
            <w:r w:rsidRPr="004543E3">
              <w:rPr>
                <w:szCs w:val="26"/>
              </w:rPr>
              <w:t xml:space="preserve">, </w:t>
            </w:r>
            <w:proofErr w:type="spellStart"/>
            <w:r w:rsidRPr="004543E3">
              <w:rPr>
                <w:szCs w:val="26"/>
              </w:rPr>
              <w:t>Ủy</w:t>
            </w:r>
            <w:proofErr w:type="spellEnd"/>
            <w:r w:rsidRPr="004543E3">
              <w:rPr>
                <w:szCs w:val="26"/>
              </w:rPr>
              <w:t xml:space="preserve"> ban </w:t>
            </w:r>
            <w:proofErr w:type="spellStart"/>
            <w:r w:rsidRPr="004543E3">
              <w:rPr>
                <w:szCs w:val="26"/>
              </w:rPr>
              <w:t>nhân</w:t>
            </w:r>
            <w:proofErr w:type="spellEnd"/>
            <w:r w:rsidRPr="004543E3">
              <w:rPr>
                <w:szCs w:val="26"/>
              </w:rPr>
              <w:t xml:space="preserve"> </w:t>
            </w:r>
            <w:proofErr w:type="spellStart"/>
            <w:r w:rsidRPr="004543E3">
              <w:rPr>
                <w:szCs w:val="26"/>
              </w:rPr>
              <w:t>dân</w:t>
            </w:r>
            <w:proofErr w:type="spellEnd"/>
            <w:r w:rsidRPr="004543E3">
              <w:rPr>
                <w:szCs w:val="26"/>
              </w:rPr>
              <w:t xml:space="preserve"> </w:t>
            </w:r>
            <w:proofErr w:type="spellStart"/>
            <w:r w:rsidRPr="004543E3">
              <w:rPr>
                <w:szCs w:val="26"/>
              </w:rPr>
              <w:t>cấp</w:t>
            </w:r>
            <w:proofErr w:type="spellEnd"/>
            <w:r w:rsidRPr="004543E3">
              <w:rPr>
                <w:szCs w:val="26"/>
              </w:rPr>
              <w:t xml:space="preserve"> </w:t>
            </w:r>
            <w:proofErr w:type="spellStart"/>
            <w:r w:rsidRPr="004543E3">
              <w:rPr>
                <w:szCs w:val="26"/>
              </w:rPr>
              <w:t>tỉnh</w:t>
            </w:r>
            <w:proofErr w:type="spellEnd"/>
            <w:r w:rsidRPr="004543E3">
              <w:rPr>
                <w:szCs w:val="26"/>
              </w:rPr>
              <w:t xml:space="preserve">, </w:t>
            </w:r>
            <w:proofErr w:type="spellStart"/>
            <w:r w:rsidRPr="004543E3">
              <w:rPr>
                <w:szCs w:val="26"/>
              </w:rPr>
              <w:t>thành</w:t>
            </w:r>
            <w:proofErr w:type="spellEnd"/>
            <w:r w:rsidRPr="004543E3">
              <w:rPr>
                <w:szCs w:val="26"/>
              </w:rPr>
              <w:t xml:space="preserve"> </w:t>
            </w:r>
            <w:proofErr w:type="spellStart"/>
            <w:r w:rsidRPr="004543E3">
              <w:rPr>
                <w:szCs w:val="26"/>
              </w:rPr>
              <w:t>phố</w:t>
            </w:r>
            <w:proofErr w:type="spellEnd"/>
            <w:r w:rsidRPr="004543E3">
              <w:rPr>
                <w:szCs w:val="26"/>
              </w:rPr>
              <w:t xml:space="preserve"> </w:t>
            </w:r>
            <w:proofErr w:type="spellStart"/>
            <w:r w:rsidRPr="004543E3">
              <w:rPr>
                <w:szCs w:val="26"/>
              </w:rPr>
              <w:t>trực</w:t>
            </w:r>
            <w:proofErr w:type="spellEnd"/>
            <w:r w:rsidRPr="004543E3">
              <w:rPr>
                <w:szCs w:val="26"/>
              </w:rPr>
              <w:t xml:space="preserve"> </w:t>
            </w:r>
            <w:proofErr w:type="spellStart"/>
            <w:r w:rsidRPr="004543E3">
              <w:rPr>
                <w:szCs w:val="26"/>
              </w:rPr>
              <w:t>thuộc</w:t>
            </w:r>
            <w:proofErr w:type="spellEnd"/>
            <w:r w:rsidRPr="004543E3">
              <w:rPr>
                <w:szCs w:val="26"/>
              </w:rPr>
              <w:t xml:space="preserve"> Trung </w:t>
            </w:r>
            <w:proofErr w:type="spellStart"/>
            <w:r w:rsidRPr="004543E3">
              <w:rPr>
                <w:szCs w:val="26"/>
              </w:rPr>
              <w:t>ương</w:t>
            </w:r>
            <w:proofErr w:type="spellEnd"/>
            <w:r w:rsidRPr="004543E3">
              <w:rPr>
                <w:szCs w:val="26"/>
              </w:rPr>
              <w:t xml:space="preserve"> </w:t>
            </w:r>
            <w:proofErr w:type="spellStart"/>
            <w:r w:rsidRPr="004543E3">
              <w:rPr>
                <w:szCs w:val="26"/>
              </w:rPr>
              <w:t>quản</w:t>
            </w:r>
            <w:proofErr w:type="spellEnd"/>
            <w:r w:rsidRPr="004543E3">
              <w:rPr>
                <w:szCs w:val="26"/>
              </w:rPr>
              <w:t xml:space="preserve"> </w:t>
            </w:r>
            <w:proofErr w:type="spellStart"/>
            <w:r w:rsidRPr="004543E3">
              <w:rPr>
                <w:szCs w:val="26"/>
              </w:rPr>
              <w:t>lý</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tổ</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thực</w:t>
            </w:r>
            <w:proofErr w:type="spellEnd"/>
            <w:r w:rsidRPr="004543E3">
              <w:rPr>
                <w:szCs w:val="26"/>
              </w:rPr>
              <w:t xml:space="preserve"> </w:t>
            </w:r>
            <w:proofErr w:type="spellStart"/>
            <w:r w:rsidRPr="004543E3">
              <w:rPr>
                <w:szCs w:val="26"/>
              </w:rPr>
              <w:t>hiện</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tác</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tra</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soát</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 xml:space="preserve"> </w:t>
            </w:r>
            <w:proofErr w:type="spellStart"/>
            <w:r w:rsidRPr="004543E3">
              <w:rPr>
                <w:szCs w:val="26"/>
              </w:rPr>
              <w:t>trong</w:t>
            </w:r>
            <w:proofErr w:type="spellEnd"/>
            <w:r w:rsidRPr="004543E3">
              <w:rPr>
                <w:szCs w:val="26"/>
              </w:rPr>
              <w:t xml:space="preserve"> </w:t>
            </w:r>
            <w:proofErr w:type="spellStart"/>
            <w:r w:rsidRPr="004543E3">
              <w:rPr>
                <w:szCs w:val="26"/>
              </w:rPr>
              <w:t>phạm</w:t>
            </w:r>
            <w:proofErr w:type="spellEnd"/>
            <w:r w:rsidRPr="004543E3">
              <w:rPr>
                <w:szCs w:val="26"/>
              </w:rPr>
              <w:t xml:space="preserve"> vi </w:t>
            </w:r>
            <w:proofErr w:type="spellStart"/>
            <w:r w:rsidRPr="004543E3">
              <w:rPr>
                <w:szCs w:val="26"/>
              </w:rPr>
              <w:t>toàn</w:t>
            </w:r>
            <w:proofErr w:type="spellEnd"/>
            <w:r w:rsidRPr="004543E3">
              <w:rPr>
                <w:szCs w:val="26"/>
              </w:rPr>
              <w:t xml:space="preserve"> </w:t>
            </w:r>
            <w:proofErr w:type="spellStart"/>
            <w:r w:rsidRPr="004543E3">
              <w:rPr>
                <w:szCs w:val="26"/>
              </w:rPr>
              <w:t>quốc</w:t>
            </w:r>
            <w:proofErr w:type="spellEnd"/>
            <w:r w:rsidRPr="004543E3">
              <w:rPr>
                <w:szCs w:val="26"/>
              </w:rPr>
              <w:t xml:space="preserve"> </w:t>
            </w:r>
            <w:proofErr w:type="spellStart"/>
            <w:r w:rsidRPr="004543E3">
              <w:rPr>
                <w:szCs w:val="26"/>
              </w:rPr>
              <w:t>hoặc</w:t>
            </w:r>
            <w:proofErr w:type="spellEnd"/>
            <w:r w:rsidRPr="004543E3">
              <w:rPr>
                <w:szCs w:val="26"/>
              </w:rPr>
              <w:t xml:space="preserve"> </w:t>
            </w:r>
            <w:proofErr w:type="spellStart"/>
            <w:r w:rsidRPr="004543E3">
              <w:rPr>
                <w:szCs w:val="26"/>
              </w:rPr>
              <w:t>địa</w:t>
            </w:r>
            <w:proofErr w:type="spellEnd"/>
            <w:r w:rsidRPr="004543E3">
              <w:rPr>
                <w:szCs w:val="26"/>
              </w:rPr>
              <w:t xml:space="preserve"> </w:t>
            </w:r>
            <w:proofErr w:type="spellStart"/>
            <w:r w:rsidRPr="004543E3">
              <w:rPr>
                <w:szCs w:val="26"/>
              </w:rPr>
              <w:t>bàn</w:t>
            </w:r>
            <w:proofErr w:type="spellEnd"/>
            <w:r w:rsidRPr="004543E3">
              <w:rPr>
                <w:szCs w:val="26"/>
              </w:rPr>
              <w:t xml:space="preserve"> </w:t>
            </w:r>
            <w:proofErr w:type="spellStart"/>
            <w:r w:rsidRPr="004543E3">
              <w:rPr>
                <w:szCs w:val="26"/>
              </w:rPr>
              <w:t>phụ</w:t>
            </w:r>
            <w:proofErr w:type="spellEnd"/>
            <w:r w:rsidRPr="004543E3">
              <w:rPr>
                <w:szCs w:val="26"/>
              </w:rPr>
              <w:t xml:space="preserve"> </w:t>
            </w:r>
            <w:proofErr w:type="spellStart"/>
            <w:r w:rsidRPr="004543E3">
              <w:rPr>
                <w:szCs w:val="26"/>
              </w:rPr>
              <w:t>trách</w:t>
            </w:r>
            <w:proofErr w:type="spellEnd"/>
            <w:r w:rsidRPr="004543E3">
              <w:rPr>
                <w:szCs w:val="26"/>
              </w:rPr>
              <w:t>.</w:t>
            </w:r>
          </w:p>
        </w:tc>
        <w:tc>
          <w:tcPr>
            <w:tcW w:w="5220" w:type="dxa"/>
          </w:tcPr>
          <w:p w14:paraId="53D81C40" w14:textId="77777777" w:rsidR="00855AF9" w:rsidRPr="004543E3" w:rsidRDefault="00855AF9" w:rsidP="00855AF9">
            <w:pPr>
              <w:spacing w:after="0" w:line="340" w:lineRule="exact"/>
              <w:jc w:val="both"/>
            </w:pPr>
            <w:proofErr w:type="spellStart"/>
            <w:r w:rsidRPr="004543E3">
              <w:rPr>
                <w:b/>
                <w:bCs/>
              </w:rPr>
              <w:lastRenderedPageBreak/>
              <w:t>Bô</w:t>
            </w:r>
            <w:proofErr w:type="spellEnd"/>
            <w:r w:rsidRPr="004543E3">
              <w:rPr>
                <w:b/>
                <w:bCs/>
              </w:rPr>
              <w:t>̣ Công an:</w:t>
            </w:r>
            <w:r w:rsidRPr="004543E3">
              <w:t xml:space="preserve"> </w:t>
            </w:r>
          </w:p>
          <w:p w14:paraId="24C09B84" w14:textId="77777777" w:rsidR="00855AF9" w:rsidRPr="004543E3" w:rsidRDefault="00855AF9" w:rsidP="00855AF9">
            <w:pPr>
              <w:spacing w:after="0" w:line="340" w:lineRule="exact"/>
              <w:jc w:val="both"/>
            </w:pP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xem</w:t>
            </w:r>
            <w:proofErr w:type="spellEnd"/>
            <w:r w:rsidRPr="004543E3">
              <w:t xml:space="preserve"> </w:t>
            </w:r>
            <w:proofErr w:type="spellStart"/>
            <w:r w:rsidRPr="004543E3">
              <w:t>xét</w:t>
            </w:r>
            <w:proofErr w:type="spellEnd"/>
            <w:r w:rsidRPr="004543E3">
              <w:t xml:space="preserve"> </w:t>
            </w:r>
            <w:proofErr w:type="spellStart"/>
            <w:r w:rsidRPr="004543E3">
              <w:t>điều</w:t>
            </w:r>
            <w:proofErr w:type="spellEnd"/>
            <w:r w:rsidRPr="004543E3">
              <w:t xml:space="preserve"> </w:t>
            </w:r>
            <w:proofErr w:type="spellStart"/>
            <w:r w:rsidRPr="004543E3">
              <w:t>chỉnh</w:t>
            </w:r>
            <w:proofErr w:type="spellEnd"/>
            <w:r w:rsidRPr="004543E3">
              <w:t xml:space="preserve"> </w:t>
            </w:r>
            <w:proofErr w:type="spellStart"/>
            <w:r w:rsidRPr="004543E3">
              <w:t>cụm</w:t>
            </w:r>
            <w:proofErr w:type="spellEnd"/>
            <w:r w:rsidRPr="004543E3">
              <w:t xml:space="preserve"> </w:t>
            </w:r>
            <w:proofErr w:type="spellStart"/>
            <w:r w:rsidRPr="004543E3">
              <w:t>từ</w:t>
            </w:r>
            <w:proofErr w:type="spellEnd"/>
            <w:r w:rsidRPr="004543E3">
              <w:t xml:space="preserve"> </w:t>
            </w:r>
            <w:r w:rsidRPr="004543E3">
              <w:rPr>
                <w:i/>
                <w:iCs/>
              </w:rPr>
              <w:t>“</w:t>
            </w:r>
            <w:proofErr w:type="spellStart"/>
            <w:r w:rsidRPr="004543E3">
              <w:rPr>
                <w:i/>
                <w:iCs/>
              </w:rPr>
              <w:t>có</w:t>
            </w:r>
            <w:proofErr w:type="spellEnd"/>
            <w:r w:rsidRPr="004543E3">
              <w:rPr>
                <w:i/>
                <w:iCs/>
              </w:rPr>
              <w:t xml:space="preserve"> </w:t>
            </w:r>
            <w:proofErr w:type="spellStart"/>
            <w:r w:rsidRPr="004543E3">
              <w:rPr>
                <w:i/>
                <w:iCs/>
              </w:rPr>
              <w:t>chuyên</w:t>
            </w:r>
            <w:proofErr w:type="spellEnd"/>
            <w:r w:rsidRPr="004543E3">
              <w:rPr>
                <w:i/>
                <w:iCs/>
              </w:rPr>
              <w:t xml:space="preserve"> </w:t>
            </w:r>
            <w:proofErr w:type="spellStart"/>
            <w:r w:rsidRPr="004543E3">
              <w:rPr>
                <w:i/>
                <w:iCs/>
              </w:rPr>
              <w:t>môn</w:t>
            </w:r>
            <w:proofErr w:type="spellEnd"/>
            <w:r w:rsidRPr="004543E3">
              <w:rPr>
                <w:i/>
                <w:iCs/>
              </w:rPr>
              <w:t xml:space="preserve"> </w:t>
            </w:r>
            <w:proofErr w:type="spellStart"/>
            <w:r w:rsidRPr="004543E3">
              <w:rPr>
                <w:i/>
                <w:iCs/>
              </w:rPr>
              <w:t>nghiệp</w:t>
            </w:r>
            <w:proofErr w:type="spellEnd"/>
            <w:r w:rsidRPr="004543E3">
              <w:rPr>
                <w:i/>
                <w:iCs/>
              </w:rPr>
              <w:t xml:space="preserve"> </w:t>
            </w:r>
            <w:proofErr w:type="spellStart"/>
            <w:r w:rsidRPr="004543E3">
              <w:rPr>
                <w:i/>
                <w:iCs/>
              </w:rPr>
              <w:t>vụ</w:t>
            </w:r>
            <w:proofErr w:type="spellEnd"/>
            <w:r w:rsidRPr="004543E3">
              <w:rPr>
                <w:i/>
                <w:iCs/>
              </w:rPr>
              <w:t xml:space="preserve"> </w:t>
            </w:r>
            <w:proofErr w:type="spellStart"/>
            <w:r w:rsidRPr="004543E3">
              <w:rPr>
                <w:i/>
                <w:iCs/>
              </w:rPr>
              <w:t>cao</w:t>
            </w:r>
            <w:proofErr w:type="spellEnd"/>
            <w:r w:rsidRPr="004543E3">
              <w:rPr>
                <w:i/>
                <w:iCs/>
              </w:rPr>
              <w:t xml:space="preserve"> </w:t>
            </w:r>
            <w:proofErr w:type="spellStart"/>
            <w:r w:rsidRPr="004543E3">
              <w:rPr>
                <w:i/>
                <w:iCs/>
              </w:rPr>
              <w:t>nhất</w:t>
            </w:r>
            <w:proofErr w:type="spellEnd"/>
            <w:r w:rsidRPr="004543E3">
              <w:rPr>
                <w:i/>
                <w:iCs/>
              </w:rPr>
              <w:t>”</w:t>
            </w:r>
            <w:r w:rsidRPr="004543E3">
              <w:t xml:space="preserve"> </w:t>
            </w:r>
            <w:proofErr w:type="spellStart"/>
            <w:r w:rsidRPr="004543E3">
              <w:t>thành</w:t>
            </w:r>
            <w:proofErr w:type="spellEnd"/>
            <w:r w:rsidRPr="004543E3">
              <w:br/>
            </w:r>
            <w:r w:rsidRPr="004543E3">
              <w:rPr>
                <w:i/>
                <w:iCs/>
              </w:rPr>
              <w:t>“</w:t>
            </w:r>
            <w:proofErr w:type="spellStart"/>
            <w:r w:rsidRPr="004543E3">
              <w:rPr>
                <w:i/>
                <w:iCs/>
              </w:rPr>
              <w:t>có</w:t>
            </w:r>
            <w:proofErr w:type="spellEnd"/>
            <w:r w:rsidRPr="004543E3">
              <w:rPr>
                <w:i/>
                <w:iCs/>
              </w:rPr>
              <w:t xml:space="preserve"> </w:t>
            </w:r>
            <w:proofErr w:type="spellStart"/>
            <w:r w:rsidRPr="004543E3">
              <w:rPr>
                <w:i/>
                <w:iCs/>
              </w:rPr>
              <w:t>chuyên</w:t>
            </w:r>
            <w:proofErr w:type="spellEnd"/>
            <w:r w:rsidRPr="004543E3">
              <w:rPr>
                <w:i/>
                <w:iCs/>
              </w:rPr>
              <w:t xml:space="preserve"> </w:t>
            </w:r>
            <w:proofErr w:type="spellStart"/>
            <w:r w:rsidRPr="004543E3">
              <w:rPr>
                <w:i/>
                <w:iCs/>
              </w:rPr>
              <w:t>môn</w:t>
            </w:r>
            <w:proofErr w:type="spellEnd"/>
            <w:r w:rsidRPr="004543E3">
              <w:rPr>
                <w:i/>
                <w:iCs/>
              </w:rPr>
              <w:t xml:space="preserve"> </w:t>
            </w:r>
            <w:proofErr w:type="spellStart"/>
            <w:r w:rsidRPr="004543E3">
              <w:rPr>
                <w:i/>
                <w:iCs/>
              </w:rPr>
              <w:t>nghiệp</w:t>
            </w:r>
            <w:proofErr w:type="spellEnd"/>
            <w:r w:rsidRPr="004543E3">
              <w:rPr>
                <w:i/>
                <w:iCs/>
              </w:rPr>
              <w:t xml:space="preserve"> </w:t>
            </w:r>
            <w:proofErr w:type="spellStart"/>
            <w:r w:rsidRPr="004543E3">
              <w:rPr>
                <w:i/>
                <w:iCs/>
              </w:rPr>
              <w:t>vụ</w:t>
            </w:r>
            <w:proofErr w:type="spellEnd"/>
            <w:r w:rsidRPr="004543E3">
              <w:rPr>
                <w:i/>
                <w:iCs/>
              </w:rPr>
              <w:t xml:space="preserve"> </w:t>
            </w:r>
            <w:proofErr w:type="spellStart"/>
            <w:r w:rsidRPr="004543E3">
              <w:rPr>
                <w:i/>
                <w:iCs/>
              </w:rPr>
              <w:t>trong</w:t>
            </w:r>
            <w:proofErr w:type="spellEnd"/>
            <w:r w:rsidRPr="004543E3">
              <w:rPr>
                <w:i/>
                <w:iCs/>
              </w:rPr>
              <w:t xml:space="preserve"> </w:t>
            </w:r>
            <w:proofErr w:type="spellStart"/>
            <w:r w:rsidRPr="004543E3">
              <w:rPr>
                <w:i/>
                <w:iCs/>
              </w:rPr>
              <w:t>lĩnh</w:t>
            </w:r>
            <w:proofErr w:type="spellEnd"/>
            <w:r w:rsidRPr="004543E3">
              <w:rPr>
                <w:i/>
                <w:iCs/>
              </w:rPr>
              <w:t xml:space="preserve"> </w:t>
            </w:r>
            <w:proofErr w:type="spellStart"/>
            <w:r w:rsidRPr="004543E3">
              <w:rPr>
                <w:i/>
                <w:iCs/>
              </w:rPr>
              <w:t>vực</w:t>
            </w:r>
            <w:proofErr w:type="spellEnd"/>
            <w:r w:rsidRPr="004543E3">
              <w:rPr>
                <w:i/>
                <w:iCs/>
              </w:rPr>
              <w:t xml:space="preserve"> </w:t>
            </w:r>
            <w:proofErr w:type="spellStart"/>
            <w:r w:rsidRPr="004543E3">
              <w:rPr>
                <w:i/>
                <w:iCs/>
              </w:rPr>
              <w:t>kiểm</w:t>
            </w:r>
            <w:proofErr w:type="spellEnd"/>
            <w:r w:rsidRPr="004543E3">
              <w:rPr>
                <w:i/>
                <w:iCs/>
              </w:rPr>
              <w:t xml:space="preserve"> </w:t>
            </w:r>
            <w:proofErr w:type="spellStart"/>
            <w:r w:rsidRPr="004543E3">
              <w:rPr>
                <w:i/>
                <w:iCs/>
              </w:rPr>
              <w:t>soát</w:t>
            </w:r>
            <w:proofErr w:type="spellEnd"/>
            <w:r w:rsidRPr="004543E3">
              <w:rPr>
                <w:i/>
                <w:iCs/>
              </w:rPr>
              <w:t xml:space="preserve"> </w:t>
            </w:r>
            <w:proofErr w:type="spellStart"/>
            <w:r w:rsidRPr="004543E3">
              <w:rPr>
                <w:i/>
                <w:iCs/>
              </w:rPr>
              <w:t>viên</w:t>
            </w:r>
            <w:proofErr w:type="spellEnd"/>
            <w:r w:rsidRPr="004543E3">
              <w:rPr>
                <w:i/>
                <w:iCs/>
              </w:rPr>
              <w:t xml:space="preserve"> </w:t>
            </w:r>
            <w:proofErr w:type="spellStart"/>
            <w:r w:rsidRPr="004543E3">
              <w:rPr>
                <w:i/>
                <w:iCs/>
              </w:rPr>
              <w:t>chất</w:t>
            </w:r>
            <w:proofErr w:type="spellEnd"/>
            <w:r w:rsidRPr="004543E3">
              <w:rPr>
                <w:i/>
                <w:iCs/>
              </w:rPr>
              <w:t xml:space="preserve"> </w:t>
            </w:r>
            <w:proofErr w:type="spellStart"/>
            <w:r w:rsidRPr="004543E3">
              <w:rPr>
                <w:i/>
                <w:iCs/>
              </w:rPr>
              <w:t>lượng</w:t>
            </w:r>
            <w:proofErr w:type="spellEnd"/>
            <w:r w:rsidRPr="004543E3">
              <w:rPr>
                <w:i/>
                <w:iCs/>
              </w:rPr>
              <w:t xml:space="preserve"> </w:t>
            </w:r>
            <w:proofErr w:type="spellStart"/>
            <w:r w:rsidRPr="004543E3">
              <w:rPr>
                <w:i/>
                <w:iCs/>
              </w:rPr>
              <w:t>sản</w:t>
            </w:r>
            <w:proofErr w:type="spellEnd"/>
            <w:r w:rsidRPr="004543E3">
              <w:rPr>
                <w:i/>
                <w:iCs/>
              </w:rPr>
              <w:t xml:space="preserve"> </w:t>
            </w:r>
            <w:proofErr w:type="spellStart"/>
            <w:r w:rsidRPr="004543E3">
              <w:rPr>
                <w:i/>
                <w:iCs/>
              </w:rPr>
              <w:t>phẩm</w:t>
            </w:r>
            <w:proofErr w:type="spellEnd"/>
            <w:r w:rsidRPr="004543E3">
              <w:rPr>
                <w:i/>
                <w:iCs/>
              </w:rPr>
              <w:t xml:space="preserve">, </w:t>
            </w:r>
            <w:proofErr w:type="spellStart"/>
            <w:r w:rsidRPr="004543E3">
              <w:rPr>
                <w:i/>
                <w:iCs/>
              </w:rPr>
              <w:t>hàng</w:t>
            </w:r>
            <w:proofErr w:type="spellEnd"/>
            <w:r w:rsidRPr="004543E3">
              <w:rPr>
                <w:i/>
                <w:iCs/>
              </w:rPr>
              <w:t xml:space="preserve"> </w:t>
            </w:r>
            <w:proofErr w:type="spellStart"/>
            <w:r w:rsidRPr="004543E3">
              <w:rPr>
                <w:i/>
                <w:iCs/>
              </w:rPr>
              <w:t>hóa</w:t>
            </w:r>
            <w:proofErr w:type="spellEnd"/>
            <w:r w:rsidRPr="004543E3">
              <w:rPr>
                <w:i/>
                <w:iCs/>
              </w:rPr>
              <w:t>”</w:t>
            </w:r>
            <w:r w:rsidRPr="004543E3">
              <w:t>.</w:t>
            </w:r>
          </w:p>
          <w:p w14:paraId="224E9A52" w14:textId="77777777" w:rsidR="00855AF9" w:rsidRPr="004543E3" w:rsidRDefault="00855AF9" w:rsidP="00855AF9">
            <w:pPr>
              <w:jc w:val="both"/>
            </w:pPr>
          </w:p>
        </w:tc>
        <w:tc>
          <w:tcPr>
            <w:tcW w:w="3165" w:type="dxa"/>
          </w:tcPr>
          <w:p w14:paraId="3C830BBD" w14:textId="0C1AEFBF" w:rsidR="00855AF9" w:rsidRPr="004543E3" w:rsidRDefault="00855AF9" w:rsidP="00855AF9">
            <w:pPr>
              <w:spacing w:after="120" w:line="320" w:lineRule="exact"/>
              <w:jc w:val="both"/>
              <w:rPr>
                <w:szCs w:val="26"/>
              </w:rPr>
            </w:pPr>
            <w:r w:rsidRPr="004543E3">
              <w:rPr>
                <w:szCs w:val="26"/>
              </w:rPr>
              <w:t xml:space="preserve">Ban </w:t>
            </w:r>
            <w:proofErr w:type="spellStart"/>
            <w:r w:rsidRPr="004543E3">
              <w:rPr>
                <w:szCs w:val="26"/>
              </w:rPr>
              <w:t>soạn</w:t>
            </w:r>
            <w:proofErr w:type="spellEnd"/>
            <w:r w:rsidRPr="004543E3">
              <w:rPr>
                <w:szCs w:val="26"/>
              </w:rPr>
              <w:t xml:space="preserve"> </w:t>
            </w:r>
            <w:proofErr w:type="spellStart"/>
            <w:r w:rsidRPr="004543E3">
              <w:rPr>
                <w:szCs w:val="26"/>
              </w:rPr>
              <w:t>thảo</w:t>
            </w:r>
            <w:proofErr w:type="spellEnd"/>
            <w:r w:rsidRPr="004543E3">
              <w:rPr>
                <w:szCs w:val="26"/>
              </w:rPr>
              <w:t xml:space="preserve"> </w:t>
            </w:r>
            <w:proofErr w:type="spellStart"/>
            <w:r w:rsidRPr="004543E3">
              <w:rPr>
                <w:szCs w:val="26"/>
              </w:rPr>
              <w:t>đa</w:t>
            </w:r>
            <w:proofErr w:type="spellEnd"/>
            <w:r w:rsidRPr="004543E3">
              <w:rPr>
                <w:szCs w:val="26"/>
              </w:rPr>
              <w:t xml:space="preserve">̃ </w:t>
            </w:r>
            <w:proofErr w:type="spellStart"/>
            <w:r w:rsidRPr="004543E3">
              <w:rPr>
                <w:szCs w:val="26"/>
              </w:rPr>
              <w:t>điều</w:t>
            </w:r>
            <w:proofErr w:type="spellEnd"/>
            <w:r w:rsidRPr="004543E3">
              <w:rPr>
                <w:szCs w:val="26"/>
              </w:rPr>
              <w:t xml:space="preserve"> </w:t>
            </w:r>
            <w:proofErr w:type="spellStart"/>
            <w:r w:rsidRPr="004543E3">
              <w:rPr>
                <w:szCs w:val="26"/>
              </w:rPr>
              <w:t>chỉnh</w:t>
            </w:r>
            <w:proofErr w:type="spellEnd"/>
            <w:r w:rsidRPr="004543E3">
              <w:rPr>
                <w:szCs w:val="26"/>
              </w:rPr>
              <w:t xml:space="preserve"> </w:t>
            </w:r>
            <w:proofErr w:type="spellStart"/>
            <w:r w:rsidRPr="004543E3">
              <w:rPr>
                <w:szCs w:val="26"/>
              </w:rPr>
              <w:t>yêu</w:t>
            </w:r>
            <w:proofErr w:type="spellEnd"/>
            <w:r w:rsidRPr="004543E3">
              <w:rPr>
                <w:szCs w:val="26"/>
              </w:rPr>
              <w:t xml:space="preserve"> </w:t>
            </w:r>
            <w:proofErr w:type="spellStart"/>
            <w:r w:rsidRPr="004543E3">
              <w:rPr>
                <w:szCs w:val="26"/>
              </w:rPr>
              <w:t>cầu</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chức</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chức</w:t>
            </w:r>
            <w:proofErr w:type="spellEnd"/>
            <w:r w:rsidRPr="004543E3">
              <w:rPr>
                <w:szCs w:val="26"/>
              </w:rPr>
              <w:t xml:space="preserve"> </w:t>
            </w:r>
            <w:proofErr w:type="spellStart"/>
            <w:r w:rsidRPr="004543E3">
              <w:rPr>
                <w:szCs w:val="26"/>
              </w:rPr>
              <w:t>kiểm</w:t>
            </w:r>
            <w:proofErr w:type="spellEnd"/>
            <w:r w:rsidRPr="004543E3">
              <w:rPr>
                <w:szCs w:val="26"/>
              </w:rPr>
              <w:t xml:space="preserve"> </w:t>
            </w:r>
            <w:proofErr w:type="spellStart"/>
            <w:r w:rsidRPr="004543E3">
              <w:rPr>
                <w:szCs w:val="26"/>
              </w:rPr>
              <w:t>soát</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cao</w:t>
            </w:r>
            <w:proofErr w:type="spellEnd"/>
            <w:r w:rsidRPr="004543E3">
              <w:rPr>
                <w:szCs w:val="26"/>
              </w:rPr>
              <w:t xml:space="preserve"> </w:t>
            </w:r>
            <w:proofErr w:type="spellStart"/>
            <w:r w:rsidRPr="004543E3">
              <w:rPr>
                <w:szCs w:val="26"/>
              </w:rPr>
              <w:t>cấp</w:t>
            </w:r>
            <w:proofErr w:type="spellEnd"/>
            <w:r w:rsidRPr="004543E3">
              <w:rPr>
                <w:szCs w:val="26"/>
              </w:rPr>
              <w:t xml:space="preserve"> </w:t>
            </w:r>
            <w:proofErr w:type="spellStart"/>
            <w:r w:rsidRPr="004543E3">
              <w:rPr>
                <w:szCs w:val="26"/>
              </w:rPr>
              <w:t>chất</w:t>
            </w:r>
            <w:proofErr w:type="spellEnd"/>
            <w:r w:rsidRPr="004543E3">
              <w:rPr>
                <w:szCs w:val="26"/>
              </w:rPr>
              <w:t xml:space="preserve"> </w:t>
            </w:r>
            <w:proofErr w:type="spellStart"/>
            <w:r w:rsidRPr="004543E3">
              <w:rPr>
                <w:szCs w:val="26"/>
              </w:rPr>
              <w:t>lượng</w:t>
            </w:r>
            <w:proofErr w:type="spellEnd"/>
            <w:r w:rsidRPr="004543E3">
              <w:rPr>
                <w:szCs w:val="26"/>
              </w:rPr>
              <w:t xml:space="preserve"> </w:t>
            </w:r>
            <w:proofErr w:type="spellStart"/>
            <w:r w:rsidRPr="004543E3">
              <w:rPr>
                <w:szCs w:val="26"/>
              </w:rPr>
              <w:t>sản</w:t>
            </w:r>
            <w:proofErr w:type="spellEnd"/>
            <w:r w:rsidRPr="004543E3">
              <w:rPr>
                <w:szCs w:val="26"/>
              </w:rPr>
              <w:t xml:space="preserve"> </w:t>
            </w:r>
            <w:proofErr w:type="spellStart"/>
            <w:r w:rsidRPr="004543E3">
              <w:rPr>
                <w:szCs w:val="26"/>
              </w:rPr>
              <w:t>phẩm</w:t>
            </w:r>
            <w:proofErr w:type="spellEnd"/>
            <w:r w:rsidRPr="004543E3">
              <w:rPr>
                <w:szCs w:val="26"/>
              </w:rPr>
              <w:t xml:space="preserve">, </w:t>
            </w:r>
            <w:proofErr w:type="spellStart"/>
            <w:r w:rsidRPr="004543E3">
              <w:rPr>
                <w:szCs w:val="26"/>
              </w:rPr>
              <w:t>hàng</w:t>
            </w:r>
            <w:proofErr w:type="spellEnd"/>
            <w:r w:rsidRPr="004543E3">
              <w:rPr>
                <w:szCs w:val="26"/>
              </w:rPr>
              <w:t xml:space="preserve"> </w:t>
            </w:r>
            <w:proofErr w:type="spellStart"/>
            <w:r w:rsidRPr="004543E3">
              <w:rPr>
                <w:szCs w:val="26"/>
              </w:rPr>
              <w:t>hóa</w:t>
            </w:r>
            <w:proofErr w:type="spellEnd"/>
            <w:r w:rsidRPr="004543E3">
              <w:rPr>
                <w:szCs w:val="26"/>
              </w:rPr>
              <w:t xml:space="preserve"> </w:t>
            </w:r>
            <w:proofErr w:type="spellStart"/>
            <w:r w:rsidRPr="004543E3">
              <w:rPr>
                <w:szCs w:val="26"/>
              </w:rPr>
              <w:t>thành</w:t>
            </w:r>
            <w:proofErr w:type="spellEnd"/>
            <w:r w:rsidRPr="004543E3">
              <w:rPr>
                <w:szCs w:val="26"/>
              </w:rPr>
              <w:t xml:space="preserve"> </w:t>
            </w:r>
            <w:r w:rsidRPr="004543E3">
              <w:rPr>
                <w:i/>
                <w:iCs/>
                <w:szCs w:val="26"/>
              </w:rPr>
              <w:t>“</w:t>
            </w:r>
            <w:proofErr w:type="spellStart"/>
            <w:r w:rsidRPr="004543E3">
              <w:rPr>
                <w:i/>
                <w:iCs/>
                <w:szCs w:val="26"/>
              </w:rPr>
              <w:t>chuyên</w:t>
            </w:r>
            <w:proofErr w:type="spellEnd"/>
            <w:r w:rsidRPr="004543E3">
              <w:rPr>
                <w:i/>
                <w:iCs/>
                <w:szCs w:val="26"/>
              </w:rPr>
              <w:t xml:space="preserve"> </w:t>
            </w:r>
            <w:proofErr w:type="spellStart"/>
            <w:r w:rsidRPr="004543E3">
              <w:rPr>
                <w:i/>
                <w:iCs/>
                <w:szCs w:val="26"/>
              </w:rPr>
              <w:t>môn</w:t>
            </w:r>
            <w:proofErr w:type="spellEnd"/>
            <w:r w:rsidRPr="004543E3">
              <w:rPr>
                <w:i/>
                <w:iCs/>
                <w:szCs w:val="26"/>
              </w:rPr>
              <w:t xml:space="preserve"> </w:t>
            </w:r>
            <w:proofErr w:type="spellStart"/>
            <w:r w:rsidRPr="004543E3">
              <w:rPr>
                <w:i/>
                <w:iCs/>
                <w:szCs w:val="26"/>
              </w:rPr>
              <w:t>nghiệp</w:t>
            </w:r>
            <w:proofErr w:type="spellEnd"/>
            <w:r w:rsidRPr="004543E3">
              <w:rPr>
                <w:i/>
                <w:iCs/>
                <w:szCs w:val="26"/>
              </w:rPr>
              <w:t xml:space="preserve"> vụ </w:t>
            </w:r>
            <w:proofErr w:type="spellStart"/>
            <w:r w:rsidRPr="004543E3">
              <w:rPr>
                <w:i/>
                <w:iCs/>
                <w:szCs w:val="26"/>
              </w:rPr>
              <w:t>chuyên</w:t>
            </w:r>
            <w:proofErr w:type="spellEnd"/>
            <w:r w:rsidRPr="004543E3">
              <w:rPr>
                <w:i/>
                <w:iCs/>
                <w:szCs w:val="26"/>
              </w:rPr>
              <w:t xml:space="preserve"> </w:t>
            </w:r>
            <w:proofErr w:type="spellStart"/>
            <w:r w:rsidRPr="004543E3">
              <w:rPr>
                <w:i/>
                <w:iCs/>
                <w:szCs w:val="26"/>
              </w:rPr>
              <w:t>sâu</w:t>
            </w:r>
            <w:proofErr w:type="spellEnd"/>
            <w:r w:rsidRPr="004543E3">
              <w:rPr>
                <w:i/>
                <w:iCs/>
                <w:szCs w:val="26"/>
              </w:rPr>
              <w:t>”</w:t>
            </w:r>
            <w:r w:rsidRPr="004543E3">
              <w:rPr>
                <w:szCs w:val="26"/>
              </w:rPr>
              <w:t xml:space="preserve"> </w:t>
            </w:r>
            <w:proofErr w:type="spellStart"/>
            <w:r w:rsidRPr="004543E3">
              <w:rPr>
                <w:szCs w:val="26"/>
              </w:rPr>
              <w:t>đê</w:t>
            </w:r>
            <w:proofErr w:type="spellEnd"/>
            <w:r w:rsidRPr="004543E3">
              <w:rPr>
                <w:szCs w:val="26"/>
              </w:rPr>
              <w:t xml:space="preserve">̉ </w:t>
            </w:r>
            <w:proofErr w:type="spellStart"/>
            <w:r w:rsidRPr="004543E3">
              <w:rPr>
                <w:szCs w:val="26"/>
              </w:rPr>
              <w:t>phân</w:t>
            </w:r>
            <w:proofErr w:type="spellEnd"/>
            <w:r w:rsidRPr="004543E3">
              <w:rPr>
                <w:szCs w:val="26"/>
              </w:rPr>
              <w:t xml:space="preserve"> </w:t>
            </w:r>
            <w:proofErr w:type="spellStart"/>
            <w:r w:rsidRPr="004543E3">
              <w:rPr>
                <w:szCs w:val="26"/>
              </w:rPr>
              <w:t>định</w:t>
            </w:r>
            <w:proofErr w:type="spellEnd"/>
            <w:r w:rsidRPr="004543E3">
              <w:rPr>
                <w:szCs w:val="26"/>
              </w:rPr>
              <w:t xml:space="preserve"> </w:t>
            </w:r>
            <w:proofErr w:type="spellStart"/>
            <w:r w:rsidRPr="004543E3">
              <w:rPr>
                <w:szCs w:val="26"/>
              </w:rPr>
              <w:t>ro</w:t>
            </w:r>
            <w:proofErr w:type="spellEnd"/>
            <w:r w:rsidRPr="004543E3">
              <w:rPr>
                <w:szCs w:val="26"/>
              </w:rPr>
              <w:t xml:space="preserve">̃ </w:t>
            </w:r>
            <w:proofErr w:type="spellStart"/>
            <w:r w:rsidRPr="004543E3">
              <w:rPr>
                <w:szCs w:val="26"/>
              </w:rPr>
              <w:t>trình</w:t>
            </w:r>
            <w:proofErr w:type="spellEnd"/>
            <w:r w:rsidRPr="004543E3">
              <w:rPr>
                <w:szCs w:val="26"/>
              </w:rPr>
              <w:t xml:space="preserve"> </w:t>
            </w:r>
            <w:proofErr w:type="spellStart"/>
            <w:r w:rsidRPr="004543E3">
              <w:rPr>
                <w:szCs w:val="26"/>
              </w:rPr>
              <w:t>đô</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môn</w:t>
            </w:r>
            <w:proofErr w:type="spellEnd"/>
            <w:r w:rsidRPr="004543E3">
              <w:rPr>
                <w:szCs w:val="26"/>
              </w:rPr>
              <w:t xml:space="preserve"> so </w:t>
            </w:r>
            <w:proofErr w:type="spellStart"/>
            <w:r w:rsidRPr="004543E3">
              <w:rPr>
                <w:szCs w:val="26"/>
              </w:rPr>
              <w:t>với</w:t>
            </w:r>
            <w:proofErr w:type="spellEnd"/>
            <w:r w:rsidRPr="004543E3">
              <w:rPr>
                <w:szCs w:val="26"/>
              </w:rPr>
              <w:t xml:space="preserve"> </w:t>
            </w:r>
            <w:proofErr w:type="spellStart"/>
            <w:r w:rsidRPr="004543E3">
              <w:rPr>
                <w:szCs w:val="26"/>
              </w:rPr>
              <w:t>kiểm</w:t>
            </w:r>
            <w:proofErr w:type="spellEnd"/>
            <w:r w:rsidRPr="004543E3">
              <w:rPr>
                <w:szCs w:val="26"/>
              </w:rPr>
              <w:t xml:space="preserve"> </w:t>
            </w:r>
            <w:proofErr w:type="spellStart"/>
            <w:r w:rsidRPr="004543E3">
              <w:rPr>
                <w:szCs w:val="26"/>
              </w:rPr>
              <w:t>soát</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lastRenderedPageBreak/>
              <w:t>chính</w:t>
            </w:r>
            <w:proofErr w:type="spellEnd"/>
            <w:r w:rsidRPr="004543E3">
              <w:rPr>
                <w:szCs w:val="26"/>
              </w:rPr>
              <w:t xml:space="preserve"> </w:t>
            </w:r>
            <w:proofErr w:type="spellStart"/>
            <w:r w:rsidRPr="004543E3">
              <w:rPr>
                <w:szCs w:val="26"/>
              </w:rPr>
              <w:t>chất</w:t>
            </w:r>
            <w:proofErr w:type="spellEnd"/>
            <w:r w:rsidRPr="004543E3">
              <w:rPr>
                <w:szCs w:val="26"/>
              </w:rPr>
              <w:t xml:space="preserve"> </w:t>
            </w:r>
            <w:proofErr w:type="spellStart"/>
            <w:r w:rsidRPr="004543E3">
              <w:rPr>
                <w:szCs w:val="26"/>
              </w:rPr>
              <w:t>lượng</w:t>
            </w:r>
            <w:proofErr w:type="spellEnd"/>
            <w:r w:rsidRPr="004543E3">
              <w:rPr>
                <w:szCs w:val="26"/>
              </w:rPr>
              <w:t xml:space="preserve"> </w:t>
            </w:r>
            <w:proofErr w:type="spellStart"/>
            <w:r w:rsidRPr="004543E3">
              <w:rPr>
                <w:szCs w:val="26"/>
              </w:rPr>
              <w:t>sản</w:t>
            </w:r>
            <w:proofErr w:type="spellEnd"/>
            <w:r w:rsidRPr="004543E3">
              <w:rPr>
                <w:szCs w:val="26"/>
              </w:rPr>
              <w:t xml:space="preserve"> </w:t>
            </w:r>
            <w:proofErr w:type="spellStart"/>
            <w:r w:rsidRPr="004543E3">
              <w:rPr>
                <w:szCs w:val="26"/>
              </w:rPr>
              <w:t>phẩm</w:t>
            </w:r>
            <w:proofErr w:type="spellEnd"/>
            <w:r w:rsidRPr="004543E3">
              <w:rPr>
                <w:szCs w:val="26"/>
              </w:rPr>
              <w:t xml:space="preserve">, </w:t>
            </w:r>
            <w:proofErr w:type="spellStart"/>
            <w:r w:rsidRPr="004543E3">
              <w:rPr>
                <w:szCs w:val="26"/>
              </w:rPr>
              <w:t>hàng</w:t>
            </w:r>
            <w:proofErr w:type="spellEnd"/>
            <w:r w:rsidRPr="004543E3">
              <w:rPr>
                <w:szCs w:val="26"/>
              </w:rPr>
              <w:t xml:space="preserve"> </w:t>
            </w:r>
            <w:proofErr w:type="spellStart"/>
            <w:r w:rsidRPr="004543E3">
              <w:rPr>
                <w:szCs w:val="26"/>
              </w:rPr>
              <w:t>hóa</w:t>
            </w:r>
            <w:proofErr w:type="spellEnd"/>
            <w:r w:rsidRPr="004543E3">
              <w:rPr>
                <w:szCs w:val="26"/>
              </w:rPr>
              <w:t xml:space="preserve"> </w:t>
            </w:r>
            <w:proofErr w:type="spellStart"/>
            <w:r w:rsidRPr="004543E3">
              <w:rPr>
                <w:szCs w:val="26"/>
              </w:rPr>
              <w:t>va</w:t>
            </w:r>
            <w:proofErr w:type="spellEnd"/>
            <w:r w:rsidRPr="004543E3">
              <w:rPr>
                <w:szCs w:val="26"/>
              </w:rPr>
              <w:t xml:space="preserve">̀ </w:t>
            </w:r>
            <w:proofErr w:type="spellStart"/>
            <w:r w:rsidRPr="004543E3">
              <w:rPr>
                <w:szCs w:val="26"/>
              </w:rPr>
              <w:t>kiểm</w:t>
            </w:r>
            <w:proofErr w:type="spellEnd"/>
            <w:r w:rsidRPr="004543E3">
              <w:rPr>
                <w:szCs w:val="26"/>
              </w:rPr>
              <w:t xml:space="preserve"> </w:t>
            </w:r>
            <w:proofErr w:type="spellStart"/>
            <w:r w:rsidRPr="004543E3">
              <w:rPr>
                <w:szCs w:val="26"/>
              </w:rPr>
              <w:t>soát</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chất</w:t>
            </w:r>
            <w:proofErr w:type="spellEnd"/>
            <w:r w:rsidRPr="004543E3">
              <w:rPr>
                <w:szCs w:val="26"/>
              </w:rPr>
              <w:t xml:space="preserve"> </w:t>
            </w:r>
            <w:proofErr w:type="spellStart"/>
            <w:r w:rsidRPr="004543E3">
              <w:rPr>
                <w:szCs w:val="26"/>
              </w:rPr>
              <w:t>lượng</w:t>
            </w:r>
            <w:proofErr w:type="spellEnd"/>
            <w:r w:rsidRPr="004543E3">
              <w:rPr>
                <w:szCs w:val="26"/>
              </w:rPr>
              <w:t xml:space="preserve"> </w:t>
            </w:r>
            <w:proofErr w:type="spellStart"/>
            <w:r w:rsidRPr="004543E3">
              <w:rPr>
                <w:szCs w:val="26"/>
              </w:rPr>
              <w:t>sản</w:t>
            </w:r>
            <w:proofErr w:type="spellEnd"/>
            <w:r w:rsidRPr="004543E3">
              <w:rPr>
                <w:szCs w:val="26"/>
              </w:rPr>
              <w:t xml:space="preserve"> </w:t>
            </w:r>
            <w:proofErr w:type="spellStart"/>
            <w:r w:rsidRPr="004543E3">
              <w:rPr>
                <w:szCs w:val="26"/>
              </w:rPr>
              <w:t>phẩm</w:t>
            </w:r>
            <w:proofErr w:type="spellEnd"/>
            <w:r w:rsidRPr="004543E3">
              <w:rPr>
                <w:szCs w:val="26"/>
              </w:rPr>
              <w:t xml:space="preserve">, </w:t>
            </w:r>
            <w:proofErr w:type="spellStart"/>
            <w:r w:rsidRPr="004543E3">
              <w:rPr>
                <w:szCs w:val="26"/>
              </w:rPr>
              <w:t>hàng</w:t>
            </w:r>
            <w:proofErr w:type="spellEnd"/>
            <w:r w:rsidRPr="004543E3">
              <w:rPr>
                <w:szCs w:val="26"/>
              </w:rPr>
              <w:t xml:space="preserve"> </w:t>
            </w:r>
            <w:proofErr w:type="spellStart"/>
            <w:r w:rsidRPr="004543E3">
              <w:rPr>
                <w:szCs w:val="26"/>
              </w:rPr>
              <w:t>hóa</w:t>
            </w:r>
            <w:proofErr w:type="spellEnd"/>
          </w:p>
        </w:tc>
      </w:tr>
      <w:tr w:rsidR="00855AF9" w:rsidRPr="004543E3" w14:paraId="12BB38A8" w14:textId="77777777" w:rsidTr="00FF0027">
        <w:tc>
          <w:tcPr>
            <w:tcW w:w="1098" w:type="dxa"/>
          </w:tcPr>
          <w:p w14:paraId="2932DD8F" w14:textId="77777777" w:rsidR="00855AF9" w:rsidRPr="004543E3" w:rsidRDefault="00855AF9" w:rsidP="00855AF9">
            <w:pPr>
              <w:jc w:val="both"/>
            </w:pPr>
          </w:p>
        </w:tc>
        <w:tc>
          <w:tcPr>
            <w:tcW w:w="5113" w:type="dxa"/>
          </w:tcPr>
          <w:p w14:paraId="488902EC" w14:textId="77777777" w:rsidR="00855AF9" w:rsidRPr="004543E3" w:rsidRDefault="00855AF9" w:rsidP="00855AF9">
            <w:pPr>
              <w:spacing w:after="0" w:line="340" w:lineRule="exact"/>
              <w:ind w:firstLine="709"/>
              <w:jc w:val="both"/>
              <w:rPr>
                <w:b/>
                <w:bCs/>
                <w:szCs w:val="26"/>
              </w:rPr>
            </w:pPr>
            <w:r w:rsidRPr="004543E3">
              <w:rPr>
                <w:b/>
                <w:bCs/>
                <w:szCs w:val="26"/>
              </w:rPr>
              <w:t>3.</w:t>
            </w:r>
            <w:r w:rsidRPr="004543E3">
              <w:rPr>
                <w:szCs w:val="26"/>
              </w:rPr>
              <w:t xml:space="preserve"> </w:t>
            </w:r>
            <w:proofErr w:type="spellStart"/>
            <w:r w:rsidRPr="004543E3">
              <w:rPr>
                <w:b/>
                <w:bCs/>
                <w:szCs w:val="26"/>
              </w:rPr>
              <w:t>Tiêu</w:t>
            </w:r>
            <w:proofErr w:type="spellEnd"/>
            <w:r w:rsidRPr="004543E3">
              <w:rPr>
                <w:b/>
                <w:bCs/>
                <w:szCs w:val="26"/>
              </w:rPr>
              <w:t xml:space="preserve"> </w:t>
            </w:r>
            <w:proofErr w:type="spellStart"/>
            <w:r w:rsidRPr="004543E3">
              <w:rPr>
                <w:b/>
                <w:bCs/>
                <w:szCs w:val="26"/>
              </w:rPr>
              <w:t>chuẩn</w:t>
            </w:r>
            <w:proofErr w:type="spellEnd"/>
            <w:r w:rsidRPr="004543E3">
              <w:rPr>
                <w:b/>
                <w:bCs/>
                <w:szCs w:val="26"/>
              </w:rPr>
              <w:t xml:space="preserve"> </w:t>
            </w:r>
            <w:proofErr w:type="spellStart"/>
            <w:r w:rsidRPr="004543E3">
              <w:rPr>
                <w:b/>
                <w:bCs/>
                <w:szCs w:val="26"/>
              </w:rPr>
              <w:t>về</w:t>
            </w:r>
            <w:proofErr w:type="spellEnd"/>
            <w:r w:rsidRPr="004543E3">
              <w:rPr>
                <w:b/>
                <w:bCs/>
                <w:szCs w:val="26"/>
              </w:rPr>
              <w:t xml:space="preserve"> </w:t>
            </w:r>
            <w:proofErr w:type="spellStart"/>
            <w:r w:rsidRPr="004543E3">
              <w:rPr>
                <w:b/>
                <w:bCs/>
                <w:szCs w:val="26"/>
              </w:rPr>
              <w:t>trình</w:t>
            </w:r>
            <w:proofErr w:type="spellEnd"/>
            <w:r w:rsidRPr="004543E3">
              <w:rPr>
                <w:b/>
                <w:bCs/>
                <w:szCs w:val="26"/>
              </w:rPr>
              <w:t xml:space="preserve"> </w:t>
            </w:r>
            <w:proofErr w:type="spellStart"/>
            <w:r w:rsidRPr="004543E3">
              <w:rPr>
                <w:b/>
                <w:bCs/>
                <w:szCs w:val="26"/>
              </w:rPr>
              <w:t>độ</w:t>
            </w:r>
            <w:proofErr w:type="spellEnd"/>
            <w:r w:rsidRPr="004543E3">
              <w:rPr>
                <w:b/>
                <w:bCs/>
                <w:szCs w:val="26"/>
              </w:rPr>
              <w:t xml:space="preserve"> </w:t>
            </w:r>
            <w:proofErr w:type="spellStart"/>
            <w:r w:rsidRPr="004543E3">
              <w:rPr>
                <w:b/>
                <w:bCs/>
                <w:szCs w:val="26"/>
              </w:rPr>
              <w:t>đào</w:t>
            </w:r>
            <w:proofErr w:type="spellEnd"/>
            <w:r w:rsidRPr="004543E3">
              <w:rPr>
                <w:b/>
                <w:bCs/>
                <w:szCs w:val="26"/>
              </w:rPr>
              <w:t xml:space="preserve"> </w:t>
            </w:r>
            <w:proofErr w:type="spellStart"/>
            <w:r w:rsidRPr="004543E3">
              <w:rPr>
                <w:b/>
                <w:bCs/>
                <w:szCs w:val="26"/>
              </w:rPr>
              <w:t>tạo</w:t>
            </w:r>
            <w:proofErr w:type="spellEnd"/>
            <w:r w:rsidRPr="004543E3">
              <w:rPr>
                <w:b/>
                <w:bCs/>
                <w:szCs w:val="26"/>
              </w:rPr>
              <w:t xml:space="preserve">, </w:t>
            </w:r>
            <w:proofErr w:type="spellStart"/>
            <w:r w:rsidRPr="004543E3">
              <w:rPr>
                <w:b/>
                <w:bCs/>
                <w:szCs w:val="26"/>
              </w:rPr>
              <w:t>bồi</w:t>
            </w:r>
            <w:proofErr w:type="spellEnd"/>
            <w:r w:rsidRPr="004543E3">
              <w:rPr>
                <w:b/>
                <w:bCs/>
                <w:szCs w:val="26"/>
              </w:rPr>
              <w:t xml:space="preserve"> </w:t>
            </w:r>
            <w:proofErr w:type="spellStart"/>
            <w:r w:rsidRPr="004543E3">
              <w:rPr>
                <w:b/>
                <w:bCs/>
                <w:szCs w:val="26"/>
              </w:rPr>
              <w:t>dưỡng</w:t>
            </w:r>
            <w:proofErr w:type="spellEnd"/>
            <w:r w:rsidRPr="004543E3">
              <w:rPr>
                <w:b/>
                <w:bCs/>
                <w:szCs w:val="26"/>
              </w:rPr>
              <w:t>:</w:t>
            </w:r>
          </w:p>
          <w:p w14:paraId="4B41F7F1" w14:textId="77777777" w:rsidR="00855AF9" w:rsidRPr="004543E3" w:rsidRDefault="00855AF9" w:rsidP="00855AF9">
            <w:pPr>
              <w:spacing w:after="0" w:line="340" w:lineRule="exact"/>
              <w:ind w:firstLine="709"/>
              <w:jc w:val="both"/>
              <w:rPr>
                <w:szCs w:val="26"/>
              </w:rPr>
            </w:pPr>
            <w:r w:rsidRPr="004543E3">
              <w:rPr>
                <w:szCs w:val="26"/>
              </w:rPr>
              <w:t xml:space="preserve">a) </w:t>
            </w:r>
            <w:proofErr w:type="spellStart"/>
            <w:r w:rsidRPr="004543E3">
              <w:rPr>
                <w:szCs w:val="26"/>
              </w:rPr>
              <w:t>Có</w:t>
            </w:r>
            <w:proofErr w:type="spellEnd"/>
            <w:r w:rsidRPr="004543E3">
              <w:rPr>
                <w:szCs w:val="26"/>
              </w:rPr>
              <w:t xml:space="preserve"> </w:t>
            </w:r>
            <w:proofErr w:type="spellStart"/>
            <w:r w:rsidRPr="004543E3">
              <w:rPr>
                <w:szCs w:val="26"/>
              </w:rPr>
              <w:t>bằng</w:t>
            </w:r>
            <w:proofErr w:type="spellEnd"/>
            <w:r w:rsidRPr="004543E3">
              <w:rPr>
                <w:szCs w:val="26"/>
              </w:rPr>
              <w:t xml:space="preserve"> </w:t>
            </w:r>
            <w:proofErr w:type="spellStart"/>
            <w:r w:rsidRPr="004543E3">
              <w:rPr>
                <w:szCs w:val="26"/>
              </w:rPr>
              <w:t>tốt</w:t>
            </w:r>
            <w:proofErr w:type="spellEnd"/>
            <w:r w:rsidRPr="004543E3">
              <w:rPr>
                <w:szCs w:val="26"/>
              </w:rPr>
              <w:t xml:space="preserve"> </w:t>
            </w:r>
            <w:proofErr w:type="spellStart"/>
            <w:r w:rsidRPr="004543E3">
              <w:rPr>
                <w:szCs w:val="26"/>
              </w:rPr>
              <w:t>nghiệp</w:t>
            </w:r>
            <w:proofErr w:type="spellEnd"/>
            <w:r w:rsidRPr="004543E3">
              <w:rPr>
                <w:szCs w:val="26"/>
              </w:rPr>
              <w:t xml:space="preserve"> </w:t>
            </w:r>
            <w:proofErr w:type="spellStart"/>
            <w:r w:rsidRPr="004543E3">
              <w:rPr>
                <w:szCs w:val="26"/>
              </w:rPr>
              <w:t>đại</w:t>
            </w:r>
            <w:proofErr w:type="spellEnd"/>
            <w:r w:rsidRPr="004543E3">
              <w:rPr>
                <w:szCs w:val="26"/>
              </w:rPr>
              <w:t xml:space="preserve"> </w:t>
            </w:r>
            <w:proofErr w:type="spellStart"/>
            <w:r w:rsidRPr="004543E3">
              <w:rPr>
                <w:szCs w:val="26"/>
              </w:rPr>
              <w:t>học</w:t>
            </w:r>
            <w:proofErr w:type="spellEnd"/>
            <w:r w:rsidRPr="004543E3">
              <w:rPr>
                <w:szCs w:val="26"/>
              </w:rPr>
              <w:t xml:space="preserve"> </w:t>
            </w:r>
            <w:proofErr w:type="spellStart"/>
            <w:r w:rsidRPr="004543E3">
              <w:rPr>
                <w:szCs w:val="26"/>
              </w:rPr>
              <w:t>trở</w:t>
            </w:r>
            <w:proofErr w:type="spellEnd"/>
            <w:r w:rsidRPr="004543E3">
              <w:rPr>
                <w:szCs w:val="26"/>
              </w:rPr>
              <w:t xml:space="preserve"> </w:t>
            </w:r>
            <w:proofErr w:type="spellStart"/>
            <w:r w:rsidRPr="004543E3">
              <w:rPr>
                <w:szCs w:val="26"/>
              </w:rPr>
              <w:t>lên</w:t>
            </w:r>
            <w:proofErr w:type="spellEnd"/>
            <w:r w:rsidRPr="004543E3">
              <w:rPr>
                <w:szCs w:val="26"/>
              </w:rPr>
              <w:t xml:space="preserve"> </w:t>
            </w:r>
            <w:proofErr w:type="spellStart"/>
            <w:r w:rsidRPr="004543E3">
              <w:rPr>
                <w:szCs w:val="26"/>
              </w:rPr>
              <w:t>với</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ngành</w:t>
            </w:r>
            <w:proofErr w:type="spellEnd"/>
            <w:r w:rsidRPr="004543E3">
              <w:rPr>
                <w:szCs w:val="26"/>
              </w:rPr>
              <w:t xml:space="preserve"> </w:t>
            </w:r>
            <w:proofErr w:type="spellStart"/>
            <w:r w:rsidRPr="004543E3">
              <w:rPr>
                <w:szCs w:val="26"/>
              </w:rPr>
              <w:t>đào</w:t>
            </w:r>
            <w:proofErr w:type="spellEnd"/>
            <w:r w:rsidRPr="004543E3">
              <w:rPr>
                <w:szCs w:val="26"/>
              </w:rPr>
              <w:t xml:space="preserve"> </w:t>
            </w:r>
            <w:proofErr w:type="spellStart"/>
            <w:r w:rsidRPr="004543E3">
              <w:rPr>
                <w:szCs w:val="26"/>
              </w:rPr>
              <w:t>tạo</w:t>
            </w:r>
            <w:proofErr w:type="spellEnd"/>
            <w:r w:rsidRPr="004543E3">
              <w:rPr>
                <w:szCs w:val="26"/>
              </w:rPr>
              <w:t xml:space="preserve"> </w:t>
            </w:r>
            <w:proofErr w:type="spellStart"/>
            <w:r w:rsidRPr="004543E3">
              <w:rPr>
                <w:szCs w:val="26"/>
              </w:rPr>
              <w:t>phù</w:t>
            </w:r>
            <w:proofErr w:type="spellEnd"/>
            <w:r w:rsidRPr="004543E3">
              <w:rPr>
                <w:szCs w:val="26"/>
              </w:rPr>
              <w:t xml:space="preserve"> </w:t>
            </w:r>
            <w:proofErr w:type="spellStart"/>
            <w:r w:rsidRPr="004543E3">
              <w:rPr>
                <w:szCs w:val="26"/>
              </w:rPr>
              <w:t>hợp</w:t>
            </w:r>
            <w:proofErr w:type="spellEnd"/>
            <w:r w:rsidRPr="004543E3">
              <w:rPr>
                <w:szCs w:val="26"/>
              </w:rPr>
              <w:t xml:space="preserve"> </w:t>
            </w:r>
            <w:proofErr w:type="spellStart"/>
            <w:r w:rsidRPr="004543E3">
              <w:rPr>
                <w:szCs w:val="26"/>
              </w:rPr>
              <w:t>với</w:t>
            </w:r>
            <w:proofErr w:type="spellEnd"/>
            <w:r w:rsidRPr="004543E3">
              <w:rPr>
                <w:szCs w:val="26"/>
              </w:rPr>
              <w:t xml:space="preserve"> </w:t>
            </w:r>
            <w:proofErr w:type="spellStart"/>
            <w:r w:rsidRPr="004543E3">
              <w:rPr>
                <w:szCs w:val="26"/>
              </w:rPr>
              <w:t>lĩnh</w:t>
            </w:r>
            <w:proofErr w:type="spellEnd"/>
            <w:r w:rsidRPr="004543E3">
              <w:rPr>
                <w:szCs w:val="26"/>
              </w:rPr>
              <w:t xml:space="preserve"> </w:t>
            </w:r>
            <w:proofErr w:type="spellStart"/>
            <w:r w:rsidRPr="004543E3">
              <w:rPr>
                <w:szCs w:val="26"/>
              </w:rPr>
              <w:t>vực</w:t>
            </w:r>
            <w:proofErr w:type="spellEnd"/>
            <w:r w:rsidRPr="004543E3">
              <w:rPr>
                <w:szCs w:val="26"/>
              </w:rPr>
              <w:t xml:space="preserve"> </w:t>
            </w:r>
            <w:proofErr w:type="spellStart"/>
            <w:r w:rsidRPr="004543E3">
              <w:rPr>
                <w:szCs w:val="26"/>
              </w:rPr>
              <w:t>quản</w:t>
            </w:r>
            <w:proofErr w:type="spellEnd"/>
            <w:r w:rsidRPr="004543E3">
              <w:rPr>
                <w:szCs w:val="26"/>
              </w:rPr>
              <w:t xml:space="preserve"> </w:t>
            </w:r>
            <w:proofErr w:type="spellStart"/>
            <w:r w:rsidRPr="004543E3">
              <w:rPr>
                <w:szCs w:val="26"/>
              </w:rPr>
              <w:t>lý</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tra</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w:t>
            </w:r>
          </w:p>
          <w:p w14:paraId="3CD1BB15" w14:textId="77777777" w:rsidR="00855AF9" w:rsidRPr="004543E3" w:rsidRDefault="00855AF9" w:rsidP="00855AF9">
            <w:pPr>
              <w:spacing w:after="0" w:line="340" w:lineRule="exact"/>
              <w:ind w:firstLine="709"/>
              <w:jc w:val="both"/>
              <w:rPr>
                <w:szCs w:val="26"/>
              </w:rPr>
            </w:pPr>
            <w:r w:rsidRPr="004543E3">
              <w:rPr>
                <w:szCs w:val="26"/>
              </w:rPr>
              <w:t xml:space="preserve">b) </w:t>
            </w:r>
            <w:proofErr w:type="spellStart"/>
            <w:r w:rsidRPr="004543E3">
              <w:rPr>
                <w:szCs w:val="26"/>
              </w:rPr>
              <w:t>Có</w:t>
            </w:r>
            <w:proofErr w:type="spellEnd"/>
            <w:r w:rsidRPr="004543E3">
              <w:rPr>
                <w:szCs w:val="26"/>
              </w:rPr>
              <w:t xml:space="preserve"> </w:t>
            </w:r>
            <w:proofErr w:type="spellStart"/>
            <w:r w:rsidRPr="004543E3">
              <w:rPr>
                <w:szCs w:val="26"/>
              </w:rPr>
              <w:t>chứng</w:t>
            </w:r>
            <w:proofErr w:type="spellEnd"/>
            <w:r w:rsidRPr="004543E3">
              <w:rPr>
                <w:szCs w:val="26"/>
              </w:rPr>
              <w:t xml:space="preserve"> </w:t>
            </w:r>
            <w:proofErr w:type="spellStart"/>
            <w:r w:rsidRPr="004543E3">
              <w:rPr>
                <w:szCs w:val="26"/>
              </w:rPr>
              <w:t>chỉ</w:t>
            </w:r>
            <w:proofErr w:type="spellEnd"/>
            <w:r w:rsidRPr="004543E3">
              <w:rPr>
                <w:szCs w:val="26"/>
              </w:rPr>
              <w:t xml:space="preserve"> </w:t>
            </w:r>
            <w:proofErr w:type="spellStart"/>
            <w:r w:rsidRPr="004543E3">
              <w:rPr>
                <w:szCs w:val="26"/>
              </w:rPr>
              <w:t>bồi</w:t>
            </w:r>
            <w:proofErr w:type="spellEnd"/>
            <w:r w:rsidRPr="004543E3">
              <w:rPr>
                <w:szCs w:val="26"/>
              </w:rPr>
              <w:t xml:space="preserve"> </w:t>
            </w:r>
            <w:proofErr w:type="spellStart"/>
            <w:r w:rsidRPr="004543E3">
              <w:rPr>
                <w:szCs w:val="26"/>
              </w:rPr>
              <w:t>dưỡng</w:t>
            </w:r>
            <w:proofErr w:type="spellEnd"/>
            <w:r w:rsidRPr="004543E3">
              <w:rPr>
                <w:szCs w:val="26"/>
              </w:rPr>
              <w:t xml:space="preserve"> </w:t>
            </w:r>
            <w:proofErr w:type="spellStart"/>
            <w:r w:rsidRPr="004543E3">
              <w:rPr>
                <w:szCs w:val="26"/>
              </w:rPr>
              <w:t>nghiệp</w:t>
            </w:r>
            <w:proofErr w:type="spellEnd"/>
            <w:r w:rsidRPr="004543E3">
              <w:rPr>
                <w:szCs w:val="26"/>
              </w:rPr>
              <w:t xml:space="preserve"> </w:t>
            </w:r>
            <w:proofErr w:type="spellStart"/>
            <w:r w:rsidRPr="004543E3">
              <w:rPr>
                <w:szCs w:val="26"/>
              </w:rPr>
              <w:t>vụ</w:t>
            </w:r>
            <w:proofErr w:type="spellEnd"/>
            <w:r w:rsidRPr="004543E3">
              <w:rPr>
                <w:szCs w:val="26"/>
              </w:rPr>
              <w:t xml:space="preserve"> </w:t>
            </w:r>
            <w:proofErr w:type="spellStart"/>
            <w:r w:rsidRPr="004543E3">
              <w:rPr>
                <w:szCs w:val="26"/>
              </w:rPr>
              <w:t>ngạch</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soát</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 xml:space="preserve">. </w:t>
            </w:r>
          </w:p>
          <w:p w14:paraId="1F6A8E3E" w14:textId="59062DE6" w:rsidR="00855AF9" w:rsidRPr="004543E3" w:rsidRDefault="00855AF9" w:rsidP="006A607E">
            <w:pPr>
              <w:spacing w:after="0" w:line="340" w:lineRule="exact"/>
              <w:ind w:firstLine="709"/>
              <w:jc w:val="both"/>
              <w:rPr>
                <w:i/>
                <w:iCs/>
                <w:sz w:val="28"/>
                <w:szCs w:val="28"/>
                <w:lang w:val="de-DE"/>
              </w:rPr>
            </w:pPr>
            <w:r w:rsidRPr="004543E3">
              <w:rPr>
                <w:szCs w:val="26"/>
              </w:rPr>
              <w:t xml:space="preserve">c) </w:t>
            </w:r>
            <w:proofErr w:type="spellStart"/>
            <w:r w:rsidRPr="004543E3">
              <w:rPr>
                <w:szCs w:val="26"/>
              </w:rPr>
              <w:t>Có</w:t>
            </w:r>
            <w:proofErr w:type="spellEnd"/>
            <w:r w:rsidRPr="004543E3">
              <w:rPr>
                <w:szCs w:val="26"/>
              </w:rPr>
              <w:t xml:space="preserve"> </w:t>
            </w:r>
            <w:proofErr w:type="spellStart"/>
            <w:r w:rsidRPr="004543E3">
              <w:rPr>
                <w:szCs w:val="26"/>
              </w:rPr>
              <w:t>bằng</w:t>
            </w:r>
            <w:proofErr w:type="spellEnd"/>
            <w:r w:rsidRPr="004543E3">
              <w:rPr>
                <w:szCs w:val="26"/>
              </w:rPr>
              <w:t xml:space="preserve"> </w:t>
            </w:r>
            <w:proofErr w:type="spellStart"/>
            <w:r w:rsidRPr="004543E3">
              <w:rPr>
                <w:szCs w:val="26"/>
              </w:rPr>
              <w:t>tốt</w:t>
            </w:r>
            <w:proofErr w:type="spellEnd"/>
            <w:r w:rsidRPr="004543E3">
              <w:rPr>
                <w:szCs w:val="26"/>
              </w:rPr>
              <w:t xml:space="preserve"> </w:t>
            </w:r>
            <w:proofErr w:type="spellStart"/>
            <w:r w:rsidRPr="004543E3">
              <w:rPr>
                <w:szCs w:val="26"/>
              </w:rPr>
              <w:t>nghiệp</w:t>
            </w:r>
            <w:proofErr w:type="spellEnd"/>
            <w:r w:rsidRPr="004543E3">
              <w:rPr>
                <w:szCs w:val="26"/>
              </w:rPr>
              <w:t xml:space="preserve"> </w:t>
            </w:r>
            <w:proofErr w:type="spellStart"/>
            <w:r w:rsidRPr="004543E3">
              <w:rPr>
                <w:szCs w:val="26"/>
              </w:rPr>
              <w:t>cử</w:t>
            </w:r>
            <w:proofErr w:type="spellEnd"/>
            <w:r w:rsidRPr="004543E3">
              <w:rPr>
                <w:szCs w:val="26"/>
              </w:rPr>
              <w:t xml:space="preserve"> </w:t>
            </w:r>
            <w:proofErr w:type="spellStart"/>
            <w:r w:rsidRPr="004543E3">
              <w:rPr>
                <w:szCs w:val="26"/>
              </w:rPr>
              <w:t>nhân</w:t>
            </w:r>
            <w:proofErr w:type="spellEnd"/>
            <w:r w:rsidRPr="004543E3">
              <w:rPr>
                <w:szCs w:val="26"/>
              </w:rPr>
              <w:t xml:space="preserve"> </w:t>
            </w:r>
            <w:proofErr w:type="spellStart"/>
            <w:r w:rsidRPr="004543E3">
              <w:rPr>
                <w:szCs w:val="26"/>
              </w:rPr>
              <w:t>chính</w:t>
            </w:r>
            <w:proofErr w:type="spellEnd"/>
            <w:r w:rsidRPr="004543E3">
              <w:rPr>
                <w:szCs w:val="26"/>
              </w:rPr>
              <w:t xml:space="preserve"> </w:t>
            </w:r>
            <w:proofErr w:type="spellStart"/>
            <w:r w:rsidRPr="004543E3">
              <w:rPr>
                <w:szCs w:val="26"/>
              </w:rPr>
              <w:t>trị</w:t>
            </w:r>
            <w:proofErr w:type="spellEnd"/>
            <w:r w:rsidRPr="004543E3">
              <w:rPr>
                <w:szCs w:val="26"/>
              </w:rPr>
              <w:t xml:space="preserve"> </w:t>
            </w:r>
            <w:proofErr w:type="spellStart"/>
            <w:r w:rsidRPr="004543E3">
              <w:rPr>
                <w:szCs w:val="26"/>
              </w:rPr>
              <w:t>hoặc</w:t>
            </w:r>
            <w:proofErr w:type="spellEnd"/>
            <w:r w:rsidRPr="004543E3">
              <w:rPr>
                <w:szCs w:val="26"/>
              </w:rPr>
              <w:t xml:space="preserve"> </w:t>
            </w:r>
            <w:proofErr w:type="spellStart"/>
            <w:r w:rsidRPr="004543E3">
              <w:rPr>
                <w:szCs w:val="26"/>
              </w:rPr>
              <w:t>cao</w:t>
            </w:r>
            <w:proofErr w:type="spellEnd"/>
            <w:r w:rsidRPr="004543E3">
              <w:rPr>
                <w:szCs w:val="26"/>
              </w:rPr>
              <w:t xml:space="preserve"> </w:t>
            </w:r>
            <w:proofErr w:type="spellStart"/>
            <w:r w:rsidRPr="004543E3">
              <w:rPr>
                <w:szCs w:val="26"/>
              </w:rPr>
              <w:t>cấp</w:t>
            </w:r>
            <w:proofErr w:type="spellEnd"/>
            <w:r w:rsidRPr="004543E3">
              <w:rPr>
                <w:szCs w:val="26"/>
              </w:rPr>
              <w:t xml:space="preserve"> </w:t>
            </w:r>
            <w:proofErr w:type="spellStart"/>
            <w:r w:rsidRPr="004543E3">
              <w:rPr>
                <w:szCs w:val="26"/>
              </w:rPr>
              <w:t>lý</w:t>
            </w:r>
            <w:proofErr w:type="spellEnd"/>
            <w:r w:rsidRPr="004543E3">
              <w:rPr>
                <w:szCs w:val="26"/>
              </w:rPr>
              <w:t xml:space="preserve"> </w:t>
            </w:r>
            <w:proofErr w:type="spellStart"/>
            <w:r w:rsidRPr="004543E3">
              <w:rPr>
                <w:szCs w:val="26"/>
              </w:rPr>
              <w:t>luận</w:t>
            </w:r>
            <w:proofErr w:type="spellEnd"/>
            <w:r w:rsidRPr="004543E3">
              <w:rPr>
                <w:szCs w:val="26"/>
              </w:rPr>
              <w:t xml:space="preserve"> </w:t>
            </w:r>
            <w:proofErr w:type="spellStart"/>
            <w:r w:rsidRPr="004543E3">
              <w:rPr>
                <w:szCs w:val="26"/>
              </w:rPr>
              <w:t>chính</w:t>
            </w:r>
            <w:proofErr w:type="spellEnd"/>
            <w:r w:rsidRPr="004543E3">
              <w:rPr>
                <w:szCs w:val="26"/>
              </w:rPr>
              <w:t xml:space="preserve"> </w:t>
            </w:r>
            <w:proofErr w:type="spellStart"/>
            <w:r w:rsidRPr="004543E3">
              <w:rPr>
                <w:szCs w:val="26"/>
              </w:rPr>
              <w:t>trị</w:t>
            </w:r>
            <w:proofErr w:type="spellEnd"/>
            <w:r w:rsidRPr="004543E3">
              <w:rPr>
                <w:szCs w:val="26"/>
              </w:rPr>
              <w:t xml:space="preserve"> </w:t>
            </w:r>
            <w:proofErr w:type="spellStart"/>
            <w:r w:rsidRPr="004543E3">
              <w:rPr>
                <w:szCs w:val="26"/>
              </w:rPr>
              <w:t>hoặc</w:t>
            </w:r>
            <w:proofErr w:type="spellEnd"/>
            <w:r w:rsidRPr="004543E3">
              <w:rPr>
                <w:szCs w:val="26"/>
              </w:rPr>
              <w:t xml:space="preserve"> </w:t>
            </w:r>
            <w:proofErr w:type="spellStart"/>
            <w:r w:rsidRPr="004543E3">
              <w:rPr>
                <w:szCs w:val="26"/>
              </w:rPr>
              <w:t>cao</w:t>
            </w:r>
            <w:proofErr w:type="spellEnd"/>
            <w:r w:rsidRPr="004543E3">
              <w:rPr>
                <w:szCs w:val="26"/>
              </w:rPr>
              <w:t xml:space="preserve"> </w:t>
            </w:r>
            <w:proofErr w:type="spellStart"/>
            <w:r w:rsidRPr="004543E3">
              <w:rPr>
                <w:szCs w:val="26"/>
              </w:rPr>
              <w:t>cấp</w:t>
            </w:r>
            <w:proofErr w:type="spellEnd"/>
            <w:r w:rsidRPr="004543E3">
              <w:rPr>
                <w:szCs w:val="26"/>
              </w:rPr>
              <w:t xml:space="preserve"> </w:t>
            </w:r>
            <w:proofErr w:type="spellStart"/>
            <w:r w:rsidRPr="004543E3">
              <w:rPr>
                <w:szCs w:val="26"/>
              </w:rPr>
              <w:t>lý</w:t>
            </w:r>
            <w:proofErr w:type="spellEnd"/>
            <w:r w:rsidRPr="004543E3">
              <w:rPr>
                <w:szCs w:val="26"/>
              </w:rPr>
              <w:t xml:space="preserve"> </w:t>
            </w:r>
            <w:proofErr w:type="spellStart"/>
            <w:r w:rsidRPr="004543E3">
              <w:rPr>
                <w:szCs w:val="26"/>
              </w:rPr>
              <w:t>luận</w:t>
            </w:r>
            <w:proofErr w:type="spellEnd"/>
            <w:r w:rsidRPr="004543E3">
              <w:rPr>
                <w:szCs w:val="26"/>
              </w:rPr>
              <w:t xml:space="preserve"> </w:t>
            </w:r>
            <w:proofErr w:type="spellStart"/>
            <w:r w:rsidRPr="004543E3">
              <w:rPr>
                <w:szCs w:val="26"/>
              </w:rPr>
              <w:t>chính</w:t>
            </w:r>
            <w:proofErr w:type="spellEnd"/>
            <w:r w:rsidRPr="004543E3">
              <w:rPr>
                <w:szCs w:val="26"/>
              </w:rPr>
              <w:t xml:space="preserve"> </w:t>
            </w:r>
            <w:proofErr w:type="spellStart"/>
            <w:r w:rsidRPr="004543E3">
              <w:rPr>
                <w:szCs w:val="26"/>
              </w:rPr>
              <w:t>trị</w:t>
            </w:r>
            <w:proofErr w:type="spellEnd"/>
            <w:r w:rsidRPr="004543E3">
              <w:rPr>
                <w:szCs w:val="26"/>
              </w:rPr>
              <w:t xml:space="preserve"> - </w:t>
            </w:r>
            <w:proofErr w:type="spellStart"/>
            <w:r w:rsidRPr="004543E3">
              <w:rPr>
                <w:szCs w:val="26"/>
              </w:rPr>
              <w:t>hành</w:t>
            </w:r>
            <w:proofErr w:type="spellEnd"/>
            <w:r w:rsidRPr="004543E3">
              <w:rPr>
                <w:szCs w:val="26"/>
              </w:rPr>
              <w:t xml:space="preserve"> </w:t>
            </w:r>
            <w:proofErr w:type="spellStart"/>
            <w:r w:rsidRPr="004543E3">
              <w:rPr>
                <w:szCs w:val="26"/>
              </w:rPr>
              <w:t>chính</w:t>
            </w:r>
            <w:proofErr w:type="spellEnd"/>
            <w:r w:rsidRPr="004543E3">
              <w:rPr>
                <w:szCs w:val="26"/>
              </w:rPr>
              <w:t xml:space="preserve"> </w:t>
            </w:r>
            <w:proofErr w:type="spellStart"/>
            <w:r w:rsidRPr="004543E3">
              <w:rPr>
                <w:szCs w:val="26"/>
              </w:rPr>
              <w:t>hoặc</w:t>
            </w:r>
            <w:proofErr w:type="spellEnd"/>
            <w:r w:rsidRPr="004543E3">
              <w:rPr>
                <w:szCs w:val="26"/>
              </w:rPr>
              <w:t xml:space="preserve"> </w:t>
            </w:r>
            <w:proofErr w:type="spellStart"/>
            <w:r w:rsidRPr="004543E3">
              <w:rPr>
                <w:szCs w:val="26"/>
              </w:rPr>
              <w:t>có</w:t>
            </w:r>
            <w:proofErr w:type="spellEnd"/>
            <w:r w:rsidRPr="004543E3">
              <w:rPr>
                <w:szCs w:val="26"/>
              </w:rPr>
              <w:t xml:space="preserve"> </w:t>
            </w:r>
            <w:proofErr w:type="spellStart"/>
            <w:r w:rsidRPr="004543E3">
              <w:rPr>
                <w:szCs w:val="26"/>
              </w:rPr>
              <w:t>giấy</w:t>
            </w:r>
            <w:proofErr w:type="spellEnd"/>
            <w:r w:rsidRPr="004543E3">
              <w:rPr>
                <w:szCs w:val="26"/>
              </w:rPr>
              <w:t xml:space="preserve"> </w:t>
            </w:r>
            <w:proofErr w:type="spellStart"/>
            <w:r w:rsidRPr="004543E3">
              <w:rPr>
                <w:szCs w:val="26"/>
              </w:rPr>
              <w:t>xác</w:t>
            </w:r>
            <w:proofErr w:type="spellEnd"/>
            <w:r w:rsidRPr="004543E3">
              <w:rPr>
                <w:szCs w:val="26"/>
              </w:rPr>
              <w:t xml:space="preserve"> </w:t>
            </w:r>
            <w:proofErr w:type="spellStart"/>
            <w:r w:rsidRPr="004543E3">
              <w:rPr>
                <w:szCs w:val="26"/>
              </w:rPr>
              <w:t>nhận</w:t>
            </w:r>
            <w:proofErr w:type="spellEnd"/>
            <w:r w:rsidRPr="004543E3">
              <w:rPr>
                <w:szCs w:val="26"/>
              </w:rPr>
              <w:t xml:space="preserve"> </w:t>
            </w:r>
            <w:proofErr w:type="spellStart"/>
            <w:r w:rsidRPr="004543E3">
              <w:rPr>
                <w:szCs w:val="26"/>
              </w:rPr>
              <w:t>tương</w:t>
            </w:r>
            <w:proofErr w:type="spellEnd"/>
            <w:r w:rsidRPr="004543E3">
              <w:rPr>
                <w:szCs w:val="26"/>
              </w:rPr>
              <w:t xml:space="preserve"> </w:t>
            </w:r>
            <w:proofErr w:type="spellStart"/>
            <w:r w:rsidRPr="004543E3">
              <w:rPr>
                <w:szCs w:val="26"/>
              </w:rPr>
              <w:t>đương</w:t>
            </w:r>
            <w:proofErr w:type="spellEnd"/>
            <w:r w:rsidRPr="004543E3">
              <w:rPr>
                <w:szCs w:val="26"/>
              </w:rPr>
              <w:t xml:space="preserve"> </w:t>
            </w:r>
            <w:proofErr w:type="spellStart"/>
            <w:r w:rsidRPr="004543E3">
              <w:rPr>
                <w:szCs w:val="26"/>
              </w:rPr>
              <w:t>trình</w:t>
            </w:r>
            <w:proofErr w:type="spellEnd"/>
            <w:r w:rsidRPr="004543E3">
              <w:rPr>
                <w:szCs w:val="26"/>
              </w:rPr>
              <w:t xml:space="preserve"> </w:t>
            </w:r>
            <w:proofErr w:type="spellStart"/>
            <w:r w:rsidRPr="004543E3">
              <w:rPr>
                <w:szCs w:val="26"/>
              </w:rPr>
              <w:t>độ</w:t>
            </w:r>
            <w:proofErr w:type="spellEnd"/>
            <w:r w:rsidRPr="004543E3">
              <w:rPr>
                <w:szCs w:val="26"/>
              </w:rPr>
              <w:t xml:space="preserve"> </w:t>
            </w:r>
            <w:proofErr w:type="spellStart"/>
            <w:r w:rsidRPr="004543E3">
              <w:rPr>
                <w:szCs w:val="26"/>
              </w:rPr>
              <w:t>cao</w:t>
            </w:r>
            <w:proofErr w:type="spellEnd"/>
            <w:r w:rsidRPr="004543E3">
              <w:rPr>
                <w:szCs w:val="26"/>
              </w:rPr>
              <w:t xml:space="preserve"> </w:t>
            </w:r>
            <w:proofErr w:type="spellStart"/>
            <w:r w:rsidRPr="004543E3">
              <w:rPr>
                <w:szCs w:val="26"/>
              </w:rPr>
              <w:t>cấp</w:t>
            </w:r>
            <w:proofErr w:type="spellEnd"/>
            <w:r w:rsidRPr="004543E3">
              <w:rPr>
                <w:szCs w:val="26"/>
              </w:rPr>
              <w:t xml:space="preserve"> </w:t>
            </w:r>
            <w:proofErr w:type="spellStart"/>
            <w:r w:rsidRPr="004543E3">
              <w:rPr>
                <w:szCs w:val="26"/>
              </w:rPr>
              <w:t>lý</w:t>
            </w:r>
            <w:proofErr w:type="spellEnd"/>
            <w:r w:rsidRPr="004543E3">
              <w:rPr>
                <w:szCs w:val="26"/>
              </w:rPr>
              <w:t xml:space="preserve"> </w:t>
            </w:r>
            <w:proofErr w:type="spellStart"/>
            <w:r w:rsidRPr="004543E3">
              <w:rPr>
                <w:szCs w:val="26"/>
              </w:rPr>
              <w:t>luận</w:t>
            </w:r>
            <w:proofErr w:type="spellEnd"/>
            <w:r w:rsidRPr="004543E3">
              <w:rPr>
                <w:szCs w:val="26"/>
              </w:rPr>
              <w:t xml:space="preserve"> </w:t>
            </w:r>
            <w:proofErr w:type="spellStart"/>
            <w:r w:rsidRPr="004543E3">
              <w:rPr>
                <w:szCs w:val="26"/>
              </w:rPr>
              <w:t>chính</w:t>
            </w:r>
            <w:proofErr w:type="spellEnd"/>
            <w:r w:rsidRPr="004543E3">
              <w:rPr>
                <w:szCs w:val="26"/>
              </w:rPr>
              <w:t xml:space="preserve"> </w:t>
            </w:r>
            <w:proofErr w:type="spellStart"/>
            <w:r w:rsidRPr="004543E3">
              <w:rPr>
                <w:szCs w:val="26"/>
              </w:rPr>
              <w:t>trị</w:t>
            </w:r>
            <w:proofErr w:type="spellEnd"/>
            <w:r w:rsidRPr="004543E3">
              <w:rPr>
                <w:szCs w:val="26"/>
              </w:rPr>
              <w:t xml:space="preserve"> </w:t>
            </w:r>
            <w:proofErr w:type="spellStart"/>
            <w:r w:rsidRPr="004543E3">
              <w:rPr>
                <w:szCs w:val="26"/>
              </w:rPr>
              <w:t>của</w:t>
            </w:r>
            <w:proofErr w:type="spellEnd"/>
            <w:r w:rsidRPr="004543E3">
              <w:rPr>
                <w:szCs w:val="26"/>
              </w:rPr>
              <w:t xml:space="preserve"> </w:t>
            </w:r>
            <w:proofErr w:type="spellStart"/>
            <w:r w:rsidRPr="004543E3">
              <w:rPr>
                <w:szCs w:val="26"/>
              </w:rPr>
              <w:t>cơ</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có</w:t>
            </w:r>
            <w:proofErr w:type="spellEnd"/>
            <w:r w:rsidRPr="004543E3">
              <w:rPr>
                <w:szCs w:val="26"/>
              </w:rPr>
              <w:t xml:space="preserve"> </w:t>
            </w:r>
            <w:proofErr w:type="spellStart"/>
            <w:r w:rsidRPr="004543E3">
              <w:rPr>
                <w:szCs w:val="26"/>
              </w:rPr>
              <w:t>thẩm</w:t>
            </w:r>
            <w:proofErr w:type="spellEnd"/>
            <w:r w:rsidRPr="004543E3">
              <w:rPr>
                <w:szCs w:val="26"/>
              </w:rPr>
              <w:t xml:space="preserve"> </w:t>
            </w:r>
            <w:proofErr w:type="spellStart"/>
            <w:r w:rsidRPr="004543E3">
              <w:rPr>
                <w:szCs w:val="26"/>
              </w:rPr>
              <w:t>quyền</w:t>
            </w:r>
            <w:proofErr w:type="spellEnd"/>
            <w:r w:rsidRPr="004543E3">
              <w:rPr>
                <w:szCs w:val="26"/>
              </w:rPr>
              <w:t>.</w:t>
            </w:r>
          </w:p>
        </w:tc>
        <w:tc>
          <w:tcPr>
            <w:tcW w:w="5220" w:type="dxa"/>
          </w:tcPr>
          <w:p w14:paraId="6BB16CB4" w14:textId="77777777" w:rsidR="00855AF9" w:rsidRPr="004543E3" w:rsidRDefault="00855AF9" w:rsidP="00855AF9">
            <w:pPr>
              <w:spacing w:after="0" w:line="340" w:lineRule="exact"/>
              <w:jc w:val="both"/>
              <w:rPr>
                <w:b/>
                <w:bCs/>
              </w:rPr>
            </w:pPr>
            <w:proofErr w:type="spellStart"/>
            <w:r w:rsidRPr="004543E3">
              <w:rPr>
                <w:b/>
                <w:bCs/>
              </w:rPr>
              <w:t>Bô</w:t>
            </w:r>
            <w:proofErr w:type="spellEnd"/>
            <w:r w:rsidRPr="004543E3">
              <w:rPr>
                <w:b/>
                <w:bCs/>
              </w:rPr>
              <w:t xml:space="preserve">̣ </w:t>
            </w:r>
            <w:proofErr w:type="spellStart"/>
            <w:r w:rsidRPr="004543E3">
              <w:rPr>
                <w:b/>
                <w:bCs/>
              </w:rPr>
              <w:t>Nông</w:t>
            </w:r>
            <w:proofErr w:type="spellEnd"/>
            <w:r w:rsidRPr="004543E3">
              <w:rPr>
                <w:b/>
                <w:bCs/>
              </w:rPr>
              <w:t xml:space="preserve"> </w:t>
            </w:r>
            <w:proofErr w:type="spellStart"/>
            <w:r w:rsidRPr="004543E3">
              <w:rPr>
                <w:b/>
                <w:bCs/>
              </w:rPr>
              <w:t>nghiệp</w:t>
            </w:r>
            <w:proofErr w:type="spellEnd"/>
            <w:r w:rsidRPr="004543E3">
              <w:rPr>
                <w:b/>
                <w:bCs/>
              </w:rPr>
              <w:t xml:space="preserve"> </w:t>
            </w:r>
            <w:proofErr w:type="spellStart"/>
            <w:r w:rsidRPr="004543E3">
              <w:rPr>
                <w:b/>
                <w:bCs/>
              </w:rPr>
              <w:t>va</w:t>
            </w:r>
            <w:proofErr w:type="spellEnd"/>
            <w:r w:rsidRPr="004543E3">
              <w:rPr>
                <w:b/>
                <w:bCs/>
              </w:rPr>
              <w:t xml:space="preserve">̀ </w:t>
            </w:r>
            <w:proofErr w:type="spellStart"/>
            <w:r w:rsidRPr="004543E3">
              <w:rPr>
                <w:b/>
                <w:bCs/>
              </w:rPr>
              <w:t>Môi</w:t>
            </w:r>
            <w:proofErr w:type="spellEnd"/>
            <w:r w:rsidRPr="004543E3">
              <w:rPr>
                <w:b/>
                <w:bCs/>
              </w:rPr>
              <w:t xml:space="preserve"> </w:t>
            </w:r>
            <w:proofErr w:type="spellStart"/>
            <w:r w:rsidRPr="004543E3">
              <w:rPr>
                <w:b/>
                <w:bCs/>
              </w:rPr>
              <w:t>trường</w:t>
            </w:r>
            <w:proofErr w:type="spellEnd"/>
            <w:r w:rsidRPr="004543E3">
              <w:rPr>
                <w:b/>
                <w:bCs/>
              </w:rPr>
              <w:t>:</w:t>
            </w:r>
          </w:p>
          <w:p w14:paraId="10A42F14" w14:textId="77777777" w:rsidR="00855AF9" w:rsidRPr="004543E3" w:rsidRDefault="00855AF9" w:rsidP="00855AF9">
            <w:pPr>
              <w:spacing w:after="0" w:line="340" w:lineRule="exact"/>
              <w:jc w:val="both"/>
            </w:pPr>
            <w:r w:rsidRPr="004543E3">
              <w:t xml:space="preserve"> </w:t>
            </w:r>
            <w:proofErr w:type="spellStart"/>
            <w:r w:rsidRPr="004543E3">
              <w:t>Điểm</w:t>
            </w:r>
            <w:proofErr w:type="spellEnd"/>
            <w:r w:rsidRPr="004543E3">
              <w:t xml:space="preserve"> b </w:t>
            </w:r>
            <w:proofErr w:type="spellStart"/>
            <w:r w:rsidRPr="004543E3">
              <w:t>khoản</w:t>
            </w:r>
            <w:proofErr w:type="spellEnd"/>
            <w:r w:rsidRPr="004543E3">
              <w:t xml:space="preserve"> 3 </w:t>
            </w:r>
            <w:proofErr w:type="spellStart"/>
            <w:r w:rsidRPr="004543E3">
              <w:t>Điều</w:t>
            </w:r>
            <w:proofErr w:type="spellEnd"/>
            <w:r w:rsidRPr="004543E3">
              <w:t xml:space="preserve"> 5 qui </w:t>
            </w:r>
            <w:proofErr w:type="spellStart"/>
            <w:r w:rsidRPr="004543E3">
              <w:t>định</w:t>
            </w:r>
            <w:proofErr w:type="spellEnd"/>
            <w:r w:rsidRPr="004543E3">
              <w:t xml:space="preserve"> </w:t>
            </w:r>
            <w:proofErr w:type="spellStart"/>
            <w:r w:rsidRPr="004543E3">
              <w:t>Tiêu</w:t>
            </w:r>
            <w:proofErr w:type="spellEnd"/>
            <w:r w:rsidRPr="004543E3">
              <w:t xml:space="preserve"> </w:t>
            </w:r>
            <w:proofErr w:type="spellStart"/>
            <w:r w:rsidRPr="004543E3">
              <w:t>chuẩn</w:t>
            </w:r>
            <w:proofErr w:type="spellEnd"/>
            <w:r w:rsidRPr="004543E3">
              <w:t xml:space="preserve"> </w:t>
            </w:r>
            <w:proofErr w:type="spellStart"/>
            <w:r w:rsidRPr="004543E3">
              <w:t>về</w:t>
            </w:r>
            <w:proofErr w:type="spellEnd"/>
            <w:r w:rsidRPr="004543E3">
              <w:t xml:space="preserve"> </w:t>
            </w:r>
            <w:proofErr w:type="spellStart"/>
            <w:r w:rsidRPr="004543E3">
              <w:t>trình</w:t>
            </w:r>
            <w:proofErr w:type="spellEnd"/>
            <w:r w:rsidRPr="004543E3">
              <w:t xml:space="preserve"> </w:t>
            </w:r>
            <w:proofErr w:type="spellStart"/>
            <w:r w:rsidRPr="004543E3">
              <w:t>độ</w:t>
            </w:r>
            <w:proofErr w:type="spellEnd"/>
            <w:r w:rsidRPr="004543E3">
              <w:t xml:space="preserve"> </w:t>
            </w:r>
            <w:proofErr w:type="spellStart"/>
            <w:r w:rsidRPr="004543E3">
              <w:t>đào</w:t>
            </w:r>
            <w:proofErr w:type="spellEnd"/>
            <w:r w:rsidRPr="004543E3">
              <w:t xml:space="preserve"> </w:t>
            </w:r>
            <w:proofErr w:type="spellStart"/>
            <w:r w:rsidRPr="004543E3">
              <w:t>tạo</w:t>
            </w:r>
            <w:proofErr w:type="spellEnd"/>
            <w:r w:rsidRPr="004543E3">
              <w:t xml:space="preserve">, </w:t>
            </w:r>
            <w:proofErr w:type="spellStart"/>
            <w:r w:rsidRPr="004543E3">
              <w:t>bồi</w:t>
            </w:r>
            <w:proofErr w:type="spellEnd"/>
            <w:r w:rsidRPr="004543E3">
              <w:t xml:space="preserve"> </w:t>
            </w:r>
            <w:proofErr w:type="spellStart"/>
            <w:r w:rsidRPr="004543E3">
              <w:t>dưỡng</w:t>
            </w:r>
            <w:proofErr w:type="spellEnd"/>
            <w:r w:rsidRPr="004543E3">
              <w:t xml:space="preserve"> </w:t>
            </w:r>
            <w:r w:rsidRPr="004543E3">
              <w:rPr>
                <w:i/>
                <w:iCs/>
              </w:rPr>
              <w:t xml:space="preserve">“b) </w:t>
            </w:r>
            <w:proofErr w:type="spellStart"/>
            <w:r w:rsidRPr="004543E3">
              <w:rPr>
                <w:i/>
                <w:iCs/>
              </w:rPr>
              <w:t>Có</w:t>
            </w:r>
            <w:proofErr w:type="spellEnd"/>
            <w:r w:rsidRPr="004543E3">
              <w:rPr>
                <w:i/>
                <w:iCs/>
              </w:rPr>
              <w:t xml:space="preserve"> </w:t>
            </w:r>
            <w:proofErr w:type="spellStart"/>
            <w:r w:rsidRPr="004543E3">
              <w:rPr>
                <w:i/>
                <w:iCs/>
              </w:rPr>
              <w:t>chứng</w:t>
            </w:r>
            <w:proofErr w:type="spellEnd"/>
            <w:r w:rsidRPr="004543E3">
              <w:rPr>
                <w:i/>
                <w:iCs/>
              </w:rPr>
              <w:t xml:space="preserve"> </w:t>
            </w:r>
            <w:proofErr w:type="spellStart"/>
            <w:r w:rsidRPr="004543E3">
              <w:rPr>
                <w:i/>
                <w:iCs/>
              </w:rPr>
              <w:t>chỉ</w:t>
            </w:r>
            <w:proofErr w:type="spellEnd"/>
            <w:r w:rsidRPr="004543E3">
              <w:rPr>
                <w:i/>
                <w:iCs/>
              </w:rPr>
              <w:t xml:space="preserve"> </w:t>
            </w:r>
            <w:proofErr w:type="spellStart"/>
            <w:r w:rsidRPr="004543E3">
              <w:rPr>
                <w:i/>
                <w:iCs/>
              </w:rPr>
              <w:t>bồi</w:t>
            </w:r>
            <w:proofErr w:type="spellEnd"/>
            <w:r w:rsidRPr="004543E3">
              <w:rPr>
                <w:i/>
                <w:iCs/>
              </w:rPr>
              <w:t xml:space="preserve"> </w:t>
            </w:r>
            <w:proofErr w:type="spellStart"/>
            <w:r w:rsidRPr="004543E3">
              <w:rPr>
                <w:i/>
                <w:iCs/>
              </w:rPr>
              <w:t>dưỡng</w:t>
            </w:r>
            <w:proofErr w:type="spellEnd"/>
            <w:r w:rsidRPr="004543E3">
              <w:rPr>
                <w:i/>
                <w:iCs/>
              </w:rPr>
              <w:t xml:space="preserve"> </w:t>
            </w:r>
            <w:proofErr w:type="spellStart"/>
            <w:r w:rsidRPr="004543E3">
              <w:rPr>
                <w:i/>
                <w:iCs/>
              </w:rPr>
              <w:t>nghiệp</w:t>
            </w:r>
            <w:proofErr w:type="spellEnd"/>
            <w:r w:rsidRPr="004543E3">
              <w:rPr>
                <w:i/>
                <w:iCs/>
              </w:rPr>
              <w:t xml:space="preserve"> </w:t>
            </w:r>
            <w:proofErr w:type="spellStart"/>
            <w:r w:rsidRPr="004543E3">
              <w:rPr>
                <w:i/>
                <w:iCs/>
              </w:rPr>
              <w:t>vụ</w:t>
            </w:r>
            <w:proofErr w:type="spellEnd"/>
            <w:r w:rsidRPr="004543E3">
              <w:rPr>
                <w:i/>
                <w:iCs/>
              </w:rPr>
              <w:t xml:space="preserve"> </w:t>
            </w:r>
            <w:proofErr w:type="spellStart"/>
            <w:r w:rsidRPr="004543E3">
              <w:rPr>
                <w:i/>
                <w:iCs/>
              </w:rPr>
              <w:t>ngạch</w:t>
            </w:r>
            <w:proofErr w:type="spellEnd"/>
            <w:r w:rsidRPr="004543E3">
              <w:rPr>
                <w:i/>
                <w:iCs/>
              </w:rPr>
              <w:t xml:space="preserve"> </w:t>
            </w:r>
            <w:proofErr w:type="spellStart"/>
            <w:r w:rsidRPr="004543E3">
              <w:rPr>
                <w:i/>
                <w:iCs/>
              </w:rPr>
              <w:t>Kiểm</w:t>
            </w:r>
            <w:proofErr w:type="spellEnd"/>
            <w:r w:rsidRPr="004543E3">
              <w:rPr>
                <w:i/>
                <w:iCs/>
              </w:rPr>
              <w:t xml:space="preserve"> </w:t>
            </w:r>
            <w:proofErr w:type="spellStart"/>
            <w:r w:rsidRPr="004543E3">
              <w:rPr>
                <w:i/>
                <w:iCs/>
              </w:rPr>
              <w:t>soát</w:t>
            </w:r>
            <w:proofErr w:type="spellEnd"/>
            <w:r w:rsidRPr="004543E3">
              <w:rPr>
                <w:i/>
                <w:iCs/>
              </w:rPr>
              <w:t xml:space="preserve"> </w:t>
            </w:r>
            <w:proofErr w:type="spellStart"/>
            <w:r w:rsidRPr="004543E3">
              <w:rPr>
                <w:i/>
                <w:iCs/>
              </w:rPr>
              <w:t>chất</w:t>
            </w:r>
            <w:proofErr w:type="spellEnd"/>
            <w:r w:rsidRPr="004543E3">
              <w:rPr>
                <w:i/>
                <w:iCs/>
              </w:rPr>
              <w:t xml:space="preserve"> </w:t>
            </w:r>
            <w:proofErr w:type="spellStart"/>
            <w:r w:rsidRPr="004543E3">
              <w:rPr>
                <w:i/>
                <w:iCs/>
              </w:rPr>
              <w:t>lượng</w:t>
            </w:r>
            <w:proofErr w:type="spellEnd"/>
            <w:r w:rsidRPr="004543E3">
              <w:rPr>
                <w:i/>
                <w:iCs/>
              </w:rPr>
              <w:t xml:space="preserve"> </w:t>
            </w:r>
            <w:proofErr w:type="spellStart"/>
            <w:r w:rsidRPr="004543E3">
              <w:rPr>
                <w:i/>
                <w:iCs/>
              </w:rPr>
              <w:t>sản</w:t>
            </w:r>
            <w:proofErr w:type="spellEnd"/>
            <w:r w:rsidRPr="004543E3">
              <w:rPr>
                <w:i/>
                <w:iCs/>
              </w:rPr>
              <w:t xml:space="preserve"> </w:t>
            </w:r>
            <w:proofErr w:type="spellStart"/>
            <w:r w:rsidRPr="004543E3">
              <w:rPr>
                <w:i/>
                <w:iCs/>
              </w:rPr>
              <w:t>phẩm</w:t>
            </w:r>
            <w:proofErr w:type="spellEnd"/>
            <w:r w:rsidRPr="004543E3">
              <w:rPr>
                <w:i/>
                <w:iCs/>
              </w:rPr>
              <w:t xml:space="preserve">, </w:t>
            </w:r>
            <w:proofErr w:type="spellStart"/>
            <w:r w:rsidRPr="004543E3">
              <w:rPr>
                <w:i/>
                <w:iCs/>
              </w:rPr>
              <w:t>hàng</w:t>
            </w:r>
            <w:proofErr w:type="spellEnd"/>
            <w:r w:rsidRPr="004543E3">
              <w:rPr>
                <w:i/>
                <w:iCs/>
              </w:rPr>
              <w:t xml:space="preserve"> </w:t>
            </w:r>
            <w:proofErr w:type="spellStart"/>
            <w:r w:rsidRPr="004543E3">
              <w:rPr>
                <w:i/>
                <w:iCs/>
              </w:rPr>
              <w:t>hóa</w:t>
            </w:r>
            <w:proofErr w:type="spellEnd"/>
            <w:r w:rsidRPr="004543E3">
              <w:rPr>
                <w:i/>
                <w:iCs/>
              </w:rPr>
              <w:t xml:space="preserve">”: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xem</w:t>
            </w:r>
            <w:proofErr w:type="spellEnd"/>
            <w:r w:rsidRPr="004543E3">
              <w:t xml:space="preserve"> </w:t>
            </w:r>
            <w:proofErr w:type="spellStart"/>
            <w:r w:rsidRPr="004543E3">
              <w:t>xét</w:t>
            </w:r>
            <w:proofErr w:type="spellEnd"/>
            <w:r w:rsidRPr="004543E3">
              <w:t xml:space="preserve"> </w:t>
            </w:r>
            <w:proofErr w:type="spellStart"/>
            <w:r w:rsidRPr="004543E3">
              <w:t>bổ</w:t>
            </w:r>
            <w:proofErr w:type="spellEnd"/>
            <w:r w:rsidRPr="004543E3">
              <w:t xml:space="preserve"> sung </w:t>
            </w:r>
            <w:proofErr w:type="spellStart"/>
            <w:r w:rsidRPr="004543E3">
              <w:t>chứng</w:t>
            </w:r>
            <w:proofErr w:type="spellEnd"/>
            <w:r w:rsidRPr="004543E3">
              <w:t xml:space="preserve"> </w:t>
            </w:r>
            <w:proofErr w:type="spellStart"/>
            <w:r w:rsidRPr="004543E3">
              <w:t>chỉ</w:t>
            </w:r>
            <w:proofErr w:type="spellEnd"/>
            <w:r w:rsidRPr="004543E3">
              <w:t xml:space="preserve"> </w:t>
            </w:r>
            <w:proofErr w:type="spellStart"/>
            <w:r w:rsidRPr="004543E3">
              <w:t>bồi</w:t>
            </w:r>
            <w:proofErr w:type="spellEnd"/>
            <w:r w:rsidRPr="004543E3">
              <w:t xml:space="preserve"> </w:t>
            </w:r>
            <w:proofErr w:type="spellStart"/>
            <w:r w:rsidRPr="004543E3">
              <w:t>dưỡng</w:t>
            </w:r>
            <w:proofErr w:type="spellEnd"/>
            <w:r w:rsidRPr="004543E3">
              <w:t xml:space="preserve"> </w:t>
            </w:r>
            <w:proofErr w:type="spellStart"/>
            <w:r w:rsidRPr="004543E3">
              <w:t>tương</w:t>
            </w:r>
            <w:proofErr w:type="spellEnd"/>
            <w:r w:rsidRPr="004543E3">
              <w:t xml:space="preserve"> </w:t>
            </w:r>
            <w:proofErr w:type="spellStart"/>
            <w:r w:rsidRPr="004543E3">
              <w:t>đương</w:t>
            </w:r>
            <w:proofErr w:type="spellEnd"/>
          </w:p>
          <w:p w14:paraId="05AEC525" w14:textId="77777777" w:rsidR="00855AF9" w:rsidRPr="004543E3" w:rsidRDefault="00855AF9" w:rsidP="00855AF9">
            <w:pPr>
              <w:spacing w:after="0" w:line="340" w:lineRule="exact"/>
              <w:jc w:val="both"/>
            </w:pPr>
          </w:p>
          <w:p w14:paraId="1CCDDCBB" w14:textId="77777777" w:rsidR="00855AF9" w:rsidRPr="004543E3" w:rsidRDefault="00855AF9" w:rsidP="00855AF9">
            <w:pPr>
              <w:rPr>
                <w:b/>
                <w:bCs/>
              </w:rPr>
            </w:pPr>
            <w:proofErr w:type="spellStart"/>
            <w:r w:rsidRPr="004543E3">
              <w:rPr>
                <w:b/>
                <w:bCs/>
              </w:rPr>
              <w:t>Sơ</w:t>
            </w:r>
            <w:proofErr w:type="spellEnd"/>
            <w:r w:rsidRPr="004543E3">
              <w:rPr>
                <w:b/>
                <w:bCs/>
              </w:rPr>
              <w:t xml:space="preserve">̉ KH&amp;CN </w:t>
            </w:r>
            <w:proofErr w:type="spellStart"/>
            <w:r w:rsidRPr="004543E3">
              <w:rPr>
                <w:b/>
                <w:bCs/>
              </w:rPr>
              <w:t>tỉnh</w:t>
            </w:r>
            <w:proofErr w:type="spellEnd"/>
            <w:r w:rsidRPr="004543E3">
              <w:rPr>
                <w:b/>
                <w:bCs/>
              </w:rPr>
              <w:t xml:space="preserve"> </w:t>
            </w:r>
            <w:proofErr w:type="spellStart"/>
            <w:r w:rsidRPr="004543E3">
              <w:rPr>
                <w:b/>
                <w:bCs/>
              </w:rPr>
              <w:t>Đắk</w:t>
            </w:r>
            <w:proofErr w:type="spellEnd"/>
            <w:r w:rsidRPr="004543E3">
              <w:rPr>
                <w:b/>
                <w:bCs/>
              </w:rPr>
              <w:t xml:space="preserve"> </w:t>
            </w:r>
            <w:proofErr w:type="spellStart"/>
            <w:r w:rsidRPr="004543E3">
              <w:rPr>
                <w:b/>
                <w:bCs/>
              </w:rPr>
              <w:t>Lắk</w:t>
            </w:r>
            <w:proofErr w:type="spellEnd"/>
            <w:r w:rsidRPr="004543E3">
              <w:rPr>
                <w:b/>
                <w:bCs/>
              </w:rPr>
              <w:t>:</w:t>
            </w:r>
          </w:p>
          <w:p w14:paraId="55DFAB73" w14:textId="5D712786" w:rsidR="00855AF9" w:rsidRPr="004543E3" w:rsidRDefault="00855AF9" w:rsidP="006A607E">
            <w:pPr>
              <w:spacing w:after="0" w:line="340" w:lineRule="exact"/>
              <w:jc w:val="both"/>
            </w:pPr>
            <w:r w:rsidRPr="004543E3">
              <w:t xml:space="preserve">- </w:t>
            </w:r>
            <w:proofErr w:type="spellStart"/>
            <w:r w:rsidRPr="004543E3">
              <w:t>Tại</w:t>
            </w:r>
            <w:proofErr w:type="spellEnd"/>
            <w:r w:rsidRPr="004543E3">
              <w:t xml:space="preserve"> </w:t>
            </w:r>
            <w:proofErr w:type="spellStart"/>
            <w:r w:rsidRPr="004543E3">
              <w:t>điểm</w:t>
            </w:r>
            <w:proofErr w:type="spellEnd"/>
            <w:r w:rsidRPr="004543E3">
              <w:t xml:space="preserve"> b </w:t>
            </w:r>
            <w:proofErr w:type="spellStart"/>
            <w:r w:rsidRPr="004543E3">
              <w:t>Khoản</w:t>
            </w:r>
            <w:proofErr w:type="spellEnd"/>
            <w:r w:rsidRPr="004543E3">
              <w:t xml:space="preserve"> 3 </w:t>
            </w:r>
            <w:proofErr w:type="spellStart"/>
            <w:r w:rsidRPr="004543E3">
              <w:t>Điều</w:t>
            </w:r>
            <w:proofErr w:type="spellEnd"/>
            <w:r w:rsidRPr="004543E3">
              <w:t xml:space="preserve"> 5 </w:t>
            </w:r>
            <w:proofErr w:type="spellStart"/>
            <w:r w:rsidRPr="004543E3">
              <w:t>Chương</w:t>
            </w:r>
            <w:proofErr w:type="spellEnd"/>
            <w:r w:rsidRPr="004543E3">
              <w:t xml:space="preserve"> II </w:t>
            </w:r>
            <w:proofErr w:type="spellStart"/>
            <w:r w:rsidRPr="004543E3">
              <w:t>đề</w:t>
            </w:r>
            <w:proofErr w:type="spellEnd"/>
            <w:r w:rsidRPr="004543E3">
              <w:t xml:space="preserve"> </w:t>
            </w:r>
            <w:proofErr w:type="spellStart"/>
            <w:r w:rsidRPr="004543E3">
              <w:t>nghi</w:t>
            </w:r>
            <w:proofErr w:type="spellEnd"/>
            <w:r w:rsidRPr="004543E3">
              <w:t xml:space="preserve">̣ </w:t>
            </w:r>
            <w:proofErr w:type="spellStart"/>
            <w:r w:rsidRPr="004543E3">
              <w:t>xem</w:t>
            </w:r>
            <w:proofErr w:type="spellEnd"/>
            <w:r w:rsidRPr="004543E3">
              <w:t xml:space="preserve"> </w:t>
            </w:r>
            <w:proofErr w:type="spellStart"/>
            <w:r w:rsidRPr="004543E3">
              <w:t>xét</w:t>
            </w:r>
            <w:proofErr w:type="spellEnd"/>
            <w:r w:rsidRPr="004543E3">
              <w:t xml:space="preserve"> </w:t>
            </w:r>
            <w:proofErr w:type="spellStart"/>
            <w:r w:rsidRPr="004543E3">
              <w:t>điều</w:t>
            </w:r>
            <w:proofErr w:type="spellEnd"/>
            <w:r w:rsidRPr="004543E3">
              <w:t xml:space="preserve"> </w:t>
            </w:r>
            <w:proofErr w:type="spellStart"/>
            <w:r w:rsidRPr="004543E3">
              <w:t>chỉnh</w:t>
            </w:r>
            <w:proofErr w:type="spellEnd"/>
            <w:r w:rsidRPr="004543E3">
              <w:t xml:space="preserve"> </w:t>
            </w:r>
            <w:proofErr w:type="spellStart"/>
            <w:r w:rsidRPr="004543E3">
              <w:t>thành</w:t>
            </w:r>
            <w:proofErr w:type="spellEnd"/>
            <w:r w:rsidRPr="004543E3">
              <w:t xml:space="preserve"> </w:t>
            </w:r>
            <w:r w:rsidRPr="004543E3">
              <w:rPr>
                <w:i/>
                <w:iCs/>
              </w:rPr>
              <w:t>“</w:t>
            </w:r>
            <w:proofErr w:type="spellStart"/>
            <w:r w:rsidRPr="004543E3">
              <w:rPr>
                <w:i/>
                <w:iCs/>
              </w:rPr>
              <w:t>Có</w:t>
            </w:r>
            <w:proofErr w:type="spellEnd"/>
            <w:r w:rsidRPr="004543E3">
              <w:rPr>
                <w:i/>
                <w:iCs/>
              </w:rPr>
              <w:t xml:space="preserve"> </w:t>
            </w:r>
            <w:proofErr w:type="spellStart"/>
            <w:r w:rsidRPr="004543E3">
              <w:rPr>
                <w:i/>
                <w:iCs/>
              </w:rPr>
              <w:t>chứng</w:t>
            </w:r>
            <w:proofErr w:type="spellEnd"/>
            <w:r w:rsidRPr="004543E3">
              <w:rPr>
                <w:i/>
                <w:iCs/>
              </w:rPr>
              <w:t xml:space="preserve"> </w:t>
            </w:r>
            <w:proofErr w:type="spellStart"/>
            <w:r w:rsidRPr="004543E3">
              <w:rPr>
                <w:i/>
                <w:iCs/>
              </w:rPr>
              <w:t>chỉ</w:t>
            </w:r>
            <w:proofErr w:type="spellEnd"/>
            <w:r w:rsidRPr="004543E3">
              <w:rPr>
                <w:i/>
                <w:iCs/>
              </w:rPr>
              <w:t xml:space="preserve"> </w:t>
            </w:r>
            <w:proofErr w:type="spellStart"/>
            <w:r w:rsidRPr="004543E3">
              <w:rPr>
                <w:i/>
                <w:iCs/>
              </w:rPr>
              <w:t>bồi</w:t>
            </w:r>
            <w:proofErr w:type="spellEnd"/>
            <w:r w:rsidRPr="004543E3">
              <w:rPr>
                <w:i/>
                <w:iCs/>
              </w:rPr>
              <w:t xml:space="preserve"> </w:t>
            </w:r>
            <w:proofErr w:type="spellStart"/>
            <w:r w:rsidRPr="004543E3">
              <w:rPr>
                <w:i/>
                <w:iCs/>
              </w:rPr>
              <w:t>dưỡng</w:t>
            </w:r>
            <w:proofErr w:type="spellEnd"/>
            <w:r w:rsidRPr="004543E3">
              <w:rPr>
                <w:i/>
                <w:iCs/>
              </w:rPr>
              <w:t xml:space="preserve"> </w:t>
            </w:r>
            <w:proofErr w:type="spellStart"/>
            <w:r w:rsidRPr="004543E3">
              <w:rPr>
                <w:i/>
                <w:iCs/>
              </w:rPr>
              <w:t>nghiệp</w:t>
            </w:r>
            <w:proofErr w:type="spellEnd"/>
            <w:r w:rsidRPr="004543E3">
              <w:rPr>
                <w:i/>
                <w:iCs/>
              </w:rPr>
              <w:t xml:space="preserve"> </w:t>
            </w:r>
            <w:proofErr w:type="spellStart"/>
            <w:r w:rsidRPr="004543E3">
              <w:rPr>
                <w:i/>
                <w:iCs/>
              </w:rPr>
              <w:t>vụ</w:t>
            </w:r>
            <w:proofErr w:type="spellEnd"/>
            <w:r w:rsidRPr="004543E3">
              <w:rPr>
                <w:i/>
                <w:iCs/>
              </w:rPr>
              <w:t xml:space="preserve"> </w:t>
            </w:r>
            <w:proofErr w:type="spellStart"/>
            <w:r w:rsidRPr="004543E3">
              <w:rPr>
                <w:i/>
                <w:iCs/>
              </w:rPr>
              <w:t>ngạch</w:t>
            </w:r>
            <w:proofErr w:type="spellEnd"/>
            <w:r w:rsidRPr="004543E3">
              <w:rPr>
                <w:i/>
                <w:iCs/>
              </w:rPr>
              <w:t xml:space="preserve"> </w:t>
            </w:r>
            <w:proofErr w:type="spellStart"/>
            <w:r w:rsidRPr="004543E3">
              <w:rPr>
                <w:i/>
                <w:iCs/>
              </w:rPr>
              <w:t>Kiểm</w:t>
            </w:r>
            <w:proofErr w:type="spellEnd"/>
            <w:r w:rsidRPr="004543E3">
              <w:rPr>
                <w:i/>
                <w:iCs/>
              </w:rPr>
              <w:t xml:space="preserve"> </w:t>
            </w:r>
            <w:proofErr w:type="spellStart"/>
            <w:r w:rsidRPr="004543E3">
              <w:rPr>
                <w:i/>
                <w:iCs/>
              </w:rPr>
              <w:t>soát</w:t>
            </w:r>
            <w:proofErr w:type="spellEnd"/>
            <w:r w:rsidRPr="004543E3">
              <w:rPr>
                <w:i/>
                <w:iCs/>
              </w:rPr>
              <w:t xml:space="preserve"> </w:t>
            </w:r>
            <w:proofErr w:type="spellStart"/>
            <w:r w:rsidRPr="004543E3">
              <w:rPr>
                <w:i/>
                <w:iCs/>
              </w:rPr>
              <w:t>viên</w:t>
            </w:r>
            <w:proofErr w:type="spellEnd"/>
            <w:r w:rsidRPr="004543E3">
              <w:rPr>
                <w:i/>
                <w:iCs/>
              </w:rPr>
              <w:t xml:space="preserve"> </w:t>
            </w:r>
            <w:proofErr w:type="spellStart"/>
            <w:r w:rsidRPr="004543E3">
              <w:rPr>
                <w:i/>
                <w:iCs/>
              </w:rPr>
              <w:t>cao</w:t>
            </w:r>
            <w:proofErr w:type="spellEnd"/>
            <w:r w:rsidRPr="004543E3">
              <w:rPr>
                <w:i/>
                <w:iCs/>
              </w:rPr>
              <w:t xml:space="preserve"> </w:t>
            </w:r>
            <w:proofErr w:type="spellStart"/>
            <w:r w:rsidRPr="004543E3">
              <w:rPr>
                <w:i/>
                <w:iCs/>
              </w:rPr>
              <w:t>cấp</w:t>
            </w:r>
            <w:proofErr w:type="spellEnd"/>
            <w:r w:rsidRPr="004543E3">
              <w:rPr>
                <w:i/>
                <w:iCs/>
              </w:rPr>
              <w:t xml:space="preserve"> </w:t>
            </w:r>
            <w:proofErr w:type="spellStart"/>
            <w:r w:rsidRPr="004543E3">
              <w:rPr>
                <w:i/>
                <w:iCs/>
              </w:rPr>
              <w:t>chất</w:t>
            </w:r>
            <w:proofErr w:type="spellEnd"/>
            <w:r w:rsidRPr="004543E3">
              <w:rPr>
                <w:i/>
                <w:iCs/>
              </w:rPr>
              <w:t xml:space="preserve"> </w:t>
            </w:r>
            <w:proofErr w:type="spellStart"/>
            <w:r w:rsidRPr="004543E3">
              <w:rPr>
                <w:i/>
                <w:iCs/>
              </w:rPr>
              <w:t>lượng</w:t>
            </w:r>
            <w:proofErr w:type="spellEnd"/>
            <w:r w:rsidRPr="004543E3">
              <w:rPr>
                <w:i/>
                <w:iCs/>
              </w:rPr>
              <w:t xml:space="preserve"> </w:t>
            </w:r>
            <w:proofErr w:type="spellStart"/>
            <w:r w:rsidRPr="004543E3">
              <w:rPr>
                <w:i/>
                <w:iCs/>
              </w:rPr>
              <w:t>sản</w:t>
            </w:r>
            <w:proofErr w:type="spellEnd"/>
            <w:r w:rsidRPr="004543E3">
              <w:rPr>
                <w:i/>
                <w:iCs/>
              </w:rPr>
              <w:t xml:space="preserve"> </w:t>
            </w:r>
            <w:proofErr w:type="spellStart"/>
            <w:r w:rsidRPr="004543E3">
              <w:rPr>
                <w:i/>
                <w:iCs/>
              </w:rPr>
              <w:t>phẩm</w:t>
            </w:r>
            <w:proofErr w:type="spellEnd"/>
            <w:r w:rsidRPr="004543E3">
              <w:rPr>
                <w:i/>
                <w:iCs/>
              </w:rPr>
              <w:t xml:space="preserve">, </w:t>
            </w:r>
            <w:proofErr w:type="spellStart"/>
            <w:r w:rsidRPr="004543E3">
              <w:rPr>
                <w:i/>
                <w:iCs/>
              </w:rPr>
              <w:t>hàng</w:t>
            </w:r>
            <w:proofErr w:type="spellEnd"/>
            <w:r w:rsidRPr="004543E3">
              <w:rPr>
                <w:i/>
                <w:iCs/>
              </w:rPr>
              <w:t xml:space="preserve"> </w:t>
            </w:r>
            <w:proofErr w:type="spellStart"/>
            <w:r w:rsidRPr="004543E3">
              <w:rPr>
                <w:i/>
                <w:iCs/>
              </w:rPr>
              <w:t>hóa</w:t>
            </w:r>
            <w:proofErr w:type="spellEnd"/>
            <w:r w:rsidRPr="004543E3">
              <w:rPr>
                <w:i/>
                <w:iCs/>
              </w:rPr>
              <w:t>”.</w:t>
            </w:r>
          </w:p>
        </w:tc>
        <w:tc>
          <w:tcPr>
            <w:tcW w:w="3165" w:type="dxa"/>
          </w:tcPr>
          <w:p w14:paraId="5B5276A6" w14:textId="77777777" w:rsidR="00855AF9" w:rsidRPr="004543E3" w:rsidRDefault="00855AF9" w:rsidP="00855AF9">
            <w:pPr>
              <w:jc w:val="both"/>
              <w:rPr>
                <w:szCs w:val="26"/>
              </w:rPr>
            </w:pPr>
          </w:p>
          <w:p w14:paraId="059EB692" w14:textId="77777777" w:rsidR="00855AF9" w:rsidRPr="004543E3" w:rsidRDefault="00855AF9" w:rsidP="00855AF9">
            <w:pPr>
              <w:jc w:val="both"/>
              <w:rPr>
                <w:szCs w:val="26"/>
              </w:rPr>
            </w:pPr>
            <w:r w:rsidRPr="004543E3">
              <w:rPr>
                <w:szCs w:val="26"/>
              </w:rPr>
              <w:t xml:space="preserve">- </w:t>
            </w:r>
            <w:proofErr w:type="spellStart"/>
            <w:r w:rsidRPr="004543E3">
              <w:rPr>
                <w:szCs w:val="26"/>
              </w:rPr>
              <w:t>Tiếp</w:t>
            </w:r>
            <w:proofErr w:type="spellEnd"/>
            <w:r w:rsidRPr="004543E3">
              <w:rPr>
                <w:szCs w:val="26"/>
              </w:rPr>
              <w:t xml:space="preserve"> </w:t>
            </w:r>
            <w:proofErr w:type="spellStart"/>
            <w:r w:rsidRPr="004543E3">
              <w:rPr>
                <w:szCs w:val="26"/>
              </w:rPr>
              <w:t>thu</w:t>
            </w:r>
            <w:proofErr w:type="spellEnd"/>
            <w:r w:rsidRPr="004543E3">
              <w:rPr>
                <w:szCs w:val="26"/>
              </w:rPr>
              <w:t xml:space="preserve"> ý </w:t>
            </w:r>
            <w:proofErr w:type="spellStart"/>
            <w:r w:rsidRPr="004543E3">
              <w:rPr>
                <w:szCs w:val="26"/>
              </w:rPr>
              <w:t>kiến</w:t>
            </w:r>
            <w:proofErr w:type="spellEnd"/>
          </w:p>
          <w:p w14:paraId="34CEA09C" w14:textId="77777777" w:rsidR="00855AF9" w:rsidRPr="004543E3" w:rsidRDefault="00855AF9" w:rsidP="00855AF9">
            <w:pPr>
              <w:jc w:val="both"/>
              <w:rPr>
                <w:szCs w:val="26"/>
              </w:rPr>
            </w:pPr>
          </w:p>
          <w:p w14:paraId="75F44288" w14:textId="77777777" w:rsidR="00855AF9" w:rsidRPr="004543E3" w:rsidRDefault="00855AF9" w:rsidP="00855AF9">
            <w:pPr>
              <w:jc w:val="both"/>
              <w:rPr>
                <w:szCs w:val="26"/>
              </w:rPr>
            </w:pPr>
          </w:p>
          <w:p w14:paraId="36A94EA6" w14:textId="77777777" w:rsidR="00855AF9" w:rsidRPr="004543E3" w:rsidRDefault="00855AF9" w:rsidP="00855AF9">
            <w:pPr>
              <w:jc w:val="both"/>
              <w:rPr>
                <w:szCs w:val="26"/>
              </w:rPr>
            </w:pPr>
          </w:p>
          <w:p w14:paraId="183AF7DF" w14:textId="77777777" w:rsidR="00855AF9" w:rsidRPr="004543E3" w:rsidRDefault="00855AF9" w:rsidP="00855AF9">
            <w:pPr>
              <w:jc w:val="both"/>
              <w:rPr>
                <w:szCs w:val="26"/>
              </w:rPr>
            </w:pPr>
            <w:r w:rsidRPr="004543E3">
              <w:rPr>
                <w:szCs w:val="26"/>
              </w:rPr>
              <w:t xml:space="preserve">- </w:t>
            </w:r>
            <w:proofErr w:type="spellStart"/>
            <w:r w:rsidRPr="004543E3">
              <w:rPr>
                <w:szCs w:val="26"/>
              </w:rPr>
              <w:t>Tiếp</w:t>
            </w:r>
            <w:proofErr w:type="spellEnd"/>
            <w:r w:rsidRPr="004543E3">
              <w:rPr>
                <w:szCs w:val="26"/>
              </w:rPr>
              <w:t xml:space="preserve"> </w:t>
            </w:r>
            <w:proofErr w:type="spellStart"/>
            <w:r w:rsidRPr="004543E3">
              <w:rPr>
                <w:szCs w:val="26"/>
              </w:rPr>
              <w:t>thu</w:t>
            </w:r>
            <w:proofErr w:type="spellEnd"/>
            <w:r w:rsidRPr="004543E3">
              <w:rPr>
                <w:szCs w:val="26"/>
              </w:rPr>
              <w:t xml:space="preserve"> ý </w:t>
            </w:r>
            <w:proofErr w:type="spellStart"/>
            <w:r w:rsidRPr="004543E3">
              <w:rPr>
                <w:szCs w:val="26"/>
              </w:rPr>
              <w:t>kiến</w:t>
            </w:r>
            <w:proofErr w:type="spellEnd"/>
            <w:r w:rsidRPr="004543E3">
              <w:rPr>
                <w:szCs w:val="26"/>
              </w:rPr>
              <w:t xml:space="preserve"> </w:t>
            </w:r>
            <w:proofErr w:type="spellStart"/>
            <w:r w:rsidRPr="004543E3">
              <w:rPr>
                <w:szCs w:val="26"/>
              </w:rPr>
              <w:t>va</w:t>
            </w:r>
            <w:proofErr w:type="spellEnd"/>
            <w:r w:rsidRPr="004543E3">
              <w:rPr>
                <w:szCs w:val="26"/>
              </w:rPr>
              <w:t xml:space="preserve">̀ </w:t>
            </w:r>
            <w:proofErr w:type="spellStart"/>
            <w:r w:rsidRPr="004543E3">
              <w:rPr>
                <w:szCs w:val="26"/>
              </w:rPr>
              <w:t>điều</w:t>
            </w:r>
            <w:proofErr w:type="spellEnd"/>
            <w:r w:rsidRPr="004543E3">
              <w:rPr>
                <w:szCs w:val="26"/>
              </w:rPr>
              <w:t xml:space="preserve"> </w:t>
            </w:r>
            <w:proofErr w:type="spellStart"/>
            <w:r w:rsidRPr="004543E3">
              <w:rPr>
                <w:szCs w:val="26"/>
              </w:rPr>
              <w:t>chỉnh</w:t>
            </w:r>
            <w:proofErr w:type="spellEnd"/>
            <w:r w:rsidRPr="004543E3">
              <w:rPr>
                <w:szCs w:val="26"/>
              </w:rPr>
              <w:t xml:space="preserve"> </w:t>
            </w:r>
            <w:proofErr w:type="spellStart"/>
            <w:r w:rsidRPr="004543E3">
              <w:rPr>
                <w:szCs w:val="26"/>
              </w:rPr>
              <w:t>lại</w:t>
            </w:r>
            <w:proofErr w:type="spellEnd"/>
            <w:r w:rsidRPr="004543E3">
              <w:rPr>
                <w:szCs w:val="26"/>
              </w:rPr>
              <w:t xml:space="preserve"> </w:t>
            </w:r>
            <w:proofErr w:type="spellStart"/>
            <w:r w:rsidRPr="004543E3">
              <w:rPr>
                <w:szCs w:val="26"/>
              </w:rPr>
              <w:t>nội</w:t>
            </w:r>
            <w:proofErr w:type="spellEnd"/>
            <w:r w:rsidRPr="004543E3">
              <w:rPr>
                <w:szCs w:val="26"/>
              </w:rPr>
              <w:t xml:space="preserve"> dung </w:t>
            </w:r>
            <w:proofErr w:type="spellStart"/>
            <w:r w:rsidRPr="004543E3">
              <w:rPr>
                <w:szCs w:val="26"/>
              </w:rPr>
              <w:t>đê</w:t>
            </w:r>
            <w:proofErr w:type="spellEnd"/>
            <w:r w:rsidRPr="004543E3">
              <w:rPr>
                <w:szCs w:val="26"/>
              </w:rPr>
              <w:t xml:space="preserve">̉ </w:t>
            </w:r>
            <w:proofErr w:type="spellStart"/>
            <w:r w:rsidRPr="004543E3">
              <w:rPr>
                <w:szCs w:val="26"/>
              </w:rPr>
              <w:t>thống</w:t>
            </w:r>
            <w:proofErr w:type="spellEnd"/>
            <w:r w:rsidRPr="004543E3">
              <w:rPr>
                <w:szCs w:val="26"/>
              </w:rPr>
              <w:t xml:space="preserve"> </w:t>
            </w:r>
            <w:proofErr w:type="spellStart"/>
            <w:r w:rsidRPr="004543E3">
              <w:rPr>
                <w:szCs w:val="26"/>
              </w:rPr>
              <w:t>nhất</w:t>
            </w:r>
            <w:proofErr w:type="spellEnd"/>
            <w:r w:rsidRPr="004543E3">
              <w:rPr>
                <w:szCs w:val="26"/>
              </w:rPr>
              <w:t xml:space="preserve"> </w:t>
            </w:r>
            <w:proofErr w:type="spellStart"/>
            <w:r w:rsidRPr="004543E3">
              <w:rPr>
                <w:szCs w:val="26"/>
              </w:rPr>
              <w:t>trong</w:t>
            </w:r>
            <w:proofErr w:type="spellEnd"/>
            <w:r w:rsidRPr="004543E3">
              <w:rPr>
                <w:szCs w:val="26"/>
              </w:rPr>
              <w:t xml:space="preserve"> </w:t>
            </w:r>
            <w:proofErr w:type="spellStart"/>
            <w:r w:rsidRPr="004543E3">
              <w:rPr>
                <w:szCs w:val="26"/>
              </w:rPr>
              <w:t>toàn</w:t>
            </w:r>
            <w:proofErr w:type="spellEnd"/>
            <w:r w:rsidRPr="004543E3">
              <w:rPr>
                <w:szCs w:val="26"/>
              </w:rPr>
              <w:t xml:space="preserve"> </w:t>
            </w:r>
            <w:proofErr w:type="spellStart"/>
            <w:r w:rsidRPr="004543E3">
              <w:rPr>
                <w:szCs w:val="26"/>
              </w:rPr>
              <w:t>dư</w:t>
            </w:r>
            <w:proofErr w:type="spellEnd"/>
            <w:r w:rsidRPr="004543E3">
              <w:rPr>
                <w:szCs w:val="26"/>
              </w:rPr>
              <w:t xml:space="preserve">̣ </w:t>
            </w:r>
            <w:proofErr w:type="spellStart"/>
            <w:r w:rsidRPr="004543E3">
              <w:rPr>
                <w:szCs w:val="26"/>
              </w:rPr>
              <w:t>thảo</w:t>
            </w:r>
            <w:proofErr w:type="spellEnd"/>
            <w:r w:rsidRPr="004543E3">
              <w:rPr>
                <w:szCs w:val="26"/>
              </w:rPr>
              <w:t xml:space="preserve"> Thông </w:t>
            </w:r>
            <w:proofErr w:type="spellStart"/>
            <w:r w:rsidRPr="004543E3">
              <w:rPr>
                <w:szCs w:val="26"/>
              </w:rPr>
              <w:t>tư</w:t>
            </w:r>
            <w:proofErr w:type="spellEnd"/>
            <w:r w:rsidRPr="004543E3">
              <w:rPr>
                <w:szCs w:val="26"/>
              </w:rPr>
              <w:t xml:space="preserve"> </w:t>
            </w:r>
            <w:proofErr w:type="spellStart"/>
            <w:r w:rsidRPr="004543E3">
              <w:rPr>
                <w:szCs w:val="26"/>
              </w:rPr>
              <w:t>cho</w:t>
            </w:r>
            <w:proofErr w:type="spellEnd"/>
            <w:r w:rsidRPr="004543E3">
              <w:rPr>
                <w:szCs w:val="26"/>
              </w:rPr>
              <w:t xml:space="preserve"> </w:t>
            </w:r>
            <w:proofErr w:type="spellStart"/>
            <w:r w:rsidRPr="004543E3">
              <w:rPr>
                <w:szCs w:val="26"/>
              </w:rPr>
              <w:t>phu</w:t>
            </w:r>
            <w:proofErr w:type="spellEnd"/>
            <w:r w:rsidRPr="004543E3">
              <w:rPr>
                <w:szCs w:val="26"/>
              </w:rPr>
              <w:t xml:space="preserve">̀ </w:t>
            </w:r>
            <w:proofErr w:type="spellStart"/>
            <w:r w:rsidRPr="004543E3">
              <w:rPr>
                <w:szCs w:val="26"/>
              </w:rPr>
              <w:t>hợp</w:t>
            </w:r>
            <w:proofErr w:type="spellEnd"/>
            <w:r w:rsidRPr="004543E3">
              <w:rPr>
                <w:szCs w:val="26"/>
              </w:rPr>
              <w:t>.</w:t>
            </w:r>
          </w:p>
          <w:p w14:paraId="00C14D32" w14:textId="7A48FF25" w:rsidR="00855AF9" w:rsidRPr="004543E3" w:rsidRDefault="00855AF9" w:rsidP="00855AF9">
            <w:pPr>
              <w:spacing w:after="120" w:line="320" w:lineRule="exact"/>
              <w:jc w:val="both"/>
              <w:rPr>
                <w:szCs w:val="26"/>
              </w:rPr>
            </w:pPr>
          </w:p>
        </w:tc>
      </w:tr>
      <w:tr w:rsidR="00855AF9" w:rsidRPr="004543E3" w14:paraId="60874BCE" w14:textId="77777777" w:rsidTr="00FF0027">
        <w:tc>
          <w:tcPr>
            <w:tcW w:w="1098" w:type="dxa"/>
          </w:tcPr>
          <w:p w14:paraId="64614565" w14:textId="77777777" w:rsidR="00855AF9" w:rsidRPr="004543E3" w:rsidRDefault="00855AF9" w:rsidP="00855AF9">
            <w:pPr>
              <w:jc w:val="both"/>
            </w:pPr>
          </w:p>
        </w:tc>
        <w:tc>
          <w:tcPr>
            <w:tcW w:w="5113" w:type="dxa"/>
          </w:tcPr>
          <w:p w14:paraId="51DAF2A0" w14:textId="77777777" w:rsidR="00855AF9" w:rsidRPr="004543E3" w:rsidRDefault="00855AF9" w:rsidP="00855AF9">
            <w:pPr>
              <w:spacing w:after="0" w:line="340" w:lineRule="exact"/>
              <w:ind w:firstLine="720"/>
              <w:jc w:val="both"/>
              <w:rPr>
                <w:szCs w:val="26"/>
              </w:rPr>
            </w:pPr>
            <w:r w:rsidRPr="004543E3">
              <w:rPr>
                <w:b/>
                <w:bCs/>
                <w:szCs w:val="26"/>
              </w:rPr>
              <w:t xml:space="preserve">4. </w:t>
            </w:r>
            <w:proofErr w:type="spellStart"/>
            <w:r w:rsidRPr="004543E3">
              <w:rPr>
                <w:b/>
                <w:bCs/>
                <w:szCs w:val="26"/>
              </w:rPr>
              <w:t>Tiêu</w:t>
            </w:r>
            <w:proofErr w:type="spellEnd"/>
            <w:r w:rsidRPr="004543E3">
              <w:rPr>
                <w:b/>
                <w:bCs/>
                <w:szCs w:val="26"/>
              </w:rPr>
              <w:t xml:space="preserve"> </w:t>
            </w:r>
            <w:proofErr w:type="spellStart"/>
            <w:r w:rsidRPr="004543E3">
              <w:rPr>
                <w:b/>
                <w:bCs/>
                <w:szCs w:val="26"/>
              </w:rPr>
              <w:t>chuẩn</w:t>
            </w:r>
            <w:proofErr w:type="spellEnd"/>
            <w:r w:rsidRPr="004543E3">
              <w:rPr>
                <w:b/>
                <w:bCs/>
                <w:szCs w:val="26"/>
              </w:rPr>
              <w:t xml:space="preserve"> </w:t>
            </w:r>
            <w:proofErr w:type="spellStart"/>
            <w:r w:rsidRPr="004543E3">
              <w:rPr>
                <w:b/>
                <w:bCs/>
                <w:szCs w:val="26"/>
              </w:rPr>
              <w:t>vê</w:t>
            </w:r>
            <w:proofErr w:type="spellEnd"/>
            <w:r w:rsidRPr="004543E3">
              <w:rPr>
                <w:b/>
                <w:bCs/>
                <w:szCs w:val="26"/>
              </w:rPr>
              <w:t xml:space="preserve">̀ </w:t>
            </w:r>
            <w:proofErr w:type="spellStart"/>
            <w:r w:rsidRPr="004543E3">
              <w:rPr>
                <w:b/>
                <w:bCs/>
                <w:szCs w:val="26"/>
              </w:rPr>
              <w:t>năng</w:t>
            </w:r>
            <w:proofErr w:type="spellEnd"/>
            <w:r w:rsidRPr="004543E3">
              <w:rPr>
                <w:b/>
                <w:bCs/>
                <w:szCs w:val="26"/>
              </w:rPr>
              <w:t xml:space="preserve"> </w:t>
            </w:r>
            <w:proofErr w:type="spellStart"/>
            <w:r w:rsidRPr="004543E3">
              <w:rPr>
                <w:b/>
                <w:bCs/>
                <w:szCs w:val="26"/>
              </w:rPr>
              <w:t>lực</w:t>
            </w:r>
            <w:proofErr w:type="spellEnd"/>
            <w:r w:rsidRPr="004543E3">
              <w:rPr>
                <w:b/>
                <w:bCs/>
                <w:szCs w:val="26"/>
              </w:rPr>
              <w:t xml:space="preserve"> </w:t>
            </w:r>
            <w:proofErr w:type="spellStart"/>
            <w:r w:rsidRPr="004543E3">
              <w:rPr>
                <w:b/>
                <w:bCs/>
                <w:szCs w:val="26"/>
              </w:rPr>
              <w:t>chuyên</w:t>
            </w:r>
            <w:proofErr w:type="spellEnd"/>
            <w:r w:rsidRPr="004543E3">
              <w:rPr>
                <w:b/>
                <w:bCs/>
                <w:szCs w:val="26"/>
              </w:rPr>
              <w:t xml:space="preserve"> </w:t>
            </w:r>
            <w:proofErr w:type="spellStart"/>
            <w:r w:rsidRPr="004543E3">
              <w:rPr>
                <w:b/>
                <w:bCs/>
                <w:szCs w:val="26"/>
              </w:rPr>
              <w:t>môn</w:t>
            </w:r>
            <w:proofErr w:type="spellEnd"/>
            <w:r w:rsidRPr="004543E3">
              <w:rPr>
                <w:b/>
                <w:bCs/>
                <w:szCs w:val="26"/>
              </w:rPr>
              <w:t xml:space="preserve">, </w:t>
            </w:r>
            <w:proofErr w:type="spellStart"/>
            <w:r w:rsidRPr="004543E3">
              <w:rPr>
                <w:b/>
                <w:bCs/>
                <w:szCs w:val="26"/>
              </w:rPr>
              <w:t>nghiệp</w:t>
            </w:r>
            <w:proofErr w:type="spellEnd"/>
            <w:r w:rsidRPr="004543E3">
              <w:rPr>
                <w:b/>
                <w:bCs/>
                <w:szCs w:val="26"/>
              </w:rPr>
              <w:t xml:space="preserve"> </w:t>
            </w:r>
            <w:proofErr w:type="spellStart"/>
            <w:r w:rsidRPr="004543E3">
              <w:rPr>
                <w:b/>
                <w:bCs/>
                <w:szCs w:val="26"/>
              </w:rPr>
              <w:t>vụ</w:t>
            </w:r>
            <w:proofErr w:type="spellEnd"/>
            <w:r w:rsidRPr="004543E3">
              <w:rPr>
                <w:b/>
                <w:bCs/>
                <w:szCs w:val="26"/>
              </w:rPr>
              <w:t>:</w:t>
            </w:r>
          </w:p>
          <w:p w14:paraId="579ACC59" w14:textId="77777777" w:rsidR="00855AF9" w:rsidRPr="004543E3" w:rsidRDefault="00855AF9" w:rsidP="00855AF9">
            <w:pPr>
              <w:spacing w:after="0" w:line="340" w:lineRule="exact"/>
              <w:ind w:firstLine="709"/>
              <w:jc w:val="both"/>
              <w:rPr>
                <w:szCs w:val="26"/>
              </w:rPr>
            </w:pPr>
            <w:r w:rsidRPr="004543E3">
              <w:rPr>
                <w:szCs w:val="26"/>
              </w:rPr>
              <w:t xml:space="preserve">a) </w:t>
            </w:r>
            <w:proofErr w:type="spellStart"/>
            <w:r w:rsidRPr="004543E3">
              <w:rPr>
                <w:szCs w:val="26"/>
              </w:rPr>
              <w:t>Nắm</w:t>
            </w:r>
            <w:proofErr w:type="spellEnd"/>
            <w:r w:rsidRPr="004543E3">
              <w:rPr>
                <w:szCs w:val="26"/>
              </w:rPr>
              <w:t xml:space="preserve"> </w:t>
            </w:r>
            <w:proofErr w:type="spellStart"/>
            <w:r w:rsidRPr="004543E3">
              <w:rPr>
                <w:szCs w:val="26"/>
              </w:rPr>
              <w:t>vững</w:t>
            </w:r>
            <w:proofErr w:type="spellEnd"/>
            <w:r w:rsidRPr="004543E3">
              <w:rPr>
                <w:szCs w:val="26"/>
              </w:rPr>
              <w:t xml:space="preserve"> chủ </w:t>
            </w:r>
            <w:proofErr w:type="spellStart"/>
            <w:r w:rsidRPr="004543E3">
              <w:rPr>
                <w:szCs w:val="26"/>
              </w:rPr>
              <w:t>trương</w:t>
            </w:r>
            <w:proofErr w:type="spellEnd"/>
            <w:r w:rsidRPr="004543E3">
              <w:rPr>
                <w:szCs w:val="26"/>
              </w:rPr>
              <w:t xml:space="preserve">, </w:t>
            </w:r>
            <w:proofErr w:type="spellStart"/>
            <w:r w:rsidRPr="004543E3">
              <w:rPr>
                <w:szCs w:val="26"/>
              </w:rPr>
              <w:t>đường</w:t>
            </w:r>
            <w:proofErr w:type="spellEnd"/>
            <w:r w:rsidRPr="004543E3">
              <w:rPr>
                <w:szCs w:val="26"/>
              </w:rPr>
              <w:t xml:space="preserve"> </w:t>
            </w:r>
            <w:proofErr w:type="spellStart"/>
            <w:r w:rsidRPr="004543E3">
              <w:rPr>
                <w:szCs w:val="26"/>
              </w:rPr>
              <w:t>lối</w:t>
            </w:r>
            <w:proofErr w:type="spellEnd"/>
            <w:r w:rsidRPr="004543E3">
              <w:rPr>
                <w:szCs w:val="26"/>
              </w:rPr>
              <w:t xml:space="preserve">, </w:t>
            </w:r>
            <w:proofErr w:type="spellStart"/>
            <w:r w:rsidRPr="004543E3">
              <w:rPr>
                <w:szCs w:val="26"/>
              </w:rPr>
              <w:t>chính</w:t>
            </w:r>
            <w:proofErr w:type="spellEnd"/>
            <w:r w:rsidRPr="004543E3">
              <w:rPr>
                <w:szCs w:val="26"/>
              </w:rPr>
              <w:t xml:space="preserve"> </w:t>
            </w:r>
            <w:proofErr w:type="spellStart"/>
            <w:r w:rsidRPr="004543E3">
              <w:rPr>
                <w:szCs w:val="26"/>
              </w:rPr>
              <w:t>sách</w:t>
            </w:r>
            <w:proofErr w:type="spellEnd"/>
            <w:r w:rsidRPr="004543E3">
              <w:rPr>
                <w:szCs w:val="26"/>
              </w:rPr>
              <w:t xml:space="preserve"> </w:t>
            </w:r>
            <w:proofErr w:type="spellStart"/>
            <w:r w:rsidRPr="004543E3">
              <w:rPr>
                <w:szCs w:val="26"/>
              </w:rPr>
              <w:t>phát</w:t>
            </w:r>
            <w:proofErr w:type="spellEnd"/>
            <w:r w:rsidRPr="004543E3">
              <w:rPr>
                <w:szCs w:val="26"/>
              </w:rPr>
              <w:t xml:space="preserve"> </w:t>
            </w:r>
            <w:proofErr w:type="spellStart"/>
            <w:r w:rsidRPr="004543E3">
              <w:rPr>
                <w:szCs w:val="26"/>
              </w:rPr>
              <w:t>triển</w:t>
            </w:r>
            <w:proofErr w:type="spellEnd"/>
            <w:r w:rsidRPr="004543E3">
              <w:rPr>
                <w:szCs w:val="26"/>
              </w:rPr>
              <w:t xml:space="preserve"> </w:t>
            </w:r>
            <w:proofErr w:type="spellStart"/>
            <w:r w:rsidRPr="004543E3">
              <w:rPr>
                <w:szCs w:val="26"/>
              </w:rPr>
              <w:t>kinh</w:t>
            </w:r>
            <w:proofErr w:type="spellEnd"/>
            <w:r w:rsidRPr="004543E3">
              <w:rPr>
                <w:szCs w:val="26"/>
              </w:rPr>
              <w:t xml:space="preserve"> </w:t>
            </w:r>
            <w:proofErr w:type="spellStart"/>
            <w:r w:rsidRPr="004543E3">
              <w:rPr>
                <w:szCs w:val="26"/>
              </w:rPr>
              <w:t>tê</w:t>
            </w:r>
            <w:proofErr w:type="spellEnd"/>
            <w:r w:rsidRPr="004543E3">
              <w:rPr>
                <w:szCs w:val="26"/>
              </w:rPr>
              <w:t xml:space="preserve">́ - xã </w:t>
            </w:r>
            <w:proofErr w:type="spellStart"/>
            <w:r w:rsidRPr="004543E3">
              <w:rPr>
                <w:szCs w:val="26"/>
              </w:rPr>
              <w:t>hội</w:t>
            </w:r>
            <w:proofErr w:type="spellEnd"/>
            <w:r w:rsidRPr="004543E3">
              <w:rPr>
                <w:szCs w:val="26"/>
              </w:rPr>
              <w:t xml:space="preserve"> </w:t>
            </w:r>
            <w:proofErr w:type="spellStart"/>
            <w:r w:rsidRPr="004543E3">
              <w:rPr>
                <w:szCs w:val="26"/>
              </w:rPr>
              <w:t>của</w:t>
            </w:r>
            <w:proofErr w:type="spellEnd"/>
            <w:r w:rsidRPr="004543E3">
              <w:rPr>
                <w:szCs w:val="26"/>
              </w:rPr>
              <w:t xml:space="preserve"> </w:t>
            </w:r>
            <w:proofErr w:type="spellStart"/>
            <w:r w:rsidRPr="004543E3">
              <w:rPr>
                <w:szCs w:val="26"/>
              </w:rPr>
              <w:t>Đảng</w:t>
            </w:r>
            <w:proofErr w:type="spellEnd"/>
            <w:r w:rsidRPr="004543E3">
              <w:rPr>
                <w:szCs w:val="26"/>
              </w:rPr>
              <w:t xml:space="preserve"> </w:t>
            </w:r>
            <w:proofErr w:type="spellStart"/>
            <w:r w:rsidRPr="004543E3">
              <w:rPr>
                <w:szCs w:val="26"/>
              </w:rPr>
              <w:t>va</w:t>
            </w:r>
            <w:proofErr w:type="spellEnd"/>
            <w:r w:rsidRPr="004543E3">
              <w:rPr>
                <w:szCs w:val="26"/>
              </w:rPr>
              <w:t xml:space="preserve">̀ Nhà </w:t>
            </w:r>
            <w:proofErr w:type="spellStart"/>
            <w:r w:rsidRPr="004543E3">
              <w:rPr>
                <w:szCs w:val="26"/>
              </w:rPr>
              <w:t>nước</w:t>
            </w:r>
            <w:proofErr w:type="spellEnd"/>
            <w:r w:rsidRPr="004543E3">
              <w:rPr>
                <w:szCs w:val="26"/>
              </w:rPr>
              <w:t xml:space="preserve">, </w:t>
            </w:r>
            <w:proofErr w:type="spellStart"/>
            <w:r w:rsidRPr="004543E3">
              <w:rPr>
                <w:szCs w:val="26"/>
              </w:rPr>
              <w:t>định</w:t>
            </w:r>
            <w:proofErr w:type="spellEnd"/>
            <w:r w:rsidRPr="004543E3">
              <w:rPr>
                <w:szCs w:val="26"/>
              </w:rPr>
              <w:t xml:space="preserve"> </w:t>
            </w:r>
            <w:proofErr w:type="spellStart"/>
            <w:r w:rsidRPr="004543E3">
              <w:rPr>
                <w:szCs w:val="26"/>
              </w:rPr>
              <w:t>hướng</w:t>
            </w:r>
            <w:proofErr w:type="spellEnd"/>
            <w:r w:rsidRPr="004543E3">
              <w:rPr>
                <w:szCs w:val="26"/>
              </w:rPr>
              <w:t xml:space="preserve"> </w:t>
            </w:r>
            <w:proofErr w:type="spellStart"/>
            <w:r w:rsidRPr="004543E3">
              <w:rPr>
                <w:szCs w:val="26"/>
              </w:rPr>
              <w:t>chiến</w:t>
            </w:r>
            <w:proofErr w:type="spellEnd"/>
            <w:r w:rsidRPr="004543E3">
              <w:rPr>
                <w:szCs w:val="26"/>
              </w:rPr>
              <w:t xml:space="preserve"> </w:t>
            </w:r>
            <w:proofErr w:type="spellStart"/>
            <w:r w:rsidRPr="004543E3">
              <w:rPr>
                <w:szCs w:val="26"/>
              </w:rPr>
              <w:t>lược</w:t>
            </w:r>
            <w:proofErr w:type="spellEnd"/>
            <w:r w:rsidRPr="004543E3">
              <w:rPr>
                <w:szCs w:val="26"/>
              </w:rPr>
              <w:t xml:space="preserve"> </w:t>
            </w:r>
            <w:proofErr w:type="spellStart"/>
            <w:r w:rsidRPr="004543E3">
              <w:rPr>
                <w:szCs w:val="26"/>
              </w:rPr>
              <w:t>phát</w:t>
            </w:r>
            <w:proofErr w:type="spellEnd"/>
            <w:r w:rsidRPr="004543E3">
              <w:rPr>
                <w:szCs w:val="26"/>
              </w:rPr>
              <w:t xml:space="preserve"> </w:t>
            </w:r>
            <w:proofErr w:type="spellStart"/>
            <w:r w:rsidRPr="004543E3">
              <w:rPr>
                <w:szCs w:val="26"/>
              </w:rPr>
              <w:t>triển</w:t>
            </w:r>
            <w:proofErr w:type="spellEnd"/>
            <w:r w:rsidRPr="004543E3">
              <w:rPr>
                <w:szCs w:val="26"/>
              </w:rPr>
              <w:t xml:space="preserve"> khoa </w:t>
            </w:r>
            <w:proofErr w:type="spellStart"/>
            <w:r w:rsidRPr="004543E3">
              <w:rPr>
                <w:szCs w:val="26"/>
              </w:rPr>
              <w:t>học</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nghê</w:t>
            </w:r>
            <w:proofErr w:type="spellEnd"/>
            <w:r w:rsidRPr="004543E3">
              <w:rPr>
                <w:szCs w:val="26"/>
              </w:rPr>
              <w:t xml:space="preserve">̣ </w:t>
            </w:r>
            <w:proofErr w:type="spellStart"/>
            <w:r w:rsidRPr="004543E3">
              <w:rPr>
                <w:szCs w:val="26"/>
              </w:rPr>
              <w:t>va</w:t>
            </w:r>
            <w:proofErr w:type="spellEnd"/>
            <w:r w:rsidRPr="004543E3">
              <w:rPr>
                <w:szCs w:val="26"/>
              </w:rPr>
              <w:t xml:space="preserve">̀ </w:t>
            </w:r>
            <w:proofErr w:type="spellStart"/>
            <w:r w:rsidRPr="004543E3">
              <w:rPr>
                <w:szCs w:val="26"/>
              </w:rPr>
              <w:t>đổi</w:t>
            </w:r>
            <w:proofErr w:type="spellEnd"/>
            <w:r w:rsidRPr="004543E3">
              <w:rPr>
                <w:szCs w:val="26"/>
              </w:rPr>
              <w:t xml:space="preserve"> </w:t>
            </w:r>
            <w:proofErr w:type="spellStart"/>
            <w:r w:rsidRPr="004543E3">
              <w:rPr>
                <w:szCs w:val="26"/>
              </w:rPr>
              <w:t>mới</w:t>
            </w:r>
            <w:proofErr w:type="spellEnd"/>
            <w:r w:rsidRPr="004543E3">
              <w:rPr>
                <w:szCs w:val="26"/>
              </w:rPr>
              <w:t xml:space="preserve"> </w:t>
            </w:r>
            <w:proofErr w:type="spellStart"/>
            <w:r w:rsidRPr="004543E3">
              <w:rPr>
                <w:szCs w:val="26"/>
              </w:rPr>
              <w:t>sáng</w:t>
            </w:r>
            <w:proofErr w:type="spellEnd"/>
            <w:r w:rsidRPr="004543E3">
              <w:rPr>
                <w:szCs w:val="26"/>
              </w:rPr>
              <w:t xml:space="preserve"> </w:t>
            </w:r>
            <w:proofErr w:type="spellStart"/>
            <w:r w:rsidRPr="004543E3">
              <w:rPr>
                <w:szCs w:val="26"/>
              </w:rPr>
              <w:t>tạo</w:t>
            </w:r>
            <w:proofErr w:type="spellEnd"/>
            <w:r w:rsidRPr="004543E3">
              <w:rPr>
                <w:szCs w:val="26"/>
              </w:rPr>
              <w:t xml:space="preserve"> </w:t>
            </w:r>
            <w:proofErr w:type="spellStart"/>
            <w:r w:rsidRPr="004543E3">
              <w:rPr>
                <w:szCs w:val="26"/>
              </w:rPr>
              <w:t>của</w:t>
            </w:r>
            <w:proofErr w:type="spellEnd"/>
            <w:r w:rsidRPr="004543E3">
              <w:rPr>
                <w:szCs w:val="26"/>
              </w:rPr>
              <w:t xml:space="preserve"> </w:t>
            </w:r>
            <w:proofErr w:type="spellStart"/>
            <w:r w:rsidRPr="004543E3">
              <w:rPr>
                <w:szCs w:val="26"/>
              </w:rPr>
              <w:t>quốc</w:t>
            </w:r>
            <w:proofErr w:type="spellEnd"/>
            <w:r w:rsidRPr="004543E3">
              <w:rPr>
                <w:szCs w:val="26"/>
              </w:rPr>
              <w:t xml:space="preserve"> </w:t>
            </w:r>
            <w:proofErr w:type="spellStart"/>
            <w:r w:rsidRPr="004543E3">
              <w:rPr>
                <w:szCs w:val="26"/>
              </w:rPr>
              <w:t>gia</w:t>
            </w:r>
            <w:proofErr w:type="spellEnd"/>
            <w:r w:rsidRPr="004543E3">
              <w:rPr>
                <w:szCs w:val="26"/>
              </w:rPr>
              <w:t xml:space="preserve">, </w:t>
            </w:r>
            <w:proofErr w:type="spellStart"/>
            <w:r w:rsidRPr="004543E3">
              <w:rPr>
                <w:szCs w:val="26"/>
              </w:rPr>
              <w:t>bô</w:t>
            </w:r>
            <w:proofErr w:type="spellEnd"/>
            <w:r w:rsidRPr="004543E3">
              <w:rPr>
                <w:szCs w:val="26"/>
              </w:rPr>
              <w:t xml:space="preserve">̣, </w:t>
            </w:r>
            <w:proofErr w:type="spellStart"/>
            <w:r w:rsidRPr="004543E3">
              <w:rPr>
                <w:szCs w:val="26"/>
              </w:rPr>
              <w:t>ngành</w:t>
            </w:r>
            <w:proofErr w:type="spellEnd"/>
            <w:r w:rsidRPr="004543E3">
              <w:rPr>
                <w:szCs w:val="26"/>
              </w:rPr>
              <w:t xml:space="preserve"> </w:t>
            </w:r>
            <w:proofErr w:type="spellStart"/>
            <w:r w:rsidRPr="004543E3">
              <w:rPr>
                <w:szCs w:val="26"/>
              </w:rPr>
              <w:t>va</w:t>
            </w:r>
            <w:proofErr w:type="spellEnd"/>
            <w:r w:rsidRPr="004543E3">
              <w:rPr>
                <w:szCs w:val="26"/>
              </w:rPr>
              <w:t xml:space="preserve">̀ </w:t>
            </w:r>
            <w:proofErr w:type="spellStart"/>
            <w:r w:rsidRPr="004543E3">
              <w:rPr>
                <w:szCs w:val="26"/>
              </w:rPr>
              <w:t>địa</w:t>
            </w:r>
            <w:proofErr w:type="spellEnd"/>
            <w:r w:rsidRPr="004543E3">
              <w:rPr>
                <w:szCs w:val="26"/>
              </w:rPr>
              <w:t xml:space="preserve"> </w:t>
            </w:r>
            <w:proofErr w:type="spellStart"/>
            <w:r w:rsidRPr="004543E3">
              <w:rPr>
                <w:szCs w:val="26"/>
              </w:rPr>
              <w:t>phương</w:t>
            </w:r>
            <w:proofErr w:type="spellEnd"/>
            <w:r w:rsidRPr="004543E3">
              <w:rPr>
                <w:szCs w:val="26"/>
              </w:rPr>
              <w:t xml:space="preserve">. </w:t>
            </w:r>
            <w:proofErr w:type="spellStart"/>
            <w:r w:rsidRPr="004543E3">
              <w:rPr>
                <w:szCs w:val="26"/>
              </w:rPr>
              <w:t>Nắm</w:t>
            </w:r>
            <w:proofErr w:type="spellEnd"/>
            <w:r w:rsidRPr="004543E3">
              <w:rPr>
                <w:szCs w:val="26"/>
              </w:rPr>
              <w:t xml:space="preserve"> </w:t>
            </w:r>
            <w:proofErr w:type="spellStart"/>
            <w:r w:rsidRPr="004543E3">
              <w:rPr>
                <w:szCs w:val="26"/>
              </w:rPr>
              <w:t>được</w:t>
            </w:r>
            <w:proofErr w:type="spellEnd"/>
            <w:r w:rsidRPr="004543E3">
              <w:rPr>
                <w:szCs w:val="26"/>
              </w:rPr>
              <w:t xml:space="preserve"> </w:t>
            </w:r>
            <w:proofErr w:type="spellStart"/>
            <w:r w:rsidRPr="004543E3">
              <w:rPr>
                <w:szCs w:val="26"/>
              </w:rPr>
              <w:lastRenderedPageBreak/>
              <w:t>các</w:t>
            </w:r>
            <w:proofErr w:type="spellEnd"/>
            <w:r w:rsidRPr="004543E3">
              <w:rPr>
                <w:szCs w:val="26"/>
              </w:rPr>
              <w:t xml:space="preserve"> </w:t>
            </w:r>
            <w:proofErr w:type="spellStart"/>
            <w:r w:rsidRPr="004543E3">
              <w:rPr>
                <w:szCs w:val="26"/>
              </w:rPr>
              <w:t>thành</w:t>
            </w:r>
            <w:proofErr w:type="spellEnd"/>
            <w:r w:rsidRPr="004543E3">
              <w:rPr>
                <w:szCs w:val="26"/>
              </w:rPr>
              <w:t xml:space="preserve"> </w:t>
            </w:r>
            <w:proofErr w:type="spellStart"/>
            <w:r w:rsidRPr="004543E3">
              <w:rPr>
                <w:szCs w:val="26"/>
              </w:rPr>
              <w:t>tựu</w:t>
            </w:r>
            <w:proofErr w:type="spellEnd"/>
            <w:r w:rsidRPr="004543E3">
              <w:rPr>
                <w:szCs w:val="26"/>
              </w:rPr>
              <w:t xml:space="preserve"> </w:t>
            </w:r>
            <w:proofErr w:type="spellStart"/>
            <w:r w:rsidRPr="004543E3">
              <w:rPr>
                <w:szCs w:val="26"/>
              </w:rPr>
              <w:t>va</w:t>
            </w:r>
            <w:proofErr w:type="spellEnd"/>
            <w:r w:rsidRPr="004543E3">
              <w:rPr>
                <w:szCs w:val="26"/>
              </w:rPr>
              <w:t xml:space="preserve">̀ xu </w:t>
            </w:r>
            <w:proofErr w:type="spellStart"/>
            <w:r w:rsidRPr="004543E3">
              <w:rPr>
                <w:szCs w:val="26"/>
              </w:rPr>
              <w:t>hướng</w:t>
            </w:r>
            <w:proofErr w:type="spellEnd"/>
            <w:r w:rsidRPr="004543E3">
              <w:rPr>
                <w:szCs w:val="26"/>
              </w:rPr>
              <w:t xml:space="preserve"> </w:t>
            </w:r>
            <w:proofErr w:type="spellStart"/>
            <w:r w:rsidRPr="004543E3">
              <w:rPr>
                <w:szCs w:val="26"/>
              </w:rPr>
              <w:t>phát</w:t>
            </w:r>
            <w:proofErr w:type="spellEnd"/>
            <w:r w:rsidRPr="004543E3">
              <w:rPr>
                <w:szCs w:val="26"/>
              </w:rPr>
              <w:t xml:space="preserve"> </w:t>
            </w:r>
            <w:proofErr w:type="spellStart"/>
            <w:r w:rsidRPr="004543E3">
              <w:rPr>
                <w:szCs w:val="26"/>
              </w:rPr>
              <w:t>triển</w:t>
            </w:r>
            <w:proofErr w:type="spellEnd"/>
            <w:r w:rsidRPr="004543E3">
              <w:rPr>
                <w:szCs w:val="26"/>
              </w:rPr>
              <w:t xml:space="preserve"> khoa </w:t>
            </w:r>
            <w:proofErr w:type="spellStart"/>
            <w:r w:rsidRPr="004543E3">
              <w:rPr>
                <w:szCs w:val="26"/>
              </w:rPr>
              <w:t>học</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nghê</w:t>
            </w:r>
            <w:proofErr w:type="spellEnd"/>
            <w:r w:rsidRPr="004543E3">
              <w:rPr>
                <w:szCs w:val="26"/>
              </w:rPr>
              <w:t xml:space="preserve">̣ </w:t>
            </w:r>
            <w:proofErr w:type="spellStart"/>
            <w:r w:rsidRPr="004543E3">
              <w:rPr>
                <w:szCs w:val="26"/>
              </w:rPr>
              <w:t>va</w:t>
            </w:r>
            <w:proofErr w:type="spellEnd"/>
            <w:r w:rsidRPr="004543E3">
              <w:rPr>
                <w:szCs w:val="26"/>
              </w:rPr>
              <w:t xml:space="preserve">̀ </w:t>
            </w:r>
            <w:proofErr w:type="spellStart"/>
            <w:r w:rsidRPr="004543E3">
              <w:rPr>
                <w:szCs w:val="26"/>
              </w:rPr>
              <w:t>đổi</w:t>
            </w:r>
            <w:proofErr w:type="spellEnd"/>
            <w:r w:rsidRPr="004543E3">
              <w:rPr>
                <w:szCs w:val="26"/>
              </w:rPr>
              <w:t xml:space="preserve"> </w:t>
            </w:r>
            <w:proofErr w:type="spellStart"/>
            <w:r w:rsidRPr="004543E3">
              <w:rPr>
                <w:szCs w:val="26"/>
              </w:rPr>
              <w:t>mới</w:t>
            </w:r>
            <w:proofErr w:type="spellEnd"/>
            <w:r w:rsidRPr="004543E3">
              <w:rPr>
                <w:szCs w:val="26"/>
              </w:rPr>
              <w:t xml:space="preserve"> </w:t>
            </w:r>
            <w:proofErr w:type="spellStart"/>
            <w:r w:rsidRPr="004543E3">
              <w:rPr>
                <w:szCs w:val="26"/>
              </w:rPr>
              <w:t>sáng</w:t>
            </w:r>
            <w:proofErr w:type="spellEnd"/>
            <w:r w:rsidRPr="004543E3">
              <w:rPr>
                <w:szCs w:val="26"/>
              </w:rPr>
              <w:t xml:space="preserve"> </w:t>
            </w:r>
            <w:proofErr w:type="spellStart"/>
            <w:r w:rsidRPr="004543E3">
              <w:rPr>
                <w:szCs w:val="26"/>
              </w:rPr>
              <w:t>tạo</w:t>
            </w:r>
            <w:proofErr w:type="spellEnd"/>
            <w:r w:rsidRPr="004543E3">
              <w:rPr>
                <w:szCs w:val="26"/>
              </w:rPr>
              <w:t xml:space="preserve">, </w:t>
            </w:r>
            <w:proofErr w:type="spellStart"/>
            <w:r w:rsidRPr="004543E3">
              <w:rPr>
                <w:szCs w:val="26"/>
              </w:rPr>
              <w:t>những</w:t>
            </w:r>
            <w:proofErr w:type="spellEnd"/>
            <w:r w:rsidRPr="004543E3">
              <w:rPr>
                <w:szCs w:val="26"/>
              </w:rPr>
              <w:t xml:space="preserve"> </w:t>
            </w:r>
            <w:proofErr w:type="spellStart"/>
            <w:r w:rsidRPr="004543E3">
              <w:rPr>
                <w:szCs w:val="26"/>
              </w:rPr>
              <w:t>tiến</w:t>
            </w:r>
            <w:proofErr w:type="spellEnd"/>
            <w:r w:rsidRPr="004543E3">
              <w:rPr>
                <w:szCs w:val="26"/>
              </w:rPr>
              <w:t xml:space="preserve"> </w:t>
            </w:r>
            <w:proofErr w:type="spellStart"/>
            <w:r w:rsidRPr="004543E3">
              <w:rPr>
                <w:szCs w:val="26"/>
              </w:rPr>
              <w:t>bô</w:t>
            </w:r>
            <w:proofErr w:type="spellEnd"/>
            <w:r w:rsidRPr="004543E3">
              <w:rPr>
                <w:szCs w:val="26"/>
              </w:rPr>
              <w:t xml:space="preserve">̣ khoa </w:t>
            </w:r>
            <w:proofErr w:type="spellStart"/>
            <w:r w:rsidRPr="004543E3">
              <w:rPr>
                <w:szCs w:val="26"/>
              </w:rPr>
              <w:t>học</w:t>
            </w:r>
            <w:proofErr w:type="spellEnd"/>
            <w:r w:rsidRPr="004543E3">
              <w:rPr>
                <w:szCs w:val="26"/>
              </w:rPr>
              <w:t xml:space="preserve"> </w:t>
            </w:r>
            <w:proofErr w:type="spellStart"/>
            <w:r w:rsidRPr="004543E3">
              <w:rPr>
                <w:szCs w:val="26"/>
              </w:rPr>
              <w:t>va</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nghê</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trọng</w:t>
            </w:r>
            <w:proofErr w:type="spellEnd"/>
            <w:r w:rsidRPr="004543E3">
              <w:rPr>
                <w:szCs w:val="26"/>
              </w:rPr>
              <w:t xml:space="preserve"> </w:t>
            </w:r>
            <w:proofErr w:type="spellStart"/>
            <w:r w:rsidRPr="004543E3">
              <w:rPr>
                <w:szCs w:val="26"/>
              </w:rPr>
              <w:t>trong</w:t>
            </w:r>
            <w:proofErr w:type="spellEnd"/>
            <w:r w:rsidRPr="004543E3">
              <w:rPr>
                <w:szCs w:val="26"/>
              </w:rPr>
              <w:t xml:space="preserve"> </w:t>
            </w:r>
            <w:proofErr w:type="spellStart"/>
            <w:r w:rsidRPr="004543E3">
              <w:rPr>
                <w:szCs w:val="26"/>
              </w:rPr>
              <w:t>nước</w:t>
            </w:r>
            <w:proofErr w:type="spellEnd"/>
            <w:r w:rsidRPr="004543E3">
              <w:rPr>
                <w:szCs w:val="26"/>
              </w:rPr>
              <w:t xml:space="preserve">, </w:t>
            </w:r>
            <w:proofErr w:type="spellStart"/>
            <w:r w:rsidRPr="004543E3">
              <w:rPr>
                <w:szCs w:val="26"/>
              </w:rPr>
              <w:t>thê</w:t>
            </w:r>
            <w:proofErr w:type="spellEnd"/>
            <w:r w:rsidRPr="004543E3">
              <w:rPr>
                <w:szCs w:val="26"/>
              </w:rPr>
              <w:t xml:space="preserve">́ </w:t>
            </w:r>
            <w:proofErr w:type="spellStart"/>
            <w:r w:rsidRPr="004543E3">
              <w:rPr>
                <w:szCs w:val="26"/>
              </w:rPr>
              <w:t>giới</w:t>
            </w:r>
            <w:proofErr w:type="spellEnd"/>
            <w:r w:rsidRPr="004543E3">
              <w:rPr>
                <w:szCs w:val="26"/>
              </w:rPr>
              <w:t xml:space="preserve"> </w:t>
            </w:r>
            <w:proofErr w:type="spellStart"/>
            <w:r w:rsidRPr="004543E3">
              <w:rPr>
                <w:szCs w:val="26"/>
              </w:rPr>
              <w:t>liên</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đến</w:t>
            </w:r>
            <w:proofErr w:type="spellEnd"/>
            <w:r w:rsidRPr="004543E3">
              <w:rPr>
                <w:szCs w:val="26"/>
              </w:rPr>
              <w:t xml:space="preserve"> </w:t>
            </w:r>
            <w:proofErr w:type="spellStart"/>
            <w:r w:rsidRPr="004543E3">
              <w:rPr>
                <w:szCs w:val="26"/>
              </w:rPr>
              <w:t>ngành</w:t>
            </w:r>
            <w:proofErr w:type="spellEnd"/>
            <w:r w:rsidRPr="004543E3">
              <w:rPr>
                <w:szCs w:val="26"/>
              </w:rPr>
              <w:t xml:space="preserve"> </w:t>
            </w:r>
            <w:proofErr w:type="spellStart"/>
            <w:r w:rsidRPr="004543E3">
              <w:rPr>
                <w:szCs w:val="26"/>
              </w:rPr>
              <w:t>va</w:t>
            </w:r>
            <w:proofErr w:type="spellEnd"/>
            <w:r w:rsidRPr="004543E3">
              <w:rPr>
                <w:szCs w:val="26"/>
              </w:rPr>
              <w:t xml:space="preserve">̀ </w:t>
            </w:r>
            <w:proofErr w:type="spellStart"/>
            <w:r w:rsidRPr="004543E3">
              <w:rPr>
                <w:szCs w:val="26"/>
              </w:rPr>
              <w:t>đơn</w:t>
            </w:r>
            <w:proofErr w:type="spellEnd"/>
            <w:r w:rsidRPr="004543E3">
              <w:rPr>
                <w:szCs w:val="26"/>
              </w:rPr>
              <w:t xml:space="preserve"> vị. </w:t>
            </w:r>
          </w:p>
          <w:p w14:paraId="689E6592" w14:textId="77777777" w:rsidR="00855AF9" w:rsidRPr="004543E3" w:rsidRDefault="00855AF9" w:rsidP="00855AF9">
            <w:pPr>
              <w:spacing w:after="0" w:line="340" w:lineRule="exact"/>
              <w:ind w:firstLine="709"/>
              <w:jc w:val="both"/>
              <w:rPr>
                <w:szCs w:val="26"/>
              </w:rPr>
            </w:pPr>
            <w:r w:rsidRPr="004543E3">
              <w:rPr>
                <w:szCs w:val="26"/>
              </w:rPr>
              <w:t xml:space="preserve">b) </w:t>
            </w:r>
            <w:proofErr w:type="spellStart"/>
            <w:r w:rsidRPr="004543E3">
              <w:rPr>
                <w:szCs w:val="26"/>
              </w:rPr>
              <w:t>Có</w:t>
            </w:r>
            <w:proofErr w:type="spellEnd"/>
            <w:r w:rsidRPr="004543E3">
              <w:rPr>
                <w:szCs w:val="26"/>
              </w:rPr>
              <w:t xml:space="preserve"> </w:t>
            </w:r>
            <w:proofErr w:type="spellStart"/>
            <w:r w:rsidRPr="004543E3">
              <w:rPr>
                <w:szCs w:val="26"/>
              </w:rPr>
              <w:t>kiến</w:t>
            </w:r>
            <w:proofErr w:type="spellEnd"/>
            <w:r w:rsidRPr="004543E3">
              <w:rPr>
                <w:szCs w:val="26"/>
              </w:rPr>
              <w:t xml:space="preserve"> </w:t>
            </w:r>
            <w:proofErr w:type="spellStart"/>
            <w:r w:rsidRPr="004543E3">
              <w:rPr>
                <w:szCs w:val="26"/>
              </w:rPr>
              <w:t>thức</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sâu</w:t>
            </w:r>
            <w:proofErr w:type="spellEnd"/>
            <w:r w:rsidRPr="004543E3">
              <w:rPr>
                <w:szCs w:val="26"/>
              </w:rPr>
              <w:t xml:space="preserve"> </w:t>
            </w:r>
            <w:proofErr w:type="spellStart"/>
            <w:r w:rsidRPr="004543E3">
              <w:rPr>
                <w:szCs w:val="26"/>
              </w:rPr>
              <w:t>về</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ngành</w:t>
            </w:r>
            <w:proofErr w:type="spellEnd"/>
            <w:r w:rsidRPr="004543E3">
              <w:rPr>
                <w:szCs w:val="26"/>
              </w:rPr>
              <w:t xml:space="preserve">, am </w:t>
            </w:r>
            <w:proofErr w:type="spellStart"/>
            <w:r w:rsidRPr="004543E3">
              <w:rPr>
                <w:szCs w:val="26"/>
              </w:rPr>
              <w:t>hiểu</w:t>
            </w:r>
            <w:proofErr w:type="spellEnd"/>
            <w:r w:rsidRPr="004543E3">
              <w:rPr>
                <w:szCs w:val="26"/>
              </w:rPr>
              <w:t xml:space="preserve"> </w:t>
            </w:r>
            <w:proofErr w:type="spellStart"/>
            <w:r w:rsidRPr="004543E3">
              <w:rPr>
                <w:szCs w:val="26"/>
              </w:rPr>
              <w:t>toàn</w:t>
            </w:r>
            <w:proofErr w:type="spellEnd"/>
            <w:r w:rsidRPr="004543E3">
              <w:rPr>
                <w:szCs w:val="26"/>
              </w:rPr>
              <w:t xml:space="preserve"> </w:t>
            </w:r>
            <w:proofErr w:type="spellStart"/>
            <w:r w:rsidRPr="004543E3">
              <w:rPr>
                <w:szCs w:val="26"/>
              </w:rPr>
              <w:t>diện</w:t>
            </w:r>
            <w:proofErr w:type="spellEnd"/>
            <w:r w:rsidRPr="004543E3">
              <w:rPr>
                <w:szCs w:val="26"/>
              </w:rPr>
              <w:t xml:space="preserve"> </w:t>
            </w:r>
            <w:proofErr w:type="spellStart"/>
            <w:r w:rsidRPr="004543E3">
              <w:rPr>
                <w:szCs w:val="26"/>
              </w:rPr>
              <w:t>về</w:t>
            </w:r>
            <w:proofErr w:type="spellEnd"/>
            <w:r w:rsidRPr="004543E3">
              <w:rPr>
                <w:szCs w:val="26"/>
              </w:rPr>
              <w:t xml:space="preserve"> </w:t>
            </w:r>
            <w:proofErr w:type="spellStart"/>
            <w:r w:rsidRPr="004543E3">
              <w:rPr>
                <w:szCs w:val="26"/>
              </w:rPr>
              <w:t>nghiệp</w:t>
            </w:r>
            <w:proofErr w:type="spellEnd"/>
            <w:r w:rsidRPr="004543E3">
              <w:rPr>
                <w:szCs w:val="26"/>
              </w:rPr>
              <w:t xml:space="preserve"> </w:t>
            </w:r>
            <w:proofErr w:type="spellStart"/>
            <w:r w:rsidRPr="004543E3">
              <w:rPr>
                <w:szCs w:val="26"/>
              </w:rPr>
              <w:t>vụ</w:t>
            </w:r>
            <w:proofErr w:type="spellEnd"/>
            <w:r w:rsidRPr="004543E3">
              <w:rPr>
                <w:szCs w:val="26"/>
              </w:rPr>
              <w:t xml:space="preserve"> </w:t>
            </w:r>
            <w:proofErr w:type="spellStart"/>
            <w:r w:rsidRPr="004543E3">
              <w:rPr>
                <w:szCs w:val="26"/>
              </w:rPr>
              <w:t>quản</w:t>
            </w:r>
            <w:proofErr w:type="spellEnd"/>
            <w:r w:rsidRPr="004543E3">
              <w:rPr>
                <w:szCs w:val="26"/>
              </w:rPr>
              <w:t xml:space="preserve"> </w:t>
            </w:r>
            <w:proofErr w:type="spellStart"/>
            <w:r w:rsidRPr="004543E3">
              <w:rPr>
                <w:szCs w:val="26"/>
              </w:rPr>
              <w:t>lý</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tra</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soát</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 xml:space="preserve">; </w:t>
            </w:r>
            <w:proofErr w:type="spellStart"/>
            <w:r w:rsidRPr="004543E3">
              <w:rPr>
                <w:szCs w:val="26"/>
              </w:rPr>
              <w:t>có</w:t>
            </w:r>
            <w:proofErr w:type="spellEnd"/>
            <w:r w:rsidRPr="004543E3">
              <w:rPr>
                <w:szCs w:val="26"/>
              </w:rPr>
              <w:t xml:space="preserve"> </w:t>
            </w:r>
            <w:proofErr w:type="spellStart"/>
            <w:r w:rsidRPr="004543E3">
              <w:rPr>
                <w:szCs w:val="26"/>
              </w:rPr>
              <w:t>khả</w:t>
            </w:r>
            <w:proofErr w:type="spellEnd"/>
            <w:r w:rsidRPr="004543E3">
              <w:rPr>
                <w:szCs w:val="26"/>
              </w:rPr>
              <w:t xml:space="preserve"> </w:t>
            </w:r>
            <w:proofErr w:type="spellStart"/>
            <w:r w:rsidRPr="004543E3">
              <w:rPr>
                <w:szCs w:val="26"/>
              </w:rPr>
              <w:t>năng</w:t>
            </w:r>
            <w:proofErr w:type="spellEnd"/>
            <w:r w:rsidRPr="004543E3">
              <w:rPr>
                <w:szCs w:val="26"/>
              </w:rPr>
              <w:t xml:space="preserve"> </w:t>
            </w:r>
            <w:proofErr w:type="spellStart"/>
            <w:r w:rsidRPr="004543E3">
              <w:rPr>
                <w:szCs w:val="26"/>
              </w:rPr>
              <w:t>tổ</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hướng</w:t>
            </w:r>
            <w:proofErr w:type="spellEnd"/>
            <w:r w:rsidRPr="004543E3">
              <w:rPr>
                <w:szCs w:val="26"/>
              </w:rPr>
              <w:t xml:space="preserve"> </w:t>
            </w:r>
            <w:proofErr w:type="spellStart"/>
            <w:r w:rsidRPr="004543E3">
              <w:rPr>
                <w:szCs w:val="26"/>
              </w:rPr>
              <w:t>dẫn</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thực</w:t>
            </w:r>
            <w:proofErr w:type="spellEnd"/>
            <w:r w:rsidRPr="004543E3">
              <w:rPr>
                <w:szCs w:val="26"/>
              </w:rPr>
              <w:t xml:space="preserve"> </w:t>
            </w:r>
            <w:proofErr w:type="spellStart"/>
            <w:r w:rsidRPr="004543E3">
              <w:rPr>
                <w:szCs w:val="26"/>
              </w:rPr>
              <w:t>hiện</w:t>
            </w:r>
            <w:proofErr w:type="spellEnd"/>
            <w:r w:rsidRPr="004543E3">
              <w:rPr>
                <w:szCs w:val="26"/>
              </w:rPr>
              <w:t xml:space="preserve"> </w:t>
            </w:r>
            <w:proofErr w:type="spellStart"/>
            <w:r w:rsidRPr="004543E3">
              <w:rPr>
                <w:szCs w:val="26"/>
              </w:rPr>
              <w:t>hiệu</w:t>
            </w:r>
            <w:proofErr w:type="spellEnd"/>
            <w:r w:rsidRPr="004543E3">
              <w:rPr>
                <w:szCs w:val="26"/>
              </w:rPr>
              <w:t xml:space="preserve"> </w:t>
            </w:r>
            <w:proofErr w:type="spellStart"/>
            <w:r w:rsidRPr="004543E3">
              <w:rPr>
                <w:szCs w:val="26"/>
              </w:rPr>
              <w:t>quả</w:t>
            </w:r>
            <w:proofErr w:type="spellEnd"/>
            <w:r w:rsidRPr="004543E3">
              <w:rPr>
                <w:szCs w:val="26"/>
              </w:rPr>
              <w:t xml:space="preserve"> </w:t>
            </w:r>
            <w:proofErr w:type="spellStart"/>
            <w:r w:rsidRPr="004543E3">
              <w:rPr>
                <w:szCs w:val="26"/>
              </w:rPr>
              <w:t>nhiệm</w:t>
            </w:r>
            <w:proofErr w:type="spellEnd"/>
            <w:r w:rsidRPr="004543E3">
              <w:rPr>
                <w:szCs w:val="26"/>
              </w:rPr>
              <w:t xml:space="preserve"> </w:t>
            </w:r>
            <w:proofErr w:type="spellStart"/>
            <w:r w:rsidRPr="004543E3">
              <w:rPr>
                <w:szCs w:val="26"/>
              </w:rPr>
              <w:t>vụ</w:t>
            </w:r>
            <w:proofErr w:type="spellEnd"/>
            <w:r w:rsidRPr="004543E3">
              <w:rPr>
                <w:szCs w:val="26"/>
              </w:rPr>
              <w:t xml:space="preserve"> </w:t>
            </w:r>
            <w:proofErr w:type="spellStart"/>
            <w:r w:rsidRPr="004543E3">
              <w:rPr>
                <w:szCs w:val="26"/>
              </w:rPr>
              <w:t>được</w:t>
            </w:r>
            <w:proofErr w:type="spellEnd"/>
            <w:r w:rsidRPr="004543E3">
              <w:rPr>
                <w:szCs w:val="26"/>
              </w:rPr>
              <w:t xml:space="preserve"> </w:t>
            </w:r>
            <w:proofErr w:type="spellStart"/>
            <w:r w:rsidRPr="004543E3">
              <w:rPr>
                <w:szCs w:val="26"/>
              </w:rPr>
              <w:t>giao</w:t>
            </w:r>
            <w:proofErr w:type="spellEnd"/>
            <w:r w:rsidRPr="004543E3">
              <w:rPr>
                <w:szCs w:val="26"/>
              </w:rPr>
              <w:t>.</w:t>
            </w:r>
          </w:p>
          <w:p w14:paraId="1FAB79D1" w14:textId="77777777" w:rsidR="00855AF9" w:rsidRPr="004543E3" w:rsidRDefault="00855AF9" w:rsidP="00855AF9">
            <w:pPr>
              <w:spacing w:after="0" w:line="340" w:lineRule="exact"/>
              <w:ind w:firstLine="709"/>
              <w:jc w:val="both"/>
              <w:rPr>
                <w:szCs w:val="26"/>
              </w:rPr>
            </w:pPr>
            <w:r w:rsidRPr="004543E3">
              <w:rPr>
                <w:szCs w:val="26"/>
              </w:rPr>
              <w:t xml:space="preserve">c) </w:t>
            </w:r>
            <w:proofErr w:type="spellStart"/>
            <w:r w:rsidRPr="004543E3">
              <w:rPr>
                <w:szCs w:val="26"/>
              </w:rPr>
              <w:t>Có</w:t>
            </w:r>
            <w:proofErr w:type="spellEnd"/>
            <w:r w:rsidRPr="004543E3">
              <w:rPr>
                <w:szCs w:val="26"/>
              </w:rPr>
              <w:t xml:space="preserve"> </w:t>
            </w:r>
            <w:proofErr w:type="spellStart"/>
            <w:r w:rsidRPr="004543E3">
              <w:rPr>
                <w:szCs w:val="26"/>
              </w:rPr>
              <w:t>năng</w:t>
            </w:r>
            <w:proofErr w:type="spellEnd"/>
            <w:r w:rsidRPr="004543E3">
              <w:rPr>
                <w:szCs w:val="26"/>
              </w:rPr>
              <w:t xml:space="preserve"> </w:t>
            </w:r>
            <w:proofErr w:type="spellStart"/>
            <w:r w:rsidRPr="004543E3">
              <w:rPr>
                <w:szCs w:val="26"/>
              </w:rPr>
              <w:t>lực</w:t>
            </w:r>
            <w:proofErr w:type="spellEnd"/>
            <w:r w:rsidRPr="004543E3">
              <w:rPr>
                <w:szCs w:val="26"/>
              </w:rPr>
              <w:t xml:space="preserve"> </w:t>
            </w:r>
            <w:proofErr w:type="spellStart"/>
            <w:r w:rsidRPr="004543E3">
              <w:rPr>
                <w:szCs w:val="26"/>
              </w:rPr>
              <w:t>nghiên</w:t>
            </w:r>
            <w:proofErr w:type="spellEnd"/>
            <w:r w:rsidRPr="004543E3">
              <w:rPr>
                <w:szCs w:val="26"/>
              </w:rPr>
              <w:t xml:space="preserve"> </w:t>
            </w:r>
            <w:proofErr w:type="spellStart"/>
            <w:r w:rsidRPr="004543E3">
              <w:rPr>
                <w:szCs w:val="26"/>
              </w:rPr>
              <w:t>cứu</w:t>
            </w:r>
            <w:proofErr w:type="spellEnd"/>
            <w:r w:rsidRPr="004543E3">
              <w:rPr>
                <w:szCs w:val="26"/>
              </w:rPr>
              <w:t xml:space="preserve">, </w:t>
            </w:r>
            <w:proofErr w:type="spellStart"/>
            <w:r w:rsidRPr="004543E3">
              <w:rPr>
                <w:szCs w:val="26"/>
              </w:rPr>
              <w:t>phân</w:t>
            </w:r>
            <w:proofErr w:type="spellEnd"/>
            <w:r w:rsidRPr="004543E3">
              <w:rPr>
                <w:szCs w:val="26"/>
              </w:rPr>
              <w:t xml:space="preserve"> </w:t>
            </w:r>
            <w:proofErr w:type="spellStart"/>
            <w:r w:rsidRPr="004543E3">
              <w:rPr>
                <w:szCs w:val="26"/>
              </w:rPr>
              <w:t>tích</w:t>
            </w:r>
            <w:proofErr w:type="spellEnd"/>
            <w:r w:rsidRPr="004543E3">
              <w:rPr>
                <w:szCs w:val="26"/>
              </w:rPr>
              <w:t xml:space="preserve">, </w:t>
            </w:r>
            <w:proofErr w:type="spellStart"/>
            <w:r w:rsidRPr="004543E3">
              <w:rPr>
                <w:szCs w:val="26"/>
              </w:rPr>
              <w:t>tổng</w:t>
            </w:r>
            <w:proofErr w:type="spellEnd"/>
            <w:r w:rsidRPr="004543E3">
              <w:rPr>
                <w:szCs w:val="26"/>
              </w:rPr>
              <w:t xml:space="preserve"> </w:t>
            </w:r>
            <w:proofErr w:type="spellStart"/>
            <w:r w:rsidRPr="004543E3">
              <w:rPr>
                <w:szCs w:val="26"/>
              </w:rPr>
              <w:t>hợp</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xử</w:t>
            </w:r>
            <w:proofErr w:type="spellEnd"/>
            <w:r w:rsidRPr="004543E3">
              <w:rPr>
                <w:szCs w:val="26"/>
              </w:rPr>
              <w:t xml:space="preserve"> </w:t>
            </w:r>
            <w:proofErr w:type="spellStart"/>
            <w:r w:rsidRPr="004543E3">
              <w:rPr>
                <w:szCs w:val="26"/>
              </w:rPr>
              <w:t>lý</w:t>
            </w:r>
            <w:proofErr w:type="spellEnd"/>
            <w:r w:rsidRPr="004543E3">
              <w:rPr>
                <w:szCs w:val="26"/>
              </w:rPr>
              <w:t xml:space="preserve"> </w:t>
            </w:r>
            <w:proofErr w:type="spellStart"/>
            <w:r w:rsidRPr="004543E3">
              <w:rPr>
                <w:szCs w:val="26"/>
              </w:rPr>
              <w:t>thông</w:t>
            </w:r>
            <w:proofErr w:type="spellEnd"/>
            <w:r w:rsidRPr="004543E3">
              <w:rPr>
                <w:szCs w:val="26"/>
              </w:rPr>
              <w:t xml:space="preserve"> tin; </w:t>
            </w:r>
            <w:proofErr w:type="spellStart"/>
            <w:r w:rsidRPr="004543E3">
              <w:rPr>
                <w:szCs w:val="26"/>
              </w:rPr>
              <w:t>chủ</w:t>
            </w:r>
            <w:proofErr w:type="spellEnd"/>
            <w:r w:rsidRPr="004543E3">
              <w:rPr>
                <w:szCs w:val="26"/>
              </w:rPr>
              <w:t xml:space="preserve"> </w:t>
            </w:r>
            <w:proofErr w:type="spellStart"/>
            <w:r w:rsidRPr="004543E3">
              <w:rPr>
                <w:szCs w:val="26"/>
              </w:rPr>
              <w:t>trì</w:t>
            </w:r>
            <w:proofErr w:type="spellEnd"/>
            <w:r w:rsidRPr="004543E3">
              <w:rPr>
                <w:szCs w:val="26"/>
              </w:rPr>
              <w:t xml:space="preserve"> </w:t>
            </w:r>
            <w:proofErr w:type="spellStart"/>
            <w:r w:rsidRPr="004543E3">
              <w:rPr>
                <w:szCs w:val="26"/>
              </w:rPr>
              <w:t>xây</w:t>
            </w:r>
            <w:proofErr w:type="spellEnd"/>
            <w:r w:rsidRPr="004543E3">
              <w:rPr>
                <w:szCs w:val="26"/>
              </w:rPr>
              <w:t xml:space="preserve"> </w:t>
            </w:r>
            <w:proofErr w:type="spellStart"/>
            <w:r w:rsidRPr="004543E3">
              <w:rPr>
                <w:szCs w:val="26"/>
              </w:rPr>
              <w:t>dựng</w:t>
            </w:r>
            <w:proofErr w:type="spellEnd"/>
            <w:r w:rsidRPr="004543E3">
              <w:rPr>
                <w:szCs w:val="26"/>
              </w:rPr>
              <w:t xml:space="preserve"> </w:t>
            </w:r>
            <w:proofErr w:type="spellStart"/>
            <w:r w:rsidRPr="004543E3">
              <w:rPr>
                <w:szCs w:val="26"/>
              </w:rPr>
              <w:t>được</w:t>
            </w:r>
            <w:proofErr w:type="spellEnd"/>
            <w:r w:rsidRPr="004543E3">
              <w:rPr>
                <w:szCs w:val="26"/>
              </w:rPr>
              <w:t xml:space="preserve"> </w:t>
            </w:r>
            <w:proofErr w:type="spellStart"/>
            <w:r w:rsidRPr="004543E3">
              <w:rPr>
                <w:szCs w:val="26"/>
              </w:rPr>
              <w:t>các</w:t>
            </w:r>
            <w:proofErr w:type="spellEnd"/>
            <w:r w:rsidRPr="004543E3">
              <w:rPr>
                <w:szCs w:val="26"/>
              </w:rPr>
              <w:t xml:space="preserve"> </w:t>
            </w:r>
            <w:proofErr w:type="spellStart"/>
            <w:r w:rsidRPr="004543E3">
              <w:rPr>
                <w:szCs w:val="26"/>
              </w:rPr>
              <w:t>báo</w:t>
            </w:r>
            <w:proofErr w:type="spellEnd"/>
            <w:r w:rsidRPr="004543E3">
              <w:rPr>
                <w:szCs w:val="26"/>
              </w:rPr>
              <w:t xml:space="preserve"> </w:t>
            </w:r>
            <w:proofErr w:type="spellStart"/>
            <w:r w:rsidRPr="004543E3">
              <w:rPr>
                <w:szCs w:val="26"/>
              </w:rPr>
              <w:t>cáo</w:t>
            </w:r>
            <w:proofErr w:type="spellEnd"/>
            <w:r w:rsidRPr="004543E3">
              <w:rPr>
                <w:szCs w:val="26"/>
              </w:rPr>
              <w:t xml:space="preserve"> </w:t>
            </w:r>
            <w:proofErr w:type="spellStart"/>
            <w:r w:rsidRPr="004543E3">
              <w:rPr>
                <w:szCs w:val="26"/>
              </w:rPr>
              <w:t>phân</w:t>
            </w:r>
            <w:proofErr w:type="spellEnd"/>
            <w:r w:rsidRPr="004543E3">
              <w:rPr>
                <w:szCs w:val="26"/>
              </w:rPr>
              <w:t xml:space="preserve"> </w:t>
            </w:r>
            <w:proofErr w:type="spellStart"/>
            <w:r w:rsidRPr="004543E3">
              <w:rPr>
                <w:szCs w:val="26"/>
              </w:rPr>
              <w:t>tích</w:t>
            </w:r>
            <w:proofErr w:type="spellEnd"/>
            <w:r w:rsidRPr="004543E3">
              <w:rPr>
                <w:szCs w:val="26"/>
              </w:rPr>
              <w:t xml:space="preserve">, </w:t>
            </w:r>
            <w:proofErr w:type="spellStart"/>
            <w:r w:rsidRPr="004543E3">
              <w:rPr>
                <w:szCs w:val="26"/>
              </w:rPr>
              <w:t>đánh</w:t>
            </w:r>
            <w:proofErr w:type="spellEnd"/>
            <w:r w:rsidRPr="004543E3">
              <w:rPr>
                <w:szCs w:val="26"/>
              </w:rPr>
              <w:t xml:space="preserve"> </w:t>
            </w:r>
            <w:proofErr w:type="spellStart"/>
            <w:r w:rsidRPr="004543E3">
              <w:rPr>
                <w:szCs w:val="26"/>
              </w:rPr>
              <w:t>giá</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sâu</w:t>
            </w:r>
            <w:proofErr w:type="spellEnd"/>
            <w:r w:rsidRPr="004543E3">
              <w:rPr>
                <w:szCs w:val="26"/>
              </w:rPr>
              <w:t xml:space="preserve">; </w:t>
            </w:r>
            <w:proofErr w:type="spellStart"/>
            <w:r w:rsidRPr="004543E3">
              <w:rPr>
                <w:szCs w:val="26"/>
              </w:rPr>
              <w:t>đề</w:t>
            </w:r>
            <w:proofErr w:type="spellEnd"/>
            <w:r w:rsidRPr="004543E3">
              <w:rPr>
                <w:szCs w:val="26"/>
              </w:rPr>
              <w:t xml:space="preserve"> </w:t>
            </w:r>
            <w:proofErr w:type="spellStart"/>
            <w:r w:rsidRPr="004543E3">
              <w:rPr>
                <w:szCs w:val="26"/>
              </w:rPr>
              <w:t>xuất</w:t>
            </w:r>
            <w:proofErr w:type="spellEnd"/>
            <w:r w:rsidRPr="004543E3">
              <w:rPr>
                <w:szCs w:val="26"/>
              </w:rPr>
              <w:t xml:space="preserve"> </w:t>
            </w:r>
            <w:proofErr w:type="spellStart"/>
            <w:r w:rsidRPr="004543E3">
              <w:rPr>
                <w:szCs w:val="26"/>
              </w:rPr>
              <w:t>được</w:t>
            </w:r>
            <w:proofErr w:type="spellEnd"/>
            <w:r w:rsidRPr="004543E3">
              <w:rPr>
                <w:szCs w:val="26"/>
              </w:rPr>
              <w:t xml:space="preserve"> </w:t>
            </w:r>
            <w:proofErr w:type="spellStart"/>
            <w:r w:rsidRPr="004543E3">
              <w:rPr>
                <w:szCs w:val="26"/>
              </w:rPr>
              <w:t>các</w:t>
            </w:r>
            <w:proofErr w:type="spellEnd"/>
            <w:r w:rsidRPr="004543E3">
              <w:rPr>
                <w:szCs w:val="26"/>
              </w:rPr>
              <w:t xml:space="preserve"> </w:t>
            </w:r>
            <w:proofErr w:type="spellStart"/>
            <w:r w:rsidRPr="004543E3">
              <w:rPr>
                <w:szCs w:val="26"/>
              </w:rPr>
              <w:t>giải</w:t>
            </w:r>
            <w:proofErr w:type="spellEnd"/>
            <w:r w:rsidRPr="004543E3">
              <w:rPr>
                <w:szCs w:val="26"/>
              </w:rPr>
              <w:t xml:space="preserve"> </w:t>
            </w:r>
            <w:proofErr w:type="spellStart"/>
            <w:r w:rsidRPr="004543E3">
              <w:rPr>
                <w:szCs w:val="26"/>
              </w:rPr>
              <w:t>pháp</w:t>
            </w:r>
            <w:proofErr w:type="spellEnd"/>
            <w:r w:rsidRPr="004543E3">
              <w:rPr>
                <w:szCs w:val="26"/>
              </w:rPr>
              <w:t xml:space="preserve">, </w:t>
            </w:r>
            <w:proofErr w:type="spellStart"/>
            <w:r w:rsidRPr="004543E3">
              <w:rPr>
                <w:szCs w:val="26"/>
              </w:rPr>
              <w:t>chính</w:t>
            </w:r>
            <w:proofErr w:type="spellEnd"/>
            <w:r w:rsidRPr="004543E3">
              <w:rPr>
                <w:szCs w:val="26"/>
              </w:rPr>
              <w:t xml:space="preserve"> </w:t>
            </w:r>
            <w:proofErr w:type="spellStart"/>
            <w:r w:rsidRPr="004543E3">
              <w:rPr>
                <w:szCs w:val="26"/>
              </w:rPr>
              <w:t>sách</w:t>
            </w:r>
            <w:proofErr w:type="spellEnd"/>
            <w:r w:rsidRPr="004543E3">
              <w:rPr>
                <w:szCs w:val="26"/>
              </w:rPr>
              <w:t xml:space="preserve"> </w:t>
            </w:r>
            <w:proofErr w:type="spellStart"/>
            <w:r w:rsidRPr="004543E3">
              <w:rPr>
                <w:szCs w:val="26"/>
              </w:rPr>
              <w:t>chiến</w:t>
            </w:r>
            <w:proofErr w:type="spellEnd"/>
            <w:r w:rsidRPr="004543E3">
              <w:rPr>
                <w:szCs w:val="26"/>
              </w:rPr>
              <w:t xml:space="preserve"> </w:t>
            </w:r>
            <w:proofErr w:type="spellStart"/>
            <w:r w:rsidRPr="004543E3">
              <w:rPr>
                <w:szCs w:val="26"/>
              </w:rPr>
              <w:t>lược</w:t>
            </w:r>
            <w:proofErr w:type="spellEnd"/>
            <w:r w:rsidRPr="004543E3">
              <w:rPr>
                <w:szCs w:val="26"/>
              </w:rPr>
              <w:t xml:space="preserve"> </w:t>
            </w:r>
            <w:proofErr w:type="spellStart"/>
            <w:r w:rsidRPr="004543E3">
              <w:rPr>
                <w:szCs w:val="26"/>
              </w:rPr>
              <w:t>nâng</w:t>
            </w:r>
            <w:proofErr w:type="spellEnd"/>
            <w:r w:rsidRPr="004543E3">
              <w:rPr>
                <w:szCs w:val="26"/>
              </w:rPr>
              <w:t xml:space="preserve"> </w:t>
            </w:r>
            <w:proofErr w:type="spellStart"/>
            <w:r w:rsidRPr="004543E3">
              <w:rPr>
                <w:szCs w:val="26"/>
              </w:rPr>
              <w:t>cao</w:t>
            </w:r>
            <w:proofErr w:type="spellEnd"/>
            <w:r w:rsidRPr="004543E3">
              <w:rPr>
                <w:szCs w:val="26"/>
              </w:rPr>
              <w:t xml:space="preserve"> </w:t>
            </w:r>
            <w:proofErr w:type="spellStart"/>
            <w:r w:rsidRPr="004543E3">
              <w:rPr>
                <w:szCs w:val="26"/>
              </w:rPr>
              <w:t>hiệu</w:t>
            </w:r>
            <w:proofErr w:type="spellEnd"/>
            <w:r w:rsidRPr="004543E3">
              <w:rPr>
                <w:szCs w:val="26"/>
              </w:rPr>
              <w:t xml:space="preserve"> </w:t>
            </w:r>
            <w:proofErr w:type="spellStart"/>
            <w:r w:rsidRPr="004543E3">
              <w:rPr>
                <w:szCs w:val="26"/>
              </w:rPr>
              <w:t>quả</w:t>
            </w:r>
            <w:proofErr w:type="spellEnd"/>
            <w:r w:rsidRPr="004543E3">
              <w:rPr>
                <w:szCs w:val="26"/>
              </w:rPr>
              <w:t xml:space="preserve"> </w:t>
            </w:r>
            <w:proofErr w:type="spellStart"/>
            <w:r w:rsidRPr="004543E3">
              <w:rPr>
                <w:szCs w:val="26"/>
              </w:rPr>
              <w:t>quản</w:t>
            </w:r>
            <w:proofErr w:type="spellEnd"/>
            <w:r w:rsidRPr="004543E3">
              <w:rPr>
                <w:szCs w:val="26"/>
              </w:rPr>
              <w:t xml:space="preserve"> </w:t>
            </w:r>
            <w:proofErr w:type="spellStart"/>
            <w:r w:rsidRPr="004543E3">
              <w:rPr>
                <w:szCs w:val="26"/>
              </w:rPr>
              <w:t>lý</w:t>
            </w:r>
            <w:proofErr w:type="spellEnd"/>
            <w:r w:rsidRPr="004543E3">
              <w:rPr>
                <w:szCs w:val="26"/>
              </w:rPr>
              <w:t xml:space="preserve"> </w:t>
            </w:r>
            <w:proofErr w:type="spellStart"/>
            <w:r w:rsidRPr="004543E3">
              <w:rPr>
                <w:szCs w:val="26"/>
              </w:rPr>
              <w:t>nhà</w:t>
            </w:r>
            <w:proofErr w:type="spellEnd"/>
            <w:r w:rsidRPr="004543E3">
              <w:rPr>
                <w:szCs w:val="26"/>
              </w:rPr>
              <w:t xml:space="preserve"> </w:t>
            </w:r>
            <w:proofErr w:type="spellStart"/>
            <w:r w:rsidRPr="004543E3">
              <w:rPr>
                <w:szCs w:val="26"/>
              </w:rPr>
              <w:t>nước</w:t>
            </w:r>
            <w:proofErr w:type="spellEnd"/>
            <w:r w:rsidRPr="004543E3">
              <w:rPr>
                <w:szCs w:val="26"/>
              </w:rPr>
              <w:t xml:space="preserve"> </w:t>
            </w:r>
            <w:proofErr w:type="spellStart"/>
            <w:r w:rsidRPr="004543E3">
              <w:rPr>
                <w:szCs w:val="26"/>
              </w:rPr>
              <w:t>về</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w:t>
            </w:r>
          </w:p>
          <w:p w14:paraId="106D105C" w14:textId="77777777" w:rsidR="00855AF9" w:rsidRPr="004543E3" w:rsidRDefault="00855AF9" w:rsidP="00855AF9">
            <w:pPr>
              <w:spacing w:after="0" w:line="340" w:lineRule="exact"/>
              <w:ind w:firstLine="709"/>
              <w:jc w:val="both"/>
              <w:rPr>
                <w:szCs w:val="26"/>
              </w:rPr>
            </w:pPr>
            <w:r w:rsidRPr="004543E3">
              <w:rPr>
                <w:szCs w:val="26"/>
              </w:rPr>
              <w:t xml:space="preserve">d) </w:t>
            </w:r>
            <w:proofErr w:type="spellStart"/>
            <w:r w:rsidRPr="004543E3">
              <w:rPr>
                <w:szCs w:val="26"/>
              </w:rPr>
              <w:t>Có</w:t>
            </w:r>
            <w:proofErr w:type="spellEnd"/>
            <w:r w:rsidRPr="004543E3">
              <w:rPr>
                <w:szCs w:val="26"/>
              </w:rPr>
              <w:t xml:space="preserve"> </w:t>
            </w:r>
            <w:proofErr w:type="spellStart"/>
            <w:r w:rsidRPr="004543E3">
              <w:rPr>
                <w:szCs w:val="26"/>
              </w:rPr>
              <w:t>khả</w:t>
            </w:r>
            <w:proofErr w:type="spellEnd"/>
            <w:r w:rsidRPr="004543E3">
              <w:rPr>
                <w:szCs w:val="26"/>
              </w:rPr>
              <w:t xml:space="preserve"> </w:t>
            </w:r>
            <w:proofErr w:type="spellStart"/>
            <w:r w:rsidRPr="004543E3">
              <w:rPr>
                <w:szCs w:val="26"/>
              </w:rPr>
              <w:t>năng</w:t>
            </w:r>
            <w:proofErr w:type="spellEnd"/>
            <w:r w:rsidRPr="004543E3">
              <w:rPr>
                <w:szCs w:val="26"/>
              </w:rPr>
              <w:t xml:space="preserve"> </w:t>
            </w:r>
            <w:proofErr w:type="spellStart"/>
            <w:r w:rsidRPr="004543E3">
              <w:rPr>
                <w:szCs w:val="26"/>
              </w:rPr>
              <w:t>phối</w:t>
            </w:r>
            <w:proofErr w:type="spellEnd"/>
            <w:r w:rsidRPr="004543E3">
              <w:rPr>
                <w:szCs w:val="26"/>
              </w:rPr>
              <w:t xml:space="preserve"> </w:t>
            </w:r>
            <w:proofErr w:type="spellStart"/>
            <w:r w:rsidRPr="004543E3">
              <w:rPr>
                <w:szCs w:val="26"/>
              </w:rPr>
              <w:t>hợp</w:t>
            </w:r>
            <w:proofErr w:type="spellEnd"/>
            <w:r w:rsidRPr="004543E3">
              <w:rPr>
                <w:szCs w:val="26"/>
              </w:rPr>
              <w:t xml:space="preserve"> </w:t>
            </w:r>
            <w:proofErr w:type="spellStart"/>
            <w:r w:rsidRPr="004543E3">
              <w:rPr>
                <w:szCs w:val="26"/>
              </w:rPr>
              <w:t>hiệu</w:t>
            </w:r>
            <w:proofErr w:type="spellEnd"/>
            <w:r w:rsidRPr="004543E3">
              <w:rPr>
                <w:szCs w:val="26"/>
              </w:rPr>
              <w:t xml:space="preserve"> </w:t>
            </w:r>
            <w:proofErr w:type="spellStart"/>
            <w:r w:rsidRPr="004543E3">
              <w:rPr>
                <w:szCs w:val="26"/>
              </w:rPr>
              <w:t>quả</w:t>
            </w:r>
            <w:proofErr w:type="spellEnd"/>
            <w:r w:rsidRPr="004543E3">
              <w:rPr>
                <w:szCs w:val="26"/>
              </w:rPr>
              <w:t xml:space="preserve"> </w:t>
            </w:r>
            <w:proofErr w:type="spellStart"/>
            <w:r w:rsidRPr="004543E3">
              <w:rPr>
                <w:szCs w:val="26"/>
              </w:rPr>
              <w:t>với</w:t>
            </w:r>
            <w:proofErr w:type="spellEnd"/>
            <w:r w:rsidRPr="004543E3">
              <w:rPr>
                <w:szCs w:val="26"/>
              </w:rPr>
              <w:t xml:space="preserve"> </w:t>
            </w:r>
            <w:proofErr w:type="spellStart"/>
            <w:r w:rsidRPr="004543E3">
              <w:rPr>
                <w:szCs w:val="26"/>
              </w:rPr>
              <w:t>các</w:t>
            </w:r>
            <w:proofErr w:type="spellEnd"/>
            <w:r w:rsidRPr="004543E3">
              <w:rPr>
                <w:szCs w:val="26"/>
              </w:rPr>
              <w:t xml:space="preserve"> </w:t>
            </w:r>
            <w:proofErr w:type="spellStart"/>
            <w:r w:rsidRPr="004543E3">
              <w:rPr>
                <w:szCs w:val="26"/>
              </w:rPr>
              <w:t>cơ</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tổ</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liên</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trong</w:t>
            </w:r>
            <w:proofErr w:type="spellEnd"/>
            <w:r w:rsidRPr="004543E3">
              <w:rPr>
                <w:szCs w:val="26"/>
              </w:rPr>
              <w:t xml:space="preserve"> </w:t>
            </w:r>
            <w:proofErr w:type="spellStart"/>
            <w:r w:rsidRPr="004543E3">
              <w:rPr>
                <w:szCs w:val="26"/>
              </w:rPr>
              <w:t>quá</w:t>
            </w:r>
            <w:proofErr w:type="spellEnd"/>
            <w:r w:rsidRPr="004543E3">
              <w:rPr>
                <w:szCs w:val="26"/>
              </w:rPr>
              <w:t xml:space="preserve"> </w:t>
            </w:r>
            <w:proofErr w:type="spellStart"/>
            <w:r w:rsidRPr="004543E3">
              <w:rPr>
                <w:szCs w:val="26"/>
              </w:rPr>
              <w:t>trình</w:t>
            </w:r>
            <w:proofErr w:type="spellEnd"/>
            <w:r w:rsidRPr="004543E3">
              <w:rPr>
                <w:szCs w:val="26"/>
              </w:rPr>
              <w:t xml:space="preserve"> </w:t>
            </w:r>
            <w:proofErr w:type="spellStart"/>
            <w:r w:rsidRPr="004543E3">
              <w:rPr>
                <w:szCs w:val="26"/>
              </w:rPr>
              <w:t>thực</w:t>
            </w:r>
            <w:proofErr w:type="spellEnd"/>
            <w:r w:rsidRPr="004543E3">
              <w:rPr>
                <w:szCs w:val="26"/>
              </w:rPr>
              <w:t xml:space="preserve"> </w:t>
            </w:r>
            <w:proofErr w:type="spellStart"/>
            <w:r w:rsidRPr="004543E3">
              <w:rPr>
                <w:szCs w:val="26"/>
              </w:rPr>
              <w:t>hiện</w:t>
            </w:r>
            <w:proofErr w:type="spellEnd"/>
            <w:r w:rsidRPr="004543E3">
              <w:rPr>
                <w:szCs w:val="26"/>
              </w:rPr>
              <w:t xml:space="preserve"> </w:t>
            </w:r>
            <w:proofErr w:type="spellStart"/>
            <w:r w:rsidRPr="004543E3">
              <w:rPr>
                <w:szCs w:val="26"/>
              </w:rPr>
              <w:t>nhiệm</w:t>
            </w:r>
            <w:proofErr w:type="spellEnd"/>
            <w:r w:rsidRPr="004543E3">
              <w:rPr>
                <w:szCs w:val="26"/>
              </w:rPr>
              <w:t xml:space="preserve"> </w:t>
            </w:r>
            <w:proofErr w:type="spellStart"/>
            <w:r w:rsidRPr="004543E3">
              <w:rPr>
                <w:szCs w:val="26"/>
              </w:rPr>
              <w:t>vụ</w:t>
            </w:r>
            <w:proofErr w:type="spellEnd"/>
            <w:r w:rsidRPr="004543E3">
              <w:rPr>
                <w:szCs w:val="26"/>
              </w:rPr>
              <w:t xml:space="preserve">; </w:t>
            </w:r>
            <w:proofErr w:type="spellStart"/>
            <w:r w:rsidRPr="004543E3">
              <w:rPr>
                <w:szCs w:val="26"/>
              </w:rPr>
              <w:t>có</w:t>
            </w:r>
            <w:proofErr w:type="spellEnd"/>
            <w:r w:rsidRPr="004543E3">
              <w:rPr>
                <w:szCs w:val="26"/>
              </w:rPr>
              <w:t xml:space="preserve"> </w:t>
            </w:r>
            <w:proofErr w:type="spellStart"/>
            <w:r w:rsidRPr="004543E3">
              <w:rPr>
                <w:szCs w:val="26"/>
              </w:rPr>
              <w:t>uy</w:t>
            </w:r>
            <w:proofErr w:type="spellEnd"/>
            <w:r w:rsidRPr="004543E3">
              <w:rPr>
                <w:szCs w:val="26"/>
              </w:rPr>
              <w:t xml:space="preserve"> </w:t>
            </w:r>
            <w:proofErr w:type="spellStart"/>
            <w:r w:rsidRPr="004543E3">
              <w:rPr>
                <w:szCs w:val="26"/>
              </w:rPr>
              <w:t>tín</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môn</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khả</w:t>
            </w:r>
            <w:proofErr w:type="spellEnd"/>
            <w:r w:rsidRPr="004543E3">
              <w:rPr>
                <w:szCs w:val="26"/>
              </w:rPr>
              <w:t xml:space="preserve"> </w:t>
            </w:r>
            <w:proofErr w:type="spellStart"/>
            <w:r w:rsidRPr="004543E3">
              <w:rPr>
                <w:szCs w:val="26"/>
              </w:rPr>
              <w:t>năng</w:t>
            </w:r>
            <w:proofErr w:type="spellEnd"/>
            <w:r w:rsidRPr="004543E3">
              <w:rPr>
                <w:szCs w:val="26"/>
              </w:rPr>
              <w:t xml:space="preserve"> </w:t>
            </w:r>
            <w:proofErr w:type="spellStart"/>
            <w:r w:rsidRPr="004543E3">
              <w:rPr>
                <w:szCs w:val="26"/>
              </w:rPr>
              <w:t>thuyết</w:t>
            </w:r>
            <w:proofErr w:type="spellEnd"/>
            <w:r w:rsidRPr="004543E3">
              <w:rPr>
                <w:szCs w:val="26"/>
              </w:rPr>
              <w:t xml:space="preserve"> </w:t>
            </w:r>
            <w:proofErr w:type="spellStart"/>
            <w:r w:rsidRPr="004543E3">
              <w:rPr>
                <w:szCs w:val="26"/>
              </w:rPr>
              <w:t>phục</w:t>
            </w:r>
            <w:proofErr w:type="spellEnd"/>
            <w:r w:rsidRPr="004543E3">
              <w:rPr>
                <w:szCs w:val="26"/>
              </w:rPr>
              <w:t xml:space="preserve">, </w:t>
            </w:r>
            <w:proofErr w:type="spellStart"/>
            <w:r w:rsidRPr="004543E3">
              <w:rPr>
                <w:szCs w:val="26"/>
              </w:rPr>
              <w:t>dẫn</w:t>
            </w:r>
            <w:proofErr w:type="spellEnd"/>
            <w:r w:rsidRPr="004543E3">
              <w:rPr>
                <w:szCs w:val="26"/>
              </w:rPr>
              <w:t xml:space="preserve"> </w:t>
            </w:r>
            <w:proofErr w:type="spellStart"/>
            <w:r w:rsidRPr="004543E3">
              <w:rPr>
                <w:szCs w:val="26"/>
              </w:rPr>
              <w:t>dắt</w:t>
            </w:r>
            <w:proofErr w:type="spellEnd"/>
            <w:r w:rsidRPr="004543E3">
              <w:rPr>
                <w:szCs w:val="26"/>
              </w:rPr>
              <w:t xml:space="preserve"> </w:t>
            </w:r>
            <w:proofErr w:type="spellStart"/>
            <w:r w:rsidRPr="004543E3">
              <w:rPr>
                <w:szCs w:val="26"/>
              </w:rPr>
              <w:t>trong</w:t>
            </w:r>
            <w:proofErr w:type="spellEnd"/>
            <w:r w:rsidRPr="004543E3">
              <w:rPr>
                <w:szCs w:val="26"/>
              </w:rPr>
              <w:t xml:space="preserve"> </w:t>
            </w:r>
            <w:proofErr w:type="spellStart"/>
            <w:r w:rsidRPr="004543E3">
              <w:rPr>
                <w:szCs w:val="26"/>
              </w:rPr>
              <w:t>lĩnh</w:t>
            </w:r>
            <w:proofErr w:type="spellEnd"/>
            <w:r w:rsidRPr="004543E3">
              <w:rPr>
                <w:szCs w:val="26"/>
              </w:rPr>
              <w:t xml:space="preserve"> </w:t>
            </w:r>
            <w:proofErr w:type="spellStart"/>
            <w:r w:rsidRPr="004543E3">
              <w:rPr>
                <w:szCs w:val="26"/>
              </w:rPr>
              <w:t>vực</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soát</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w:t>
            </w:r>
          </w:p>
          <w:p w14:paraId="43194D33" w14:textId="77777777" w:rsidR="00855AF9" w:rsidRPr="004543E3" w:rsidRDefault="00855AF9" w:rsidP="00855AF9">
            <w:pPr>
              <w:spacing w:after="0" w:line="340" w:lineRule="exact"/>
              <w:ind w:firstLine="709"/>
              <w:jc w:val="both"/>
              <w:rPr>
                <w:szCs w:val="26"/>
              </w:rPr>
            </w:pPr>
            <w:r w:rsidRPr="004543E3">
              <w:rPr>
                <w:szCs w:val="26"/>
              </w:rPr>
              <w:t xml:space="preserve">đ) </w:t>
            </w:r>
            <w:proofErr w:type="spellStart"/>
            <w:r w:rsidRPr="004543E3">
              <w:rPr>
                <w:szCs w:val="26"/>
              </w:rPr>
              <w:t>Có</w:t>
            </w:r>
            <w:proofErr w:type="spellEnd"/>
            <w:r w:rsidRPr="004543E3">
              <w:rPr>
                <w:szCs w:val="26"/>
              </w:rPr>
              <w:t xml:space="preserve"> </w:t>
            </w:r>
            <w:proofErr w:type="spellStart"/>
            <w:r w:rsidRPr="004543E3">
              <w:rPr>
                <w:szCs w:val="26"/>
              </w:rPr>
              <w:t>năng</w:t>
            </w:r>
            <w:proofErr w:type="spellEnd"/>
            <w:r w:rsidRPr="004543E3">
              <w:rPr>
                <w:szCs w:val="26"/>
              </w:rPr>
              <w:t xml:space="preserve"> </w:t>
            </w:r>
            <w:proofErr w:type="spellStart"/>
            <w:r w:rsidRPr="004543E3">
              <w:rPr>
                <w:szCs w:val="26"/>
              </w:rPr>
              <w:t>lực</w:t>
            </w:r>
            <w:proofErr w:type="spellEnd"/>
            <w:r w:rsidRPr="004543E3">
              <w:rPr>
                <w:szCs w:val="26"/>
              </w:rPr>
              <w:t xml:space="preserve"> </w:t>
            </w:r>
            <w:proofErr w:type="spellStart"/>
            <w:r w:rsidRPr="004543E3">
              <w:rPr>
                <w:szCs w:val="26"/>
              </w:rPr>
              <w:t>chỉ</w:t>
            </w:r>
            <w:proofErr w:type="spellEnd"/>
            <w:r w:rsidRPr="004543E3">
              <w:rPr>
                <w:szCs w:val="26"/>
              </w:rPr>
              <w:t xml:space="preserve"> </w:t>
            </w:r>
            <w:proofErr w:type="spellStart"/>
            <w:r w:rsidRPr="004543E3">
              <w:rPr>
                <w:szCs w:val="26"/>
              </w:rPr>
              <w:t>đạo</w:t>
            </w:r>
            <w:proofErr w:type="spellEnd"/>
            <w:r w:rsidRPr="004543E3">
              <w:rPr>
                <w:szCs w:val="26"/>
              </w:rPr>
              <w:t xml:space="preserve">, </w:t>
            </w:r>
            <w:proofErr w:type="spellStart"/>
            <w:r w:rsidRPr="004543E3">
              <w:rPr>
                <w:szCs w:val="26"/>
              </w:rPr>
              <w:t>tổ</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triển</w:t>
            </w:r>
            <w:proofErr w:type="spellEnd"/>
            <w:r w:rsidRPr="004543E3">
              <w:rPr>
                <w:szCs w:val="26"/>
              </w:rPr>
              <w:t xml:space="preserve"> </w:t>
            </w:r>
            <w:proofErr w:type="spellStart"/>
            <w:r w:rsidRPr="004543E3">
              <w:rPr>
                <w:szCs w:val="26"/>
              </w:rPr>
              <w:t>khai</w:t>
            </w:r>
            <w:proofErr w:type="spellEnd"/>
            <w:r w:rsidRPr="004543E3">
              <w:rPr>
                <w:szCs w:val="26"/>
              </w:rPr>
              <w:t xml:space="preserve"> </w:t>
            </w:r>
            <w:proofErr w:type="spellStart"/>
            <w:r w:rsidRPr="004543E3">
              <w:rPr>
                <w:szCs w:val="26"/>
              </w:rPr>
              <w:t>các</w:t>
            </w:r>
            <w:proofErr w:type="spellEnd"/>
            <w:r w:rsidRPr="004543E3">
              <w:rPr>
                <w:szCs w:val="26"/>
              </w:rPr>
              <w:t xml:space="preserve"> </w:t>
            </w:r>
            <w:proofErr w:type="spellStart"/>
            <w:r w:rsidRPr="004543E3">
              <w:rPr>
                <w:szCs w:val="26"/>
              </w:rPr>
              <w:t>hoạt</w:t>
            </w:r>
            <w:proofErr w:type="spellEnd"/>
            <w:r w:rsidRPr="004543E3">
              <w:rPr>
                <w:szCs w:val="26"/>
              </w:rPr>
              <w:t xml:space="preserve"> </w:t>
            </w:r>
            <w:proofErr w:type="spellStart"/>
            <w:r w:rsidRPr="004543E3">
              <w:rPr>
                <w:szCs w:val="26"/>
              </w:rPr>
              <w:t>động</w:t>
            </w:r>
            <w:proofErr w:type="spellEnd"/>
            <w:r w:rsidRPr="004543E3">
              <w:rPr>
                <w:szCs w:val="26"/>
              </w:rPr>
              <w:t xml:space="preserve"> </w:t>
            </w:r>
            <w:proofErr w:type="spellStart"/>
            <w:r w:rsidRPr="004543E3">
              <w:rPr>
                <w:szCs w:val="26"/>
              </w:rPr>
              <w:t>nghiên</w:t>
            </w:r>
            <w:proofErr w:type="spellEnd"/>
            <w:r w:rsidRPr="004543E3">
              <w:rPr>
                <w:szCs w:val="26"/>
              </w:rPr>
              <w:t xml:space="preserve"> </w:t>
            </w:r>
            <w:proofErr w:type="spellStart"/>
            <w:r w:rsidRPr="004543E3">
              <w:rPr>
                <w:szCs w:val="26"/>
              </w:rPr>
              <w:t>cứu</w:t>
            </w:r>
            <w:proofErr w:type="spellEnd"/>
            <w:r w:rsidRPr="004543E3">
              <w:rPr>
                <w:szCs w:val="26"/>
              </w:rPr>
              <w:t xml:space="preserve"> khoa </w:t>
            </w:r>
            <w:proofErr w:type="spellStart"/>
            <w:r w:rsidRPr="004543E3">
              <w:rPr>
                <w:szCs w:val="26"/>
              </w:rPr>
              <w:t>học</w:t>
            </w:r>
            <w:proofErr w:type="spellEnd"/>
            <w:r w:rsidRPr="004543E3">
              <w:rPr>
                <w:szCs w:val="26"/>
              </w:rPr>
              <w:t xml:space="preserve">, </w:t>
            </w:r>
            <w:proofErr w:type="spellStart"/>
            <w:r w:rsidRPr="004543E3">
              <w:rPr>
                <w:szCs w:val="26"/>
              </w:rPr>
              <w:t>ứng</w:t>
            </w:r>
            <w:proofErr w:type="spellEnd"/>
            <w:r w:rsidRPr="004543E3">
              <w:rPr>
                <w:szCs w:val="26"/>
              </w:rPr>
              <w:t xml:space="preserve"> </w:t>
            </w:r>
            <w:proofErr w:type="spellStart"/>
            <w:r w:rsidRPr="004543E3">
              <w:rPr>
                <w:szCs w:val="26"/>
              </w:rPr>
              <w:t>dụng</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nghệ</w:t>
            </w:r>
            <w:proofErr w:type="spellEnd"/>
            <w:r w:rsidRPr="004543E3">
              <w:rPr>
                <w:szCs w:val="26"/>
              </w:rPr>
              <w:t xml:space="preserve"> </w:t>
            </w:r>
            <w:proofErr w:type="spellStart"/>
            <w:r w:rsidRPr="004543E3">
              <w:rPr>
                <w:szCs w:val="26"/>
              </w:rPr>
              <w:t>mới</w:t>
            </w:r>
            <w:proofErr w:type="spellEnd"/>
            <w:r w:rsidRPr="004543E3">
              <w:rPr>
                <w:szCs w:val="26"/>
              </w:rPr>
              <w:t xml:space="preserve">, </w:t>
            </w:r>
            <w:proofErr w:type="spellStart"/>
            <w:r w:rsidRPr="004543E3">
              <w:rPr>
                <w:szCs w:val="26"/>
              </w:rPr>
              <w:t>phương</w:t>
            </w:r>
            <w:proofErr w:type="spellEnd"/>
            <w:r w:rsidRPr="004543E3">
              <w:rPr>
                <w:szCs w:val="26"/>
              </w:rPr>
              <w:t xml:space="preserve"> </w:t>
            </w:r>
            <w:proofErr w:type="spellStart"/>
            <w:r w:rsidRPr="004543E3">
              <w:rPr>
                <w:szCs w:val="26"/>
              </w:rPr>
              <w:t>pháp</w:t>
            </w:r>
            <w:proofErr w:type="spellEnd"/>
            <w:r w:rsidRPr="004543E3">
              <w:rPr>
                <w:szCs w:val="26"/>
              </w:rPr>
              <w:t xml:space="preserve"> </w:t>
            </w:r>
            <w:proofErr w:type="spellStart"/>
            <w:r w:rsidRPr="004543E3">
              <w:rPr>
                <w:szCs w:val="26"/>
              </w:rPr>
              <w:t>quản</w:t>
            </w:r>
            <w:proofErr w:type="spellEnd"/>
            <w:r w:rsidRPr="004543E3">
              <w:rPr>
                <w:szCs w:val="26"/>
              </w:rPr>
              <w:t xml:space="preserve"> </w:t>
            </w:r>
            <w:proofErr w:type="spellStart"/>
            <w:r w:rsidRPr="004543E3">
              <w:rPr>
                <w:szCs w:val="26"/>
              </w:rPr>
              <w:t>lý</w:t>
            </w:r>
            <w:proofErr w:type="spellEnd"/>
            <w:r w:rsidRPr="004543E3">
              <w:rPr>
                <w:szCs w:val="26"/>
              </w:rPr>
              <w:t xml:space="preserve"> </w:t>
            </w:r>
            <w:proofErr w:type="spellStart"/>
            <w:r w:rsidRPr="004543E3">
              <w:rPr>
                <w:szCs w:val="26"/>
              </w:rPr>
              <w:t>hiện</w:t>
            </w:r>
            <w:proofErr w:type="spellEnd"/>
            <w:r w:rsidRPr="004543E3">
              <w:rPr>
                <w:szCs w:val="26"/>
              </w:rPr>
              <w:t xml:space="preserve"> </w:t>
            </w:r>
            <w:proofErr w:type="spellStart"/>
            <w:r w:rsidRPr="004543E3">
              <w:rPr>
                <w:szCs w:val="26"/>
              </w:rPr>
              <w:t>đại</w:t>
            </w:r>
            <w:proofErr w:type="spellEnd"/>
            <w:r w:rsidRPr="004543E3">
              <w:rPr>
                <w:szCs w:val="26"/>
              </w:rPr>
              <w:t xml:space="preserve"> </w:t>
            </w:r>
            <w:proofErr w:type="spellStart"/>
            <w:r w:rsidRPr="004543E3">
              <w:rPr>
                <w:szCs w:val="26"/>
              </w:rPr>
              <w:t>vào</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tác</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soát</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 xml:space="preserve"> </w:t>
            </w:r>
            <w:proofErr w:type="spellStart"/>
            <w:r w:rsidRPr="004543E3">
              <w:rPr>
                <w:szCs w:val="26"/>
              </w:rPr>
              <w:t>của</w:t>
            </w:r>
            <w:proofErr w:type="spellEnd"/>
            <w:r w:rsidRPr="004543E3">
              <w:rPr>
                <w:szCs w:val="26"/>
              </w:rPr>
              <w:t xml:space="preserve"> </w:t>
            </w:r>
            <w:proofErr w:type="spellStart"/>
            <w:r w:rsidRPr="004543E3">
              <w:rPr>
                <w:szCs w:val="26"/>
              </w:rPr>
              <w:t>ngành</w:t>
            </w:r>
            <w:proofErr w:type="spellEnd"/>
            <w:r w:rsidRPr="004543E3">
              <w:rPr>
                <w:szCs w:val="26"/>
              </w:rPr>
              <w:t>.</w:t>
            </w:r>
          </w:p>
          <w:p w14:paraId="3CB364B6" w14:textId="77777777" w:rsidR="00855AF9" w:rsidRPr="004543E3" w:rsidRDefault="00855AF9" w:rsidP="00855AF9">
            <w:pPr>
              <w:spacing w:after="0" w:line="340" w:lineRule="exact"/>
              <w:ind w:firstLine="709"/>
              <w:jc w:val="both"/>
              <w:rPr>
                <w:szCs w:val="26"/>
              </w:rPr>
            </w:pPr>
            <w:r w:rsidRPr="004543E3">
              <w:rPr>
                <w:szCs w:val="26"/>
              </w:rPr>
              <w:t xml:space="preserve">e) </w:t>
            </w:r>
            <w:proofErr w:type="spellStart"/>
            <w:r w:rsidRPr="004543E3">
              <w:rPr>
                <w:szCs w:val="26"/>
              </w:rPr>
              <w:t>Sử</w:t>
            </w:r>
            <w:proofErr w:type="spellEnd"/>
            <w:r w:rsidRPr="004543E3">
              <w:rPr>
                <w:szCs w:val="26"/>
              </w:rPr>
              <w:t xml:space="preserve"> </w:t>
            </w:r>
            <w:proofErr w:type="spellStart"/>
            <w:r w:rsidRPr="004543E3">
              <w:rPr>
                <w:szCs w:val="26"/>
              </w:rPr>
              <w:t>dụng</w:t>
            </w:r>
            <w:proofErr w:type="spellEnd"/>
            <w:r w:rsidRPr="004543E3">
              <w:rPr>
                <w:szCs w:val="26"/>
              </w:rPr>
              <w:t xml:space="preserve"> </w:t>
            </w:r>
            <w:proofErr w:type="spellStart"/>
            <w:r w:rsidRPr="004543E3">
              <w:rPr>
                <w:szCs w:val="26"/>
              </w:rPr>
              <w:t>được</w:t>
            </w:r>
            <w:proofErr w:type="spellEnd"/>
            <w:r w:rsidRPr="004543E3">
              <w:rPr>
                <w:szCs w:val="26"/>
              </w:rPr>
              <w:t xml:space="preserve"> </w:t>
            </w:r>
            <w:proofErr w:type="spellStart"/>
            <w:r w:rsidRPr="004543E3">
              <w:rPr>
                <w:szCs w:val="26"/>
              </w:rPr>
              <w:t>ngoại</w:t>
            </w:r>
            <w:proofErr w:type="spellEnd"/>
            <w:r w:rsidRPr="004543E3">
              <w:rPr>
                <w:szCs w:val="26"/>
              </w:rPr>
              <w:t xml:space="preserve"> </w:t>
            </w:r>
            <w:proofErr w:type="spellStart"/>
            <w:r w:rsidRPr="004543E3">
              <w:rPr>
                <w:szCs w:val="26"/>
              </w:rPr>
              <w:t>ngữ</w:t>
            </w:r>
            <w:proofErr w:type="spellEnd"/>
            <w:r w:rsidRPr="004543E3">
              <w:rPr>
                <w:szCs w:val="26"/>
              </w:rPr>
              <w:t xml:space="preserve"> </w:t>
            </w:r>
            <w:proofErr w:type="spellStart"/>
            <w:r w:rsidRPr="004543E3">
              <w:rPr>
                <w:szCs w:val="26"/>
              </w:rPr>
              <w:t>hoặc</w:t>
            </w:r>
            <w:proofErr w:type="spellEnd"/>
            <w:r w:rsidRPr="004543E3">
              <w:rPr>
                <w:szCs w:val="26"/>
              </w:rPr>
              <w:t xml:space="preserve"> </w:t>
            </w:r>
            <w:proofErr w:type="spellStart"/>
            <w:r w:rsidRPr="004543E3">
              <w:rPr>
                <w:szCs w:val="26"/>
              </w:rPr>
              <w:t>tiếng</w:t>
            </w:r>
            <w:proofErr w:type="spellEnd"/>
            <w:r w:rsidRPr="004543E3">
              <w:rPr>
                <w:szCs w:val="26"/>
              </w:rPr>
              <w:t xml:space="preserve"> </w:t>
            </w:r>
            <w:proofErr w:type="spellStart"/>
            <w:r w:rsidRPr="004543E3">
              <w:rPr>
                <w:szCs w:val="26"/>
              </w:rPr>
              <w:t>dân</w:t>
            </w:r>
            <w:proofErr w:type="spellEnd"/>
            <w:r w:rsidRPr="004543E3">
              <w:rPr>
                <w:szCs w:val="26"/>
              </w:rPr>
              <w:t xml:space="preserve"> </w:t>
            </w:r>
            <w:proofErr w:type="spellStart"/>
            <w:r w:rsidRPr="004543E3">
              <w:rPr>
                <w:szCs w:val="26"/>
              </w:rPr>
              <w:t>tộc</w:t>
            </w:r>
            <w:proofErr w:type="spellEnd"/>
            <w:r w:rsidRPr="004543E3">
              <w:rPr>
                <w:szCs w:val="26"/>
              </w:rPr>
              <w:t xml:space="preserve"> </w:t>
            </w:r>
            <w:proofErr w:type="spellStart"/>
            <w:r w:rsidRPr="004543E3">
              <w:rPr>
                <w:szCs w:val="26"/>
              </w:rPr>
              <w:t>thiểu</w:t>
            </w:r>
            <w:proofErr w:type="spellEnd"/>
            <w:r w:rsidRPr="004543E3">
              <w:rPr>
                <w:szCs w:val="26"/>
              </w:rPr>
              <w:t xml:space="preserve"> </w:t>
            </w:r>
            <w:proofErr w:type="spellStart"/>
            <w:r w:rsidRPr="004543E3">
              <w:rPr>
                <w:szCs w:val="26"/>
              </w:rPr>
              <w:t>số</w:t>
            </w:r>
            <w:proofErr w:type="spellEnd"/>
            <w:r w:rsidRPr="004543E3">
              <w:rPr>
                <w:szCs w:val="26"/>
              </w:rPr>
              <w:t xml:space="preserve"> </w:t>
            </w:r>
            <w:proofErr w:type="spellStart"/>
            <w:r w:rsidRPr="004543E3">
              <w:rPr>
                <w:szCs w:val="26"/>
              </w:rPr>
              <w:t>theo</w:t>
            </w:r>
            <w:proofErr w:type="spellEnd"/>
            <w:r w:rsidRPr="004543E3">
              <w:rPr>
                <w:szCs w:val="26"/>
              </w:rPr>
              <w:t xml:space="preserve"> </w:t>
            </w:r>
            <w:proofErr w:type="spellStart"/>
            <w:r w:rsidRPr="004543E3">
              <w:rPr>
                <w:szCs w:val="26"/>
              </w:rPr>
              <w:t>yêu</w:t>
            </w:r>
            <w:proofErr w:type="spellEnd"/>
            <w:r w:rsidRPr="004543E3">
              <w:rPr>
                <w:szCs w:val="26"/>
              </w:rPr>
              <w:t xml:space="preserve"> </w:t>
            </w:r>
            <w:proofErr w:type="spellStart"/>
            <w:r w:rsidRPr="004543E3">
              <w:rPr>
                <w:szCs w:val="26"/>
              </w:rPr>
              <w:t>cầu</w:t>
            </w:r>
            <w:proofErr w:type="spellEnd"/>
            <w:r w:rsidRPr="004543E3">
              <w:rPr>
                <w:szCs w:val="26"/>
              </w:rPr>
              <w:t xml:space="preserve"> </w:t>
            </w:r>
            <w:proofErr w:type="spellStart"/>
            <w:r w:rsidRPr="004543E3">
              <w:rPr>
                <w:szCs w:val="26"/>
              </w:rPr>
              <w:t>của</w:t>
            </w:r>
            <w:proofErr w:type="spellEnd"/>
            <w:r w:rsidRPr="004543E3">
              <w:rPr>
                <w:szCs w:val="26"/>
              </w:rPr>
              <w:t xml:space="preserve"> </w:t>
            </w:r>
            <w:proofErr w:type="spellStart"/>
            <w:r w:rsidRPr="004543E3">
              <w:rPr>
                <w:szCs w:val="26"/>
              </w:rPr>
              <w:t>vị</w:t>
            </w:r>
            <w:proofErr w:type="spellEnd"/>
            <w:r w:rsidRPr="004543E3">
              <w:rPr>
                <w:szCs w:val="26"/>
              </w:rPr>
              <w:t xml:space="preserve"> </w:t>
            </w:r>
            <w:proofErr w:type="spellStart"/>
            <w:r w:rsidRPr="004543E3">
              <w:rPr>
                <w:szCs w:val="26"/>
              </w:rPr>
              <w:t>trí</w:t>
            </w:r>
            <w:proofErr w:type="spellEnd"/>
            <w:r w:rsidRPr="004543E3">
              <w:rPr>
                <w:szCs w:val="26"/>
              </w:rPr>
              <w:t xml:space="preserve"> </w:t>
            </w:r>
            <w:proofErr w:type="spellStart"/>
            <w:r w:rsidRPr="004543E3">
              <w:rPr>
                <w:szCs w:val="26"/>
              </w:rPr>
              <w:t>việc</w:t>
            </w:r>
            <w:proofErr w:type="spellEnd"/>
            <w:r w:rsidRPr="004543E3">
              <w:rPr>
                <w:szCs w:val="26"/>
              </w:rPr>
              <w:t xml:space="preserve"> </w:t>
            </w:r>
            <w:proofErr w:type="spellStart"/>
            <w:r w:rsidRPr="004543E3">
              <w:rPr>
                <w:szCs w:val="26"/>
              </w:rPr>
              <w:t>làm</w:t>
            </w:r>
            <w:proofErr w:type="spellEnd"/>
            <w:r w:rsidRPr="004543E3">
              <w:rPr>
                <w:szCs w:val="26"/>
              </w:rPr>
              <w:t>.</w:t>
            </w:r>
          </w:p>
          <w:p w14:paraId="492B6306" w14:textId="77777777" w:rsidR="00855AF9" w:rsidRPr="004543E3" w:rsidRDefault="00855AF9" w:rsidP="00855AF9">
            <w:pPr>
              <w:spacing w:after="0" w:line="340" w:lineRule="exact"/>
              <w:ind w:firstLine="709"/>
              <w:jc w:val="both"/>
              <w:rPr>
                <w:szCs w:val="26"/>
              </w:rPr>
            </w:pPr>
            <w:r w:rsidRPr="004543E3">
              <w:rPr>
                <w:szCs w:val="26"/>
              </w:rPr>
              <w:lastRenderedPageBreak/>
              <w:t xml:space="preserve">g) </w:t>
            </w:r>
            <w:proofErr w:type="spellStart"/>
            <w:r w:rsidRPr="004543E3">
              <w:rPr>
                <w:szCs w:val="26"/>
              </w:rPr>
              <w:t>Đã</w:t>
            </w:r>
            <w:proofErr w:type="spellEnd"/>
            <w:r w:rsidRPr="004543E3">
              <w:rPr>
                <w:szCs w:val="26"/>
              </w:rPr>
              <w:t xml:space="preserve"> </w:t>
            </w:r>
            <w:proofErr w:type="spellStart"/>
            <w:r w:rsidRPr="004543E3">
              <w:rPr>
                <w:szCs w:val="26"/>
              </w:rPr>
              <w:t>có</w:t>
            </w:r>
            <w:proofErr w:type="spellEnd"/>
            <w:r w:rsidRPr="004543E3">
              <w:rPr>
                <w:szCs w:val="26"/>
              </w:rPr>
              <w:t xml:space="preserve"> </w:t>
            </w:r>
            <w:proofErr w:type="spellStart"/>
            <w:r w:rsidRPr="004543E3">
              <w:rPr>
                <w:szCs w:val="26"/>
              </w:rPr>
              <w:t>kinh</w:t>
            </w:r>
            <w:proofErr w:type="spellEnd"/>
            <w:r w:rsidRPr="004543E3">
              <w:rPr>
                <w:szCs w:val="26"/>
              </w:rPr>
              <w:t xml:space="preserve"> </w:t>
            </w:r>
            <w:proofErr w:type="spellStart"/>
            <w:r w:rsidRPr="004543E3">
              <w:rPr>
                <w:szCs w:val="26"/>
              </w:rPr>
              <w:t>nghiệm</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tác</w:t>
            </w:r>
            <w:proofErr w:type="spellEnd"/>
            <w:r w:rsidRPr="004543E3">
              <w:rPr>
                <w:szCs w:val="26"/>
              </w:rPr>
              <w:t xml:space="preserve"> </w:t>
            </w:r>
            <w:proofErr w:type="spellStart"/>
            <w:r w:rsidRPr="004543E3">
              <w:rPr>
                <w:szCs w:val="26"/>
              </w:rPr>
              <w:t>trong</w:t>
            </w:r>
            <w:proofErr w:type="spellEnd"/>
            <w:r w:rsidRPr="004543E3">
              <w:rPr>
                <w:szCs w:val="26"/>
              </w:rPr>
              <w:t xml:space="preserve"> </w:t>
            </w:r>
            <w:proofErr w:type="spellStart"/>
            <w:r w:rsidRPr="004543E3">
              <w:rPr>
                <w:szCs w:val="26"/>
              </w:rPr>
              <w:t>việc</w:t>
            </w:r>
            <w:proofErr w:type="spellEnd"/>
            <w:r w:rsidRPr="004543E3">
              <w:rPr>
                <w:szCs w:val="26"/>
              </w:rPr>
              <w:t xml:space="preserve"> </w:t>
            </w:r>
            <w:proofErr w:type="spellStart"/>
            <w:r w:rsidRPr="004543E3">
              <w:rPr>
                <w:szCs w:val="26"/>
              </w:rPr>
              <w:t>thực</w:t>
            </w:r>
            <w:proofErr w:type="spellEnd"/>
            <w:r w:rsidRPr="004543E3">
              <w:rPr>
                <w:szCs w:val="26"/>
              </w:rPr>
              <w:t xml:space="preserve"> </w:t>
            </w:r>
            <w:proofErr w:type="spellStart"/>
            <w:r w:rsidRPr="004543E3">
              <w:rPr>
                <w:szCs w:val="26"/>
              </w:rPr>
              <w:t>hiện</w:t>
            </w:r>
            <w:proofErr w:type="spellEnd"/>
            <w:r w:rsidRPr="004543E3">
              <w:rPr>
                <w:szCs w:val="26"/>
              </w:rPr>
              <w:t xml:space="preserve"> </w:t>
            </w:r>
            <w:proofErr w:type="spellStart"/>
            <w:r w:rsidRPr="004543E3">
              <w:rPr>
                <w:szCs w:val="26"/>
              </w:rPr>
              <w:t>nhiệm</w:t>
            </w:r>
            <w:proofErr w:type="spellEnd"/>
            <w:r w:rsidRPr="004543E3">
              <w:rPr>
                <w:szCs w:val="26"/>
              </w:rPr>
              <w:t xml:space="preserve"> </w:t>
            </w:r>
            <w:proofErr w:type="spellStart"/>
            <w:r w:rsidRPr="004543E3">
              <w:rPr>
                <w:szCs w:val="26"/>
              </w:rPr>
              <w:t>vụ</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môn</w:t>
            </w:r>
            <w:proofErr w:type="spellEnd"/>
            <w:r w:rsidRPr="004543E3">
              <w:rPr>
                <w:szCs w:val="26"/>
              </w:rPr>
              <w:t xml:space="preserve">, </w:t>
            </w:r>
            <w:proofErr w:type="spellStart"/>
            <w:r w:rsidRPr="004543E3">
              <w:rPr>
                <w:szCs w:val="26"/>
              </w:rPr>
              <w:t>quản</w:t>
            </w:r>
            <w:proofErr w:type="spellEnd"/>
            <w:r w:rsidRPr="004543E3">
              <w:rPr>
                <w:szCs w:val="26"/>
              </w:rPr>
              <w:t xml:space="preserve"> </w:t>
            </w:r>
            <w:proofErr w:type="spellStart"/>
            <w:r w:rsidRPr="004543E3">
              <w:rPr>
                <w:szCs w:val="26"/>
              </w:rPr>
              <w:t>lý</w:t>
            </w:r>
            <w:proofErr w:type="spellEnd"/>
            <w:r w:rsidRPr="004543E3">
              <w:rPr>
                <w:szCs w:val="26"/>
              </w:rPr>
              <w:t xml:space="preserve">, </w:t>
            </w:r>
            <w:proofErr w:type="spellStart"/>
            <w:r w:rsidRPr="004543E3">
              <w:rPr>
                <w:szCs w:val="26"/>
              </w:rPr>
              <w:t>tham</w:t>
            </w:r>
            <w:proofErr w:type="spellEnd"/>
            <w:r w:rsidRPr="004543E3">
              <w:rPr>
                <w:szCs w:val="26"/>
              </w:rPr>
              <w:t xml:space="preserve"> </w:t>
            </w:r>
            <w:proofErr w:type="spellStart"/>
            <w:r w:rsidRPr="004543E3">
              <w:rPr>
                <w:szCs w:val="26"/>
              </w:rPr>
              <w:t>mưu</w:t>
            </w:r>
            <w:proofErr w:type="spellEnd"/>
            <w:r w:rsidRPr="004543E3">
              <w:rPr>
                <w:szCs w:val="26"/>
              </w:rPr>
              <w:t xml:space="preserve"> </w:t>
            </w:r>
            <w:proofErr w:type="spellStart"/>
            <w:r w:rsidRPr="004543E3">
              <w:rPr>
                <w:szCs w:val="26"/>
              </w:rPr>
              <w:t>chính</w:t>
            </w:r>
            <w:proofErr w:type="spellEnd"/>
            <w:r w:rsidRPr="004543E3">
              <w:rPr>
                <w:szCs w:val="26"/>
              </w:rPr>
              <w:t xml:space="preserve"> </w:t>
            </w:r>
            <w:proofErr w:type="spellStart"/>
            <w:r w:rsidRPr="004543E3">
              <w:rPr>
                <w:szCs w:val="26"/>
              </w:rPr>
              <w:t>sách</w:t>
            </w:r>
            <w:proofErr w:type="spellEnd"/>
            <w:r w:rsidRPr="004543E3">
              <w:rPr>
                <w:szCs w:val="26"/>
              </w:rPr>
              <w:t xml:space="preserve"> </w:t>
            </w:r>
            <w:proofErr w:type="spellStart"/>
            <w:r w:rsidRPr="004543E3">
              <w:rPr>
                <w:szCs w:val="26"/>
              </w:rPr>
              <w:t>hoặc</w:t>
            </w:r>
            <w:proofErr w:type="spellEnd"/>
            <w:r w:rsidRPr="004543E3">
              <w:rPr>
                <w:szCs w:val="26"/>
              </w:rPr>
              <w:t xml:space="preserve"> </w:t>
            </w:r>
            <w:proofErr w:type="spellStart"/>
            <w:r w:rsidRPr="004543E3">
              <w:rPr>
                <w:szCs w:val="26"/>
              </w:rPr>
              <w:t>tổ</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triển</w:t>
            </w:r>
            <w:proofErr w:type="spellEnd"/>
            <w:r w:rsidRPr="004543E3">
              <w:rPr>
                <w:szCs w:val="26"/>
              </w:rPr>
              <w:t xml:space="preserve"> </w:t>
            </w:r>
            <w:proofErr w:type="spellStart"/>
            <w:r w:rsidRPr="004543E3">
              <w:rPr>
                <w:szCs w:val="26"/>
              </w:rPr>
              <w:t>khai</w:t>
            </w:r>
            <w:proofErr w:type="spellEnd"/>
            <w:r w:rsidRPr="004543E3">
              <w:rPr>
                <w:szCs w:val="26"/>
              </w:rPr>
              <w:t xml:space="preserve"> </w:t>
            </w:r>
            <w:proofErr w:type="spellStart"/>
            <w:r w:rsidRPr="004543E3">
              <w:rPr>
                <w:szCs w:val="26"/>
              </w:rPr>
              <w:t>nhiệm</w:t>
            </w:r>
            <w:proofErr w:type="spellEnd"/>
            <w:r w:rsidRPr="004543E3">
              <w:rPr>
                <w:szCs w:val="26"/>
              </w:rPr>
              <w:t xml:space="preserve"> </w:t>
            </w:r>
            <w:proofErr w:type="spellStart"/>
            <w:r w:rsidRPr="004543E3">
              <w:rPr>
                <w:szCs w:val="26"/>
              </w:rPr>
              <w:t>vụ</w:t>
            </w:r>
            <w:proofErr w:type="spellEnd"/>
            <w:r w:rsidRPr="004543E3">
              <w:rPr>
                <w:szCs w:val="26"/>
              </w:rPr>
              <w:t xml:space="preserve"> </w:t>
            </w:r>
            <w:proofErr w:type="spellStart"/>
            <w:r w:rsidRPr="004543E3">
              <w:rPr>
                <w:szCs w:val="26"/>
              </w:rPr>
              <w:t>trong</w:t>
            </w:r>
            <w:proofErr w:type="spellEnd"/>
            <w:r w:rsidRPr="004543E3">
              <w:rPr>
                <w:szCs w:val="26"/>
              </w:rPr>
              <w:t xml:space="preserve"> </w:t>
            </w:r>
            <w:proofErr w:type="spellStart"/>
            <w:r w:rsidRPr="004543E3">
              <w:rPr>
                <w:szCs w:val="26"/>
              </w:rPr>
              <w:t>lĩnh</w:t>
            </w:r>
            <w:proofErr w:type="spellEnd"/>
            <w:r w:rsidRPr="004543E3">
              <w:rPr>
                <w:szCs w:val="26"/>
              </w:rPr>
              <w:t xml:space="preserve"> </w:t>
            </w:r>
            <w:proofErr w:type="spellStart"/>
            <w:r w:rsidRPr="004543E3">
              <w:rPr>
                <w:szCs w:val="26"/>
              </w:rPr>
              <w:t>vực</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soát</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 xml:space="preserve"> </w:t>
            </w:r>
            <w:proofErr w:type="spellStart"/>
            <w:r w:rsidRPr="004543E3">
              <w:rPr>
                <w:szCs w:val="26"/>
              </w:rPr>
              <w:t>phù</w:t>
            </w:r>
            <w:proofErr w:type="spellEnd"/>
            <w:r w:rsidRPr="004543E3">
              <w:rPr>
                <w:szCs w:val="26"/>
              </w:rPr>
              <w:t xml:space="preserve"> </w:t>
            </w:r>
            <w:proofErr w:type="spellStart"/>
            <w:r w:rsidRPr="004543E3">
              <w:rPr>
                <w:szCs w:val="26"/>
              </w:rPr>
              <w:t>hợp</w:t>
            </w:r>
            <w:proofErr w:type="spellEnd"/>
            <w:r w:rsidRPr="004543E3">
              <w:rPr>
                <w:szCs w:val="26"/>
              </w:rPr>
              <w:t xml:space="preserve"> </w:t>
            </w:r>
            <w:proofErr w:type="spellStart"/>
            <w:r w:rsidRPr="004543E3">
              <w:rPr>
                <w:szCs w:val="26"/>
              </w:rPr>
              <w:t>với</w:t>
            </w:r>
            <w:proofErr w:type="spellEnd"/>
            <w:r w:rsidRPr="004543E3">
              <w:rPr>
                <w:szCs w:val="26"/>
              </w:rPr>
              <w:t xml:space="preserve"> </w:t>
            </w:r>
            <w:proofErr w:type="spellStart"/>
            <w:r w:rsidRPr="004543E3">
              <w:rPr>
                <w:szCs w:val="26"/>
              </w:rPr>
              <w:t>yêu</w:t>
            </w:r>
            <w:proofErr w:type="spellEnd"/>
            <w:r w:rsidRPr="004543E3">
              <w:rPr>
                <w:szCs w:val="26"/>
              </w:rPr>
              <w:t xml:space="preserve"> </w:t>
            </w:r>
            <w:proofErr w:type="spellStart"/>
            <w:r w:rsidRPr="004543E3">
              <w:rPr>
                <w:szCs w:val="26"/>
              </w:rPr>
              <w:t>cầu</w:t>
            </w:r>
            <w:proofErr w:type="spellEnd"/>
            <w:r w:rsidRPr="004543E3">
              <w:rPr>
                <w:szCs w:val="26"/>
              </w:rPr>
              <w:t xml:space="preserve"> </w:t>
            </w:r>
            <w:proofErr w:type="spellStart"/>
            <w:r w:rsidRPr="004543E3">
              <w:rPr>
                <w:szCs w:val="26"/>
              </w:rPr>
              <w:t>của</w:t>
            </w:r>
            <w:proofErr w:type="spellEnd"/>
            <w:r w:rsidRPr="004543E3">
              <w:rPr>
                <w:szCs w:val="26"/>
              </w:rPr>
              <w:t xml:space="preserve"> </w:t>
            </w:r>
            <w:proofErr w:type="spellStart"/>
            <w:r w:rsidRPr="004543E3">
              <w:rPr>
                <w:szCs w:val="26"/>
              </w:rPr>
              <w:t>vị</w:t>
            </w:r>
            <w:proofErr w:type="spellEnd"/>
            <w:r w:rsidRPr="004543E3">
              <w:rPr>
                <w:szCs w:val="26"/>
              </w:rPr>
              <w:t xml:space="preserve"> </w:t>
            </w:r>
            <w:proofErr w:type="spellStart"/>
            <w:r w:rsidRPr="004543E3">
              <w:rPr>
                <w:szCs w:val="26"/>
              </w:rPr>
              <w:t>trí</w:t>
            </w:r>
            <w:proofErr w:type="spellEnd"/>
            <w:r w:rsidRPr="004543E3">
              <w:rPr>
                <w:szCs w:val="26"/>
              </w:rPr>
              <w:t xml:space="preserve"> </w:t>
            </w:r>
            <w:proofErr w:type="spellStart"/>
            <w:r w:rsidRPr="004543E3">
              <w:rPr>
                <w:szCs w:val="26"/>
              </w:rPr>
              <w:t>việc</w:t>
            </w:r>
            <w:proofErr w:type="spellEnd"/>
            <w:r w:rsidRPr="004543E3">
              <w:rPr>
                <w:szCs w:val="26"/>
              </w:rPr>
              <w:t xml:space="preserve"> </w:t>
            </w:r>
            <w:proofErr w:type="spellStart"/>
            <w:r w:rsidRPr="004543E3">
              <w:rPr>
                <w:szCs w:val="26"/>
              </w:rPr>
              <w:t>làm</w:t>
            </w:r>
            <w:proofErr w:type="spellEnd"/>
            <w:r w:rsidRPr="004543E3">
              <w:rPr>
                <w:szCs w:val="26"/>
              </w:rPr>
              <w:t>.</w:t>
            </w:r>
          </w:p>
          <w:p w14:paraId="02B0273C" w14:textId="2082ACE8" w:rsidR="00855AF9" w:rsidRPr="004543E3" w:rsidRDefault="00855AF9" w:rsidP="00855AF9">
            <w:pPr>
              <w:ind w:firstLine="709"/>
              <w:jc w:val="both"/>
              <w:rPr>
                <w:i/>
                <w:iCs/>
                <w:sz w:val="28"/>
                <w:szCs w:val="28"/>
                <w:lang w:val="de-DE"/>
              </w:rPr>
            </w:pPr>
            <w:r w:rsidRPr="004543E3">
              <w:rPr>
                <w:szCs w:val="26"/>
              </w:rPr>
              <w:t xml:space="preserve"> h) </w:t>
            </w:r>
            <w:r w:rsidRPr="004543E3">
              <w:rPr>
                <w:szCs w:val="26"/>
                <w:lang w:val="nl-NL"/>
              </w:rPr>
              <w:t xml:space="preserve">Trong thời gian giữ ngạch kiểm soát viên chính chất lượng sản phẩm, hàng hóa hoặc tương đương đã chủ trì xây dựng 02 văn bản quy phạm pháp luật hoặc đề tài, đề án, dự án, </w:t>
            </w:r>
            <w:proofErr w:type="spellStart"/>
            <w:r w:rsidRPr="004543E3">
              <w:rPr>
                <w:szCs w:val="26"/>
              </w:rPr>
              <w:t>nhiệm</w:t>
            </w:r>
            <w:proofErr w:type="spellEnd"/>
            <w:r w:rsidRPr="004543E3">
              <w:rPr>
                <w:szCs w:val="26"/>
              </w:rPr>
              <w:t xml:space="preserve"> </w:t>
            </w:r>
            <w:proofErr w:type="spellStart"/>
            <w:r w:rsidRPr="004543E3">
              <w:rPr>
                <w:szCs w:val="26"/>
              </w:rPr>
              <w:t>vụ</w:t>
            </w:r>
            <w:proofErr w:type="spellEnd"/>
            <w:r w:rsidRPr="004543E3">
              <w:rPr>
                <w:szCs w:val="26"/>
              </w:rPr>
              <w:t xml:space="preserve"> khoa </w:t>
            </w:r>
            <w:proofErr w:type="spellStart"/>
            <w:r w:rsidRPr="004543E3">
              <w:rPr>
                <w:szCs w:val="26"/>
              </w:rPr>
              <w:t>học</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nghệ</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đổi</w:t>
            </w:r>
            <w:proofErr w:type="spellEnd"/>
            <w:r w:rsidRPr="004543E3">
              <w:rPr>
                <w:szCs w:val="26"/>
              </w:rPr>
              <w:t xml:space="preserve"> </w:t>
            </w:r>
            <w:proofErr w:type="spellStart"/>
            <w:r w:rsidRPr="004543E3">
              <w:rPr>
                <w:szCs w:val="26"/>
              </w:rPr>
              <w:t>mới</w:t>
            </w:r>
            <w:proofErr w:type="spellEnd"/>
            <w:r w:rsidRPr="004543E3">
              <w:rPr>
                <w:szCs w:val="26"/>
              </w:rPr>
              <w:t xml:space="preserve"> </w:t>
            </w:r>
            <w:proofErr w:type="spellStart"/>
            <w:r w:rsidRPr="004543E3">
              <w:rPr>
                <w:szCs w:val="26"/>
              </w:rPr>
              <w:t>sáng</w:t>
            </w:r>
            <w:proofErr w:type="spellEnd"/>
            <w:r w:rsidRPr="004543E3">
              <w:rPr>
                <w:szCs w:val="26"/>
              </w:rPr>
              <w:t xml:space="preserve"> </w:t>
            </w:r>
            <w:proofErr w:type="spellStart"/>
            <w:r w:rsidRPr="004543E3">
              <w:rPr>
                <w:szCs w:val="26"/>
              </w:rPr>
              <w:t>tạo</w:t>
            </w:r>
            <w:proofErr w:type="spellEnd"/>
            <w:r w:rsidRPr="004543E3">
              <w:rPr>
                <w:szCs w:val="26"/>
              </w:rPr>
              <w:t xml:space="preserve"> </w:t>
            </w:r>
            <w:proofErr w:type="spellStart"/>
            <w:r w:rsidRPr="004543E3">
              <w:rPr>
                <w:szCs w:val="26"/>
              </w:rPr>
              <w:t>trong</w:t>
            </w:r>
            <w:proofErr w:type="spellEnd"/>
            <w:r w:rsidRPr="004543E3">
              <w:rPr>
                <w:szCs w:val="26"/>
              </w:rPr>
              <w:t xml:space="preserve"> </w:t>
            </w:r>
            <w:proofErr w:type="spellStart"/>
            <w:r w:rsidRPr="004543E3">
              <w:rPr>
                <w:szCs w:val="26"/>
              </w:rPr>
              <w:t>khuôn</w:t>
            </w:r>
            <w:proofErr w:type="spellEnd"/>
            <w:r w:rsidRPr="004543E3">
              <w:rPr>
                <w:szCs w:val="26"/>
              </w:rPr>
              <w:t xml:space="preserve"> </w:t>
            </w:r>
            <w:proofErr w:type="spellStart"/>
            <w:r w:rsidRPr="004543E3">
              <w:rPr>
                <w:szCs w:val="26"/>
              </w:rPr>
              <w:t>khô</w:t>
            </w:r>
            <w:proofErr w:type="spellEnd"/>
            <w:r w:rsidRPr="004543E3">
              <w:rPr>
                <w:szCs w:val="26"/>
              </w:rPr>
              <w:t xml:space="preserve">̉ </w:t>
            </w:r>
            <w:proofErr w:type="spellStart"/>
            <w:r w:rsidRPr="004543E3">
              <w:rPr>
                <w:szCs w:val="26"/>
              </w:rPr>
              <w:t>chương</w:t>
            </w:r>
            <w:proofErr w:type="spellEnd"/>
            <w:r w:rsidRPr="004543E3">
              <w:rPr>
                <w:szCs w:val="26"/>
              </w:rPr>
              <w:t xml:space="preserve"> </w:t>
            </w:r>
            <w:proofErr w:type="spellStart"/>
            <w:r w:rsidRPr="004543E3">
              <w:rPr>
                <w:szCs w:val="26"/>
              </w:rPr>
              <w:t>trình</w:t>
            </w:r>
            <w:proofErr w:type="spellEnd"/>
            <w:r w:rsidRPr="004543E3">
              <w:rPr>
                <w:szCs w:val="26"/>
              </w:rPr>
              <w:t xml:space="preserve"> khoa </w:t>
            </w:r>
            <w:proofErr w:type="spellStart"/>
            <w:r w:rsidRPr="004543E3">
              <w:rPr>
                <w:szCs w:val="26"/>
              </w:rPr>
              <w:t>học</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nghê</w:t>
            </w:r>
            <w:proofErr w:type="spellEnd"/>
            <w:r w:rsidRPr="004543E3">
              <w:rPr>
                <w:szCs w:val="26"/>
              </w:rPr>
              <w:t xml:space="preserve">̣ </w:t>
            </w:r>
            <w:proofErr w:type="spellStart"/>
            <w:r w:rsidRPr="004543E3">
              <w:rPr>
                <w:szCs w:val="26"/>
              </w:rPr>
              <w:t>va</w:t>
            </w:r>
            <w:proofErr w:type="spellEnd"/>
            <w:r w:rsidRPr="004543E3">
              <w:rPr>
                <w:szCs w:val="26"/>
              </w:rPr>
              <w:t xml:space="preserve">̀ </w:t>
            </w:r>
            <w:proofErr w:type="spellStart"/>
            <w:r w:rsidRPr="004543E3">
              <w:rPr>
                <w:szCs w:val="26"/>
              </w:rPr>
              <w:t>đổi</w:t>
            </w:r>
            <w:proofErr w:type="spellEnd"/>
            <w:r w:rsidRPr="004543E3">
              <w:rPr>
                <w:szCs w:val="26"/>
              </w:rPr>
              <w:t xml:space="preserve"> </w:t>
            </w:r>
            <w:proofErr w:type="spellStart"/>
            <w:r w:rsidRPr="004543E3">
              <w:rPr>
                <w:szCs w:val="26"/>
              </w:rPr>
              <w:t>mới</w:t>
            </w:r>
            <w:proofErr w:type="spellEnd"/>
            <w:r w:rsidRPr="004543E3">
              <w:rPr>
                <w:szCs w:val="26"/>
              </w:rPr>
              <w:t xml:space="preserve"> </w:t>
            </w:r>
            <w:proofErr w:type="spellStart"/>
            <w:r w:rsidRPr="004543E3">
              <w:rPr>
                <w:szCs w:val="26"/>
              </w:rPr>
              <w:t>sáng</w:t>
            </w:r>
            <w:proofErr w:type="spellEnd"/>
            <w:r w:rsidRPr="004543E3">
              <w:rPr>
                <w:szCs w:val="26"/>
              </w:rPr>
              <w:t xml:space="preserve"> </w:t>
            </w:r>
            <w:proofErr w:type="spellStart"/>
            <w:r w:rsidRPr="004543E3">
              <w:rPr>
                <w:szCs w:val="26"/>
              </w:rPr>
              <w:t>tạo</w:t>
            </w:r>
            <w:proofErr w:type="spellEnd"/>
            <w:r w:rsidRPr="004543E3">
              <w:rPr>
                <w:szCs w:val="26"/>
              </w:rPr>
              <w:t xml:space="preserve"> </w:t>
            </w:r>
            <w:proofErr w:type="spellStart"/>
            <w:r w:rsidRPr="004543E3">
              <w:rPr>
                <w:szCs w:val="26"/>
              </w:rPr>
              <w:t>của</w:t>
            </w:r>
            <w:proofErr w:type="spellEnd"/>
            <w:r w:rsidRPr="004543E3">
              <w:rPr>
                <w:szCs w:val="26"/>
              </w:rPr>
              <w:t xml:space="preserve"> </w:t>
            </w:r>
            <w:proofErr w:type="spellStart"/>
            <w:r w:rsidRPr="004543E3">
              <w:rPr>
                <w:szCs w:val="26"/>
              </w:rPr>
              <w:t>Bô</w:t>
            </w:r>
            <w:proofErr w:type="spellEnd"/>
            <w:r w:rsidRPr="004543E3">
              <w:rPr>
                <w:szCs w:val="26"/>
              </w:rPr>
              <w:t xml:space="preserve">̣, </w:t>
            </w:r>
            <w:proofErr w:type="spellStart"/>
            <w:r w:rsidRPr="004543E3">
              <w:rPr>
                <w:szCs w:val="26"/>
              </w:rPr>
              <w:t>cơ</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ngang</w:t>
            </w:r>
            <w:proofErr w:type="spellEnd"/>
            <w:r w:rsidRPr="004543E3">
              <w:rPr>
                <w:szCs w:val="26"/>
              </w:rPr>
              <w:t xml:space="preserve"> </w:t>
            </w:r>
            <w:proofErr w:type="spellStart"/>
            <w:r w:rsidRPr="004543E3">
              <w:rPr>
                <w:szCs w:val="26"/>
              </w:rPr>
              <w:t>Bô</w:t>
            </w:r>
            <w:proofErr w:type="spellEnd"/>
            <w:r w:rsidRPr="004543E3">
              <w:rPr>
                <w:szCs w:val="26"/>
              </w:rPr>
              <w:t xml:space="preserve">̣, </w:t>
            </w:r>
            <w:proofErr w:type="spellStart"/>
            <w:r w:rsidRPr="004543E3">
              <w:rPr>
                <w:szCs w:val="26"/>
              </w:rPr>
              <w:t>cơ</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thuộc</w:t>
            </w:r>
            <w:proofErr w:type="spellEnd"/>
            <w:r w:rsidRPr="004543E3">
              <w:rPr>
                <w:szCs w:val="26"/>
              </w:rPr>
              <w:t xml:space="preserve"> </w:t>
            </w:r>
            <w:proofErr w:type="spellStart"/>
            <w:r w:rsidRPr="004543E3">
              <w:rPr>
                <w:szCs w:val="26"/>
              </w:rPr>
              <w:t>Chính</w:t>
            </w:r>
            <w:proofErr w:type="spellEnd"/>
            <w:r w:rsidRPr="004543E3">
              <w:rPr>
                <w:szCs w:val="26"/>
              </w:rPr>
              <w:t xml:space="preserve"> </w:t>
            </w:r>
            <w:proofErr w:type="spellStart"/>
            <w:r w:rsidRPr="004543E3">
              <w:rPr>
                <w:szCs w:val="26"/>
              </w:rPr>
              <w:t>phu</w:t>
            </w:r>
            <w:proofErr w:type="spellEnd"/>
            <w:r w:rsidRPr="004543E3">
              <w:rPr>
                <w:szCs w:val="26"/>
              </w:rPr>
              <w:t xml:space="preserve">̉, </w:t>
            </w:r>
            <w:proofErr w:type="spellStart"/>
            <w:r w:rsidRPr="004543E3">
              <w:rPr>
                <w:szCs w:val="26"/>
              </w:rPr>
              <w:t>cơ</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khác</w:t>
            </w:r>
            <w:proofErr w:type="spellEnd"/>
            <w:r w:rsidRPr="004543E3">
              <w:rPr>
                <w:szCs w:val="26"/>
              </w:rPr>
              <w:t xml:space="preserve"> ở Trung </w:t>
            </w:r>
            <w:proofErr w:type="spellStart"/>
            <w:r w:rsidRPr="004543E3">
              <w:rPr>
                <w:szCs w:val="26"/>
              </w:rPr>
              <w:t>ương</w:t>
            </w:r>
            <w:proofErr w:type="spellEnd"/>
            <w:r w:rsidRPr="004543E3">
              <w:rPr>
                <w:szCs w:val="26"/>
              </w:rPr>
              <w:t xml:space="preserve"> </w:t>
            </w:r>
            <w:proofErr w:type="spellStart"/>
            <w:r w:rsidRPr="004543E3">
              <w:rPr>
                <w:szCs w:val="26"/>
              </w:rPr>
              <w:t>va</w:t>
            </w:r>
            <w:proofErr w:type="spellEnd"/>
            <w:r w:rsidRPr="004543E3">
              <w:rPr>
                <w:szCs w:val="26"/>
              </w:rPr>
              <w:t xml:space="preserve">̀ </w:t>
            </w:r>
            <w:proofErr w:type="spellStart"/>
            <w:r w:rsidRPr="004543E3">
              <w:rPr>
                <w:szCs w:val="26"/>
              </w:rPr>
              <w:t>Ủy</w:t>
            </w:r>
            <w:proofErr w:type="spellEnd"/>
            <w:r w:rsidRPr="004543E3">
              <w:rPr>
                <w:szCs w:val="26"/>
              </w:rPr>
              <w:t xml:space="preserve"> ban </w:t>
            </w:r>
            <w:proofErr w:type="spellStart"/>
            <w:r w:rsidRPr="004543E3">
              <w:rPr>
                <w:szCs w:val="26"/>
              </w:rPr>
              <w:t>nhân</w:t>
            </w:r>
            <w:proofErr w:type="spellEnd"/>
            <w:r w:rsidRPr="004543E3">
              <w:rPr>
                <w:szCs w:val="26"/>
              </w:rPr>
              <w:t xml:space="preserve"> </w:t>
            </w:r>
            <w:proofErr w:type="spellStart"/>
            <w:r w:rsidRPr="004543E3">
              <w:rPr>
                <w:szCs w:val="26"/>
              </w:rPr>
              <w:t>dân</w:t>
            </w:r>
            <w:proofErr w:type="spellEnd"/>
            <w:r w:rsidRPr="004543E3">
              <w:rPr>
                <w:szCs w:val="26"/>
              </w:rPr>
              <w:t xml:space="preserve"> </w:t>
            </w:r>
            <w:proofErr w:type="spellStart"/>
            <w:r w:rsidRPr="004543E3">
              <w:rPr>
                <w:szCs w:val="26"/>
              </w:rPr>
              <w:t>cấp</w:t>
            </w:r>
            <w:proofErr w:type="spellEnd"/>
            <w:r w:rsidRPr="004543E3">
              <w:rPr>
                <w:szCs w:val="26"/>
              </w:rPr>
              <w:t xml:space="preserve"> </w:t>
            </w:r>
            <w:proofErr w:type="spellStart"/>
            <w:r w:rsidRPr="004543E3">
              <w:rPr>
                <w:szCs w:val="26"/>
              </w:rPr>
              <w:t>tỉnh</w:t>
            </w:r>
            <w:proofErr w:type="spellEnd"/>
            <w:r w:rsidRPr="004543E3">
              <w:rPr>
                <w:szCs w:val="26"/>
              </w:rPr>
              <w:t xml:space="preserve"> </w:t>
            </w:r>
            <w:r w:rsidRPr="004543E3">
              <w:rPr>
                <w:szCs w:val="26"/>
                <w:lang w:val="nl-NL"/>
              </w:rPr>
              <w:t>mà cơ quan sử dụng công chức, viên chức được giao chủ trì nghiên cứu, xây dựng đã được cấp có thẩm quyền ban hành hoặc nghiệm thu ở mức đạt trở lên.</w:t>
            </w:r>
          </w:p>
        </w:tc>
        <w:tc>
          <w:tcPr>
            <w:tcW w:w="5220" w:type="dxa"/>
          </w:tcPr>
          <w:p w14:paraId="502FFDF2" w14:textId="77777777" w:rsidR="00855AF9" w:rsidRPr="004543E3" w:rsidRDefault="00855AF9" w:rsidP="00855AF9">
            <w:pPr>
              <w:spacing w:after="0" w:line="340" w:lineRule="exact"/>
              <w:jc w:val="both"/>
              <w:rPr>
                <w:b/>
                <w:bCs/>
              </w:rPr>
            </w:pPr>
            <w:proofErr w:type="spellStart"/>
            <w:r w:rsidRPr="004543E3">
              <w:rPr>
                <w:b/>
                <w:bCs/>
              </w:rPr>
              <w:lastRenderedPageBreak/>
              <w:t>Bô</w:t>
            </w:r>
            <w:proofErr w:type="spellEnd"/>
            <w:r w:rsidRPr="004543E3">
              <w:rPr>
                <w:b/>
                <w:bCs/>
              </w:rPr>
              <w:t xml:space="preserve">̣ </w:t>
            </w:r>
            <w:proofErr w:type="spellStart"/>
            <w:r w:rsidRPr="004543E3">
              <w:rPr>
                <w:b/>
                <w:bCs/>
              </w:rPr>
              <w:t>Dân</w:t>
            </w:r>
            <w:proofErr w:type="spellEnd"/>
            <w:r w:rsidRPr="004543E3">
              <w:rPr>
                <w:b/>
                <w:bCs/>
              </w:rPr>
              <w:t xml:space="preserve"> </w:t>
            </w:r>
            <w:proofErr w:type="spellStart"/>
            <w:r w:rsidRPr="004543E3">
              <w:rPr>
                <w:b/>
                <w:bCs/>
              </w:rPr>
              <w:t>tộc</w:t>
            </w:r>
            <w:proofErr w:type="spellEnd"/>
            <w:r w:rsidRPr="004543E3">
              <w:rPr>
                <w:b/>
                <w:bCs/>
              </w:rPr>
              <w:t xml:space="preserve"> </w:t>
            </w:r>
            <w:proofErr w:type="spellStart"/>
            <w:r w:rsidRPr="004543E3">
              <w:rPr>
                <w:b/>
                <w:bCs/>
              </w:rPr>
              <w:t>va</w:t>
            </w:r>
            <w:proofErr w:type="spellEnd"/>
            <w:r w:rsidRPr="004543E3">
              <w:rPr>
                <w:b/>
                <w:bCs/>
              </w:rPr>
              <w:t xml:space="preserve">̀ Tôn </w:t>
            </w:r>
            <w:proofErr w:type="spellStart"/>
            <w:r w:rsidRPr="004543E3">
              <w:rPr>
                <w:b/>
                <w:bCs/>
              </w:rPr>
              <w:t>giáo</w:t>
            </w:r>
            <w:proofErr w:type="spellEnd"/>
            <w:r w:rsidRPr="004543E3">
              <w:rPr>
                <w:b/>
                <w:bCs/>
              </w:rPr>
              <w:t>:</w:t>
            </w:r>
          </w:p>
          <w:p w14:paraId="5C2E198F" w14:textId="77777777" w:rsidR="00855AF9" w:rsidRPr="004543E3" w:rsidRDefault="00855AF9" w:rsidP="00855AF9">
            <w:pPr>
              <w:spacing w:after="0" w:line="340" w:lineRule="exact"/>
              <w:jc w:val="both"/>
            </w:pPr>
            <w:r w:rsidRPr="004543E3">
              <w:t xml:space="preserve">- </w:t>
            </w:r>
            <w:proofErr w:type="spellStart"/>
            <w:r w:rsidRPr="004543E3">
              <w:t>Tại</w:t>
            </w:r>
            <w:proofErr w:type="spellEnd"/>
            <w:r w:rsidRPr="004543E3">
              <w:t xml:space="preserve"> </w:t>
            </w:r>
            <w:proofErr w:type="spellStart"/>
            <w:r w:rsidRPr="004543E3">
              <w:t>điểm</w:t>
            </w:r>
            <w:proofErr w:type="spellEnd"/>
            <w:r w:rsidRPr="004543E3">
              <w:t xml:space="preserve"> g, </w:t>
            </w:r>
            <w:proofErr w:type="spellStart"/>
            <w:r w:rsidRPr="004543E3">
              <w:t>khoản</w:t>
            </w:r>
            <w:proofErr w:type="spellEnd"/>
            <w:r w:rsidRPr="004543E3">
              <w:t xml:space="preserve"> 4, </w:t>
            </w:r>
            <w:proofErr w:type="spellStart"/>
            <w:r w:rsidRPr="004543E3">
              <w:t>Điều</w:t>
            </w:r>
            <w:proofErr w:type="spellEnd"/>
            <w:r w:rsidRPr="004543E3">
              <w:t xml:space="preserve"> 5 </w:t>
            </w:r>
            <w:proofErr w:type="spellStart"/>
            <w:r w:rsidRPr="004543E3">
              <w:t>dự</w:t>
            </w:r>
            <w:proofErr w:type="spellEnd"/>
            <w:r w:rsidRPr="004543E3">
              <w:t xml:space="preserve"> </w:t>
            </w:r>
            <w:proofErr w:type="spellStart"/>
            <w:r w:rsidRPr="004543E3">
              <w:t>thảo</w:t>
            </w:r>
            <w:proofErr w:type="spellEnd"/>
            <w:r w:rsidRPr="004543E3">
              <w:t xml:space="preserve"> Thông </w:t>
            </w:r>
            <w:proofErr w:type="spellStart"/>
            <w:r w:rsidRPr="004543E3">
              <w:t>tư</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mã</w:t>
            </w:r>
            <w:proofErr w:type="spellEnd"/>
            <w:r w:rsidRPr="004543E3">
              <w:t xml:space="preserve"> </w:t>
            </w:r>
            <w:proofErr w:type="spellStart"/>
            <w:r w:rsidRPr="004543E3">
              <w:t>số</w:t>
            </w:r>
            <w:proofErr w:type="spellEnd"/>
            <w:r w:rsidRPr="004543E3">
              <w:t xml:space="preserve">, </w:t>
            </w:r>
            <w:proofErr w:type="spellStart"/>
            <w:r w:rsidRPr="004543E3">
              <w:t>tiêu</w:t>
            </w:r>
            <w:proofErr w:type="spellEnd"/>
            <w:r w:rsidRPr="004543E3">
              <w:t xml:space="preserve"> </w:t>
            </w:r>
            <w:proofErr w:type="spellStart"/>
            <w:r w:rsidRPr="004543E3">
              <w:t>chuẩn</w:t>
            </w:r>
            <w:proofErr w:type="spellEnd"/>
            <w:r w:rsidRPr="004543E3">
              <w:t xml:space="preserve"> </w:t>
            </w:r>
            <w:proofErr w:type="spellStart"/>
            <w:r w:rsidRPr="004543E3">
              <w:t>chuyên</w:t>
            </w:r>
            <w:proofErr w:type="spellEnd"/>
            <w:r w:rsidRPr="004543E3">
              <w:t xml:space="preserve"> </w:t>
            </w:r>
            <w:proofErr w:type="spellStart"/>
            <w:r w:rsidRPr="004543E3">
              <w:t>môn</w:t>
            </w:r>
            <w:proofErr w:type="spellEnd"/>
            <w:r w:rsidRPr="004543E3">
              <w:t xml:space="preserve">, </w:t>
            </w:r>
            <w:proofErr w:type="spellStart"/>
            <w:r w:rsidRPr="004543E3">
              <w:t>nghiệp</w:t>
            </w:r>
            <w:proofErr w:type="spellEnd"/>
            <w:r w:rsidRPr="004543E3">
              <w:t xml:space="preserve"> </w:t>
            </w:r>
            <w:proofErr w:type="spellStart"/>
            <w:r w:rsidRPr="004543E3">
              <w:t>vụ</w:t>
            </w:r>
            <w:proofErr w:type="spellEnd"/>
            <w:r w:rsidRPr="004543E3">
              <w:t xml:space="preserve"> </w:t>
            </w:r>
            <w:proofErr w:type="spellStart"/>
            <w:r w:rsidRPr="004543E3">
              <w:t>đối</w:t>
            </w:r>
            <w:proofErr w:type="spellEnd"/>
            <w:r w:rsidRPr="004543E3">
              <w:t xml:space="preserve"> </w:t>
            </w:r>
            <w:proofErr w:type="spellStart"/>
            <w:r w:rsidRPr="004543E3">
              <w:t>với</w:t>
            </w:r>
            <w:proofErr w:type="spellEnd"/>
            <w:r w:rsidRPr="004543E3">
              <w:t xml:space="preserve"> </w:t>
            </w:r>
            <w:proofErr w:type="spellStart"/>
            <w:r w:rsidRPr="004543E3">
              <w:t>ngạch</w:t>
            </w:r>
            <w:proofErr w:type="spellEnd"/>
            <w:r w:rsidRPr="004543E3">
              <w:t xml:space="preserve"> </w:t>
            </w:r>
            <w:proofErr w:type="spellStart"/>
            <w:r w:rsidRPr="004543E3">
              <w:t>công</w:t>
            </w:r>
            <w:proofErr w:type="spellEnd"/>
            <w:r w:rsidRPr="004543E3">
              <w:t xml:space="preserve"> </w:t>
            </w:r>
            <w:proofErr w:type="spellStart"/>
            <w:r w:rsidRPr="004543E3">
              <w:t>chức</w:t>
            </w:r>
            <w:proofErr w:type="spellEnd"/>
            <w:r w:rsidRPr="004543E3">
              <w:t xml:space="preserve">, </w:t>
            </w:r>
            <w:proofErr w:type="spellStart"/>
            <w:r w:rsidRPr="004543E3">
              <w:t>chức</w:t>
            </w:r>
            <w:proofErr w:type="spellEnd"/>
            <w:r w:rsidRPr="004543E3">
              <w:t xml:space="preserve"> </w:t>
            </w:r>
            <w:proofErr w:type="spellStart"/>
            <w:r w:rsidRPr="004543E3">
              <w:t>danh</w:t>
            </w:r>
            <w:proofErr w:type="spellEnd"/>
            <w:r w:rsidRPr="004543E3">
              <w:t xml:space="preserve"> </w:t>
            </w:r>
            <w:proofErr w:type="spellStart"/>
            <w:r w:rsidRPr="004543E3">
              <w:t>nghề</w:t>
            </w:r>
            <w:proofErr w:type="spellEnd"/>
            <w:r w:rsidRPr="004543E3">
              <w:t xml:space="preserve"> </w:t>
            </w:r>
            <w:proofErr w:type="spellStart"/>
            <w:r w:rsidRPr="004543E3">
              <w:t>nghiệp</w:t>
            </w:r>
            <w:proofErr w:type="spellEnd"/>
            <w:r w:rsidRPr="004543E3">
              <w:t xml:space="preserve"> </w:t>
            </w:r>
            <w:proofErr w:type="spellStart"/>
            <w:r w:rsidRPr="004543E3">
              <w:t>viên</w:t>
            </w:r>
            <w:proofErr w:type="spellEnd"/>
            <w:r w:rsidRPr="004543E3">
              <w:t xml:space="preserve"> </w:t>
            </w:r>
            <w:proofErr w:type="spellStart"/>
            <w:r w:rsidRPr="004543E3">
              <w:t>chức</w:t>
            </w:r>
            <w:proofErr w:type="spellEnd"/>
            <w:r w:rsidRPr="004543E3">
              <w:t xml:space="preserve"> </w:t>
            </w:r>
            <w:proofErr w:type="spellStart"/>
            <w:r w:rsidRPr="004543E3">
              <w:t>chuyên</w:t>
            </w:r>
            <w:proofErr w:type="spellEnd"/>
            <w:r w:rsidRPr="004543E3">
              <w:t xml:space="preserve"> </w:t>
            </w:r>
            <w:proofErr w:type="spellStart"/>
            <w:r w:rsidRPr="004543E3">
              <w:t>ngành</w:t>
            </w:r>
            <w:proofErr w:type="spellEnd"/>
            <w:r w:rsidRPr="004543E3">
              <w:t xml:space="preserve"> </w:t>
            </w:r>
            <w:proofErr w:type="spellStart"/>
            <w:r w:rsidRPr="004543E3">
              <w:t>kiểm</w:t>
            </w:r>
            <w:proofErr w:type="spellEnd"/>
            <w:r w:rsidRPr="004543E3">
              <w:t xml:space="preserve"> </w:t>
            </w:r>
            <w:proofErr w:type="spellStart"/>
            <w:r w:rsidRPr="004543E3">
              <w:t>soát</w:t>
            </w:r>
            <w:proofErr w:type="spellEnd"/>
            <w:r w:rsidRPr="004543E3">
              <w:t xml:space="preserve"> </w:t>
            </w:r>
            <w:proofErr w:type="spellStart"/>
            <w:r w:rsidRPr="004543E3">
              <w:t>chất</w:t>
            </w:r>
            <w:proofErr w:type="spellEnd"/>
            <w:r w:rsidRPr="004543E3">
              <w:t xml:space="preserve"> </w:t>
            </w:r>
            <w:proofErr w:type="spellStart"/>
            <w:r w:rsidRPr="004543E3">
              <w:t>lượng</w:t>
            </w:r>
            <w:proofErr w:type="spellEnd"/>
            <w:r w:rsidRPr="004543E3">
              <w:t xml:space="preserve"> </w:t>
            </w:r>
            <w:proofErr w:type="spellStart"/>
            <w:r w:rsidRPr="004543E3">
              <w:t>sản</w:t>
            </w:r>
            <w:proofErr w:type="spellEnd"/>
            <w:r w:rsidRPr="004543E3">
              <w:t xml:space="preserve"> </w:t>
            </w:r>
            <w:proofErr w:type="spellStart"/>
            <w:r w:rsidRPr="004543E3">
              <w:t>phẩm</w:t>
            </w:r>
            <w:proofErr w:type="spellEnd"/>
            <w:r w:rsidRPr="004543E3">
              <w:t xml:space="preserve">, </w:t>
            </w:r>
            <w:proofErr w:type="spellStart"/>
            <w:r w:rsidRPr="004543E3">
              <w:t>hàng</w:t>
            </w:r>
            <w:proofErr w:type="spellEnd"/>
            <w:r w:rsidRPr="004543E3">
              <w:t xml:space="preserve"> </w:t>
            </w:r>
            <w:proofErr w:type="spellStart"/>
            <w:r w:rsidRPr="004543E3">
              <w:t>hoá</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r w:rsidRPr="004543E3">
              <w:rPr>
                <w:i/>
                <w:iCs/>
              </w:rPr>
              <w:t>"</w:t>
            </w:r>
            <w:proofErr w:type="spellStart"/>
            <w:r w:rsidRPr="004543E3">
              <w:rPr>
                <w:i/>
                <w:iCs/>
              </w:rPr>
              <w:t>Đã</w:t>
            </w:r>
            <w:proofErr w:type="spellEnd"/>
            <w:r w:rsidRPr="004543E3">
              <w:rPr>
                <w:i/>
                <w:iCs/>
              </w:rPr>
              <w:t xml:space="preserve"> </w:t>
            </w:r>
            <w:proofErr w:type="spellStart"/>
            <w:r w:rsidRPr="004543E3">
              <w:rPr>
                <w:i/>
                <w:iCs/>
              </w:rPr>
              <w:t>có</w:t>
            </w:r>
            <w:proofErr w:type="spellEnd"/>
            <w:r w:rsidRPr="004543E3">
              <w:rPr>
                <w:i/>
                <w:iCs/>
              </w:rPr>
              <w:t xml:space="preserve"> </w:t>
            </w:r>
            <w:proofErr w:type="spellStart"/>
            <w:r w:rsidRPr="004543E3">
              <w:rPr>
                <w:i/>
                <w:iCs/>
              </w:rPr>
              <w:t>kinh</w:t>
            </w:r>
            <w:proofErr w:type="spellEnd"/>
            <w:r w:rsidRPr="004543E3">
              <w:rPr>
                <w:i/>
                <w:iCs/>
              </w:rPr>
              <w:t xml:space="preserve"> </w:t>
            </w:r>
            <w:proofErr w:type="spellStart"/>
            <w:r w:rsidRPr="004543E3">
              <w:rPr>
                <w:i/>
                <w:iCs/>
              </w:rPr>
              <w:t>nghiệm</w:t>
            </w:r>
            <w:proofErr w:type="spellEnd"/>
            <w:r w:rsidRPr="004543E3">
              <w:rPr>
                <w:i/>
                <w:iCs/>
              </w:rPr>
              <w:t xml:space="preserve"> </w:t>
            </w:r>
            <w:proofErr w:type="spellStart"/>
            <w:r w:rsidRPr="004543E3">
              <w:rPr>
                <w:i/>
                <w:iCs/>
              </w:rPr>
              <w:t>công</w:t>
            </w:r>
            <w:proofErr w:type="spellEnd"/>
            <w:r w:rsidRPr="004543E3">
              <w:rPr>
                <w:i/>
                <w:iCs/>
              </w:rPr>
              <w:t xml:space="preserve"> </w:t>
            </w:r>
            <w:proofErr w:type="spellStart"/>
            <w:r w:rsidRPr="004543E3">
              <w:rPr>
                <w:i/>
                <w:iCs/>
              </w:rPr>
              <w:t>tác</w:t>
            </w:r>
            <w:proofErr w:type="spellEnd"/>
            <w:r w:rsidRPr="004543E3">
              <w:rPr>
                <w:i/>
                <w:iCs/>
              </w:rPr>
              <w:t xml:space="preserve"> </w:t>
            </w:r>
            <w:proofErr w:type="spellStart"/>
            <w:r w:rsidRPr="004543E3">
              <w:rPr>
                <w:i/>
                <w:iCs/>
              </w:rPr>
              <w:t>trong</w:t>
            </w:r>
            <w:proofErr w:type="spellEnd"/>
            <w:r w:rsidRPr="004543E3">
              <w:rPr>
                <w:i/>
                <w:iCs/>
              </w:rPr>
              <w:t xml:space="preserve"> </w:t>
            </w:r>
            <w:proofErr w:type="spellStart"/>
            <w:r w:rsidRPr="004543E3">
              <w:rPr>
                <w:i/>
                <w:iCs/>
              </w:rPr>
              <w:t>thực</w:t>
            </w:r>
            <w:proofErr w:type="spellEnd"/>
            <w:r w:rsidRPr="004543E3">
              <w:rPr>
                <w:i/>
                <w:iCs/>
              </w:rPr>
              <w:t xml:space="preserve"> </w:t>
            </w:r>
            <w:proofErr w:type="spellStart"/>
            <w:r w:rsidRPr="004543E3">
              <w:rPr>
                <w:i/>
                <w:iCs/>
              </w:rPr>
              <w:t>hiện</w:t>
            </w:r>
            <w:proofErr w:type="spellEnd"/>
            <w:r w:rsidRPr="004543E3">
              <w:rPr>
                <w:i/>
                <w:iCs/>
              </w:rPr>
              <w:t xml:space="preserve"> </w:t>
            </w:r>
            <w:proofErr w:type="spellStart"/>
            <w:r w:rsidRPr="004543E3">
              <w:rPr>
                <w:i/>
                <w:iCs/>
              </w:rPr>
              <w:t>nhiệm</w:t>
            </w:r>
            <w:proofErr w:type="spellEnd"/>
            <w:r w:rsidRPr="004543E3">
              <w:rPr>
                <w:i/>
                <w:iCs/>
              </w:rPr>
              <w:t xml:space="preserve"> </w:t>
            </w:r>
            <w:proofErr w:type="spellStart"/>
            <w:r w:rsidRPr="004543E3">
              <w:rPr>
                <w:i/>
                <w:iCs/>
              </w:rPr>
              <w:t>vụ</w:t>
            </w:r>
            <w:proofErr w:type="spellEnd"/>
            <w:r w:rsidRPr="004543E3">
              <w:rPr>
                <w:i/>
                <w:iCs/>
              </w:rPr>
              <w:t xml:space="preserve"> </w:t>
            </w:r>
            <w:proofErr w:type="spellStart"/>
            <w:r w:rsidRPr="004543E3">
              <w:rPr>
                <w:i/>
                <w:iCs/>
              </w:rPr>
              <w:t>chuyên</w:t>
            </w:r>
            <w:proofErr w:type="spellEnd"/>
            <w:r w:rsidRPr="004543E3">
              <w:rPr>
                <w:i/>
                <w:iCs/>
              </w:rPr>
              <w:t xml:space="preserve"> </w:t>
            </w:r>
            <w:proofErr w:type="spellStart"/>
            <w:r w:rsidRPr="004543E3">
              <w:rPr>
                <w:i/>
                <w:iCs/>
              </w:rPr>
              <w:t>môn</w:t>
            </w:r>
            <w:proofErr w:type="spellEnd"/>
            <w:r w:rsidRPr="004543E3">
              <w:rPr>
                <w:i/>
                <w:iCs/>
              </w:rPr>
              <w:t xml:space="preserve">…" </w:t>
            </w:r>
            <w:proofErr w:type="spellStart"/>
            <w:r w:rsidRPr="004543E3">
              <w:t>còn</w:t>
            </w:r>
            <w:proofErr w:type="spellEnd"/>
            <w:r w:rsidRPr="004543E3">
              <w:t xml:space="preserve"> </w:t>
            </w:r>
            <w:proofErr w:type="spellStart"/>
            <w:r w:rsidRPr="004543E3">
              <w:t>khá</w:t>
            </w:r>
            <w:proofErr w:type="spellEnd"/>
            <w:r w:rsidRPr="004543E3">
              <w:t xml:space="preserve"> </w:t>
            </w:r>
            <w:proofErr w:type="spellStart"/>
            <w:r w:rsidRPr="004543E3">
              <w:t>chung</w:t>
            </w:r>
            <w:proofErr w:type="spellEnd"/>
            <w:r w:rsidRPr="004543E3">
              <w:t xml:space="preserve"> </w:t>
            </w:r>
            <w:proofErr w:type="spellStart"/>
            <w:r w:rsidRPr="004543E3">
              <w:t>chung</w:t>
            </w:r>
            <w:proofErr w:type="spellEnd"/>
            <w:r w:rsidRPr="004543E3">
              <w:t xml:space="preserve">, </w:t>
            </w:r>
            <w:proofErr w:type="spellStart"/>
            <w:r w:rsidRPr="004543E3">
              <w:t>khó</w:t>
            </w:r>
            <w:proofErr w:type="spellEnd"/>
            <w:r w:rsidRPr="004543E3">
              <w:t xml:space="preserve"> </w:t>
            </w:r>
            <w:proofErr w:type="spellStart"/>
            <w:r w:rsidRPr="004543E3">
              <w:t>định</w:t>
            </w:r>
            <w:proofErr w:type="spellEnd"/>
            <w:r w:rsidRPr="004543E3">
              <w:t xml:space="preserve"> </w:t>
            </w:r>
            <w:proofErr w:type="spellStart"/>
            <w:r w:rsidRPr="004543E3">
              <w:t>lượng</w:t>
            </w:r>
            <w:proofErr w:type="spellEnd"/>
            <w:r w:rsidRPr="004543E3">
              <w:t xml:space="preserve">,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nghiên</w:t>
            </w:r>
            <w:proofErr w:type="spellEnd"/>
            <w:r w:rsidRPr="004543E3">
              <w:t xml:space="preserve"> </w:t>
            </w:r>
            <w:proofErr w:type="spellStart"/>
            <w:r w:rsidRPr="004543E3">
              <w:t>cứu</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cụ</w:t>
            </w:r>
            <w:proofErr w:type="spellEnd"/>
            <w:r w:rsidRPr="004543E3">
              <w:t xml:space="preserve"> </w:t>
            </w:r>
            <w:proofErr w:type="spellStart"/>
            <w:r w:rsidRPr="004543E3">
              <w:t>thể</w:t>
            </w:r>
            <w:proofErr w:type="spellEnd"/>
            <w:r w:rsidRPr="004543E3">
              <w:t xml:space="preserve"> </w:t>
            </w:r>
            <w:proofErr w:type="spellStart"/>
            <w:r w:rsidRPr="004543E3">
              <w:t>hơn</w:t>
            </w:r>
            <w:proofErr w:type="spellEnd"/>
            <w:r w:rsidRPr="004543E3">
              <w:t>.</w:t>
            </w:r>
          </w:p>
          <w:p w14:paraId="6F976B52" w14:textId="77777777" w:rsidR="00855AF9" w:rsidRPr="004543E3" w:rsidRDefault="00855AF9" w:rsidP="00855AF9">
            <w:pPr>
              <w:spacing w:after="0" w:line="340" w:lineRule="exact"/>
              <w:jc w:val="both"/>
              <w:rPr>
                <w:i/>
                <w:iCs/>
              </w:rPr>
            </w:pPr>
            <w:r w:rsidRPr="004543E3">
              <w:t xml:space="preserve">- </w:t>
            </w:r>
            <w:proofErr w:type="spellStart"/>
            <w:r w:rsidRPr="004543E3">
              <w:t>Tại</w:t>
            </w:r>
            <w:proofErr w:type="spellEnd"/>
            <w:r w:rsidRPr="004543E3">
              <w:t xml:space="preserve"> </w:t>
            </w:r>
            <w:proofErr w:type="spellStart"/>
            <w:r w:rsidRPr="004543E3">
              <w:t>điểm</w:t>
            </w:r>
            <w:proofErr w:type="spellEnd"/>
            <w:r w:rsidRPr="004543E3">
              <w:t xml:space="preserve"> h, </w:t>
            </w:r>
            <w:proofErr w:type="spellStart"/>
            <w:r w:rsidRPr="004543E3">
              <w:t>khoản</w:t>
            </w:r>
            <w:proofErr w:type="spellEnd"/>
            <w:r w:rsidRPr="004543E3">
              <w:t xml:space="preserve"> 4, </w:t>
            </w:r>
            <w:proofErr w:type="spellStart"/>
            <w:r w:rsidRPr="004543E3">
              <w:t>Điều</w:t>
            </w:r>
            <w:proofErr w:type="spellEnd"/>
            <w:r w:rsidRPr="004543E3">
              <w:t xml:space="preserve"> 5 </w:t>
            </w:r>
            <w:proofErr w:type="spellStart"/>
            <w:r w:rsidRPr="004543E3">
              <w:t>quy</w:t>
            </w:r>
            <w:proofErr w:type="spellEnd"/>
            <w:r w:rsidRPr="004543E3">
              <w:t xml:space="preserve"> </w:t>
            </w:r>
            <w:proofErr w:type="spellStart"/>
            <w:r w:rsidRPr="004543E3">
              <w:t>định</w:t>
            </w:r>
            <w:proofErr w:type="spellEnd"/>
            <w:r w:rsidRPr="004543E3">
              <w:t xml:space="preserve">: </w:t>
            </w:r>
            <w:r w:rsidRPr="004543E3">
              <w:rPr>
                <w:i/>
                <w:iCs/>
              </w:rPr>
              <w:t>"</w:t>
            </w:r>
            <w:proofErr w:type="spellStart"/>
            <w:r w:rsidRPr="004543E3">
              <w:rPr>
                <w:i/>
                <w:iCs/>
              </w:rPr>
              <w:t>chủ</w:t>
            </w:r>
            <w:proofErr w:type="spellEnd"/>
            <w:r w:rsidRPr="004543E3">
              <w:rPr>
                <w:i/>
                <w:iCs/>
              </w:rPr>
              <w:t xml:space="preserve"> </w:t>
            </w:r>
            <w:proofErr w:type="spellStart"/>
            <w:r w:rsidRPr="004543E3">
              <w:rPr>
                <w:i/>
                <w:iCs/>
              </w:rPr>
              <w:t>trì</w:t>
            </w:r>
            <w:proofErr w:type="spellEnd"/>
            <w:r w:rsidRPr="004543E3">
              <w:rPr>
                <w:i/>
                <w:iCs/>
              </w:rPr>
              <w:t xml:space="preserve"> </w:t>
            </w:r>
            <w:proofErr w:type="spellStart"/>
            <w:r w:rsidRPr="004543E3">
              <w:rPr>
                <w:i/>
                <w:iCs/>
              </w:rPr>
              <w:t>xây</w:t>
            </w:r>
            <w:proofErr w:type="spellEnd"/>
            <w:r w:rsidRPr="004543E3">
              <w:rPr>
                <w:i/>
                <w:iCs/>
              </w:rPr>
              <w:t xml:space="preserve"> </w:t>
            </w:r>
            <w:proofErr w:type="spellStart"/>
            <w:r w:rsidRPr="004543E3">
              <w:rPr>
                <w:i/>
                <w:iCs/>
              </w:rPr>
              <w:t>dựng</w:t>
            </w:r>
            <w:proofErr w:type="spellEnd"/>
            <w:r w:rsidRPr="004543E3">
              <w:rPr>
                <w:i/>
                <w:iCs/>
              </w:rPr>
              <w:t xml:space="preserve"> 02 </w:t>
            </w:r>
            <w:proofErr w:type="spellStart"/>
            <w:r w:rsidRPr="004543E3">
              <w:rPr>
                <w:i/>
                <w:iCs/>
              </w:rPr>
              <w:t>văn</w:t>
            </w:r>
            <w:proofErr w:type="spellEnd"/>
            <w:r w:rsidRPr="004543E3">
              <w:rPr>
                <w:i/>
                <w:iCs/>
              </w:rPr>
              <w:t xml:space="preserve"> </w:t>
            </w:r>
            <w:proofErr w:type="spellStart"/>
            <w:r w:rsidRPr="004543E3">
              <w:rPr>
                <w:i/>
                <w:iCs/>
              </w:rPr>
              <w:t>bản</w:t>
            </w:r>
            <w:proofErr w:type="spellEnd"/>
            <w:r w:rsidRPr="004543E3">
              <w:rPr>
                <w:i/>
                <w:iCs/>
              </w:rPr>
              <w:t xml:space="preserve"> </w:t>
            </w:r>
            <w:proofErr w:type="spellStart"/>
            <w:r w:rsidRPr="004543E3">
              <w:rPr>
                <w:i/>
                <w:iCs/>
              </w:rPr>
              <w:t>quy</w:t>
            </w:r>
            <w:proofErr w:type="spellEnd"/>
            <w:r w:rsidRPr="004543E3">
              <w:rPr>
                <w:i/>
                <w:iCs/>
              </w:rPr>
              <w:t xml:space="preserve"> </w:t>
            </w:r>
            <w:proofErr w:type="spellStart"/>
            <w:r w:rsidRPr="004543E3">
              <w:rPr>
                <w:i/>
                <w:iCs/>
              </w:rPr>
              <w:t>phạm</w:t>
            </w:r>
            <w:proofErr w:type="spellEnd"/>
            <w:r w:rsidRPr="004543E3">
              <w:rPr>
                <w:i/>
                <w:iCs/>
              </w:rPr>
              <w:t xml:space="preserve"> </w:t>
            </w:r>
            <w:proofErr w:type="spellStart"/>
            <w:r w:rsidRPr="004543E3">
              <w:rPr>
                <w:i/>
                <w:iCs/>
              </w:rPr>
              <w:t>pháp</w:t>
            </w:r>
            <w:proofErr w:type="spellEnd"/>
            <w:r w:rsidRPr="004543E3">
              <w:rPr>
                <w:i/>
                <w:iCs/>
              </w:rPr>
              <w:t xml:space="preserve"> </w:t>
            </w:r>
            <w:proofErr w:type="spellStart"/>
            <w:r w:rsidRPr="004543E3">
              <w:rPr>
                <w:i/>
                <w:iCs/>
              </w:rPr>
              <w:t>luật</w:t>
            </w:r>
            <w:proofErr w:type="spellEnd"/>
            <w:r w:rsidRPr="004543E3">
              <w:rPr>
                <w:i/>
                <w:iCs/>
              </w:rPr>
              <w:t xml:space="preserve"> </w:t>
            </w:r>
            <w:proofErr w:type="spellStart"/>
            <w:r w:rsidRPr="004543E3">
              <w:rPr>
                <w:i/>
                <w:iCs/>
              </w:rPr>
              <w:t>hoặc</w:t>
            </w:r>
            <w:proofErr w:type="spellEnd"/>
            <w:r w:rsidRPr="004543E3">
              <w:rPr>
                <w:i/>
                <w:iCs/>
              </w:rPr>
              <w:t xml:space="preserve"> </w:t>
            </w:r>
            <w:proofErr w:type="spellStart"/>
            <w:r w:rsidRPr="004543E3">
              <w:rPr>
                <w:i/>
                <w:iCs/>
              </w:rPr>
              <w:t>đề</w:t>
            </w:r>
            <w:proofErr w:type="spellEnd"/>
            <w:r w:rsidRPr="004543E3">
              <w:rPr>
                <w:i/>
                <w:iCs/>
              </w:rPr>
              <w:t xml:space="preserve"> </w:t>
            </w:r>
            <w:proofErr w:type="spellStart"/>
            <w:r w:rsidRPr="004543E3">
              <w:rPr>
                <w:i/>
                <w:iCs/>
              </w:rPr>
              <w:t>tài</w:t>
            </w:r>
            <w:proofErr w:type="spellEnd"/>
            <w:r w:rsidRPr="004543E3">
              <w:rPr>
                <w:i/>
                <w:iCs/>
              </w:rPr>
              <w:t xml:space="preserve">, </w:t>
            </w:r>
            <w:proofErr w:type="spellStart"/>
            <w:r w:rsidRPr="004543E3">
              <w:rPr>
                <w:i/>
                <w:iCs/>
              </w:rPr>
              <w:t>đề</w:t>
            </w:r>
            <w:proofErr w:type="spellEnd"/>
            <w:r w:rsidRPr="004543E3">
              <w:rPr>
                <w:i/>
                <w:iCs/>
              </w:rPr>
              <w:t xml:space="preserve"> </w:t>
            </w:r>
            <w:proofErr w:type="spellStart"/>
            <w:r w:rsidRPr="004543E3">
              <w:rPr>
                <w:i/>
                <w:iCs/>
              </w:rPr>
              <w:t>án</w:t>
            </w:r>
            <w:proofErr w:type="spellEnd"/>
            <w:r w:rsidRPr="004543E3">
              <w:rPr>
                <w:i/>
                <w:iCs/>
              </w:rPr>
              <w:t xml:space="preserve">…"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nghiên</w:t>
            </w:r>
            <w:proofErr w:type="spellEnd"/>
            <w:r w:rsidRPr="004543E3">
              <w:t xml:space="preserve"> </w:t>
            </w:r>
            <w:proofErr w:type="spellStart"/>
            <w:r w:rsidRPr="004543E3">
              <w:t>cứu</w:t>
            </w:r>
            <w:proofErr w:type="spellEnd"/>
            <w:r w:rsidRPr="004543E3">
              <w:t xml:space="preserve"> </w:t>
            </w:r>
            <w:proofErr w:type="spellStart"/>
            <w:r w:rsidRPr="004543E3">
              <w:t>điều</w:t>
            </w:r>
            <w:proofErr w:type="spellEnd"/>
            <w:r w:rsidRPr="004543E3">
              <w:t xml:space="preserve"> </w:t>
            </w:r>
            <w:proofErr w:type="spellStart"/>
            <w:r w:rsidRPr="004543E3">
              <w:t>chỉnh</w:t>
            </w:r>
            <w:proofErr w:type="spellEnd"/>
            <w:r w:rsidRPr="004543E3">
              <w:t xml:space="preserve"> </w:t>
            </w:r>
            <w:proofErr w:type="spellStart"/>
            <w:r w:rsidRPr="004543E3">
              <w:t>thành</w:t>
            </w:r>
            <w:proofErr w:type="spellEnd"/>
            <w:r w:rsidRPr="004543E3">
              <w:t xml:space="preserve"> </w:t>
            </w:r>
            <w:r w:rsidRPr="004543E3">
              <w:rPr>
                <w:i/>
                <w:iCs/>
              </w:rPr>
              <w:t>(</w:t>
            </w:r>
            <w:proofErr w:type="spellStart"/>
            <w:r w:rsidRPr="004543E3">
              <w:rPr>
                <w:i/>
                <w:iCs/>
              </w:rPr>
              <w:t>chủ</w:t>
            </w:r>
            <w:proofErr w:type="spellEnd"/>
            <w:r w:rsidRPr="004543E3">
              <w:rPr>
                <w:i/>
                <w:iCs/>
              </w:rPr>
              <w:t xml:space="preserve"> </w:t>
            </w:r>
            <w:proofErr w:type="spellStart"/>
            <w:r w:rsidRPr="004543E3">
              <w:rPr>
                <w:i/>
                <w:iCs/>
              </w:rPr>
              <w:t>trì</w:t>
            </w:r>
            <w:proofErr w:type="spellEnd"/>
            <w:r w:rsidRPr="004543E3">
              <w:rPr>
                <w:i/>
                <w:iCs/>
              </w:rPr>
              <w:t xml:space="preserve"> </w:t>
            </w:r>
            <w:proofErr w:type="spellStart"/>
            <w:r w:rsidRPr="004543E3">
              <w:rPr>
                <w:i/>
                <w:iCs/>
              </w:rPr>
              <w:t>hoặc</w:t>
            </w:r>
            <w:proofErr w:type="spellEnd"/>
            <w:r w:rsidRPr="004543E3">
              <w:rPr>
                <w:i/>
                <w:iCs/>
              </w:rPr>
              <w:t xml:space="preserve"> tham gia).</w:t>
            </w:r>
          </w:p>
          <w:p w14:paraId="1EFD29F8" w14:textId="77777777" w:rsidR="00855AF9" w:rsidRPr="004543E3" w:rsidRDefault="00855AF9" w:rsidP="00855AF9">
            <w:pPr>
              <w:spacing w:after="0" w:line="340" w:lineRule="exact"/>
              <w:jc w:val="both"/>
              <w:rPr>
                <w:i/>
                <w:iCs/>
              </w:rPr>
            </w:pPr>
          </w:p>
          <w:p w14:paraId="713FC843" w14:textId="77777777" w:rsidR="00855AF9" w:rsidRPr="004543E3" w:rsidRDefault="00855AF9" w:rsidP="00855AF9">
            <w:pPr>
              <w:spacing w:after="0" w:line="340" w:lineRule="exact"/>
              <w:jc w:val="both"/>
              <w:rPr>
                <w:i/>
                <w:iCs/>
              </w:rPr>
            </w:pPr>
          </w:p>
          <w:p w14:paraId="36F2A2E2" w14:textId="77777777" w:rsidR="00855AF9" w:rsidRPr="004543E3" w:rsidRDefault="00855AF9" w:rsidP="00855AF9">
            <w:pPr>
              <w:spacing w:after="0" w:line="340" w:lineRule="exact"/>
              <w:jc w:val="both"/>
              <w:rPr>
                <w:i/>
                <w:iCs/>
              </w:rPr>
            </w:pPr>
          </w:p>
          <w:p w14:paraId="155F8B5A" w14:textId="77777777" w:rsidR="00855AF9" w:rsidRPr="004543E3" w:rsidRDefault="00855AF9" w:rsidP="00855AF9">
            <w:pPr>
              <w:spacing w:after="0" w:line="340" w:lineRule="exact"/>
              <w:jc w:val="both"/>
              <w:rPr>
                <w:i/>
                <w:iCs/>
              </w:rPr>
            </w:pPr>
          </w:p>
          <w:p w14:paraId="0D71A79B" w14:textId="77777777" w:rsidR="00855AF9" w:rsidRPr="004543E3" w:rsidRDefault="00855AF9" w:rsidP="00855AF9">
            <w:pPr>
              <w:spacing w:after="0" w:line="340" w:lineRule="exact"/>
              <w:jc w:val="both"/>
              <w:rPr>
                <w:i/>
                <w:iCs/>
              </w:rPr>
            </w:pPr>
          </w:p>
          <w:p w14:paraId="5C37A9B7" w14:textId="77777777" w:rsidR="00855AF9" w:rsidRPr="004543E3" w:rsidRDefault="00855AF9" w:rsidP="00855AF9">
            <w:pPr>
              <w:spacing w:after="0" w:line="340" w:lineRule="exact"/>
              <w:jc w:val="both"/>
              <w:rPr>
                <w:i/>
                <w:iCs/>
              </w:rPr>
            </w:pPr>
          </w:p>
          <w:p w14:paraId="5E76CB76" w14:textId="77777777" w:rsidR="00855AF9" w:rsidRPr="004543E3" w:rsidRDefault="00855AF9" w:rsidP="00855AF9">
            <w:pPr>
              <w:spacing w:after="0" w:line="340" w:lineRule="exact"/>
              <w:jc w:val="both"/>
              <w:rPr>
                <w:i/>
                <w:iCs/>
              </w:rPr>
            </w:pPr>
          </w:p>
          <w:p w14:paraId="0E6862FC" w14:textId="77777777" w:rsidR="00855AF9" w:rsidRPr="004543E3" w:rsidRDefault="00855AF9" w:rsidP="00855AF9">
            <w:pPr>
              <w:spacing w:after="0" w:line="340" w:lineRule="exact"/>
              <w:jc w:val="both"/>
              <w:rPr>
                <w:b/>
                <w:bCs/>
              </w:rPr>
            </w:pPr>
          </w:p>
          <w:p w14:paraId="55AA0D5A" w14:textId="77777777" w:rsidR="00855AF9" w:rsidRDefault="00855AF9" w:rsidP="00855AF9">
            <w:pPr>
              <w:spacing w:after="0" w:line="340" w:lineRule="exact"/>
              <w:jc w:val="both"/>
              <w:rPr>
                <w:b/>
                <w:bCs/>
              </w:rPr>
            </w:pPr>
          </w:p>
          <w:p w14:paraId="0DA33BA6" w14:textId="77777777" w:rsidR="00DD6079" w:rsidRPr="004543E3" w:rsidRDefault="00DD6079" w:rsidP="00855AF9">
            <w:pPr>
              <w:spacing w:after="0" w:line="340" w:lineRule="exact"/>
              <w:jc w:val="both"/>
              <w:rPr>
                <w:b/>
                <w:bCs/>
              </w:rPr>
            </w:pPr>
          </w:p>
          <w:p w14:paraId="77CF0B2F" w14:textId="77777777" w:rsidR="00855AF9" w:rsidRPr="004543E3" w:rsidRDefault="00855AF9" w:rsidP="00855AF9">
            <w:pPr>
              <w:spacing w:after="0" w:line="340" w:lineRule="exact"/>
              <w:jc w:val="both"/>
              <w:rPr>
                <w:b/>
                <w:bCs/>
              </w:rPr>
            </w:pPr>
          </w:p>
          <w:p w14:paraId="5CED13F1" w14:textId="77777777" w:rsidR="00855AF9" w:rsidRPr="004543E3" w:rsidRDefault="00855AF9" w:rsidP="00855AF9">
            <w:pPr>
              <w:spacing w:after="0" w:line="340" w:lineRule="exact"/>
              <w:jc w:val="both"/>
              <w:rPr>
                <w:b/>
                <w:bCs/>
              </w:rPr>
            </w:pPr>
          </w:p>
          <w:p w14:paraId="0E22E6C9" w14:textId="77777777" w:rsidR="00855AF9" w:rsidRPr="004543E3" w:rsidRDefault="00855AF9" w:rsidP="00855AF9">
            <w:pPr>
              <w:spacing w:after="0" w:line="340" w:lineRule="exact"/>
              <w:jc w:val="both"/>
              <w:rPr>
                <w:b/>
                <w:bCs/>
              </w:rPr>
            </w:pPr>
          </w:p>
          <w:p w14:paraId="6BFC6583" w14:textId="77777777" w:rsidR="00855AF9" w:rsidRPr="004543E3" w:rsidRDefault="00855AF9" w:rsidP="00855AF9">
            <w:pPr>
              <w:spacing w:after="0" w:line="340" w:lineRule="exact"/>
              <w:jc w:val="both"/>
              <w:rPr>
                <w:b/>
                <w:bCs/>
              </w:rPr>
            </w:pPr>
          </w:p>
          <w:p w14:paraId="4CCF5125" w14:textId="77777777" w:rsidR="00855AF9" w:rsidRPr="004543E3" w:rsidRDefault="00855AF9" w:rsidP="00855AF9">
            <w:pPr>
              <w:spacing w:after="0" w:line="340" w:lineRule="exact"/>
              <w:jc w:val="both"/>
              <w:rPr>
                <w:b/>
                <w:bCs/>
              </w:rPr>
            </w:pPr>
          </w:p>
          <w:p w14:paraId="4868CA56" w14:textId="77777777" w:rsidR="00855AF9" w:rsidRPr="004543E3" w:rsidRDefault="00855AF9" w:rsidP="00855AF9">
            <w:pPr>
              <w:spacing w:after="0" w:line="340" w:lineRule="exact"/>
              <w:jc w:val="both"/>
              <w:rPr>
                <w:b/>
                <w:bCs/>
              </w:rPr>
            </w:pPr>
            <w:proofErr w:type="spellStart"/>
            <w:r w:rsidRPr="004543E3">
              <w:rPr>
                <w:b/>
                <w:bCs/>
              </w:rPr>
              <w:t>Sơ</w:t>
            </w:r>
            <w:proofErr w:type="spellEnd"/>
            <w:r w:rsidRPr="004543E3">
              <w:rPr>
                <w:b/>
                <w:bCs/>
              </w:rPr>
              <w:t xml:space="preserve">̉ KH&amp;CN </w:t>
            </w:r>
            <w:proofErr w:type="spellStart"/>
            <w:r w:rsidRPr="004543E3">
              <w:rPr>
                <w:b/>
                <w:bCs/>
              </w:rPr>
              <w:t>tỉnh</w:t>
            </w:r>
            <w:proofErr w:type="spellEnd"/>
            <w:r w:rsidRPr="004543E3">
              <w:rPr>
                <w:b/>
                <w:bCs/>
              </w:rPr>
              <w:t xml:space="preserve"> </w:t>
            </w:r>
            <w:proofErr w:type="spellStart"/>
            <w:r w:rsidRPr="004543E3">
              <w:rPr>
                <w:b/>
                <w:bCs/>
              </w:rPr>
              <w:t>Khánh</w:t>
            </w:r>
            <w:proofErr w:type="spellEnd"/>
            <w:r w:rsidRPr="004543E3">
              <w:rPr>
                <w:b/>
                <w:bCs/>
              </w:rPr>
              <w:t xml:space="preserve"> </w:t>
            </w:r>
            <w:proofErr w:type="spellStart"/>
            <w:r w:rsidRPr="004543E3">
              <w:rPr>
                <w:b/>
                <w:bCs/>
              </w:rPr>
              <w:t>Hòa</w:t>
            </w:r>
            <w:proofErr w:type="spellEnd"/>
            <w:r w:rsidRPr="004543E3">
              <w:rPr>
                <w:b/>
                <w:bCs/>
              </w:rPr>
              <w:t>:</w:t>
            </w:r>
          </w:p>
          <w:p w14:paraId="77273389" w14:textId="77777777" w:rsidR="00855AF9" w:rsidRPr="004543E3" w:rsidRDefault="00855AF9" w:rsidP="00855AF9">
            <w:pPr>
              <w:spacing w:after="0" w:line="340" w:lineRule="exact"/>
              <w:jc w:val="both"/>
            </w:pPr>
            <w:proofErr w:type="spellStart"/>
            <w:r w:rsidRPr="004543E3">
              <w:t>Tại</w:t>
            </w:r>
            <w:proofErr w:type="spellEnd"/>
            <w:r w:rsidRPr="004543E3">
              <w:t xml:space="preserve"> </w:t>
            </w:r>
            <w:proofErr w:type="spellStart"/>
            <w:r w:rsidRPr="004543E3">
              <w:t>Điểm</w:t>
            </w:r>
            <w:proofErr w:type="spellEnd"/>
            <w:r w:rsidRPr="004543E3">
              <w:t xml:space="preserve"> h Khoản 4 </w:t>
            </w:r>
            <w:proofErr w:type="spellStart"/>
            <w:r w:rsidRPr="004543E3">
              <w:t>của</w:t>
            </w:r>
            <w:proofErr w:type="spellEnd"/>
            <w:r w:rsidRPr="004543E3">
              <w:t xml:space="preserve"> </w:t>
            </w:r>
            <w:proofErr w:type="spellStart"/>
            <w:r w:rsidRPr="004543E3">
              <w:t>Điều</w:t>
            </w:r>
            <w:proofErr w:type="spellEnd"/>
            <w:r w:rsidRPr="004543E3">
              <w:t xml:space="preserve"> 5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sửa</w:t>
            </w:r>
            <w:proofErr w:type="spellEnd"/>
            <w:r w:rsidRPr="004543E3">
              <w:t xml:space="preserve"> </w:t>
            </w:r>
            <w:proofErr w:type="spellStart"/>
            <w:r w:rsidRPr="004543E3">
              <w:t>đổi</w:t>
            </w:r>
            <w:proofErr w:type="spellEnd"/>
            <w:r w:rsidRPr="004543E3">
              <w:t xml:space="preserve"> </w:t>
            </w:r>
            <w:proofErr w:type="spellStart"/>
            <w:r w:rsidRPr="004543E3">
              <w:t>theo</w:t>
            </w:r>
            <w:proofErr w:type="spellEnd"/>
            <w:r w:rsidRPr="004543E3">
              <w:t xml:space="preserve"> </w:t>
            </w:r>
            <w:proofErr w:type="spellStart"/>
            <w:r w:rsidRPr="004543E3">
              <w:t>hướng</w:t>
            </w:r>
            <w:proofErr w:type="spellEnd"/>
            <w:r w:rsidRPr="004543E3">
              <w:t xml:space="preserve"> </w:t>
            </w:r>
            <w:proofErr w:type="spellStart"/>
            <w:r w:rsidRPr="004543E3">
              <w:t>cá</w:t>
            </w:r>
            <w:proofErr w:type="spellEnd"/>
            <w:r w:rsidRPr="004543E3">
              <w:t xml:space="preserve"> </w:t>
            </w:r>
            <w:proofErr w:type="spellStart"/>
            <w:r w:rsidRPr="004543E3">
              <w:t>nhân</w:t>
            </w:r>
            <w:proofErr w:type="spellEnd"/>
            <w:r w:rsidRPr="004543E3">
              <w:t xml:space="preserve"> </w:t>
            </w:r>
            <w:proofErr w:type="spellStart"/>
            <w:r w:rsidRPr="004543E3">
              <w:t>quản</w:t>
            </w:r>
            <w:proofErr w:type="spellEnd"/>
            <w:r w:rsidRPr="004543E3">
              <w:t xml:space="preserve"> </w:t>
            </w:r>
            <w:proofErr w:type="spellStart"/>
            <w:r w:rsidRPr="004543E3">
              <w:t>lý</w:t>
            </w:r>
            <w:proofErr w:type="spellEnd"/>
            <w:r w:rsidRPr="004543E3">
              <w:t xml:space="preserve"> </w:t>
            </w:r>
            <w:proofErr w:type="spellStart"/>
            <w:r w:rsidRPr="004543E3">
              <w:t>nhiệm</w:t>
            </w:r>
            <w:proofErr w:type="spellEnd"/>
            <w:r w:rsidRPr="004543E3">
              <w:t xml:space="preserve"> </w:t>
            </w:r>
            <w:proofErr w:type="spellStart"/>
            <w:r w:rsidRPr="004543E3">
              <w:t>vụ</w:t>
            </w:r>
            <w:proofErr w:type="spellEnd"/>
            <w:r w:rsidRPr="004543E3">
              <w:t xml:space="preserve"> khoa </w:t>
            </w:r>
            <w:proofErr w:type="spellStart"/>
            <w:r w:rsidRPr="004543E3">
              <w:t>học</w:t>
            </w:r>
            <w:proofErr w:type="spellEnd"/>
            <w:r w:rsidRPr="004543E3">
              <w:t xml:space="preserve">, </w:t>
            </w:r>
            <w:proofErr w:type="spellStart"/>
            <w:r w:rsidRPr="004543E3">
              <w:t>công</w:t>
            </w:r>
            <w:proofErr w:type="spellEnd"/>
            <w:r w:rsidRPr="004543E3">
              <w:t xml:space="preserve"> </w:t>
            </w:r>
            <w:proofErr w:type="spellStart"/>
            <w:r w:rsidRPr="004543E3">
              <w:t>nghệ</w:t>
            </w:r>
            <w:proofErr w:type="spellEnd"/>
            <w:r w:rsidRPr="004543E3">
              <w:t xml:space="preserve"> </w:t>
            </w:r>
            <w:proofErr w:type="spellStart"/>
            <w:r w:rsidRPr="004543E3">
              <w:t>và</w:t>
            </w:r>
            <w:proofErr w:type="spellEnd"/>
            <w:r w:rsidRPr="004543E3">
              <w:t xml:space="preserve"> </w:t>
            </w:r>
            <w:proofErr w:type="spellStart"/>
            <w:r w:rsidRPr="004543E3">
              <w:t>đổi</w:t>
            </w:r>
            <w:proofErr w:type="spellEnd"/>
            <w:r w:rsidRPr="004543E3">
              <w:t xml:space="preserve"> </w:t>
            </w:r>
            <w:proofErr w:type="spellStart"/>
            <w:r w:rsidRPr="004543E3">
              <w:t>mới</w:t>
            </w:r>
            <w:proofErr w:type="spellEnd"/>
            <w:r w:rsidRPr="004543E3">
              <w:t xml:space="preserve"> </w:t>
            </w:r>
            <w:proofErr w:type="spellStart"/>
            <w:r w:rsidRPr="004543E3">
              <w:t>sáng</w:t>
            </w:r>
            <w:proofErr w:type="spellEnd"/>
            <w:r w:rsidRPr="004543E3">
              <w:t xml:space="preserve"> </w:t>
            </w:r>
            <w:proofErr w:type="spellStart"/>
            <w:r w:rsidRPr="004543E3">
              <w:t>tạo</w:t>
            </w:r>
            <w:proofErr w:type="spellEnd"/>
            <w:r w:rsidRPr="004543E3">
              <w:t xml:space="preserve">, </w:t>
            </w:r>
            <w:proofErr w:type="spellStart"/>
            <w:r w:rsidRPr="004543E3">
              <w:t>cụ</w:t>
            </w:r>
            <w:proofErr w:type="spellEnd"/>
            <w:r w:rsidRPr="004543E3">
              <w:t xml:space="preserve"> </w:t>
            </w:r>
            <w:proofErr w:type="spellStart"/>
            <w:r w:rsidRPr="004543E3">
              <w:t>thể</w:t>
            </w:r>
            <w:proofErr w:type="spellEnd"/>
            <w:r w:rsidRPr="004543E3">
              <w:t xml:space="preserve"> </w:t>
            </w:r>
            <w:proofErr w:type="spellStart"/>
            <w:r w:rsidRPr="004543E3">
              <w:t>sửa</w:t>
            </w:r>
            <w:proofErr w:type="spellEnd"/>
            <w:r w:rsidRPr="004543E3">
              <w:t xml:space="preserve"> </w:t>
            </w:r>
            <w:proofErr w:type="spellStart"/>
            <w:r w:rsidRPr="004543E3">
              <w:t>đổi</w:t>
            </w:r>
            <w:proofErr w:type="spellEnd"/>
            <w:r w:rsidRPr="004543E3">
              <w:t xml:space="preserve"> </w:t>
            </w:r>
            <w:proofErr w:type="spellStart"/>
            <w:r w:rsidRPr="004543E3">
              <w:t>như</w:t>
            </w:r>
            <w:proofErr w:type="spellEnd"/>
            <w:r w:rsidRPr="004543E3">
              <w:t xml:space="preserve"> </w:t>
            </w:r>
            <w:proofErr w:type="spellStart"/>
            <w:r w:rsidRPr="004543E3">
              <w:t>sau</w:t>
            </w:r>
            <w:proofErr w:type="spellEnd"/>
            <w:r w:rsidRPr="004543E3">
              <w:t>:</w:t>
            </w:r>
          </w:p>
          <w:p w14:paraId="35F0F6FF" w14:textId="77777777" w:rsidR="00855AF9" w:rsidRPr="004543E3" w:rsidRDefault="00855AF9" w:rsidP="00855AF9">
            <w:pPr>
              <w:spacing w:after="0" w:line="340" w:lineRule="exact"/>
              <w:jc w:val="both"/>
            </w:pPr>
            <w:r w:rsidRPr="004543E3">
              <w:t xml:space="preserve">“h) Trong </w:t>
            </w:r>
            <w:proofErr w:type="spellStart"/>
            <w:r w:rsidRPr="004543E3">
              <w:t>thời</w:t>
            </w:r>
            <w:proofErr w:type="spellEnd"/>
            <w:r w:rsidRPr="004543E3">
              <w:t xml:space="preserve"> </w:t>
            </w:r>
            <w:proofErr w:type="spellStart"/>
            <w:r w:rsidRPr="004543E3">
              <w:t>gian</w:t>
            </w:r>
            <w:proofErr w:type="spellEnd"/>
            <w:r w:rsidRPr="004543E3">
              <w:t xml:space="preserve"> </w:t>
            </w:r>
            <w:proofErr w:type="spellStart"/>
            <w:r w:rsidRPr="004543E3">
              <w:t>giữ</w:t>
            </w:r>
            <w:proofErr w:type="spellEnd"/>
            <w:r w:rsidRPr="004543E3">
              <w:t xml:space="preserve"> </w:t>
            </w:r>
            <w:proofErr w:type="spellStart"/>
            <w:r w:rsidRPr="004543E3">
              <w:t>ngạch</w:t>
            </w:r>
            <w:proofErr w:type="spellEnd"/>
            <w:r w:rsidRPr="004543E3">
              <w:t xml:space="preserve"> </w:t>
            </w:r>
            <w:proofErr w:type="spellStart"/>
            <w:r w:rsidRPr="004543E3">
              <w:t>kiểm</w:t>
            </w:r>
            <w:proofErr w:type="spellEnd"/>
            <w:r w:rsidRPr="004543E3">
              <w:t xml:space="preserve"> </w:t>
            </w:r>
            <w:proofErr w:type="spellStart"/>
            <w:r w:rsidRPr="004543E3">
              <w:t>soát</w:t>
            </w:r>
            <w:proofErr w:type="spellEnd"/>
            <w:r w:rsidRPr="004543E3">
              <w:t xml:space="preserve"> </w:t>
            </w:r>
            <w:proofErr w:type="spellStart"/>
            <w:r w:rsidRPr="004543E3">
              <w:t>viên</w:t>
            </w:r>
            <w:proofErr w:type="spellEnd"/>
            <w:r w:rsidRPr="004543E3">
              <w:t xml:space="preserve"> </w:t>
            </w:r>
            <w:proofErr w:type="spellStart"/>
            <w:r w:rsidRPr="004543E3">
              <w:t>chính</w:t>
            </w:r>
            <w:proofErr w:type="spellEnd"/>
            <w:r w:rsidRPr="004543E3">
              <w:t xml:space="preserve"> </w:t>
            </w:r>
            <w:proofErr w:type="spellStart"/>
            <w:r w:rsidRPr="004543E3">
              <w:t>chất</w:t>
            </w:r>
            <w:proofErr w:type="spellEnd"/>
            <w:r w:rsidRPr="004543E3">
              <w:t xml:space="preserve"> </w:t>
            </w:r>
            <w:proofErr w:type="spellStart"/>
            <w:r w:rsidRPr="004543E3">
              <w:t>lượng</w:t>
            </w:r>
            <w:proofErr w:type="spellEnd"/>
            <w:r w:rsidRPr="004543E3">
              <w:t xml:space="preserve"> </w:t>
            </w:r>
            <w:proofErr w:type="spellStart"/>
            <w:r w:rsidRPr="004543E3">
              <w:t>sản</w:t>
            </w:r>
            <w:proofErr w:type="spellEnd"/>
            <w:r w:rsidRPr="004543E3">
              <w:t xml:space="preserve"> </w:t>
            </w:r>
            <w:proofErr w:type="spellStart"/>
            <w:r w:rsidRPr="004543E3">
              <w:t>phẩm</w:t>
            </w:r>
            <w:proofErr w:type="spellEnd"/>
            <w:r w:rsidRPr="004543E3">
              <w:t xml:space="preserve">, hang </w:t>
            </w:r>
            <w:proofErr w:type="spellStart"/>
            <w:r w:rsidRPr="004543E3">
              <w:t>hóa</w:t>
            </w:r>
            <w:proofErr w:type="spellEnd"/>
            <w:r w:rsidRPr="004543E3">
              <w:t xml:space="preserve"> </w:t>
            </w:r>
            <w:proofErr w:type="spellStart"/>
            <w:r w:rsidRPr="004543E3">
              <w:t>hoặc</w:t>
            </w:r>
            <w:proofErr w:type="spellEnd"/>
            <w:r w:rsidRPr="004543E3">
              <w:t xml:space="preserve"> </w:t>
            </w:r>
            <w:proofErr w:type="spellStart"/>
            <w:r w:rsidRPr="004543E3">
              <w:t>tương</w:t>
            </w:r>
            <w:proofErr w:type="spellEnd"/>
            <w:r w:rsidRPr="004543E3">
              <w:t xml:space="preserve"> </w:t>
            </w:r>
            <w:proofErr w:type="spellStart"/>
            <w:r w:rsidRPr="004543E3">
              <w:lastRenderedPageBreak/>
              <w:t>đương</w:t>
            </w:r>
            <w:proofErr w:type="spellEnd"/>
            <w:r w:rsidRPr="004543E3">
              <w:t xml:space="preserve"> </w:t>
            </w:r>
            <w:proofErr w:type="spellStart"/>
            <w:r w:rsidRPr="004543E3">
              <w:t>đã</w:t>
            </w:r>
            <w:proofErr w:type="spellEnd"/>
            <w:r w:rsidRPr="004543E3">
              <w:t xml:space="preserve"> </w:t>
            </w:r>
            <w:proofErr w:type="spellStart"/>
            <w:r w:rsidRPr="004543E3">
              <w:t>chủ</w:t>
            </w:r>
            <w:proofErr w:type="spellEnd"/>
            <w:r w:rsidRPr="004543E3">
              <w:t xml:space="preserve"> </w:t>
            </w:r>
            <w:proofErr w:type="spellStart"/>
            <w:r w:rsidRPr="004543E3">
              <w:t>trì</w:t>
            </w:r>
            <w:proofErr w:type="spellEnd"/>
            <w:r w:rsidRPr="004543E3">
              <w:t xml:space="preserve"> </w:t>
            </w:r>
            <w:proofErr w:type="spellStart"/>
            <w:r w:rsidRPr="004543E3">
              <w:t>xây</w:t>
            </w:r>
            <w:proofErr w:type="spellEnd"/>
            <w:r w:rsidRPr="004543E3">
              <w:t xml:space="preserve"> </w:t>
            </w:r>
            <w:proofErr w:type="spellStart"/>
            <w:r w:rsidRPr="004543E3">
              <w:t>dựng</w:t>
            </w:r>
            <w:proofErr w:type="spellEnd"/>
            <w:r w:rsidRPr="004543E3">
              <w:t xml:space="preserve"> 02 </w:t>
            </w:r>
            <w:proofErr w:type="spellStart"/>
            <w:r w:rsidRPr="004543E3">
              <w:t>văn</w:t>
            </w:r>
            <w:proofErr w:type="spellEnd"/>
            <w:r w:rsidRPr="004543E3">
              <w:t xml:space="preserve"> </w:t>
            </w:r>
            <w:proofErr w:type="spellStart"/>
            <w:r w:rsidRPr="004543E3">
              <w:t>bản</w:t>
            </w:r>
            <w:proofErr w:type="spellEnd"/>
            <w:r w:rsidRPr="004543E3">
              <w:t xml:space="preserve"> </w:t>
            </w:r>
            <w:proofErr w:type="spellStart"/>
            <w:r w:rsidRPr="004543E3">
              <w:t>quy</w:t>
            </w:r>
            <w:proofErr w:type="spellEnd"/>
            <w:r w:rsidRPr="004543E3">
              <w:t xml:space="preserve"> </w:t>
            </w:r>
            <w:proofErr w:type="spellStart"/>
            <w:r w:rsidRPr="004543E3">
              <w:t>phạm</w:t>
            </w:r>
            <w:proofErr w:type="spellEnd"/>
            <w:r w:rsidRPr="004543E3">
              <w:t xml:space="preserve"> </w:t>
            </w:r>
            <w:proofErr w:type="spellStart"/>
            <w:r w:rsidRPr="004543E3">
              <w:t>pháp</w:t>
            </w:r>
            <w:proofErr w:type="spellEnd"/>
            <w:r w:rsidRPr="004543E3">
              <w:t xml:space="preserve"> </w:t>
            </w:r>
            <w:proofErr w:type="spellStart"/>
            <w:r w:rsidRPr="004543E3">
              <w:t>luật</w:t>
            </w:r>
            <w:proofErr w:type="spellEnd"/>
            <w:r w:rsidRPr="004543E3">
              <w:t xml:space="preserve"> </w:t>
            </w:r>
            <w:proofErr w:type="spellStart"/>
            <w:r w:rsidRPr="004543E3">
              <w:t>hoặc</w:t>
            </w:r>
            <w:proofErr w:type="spellEnd"/>
            <w:r w:rsidRPr="004543E3">
              <w:t xml:space="preserve"> </w:t>
            </w:r>
            <w:proofErr w:type="spellStart"/>
            <w:r w:rsidRPr="004543E3">
              <w:rPr>
                <w:b/>
                <w:bCs/>
              </w:rPr>
              <w:t>ch</w:t>
            </w:r>
            <w:r w:rsidRPr="004543E3">
              <w:rPr>
                <w:rFonts w:hint="eastAsia"/>
                <w:b/>
                <w:bCs/>
              </w:rPr>
              <w:t>ủ</w:t>
            </w:r>
            <w:proofErr w:type="spellEnd"/>
            <w:r w:rsidRPr="004543E3">
              <w:rPr>
                <w:b/>
                <w:bCs/>
              </w:rPr>
              <w:t xml:space="preserve"> </w:t>
            </w:r>
            <w:proofErr w:type="spellStart"/>
            <w:r w:rsidRPr="004543E3">
              <w:rPr>
                <w:b/>
                <w:bCs/>
              </w:rPr>
              <w:t>tr</w:t>
            </w:r>
            <w:r w:rsidRPr="004543E3">
              <w:rPr>
                <w:rFonts w:hint="eastAsia"/>
                <w:b/>
                <w:bCs/>
              </w:rPr>
              <w:t>ì</w:t>
            </w:r>
            <w:proofErr w:type="spellEnd"/>
            <w:r w:rsidRPr="004543E3">
              <w:rPr>
                <w:b/>
                <w:bCs/>
              </w:rPr>
              <w:t xml:space="preserve"> </w:t>
            </w:r>
            <w:proofErr w:type="spellStart"/>
            <w:r w:rsidRPr="004543E3">
              <w:rPr>
                <w:b/>
                <w:bCs/>
              </w:rPr>
              <w:t>tham</w:t>
            </w:r>
            <w:proofErr w:type="spellEnd"/>
            <w:r w:rsidRPr="004543E3">
              <w:rPr>
                <w:b/>
                <w:bCs/>
              </w:rPr>
              <w:t xml:space="preserve"> </w:t>
            </w:r>
            <w:proofErr w:type="spellStart"/>
            <w:r w:rsidRPr="004543E3">
              <w:rPr>
                <w:b/>
                <w:bCs/>
              </w:rPr>
              <w:t>gia</w:t>
            </w:r>
            <w:proofErr w:type="spellEnd"/>
            <w:r w:rsidRPr="004543E3">
              <w:rPr>
                <w:b/>
                <w:bCs/>
              </w:rPr>
              <w:t xml:space="preserve"> </w:t>
            </w:r>
            <w:proofErr w:type="spellStart"/>
            <w:r w:rsidRPr="004543E3">
              <w:rPr>
                <w:b/>
                <w:bCs/>
              </w:rPr>
              <w:t>qu</w:t>
            </w:r>
            <w:r w:rsidRPr="004543E3">
              <w:rPr>
                <w:rFonts w:hint="eastAsia"/>
                <w:b/>
                <w:bCs/>
              </w:rPr>
              <w:t>ả</w:t>
            </w:r>
            <w:r w:rsidRPr="004543E3">
              <w:rPr>
                <w:b/>
                <w:bCs/>
              </w:rPr>
              <w:t>n</w:t>
            </w:r>
            <w:proofErr w:type="spellEnd"/>
            <w:r w:rsidRPr="004543E3">
              <w:rPr>
                <w:b/>
                <w:bCs/>
              </w:rPr>
              <w:t xml:space="preserve"> </w:t>
            </w:r>
            <w:proofErr w:type="spellStart"/>
            <w:r w:rsidRPr="004543E3">
              <w:rPr>
                <w:b/>
                <w:bCs/>
              </w:rPr>
              <w:t>l</w:t>
            </w:r>
            <w:r w:rsidRPr="004543E3">
              <w:rPr>
                <w:rFonts w:hint="eastAsia"/>
                <w:b/>
                <w:bCs/>
              </w:rPr>
              <w:t>ý</w:t>
            </w:r>
            <w:proofErr w:type="spellEnd"/>
            <w:r w:rsidRPr="004543E3">
              <w:rPr>
                <w:b/>
                <w:bCs/>
              </w:rPr>
              <w:t xml:space="preserve"> </w:t>
            </w:r>
            <w:proofErr w:type="spellStart"/>
            <w:r w:rsidRPr="004543E3">
              <w:rPr>
                <w:b/>
                <w:bCs/>
              </w:rPr>
              <w:t>th</w:t>
            </w:r>
            <w:r w:rsidRPr="004543E3">
              <w:rPr>
                <w:rFonts w:hint="eastAsia"/>
                <w:b/>
                <w:bCs/>
              </w:rPr>
              <w:t>ự</w:t>
            </w:r>
            <w:r w:rsidRPr="004543E3">
              <w:rPr>
                <w:b/>
                <w:bCs/>
              </w:rPr>
              <w:t>c</w:t>
            </w:r>
            <w:proofErr w:type="spellEnd"/>
            <w:r w:rsidRPr="004543E3">
              <w:rPr>
                <w:b/>
                <w:bCs/>
              </w:rPr>
              <w:t xml:space="preserve"> </w:t>
            </w:r>
            <w:proofErr w:type="spellStart"/>
            <w:r w:rsidRPr="004543E3">
              <w:rPr>
                <w:b/>
                <w:bCs/>
              </w:rPr>
              <w:t>hi</w:t>
            </w:r>
            <w:r w:rsidRPr="004543E3">
              <w:rPr>
                <w:rFonts w:hint="eastAsia"/>
                <w:b/>
                <w:bCs/>
              </w:rPr>
              <w:t>ệ</w:t>
            </w:r>
            <w:r w:rsidRPr="004543E3">
              <w:rPr>
                <w:b/>
                <w:bCs/>
              </w:rPr>
              <w:t>n</w:t>
            </w:r>
            <w:proofErr w:type="spellEnd"/>
            <w:r w:rsidRPr="004543E3">
              <w:rPr>
                <w:b/>
                <w:bCs/>
              </w:rPr>
              <w:t xml:space="preserve"> 02 </w:t>
            </w:r>
            <w:proofErr w:type="spellStart"/>
            <w:r w:rsidRPr="004543E3">
              <w:rPr>
                <w:rFonts w:hint="eastAsia"/>
                <w:b/>
                <w:bCs/>
              </w:rPr>
              <w:t>đề</w:t>
            </w:r>
            <w:proofErr w:type="spellEnd"/>
            <w:r w:rsidRPr="004543E3">
              <w:rPr>
                <w:b/>
                <w:bCs/>
              </w:rPr>
              <w:t xml:space="preserve"> </w:t>
            </w:r>
            <w:proofErr w:type="spellStart"/>
            <w:r w:rsidRPr="004543E3">
              <w:rPr>
                <w:b/>
                <w:bCs/>
              </w:rPr>
              <w:t>t</w:t>
            </w:r>
            <w:r w:rsidRPr="004543E3">
              <w:rPr>
                <w:rFonts w:hint="eastAsia"/>
                <w:b/>
                <w:bCs/>
              </w:rPr>
              <w:t>à</w:t>
            </w:r>
            <w:r w:rsidRPr="004543E3">
              <w:rPr>
                <w:b/>
                <w:bCs/>
              </w:rPr>
              <w:t>i</w:t>
            </w:r>
            <w:proofErr w:type="spellEnd"/>
            <w:r w:rsidRPr="004543E3">
              <w:rPr>
                <w:b/>
                <w:bCs/>
              </w:rPr>
              <w:t xml:space="preserve">, </w:t>
            </w:r>
            <w:proofErr w:type="spellStart"/>
            <w:r w:rsidRPr="004543E3">
              <w:rPr>
                <w:rFonts w:hint="eastAsia"/>
                <w:b/>
                <w:bCs/>
              </w:rPr>
              <w:t>đề</w:t>
            </w:r>
            <w:proofErr w:type="spellEnd"/>
            <w:r w:rsidRPr="004543E3">
              <w:rPr>
                <w:b/>
                <w:bCs/>
              </w:rPr>
              <w:t xml:space="preserve"> </w:t>
            </w:r>
            <w:proofErr w:type="spellStart"/>
            <w:r w:rsidRPr="004543E3">
              <w:rPr>
                <w:rFonts w:hint="eastAsia"/>
                <w:b/>
                <w:bCs/>
              </w:rPr>
              <w:t>á</w:t>
            </w:r>
            <w:r w:rsidRPr="004543E3">
              <w:rPr>
                <w:b/>
                <w:bCs/>
              </w:rPr>
              <w:t>n</w:t>
            </w:r>
            <w:proofErr w:type="spellEnd"/>
            <w:r w:rsidRPr="004543E3">
              <w:rPr>
                <w:b/>
                <w:bCs/>
              </w:rPr>
              <w:t xml:space="preserve">, </w:t>
            </w:r>
            <w:proofErr w:type="spellStart"/>
            <w:r w:rsidRPr="004543E3">
              <w:rPr>
                <w:b/>
                <w:bCs/>
              </w:rPr>
              <w:t>d</w:t>
            </w:r>
            <w:r w:rsidRPr="004543E3">
              <w:rPr>
                <w:rFonts w:hint="eastAsia"/>
                <w:b/>
                <w:bCs/>
              </w:rPr>
              <w:t>ự</w:t>
            </w:r>
            <w:proofErr w:type="spellEnd"/>
            <w:r w:rsidRPr="004543E3">
              <w:rPr>
                <w:b/>
                <w:bCs/>
              </w:rPr>
              <w:t xml:space="preserve"> </w:t>
            </w:r>
            <w:proofErr w:type="spellStart"/>
            <w:r w:rsidRPr="004543E3">
              <w:rPr>
                <w:rFonts w:hint="eastAsia"/>
                <w:b/>
                <w:bCs/>
              </w:rPr>
              <w:t>á</w:t>
            </w:r>
            <w:r w:rsidRPr="004543E3">
              <w:rPr>
                <w:b/>
                <w:bCs/>
              </w:rPr>
              <w:t>n</w:t>
            </w:r>
            <w:proofErr w:type="spellEnd"/>
            <w:r w:rsidRPr="004543E3">
              <w:rPr>
                <w:b/>
                <w:bCs/>
              </w:rPr>
              <w:t xml:space="preserve">, </w:t>
            </w:r>
            <w:proofErr w:type="spellStart"/>
            <w:r w:rsidRPr="004543E3">
              <w:rPr>
                <w:b/>
                <w:bCs/>
              </w:rPr>
              <w:t>nhi</w:t>
            </w:r>
            <w:r w:rsidRPr="004543E3">
              <w:rPr>
                <w:rFonts w:hint="eastAsia"/>
                <w:b/>
                <w:bCs/>
              </w:rPr>
              <w:t>ệ</w:t>
            </w:r>
            <w:r w:rsidRPr="004543E3">
              <w:rPr>
                <w:b/>
                <w:bCs/>
              </w:rPr>
              <w:t>m</w:t>
            </w:r>
            <w:proofErr w:type="spellEnd"/>
            <w:r w:rsidRPr="004543E3">
              <w:rPr>
                <w:b/>
                <w:bCs/>
              </w:rPr>
              <w:t xml:space="preserve"> </w:t>
            </w:r>
            <w:proofErr w:type="spellStart"/>
            <w:r w:rsidRPr="004543E3">
              <w:rPr>
                <w:b/>
                <w:bCs/>
              </w:rPr>
              <w:t>v</w:t>
            </w:r>
            <w:r w:rsidRPr="004543E3">
              <w:rPr>
                <w:rFonts w:hint="eastAsia"/>
                <w:b/>
                <w:bCs/>
              </w:rPr>
              <w:t>ụ</w:t>
            </w:r>
            <w:proofErr w:type="spellEnd"/>
            <w:r w:rsidRPr="004543E3">
              <w:rPr>
                <w:b/>
                <w:bCs/>
              </w:rPr>
              <w:t xml:space="preserve"> khoa </w:t>
            </w:r>
            <w:proofErr w:type="spellStart"/>
            <w:r w:rsidRPr="004543E3">
              <w:rPr>
                <w:b/>
                <w:bCs/>
              </w:rPr>
              <w:t>h</w:t>
            </w:r>
            <w:r w:rsidRPr="004543E3">
              <w:rPr>
                <w:rFonts w:hint="eastAsia"/>
                <w:b/>
                <w:bCs/>
              </w:rPr>
              <w:t>ọ</w:t>
            </w:r>
            <w:r w:rsidRPr="004543E3">
              <w:rPr>
                <w:b/>
                <w:bCs/>
              </w:rPr>
              <w:t>c</w:t>
            </w:r>
            <w:proofErr w:type="spellEnd"/>
            <w:r w:rsidRPr="004543E3">
              <w:rPr>
                <w:b/>
                <w:bCs/>
              </w:rPr>
              <w:t xml:space="preserve">, </w:t>
            </w:r>
            <w:proofErr w:type="spellStart"/>
            <w:r w:rsidRPr="004543E3">
              <w:rPr>
                <w:b/>
                <w:bCs/>
              </w:rPr>
              <w:t>c</w:t>
            </w:r>
            <w:r w:rsidRPr="004543E3">
              <w:rPr>
                <w:rFonts w:hint="eastAsia"/>
                <w:b/>
                <w:bCs/>
              </w:rPr>
              <w:t>ô</w:t>
            </w:r>
            <w:r w:rsidRPr="004543E3">
              <w:rPr>
                <w:b/>
                <w:bCs/>
              </w:rPr>
              <w:t>ng</w:t>
            </w:r>
            <w:proofErr w:type="spellEnd"/>
            <w:r w:rsidRPr="004543E3">
              <w:rPr>
                <w:b/>
                <w:bCs/>
              </w:rPr>
              <w:t xml:space="preserve"> </w:t>
            </w:r>
            <w:proofErr w:type="spellStart"/>
            <w:r w:rsidRPr="004543E3">
              <w:rPr>
                <w:b/>
                <w:bCs/>
              </w:rPr>
              <w:t>ngh</w:t>
            </w:r>
            <w:r w:rsidRPr="004543E3">
              <w:rPr>
                <w:rFonts w:hint="eastAsia"/>
                <w:b/>
                <w:bCs/>
              </w:rPr>
              <w:t>ệ</w:t>
            </w:r>
            <w:proofErr w:type="spellEnd"/>
            <w:r w:rsidRPr="004543E3">
              <w:rPr>
                <w:b/>
                <w:bCs/>
              </w:rPr>
              <w:t xml:space="preserve"> </w:t>
            </w:r>
            <w:proofErr w:type="spellStart"/>
            <w:r w:rsidRPr="004543E3">
              <w:rPr>
                <w:b/>
                <w:bCs/>
              </w:rPr>
              <w:t>v</w:t>
            </w:r>
            <w:r w:rsidRPr="004543E3">
              <w:rPr>
                <w:rFonts w:hint="eastAsia"/>
                <w:b/>
                <w:bCs/>
              </w:rPr>
              <w:t>à</w:t>
            </w:r>
            <w:proofErr w:type="spellEnd"/>
            <w:r w:rsidRPr="004543E3">
              <w:rPr>
                <w:b/>
                <w:bCs/>
              </w:rPr>
              <w:t xml:space="preserve"> </w:t>
            </w:r>
            <w:proofErr w:type="spellStart"/>
            <w:r w:rsidRPr="004543E3">
              <w:rPr>
                <w:rFonts w:hint="eastAsia"/>
                <w:b/>
                <w:bCs/>
              </w:rPr>
              <w:t>đổ</w:t>
            </w:r>
            <w:r w:rsidRPr="004543E3">
              <w:rPr>
                <w:b/>
                <w:bCs/>
              </w:rPr>
              <w:t>i</w:t>
            </w:r>
            <w:proofErr w:type="spellEnd"/>
            <w:r w:rsidRPr="004543E3">
              <w:rPr>
                <w:b/>
                <w:bCs/>
              </w:rPr>
              <w:t xml:space="preserve"> </w:t>
            </w:r>
            <w:proofErr w:type="spellStart"/>
            <w:r w:rsidRPr="004543E3">
              <w:rPr>
                <w:b/>
                <w:bCs/>
              </w:rPr>
              <w:t>m</w:t>
            </w:r>
            <w:r w:rsidRPr="004543E3">
              <w:rPr>
                <w:rFonts w:hint="eastAsia"/>
                <w:b/>
                <w:bCs/>
              </w:rPr>
              <w:t>ớ</w:t>
            </w:r>
            <w:r w:rsidRPr="004543E3">
              <w:rPr>
                <w:b/>
                <w:bCs/>
              </w:rPr>
              <w:t>i</w:t>
            </w:r>
            <w:proofErr w:type="spellEnd"/>
            <w:r w:rsidRPr="004543E3">
              <w:rPr>
                <w:b/>
                <w:bCs/>
              </w:rPr>
              <w:t xml:space="preserve"> </w:t>
            </w:r>
            <w:proofErr w:type="spellStart"/>
            <w:r w:rsidRPr="004543E3">
              <w:rPr>
                <w:b/>
                <w:bCs/>
              </w:rPr>
              <w:t>s</w:t>
            </w:r>
            <w:r w:rsidRPr="004543E3">
              <w:rPr>
                <w:rFonts w:hint="eastAsia"/>
                <w:b/>
                <w:bCs/>
              </w:rPr>
              <w:t>á</w:t>
            </w:r>
            <w:r w:rsidRPr="004543E3">
              <w:rPr>
                <w:b/>
                <w:bCs/>
              </w:rPr>
              <w:t>ng</w:t>
            </w:r>
            <w:proofErr w:type="spellEnd"/>
            <w:r w:rsidRPr="004543E3">
              <w:rPr>
                <w:b/>
                <w:bCs/>
              </w:rPr>
              <w:t xml:space="preserve"> </w:t>
            </w:r>
            <w:proofErr w:type="spellStart"/>
            <w:r w:rsidRPr="004543E3">
              <w:rPr>
                <w:b/>
                <w:bCs/>
              </w:rPr>
              <w:t>t</w:t>
            </w:r>
            <w:r w:rsidRPr="004543E3">
              <w:rPr>
                <w:rFonts w:hint="eastAsia"/>
                <w:b/>
                <w:bCs/>
              </w:rPr>
              <w:t>ạ</w:t>
            </w:r>
            <w:r w:rsidRPr="004543E3">
              <w:rPr>
                <w:b/>
                <w:bCs/>
              </w:rPr>
              <w:t>o</w:t>
            </w:r>
            <w:proofErr w:type="spellEnd"/>
            <w:r w:rsidRPr="004543E3">
              <w:rPr>
                <w:b/>
                <w:bCs/>
              </w:rPr>
              <w:t xml:space="preserve"> </w:t>
            </w:r>
            <w:proofErr w:type="spellStart"/>
            <w:r w:rsidRPr="004543E3">
              <w:t>trong</w:t>
            </w:r>
            <w:proofErr w:type="spellEnd"/>
            <w:r w:rsidRPr="004543E3">
              <w:t xml:space="preserve"> </w:t>
            </w:r>
            <w:proofErr w:type="spellStart"/>
            <w:r w:rsidRPr="004543E3">
              <w:t>khuôn</w:t>
            </w:r>
            <w:proofErr w:type="spellEnd"/>
            <w:r w:rsidRPr="004543E3">
              <w:t xml:space="preserve"> </w:t>
            </w:r>
            <w:proofErr w:type="spellStart"/>
            <w:r w:rsidRPr="004543E3">
              <w:t>khổ</w:t>
            </w:r>
            <w:proofErr w:type="spellEnd"/>
            <w:r w:rsidRPr="004543E3">
              <w:t xml:space="preserve"> </w:t>
            </w:r>
            <w:proofErr w:type="spellStart"/>
            <w:r w:rsidRPr="004543E3">
              <w:t>chương</w:t>
            </w:r>
            <w:proofErr w:type="spellEnd"/>
            <w:r w:rsidRPr="004543E3">
              <w:t xml:space="preserve"> </w:t>
            </w:r>
            <w:proofErr w:type="spellStart"/>
            <w:r w:rsidRPr="004543E3">
              <w:t>trình</w:t>
            </w:r>
            <w:proofErr w:type="spellEnd"/>
            <w:r w:rsidRPr="004543E3">
              <w:t xml:space="preserve"> khoa </w:t>
            </w:r>
            <w:proofErr w:type="spellStart"/>
            <w:r w:rsidRPr="004543E3">
              <w:t>học</w:t>
            </w:r>
            <w:proofErr w:type="spellEnd"/>
            <w:r w:rsidRPr="004543E3">
              <w:t xml:space="preserve">, </w:t>
            </w:r>
            <w:proofErr w:type="spellStart"/>
            <w:r w:rsidRPr="004543E3">
              <w:t>công</w:t>
            </w:r>
            <w:proofErr w:type="spellEnd"/>
            <w:r w:rsidRPr="004543E3">
              <w:t xml:space="preserve"> </w:t>
            </w:r>
            <w:proofErr w:type="spellStart"/>
            <w:r w:rsidRPr="004543E3">
              <w:t>nghệ</w:t>
            </w:r>
            <w:proofErr w:type="spellEnd"/>
            <w:r w:rsidRPr="004543E3">
              <w:t xml:space="preserve"> </w:t>
            </w:r>
            <w:proofErr w:type="spellStart"/>
            <w:r w:rsidRPr="004543E3">
              <w:t>và</w:t>
            </w:r>
            <w:proofErr w:type="spellEnd"/>
          </w:p>
          <w:p w14:paraId="78406196" w14:textId="77777777" w:rsidR="00855AF9" w:rsidRPr="004543E3" w:rsidRDefault="00855AF9" w:rsidP="00855AF9">
            <w:pPr>
              <w:spacing w:after="0" w:line="340" w:lineRule="exact"/>
              <w:jc w:val="both"/>
            </w:pPr>
            <w:proofErr w:type="spellStart"/>
            <w:r w:rsidRPr="004543E3">
              <w:t>đổi</w:t>
            </w:r>
            <w:proofErr w:type="spellEnd"/>
            <w:r w:rsidRPr="004543E3">
              <w:t xml:space="preserve"> </w:t>
            </w:r>
            <w:proofErr w:type="spellStart"/>
            <w:r w:rsidRPr="004543E3">
              <w:t>mới</w:t>
            </w:r>
            <w:proofErr w:type="spellEnd"/>
            <w:r w:rsidRPr="004543E3">
              <w:t xml:space="preserve"> </w:t>
            </w:r>
            <w:proofErr w:type="spellStart"/>
            <w:r w:rsidRPr="004543E3">
              <w:t>sáng</w:t>
            </w:r>
            <w:proofErr w:type="spellEnd"/>
            <w:r w:rsidRPr="004543E3">
              <w:t xml:space="preserve"> </w:t>
            </w:r>
            <w:proofErr w:type="spellStart"/>
            <w:r w:rsidRPr="004543E3">
              <w:t>tạo</w:t>
            </w:r>
            <w:proofErr w:type="spellEnd"/>
            <w:r w:rsidRPr="004543E3">
              <w:t xml:space="preserve"> </w:t>
            </w:r>
            <w:proofErr w:type="spellStart"/>
            <w:r w:rsidRPr="004543E3">
              <w:t>của</w:t>
            </w:r>
            <w:proofErr w:type="spellEnd"/>
            <w:r w:rsidRPr="004543E3">
              <w:t xml:space="preserve"> </w:t>
            </w:r>
            <w:proofErr w:type="spellStart"/>
            <w:r w:rsidRPr="004543E3">
              <w:t>Bộ</w:t>
            </w:r>
            <w:proofErr w:type="spellEnd"/>
            <w:r w:rsidRPr="004543E3">
              <w:t xml:space="preserve">, </w:t>
            </w:r>
            <w:proofErr w:type="spellStart"/>
            <w:r w:rsidRPr="004543E3">
              <w:t>cơ</w:t>
            </w:r>
            <w:proofErr w:type="spellEnd"/>
            <w:r w:rsidRPr="004543E3">
              <w:t xml:space="preserve"> </w:t>
            </w:r>
            <w:proofErr w:type="spellStart"/>
            <w:r w:rsidRPr="004543E3">
              <w:t>quan</w:t>
            </w:r>
            <w:proofErr w:type="spellEnd"/>
            <w:r w:rsidRPr="004543E3">
              <w:t xml:space="preserve"> </w:t>
            </w:r>
            <w:proofErr w:type="spellStart"/>
            <w:r w:rsidRPr="004543E3">
              <w:t>ngang</w:t>
            </w:r>
            <w:proofErr w:type="spellEnd"/>
            <w:r w:rsidRPr="004543E3">
              <w:t xml:space="preserve"> </w:t>
            </w:r>
            <w:proofErr w:type="spellStart"/>
            <w:r w:rsidRPr="004543E3">
              <w:t>Bộ</w:t>
            </w:r>
            <w:proofErr w:type="spellEnd"/>
            <w:r w:rsidRPr="004543E3">
              <w:t xml:space="preserve">, </w:t>
            </w:r>
            <w:proofErr w:type="spellStart"/>
            <w:r w:rsidRPr="004543E3">
              <w:t>cơ</w:t>
            </w:r>
            <w:proofErr w:type="spellEnd"/>
            <w:r w:rsidRPr="004543E3">
              <w:t xml:space="preserve"> </w:t>
            </w:r>
            <w:proofErr w:type="spellStart"/>
            <w:r w:rsidRPr="004543E3">
              <w:t>quan</w:t>
            </w:r>
            <w:proofErr w:type="spellEnd"/>
            <w:r w:rsidRPr="004543E3">
              <w:t xml:space="preserve"> </w:t>
            </w:r>
            <w:proofErr w:type="spellStart"/>
            <w:r w:rsidRPr="004543E3">
              <w:t>thuộc</w:t>
            </w:r>
            <w:proofErr w:type="spellEnd"/>
            <w:r w:rsidRPr="004543E3">
              <w:t xml:space="preserve"> </w:t>
            </w:r>
            <w:proofErr w:type="spellStart"/>
            <w:r w:rsidRPr="004543E3">
              <w:t>Chính</w:t>
            </w:r>
            <w:proofErr w:type="spellEnd"/>
            <w:r w:rsidRPr="004543E3">
              <w:t xml:space="preserve"> </w:t>
            </w:r>
            <w:proofErr w:type="spellStart"/>
            <w:r w:rsidRPr="004543E3">
              <w:t>phủ</w:t>
            </w:r>
            <w:proofErr w:type="spellEnd"/>
            <w:r w:rsidRPr="004543E3">
              <w:t xml:space="preserve">, </w:t>
            </w:r>
            <w:proofErr w:type="spellStart"/>
            <w:r w:rsidRPr="004543E3">
              <w:t>cơ</w:t>
            </w:r>
            <w:proofErr w:type="spellEnd"/>
            <w:r w:rsidRPr="004543E3">
              <w:t xml:space="preserve"> </w:t>
            </w:r>
            <w:proofErr w:type="spellStart"/>
            <w:r w:rsidRPr="004543E3">
              <w:t>quan</w:t>
            </w:r>
            <w:proofErr w:type="spellEnd"/>
            <w:r w:rsidRPr="004543E3">
              <w:t xml:space="preserve"> </w:t>
            </w:r>
            <w:proofErr w:type="spellStart"/>
            <w:r w:rsidRPr="004543E3">
              <w:t>khác</w:t>
            </w:r>
            <w:proofErr w:type="spellEnd"/>
            <w:r w:rsidRPr="004543E3">
              <w:t xml:space="preserve"> ở Trung </w:t>
            </w:r>
            <w:proofErr w:type="spellStart"/>
            <w:r w:rsidRPr="004543E3">
              <w:t>ương</w:t>
            </w:r>
            <w:proofErr w:type="spellEnd"/>
            <w:r w:rsidRPr="004543E3">
              <w:t xml:space="preserve"> </w:t>
            </w:r>
            <w:proofErr w:type="spellStart"/>
            <w:r w:rsidRPr="004543E3">
              <w:t>và</w:t>
            </w:r>
            <w:proofErr w:type="spellEnd"/>
            <w:r w:rsidRPr="004543E3">
              <w:t xml:space="preserve"> </w:t>
            </w:r>
            <w:proofErr w:type="spellStart"/>
            <w:r w:rsidRPr="004543E3">
              <w:t>Ủy</w:t>
            </w:r>
            <w:proofErr w:type="spellEnd"/>
            <w:r w:rsidRPr="004543E3">
              <w:t xml:space="preserve"> ban </w:t>
            </w:r>
            <w:proofErr w:type="spellStart"/>
            <w:r w:rsidRPr="004543E3">
              <w:t>nhân</w:t>
            </w:r>
            <w:proofErr w:type="spellEnd"/>
            <w:r w:rsidRPr="004543E3">
              <w:t xml:space="preserve"> </w:t>
            </w:r>
            <w:proofErr w:type="spellStart"/>
            <w:r w:rsidRPr="004543E3">
              <w:t>dân</w:t>
            </w:r>
            <w:proofErr w:type="spellEnd"/>
            <w:r w:rsidRPr="004543E3">
              <w:t xml:space="preserve"> </w:t>
            </w:r>
            <w:proofErr w:type="spellStart"/>
            <w:r w:rsidRPr="004543E3">
              <w:t>cấp</w:t>
            </w:r>
            <w:proofErr w:type="spellEnd"/>
            <w:r w:rsidRPr="004543E3">
              <w:t xml:space="preserve"> </w:t>
            </w:r>
            <w:proofErr w:type="spellStart"/>
            <w:r w:rsidRPr="004543E3">
              <w:t>tỉnh</w:t>
            </w:r>
            <w:proofErr w:type="spellEnd"/>
            <w:r w:rsidRPr="004543E3">
              <w:t xml:space="preserve"> </w:t>
            </w:r>
            <w:proofErr w:type="spellStart"/>
            <w:r w:rsidRPr="004543E3">
              <w:t>mà</w:t>
            </w:r>
            <w:proofErr w:type="spellEnd"/>
            <w:r w:rsidRPr="004543E3">
              <w:t xml:space="preserve"> </w:t>
            </w:r>
            <w:proofErr w:type="spellStart"/>
            <w:r w:rsidRPr="004543E3">
              <w:t>cơ</w:t>
            </w:r>
            <w:proofErr w:type="spellEnd"/>
            <w:r w:rsidRPr="004543E3">
              <w:t xml:space="preserve"> </w:t>
            </w:r>
            <w:proofErr w:type="spellStart"/>
            <w:r w:rsidRPr="004543E3">
              <w:t>quan</w:t>
            </w:r>
            <w:proofErr w:type="spellEnd"/>
            <w:r w:rsidRPr="004543E3">
              <w:t xml:space="preserve"> </w:t>
            </w:r>
            <w:proofErr w:type="spellStart"/>
            <w:r w:rsidRPr="004543E3">
              <w:t>sử</w:t>
            </w:r>
            <w:proofErr w:type="spellEnd"/>
            <w:r w:rsidRPr="004543E3">
              <w:t xml:space="preserve"> </w:t>
            </w:r>
            <w:proofErr w:type="spellStart"/>
            <w:r w:rsidRPr="004543E3">
              <w:t>dụng</w:t>
            </w:r>
            <w:proofErr w:type="spellEnd"/>
            <w:r w:rsidRPr="004543E3">
              <w:t xml:space="preserve"> </w:t>
            </w:r>
            <w:proofErr w:type="spellStart"/>
            <w:r w:rsidRPr="004543E3">
              <w:t>công</w:t>
            </w:r>
            <w:proofErr w:type="spellEnd"/>
            <w:r w:rsidRPr="004543E3">
              <w:t xml:space="preserve"> </w:t>
            </w:r>
            <w:proofErr w:type="spellStart"/>
            <w:r w:rsidRPr="004543E3">
              <w:t>chức</w:t>
            </w:r>
            <w:proofErr w:type="spellEnd"/>
            <w:r w:rsidRPr="004543E3">
              <w:t xml:space="preserve">, </w:t>
            </w:r>
            <w:proofErr w:type="spellStart"/>
            <w:r w:rsidRPr="004543E3">
              <w:t>viên</w:t>
            </w:r>
            <w:proofErr w:type="spellEnd"/>
            <w:r w:rsidRPr="004543E3">
              <w:t xml:space="preserve"> </w:t>
            </w:r>
            <w:proofErr w:type="spellStart"/>
            <w:r w:rsidRPr="004543E3">
              <w:t>chức</w:t>
            </w:r>
            <w:proofErr w:type="spellEnd"/>
            <w:r w:rsidRPr="004543E3">
              <w:t xml:space="preserve"> </w:t>
            </w:r>
            <w:proofErr w:type="spellStart"/>
            <w:r w:rsidRPr="004543E3">
              <w:t>được</w:t>
            </w:r>
            <w:proofErr w:type="spellEnd"/>
            <w:r w:rsidRPr="004543E3">
              <w:t xml:space="preserve"> </w:t>
            </w:r>
            <w:proofErr w:type="spellStart"/>
            <w:r w:rsidRPr="004543E3">
              <w:t>giao</w:t>
            </w:r>
            <w:proofErr w:type="spellEnd"/>
            <w:r w:rsidRPr="004543E3">
              <w:t xml:space="preserve"> </w:t>
            </w:r>
            <w:proofErr w:type="spellStart"/>
            <w:r w:rsidRPr="004543E3">
              <w:t>chủ</w:t>
            </w:r>
            <w:proofErr w:type="spellEnd"/>
            <w:r w:rsidRPr="004543E3">
              <w:t xml:space="preserve"> </w:t>
            </w:r>
            <w:proofErr w:type="spellStart"/>
            <w:r w:rsidRPr="004543E3">
              <w:t>trì</w:t>
            </w:r>
            <w:proofErr w:type="spellEnd"/>
            <w:r w:rsidRPr="004543E3">
              <w:t xml:space="preserve"> </w:t>
            </w:r>
            <w:proofErr w:type="spellStart"/>
            <w:r w:rsidRPr="004543E3">
              <w:t>nghiên</w:t>
            </w:r>
            <w:proofErr w:type="spellEnd"/>
            <w:r w:rsidRPr="004543E3">
              <w:t xml:space="preserve"> </w:t>
            </w:r>
            <w:proofErr w:type="spellStart"/>
            <w:r w:rsidRPr="004543E3">
              <w:t>cứu</w:t>
            </w:r>
            <w:proofErr w:type="spellEnd"/>
            <w:r w:rsidRPr="004543E3">
              <w:t xml:space="preserve"> </w:t>
            </w:r>
            <w:proofErr w:type="spellStart"/>
            <w:r w:rsidRPr="004543E3">
              <w:t>thực</w:t>
            </w:r>
            <w:proofErr w:type="spellEnd"/>
            <w:r w:rsidRPr="004543E3">
              <w:t xml:space="preserve"> </w:t>
            </w:r>
            <w:proofErr w:type="spellStart"/>
            <w:r w:rsidRPr="004543E3">
              <w:t>hiện</w:t>
            </w:r>
            <w:proofErr w:type="spellEnd"/>
            <w:r w:rsidRPr="004543E3">
              <w:t xml:space="preserve">, </w:t>
            </w:r>
            <w:proofErr w:type="spellStart"/>
            <w:r w:rsidRPr="004543E3">
              <w:t>xây</w:t>
            </w:r>
            <w:proofErr w:type="spellEnd"/>
            <w:r w:rsidRPr="004543E3">
              <w:t xml:space="preserve"> </w:t>
            </w:r>
            <w:proofErr w:type="spellStart"/>
            <w:r w:rsidRPr="004543E3">
              <w:t>dựng</w:t>
            </w:r>
            <w:proofErr w:type="spellEnd"/>
            <w:r w:rsidRPr="004543E3">
              <w:t xml:space="preserve"> </w:t>
            </w:r>
            <w:proofErr w:type="spellStart"/>
            <w:r w:rsidRPr="004543E3">
              <w:t>đã</w:t>
            </w:r>
            <w:proofErr w:type="spellEnd"/>
            <w:r w:rsidRPr="004543E3">
              <w:t xml:space="preserve"> </w:t>
            </w:r>
            <w:proofErr w:type="spellStart"/>
            <w:r w:rsidRPr="004543E3">
              <w:t>được</w:t>
            </w:r>
            <w:proofErr w:type="spellEnd"/>
            <w:r w:rsidRPr="004543E3">
              <w:t xml:space="preserve"> </w:t>
            </w:r>
            <w:proofErr w:type="spellStart"/>
            <w:r w:rsidRPr="004543E3">
              <w:t>cấp</w:t>
            </w:r>
            <w:proofErr w:type="spellEnd"/>
            <w:r w:rsidRPr="004543E3">
              <w:t xml:space="preserve"> </w:t>
            </w:r>
            <w:proofErr w:type="spellStart"/>
            <w:r w:rsidRPr="004543E3">
              <w:t>có</w:t>
            </w:r>
            <w:proofErr w:type="spellEnd"/>
            <w:r w:rsidRPr="004543E3">
              <w:t xml:space="preserve"> </w:t>
            </w:r>
            <w:proofErr w:type="spellStart"/>
            <w:r w:rsidRPr="004543E3">
              <w:t>thẩm</w:t>
            </w:r>
            <w:proofErr w:type="spellEnd"/>
            <w:r w:rsidRPr="004543E3">
              <w:t xml:space="preserve"> </w:t>
            </w:r>
            <w:proofErr w:type="spellStart"/>
            <w:r w:rsidRPr="004543E3">
              <w:t>quyền</w:t>
            </w:r>
            <w:proofErr w:type="spellEnd"/>
            <w:r w:rsidRPr="004543E3">
              <w:t xml:space="preserve"> ban </w:t>
            </w:r>
            <w:proofErr w:type="spellStart"/>
            <w:r w:rsidRPr="004543E3">
              <w:t>hành</w:t>
            </w:r>
            <w:proofErr w:type="spellEnd"/>
            <w:r w:rsidRPr="004543E3">
              <w:t xml:space="preserve"> </w:t>
            </w:r>
            <w:proofErr w:type="spellStart"/>
            <w:r w:rsidRPr="004543E3">
              <w:t>hoặc</w:t>
            </w:r>
            <w:proofErr w:type="spellEnd"/>
            <w:r w:rsidRPr="004543E3">
              <w:t xml:space="preserve"> </w:t>
            </w:r>
            <w:proofErr w:type="spellStart"/>
            <w:r w:rsidRPr="004543E3">
              <w:t>nghiệm</w:t>
            </w:r>
            <w:proofErr w:type="spellEnd"/>
            <w:r w:rsidRPr="004543E3">
              <w:t xml:space="preserve"> </w:t>
            </w:r>
            <w:proofErr w:type="spellStart"/>
            <w:r w:rsidRPr="004543E3">
              <w:t>thu</w:t>
            </w:r>
            <w:proofErr w:type="spellEnd"/>
            <w:r w:rsidRPr="004543E3">
              <w:t xml:space="preserve"> ở </w:t>
            </w:r>
            <w:proofErr w:type="spellStart"/>
            <w:r w:rsidRPr="004543E3">
              <w:t>mức</w:t>
            </w:r>
            <w:proofErr w:type="spellEnd"/>
            <w:r w:rsidRPr="004543E3">
              <w:t xml:space="preserve"> </w:t>
            </w:r>
            <w:proofErr w:type="spellStart"/>
            <w:r w:rsidRPr="004543E3">
              <w:t>đạt</w:t>
            </w:r>
            <w:proofErr w:type="spellEnd"/>
            <w:r w:rsidRPr="004543E3">
              <w:t xml:space="preserve"> </w:t>
            </w:r>
            <w:proofErr w:type="spellStart"/>
            <w:r w:rsidRPr="004543E3">
              <w:t>trở</w:t>
            </w:r>
            <w:proofErr w:type="spellEnd"/>
            <w:r w:rsidRPr="004543E3">
              <w:t xml:space="preserve"> </w:t>
            </w:r>
            <w:proofErr w:type="spellStart"/>
            <w:r w:rsidRPr="004543E3">
              <w:t>lên</w:t>
            </w:r>
            <w:proofErr w:type="spellEnd"/>
            <w:r w:rsidRPr="004543E3">
              <w:t>.”</w:t>
            </w:r>
          </w:p>
          <w:p w14:paraId="3ADDDFB8" w14:textId="489221DF" w:rsidR="00855AF9" w:rsidRPr="004543E3" w:rsidRDefault="00855AF9" w:rsidP="00DD6079">
            <w:pPr>
              <w:spacing w:after="0" w:line="340" w:lineRule="exact"/>
              <w:jc w:val="both"/>
            </w:pPr>
            <w:r w:rsidRPr="004543E3">
              <w:t xml:space="preserve">Lý </w:t>
            </w:r>
            <w:proofErr w:type="gramStart"/>
            <w:r w:rsidRPr="004543E3">
              <w:t>do</w:t>
            </w:r>
            <w:proofErr w:type="gramEnd"/>
            <w:r w:rsidRPr="004543E3">
              <w:t xml:space="preserve">: </w:t>
            </w:r>
            <w:proofErr w:type="spellStart"/>
            <w:r w:rsidRPr="004543E3">
              <w:t>Tiêu</w:t>
            </w:r>
            <w:proofErr w:type="spellEnd"/>
            <w:r w:rsidRPr="004543E3">
              <w:t xml:space="preserve"> </w:t>
            </w:r>
            <w:proofErr w:type="spellStart"/>
            <w:r w:rsidRPr="004543E3">
              <w:t>chí</w:t>
            </w:r>
            <w:proofErr w:type="spellEnd"/>
            <w:r w:rsidRPr="004543E3">
              <w:t xml:space="preserve"> </w:t>
            </w:r>
            <w:proofErr w:type="spellStart"/>
            <w:r w:rsidRPr="004543E3">
              <w:t>yêu</w:t>
            </w:r>
            <w:proofErr w:type="spellEnd"/>
            <w:r w:rsidRPr="004543E3">
              <w:t xml:space="preserve"> </w:t>
            </w:r>
            <w:proofErr w:type="spellStart"/>
            <w:r w:rsidRPr="004543E3">
              <w:t>cầu</w:t>
            </w:r>
            <w:proofErr w:type="spellEnd"/>
            <w:r w:rsidRPr="004543E3">
              <w:t xml:space="preserve"> </w:t>
            </w:r>
            <w:proofErr w:type="spellStart"/>
            <w:r w:rsidRPr="004543E3">
              <w:t>công</w:t>
            </w:r>
            <w:proofErr w:type="spellEnd"/>
            <w:r w:rsidRPr="004543E3">
              <w:t xml:space="preserve"> </w:t>
            </w:r>
            <w:proofErr w:type="spellStart"/>
            <w:r w:rsidRPr="004543E3">
              <w:t>chức</w:t>
            </w:r>
            <w:proofErr w:type="spellEnd"/>
            <w:r w:rsidRPr="004543E3">
              <w:t xml:space="preserve"> </w:t>
            </w:r>
            <w:proofErr w:type="spellStart"/>
            <w:r w:rsidRPr="004543E3">
              <w:t>chủ</w:t>
            </w:r>
            <w:proofErr w:type="spellEnd"/>
            <w:r w:rsidRPr="004543E3">
              <w:t xml:space="preserve"> </w:t>
            </w:r>
            <w:proofErr w:type="spellStart"/>
            <w:r w:rsidRPr="004543E3">
              <w:t>trì</w:t>
            </w:r>
            <w:proofErr w:type="spellEnd"/>
            <w:r w:rsidRPr="004543E3">
              <w:t xml:space="preserve"> </w:t>
            </w:r>
            <w:proofErr w:type="spellStart"/>
            <w:r w:rsidRPr="004543E3">
              <w:t>nhiệm</w:t>
            </w:r>
            <w:proofErr w:type="spellEnd"/>
            <w:r w:rsidRPr="004543E3">
              <w:t xml:space="preserve"> </w:t>
            </w:r>
            <w:proofErr w:type="spellStart"/>
            <w:r w:rsidRPr="004543E3">
              <w:t>vụ</w:t>
            </w:r>
            <w:proofErr w:type="spellEnd"/>
            <w:r w:rsidRPr="004543E3">
              <w:t xml:space="preserve"> khoa </w:t>
            </w:r>
            <w:proofErr w:type="spellStart"/>
            <w:r w:rsidRPr="004543E3">
              <w:t>học</w:t>
            </w:r>
            <w:proofErr w:type="spellEnd"/>
            <w:r w:rsidRPr="004543E3">
              <w:t xml:space="preserve"> </w:t>
            </w:r>
            <w:proofErr w:type="spellStart"/>
            <w:r w:rsidRPr="004543E3">
              <w:t>và</w:t>
            </w:r>
            <w:proofErr w:type="spellEnd"/>
            <w:r w:rsidRPr="004543E3">
              <w:t xml:space="preserve"> </w:t>
            </w:r>
            <w:proofErr w:type="spellStart"/>
            <w:r w:rsidRPr="004543E3">
              <w:t>công</w:t>
            </w:r>
            <w:proofErr w:type="spellEnd"/>
            <w:r w:rsidRPr="004543E3">
              <w:t xml:space="preserve"> </w:t>
            </w:r>
            <w:proofErr w:type="spellStart"/>
            <w:r w:rsidRPr="004543E3">
              <w:t>nghệ</w:t>
            </w:r>
            <w:proofErr w:type="spellEnd"/>
            <w:r w:rsidRPr="004543E3">
              <w:t xml:space="preserve"> </w:t>
            </w:r>
            <w:proofErr w:type="spellStart"/>
            <w:r w:rsidRPr="004543E3">
              <w:t>chưa</w:t>
            </w:r>
            <w:proofErr w:type="spellEnd"/>
            <w:r w:rsidRPr="004543E3">
              <w:t xml:space="preserve"> </w:t>
            </w:r>
            <w:proofErr w:type="spellStart"/>
            <w:r w:rsidRPr="004543E3">
              <w:t>phù</w:t>
            </w:r>
            <w:proofErr w:type="spellEnd"/>
            <w:r w:rsidRPr="004543E3">
              <w:t xml:space="preserve"> </w:t>
            </w:r>
            <w:proofErr w:type="spellStart"/>
            <w:r w:rsidRPr="004543E3">
              <w:t>hợp</w:t>
            </w:r>
            <w:proofErr w:type="spellEnd"/>
            <w:r w:rsidRPr="004543E3">
              <w:t xml:space="preserve"> </w:t>
            </w:r>
            <w:proofErr w:type="spellStart"/>
            <w:r w:rsidRPr="004543E3">
              <w:t>với</w:t>
            </w:r>
            <w:proofErr w:type="spellEnd"/>
            <w:r w:rsidRPr="004543E3">
              <w:t xml:space="preserve"> </w:t>
            </w:r>
            <w:proofErr w:type="spellStart"/>
            <w:r w:rsidRPr="004543E3">
              <w:t>thực</w:t>
            </w:r>
            <w:proofErr w:type="spellEnd"/>
            <w:r w:rsidRPr="004543E3">
              <w:t xml:space="preserve"> </w:t>
            </w:r>
            <w:proofErr w:type="spellStart"/>
            <w:r w:rsidRPr="004543E3">
              <w:t>tiễn</w:t>
            </w:r>
            <w:proofErr w:type="spellEnd"/>
            <w:r w:rsidRPr="004543E3">
              <w:t xml:space="preserve"> </w:t>
            </w:r>
            <w:proofErr w:type="spellStart"/>
            <w:r w:rsidRPr="004543E3">
              <w:t>tổ</w:t>
            </w:r>
            <w:proofErr w:type="spellEnd"/>
            <w:r w:rsidRPr="004543E3">
              <w:t xml:space="preserve"> </w:t>
            </w:r>
            <w:proofErr w:type="spellStart"/>
            <w:r w:rsidRPr="004543E3">
              <w:t>chức</w:t>
            </w:r>
            <w:proofErr w:type="spellEnd"/>
            <w:r w:rsidRPr="004543E3">
              <w:t xml:space="preserve"> </w:t>
            </w:r>
            <w:proofErr w:type="spellStart"/>
            <w:r w:rsidRPr="004543E3">
              <w:t>thực</w:t>
            </w:r>
            <w:proofErr w:type="spellEnd"/>
            <w:r w:rsidRPr="004543E3">
              <w:t xml:space="preserve"> </w:t>
            </w:r>
            <w:proofErr w:type="spellStart"/>
            <w:r w:rsidRPr="004543E3">
              <w:t>hiện</w:t>
            </w:r>
            <w:proofErr w:type="spellEnd"/>
            <w:r w:rsidRPr="004543E3">
              <w:t xml:space="preserve"> </w:t>
            </w:r>
            <w:proofErr w:type="spellStart"/>
            <w:r w:rsidRPr="004543E3">
              <w:t>nhiệm</w:t>
            </w:r>
            <w:proofErr w:type="spellEnd"/>
            <w:r w:rsidRPr="004543E3">
              <w:t xml:space="preserve"> </w:t>
            </w:r>
            <w:proofErr w:type="spellStart"/>
            <w:r w:rsidRPr="004543E3">
              <w:t>vụ</w:t>
            </w:r>
            <w:proofErr w:type="spellEnd"/>
            <w:r w:rsidRPr="004543E3">
              <w:t xml:space="preserve"> </w:t>
            </w:r>
            <w:proofErr w:type="spellStart"/>
            <w:r w:rsidRPr="004543E3">
              <w:t>tại</w:t>
            </w:r>
            <w:proofErr w:type="spellEnd"/>
            <w:r w:rsidRPr="004543E3">
              <w:t xml:space="preserve"> </w:t>
            </w:r>
            <w:proofErr w:type="spellStart"/>
            <w:r w:rsidRPr="004543E3">
              <w:t>các</w:t>
            </w:r>
            <w:proofErr w:type="spellEnd"/>
            <w:r w:rsidRPr="004543E3">
              <w:t xml:space="preserve"> </w:t>
            </w:r>
            <w:proofErr w:type="spellStart"/>
            <w:r w:rsidRPr="004543E3">
              <w:t>Sở</w:t>
            </w:r>
            <w:proofErr w:type="spellEnd"/>
            <w:r w:rsidRPr="004543E3">
              <w:t xml:space="preserve"> Khoa </w:t>
            </w:r>
            <w:proofErr w:type="spellStart"/>
            <w:r w:rsidRPr="004543E3">
              <w:t>học</w:t>
            </w:r>
            <w:proofErr w:type="spellEnd"/>
            <w:r w:rsidRPr="004543E3">
              <w:t xml:space="preserve"> </w:t>
            </w:r>
            <w:proofErr w:type="spellStart"/>
            <w:r w:rsidRPr="004543E3">
              <w:t>và</w:t>
            </w:r>
            <w:proofErr w:type="spellEnd"/>
            <w:r w:rsidRPr="004543E3">
              <w:t xml:space="preserve"> Công </w:t>
            </w:r>
            <w:proofErr w:type="spellStart"/>
            <w:r w:rsidRPr="004543E3">
              <w:t>nghệ</w:t>
            </w:r>
            <w:proofErr w:type="spellEnd"/>
            <w:r w:rsidRPr="004543E3">
              <w:t xml:space="preserve"> </w:t>
            </w:r>
            <w:proofErr w:type="spellStart"/>
            <w:r w:rsidRPr="004543E3">
              <w:t>địa</w:t>
            </w:r>
            <w:proofErr w:type="spellEnd"/>
            <w:r w:rsidRPr="004543E3">
              <w:t xml:space="preserve"> </w:t>
            </w:r>
            <w:proofErr w:type="spellStart"/>
            <w:r w:rsidRPr="004543E3">
              <w:t>phương</w:t>
            </w:r>
            <w:proofErr w:type="spellEnd"/>
            <w:r w:rsidRPr="004543E3">
              <w:t xml:space="preserve">, </w:t>
            </w:r>
            <w:proofErr w:type="spellStart"/>
            <w:r w:rsidRPr="004543E3">
              <w:t>nơi</w:t>
            </w:r>
            <w:proofErr w:type="spellEnd"/>
            <w:r w:rsidRPr="004543E3">
              <w:t xml:space="preserve"> </w:t>
            </w:r>
            <w:proofErr w:type="spellStart"/>
            <w:r w:rsidRPr="004543E3">
              <w:t>công</w:t>
            </w:r>
            <w:proofErr w:type="spellEnd"/>
            <w:r w:rsidRPr="004543E3">
              <w:t xml:space="preserve"> </w:t>
            </w:r>
            <w:proofErr w:type="spellStart"/>
            <w:r w:rsidRPr="004543E3">
              <w:t>chức</w:t>
            </w:r>
            <w:proofErr w:type="spellEnd"/>
            <w:r w:rsidRPr="004543E3">
              <w:t xml:space="preserve"> </w:t>
            </w:r>
            <w:proofErr w:type="spellStart"/>
            <w:r w:rsidRPr="004543E3">
              <w:t>chủ</w:t>
            </w:r>
            <w:proofErr w:type="spellEnd"/>
            <w:r w:rsidRPr="004543E3">
              <w:t xml:space="preserve"> </w:t>
            </w:r>
            <w:proofErr w:type="spellStart"/>
            <w:r w:rsidRPr="004543E3">
              <w:t>yếu</w:t>
            </w:r>
            <w:proofErr w:type="spellEnd"/>
            <w:r w:rsidRPr="004543E3">
              <w:t xml:space="preserve"> </w:t>
            </w:r>
            <w:proofErr w:type="spellStart"/>
            <w:r w:rsidRPr="004543E3">
              <w:t>tham</w:t>
            </w:r>
            <w:proofErr w:type="spellEnd"/>
            <w:r w:rsidRPr="004543E3">
              <w:t xml:space="preserve"> </w:t>
            </w:r>
            <w:proofErr w:type="spellStart"/>
            <w:r w:rsidRPr="004543E3">
              <w:t>gia</w:t>
            </w:r>
            <w:proofErr w:type="spellEnd"/>
            <w:r w:rsidRPr="004543E3">
              <w:t xml:space="preserve"> </w:t>
            </w:r>
            <w:proofErr w:type="spellStart"/>
            <w:r w:rsidRPr="004543E3">
              <w:t>quản</w:t>
            </w:r>
            <w:proofErr w:type="spellEnd"/>
            <w:r w:rsidRPr="004543E3">
              <w:t xml:space="preserve"> </w:t>
            </w:r>
            <w:proofErr w:type="spellStart"/>
            <w:r w:rsidRPr="004543E3">
              <w:t>lý</w:t>
            </w:r>
            <w:proofErr w:type="spellEnd"/>
            <w:r w:rsidRPr="004543E3">
              <w:t xml:space="preserve"> </w:t>
            </w:r>
            <w:proofErr w:type="spellStart"/>
            <w:r w:rsidRPr="004543E3">
              <w:t>hoặc</w:t>
            </w:r>
            <w:proofErr w:type="spellEnd"/>
            <w:r w:rsidRPr="004543E3">
              <w:t xml:space="preserve"> </w:t>
            </w:r>
            <w:proofErr w:type="spellStart"/>
            <w:r w:rsidRPr="004543E3">
              <w:t>phối</w:t>
            </w:r>
            <w:proofErr w:type="spellEnd"/>
            <w:r w:rsidRPr="004543E3">
              <w:t xml:space="preserve"> </w:t>
            </w:r>
            <w:proofErr w:type="spellStart"/>
            <w:r w:rsidRPr="004543E3">
              <w:t>hợp</w:t>
            </w:r>
            <w:proofErr w:type="spellEnd"/>
            <w:r w:rsidRPr="004543E3">
              <w:t xml:space="preserve"> </w:t>
            </w:r>
            <w:proofErr w:type="spellStart"/>
            <w:r w:rsidRPr="004543E3">
              <w:t>thực</w:t>
            </w:r>
            <w:proofErr w:type="spellEnd"/>
            <w:r w:rsidRPr="004543E3">
              <w:t xml:space="preserve"> </w:t>
            </w:r>
            <w:proofErr w:type="spellStart"/>
            <w:r w:rsidRPr="004543E3">
              <w:t>hiện</w:t>
            </w:r>
            <w:proofErr w:type="spellEnd"/>
            <w:r w:rsidRPr="004543E3">
              <w:t xml:space="preserve">; </w:t>
            </w:r>
            <w:proofErr w:type="spellStart"/>
            <w:r w:rsidRPr="004543E3">
              <w:t>vì</w:t>
            </w:r>
            <w:proofErr w:type="spellEnd"/>
            <w:r w:rsidRPr="004543E3">
              <w:t xml:space="preserve"> </w:t>
            </w:r>
            <w:proofErr w:type="spellStart"/>
            <w:r w:rsidRPr="004543E3">
              <w:t>vậy</w:t>
            </w:r>
            <w:proofErr w:type="spellEnd"/>
            <w:r w:rsidRPr="004543E3">
              <w:t xml:space="preserve"> </w:t>
            </w:r>
            <w:proofErr w:type="spellStart"/>
            <w:r w:rsidRPr="004543E3">
              <w:t>cần</w:t>
            </w:r>
            <w:proofErr w:type="spellEnd"/>
            <w:r w:rsidRPr="004543E3">
              <w:t xml:space="preserve"> </w:t>
            </w:r>
            <w:proofErr w:type="spellStart"/>
            <w:r w:rsidRPr="004543E3">
              <w:t>xem</w:t>
            </w:r>
            <w:proofErr w:type="spellEnd"/>
            <w:r w:rsidRPr="004543E3">
              <w:t xml:space="preserve"> </w:t>
            </w:r>
            <w:proofErr w:type="spellStart"/>
            <w:r w:rsidRPr="004543E3">
              <w:t>xét</w:t>
            </w:r>
            <w:proofErr w:type="spellEnd"/>
            <w:r w:rsidRPr="004543E3">
              <w:t xml:space="preserve"> </w:t>
            </w:r>
            <w:proofErr w:type="spellStart"/>
            <w:r w:rsidRPr="004543E3">
              <w:t>điều</w:t>
            </w:r>
            <w:proofErr w:type="spellEnd"/>
            <w:r w:rsidRPr="004543E3">
              <w:t xml:space="preserve"> </w:t>
            </w:r>
            <w:proofErr w:type="spellStart"/>
            <w:r w:rsidRPr="004543E3">
              <w:t>chỉnh</w:t>
            </w:r>
            <w:proofErr w:type="spellEnd"/>
            <w:r w:rsidRPr="004543E3">
              <w:t xml:space="preserve"> </w:t>
            </w:r>
            <w:proofErr w:type="spellStart"/>
            <w:r w:rsidRPr="004543E3">
              <w:t>để</w:t>
            </w:r>
            <w:proofErr w:type="spellEnd"/>
            <w:r w:rsidRPr="004543E3">
              <w:t xml:space="preserve"> </w:t>
            </w:r>
            <w:proofErr w:type="spellStart"/>
            <w:r w:rsidRPr="004543E3">
              <w:t>bảo</w:t>
            </w:r>
            <w:proofErr w:type="spellEnd"/>
            <w:r w:rsidRPr="004543E3">
              <w:t xml:space="preserve"> </w:t>
            </w:r>
            <w:proofErr w:type="spellStart"/>
            <w:r w:rsidRPr="004543E3">
              <w:t>đảm</w:t>
            </w:r>
            <w:proofErr w:type="spellEnd"/>
            <w:r w:rsidRPr="004543E3">
              <w:t xml:space="preserve"> </w:t>
            </w:r>
            <w:proofErr w:type="spellStart"/>
            <w:r w:rsidRPr="004543E3">
              <w:t>tính</w:t>
            </w:r>
            <w:proofErr w:type="spellEnd"/>
            <w:r w:rsidRPr="004543E3">
              <w:t xml:space="preserve"> </w:t>
            </w:r>
            <w:proofErr w:type="spellStart"/>
            <w:r w:rsidRPr="004543E3">
              <w:t>khả</w:t>
            </w:r>
            <w:proofErr w:type="spellEnd"/>
            <w:r w:rsidRPr="004543E3">
              <w:t xml:space="preserve"> </w:t>
            </w:r>
            <w:proofErr w:type="spellStart"/>
            <w:r w:rsidRPr="004543E3">
              <w:t>thi</w:t>
            </w:r>
            <w:proofErr w:type="spellEnd"/>
            <w:r w:rsidRPr="004543E3">
              <w:t xml:space="preserve"> </w:t>
            </w:r>
            <w:proofErr w:type="spellStart"/>
            <w:r w:rsidRPr="004543E3">
              <w:t>trong</w:t>
            </w:r>
            <w:proofErr w:type="spellEnd"/>
            <w:r w:rsidRPr="004543E3">
              <w:t xml:space="preserve"> </w:t>
            </w:r>
            <w:proofErr w:type="spellStart"/>
            <w:r w:rsidRPr="004543E3">
              <w:t>áp</w:t>
            </w:r>
            <w:proofErr w:type="spellEnd"/>
            <w:r w:rsidRPr="004543E3">
              <w:t xml:space="preserve"> </w:t>
            </w:r>
            <w:proofErr w:type="spellStart"/>
            <w:r w:rsidRPr="004543E3">
              <w:t>dụng</w:t>
            </w:r>
            <w:proofErr w:type="spellEnd"/>
            <w:r w:rsidRPr="004543E3">
              <w:t>.</w:t>
            </w:r>
          </w:p>
        </w:tc>
        <w:tc>
          <w:tcPr>
            <w:tcW w:w="3165" w:type="dxa"/>
          </w:tcPr>
          <w:p w14:paraId="150C90DA" w14:textId="77777777" w:rsidR="00855AF9" w:rsidRPr="004543E3" w:rsidRDefault="00855AF9" w:rsidP="00855AF9">
            <w:pPr>
              <w:jc w:val="both"/>
              <w:rPr>
                <w:szCs w:val="26"/>
              </w:rPr>
            </w:pPr>
          </w:p>
          <w:p w14:paraId="1E1DB69E" w14:textId="77777777" w:rsidR="00855AF9" w:rsidRPr="004543E3" w:rsidRDefault="00855AF9" w:rsidP="00855AF9">
            <w:pPr>
              <w:jc w:val="both"/>
              <w:rPr>
                <w:szCs w:val="26"/>
              </w:rPr>
            </w:pPr>
            <w:r w:rsidRPr="004543E3">
              <w:rPr>
                <w:szCs w:val="26"/>
              </w:rPr>
              <w:t xml:space="preserve">- </w:t>
            </w:r>
            <w:proofErr w:type="spellStart"/>
            <w:r w:rsidRPr="004543E3">
              <w:rPr>
                <w:szCs w:val="26"/>
              </w:rPr>
              <w:t>Tiếp</w:t>
            </w:r>
            <w:proofErr w:type="spellEnd"/>
            <w:r w:rsidRPr="004543E3">
              <w:rPr>
                <w:szCs w:val="26"/>
              </w:rPr>
              <w:t xml:space="preserve"> </w:t>
            </w:r>
            <w:proofErr w:type="spellStart"/>
            <w:r w:rsidRPr="004543E3">
              <w:rPr>
                <w:szCs w:val="26"/>
              </w:rPr>
              <w:t>thu</w:t>
            </w:r>
            <w:proofErr w:type="spellEnd"/>
            <w:r w:rsidRPr="004543E3">
              <w:rPr>
                <w:szCs w:val="26"/>
              </w:rPr>
              <w:t xml:space="preserve"> ý </w:t>
            </w:r>
            <w:proofErr w:type="spellStart"/>
            <w:r w:rsidRPr="004543E3">
              <w:rPr>
                <w:szCs w:val="26"/>
              </w:rPr>
              <w:t>kiến</w:t>
            </w:r>
            <w:proofErr w:type="spellEnd"/>
            <w:r w:rsidRPr="004543E3">
              <w:rPr>
                <w:szCs w:val="26"/>
              </w:rPr>
              <w:t xml:space="preserve"> </w:t>
            </w:r>
            <w:proofErr w:type="spellStart"/>
            <w:r w:rsidRPr="004543E3">
              <w:rPr>
                <w:szCs w:val="26"/>
              </w:rPr>
              <w:t>va</w:t>
            </w:r>
            <w:proofErr w:type="spellEnd"/>
            <w:r w:rsidRPr="004543E3">
              <w:rPr>
                <w:szCs w:val="26"/>
              </w:rPr>
              <w:t xml:space="preserve">̀ </w:t>
            </w:r>
            <w:proofErr w:type="spellStart"/>
            <w:r w:rsidRPr="004543E3">
              <w:rPr>
                <w:szCs w:val="26"/>
              </w:rPr>
              <w:t>đưa</w:t>
            </w:r>
            <w:proofErr w:type="spellEnd"/>
            <w:r w:rsidRPr="004543E3">
              <w:rPr>
                <w:szCs w:val="26"/>
              </w:rPr>
              <w:t xml:space="preserve"> </w:t>
            </w:r>
            <w:proofErr w:type="spellStart"/>
            <w:r w:rsidRPr="004543E3">
              <w:rPr>
                <w:szCs w:val="26"/>
              </w:rPr>
              <w:t>ra</w:t>
            </w:r>
            <w:proofErr w:type="spellEnd"/>
            <w:r w:rsidRPr="004543E3">
              <w:rPr>
                <w:szCs w:val="26"/>
              </w:rPr>
              <w:t xml:space="preserve"> </w:t>
            </w:r>
            <w:proofErr w:type="spellStart"/>
            <w:r w:rsidRPr="004543E3">
              <w:rPr>
                <w:szCs w:val="26"/>
              </w:rPr>
              <w:t>khỏi</w:t>
            </w:r>
            <w:proofErr w:type="spellEnd"/>
            <w:r w:rsidRPr="004543E3">
              <w:rPr>
                <w:szCs w:val="26"/>
              </w:rPr>
              <w:t xml:space="preserve"> </w:t>
            </w:r>
            <w:proofErr w:type="spellStart"/>
            <w:r w:rsidRPr="004543E3">
              <w:rPr>
                <w:szCs w:val="26"/>
              </w:rPr>
              <w:t>dư</w:t>
            </w:r>
            <w:proofErr w:type="spellEnd"/>
            <w:r w:rsidRPr="004543E3">
              <w:rPr>
                <w:szCs w:val="26"/>
              </w:rPr>
              <w:t xml:space="preserve">̣ </w:t>
            </w:r>
            <w:proofErr w:type="spellStart"/>
            <w:r w:rsidRPr="004543E3">
              <w:rPr>
                <w:szCs w:val="26"/>
              </w:rPr>
              <w:t>thảo</w:t>
            </w:r>
            <w:proofErr w:type="spellEnd"/>
            <w:r w:rsidRPr="004543E3">
              <w:rPr>
                <w:szCs w:val="26"/>
              </w:rPr>
              <w:t xml:space="preserve"> Thông </w:t>
            </w:r>
            <w:proofErr w:type="spellStart"/>
            <w:r w:rsidRPr="004543E3">
              <w:rPr>
                <w:szCs w:val="26"/>
              </w:rPr>
              <w:t>tư</w:t>
            </w:r>
            <w:proofErr w:type="spellEnd"/>
            <w:r w:rsidRPr="004543E3">
              <w:rPr>
                <w:szCs w:val="26"/>
              </w:rPr>
              <w:t>.</w:t>
            </w:r>
          </w:p>
          <w:p w14:paraId="74F38072" w14:textId="77777777" w:rsidR="00855AF9" w:rsidRPr="004543E3" w:rsidRDefault="00855AF9" w:rsidP="00855AF9">
            <w:pPr>
              <w:jc w:val="both"/>
              <w:rPr>
                <w:szCs w:val="26"/>
              </w:rPr>
            </w:pPr>
          </w:p>
          <w:p w14:paraId="3C938655" w14:textId="77777777" w:rsidR="00855AF9" w:rsidRPr="004543E3" w:rsidRDefault="00855AF9" w:rsidP="00855AF9">
            <w:pPr>
              <w:jc w:val="both"/>
              <w:rPr>
                <w:szCs w:val="26"/>
              </w:rPr>
            </w:pPr>
          </w:p>
          <w:p w14:paraId="02953A88" w14:textId="77777777" w:rsidR="00855AF9" w:rsidRPr="004543E3" w:rsidRDefault="00855AF9" w:rsidP="00855AF9">
            <w:pPr>
              <w:jc w:val="both"/>
              <w:rPr>
                <w:szCs w:val="26"/>
              </w:rPr>
            </w:pPr>
          </w:p>
          <w:p w14:paraId="31F32A1B" w14:textId="77777777" w:rsidR="00855AF9" w:rsidRPr="004543E3" w:rsidRDefault="00855AF9" w:rsidP="00855AF9">
            <w:pPr>
              <w:jc w:val="both"/>
              <w:rPr>
                <w:szCs w:val="26"/>
              </w:rPr>
            </w:pPr>
            <w:r w:rsidRPr="004543E3">
              <w:rPr>
                <w:szCs w:val="26"/>
              </w:rPr>
              <w:t xml:space="preserve">- Ban </w:t>
            </w:r>
            <w:proofErr w:type="spellStart"/>
            <w:r w:rsidRPr="004543E3">
              <w:rPr>
                <w:szCs w:val="26"/>
              </w:rPr>
              <w:t>soạn</w:t>
            </w:r>
            <w:proofErr w:type="spellEnd"/>
            <w:r w:rsidRPr="004543E3">
              <w:rPr>
                <w:szCs w:val="26"/>
              </w:rPr>
              <w:t xml:space="preserve"> </w:t>
            </w:r>
            <w:proofErr w:type="spellStart"/>
            <w:r w:rsidRPr="004543E3">
              <w:rPr>
                <w:szCs w:val="26"/>
              </w:rPr>
              <w:t>thảo</w:t>
            </w:r>
            <w:proofErr w:type="spellEnd"/>
            <w:r w:rsidRPr="004543E3">
              <w:rPr>
                <w:szCs w:val="26"/>
              </w:rPr>
              <w:t xml:space="preserve"> </w:t>
            </w:r>
            <w:proofErr w:type="spellStart"/>
            <w:r w:rsidRPr="004543E3">
              <w:rPr>
                <w:szCs w:val="26"/>
              </w:rPr>
              <w:t>đưa</w:t>
            </w:r>
            <w:proofErr w:type="spellEnd"/>
            <w:r w:rsidRPr="004543E3">
              <w:rPr>
                <w:szCs w:val="26"/>
              </w:rPr>
              <w:t xml:space="preserve"> </w:t>
            </w:r>
            <w:proofErr w:type="spellStart"/>
            <w:r w:rsidRPr="004543E3">
              <w:rPr>
                <w:szCs w:val="26"/>
              </w:rPr>
              <w:t>ra</w:t>
            </w:r>
            <w:proofErr w:type="spellEnd"/>
            <w:r w:rsidRPr="004543E3">
              <w:rPr>
                <w:szCs w:val="26"/>
              </w:rPr>
              <w:t xml:space="preserve"> </w:t>
            </w:r>
            <w:proofErr w:type="spellStart"/>
            <w:r w:rsidRPr="004543E3">
              <w:rPr>
                <w:szCs w:val="26"/>
              </w:rPr>
              <w:t>khỏi</w:t>
            </w:r>
            <w:proofErr w:type="spellEnd"/>
            <w:r w:rsidRPr="004543E3">
              <w:rPr>
                <w:szCs w:val="26"/>
              </w:rPr>
              <w:t xml:space="preserve"> </w:t>
            </w:r>
            <w:proofErr w:type="spellStart"/>
            <w:r w:rsidRPr="004543E3">
              <w:rPr>
                <w:szCs w:val="26"/>
              </w:rPr>
              <w:t>dư</w:t>
            </w:r>
            <w:proofErr w:type="spellEnd"/>
            <w:r w:rsidRPr="004543E3">
              <w:rPr>
                <w:szCs w:val="26"/>
              </w:rPr>
              <w:t xml:space="preserve">̣ </w:t>
            </w:r>
            <w:proofErr w:type="spellStart"/>
            <w:r w:rsidRPr="004543E3">
              <w:rPr>
                <w:szCs w:val="26"/>
              </w:rPr>
              <w:t>thảo</w:t>
            </w:r>
            <w:proofErr w:type="spellEnd"/>
            <w:r w:rsidRPr="004543E3">
              <w:rPr>
                <w:szCs w:val="26"/>
              </w:rPr>
              <w:t xml:space="preserve"> Thông </w:t>
            </w:r>
            <w:proofErr w:type="spellStart"/>
            <w:r w:rsidRPr="004543E3">
              <w:rPr>
                <w:szCs w:val="26"/>
              </w:rPr>
              <w:t>tư</w:t>
            </w:r>
            <w:proofErr w:type="spellEnd"/>
            <w:r w:rsidRPr="004543E3">
              <w:rPr>
                <w:szCs w:val="26"/>
              </w:rPr>
              <w:t xml:space="preserve"> </w:t>
            </w:r>
            <w:proofErr w:type="spellStart"/>
            <w:r w:rsidRPr="004543E3">
              <w:rPr>
                <w:szCs w:val="26"/>
              </w:rPr>
              <w:t>bởi</w:t>
            </w:r>
            <w:proofErr w:type="spellEnd"/>
            <w:r w:rsidRPr="004543E3">
              <w:rPr>
                <w:szCs w:val="26"/>
              </w:rPr>
              <w:t xml:space="preserve"> vì </w:t>
            </w:r>
            <w:proofErr w:type="spellStart"/>
            <w:r w:rsidRPr="004543E3">
              <w:rPr>
                <w:szCs w:val="26"/>
              </w:rPr>
              <w:t>dư</w:t>
            </w:r>
            <w:proofErr w:type="spellEnd"/>
            <w:r w:rsidRPr="004543E3">
              <w:rPr>
                <w:szCs w:val="26"/>
              </w:rPr>
              <w:t xml:space="preserve">̣ </w:t>
            </w:r>
            <w:proofErr w:type="spellStart"/>
            <w:r w:rsidRPr="004543E3">
              <w:rPr>
                <w:szCs w:val="26"/>
              </w:rPr>
              <w:t>thảo</w:t>
            </w:r>
            <w:proofErr w:type="spellEnd"/>
            <w:r w:rsidRPr="004543E3">
              <w:rPr>
                <w:szCs w:val="26"/>
              </w:rPr>
              <w:t xml:space="preserve"> Thông </w:t>
            </w:r>
            <w:proofErr w:type="spellStart"/>
            <w:r w:rsidRPr="004543E3">
              <w:rPr>
                <w:szCs w:val="26"/>
              </w:rPr>
              <w:t>tư</w:t>
            </w:r>
            <w:proofErr w:type="spellEnd"/>
            <w:r w:rsidRPr="004543E3">
              <w:rPr>
                <w:szCs w:val="26"/>
              </w:rPr>
              <w:t xml:space="preserve"> </w:t>
            </w:r>
            <w:proofErr w:type="spellStart"/>
            <w:r w:rsidRPr="004543E3">
              <w:rPr>
                <w:szCs w:val="26"/>
              </w:rPr>
              <w:t>tập</w:t>
            </w:r>
            <w:proofErr w:type="spellEnd"/>
            <w:r w:rsidRPr="004543E3">
              <w:rPr>
                <w:szCs w:val="26"/>
              </w:rPr>
              <w:t xml:space="preserve"> </w:t>
            </w:r>
            <w:proofErr w:type="spellStart"/>
            <w:r w:rsidRPr="004543E3">
              <w:rPr>
                <w:szCs w:val="26"/>
              </w:rPr>
              <w:t>trung</w:t>
            </w:r>
            <w:proofErr w:type="spellEnd"/>
            <w:r w:rsidRPr="004543E3">
              <w:rPr>
                <w:szCs w:val="26"/>
              </w:rPr>
              <w:t xml:space="preserve"> </w:t>
            </w:r>
            <w:proofErr w:type="spellStart"/>
            <w:r w:rsidRPr="004543E3">
              <w:rPr>
                <w:szCs w:val="26"/>
              </w:rPr>
              <w:t>vào</w:t>
            </w:r>
            <w:proofErr w:type="spellEnd"/>
            <w:r w:rsidRPr="004543E3">
              <w:rPr>
                <w:szCs w:val="26"/>
              </w:rPr>
              <w:t xml:space="preserve"> </w:t>
            </w:r>
            <w:proofErr w:type="spellStart"/>
            <w:r w:rsidRPr="004543E3">
              <w:rPr>
                <w:szCs w:val="26"/>
              </w:rPr>
              <w:t>xây</w:t>
            </w:r>
            <w:proofErr w:type="spellEnd"/>
            <w:r w:rsidRPr="004543E3">
              <w:rPr>
                <w:szCs w:val="26"/>
              </w:rPr>
              <w:t xml:space="preserve"> </w:t>
            </w:r>
            <w:proofErr w:type="spellStart"/>
            <w:r w:rsidRPr="004543E3">
              <w:rPr>
                <w:szCs w:val="26"/>
              </w:rPr>
              <w:t>dựng</w:t>
            </w:r>
            <w:proofErr w:type="spellEnd"/>
            <w:r w:rsidRPr="004543E3">
              <w:rPr>
                <w:szCs w:val="26"/>
              </w:rPr>
              <w:t xml:space="preserve"> </w:t>
            </w:r>
            <w:proofErr w:type="spellStart"/>
            <w:r w:rsidRPr="004543E3">
              <w:rPr>
                <w:szCs w:val="26"/>
              </w:rPr>
              <w:t>các</w:t>
            </w:r>
            <w:proofErr w:type="spellEnd"/>
            <w:r w:rsidRPr="004543E3">
              <w:rPr>
                <w:szCs w:val="26"/>
              </w:rPr>
              <w:t xml:space="preserve"> </w:t>
            </w:r>
            <w:proofErr w:type="spellStart"/>
            <w:r w:rsidRPr="004543E3">
              <w:rPr>
                <w:szCs w:val="26"/>
              </w:rPr>
              <w:t>tiêu</w:t>
            </w:r>
            <w:proofErr w:type="spellEnd"/>
            <w:r w:rsidRPr="004543E3">
              <w:rPr>
                <w:szCs w:val="26"/>
              </w:rPr>
              <w:t xml:space="preserve"> </w:t>
            </w:r>
            <w:proofErr w:type="spellStart"/>
            <w:r w:rsidRPr="004543E3">
              <w:rPr>
                <w:szCs w:val="26"/>
              </w:rPr>
              <w:t>chuẩn</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môn</w:t>
            </w:r>
            <w:proofErr w:type="spellEnd"/>
            <w:r w:rsidRPr="004543E3">
              <w:rPr>
                <w:szCs w:val="26"/>
              </w:rPr>
              <w:t xml:space="preserve">, </w:t>
            </w:r>
            <w:proofErr w:type="spellStart"/>
            <w:r w:rsidRPr="004543E3">
              <w:rPr>
                <w:szCs w:val="26"/>
              </w:rPr>
              <w:t>nghiệp</w:t>
            </w:r>
            <w:proofErr w:type="spellEnd"/>
            <w:r w:rsidRPr="004543E3">
              <w:rPr>
                <w:szCs w:val="26"/>
              </w:rPr>
              <w:t xml:space="preserve"> vụ </w:t>
            </w:r>
            <w:proofErr w:type="spellStart"/>
            <w:r w:rsidRPr="004543E3">
              <w:rPr>
                <w:szCs w:val="26"/>
              </w:rPr>
              <w:t>của</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chức</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chức</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ngành</w:t>
            </w:r>
            <w:proofErr w:type="spellEnd"/>
            <w:r w:rsidRPr="004543E3">
              <w:rPr>
                <w:szCs w:val="26"/>
              </w:rPr>
              <w:t xml:space="preserve"> </w:t>
            </w:r>
            <w:proofErr w:type="spellStart"/>
            <w:r w:rsidRPr="004543E3">
              <w:rPr>
                <w:szCs w:val="26"/>
              </w:rPr>
              <w:t>kiểm</w:t>
            </w:r>
            <w:proofErr w:type="spellEnd"/>
            <w:r w:rsidRPr="004543E3">
              <w:rPr>
                <w:szCs w:val="26"/>
              </w:rPr>
              <w:t xml:space="preserve"> </w:t>
            </w:r>
            <w:proofErr w:type="spellStart"/>
            <w:r w:rsidRPr="004543E3">
              <w:rPr>
                <w:szCs w:val="26"/>
              </w:rPr>
              <w:t>soát</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chất</w:t>
            </w:r>
            <w:proofErr w:type="spellEnd"/>
            <w:r w:rsidRPr="004543E3">
              <w:rPr>
                <w:szCs w:val="26"/>
              </w:rPr>
              <w:t xml:space="preserve"> </w:t>
            </w:r>
            <w:proofErr w:type="spellStart"/>
            <w:r w:rsidRPr="004543E3">
              <w:rPr>
                <w:szCs w:val="26"/>
              </w:rPr>
              <w:t>lượng</w:t>
            </w:r>
            <w:proofErr w:type="spellEnd"/>
            <w:r w:rsidRPr="004543E3">
              <w:rPr>
                <w:szCs w:val="26"/>
              </w:rPr>
              <w:t xml:space="preserve"> </w:t>
            </w:r>
            <w:proofErr w:type="spellStart"/>
            <w:r w:rsidRPr="004543E3">
              <w:rPr>
                <w:szCs w:val="26"/>
              </w:rPr>
              <w:t>sản</w:t>
            </w:r>
            <w:proofErr w:type="spellEnd"/>
            <w:r w:rsidRPr="004543E3">
              <w:rPr>
                <w:szCs w:val="26"/>
              </w:rPr>
              <w:t xml:space="preserve"> </w:t>
            </w:r>
            <w:proofErr w:type="spellStart"/>
            <w:r w:rsidRPr="004543E3">
              <w:rPr>
                <w:szCs w:val="26"/>
              </w:rPr>
              <w:t>phẩm</w:t>
            </w:r>
            <w:proofErr w:type="spellEnd"/>
            <w:r w:rsidRPr="004543E3">
              <w:rPr>
                <w:szCs w:val="26"/>
              </w:rPr>
              <w:t xml:space="preserve">, </w:t>
            </w:r>
            <w:proofErr w:type="spellStart"/>
            <w:r w:rsidRPr="004543E3">
              <w:rPr>
                <w:szCs w:val="26"/>
              </w:rPr>
              <w:t>hàng</w:t>
            </w:r>
            <w:proofErr w:type="spellEnd"/>
            <w:r w:rsidRPr="004543E3">
              <w:rPr>
                <w:szCs w:val="26"/>
              </w:rPr>
              <w:t xml:space="preserve"> </w:t>
            </w:r>
            <w:proofErr w:type="spellStart"/>
            <w:r w:rsidRPr="004543E3">
              <w:rPr>
                <w:szCs w:val="26"/>
              </w:rPr>
              <w:t>hóa</w:t>
            </w:r>
            <w:proofErr w:type="spellEnd"/>
            <w:r w:rsidRPr="004543E3">
              <w:rPr>
                <w:szCs w:val="26"/>
              </w:rPr>
              <w:t xml:space="preserve"> </w:t>
            </w:r>
            <w:proofErr w:type="spellStart"/>
            <w:r w:rsidRPr="004543E3">
              <w:rPr>
                <w:szCs w:val="26"/>
              </w:rPr>
              <w:t>theo</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định</w:t>
            </w:r>
            <w:proofErr w:type="spellEnd"/>
            <w:r w:rsidRPr="004543E3">
              <w:rPr>
                <w:szCs w:val="26"/>
              </w:rPr>
              <w:t xml:space="preserve"> </w:t>
            </w:r>
            <w:proofErr w:type="spellStart"/>
            <w:r w:rsidRPr="004543E3">
              <w:rPr>
                <w:szCs w:val="26"/>
              </w:rPr>
              <w:t>tại</w:t>
            </w:r>
            <w:proofErr w:type="spellEnd"/>
            <w:r w:rsidRPr="004543E3">
              <w:rPr>
                <w:szCs w:val="26"/>
              </w:rPr>
              <w:t xml:space="preserve"> </w:t>
            </w:r>
            <w:proofErr w:type="spellStart"/>
            <w:r w:rsidRPr="004543E3">
              <w:rPr>
                <w:szCs w:val="26"/>
              </w:rPr>
              <w:t>khoản</w:t>
            </w:r>
            <w:proofErr w:type="spellEnd"/>
            <w:r w:rsidRPr="004543E3">
              <w:rPr>
                <w:szCs w:val="26"/>
              </w:rPr>
              <w:t xml:space="preserve"> 4 </w:t>
            </w:r>
            <w:proofErr w:type="spellStart"/>
            <w:r w:rsidRPr="004543E3">
              <w:rPr>
                <w:szCs w:val="26"/>
              </w:rPr>
              <w:t>Điều</w:t>
            </w:r>
            <w:proofErr w:type="spellEnd"/>
            <w:r w:rsidRPr="004543E3">
              <w:rPr>
                <w:szCs w:val="26"/>
              </w:rPr>
              <w:t xml:space="preserve"> 16 </w:t>
            </w:r>
            <w:proofErr w:type="spellStart"/>
            <w:r w:rsidRPr="004543E3">
              <w:rPr>
                <w:szCs w:val="26"/>
              </w:rPr>
              <w:t>Nghị</w:t>
            </w:r>
            <w:proofErr w:type="spellEnd"/>
            <w:r w:rsidRPr="004543E3">
              <w:rPr>
                <w:szCs w:val="26"/>
              </w:rPr>
              <w:t xml:space="preserve"> </w:t>
            </w:r>
            <w:proofErr w:type="spellStart"/>
            <w:r w:rsidRPr="004543E3">
              <w:rPr>
                <w:szCs w:val="26"/>
              </w:rPr>
              <w:t>định</w:t>
            </w:r>
            <w:proofErr w:type="spellEnd"/>
            <w:r w:rsidRPr="004543E3">
              <w:rPr>
                <w:szCs w:val="26"/>
              </w:rPr>
              <w:t xml:space="preserve"> </w:t>
            </w:r>
            <w:proofErr w:type="spellStart"/>
            <w:r w:rsidRPr="004543E3">
              <w:rPr>
                <w:szCs w:val="26"/>
              </w:rPr>
              <w:t>số</w:t>
            </w:r>
            <w:proofErr w:type="spellEnd"/>
            <w:r w:rsidRPr="004543E3">
              <w:rPr>
                <w:szCs w:val="26"/>
              </w:rPr>
              <w:t xml:space="preserve"> 37/2026/NĐ-CP; </w:t>
            </w:r>
            <w:proofErr w:type="spellStart"/>
            <w:r w:rsidRPr="004543E3">
              <w:rPr>
                <w:szCs w:val="26"/>
              </w:rPr>
              <w:t>không</w:t>
            </w:r>
            <w:proofErr w:type="spellEnd"/>
            <w:r w:rsidRPr="004543E3">
              <w:rPr>
                <w:szCs w:val="26"/>
              </w:rPr>
              <w:t xml:space="preserve"> </w:t>
            </w:r>
            <w:proofErr w:type="spellStart"/>
            <w:r w:rsidRPr="004543E3">
              <w:rPr>
                <w:szCs w:val="26"/>
              </w:rPr>
              <w:t>thay</w:t>
            </w:r>
            <w:proofErr w:type="spellEnd"/>
            <w:r w:rsidRPr="004543E3">
              <w:rPr>
                <w:szCs w:val="26"/>
              </w:rPr>
              <w:t xml:space="preserve"> </w:t>
            </w:r>
            <w:proofErr w:type="spellStart"/>
            <w:r w:rsidRPr="004543E3">
              <w:rPr>
                <w:szCs w:val="26"/>
              </w:rPr>
              <w:t>thế</w:t>
            </w:r>
            <w:proofErr w:type="spellEnd"/>
            <w:r w:rsidRPr="004543E3">
              <w:rPr>
                <w:szCs w:val="26"/>
              </w:rPr>
              <w:t xml:space="preserve"> </w:t>
            </w:r>
            <w:proofErr w:type="spellStart"/>
            <w:r w:rsidRPr="004543E3">
              <w:rPr>
                <w:szCs w:val="26"/>
              </w:rPr>
              <w:t>hoặc</w:t>
            </w:r>
            <w:proofErr w:type="spellEnd"/>
            <w:r w:rsidRPr="004543E3">
              <w:rPr>
                <w:szCs w:val="26"/>
              </w:rPr>
              <w:t xml:space="preserve"> </w:t>
            </w:r>
            <w:proofErr w:type="spellStart"/>
            <w:r w:rsidRPr="004543E3">
              <w:rPr>
                <w:szCs w:val="26"/>
              </w:rPr>
              <w:t>điều</w:t>
            </w:r>
            <w:proofErr w:type="spellEnd"/>
            <w:r w:rsidRPr="004543E3">
              <w:rPr>
                <w:szCs w:val="26"/>
              </w:rPr>
              <w:t xml:space="preserve"> </w:t>
            </w:r>
            <w:proofErr w:type="spellStart"/>
            <w:r w:rsidRPr="004543E3">
              <w:rPr>
                <w:szCs w:val="26"/>
              </w:rPr>
              <w:t>chỉnh</w:t>
            </w:r>
            <w:proofErr w:type="spellEnd"/>
            <w:r w:rsidRPr="004543E3">
              <w:rPr>
                <w:szCs w:val="26"/>
              </w:rPr>
              <w:t xml:space="preserve"> </w:t>
            </w:r>
            <w:proofErr w:type="spellStart"/>
            <w:r w:rsidRPr="004543E3">
              <w:rPr>
                <w:szCs w:val="26"/>
              </w:rPr>
              <w:t>các</w:t>
            </w:r>
            <w:proofErr w:type="spellEnd"/>
            <w:r w:rsidRPr="004543E3">
              <w:rPr>
                <w:szCs w:val="26"/>
              </w:rPr>
              <w:t xml:space="preserve"> </w:t>
            </w:r>
            <w:proofErr w:type="spellStart"/>
            <w:r w:rsidRPr="004543E3">
              <w:rPr>
                <w:szCs w:val="26"/>
              </w:rPr>
              <w:t>nội</w:t>
            </w:r>
            <w:proofErr w:type="spellEnd"/>
            <w:r w:rsidRPr="004543E3">
              <w:rPr>
                <w:szCs w:val="26"/>
              </w:rPr>
              <w:t xml:space="preserve"> dung </w:t>
            </w:r>
            <w:proofErr w:type="spellStart"/>
            <w:r w:rsidRPr="004543E3">
              <w:rPr>
                <w:szCs w:val="26"/>
              </w:rPr>
              <w:t>liên</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đến</w:t>
            </w:r>
            <w:proofErr w:type="spellEnd"/>
            <w:r w:rsidRPr="004543E3">
              <w:rPr>
                <w:szCs w:val="26"/>
              </w:rPr>
              <w:t xml:space="preserve"> </w:t>
            </w:r>
            <w:proofErr w:type="spellStart"/>
            <w:r w:rsidRPr="004543E3">
              <w:rPr>
                <w:szCs w:val="26"/>
              </w:rPr>
              <w:t>vị</w:t>
            </w:r>
            <w:proofErr w:type="spellEnd"/>
            <w:r w:rsidRPr="004543E3">
              <w:rPr>
                <w:szCs w:val="26"/>
              </w:rPr>
              <w:t xml:space="preserve"> </w:t>
            </w:r>
            <w:proofErr w:type="spellStart"/>
            <w:r w:rsidRPr="004543E3">
              <w:rPr>
                <w:szCs w:val="26"/>
              </w:rPr>
              <w:t>trí</w:t>
            </w:r>
            <w:proofErr w:type="spellEnd"/>
            <w:r w:rsidRPr="004543E3">
              <w:rPr>
                <w:szCs w:val="26"/>
              </w:rPr>
              <w:t xml:space="preserve"> </w:t>
            </w:r>
            <w:proofErr w:type="spellStart"/>
            <w:r w:rsidRPr="004543E3">
              <w:rPr>
                <w:szCs w:val="26"/>
              </w:rPr>
              <w:t>việc</w:t>
            </w:r>
            <w:proofErr w:type="spellEnd"/>
            <w:r w:rsidRPr="004543E3">
              <w:rPr>
                <w:szCs w:val="26"/>
              </w:rPr>
              <w:t xml:space="preserve"> </w:t>
            </w:r>
            <w:proofErr w:type="spellStart"/>
            <w:r w:rsidRPr="004543E3">
              <w:rPr>
                <w:szCs w:val="26"/>
              </w:rPr>
              <w:t>làm</w:t>
            </w:r>
            <w:proofErr w:type="spellEnd"/>
            <w:r w:rsidRPr="004543E3">
              <w:rPr>
                <w:szCs w:val="26"/>
              </w:rPr>
              <w:t xml:space="preserve">, </w:t>
            </w:r>
            <w:proofErr w:type="spellStart"/>
            <w:r w:rsidRPr="004543E3">
              <w:rPr>
                <w:szCs w:val="26"/>
              </w:rPr>
              <w:t>khung</w:t>
            </w:r>
            <w:proofErr w:type="spellEnd"/>
            <w:r w:rsidRPr="004543E3">
              <w:rPr>
                <w:szCs w:val="26"/>
              </w:rPr>
              <w:t xml:space="preserve"> </w:t>
            </w:r>
            <w:proofErr w:type="spellStart"/>
            <w:r w:rsidRPr="004543E3">
              <w:rPr>
                <w:szCs w:val="26"/>
              </w:rPr>
              <w:t>năng</w:t>
            </w:r>
            <w:proofErr w:type="spellEnd"/>
            <w:r w:rsidRPr="004543E3">
              <w:rPr>
                <w:szCs w:val="26"/>
              </w:rPr>
              <w:t xml:space="preserve"> </w:t>
            </w:r>
            <w:proofErr w:type="spellStart"/>
            <w:r w:rsidRPr="004543E3">
              <w:rPr>
                <w:szCs w:val="26"/>
              </w:rPr>
              <w:t>lực</w:t>
            </w:r>
            <w:proofErr w:type="spellEnd"/>
            <w:r w:rsidRPr="004543E3">
              <w:rPr>
                <w:szCs w:val="26"/>
              </w:rPr>
              <w:t xml:space="preserve"> </w:t>
            </w:r>
            <w:proofErr w:type="spellStart"/>
            <w:r w:rsidRPr="004543E3">
              <w:rPr>
                <w:szCs w:val="26"/>
              </w:rPr>
              <w:t>đối</w:t>
            </w:r>
            <w:proofErr w:type="spellEnd"/>
            <w:r w:rsidRPr="004543E3">
              <w:rPr>
                <w:szCs w:val="26"/>
              </w:rPr>
              <w:t xml:space="preserve"> </w:t>
            </w:r>
            <w:proofErr w:type="spellStart"/>
            <w:r w:rsidRPr="004543E3">
              <w:rPr>
                <w:szCs w:val="26"/>
              </w:rPr>
              <w:t>với</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ngành</w:t>
            </w:r>
            <w:proofErr w:type="spellEnd"/>
            <w:r w:rsidRPr="004543E3">
              <w:rPr>
                <w:szCs w:val="26"/>
              </w:rPr>
              <w:t xml:space="preserve"> </w:t>
            </w:r>
            <w:proofErr w:type="spellStart"/>
            <w:r w:rsidRPr="004543E3">
              <w:rPr>
                <w:szCs w:val="26"/>
              </w:rPr>
              <w:t>kiểm</w:t>
            </w:r>
            <w:proofErr w:type="spellEnd"/>
            <w:r w:rsidRPr="004543E3">
              <w:rPr>
                <w:szCs w:val="26"/>
              </w:rPr>
              <w:t xml:space="preserve"> </w:t>
            </w:r>
            <w:proofErr w:type="spellStart"/>
            <w:r w:rsidRPr="004543E3">
              <w:rPr>
                <w:szCs w:val="26"/>
              </w:rPr>
              <w:t>soát</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chất</w:t>
            </w:r>
            <w:proofErr w:type="spellEnd"/>
            <w:r w:rsidRPr="004543E3">
              <w:rPr>
                <w:szCs w:val="26"/>
              </w:rPr>
              <w:t xml:space="preserve"> </w:t>
            </w:r>
            <w:proofErr w:type="spellStart"/>
            <w:r w:rsidRPr="004543E3">
              <w:rPr>
                <w:szCs w:val="26"/>
              </w:rPr>
              <w:t>lượng</w:t>
            </w:r>
            <w:proofErr w:type="spellEnd"/>
            <w:r w:rsidRPr="004543E3">
              <w:rPr>
                <w:szCs w:val="26"/>
              </w:rPr>
              <w:t xml:space="preserve"> </w:t>
            </w:r>
            <w:proofErr w:type="spellStart"/>
            <w:r w:rsidRPr="004543E3">
              <w:rPr>
                <w:szCs w:val="26"/>
              </w:rPr>
              <w:t>sản</w:t>
            </w:r>
            <w:proofErr w:type="spellEnd"/>
            <w:r w:rsidRPr="004543E3">
              <w:rPr>
                <w:szCs w:val="26"/>
              </w:rPr>
              <w:t xml:space="preserve"> </w:t>
            </w:r>
            <w:proofErr w:type="spellStart"/>
            <w:r w:rsidRPr="004543E3">
              <w:rPr>
                <w:szCs w:val="26"/>
              </w:rPr>
              <w:t>phẩm</w:t>
            </w:r>
            <w:proofErr w:type="spellEnd"/>
            <w:r w:rsidRPr="004543E3">
              <w:rPr>
                <w:szCs w:val="26"/>
              </w:rPr>
              <w:t xml:space="preserve">, </w:t>
            </w:r>
            <w:proofErr w:type="spellStart"/>
            <w:r w:rsidRPr="004543E3">
              <w:rPr>
                <w:szCs w:val="26"/>
              </w:rPr>
              <w:t>hàng</w:t>
            </w:r>
            <w:proofErr w:type="spellEnd"/>
            <w:r w:rsidRPr="004543E3">
              <w:rPr>
                <w:szCs w:val="26"/>
              </w:rPr>
              <w:t xml:space="preserve"> </w:t>
            </w:r>
            <w:proofErr w:type="spellStart"/>
            <w:r w:rsidRPr="004543E3">
              <w:rPr>
                <w:szCs w:val="26"/>
              </w:rPr>
              <w:t>hóa</w:t>
            </w:r>
            <w:proofErr w:type="spellEnd"/>
            <w:r w:rsidRPr="004543E3">
              <w:rPr>
                <w:szCs w:val="26"/>
              </w:rPr>
              <w:t xml:space="preserve"> sẽ có </w:t>
            </w:r>
            <w:proofErr w:type="spellStart"/>
            <w:r w:rsidRPr="004543E3">
              <w:rPr>
                <w:szCs w:val="26"/>
              </w:rPr>
              <w:t>văn</w:t>
            </w:r>
            <w:proofErr w:type="spellEnd"/>
            <w:r w:rsidRPr="004543E3">
              <w:rPr>
                <w:szCs w:val="26"/>
              </w:rPr>
              <w:t xml:space="preserve"> </w:t>
            </w:r>
            <w:proofErr w:type="spellStart"/>
            <w:r w:rsidRPr="004543E3">
              <w:rPr>
                <w:szCs w:val="26"/>
              </w:rPr>
              <w:t>bản</w:t>
            </w:r>
            <w:proofErr w:type="spellEnd"/>
            <w:r w:rsidRPr="004543E3">
              <w:rPr>
                <w:szCs w:val="26"/>
              </w:rPr>
              <w:t xml:space="preserve"> </w:t>
            </w:r>
            <w:proofErr w:type="spellStart"/>
            <w:r w:rsidRPr="004543E3">
              <w:rPr>
                <w:szCs w:val="26"/>
              </w:rPr>
              <w:t>hướng</w:t>
            </w:r>
            <w:proofErr w:type="spellEnd"/>
            <w:r w:rsidRPr="004543E3">
              <w:rPr>
                <w:szCs w:val="26"/>
              </w:rPr>
              <w:t xml:space="preserve"> </w:t>
            </w:r>
            <w:proofErr w:type="spellStart"/>
            <w:r w:rsidRPr="004543E3">
              <w:rPr>
                <w:szCs w:val="26"/>
              </w:rPr>
              <w:t>dẫn</w:t>
            </w:r>
            <w:proofErr w:type="spellEnd"/>
            <w:r w:rsidRPr="004543E3">
              <w:rPr>
                <w:szCs w:val="26"/>
              </w:rPr>
              <w:t xml:space="preserve"> </w:t>
            </w:r>
            <w:proofErr w:type="spellStart"/>
            <w:r w:rsidRPr="004543E3">
              <w:rPr>
                <w:szCs w:val="26"/>
              </w:rPr>
              <w:t>riêng</w:t>
            </w:r>
            <w:proofErr w:type="spellEnd"/>
            <w:r w:rsidRPr="004543E3">
              <w:rPr>
                <w:szCs w:val="26"/>
              </w:rPr>
              <w:t>.</w:t>
            </w:r>
          </w:p>
          <w:p w14:paraId="58A31837" w14:textId="525BD439" w:rsidR="00855AF9" w:rsidRPr="004543E3" w:rsidRDefault="00855AF9" w:rsidP="00855AF9">
            <w:pPr>
              <w:jc w:val="both"/>
              <w:rPr>
                <w:szCs w:val="26"/>
              </w:rPr>
            </w:pPr>
            <w:r w:rsidRPr="004543E3">
              <w:rPr>
                <w:szCs w:val="26"/>
              </w:rPr>
              <w:t xml:space="preserve">- </w:t>
            </w:r>
            <w:proofErr w:type="spellStart"/>
            <w:r w:rsidRPr="004543E3">
              <w:rPr>
                <w:szCs w:val="26"/>
              </w:rPr>
              <w:t>Tiếp</w:t>
            </w:r>
            <w:proofErr w:type="spellEnd"/>
            <w:r w:rsidRPr="004543E3">
              <w:rPr>
                <w:szCs w:val="26"/>
              </w:rPr>
              <w:t xml:space="preserve"> </w:t>
            </w:r>
            <w:proofErr w:type="spellStart"/>
            <w:r w:rsidRPr="004543E3">
              <w:rPr>
                <w:szCs w:val="26"/>
              </w:rPr>
              <w:t>thu</w:t>
            </w:r>
            <w:proofErr w:type="spellEnd"/>
            <w:r w:rsidRPr="004543E3">
              <w:rPr>
                <w:szCs w:val="26"/>
              </w:rPr>
              <w:t xml:space="preserve"> ý </w:t>
            </w:r>
            <w:proofErr w:type="spellStart"/>
            <w:r w:rsidRPr="004543E3">
              <w:rPr>
                <w:szCs w:val="26"/>
              </w:rPr>
              <w:t>kiến</w:t>
            </w:r>
            <w:proofErr w:type="spellEnd"/>
            <w:r w:rsidRPr="004543E3">
              <w:rPr>
                <w:szCs w:val="26"/>
              </w:rPr>
              <w:t xml:space="preserve"> </w:t>
            </w:r>
            <w:proofErr w:type="spellStart"/>
            <w:r w:rsidRPr="004543E3">
              <w:rPr>
                <w:szCs w:val="26"/>
              </w:rPr>
              <w:t>va</w:t>
            </w:r>
            <w:proofErr w:type="spellEnd"/>
            <w:r w:rsidRPr="004543E3">
              <w:rPr>
                <w:szCs w:val="26"/>
              </w:rPr>
              <w:t xml:space="preserve">̀ Ban </w:t>
            </w:r>
            <w:proofErr w:type="spellStart"/>
            <w:r w:rsidRPr="004543E3">
              <w:rPr>
                <w:szCs w:val="26"/>
              </w:rPr>
              <w:t>soạn</w:t>
            </w:r>
            <w:proofErr w:type="spellEnd"/>
            <w:r w:rsidRPr="004543E3">
              <w:rPr>
                <w:szCs w:val="26"/>
              </w:rPr>
              <w:t xml:space="preserve"> </w:t>
            </w:r>
            <w:proofErr w:type="spellStart"/>
            <w:r w:rsidRPr="004543E3">
              <w:rPr>
                <w:szCs w:val="26"/>
              </w:rPr>
              <w:t>thảo</w:t>
            </w:r>
            <w:proofErr w:type="spellEnd"/>
            <w:r w:rsidRPr="004543E3">
              <w:rPr>
                <w:szCs w:val="26"/>
              </w:rPr>
              <w:t xml:space="preserve"> sẽ </w:t>
            </w:r>
            <w:proofErr w:type="spellStart"/>
            <w:r w:rsidRPr="004543E3">
              <w:rPr>
                <w:szCs w:val="26"/>
              </w:rPr>
              <w:t>đưa</w:t>
            </w:r>
            <w:proofErr w:type="spellEnd"/>
            <w:r w:rsidRPr="004543E3">
              <w:rPr>
                <w:szCs w:val="26"/>
              </w:rPr>
              <w:t xml:space="preserve"> </w:t>
            </w:r>
            <w:proofErr w:type="spellStart"/>
            <w:r w:rsidRPr="004543E3">
              <w:rPr>
                <w:szCs w:val="26"/>
              </w:rPr>
              <w:t>ra</w:t>
            </w:r>
            <w:proofErr w:type="spellEnd"/>
            <w:r w:rsidRPr="004543E3">
              <w:rPr>
                <w:szCs w:val="26"/>
              </w:rPr>
              <w:t xml:space="preserve"> </w:t>
            </w:r>
            <w:proofErr w:type="spellStart"/>
            <w:r w:rsidRPr="004543E3">
              <w:rPr>
                <w:szCs w:val="26"/>
              </w:rPr>
              <w:t>khỏi</w:t>
            </w:r>
            <w:proofErr w:type="spellEnd"/>
            <w:r w:rsidRPr="004543E3">
              <w:rPr>
                <w:szCs w:val="26"/>
              </w:rPr>
              <w:t xml:space="preserve"> </w:t>
            </w:r>
            <w:proofErr w:type="spellStart"/>
            <w:r w:rsidRPr="004543E3">
              <w:rPr>
                <w:szCs w:val="26"/>
              </w:rPr>
              <w:t>dư</w:t>
            </w:r>
            <w:proofErr w:type="spellEnd"/>
            <w:r w:rsidRPr="004543E3">
              <w:rPr>
                <w:szCs w:val="26"/>
              </w:rPr>
              <w:t xml:space="preserve">̣ </w:t>
            </w:r>
            <w:proofErr w:type="spellStart"/>
            <w:r w:rsidRPr="004543E3">
              <w:rPr>
                <w:szCs w:val="26"/>
              </w:rPr>
              <w:t>thảo</w:t>
            </w:r>
            <w:proofErr w:type="spellEnd"/>
            <w:r w:rsidRPr="004543E3">
              <w:rPr>
                <w:szCs w:val="26"/>
              </w:rPr>
              <w:t xml:space="preserve"> Thông </w:t>
            </w:r>
            <w:proofErr w:type="spellStart"/>
            <w:r w:rsidRPr="004543E3">
              <w:rPr>
                <w:szCs w:val="26"/>
              </w:rPr>
              <w:t>tư</w:t>
            </w:r>
            <w:proofErr w:type="spellEnd"/>
            <w:r w:rsidRPr="004543E3">
              <w:rPr>
                <w:szCs w:val="26"/>
              </w:rPr>
              <w:t xml:space="preserve"> </w:t>
            </w:r>
            <w:proofErr w:type="spellStart"/>
            <w:r w:rsidRPr="004543E3">
              <w:rPr>
                <w:szCs w:val="26"/>
              </w:rPr>
              <w:t>bởi</w:t>
            </w:r>
            <w:proofErr w:type="spellEnd"/>
            <w:r w:rsidRPr="004543E3">
              <w:rPr>
                <w:szCs w:val="26"/>
              </w:rPr>
              <w:t xml:space="preserve"> vì </w:t>
            </w:r>
            <w:proofErr w:type="spellStart"/>
            <w:r w:rsidRPr="004543E3">
              <w:rPr>
                <w:szCs w:val="26"/>
              </w:rPr>
              <w:t>dư</w:t>
            </w:r>
            <w:proofErr w:type="spellEnd"/>
            <w:r w:rsidRPr="004543E3">
              <w:rPr>
                <w:szCs w:val="26"/>
              </w:rPr>
              <w:t xml:space="preserve">̣ </w:t>
            </w:r>
            <w:proofErr w:type="spellStart"/>
            <w:r w:rsidRPr="004543E3">
              <w:rPr>
                <w:szCs w:val="26"/>
              </w:rPr>
              <w:t>thảo</w:t>
            </w:r>
            <w:proofErr w:type="spellEnd"/>
            <w:r w:rsidRPr="004543E3">
              <w:rPr>
                <w:szCs w:val="26"/>
              </w:rPr>
              <w:t xml:space="preserve"> Thông </w:t>
            </w:r>
            <w:proofErr w:type="spellStart"/>
            <w:r w:rsidRPr="004543E3">
              <w:rPr>
                <w:szCs w:val="26"/>
              </w:rPr>
              <w:t>tư</w:t>
            </w:r>
            <w:proofErr w:type="spellEnd"/>
            <w:r w:rsidRPr="004543E3">
              <w:rPr>
                <w:szCs w:val="26"/>
              </w:rPr>
              <w:t xml:space="preserve"> </w:t>
            </w:r>
            <w:proofErr w:type="spellStart"/>
            <w:r w:rsidRPr="004543E3">
              <w:rPr>
                <w:szCs w:val="26"/>
              </w:rPr>
              <w:t>tập</w:t>
            </w:r>
            <w:proofErr w:type="spellEnd"/>
            <w:r w:rsidRPr="004543E3">
              <w:rPr>
                <w:szCs w:val="26"/>
              </w:rPr>
              <w:t xml:space="preserve"> </w:t>
            </w:r>
            <w:proofErr w:type="spellStart"/>
            <w:r w:rsidRPr="004543E3">
              <w:rPr>
                <w:szCs w:val="26"/>
              </w:rPr>
              <w:t>trung</w:t>
            </w:r>
            <w:proofErr w:type="spellEnd"/>
            <w:r w:rsidRPr="004543E3">
              <w:rPr>
                <w:szCs w:val="26"/>
              </w:rPr>
              <w:t xml:space="preserve"> </w:t>
            </w:r>
            <w:proofErr w:type="spellStart"/>
            <w:r w:rsidRPr="004543E3">
              <w:rPr>
                <w:szCs w:val="26"/>
              </w:rPr>
              <w:t>vào</w:t>
            </w:r>
            <w:proofErr w:type="spellEnd"/>
            <w:r w:rsidRPr="004543E3">
              <w:rPr>
                <w:szCs w:val="26"/>
              </w:rPr>
              <w:t xml:space="preserve"> </w:t>
            </w:r>
            <w:proofErr w:type="spellStart"/>
            <w:r w:rsidRPr="004543E3">
              <w:rPr>
                <w:szCs w:val="26"/>
              </w:rPr>
              <w:t>xây</w:t>
            </w:r>
            <w:proofErr w:type="spellEnd"/>
            <w:r w:rsidRPr="004543E3">
              <w:rPr>
                <w:szCs w:val="26"/>
              </w:rPr>
              <w:t xml:space="preserve"> </w:t>
            </w:r>
            <w:proofErr w:type="spellStart"/>
            <w:r w:rsidRPr="004543E3">
              <w:rPr>
                <w:szCs w:val="26"/>
              </w:rPr>
              <w:t>dựng</w:t>
            </w:r>
            <w:proofErr w:type="spellEnd"/>
            <w:r w:rsidRPr="004543E3">
              <w:rPr>
                <w:szCs w:val="26"/>
              </w:rPr>
              <w:t xml:space="preserve"> </w:t>
            </w:r>
            <w:proofErr w:type="spellStart"/>
            <w:r w:rsidRPr="004543E3">
              <w:rPr>
                <w:szCs w:val="26"/>
              </w:rPr>
              <w:t>các</w:t>
            </w:r>
            <w:proofErr w:type="spellEnd"/>
            <w:r w:rsidRPr="004543E3">
              <w:rPr>
                <w:szCs w:val="26"/>
              </w:rPr>
              <w:t xml:space="preserve"> </w:t>
            </w:r>
            <w:proofErr w:type="spellStart"/>
            <w:r w:rsidRPr="004543E3">
              <w:rPr>
                <w:szCs w:val="26"/>
              </w:rPr>
              <w:t>tiêu</w:t>
            </w:r>
            <w:proofErr w:type="spellEnd"/>
            <w:r w:rsidRPr="004543E3">
              <w:rPr>
                <w:szCs w:val="26"/>
              </w:rPr>
              <w:t xml:space="preserve"> </w:t>
            </w:r>
            <w:proofErr w:type="spellStart"/>
            <w:r w:rsidRPr="004543E3">
              <w:rPr>
                <w:szCs w:val="26"/>
              </w:rPr>
              <w:t>chuẩn</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môn</w:t>
            </w:r>
            <w:proofErr w:type="spellEnd"/>
            <w:r w:rsidRPr="004543E3">
              <w:rPr>
                <w:szCs w:val="26"/>
              </w:rPr>
              <w:t xml:space="preserve">, </w:t>
            </w:r>
            <w:proofErr w:type="spellStart"/>
            <w:r w:rsidRPr="004543E3">
              <w:rPr>
                <w:szCs w:val="26"/>
              </w:rPr>
              <w:t>nghiệp</w:t>
            </w:r>
            <w:proofErr w:type="spellEnd"/>
            <w:r w:rsidRPr="004543E3">
              <w:rPr>
                <w:szCs w:val="26"/>
              </w:rPr>
              <w:t xml:space="preserve"> vụ </w:t>
            </w:r>
            <w:proofErr w:type="spellStart"/>
            <w:r w:rsidRPr="004543E3">
              <w:rPr>
                <w:szCs w:val="26"/>
              </w:rPr>
              <w:t>của</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lastRenderedPageBreak/>
              <w:t>chức</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chức</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ngành</w:t>
            </w:r>
            <w:proofErr w:type="spellEnd"/>
            <w:r w:rsidRPr="004543E3">
              <w:rPr>
                <w:szCs w:val="26"/>
              </w:rPr>
              <w:t xml:space="preserve"> </w:t>
            </w:r>
            <w:proofErr w:type="spellStart"/>
            <w:r w:rsidRPr="004543E3">
              <w:rPr>
                <w:szCs w:val="26"/>
              </w:rPr>
              <w:t>kiểm</w:t>
            </w:r>
            <w:proofErr w:type="spellEnd"/>
            <w:r w:rsidRPr="004543E3">
              <w:rPr>
                <w:szCs w:val="26"/>
              </w:rPr>
              <w:t xml:space="preserve"> </w:t>
            </w:r>
            <w:proofErr w:type="spellStart"/>
            <w:r w:rsidRPr="004543E3">
              <w:rPr>
                <w:szCs w:val="26"/>
              </w:rPr>
              <w:t>soát</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chất</w:t>
            </w:r>
            <w:proofErr w:type="spellEnd"/>
            <w:r w:rsidRPr="004543E3">
              <w:rPr>
                <w:szCs w:val="26"/>
              </w:rPr>
              <w:t xml:space="preserve"> </w:t>
            </w:r>
            <w:proofErr w:type="spellStart"/>
            <w:r w:rsidRPr="004543E3">
              <w:rPr>
                <w:szCs w:val="26"/>
              </w:rPr>
              <w:t>lượng</w:t>
            </w:r>
            <w:proofErr w:type="spellEnd"/>
            <w:r w:rsidRPr="004543E3">
              <w:rPr>
                <w:szCs w:val="26"/>
              </w:rPr>
              <w:t xml:space="preserve"> </w:t>
            </w:r>
            <w:proofErr w:type="spellStart"/>
            <w:r w:rsidRPr="004543E3">
              <w:rPr>
                <w:szCs w:val="26"/>
              </w:rPr>
              <w:t>sản</w:t>
            </w:r>
            <w:proofErr w:type="spellEnd"/>
            <w:r w:rsidRPr="004543E3">
              <w:rPr>
                <w:szCs w:val="26"/>
              </w:rPr>
              <w:t xml:space="preserve"> </w:t>
            </w:r>
            <w:proofErr w:type="spellStart"/>
            <w:r w:rsidRPr="004543E3">
              <w:rPr>
                <w:szCs w:val="26"/>
              </w:rPr>
              <w:t>phẩm</w:t>
            </w:r>
            <w:proofErr w:type="spellEnd"/>
            <w:r w:rsidRPr="004543E3">
              <w:rPr>
                <w:szCs w:val="26"/>
              </w:rPr>
              <w:t xml:space="preserve">, </w:t>
            </w:r>
            <w:proofErr w:type="spellStart"/>
            <w:r w:rsidRPr="004543E3">
              <w:rPr>
                <w:szCs w:val="26"/>
              </w:rPr>
              <w:t>hàng</w:t>
            </w:r>
            <w:proofErr w:type="spellEnd"/>
            <w:r w:rsidRPr="004543E3">
              <w:rPr>
                <w:szCs w:val="26"/>
              </w:rPr>
              <w:t xml:space="preserve"> </w:t>
            </w:r>
            <w:proofErr w:type="spellStart"/>
            <w:r w:rsidRPr="004543E3">
              <w:rPr>
                <w:szCs w:val="26"/>
              </w:rPr>
              <w:t>hóa</w:t>
            </w:r>
            <w:proofErr w:type="spellEnd"/>
            <w:r w:rsidRPr="004543E3">
              <w:rPr>
                <w:szCs w:val="26"/>
              </w:rPr>
              <w:t xml:space="preserve"> </w:t>
            </w:r>
            <w:proofErr w:type="spellStart"/>
            <w:r w:rsidRPr="004543E3">
              <w:rPr>
                <w:szCs w:val="26"/>
              </w:rPr>
              <w:t>theo</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định</w:t>
            </w:r>
            <w:proofErr w:type="spellEnd"/>
            <w:r w:rsidRPr="004543E3">
              <w:rPr>
                <w:szCs w:val="26"/>
              </w:rPr>
              <w:t xml:space="preserve"> </w:t>
            </w:r>
            <w:proofErr w:type="spellStart"/>
            <w:r w:rsidRPr="004543E3">
              <w:rPr>
                <w:szCs w:val="26"/>
              </w:rPr>
              <w:t>tại</w:t>
            </w:r>
            <w:proofErr w:type="spellEnd"/>
            <w:r w:rsidRPr="004543E3">
              <w:rPr>
                <w:szCs w:val="26"/>
              </w:rPr>
              <w:t xml:space="preserve"> </w:t>
            </w:r>
            <w:proofErr w:type="spellStart"/>
            <w:r w:rsidRPr="004543E3">
              <w:rPr>
                <w:szCs w:val="26"/>
              </w:rPr>
              <w:t>khoản</w:t>
            </w:r>
            <w:proofErr w:type="spellEnd"/>
            <w:r w:rsidRPr="004543E3">
              <w:rPr>
                <w:szCs w:val="26"/>
              </w:rPr>
              <w:t xml:space="preserve"> 4 </w:t>
            </w:r>
            <w:proofErr w:type="spellStart"/>
            <w:r w:rsidRPr="004543E3">
              <w:rPr>
                <w:szCs w:val="26"/>
              </w:rPr>
              <w:t>Điều</w:t>
            </w:r>
            <w:proofErr w:type="spellEnd"/>
            <w:r w:rsidRPr="004543E3">
              <w:rPr>
                <w:szCs w:val="26"/>
              </w:rPr>
              <w:t xml:space="preserve"> 16 </w:t>
            </w:r>
            <w:proofErr w:type="spellStart"/>
            <w:r w:rsidRPr="004543E3">
              <w:rPr>
                <w:szCs w:val="26"/>
              </w:rPr>
              <w:t>Nghị</w:t>
            </w:r>
            <w:proofErr w:type="spellEnd"/>
            <w:r w:rsidRPr="004543E3">
              <w:rPr>
                <w:szCs w:val="26"/>
              </w:rPr>
              <w:t xml:space="preserve"> </w:t>
            </w:r>
            <w:proofErr w:type="spellStart"/>
            <w:r w:rsidRPr="004543E3">
              <w:rPr>
                <w:szCs w:val="26"/>
              </w:rPr>
              <w:t>định</w:t>
            </w:r>
            <w:proofErr w:type="spellEnd"/>
            <w:r w:rsidRPr="004543E3">
              <w:rPr>
                <w:szCs w:val="26"/>
              </w:rPr>
              <w:t xml:space="preserve"> </w:t>
            </w:r>
            <w:proofErr w:type="spellStart"/>
            <w:r w:rsidRPr="004543E3">
              <w:rPr>
                <w:szCs w:val="26"/>
              </w:rPr>
              <w:t>số</w:t>
            </w:r>
            <w:proofErr w:type="spellEnd"/>
            <w:r w:rsidRPr="004543E3">
              <w:rPr>
                <w:szCs w:val="26"/>
              </w:rPr>
              <w:t xml:space="preserve"> 37/2026/NĐ-CP; </w:t>
            </w:r>
            <w:proofErr w:type="spellStart"/>
            <w:r w:rsidRPr="004543E3">
              <w:rPr>
                <w:szCs w:val="26"/>
              </w:rPr>
              <w:t>không</w:t>
            </w:r>
            <w:proofErr w:type="spellEnd"/>
            <w:r w:rsidRPr="004543E3">
              <w:rPr>
                <w:szCs w:val="26"/>
              </w:rPr>
              <w:t xml:space="preserve"> </w:t>
            </w:r>
            <w:proofErr w:type="spellStart"/>
            <w:r w:rsidRPr="004543E3">
              <w:rPr>
                <w:szCs w:val="26"/>
              </w:rPr>
              <w:t>thay</w:t>
            </w:r>
            <w:proofErr w:type="spellEnd"/>
            <w:r w:rsidRPr="004543E3">
              <w:rPr>
                <w:szCs w:val="26"/>
              </w:rPr>
              <w:t xml:space="preserve"> </w:t>
            </w:r>
            <w:proofErr w:type="spellStart"/>
            <w:r w:rsidRPr="004543E3">
              <w:rPr>
                <w:szCs w:val="26"/>
              </w:rPr>
              <w:t>thế</w:t>
            </w:r>
            <w:proofErr w:type="spellEnd"/>
            <w:r w:rsidRPr="004543E3">
              <w:rPr>
                <w:szCs w:val="26"/>
              </w:rPr>
              <w:t xml:space="preserve"> </w:t>
            </w:r>
            <w:proofErr w:type="spellStart"/>
            <w:r w:rsidRPr="004543E3">
              <w:rPr>
                <w:szCs w:val="26"/>
              </w:rPr>
              <w:t>hoặc</w:t>
            </w:r>
            <w:proofErr w:type="spellEnd"/>
            <w:r w:rsidRPr="004543E3">
              <w:rPr>
                <w:szCs w:val="26"/>
              </w:rPr>
              <w:t xml:space="preserve"> </w:t>
            </w:r>
            <w:proofErr w:type="spellStart"/>
            <w:r w:rsidRPr="004543E3">
              <w:rPr>
                <w:szCs w:val="26"/>
              </w:rPr>
              <w:t>điều</w:t>
            </w:r>
            <w:proofErr w:type="spellEnd"/>
            <w:r w:rsidRPr="004543E3">
              <w:rPr>
                <w:szCs w:val="26"/>
              </w:rPr>
              <w:t xml:space="preserve"> </w:t>
            </w:r>
            <w:proofErr w:type="spellStart"/>
            <w:r w:rsidRPr="004543E3">
              <w:rPr>
                <w:szCs w:val="26"/>
              </w:rPr>
              <w:t>chỉnh</w:t>
            </w:r>
            <w:proofErr w:type="spellEnd"/>
            <w:r w:rsidRPr="004543E3">
              <w:rPr>
                <w:szCs w:val="26"/>
              </w:rPr>
              <w:t xml:space="preserve"> </w:t>
            </w:r>
            <w:proofErr w:type="spellStart"/>
            <w:r w:rsidRPr="004543E3">
              <w:rPr>
                <w:szCs w:val="26"/>
              </w:rPr>
              <w:t>các</w:t>
            </w:r>
            <w:proofErr w:type="spellEnd"/>
            <w:r w:rsidRPr="004543E3">
              <w:rPr>
                <w:szCs w:val="26"/>
              </w:rPr>
              <w:t xml:space="preserve"> </w:t>
            </w:r>
            <w:proofErr w:type="spellStart"/>
            <w:r w:rsidRPr="004543E3">
              <w:rPr>
                <w:szCs w:val="26"/>
              </w:rPr>
              <w:t>nội</w:t>
            </w:r>
            <w:proofErr w:type="spellEnd"/>
            <w:r w:rsidRPr="004543E3">
              <w:rPr>
                <w:szCs w:val="26"/>
              </w:rPr>
              <w:t xml:space="preserve"> dung </w:t>
            </w:r>
            <w:proofErr w:type="spellStart"/>
            <w:r w:rsidRPr="004543E3">
              <w:rPr>
                <w:szCs w:val="26"/>
              </w:rPr>
              <w:t>liên</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đến</w:t>
            </w:r>
            <w:proofErr w:type="spellEnd"/>
            <w:r w:rsidRPr="004543E3">
              <w:rPr>
                <w:szCs w:val="26"/>
              </w:rPr>
              <w:t xml:space="preserve"> </w:t>
            </w:r>
            <w:proofErr w:type="spellStart"/>
            <w:r w:rsidRPr="004543E3">
              <w:rPr>
                <w:szCs w:val="26"/>
              </w:rPr>
              <w:t>vị</w:t>
            </w:r>
            <w:proofErr w:type="spellEnd"/>
            <w:r w:rsidRPr="004543E3">
              <w:rPr>
                <w:szCs w:val="26"/>
              </w:rPr>
              <w:t xml:space="preserve"> </w:t>
            </w:r>
            <w:proofErr w:type="spellStart"/>
            <w:r w:rsidRPr="004543E3">
              <w:rPr>
                <w:szCs w:val="26"/>
              </w:rPr>
              <w:t>trí</w:t>
            </w:r>
            <w:proofErr w:type="spellEnd"/>
            <w:r w:rsidRPr="004543E3">
              <w:rPr>
                <w:szCs w:val="26"/>
              </w:rPr>
              <w:t xml:space="preserve"> </w:t>
            </w:r>
            <w:proofErr w:type="spellStart"/>
            <w:r w:rsidRPr="004543E3">
              <w:rPr>
                <w:szCs w:val="26"/>
              </w:rPr>
              <w:t>việc</w:t>
            </w:r>
            <w:proofErr w:type="spellEnd"/>
            <w:r w:rsidRPr="004543E3">
              <w:rPr>
                <w:szCs w:val="26"/>
              </w:rPr>
              <w:t xml:space="preserve"> </w:t>
            </w:r>
            <w:proofErr w:type="spellStart"/>
            <w:r w:rsidRPr="004543E3">
              <w:rPr>
                <w:szCs w:val="26"/>
              </w:rPr>
              <w:t>làm</w:t>
            </w:r>
            <w:proofErr w:type="spellEnd"/>
            <w:r w:rsidRPr="004543E3">
              <w:rPr>
                <w:szCs w:val="26"/>
              </w:rPr>
              <w:t xml:space="preserve">, </w:t>
            </w:r>
            <w:proofErr w:type="spellStart"/>
            <w:r w:rsidRPr="004543E3">
              <w:rPr>
                <w:szCs w:val="26"/>
              </w:rPr>
              <w:t>khung</w:t>
            </w:r>
            <w:proofErr w:type="spellEnd"/>
            <w:r w:rsidRPr="004543E3">
              <w:rPr>
                <w:szCs w:val="26"/>
              </w:rPr>
              <w:t xml:space="preserve"> </w:t>
            </w:r>
            <w:proofErr w:type="spellStart"/>
            <w:r w:rsidRPr="004543E3">
              <w:rPr>
                <w:szCs w:val="26"/>
              </w:rPr>
              <w:t>năng</w:t>
            </w:r>
            <w:proofErr w:type="spellEnd"/>
            <w:r w:rsidRPr="004543E3">
              <w:rPr>
                <w:szCs w:val="26"/>
              </w:rPr>
              <w:t xml:space="preserve"> </w:t>
            </w:r>
            <w:proofErr w:type="spellStart"/>
            <w:r w:rsidRPr="004543E3">
              <w:rPr>
                <w:szCs w:val="26"/>
              </w:rPr>
              <w:t>lực</w:t>
            </w:r>
            <w:proofErr w:type="spellEnd"/>
            <w:r w:rsidRPr="004543E3">
              <w:rPr>
                <w:szCs w:val="26"/>
              </w:rPr>
              <w:t xml:space="preserve"> </w:t>
            </w:r>
            <w:proofErr w:type="spellStart"/>
            <w:r w:rsidRPr="004543E3">
              <w:rPr>
                <w:szCs w:val="26"/>
              </w:rPr>
              <w:t>đối</w:t>
            </w:r>
            <w:proofErr w:type="spellEnd"/>
            <w:r w:rsidRPr="004543E3">
              <w:rPr>
                <w:szCs w:val="26"/>
              </w:rPr>
              <w:t xml:space="preserve"> </w:t>
            </w:r>
            <w:proofErr w:type="spellStart"/>
            <w:r w:rsidRPr="004543E3">
              <w:rPr>
                <w:szCs w:val="26"/>
              </w:rPr>
              <w:t>với</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ngành</w:t>
            </w:r>
            <w:proofErr w:type="spellEnd"/>
            <w:r w:rsidRPr="004543E3">
              <w:rPr>
                <w:szCs w:val="26"/>
              </w:rPr>
              <w:t xml:space="preserve"> </w:t>
            </w:r>
            <w:proofErr w:type="spellStart"/>
            <w:r w:rsidRPr="004543E3">
              <w:rPr>
                <w:szCs w:val="26"/>
              </w:rPr>
              <w:t>kiểm</w:t>
            </w:r>
            <w:proofErr w:type="spellEnd"/>
            <w:r w:rsidRPr="004543E3">
              <w:rPr>
                <w:szCs w:val="26"/>
              </w:rPr>
              <w:t xml:space="preserve"> </w:t>
            </w:r>
            <w:proofErr w:type="spellStart"/>
            <w:r w:rsidRPr="004543E3">
              <w:rPr>
                <w:szCs w:val="26"/>
              </w:rPr>
              <w:t>soát</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chất</w:t>
            </w:r>
            <w:proofErr w:type="spellEnd"/>
            <w:r w:rsidRPr="004543E3">
              <w:rPr>
                <w:szCs w:val="26"/>
              </w:rPr>
              <w:t xml:space="preserve"> </w:t>
            </w:r>
            <w:proofErr w:type="spellStart"/>
            <w:r w:rsidRPr="004543E3">
              <w:rPr>
                <w:szCs w:val="26"/>
              </w:rPr>
              <w:t>lượng</w:t>
            </w:r>
            <w:proofErr w:type="spellEnd"/>
            <w:r w:rsidRPr="004543E3">
              <w:rPr>
                <w:szCs w:val="26"/>
              </w:rPr>
              <w:t xml:space="preserve"> </w:t>
            </w:r>
            <w:proofErr w:type="spellStart"/>
            <w:r w:rsidRPr="004543E3">
              <w:rPr>
                <w:szCs w:val="26"/>
              </w:rPr>
              <w:t>sản</w:t>
            </w:r>
            <w:proofErr w:type="spellEnd"/>
            <w:r w:rsidRPr="004543E3">
              <w:rPr>
                <w:szCs w:val="26"/>
              </w:rPr>
              <w:t xml:space="preserve"> </w:t>
            </w:r>
            <w:proofErr w:type="spellStart"/>
            <w:r w:rsidRPr="004543E3">
              <w:rPr>
                <w:szCs w:val="26"/>
              </w:rPr>
              <w:t>phẩm</w:t>
            </w:r>
            <w:proofErr w:type="spellEnd"/>
            <w:r w:rsidRPr="004543E3">
              <w:rPr>
                <w:szCs w:val="26"/>
              </w:rPr>
              <w:t xml:space="preserve">, </w:t>
            </w:r>
            <w:proofErr w:type="spellStart"/>
            <w:r w:rsidRPr="004543E3">
              <w:rPr>
                <w:szCs w:val="26"/>
              </w:rPr>
              <w:t>hàng</w:t>
            </w:r>
            <w:proofErr w:type="spellEnd"/>
            <w:r w:rsidRPr="004543E3">
              <w:rPr>
                <w:szCs w:val="26"/>
              </w:rPr>
              <w:t xml:space="preserve"> </w:t>
            </w:r>
            <w:proofErr w:type="spellStart"/>
            <w:r w:rsidRPr="004543E3">
              <w:rPr>
                <w:szCs w:val="26"/>
              </w:rPr>
              <w:t>hóa</w:t>
            </w:r>
            <w:proofErr w:type="spellEnd"/>
            <w:r w:rsidRPr="004543E3">
              <w:rPr>
                <w:szCs w:val="26"/>
              </w:rPr>
              <w:t xml:space="preserve"> </w:t>
            </w:r>
            <w:proofErr w:type="spellStart"/>
            <w:r w:rsidR="00705F17">
              <w:rPr>
                <w:szCs w:val="26"/>
              </w:rPr>
              <w:t>được</w:t>
            </w:r>
            <w:proofErr w:type="spellEnd"/>
            <w:r w:rsidR="00705F17">
              <w:rPr>
                <w:szCs w:val="26"/>
              </w:rPr>
              <w:t xml:space="preserve"> </w:t>
            </w:r>
            <w:proofErr w:type="spellStart"/>
            <w:r w:rsidR="00705F17">
              <w:rPr>
                <w:szCs w:val="26"/>
              </w:rPr>
              <w:t>quy</w:t>
            </w:r>
            <w:proofErr w:type="spellEnd"/>
            <w:r w:rsidR="00705F17">
              <w:rPr>
                <w:szCs w:val="26"/>
              </w:rPr>
              <w:t xml:space="preserve"> </w:t>
            </w:r>
            <w:proofErr w:type="spellStart"/>
            <w:r w:rsidR="00705F17">
              <w:rPr>
                <w:szCs w:val="26"/>
              </w:rPr>
              <w:t>định</w:t>
            </w:r>
            <w:proofErr w:type="spellEnd"/>
            <w:r w:rsidR="00705F17">
              <w:rPr>
                <w:szCs w:val="26"/>
              </w:rPr>
              <w:t xml:space="preserve"> ở</w:t>
            </w:r>
            <w:r w:rsidRPr="004543E3">
              <w:rPr>
                <w:szCs w:val="26"/>
              </w:rPr>
              <w:t xml:space="preserve"> </w:t>
            </w:r>
            <w:proofErr w:type="spellStart"/>
            <w:r w:rsidRPr="004543E3">
              <w:rPr>
                <w:szCs w:val="26"/>
              </w:rPr>
              <w:t>văn</w:t>
            </w:r>
            <w:proofErr w:type="spellEnd"/>
            <w:r w:rsidRPr="004543E3">
              <w:rPr>
                <w:szCs w:val="26"/>
              </w:rPr>
              <w:t xml:space="preserve"> </w:t>
            </w:r>
            <w:proofErr w:type="spellStart"/>
            <w:r w:rsidRPr="004543E3">
              <w:rPr>
                <w:szCs w:val="26"/>
              </w:rPr>
              <w:t>bản</w:t>
            </w:r>
            <w:proofErr w:type="spellEnd"/>
            <w:r w:rsidRPr="004543E3">
              <w:rPr>
                <w:szCs w:val="26"/>
              </w:rPr>
              <w:t xml:space="preserve"> </w:t>
            </w:r>
            <w:proofErr w:type="spellStart"/>
            <w:r w:rsidRPr="004543E3">
              <w:rPr>
                <w:szCs w:val="26"/>
              </w:rPr>
              <w:t>hướng</w:t>
            </w:r>
            <w:proofErr w:type="spellEnd"/>
            <w:r w:rsidRPr="004543E3">
              <w:rPr>
                <w:szCs w:val="26"/>
              </w:rPr>
              <w:t xml:space="preserve"> </w:t>
            </w:r>
            <w:proofErr w:type="spellStart"/>
            <w:r w:rsidRPr="004543E3">
              <w:rPr>
                <w:szCs w:val="26"/>
              </w:rPr>
              <w:t>dẫn</w:t>
            </w:r>
            <w:proofErr w:type="spellEnd"/>
            <w:r w:rsidRPr="004543E3">
              <w:rPr>
                <w:szCs w:val="26"/>
              </w:rPr>
              <w:t xml:space="preserve"> </w:t>
            </w:r>
            <w:proofErr w:type="spellStart"/>
            <w:r w:rsidRPr="004543E3">
              <w:rPr>
                <w:szCs w:val="26"/>
              </w:rPr>
              <w:t>riêng</w:t>
            </w:r>
            <w:proofErr w:type="spellEnd"/>
            <w:r w:rsidRPr="004543E3">
              <w:rPr>
                <w:szCs w:val="26"/>
              </w:rPr>
              <w:t>.</w:t>
            </w:r>
          </w:p>
          <w:p w14:paraId="03E4CEA0" w14:textId="77777777" w:rsidR="00855AF9" w:rsidRPr="004543E3" w:rsidRDefault="00855AF9" w:rsidP="00855AF9">
            <w:pPr>
              <w:jc w:val="both"/>
              <w:rPr>
                <w:szCs w:val="26"/>
              </w:rPr>
            </w:pPr>
          </w:p>
          <w:p w14:paraId="6CDC7527" w14:textId="7BD77F07" w:rsidR="00855AF9" w:rsidRPr="004543E3" w:rsidRDefault="00855AF9" w:rsidP="00855AF9">
            <w:pPr>
              <w:spacing w:after="120" w:line="320" w:lineRule="exact"/>
              <w:jc w:val="both"/>
              <w:rPr>
                <w:szCs w:val="26"/>
              </w:rPr>
            </w:pPr>
            <w:r w:rsidRPr="004543E3">
              <w:rPr>
                <w:szCs w:val="26"/>
              </w:rPr>
              <w:t xml:space="preserve"> </w:t>
            </w:r>
          </w:p>
        </w:tc>
      </w:tr>
      <w:tr w:rsidR="00855AF9" w:rsidRPr="004543E3" w14:paraId="0C38E9D1" w14:textId="77777777" w:rsidTr="00FF0027">
        <w:tc>
          <w:tcPr>
            <w:tcW w:w="1098" w:type="dxa"/>
          </w:tcPr>
          <w:p w14:paraId="5AD1D6A0" w14:textId="15312482" w:rsidR="00855AF9" w:rsidRPr="004543E3" w:rsidRDefault="00855AF9" w:rsidP="00855AF9">
            <w:pPr>
              <w:jc w:val="both"/>
            </w:pPr>
            <w:proofErr w:type="spellStart"/>
            <w:r w:rsidRPr="004543E3">
              <w:lastRenderedPageBreak/>
              <w:t>Điều</w:t>
            </w:r>
            <w:proofErr w:type="spellEnd"/>
            <w:r w:rsidRPr="004543E3">
              <w:t xml:space="preserve"> 6</w:t>
            </w:r>
          </w:p>
        </w:tc>
        <w:tc>
          <w:tcPr>
            <w:tcW w:w="5113" w:type="dxa"/>
          </w:tcPr>
          <w:p w14:paraId="3F239C74" w14:textId="19525789" w:rsidR="00855AF9" w:rsidRPr="004543E3" w:rsidRDefault="00855AF9" w:rsidP="00855AF9">
            <w:pPr>
              <w:ind w:firstLine="709"/>
              <w:jc w:val="both"/>
              <w:rPr>
                <w:i/>
                <w:iCs/>
                <w:sz w:val="28"/>
                <w:szCs w:val="28"/>
                <w:lang w:val="de-DE"/>
              </w:rPr>
            </w:pPr>
            <w:proofErr w:type="spellStart"/>
            <w:r w:rsidRPr="004543E3">
              <w:rPr>
                <w:b/>
                <w:bCs/>
                <w:spacing w:val="-6"/>
                <w:szCs w:val="26"/>
              </w:rPr>
              <w:t>Điều</w:t>
            </w:r>
            <w:proofErr w:type="spellEnd"/>
            <w:r w:rsidRPr="004543E3">
              <w:rPr>
                <w:b/>
                <w:bCs/>
                <w:spacing w:val="-6"/>
                <w:szCs w:val="26"/>
              </w:rPr>
              <w:t xml:space="preserve"> 6. </w:t>
            </w:r>
            <w:proofErr w:type="spellStart"/>
            <w:r w:rsidRPr="004543E3">
              <w:rPr>
                <w:b/>
                <w:bCs/>
                <w:spacing w:val="-6"/>
                <w:szCs w:val="26"/>
              </w:rPr>
              <w:t>Kiểm</w:t>
            </w:r>
            <w:proofErr w:type="spellEnd"/>
            <w:r w:rsidRPr="004543E3">
              <w:rPr>
                <w:b/>
                <w:bCs/>
                <w:spacing w:val="-6"/>
                <w:szCs w:val="26"/>
              </w:rPr>
              <w:t xml:space="preserve"> </w:t>
            </w:r>
            <w:proofErr w:type="spellStart"/>
            <w:r w:rsidRPr="004543E3">
              <w:rPr>
                <w:b/>
                <w:bCs/>
                <w:spacing w:val="-6"/>
                <w:szCs w:val="26"/>
              </w:rPr>
              <w:t>soát</w:t>
            </w:r>
            <w:proofErr w:type="spellEnd"/>
            <w:r w:rsidRPr="004543E3">
              <w:rPr>
                <w:b/>
                <w:bCs/>
                <w:spacing w:val="-6"/>
                <w:szCs w:val="26"/>
              </w:rPr>
              <w:t xml:space="preserve"> </w:t>
            </w:r>
            <w:proofErr w:type="spellStart"/>
            <w:r w:rsidRPr="004543E3">
              <w:rPr>
                <w:b/>
                <w:bCs/>
                <w:spacing w:val="-6"/>
                <w:szCs w:val="26"/>
              </w:rPr>
              <w:t>viên</w:t>
            </w:r>
            <w:proofErr w:type="spellEnd"/>
            <w:r w:rsidRPr="004543E3">
              <w:rPr>
                <w:b/>
                <w:bCs/>
                <w:spacing w:val="-6"/>
                <w:szCs w:val="26"/>
              </w:rPr>
              <w:t xml:space="preserve"> </w:t>
            </w:r>
            <w:proofErr w:type="spellStart"/>
            <w:r w:rsidRPr="004543E3">
              <w:rPr>
                <w:b/>
                <w:bCs/>
                <w:spacing w:val="-6"/>
                <w:szCs w:val="26"/>
              </w:rPr>
              <w:t>chính</w:t>
            </w:r>
            <w:proofErr w:type="spellEnd"/>
            <w:r w:rsidRPr="004543E3">
              <w:rPr>
                <w:b/>
                <w:bCs/>
                <w:spacing w:val="-6"/>
                <w:szCs w:val="26"/>
              </w:rPr>
              <w:t xml:space="preserve"> </w:t>
            </w:r>
            <w:proofErr w:type="spellStart"/>
            <w:r w:rsidRPr="004543E3">
              <w:rPr>
                <w:b/>
                <w:bCs/>
                <w:spacing w:val="-6"/>
                <w:szCs w:val="26"/>
              </w:rPr>
              <w:t>chất</w:t>
            </w:r>
            <w:proofErr w:type="spellEnd"/>
            <w:r w:rsidRPr="004543E3">
              <w:rPr>
                <w:b/>
                <w:bCs/>
                <w:spacing w:val="-6"/>
                <w:szCs w:val="26"/>
              </w:rPr>
              <w:t xml:space="preserve"> </w:t>
            </w:r>
            <w:proofErr w:type="spellStart"/>
            <w:r w:rsidRPr="004543E3">
              <w:rPr>
                <w:b/>
                <w:bCs/>
                <w:spacing w:val="-6"/>
                <w:szCs w:val="26"/>
              </w:rPr>
              <w:t>lượng</w:t>
            </w:r>
            <w:proofErr w:type="spellEnd"/>
            <w:r w:rsidRPr="004543E3">
              <w:rPr>
                <w:b/>
                <w:bCs/>
                <w:spacing w:val="-6"/>
                <w:szCs w:val="26"/>
              </w:rPr>
              <w:t xml:space="preserve"> </w:t>
            </w:r>
            <w:proofErr w:type="spellStart"/>
            <w:r w:rsidRPr="004543E3">
              <w:rPr>
                <w:b/>
                <w:bCs/>
                <w:spacing w:val="-6"/>
                <w:szCs w:val="26"/>
              </w:rPr>
              <w:t>sản</w:t>
            </w:r>
            <w:proofErr w:type="spellEnd"/>
            <w:r w:rsidRPr="004543E3">
              <w:rPr>
                <w:b/>
                <w:bCs/>
                <w:spacing w:val="-6"/>
                <w:szCs w:val="26"/>
              </w:rPr>
              <w:t xml:space="preserve"> </w:t>
            </w:r>
            <w:proofErr w:type="spellStart"/>
            <w:r w:rsidRPr="004543E3">
              <w:rPr>
                <w:b/>
                <w:bCs/>
                <w:spacing w:val="-6"/>
                <w:szCs w:val="26"/>
              </w:rPr>
              <w:t>phẩm</w:t>
            </w:r>
            <w:proofErr w:type="spellEnd"/>
            <w:r w:rsidRPr="004543E3">
              <w:rPr>
                <w:b/>
                <w:bCs/>
                <w:spacing w:val="-6"/>
                <w:szCs w:val="26"/>
              </w:rPr>
              <w:t xml:space="preserve">, </w:t>
            </w:r>
            <w:proofErr w:type="spellStart"/>
            <w:r w:rsidRPr="004543E3">
              <w:rPr>
                <w:b/>
                <w:bCs/>
                <w:spacing w:val="-6"/>
                <w:szCs w:val="26"/>
              </w:rPr>
              <w:t>hàng</w:t>
            </w:r>
            <w:proofErr w:type="spellEnd"/>
            <w:r w:rsidRPr="004543E3">
              <w:rPr>
                <w:b/>
                <w:bCs/>
                <w:spacing w:val="-6"/>
                <w:szCs w:val="26"/>
              </w:rPr>
              <w:t xml:space="preserve"> </w:t>
            </w:r>
            <w:proofErr w:type="spellStart"/>
            <w:r w:rsidRPr="004543E3">
              <w:rPr>
                <w:b/>
                <w:bCs/>
                <w:spacing w:val="-6"/>
                <w:szCs w:val="26"/>
              </w:rPr>
              <w:t>hóa</w:t>
            </w:r>
            <w:proofErr w:type="spellEnd"/>
            <w:r w:rsidRPr="004543E3">
              <w:rPr>
                <w:b/>
                <w:bCs/>
                <w:spacing w:val="-6"/>
                <w:szCs w:val="26"/>
              </w:rPr>
              <w:t xml:space="preserve"> (</w:t>
            </w:r>
            <w:proofErr w:type="spellStart"/>
            <w:r w:rsidRPr="004543E3">
              <w:rPr>
                <w:b/>
                <w:bCs/>
                <w:spacing w:val="-6"/>
                <w:szCs w:val="26"/>
              </w:rPr>
              <w:t>hạng</w:t>
            </w:r>
            <w:proofErr w:type="spellEnd"/>
            <w:r w:rsidRPr="004543E3">
              <w:rPr>
                <w:b/>
                <w:bCs/>
                <w:spacing w:val="-6"/>
                <w:szCs w:val="26"/>
              </w:rPr>
              <w:t xml:space="preserve"> II)</w:t>
            </w:r>
          </w:p>
        </w:tc>
        <w:tc>
          <w:tcPr>
            <w:tcW w:w="5220" w:type="dxa"/>
          </w:tcPr>
          <w:p w14:paraId="5435F04C" w14:textId="77777777" w:rsidR="00855AF9" w:rsidRPr="004543E3" w:rsidRDefault="00855AF9" w:rsidP="00855AF9">
            <w:pPr>
              <w:jc w:val="both"/>
            </w:pPr>
          </w:p>
        </w:tc>
        <w:tc>
          <w:tcPr>
            <w:tcW w:w="3165" w:type="dxa"/>
          </w:tcPr>
          <w:p w14:paraId="34506B80" w14:textId="77777777" w:rsidR="00855AF9" w:rsidRPr="004543E3" w:rsidRDefault="00855AF9" w:rsidP="00855AF9">
            <w:pPr>
              <w:spacing w:after="120" w:line="320" w:lineRule="exact"/>
              <w:jc w:val="both"/>
              <w:rPr>
                <w:szCs w:val="26"/>
              </w:rPr>
            </w:pPr>
          </w:p>
        </w:tc>
      </w:tr>
      <w:tr w:rsidR="00855AF9" w:rsidRPr="004543E3" w14:paraId="0C6E5AD3" w14:textId="77777777" w:rsidTr="00FF0027">
        <w:tc>
          <w:tcPr>
            <w:tcW w:w="1098" w:type="dxa"/>
          </w:tcPr>
          <w:p w14:paraId="7DCE581C" w14:textId="77777777" w:rsidR="00855AF9" w:rsidRPr="004543E3" w:rsidRDefault="00855AF9" w:rsidP="00855AF9">
            <w:pPr>
              <w:jc w:val="both"/>
            </w:pPr>
          </w:p>
        </w:tc>
        <w:tc>
          <w:tcPr>
            <w:tcW w:w="5113" w:type="dxa"/>
          </w:tcPr>
          <w:p w14:paraId="06F4E11D" w14:textId="77777777" w:rsidR="00855AF9" w:rsidRPr="004543E3" w:rsidRDefault="00855AF9" w:rsidP="00855AF9">
            <w:pPr>
              <w:spacing w:before="120" w:after="120" w:line="360" w:lineRule="exact"/>
              <w:ind w:firstLine="709"/>
              <w:jc w:val="both"/>
              <w:rPr>
                <w:szCs w:val="26"/>
              </w:rPr>
            </w:pPr>
            <w:r w:rsidRPr="004543E3">
              <w:rPr>
                <w:b/>
                <w:bCs/>
                <w:szCs w:val="26"/>
              </w:rPr>
              <w:t xml:space="preserve">1. </w:t>
            </w:r>
            <w:proofErr w:type="spellStart"/>
            <w:r w:rsidRPr="004543E3">
              <w:rPr>
                <w:b/>
                <w:bCs/>
                <w:szCs w:val="26"/>
              </w:rPr>
              <w:t>Chức</w:t>
            </w:r>
            <w:proofErr w:type="spellEnd"/>
            <w:r w:rsidRPr="004543E3">
              <w:rPr>
                <w:b/>
                <w:bCs/>
                <w:szCs w:val="26"/>
              </w:rPr>
              <w:t xml:space="preserve"> </w:t>
            </w:r>
            <w:proofErr w:type="spellStart"/>
            <w:r w:rsidRPr="004543E3">
              <w:rPr>
                <w:b/>
                <w:bCs/>
                <w:szCs w:val="26"/>
              </w:rPr>
              <w:t>trách</w:t>
            </w:r>
            <w:proofErr w:type="spellEnd"/>
            <w:r w:rsidRPr="004543E3">
              <w:rPr>
                <w:b/>
                <w:bCs/>
                <w:szCs w:val="26"/>
              </w:rPr>
              <w:t>:</w:t>
            </w:r>
            <w:r w:rsidRPr="004543E3">
              <w:rPr>
                <w:szCs w:val="26"/>
              </w:rPr>
              <w:t xml:space="preserve"> </w:t>
            </w:r>
          </w:p>
          <w:p w14:paraId="70171F22" w14:textId="7B6CCDCE" w:rsidR="00855AF9" w:rsidRPr="004543E3" w:rsidRDefault="00855AF9" w:rsidP="00855AF9">
            <w:pPr>
              <w:ind w:firstLine="709"/>
              <w:jc w:val="both"/>
              <w:rPr>
                <w:i/>
                <w:iCs/>
                <w:sz w:val="28"/>
                <w:szCs w:val="28"/>
                <w:lang w:val="de-DE"/>
              </w:rPr>
            </w:pPr>
            <w:proofErr w:type="spellStart"/>
            <w:r w:rsidRPr="004543E3">
              <w:rPr>
                <w:szCs w:val="26"/>
              </w:rPr>
              <w:t>Kiểm</w:t>
            </w:r>
            <w:proofErr w:type="spellEnd"/>
            <w:r w:rsidRPr="004543E3">
              <w:rPr>
                <w:szCs w:val="26"/>
              </w:rPr>
              <w:t xml:space="preserve"> </w:t>
            </w:r>
            <w:proofErr w:type="spellStart"/>
            <w:r w:rsidRPr="004543E3">
              <w:rPr>
                <w:szCs w:val="26"/>
              </w:rPr>
              <w:t>soát</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chính</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 xml:space="preserve"> </w:t>
            </w:r>
            <w:proofErr w:type="spellStart"/>
            <w:r w:rsidRPr="004543E3">
              <w:rPr>
                <w:szCs w:val="26"/>
              </w:rPr>
              <w:t>là</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hoặc</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có</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môn</w:t>
            </w:r>
            <w:proofErr w:type="spellEnd"/>
            <w:r w:rsidRPr="004543E3">
              <w:rPr>
                <w:szCs w:val="26"/>
              </w:rPr>
              <w:t xml:space="preserve"> </w:t>
            </w:r>
            <w:proofErr w:type="spellStart"/>
            <w:r w:rsidRPr="004543E3">
              <w:rPr>
                <w:szCs w:val="26"/>
              </w:rPr>
              <w:t>nghiệp</w:t>
            </w:r>
            <w:proofErr w:type="spellEnd"/>
            <w:r w:rsidRPr="004543E3">
              <w:rPr>
                <w:szCs w:val="26"/>
              </w:rPr>
              <w:t xml:space="preserve"> </w:t>
            </w:r>
            <w:proofErr w:type="spellStart"/>
            <w:r w:rsidRPr="004543E3">
              <w:rPr>
                <w:szCs w:val="26"/>
              </w:rPr>
              <w:t>vụ</w:t>
            </w:r>
            <w:proofErr w:type="spellEnd"/>
            <w:r w:rsidRPr="004543E3">
              <w:rPr>
                <w:szCs w:val="26"/>
              </w:rPr>
              <w:t xml:space="preserve"> </w:t>
            </w:r>
            <w:proofErr w:type="spellStart"/>
            <w:r w:rsidRPr="004543E3">
              <w:rPr>
                <w:szCs w:val="26"/>
              </w:rPr>
              <w:t>cao</w:t>
            </w:r>
            <w:proofErr w:type="spellEnd"/>
            <w:r w:rsidRPr="004543E3">
              <w:rPr>
                <w:szCs w:val="26"/>
              </w:rPr>
              <w:t xml:space="preserve">, </w:t>
            </w:r>
            <w:proofErr w:type="spellStart"/>
            <w:r w:rsidRPr="004543E3">
              <w:rPr>
                <w:szCs w:val="26"/>
              </w:rPr>
              <w:t>giúp</w:t>
            </w:r>
            <w:proofErr w:type="spellEnd"/>
            <w:r w:rsidRPr="004543E3">
              <w:rPr>
                <w:szCs w:val="26"/>
              </w:rPr>
              <w:t xml:space="preserve"> </w:t>
            </w:r>
            <w:proofErr w:type="spellStart"/>
            <w:r w:rsidRPr="004543E3">
              <w:rPr>
                <w:szCs w:val="26"/>
              </w:rPr>
              <w:t>lãnh</w:t>
            </w:r>
            <w:proofErr w:type="spellEnd"/>
            <w:r w:rsidRPr="004543E3">
              <w:rPr>
                <w:szCs w:val="26"/>
              </w:rPr>
              <w:t xml:space="preserve"> </w:t>
            </w:r>
            <w:proofErr w:type="spellStart"/>
            <w:r w:rsidRPr="004543E3">
              <w:rPr>
                <w:szCs w:val="26"/>
              </w:rPr>
              <w:t>đạo</w:t>
            </w:r>
            <w:proofErr w:type="spellEnd"/>
            <w:r w:rsidRPr="004543E3">
              <w:rPr>
                <w:szCs w:val="26"/>
              </w:rPr>
              <w:t xml:space="preserve"> </w:t>
            </w:r>
            <w:proofErr w:type="spellStart"/>
            <w:r w:rsidRPr="004543E3">
              <w:rPr>
                <w:szCs w:val="26"/>
              </w:rPr>
              <w:t>cơ</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đơn</w:t>
            </w:r>
            <w:proofErr w:type="spellEnd"/>
            <w:r w:rsidRPr="004543E3">
              <w:rPr>
                <w:szCs w:val="26"/>
              </w:rPr>
              <w:t xml:space="preserve"> </w:t>
            </w:r>
            <w:proofErr w:type="spellStart"/>
            <w:r w:rsidRPr="004543E3">
              <w:rPr>
                <w:szCs w:val="26"/>
              </w:rPr>
              <w:t>vị</w:t>
            </w:r>
            <w:proofErr w:type="spellEnd"/>
            <w:r w:rsidRPr="004543E3">
              <w:rPr>
                <w:szCs w:val="26"/>
              </w:rPr>
              <w:t xml:space="preserve"> </w:t>
            </w:r>
            <w:proofErr w:type="spellStart"/>
            <w:r w:rsidRPr="004543E3">
              <w:rPr>
                <w:szCs w:val="26"/>
              </w:rPr>
              <w:t>chỉ</w:t>
            </w:r>
            <w:proofErr w:type="spellEnd"/>
            <w:r w:rsidRPr="004543E3">
              <w:rPr>
                <w:szCs w:val="26"/>
              </w:rPr>
              <w:t xml:space="preserve"> </w:t>
            </w:r>
            <w:proofErr w:type="spellStart"/>
            <w:r w:rsidRPr="004543E3">
              <w:rPr>
                <w:szCs w:val="26"/>
              </w:rPr>
              <w:t>đạo</w:t>
            </w:r>
            <w:proofErr w:type="spellEnd"/>
            <w:r w:rsidRPr="004543E3">
              <w:rPr>
                <w:szCs w:val="26"/>
              </w:rPr>
              <w:t xml:space="preserve">, </w:t>
            </w:r>
            <w:proofErr w:type="spellStart"/>
            <w:r w:rsidRPr="004543E3">
              <w:rPr>
                <w:szCs w:val="26"/>
              </w:rPr>
              <w:t>quản</w:t>
            </w:r>
            <w:proofErr w:type="spellEnd"/>
            <w:r w:rsidRPr="004543E3">
              <w:rPr>
                <w:szCs w:val="26"/>
              </w:rPr>
              <w:t xml:space="preserve"> </w:t>
            </w:r>
            <w:proofErr w:type="spellStart"/>
            <w:r w:rsidRPr="004543E3">
              <w:rPr>
                <w:szCs w:val="26"/>
              </w:rPr>
              <w:t>lý</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tổ</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thực</w:t>
            </w:r>
            <w:proofErr w:type="spellEnd"/>
            <w:r w:rsidRPr="004543E3">
              <w:rPr>
                <w:szCs w:val="26"/>
              </w:rPr>
              <w:t xml:space="preserve"> </w:t>
            </w:r>
            <w:proofErr w:type="spellStart"/>
            <w:r w:rsidRPr="004543E3">
              <w:rPr>
                <w:szCs w:val="26"/>
              </w:rPr>
              <w:lastRenderedPageBreak/>
              <w:t>hiện</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tác</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tra</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soát</w:t>
            </w:r>
            <w:proofErr w:type="spellEnd"/>
            <w:r w:rsidRPr="004543E3">
              <w:rPr>
                <w:szCs w:val="26"/>
              </w:rPr>
              <w:t xml:space="preserve"> </w:t>
            </w:r>
            <w:proofErr w:type="spellStart"/>
            <w:r w:rsidRPr="004543E3">
              <w:rPr>
                <w:szCs w:val="26"/>
              </w:rPr>
              <w:t>về</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 xml:space="preserve"> </w:t>
            </w:r>
            <w:proofErr w:type="spellStart"/>
            <w:r w:rsidRPr="004543E3">
              <w:rPr>
                <w:szCs w:val="26"/>
              </w:rPr>
              <w:t>trong</w:t>
            </w:r>
            <w:proofErr w:type="spellEnd"/>
            <w:r w:rsidRPr="004543E3">
              <w:rPr>
                <w:szCs w:val="26"/>
              </w:rPr>
              <w:t xml:space="preserve"> </w:t>
            </w:r>
            <w:proofErr w:type="spellStart"/>
            <w:r w:rsidRPr="004543E3">
              <w:rPr>
                <w:szCs w:val="26"/>
              </w:rPr>
              <w:t>phạm</w:t>
            </w:r>
            <w:proofErr w:type="spellEnd"/>
            <w:r w:rsidRPr="004543E3">
              <w:rPr>
                <w:szCs w:val="26"/>
              </w:rPr>
              <w:t xml:space="preserve"> vi </w:t>
            </w:r>
            <w:proofErr w:type="spellStart"/>
            <w:r w:rsidRPr="004543E3">
              <w:rPr>
                <w:szCs w:val="26"/>
              </w:rPr>
              <w:t>được</w:t>
            </w:r>
            <w:proofErr w:type="spellEnd"/>
            <w:r w:rsidRPr="004543E3">
              <w:rPr>
                <w:szCs w:val="26"/>
              </w:rPr>
              <w:t xml:space="preserve"> </w:t>
            </w:r>
            <w:proofErr w:type="spellStart"/>
            <w:r w:rsidRPr="004543E3">
              <w:rPr>
                <w:szCs w:val="26"/>
              </w:rPr>
              <w:t>phân</w:t>
            </w:r>
            <w:proofErr w:type="spellEnd"/>
            <w:r w:rsidRPr="004543E3">
              <w:rPr>
                <w:szCs w:val="26"/>
              </w:rPr>
              <w:t xml:space="preserve"> </w:t>
            </w:r>
            <w:proofErr w:type="spellStart"/>
            <w:r w:rsidRPr="004543E3">
              <w:rPr>
                <w:szCs w:val="26"/>
              </w:rPr>
              <w:t>công</w:t>
            </w:r>
            <w:proofErr w:type="spellEnd"/>
            <w:r w:rsidRPr="004543E3">
              <w:rPr>
                <w:szCs w:val="26"/>
              </w:rPr>
              <w:t>.</w:t>
            </w:r>
          </w:p>
        </w:tc>
        <w:tc>
          <w:tcPr>
            <w:tcW w:w="5220" w:type="dxa"/>
          </w:tcPr>
          <w:p w14:paraId="1820417D" w14:textId="77777777" w:rsidR="00855AF9" w:rsidRPr="004543E3" w:rsidRDefault="00855AF9" w:rsidP="00855AF9">
            <w:pPr>
              <w:spacing w:after="0" w:line="340" w:lineRule="exact"/>
              <w:jc w:val="both"/>
            </w:pPr>
            <w:proofErr w:type="spellStart"/>
            <w:r w:rsidRPr="004543E3">
              <w:rPr>
                <w:b/>
                <w:bCs/>
              </w:rPr>
              <w:lastRenderedPageBreak/>
              <w:t>Bô</w:t>
            </w:r>
            <w:proofErr w:type="spellEnd"/>
            <w:r w:rsidRPr="004543E3">
              <w:rPr>
                <w:b/>
                <w:bCs/>
              </w:rPr>
              <w:t>̣ Công an:</w:t>
            </w:r>
            <w:r w:rsidRPr="004543E3">
              <w:t xml:space="preserve"> </w:t>
            </w:r>
          </w:p>
          <w:p w14:paraId="42124A05" w14:textId="287D1062" w:rsidR="00855AF9" w:rsidRPr="004543E3" w:rsidRDefault="00855AF9" w:rsidP="00855AF9">
            <w:pPr>
              <w:jc w:val="both"/>
            </w:pP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xem</w:t>
            </w:r>
            <w:proofErr w:type="spellEnd"/>
            <w:r w:rsidRPr="004543E3">
              <w:t xml:space="preserve"> </w:t>
            </w:r>
            <w:proofErr w:type="spellStart"/>
            <w:r w:rsidRPr="004543E3">
              <w:t>xét</w:t>
            </w:r>
            <w:proofErr w:type="spellEnd"/>
            <w:r w:rsidRPr="004543E3">
              <w:t xml:space="preserve"> </w:t>
            </w:r>
            <w:proofErr w:type="spellStart"/>
            <w:r w:rsidRPr="004543E3">
              <w:t>điều</w:t>
            </w:r>
            <w:proofErr w:type="spellEnd"/>
            <w:r w:rsidRPr="004543E3">
              <w:t xml:space="preserve"> </w:t>
            </w:r>
            <w:proofErr w:type="spellStart"/>
            <w:r w:rsidRPr="004543E3">
              <w:t>chỉnh</w:t>
            </w:r>
            <w:proofErr w:type="spellEnd"/>
            <w:r w:rsidRPr="004543E3">
              <w:t xml:space="preserve"> </w:t>
            </w:r>
            <w:proofErr w:type="spellStart"/>
            <w:r w:rsidRPr="004543E3">
              <w:t>cụm</w:t>
            </w:r>
            <w:proofErr w:type="spellEnd"/>
            <w:r w:rsidRPr="004543E3">
              <w:t xml:space="preserve"> </w:t>
            </w:r>
            <w:proofErr w:type="spellStart"/>
            <w:r w:rsidRPr="004543E3">
              <w:t>từ</w:t>
            </w:r>
            <w:proofErr w:type="spellEnd"/>
            <w:r w:rsidRPr="004543E3">
              <w:t xml:space="preserve"> </w:t>
            </w:r>
            <w:r w:rsidRPr="004543E3">
              <w:rPr>
                <w:i/>
                <w:iCs/>
              </w:rPr>
              <w:t>“</w:t>
            </w:r>
            <w:proofErr w:type="spellStart"/>
            <w:r w:rsidRPr="004543E3">
              <w:rPr>
                <w:i/>
                <w:iCs/>
              </w:rPr>
              <w:t>có</w:t>
            </w:r>
            <w:proofErr w:type="spellEnd"/>
            <w:r w:rsidRPr="004543E3">
              <w:rPr>
                <w:i/>
                <w:iCs/>
              </w:rPr>
              <w:t xml:space="preserve"> </w:t>
            </w:r>
            <w:proofErr w:type="spellStart"/>
            <w:r w:rsidRPr="004543E3">
              <w:rPr>
                <w:i/>
                <w:iCs/>
              </w:rPr>
              <w:t>chuyên</w:t>
            </w:r>
            <w:proofErr w:type="spellEnd"/>
            <w:r w:rsidRPr="004543E3">
              <w:rPr>
                <w:i/>
                <w:iCs/>
              </w:rPr>
              <w:t xml:space="preserve"> </w:t>
            </w:r>
            <w:proofErr w:type="spellStart"/>
            <w:r w:rsidRPr="004543E3">
              <w:rPr>
                <w:i/>
                <w:iCs/>
              </w:rPr>
              <w:t>môn</w:t>
            </w:r>
            <w:proofErr w:type="spellEnd"/>
            <w:r w:rsidRPr="004543E3">
              <w:rPr>
                <w:i/>
                <w:iCs/>
              </w:rPr>
              <w:t xml:space="preserve"> </w:t>
            </w:r>
            <w:proofErr w:type="spellStart"/>
            <w:r w:rsidRPr="004543E3">
              <w:rPr>
                <w:i/>
                <w:iCs/>
              </w:rPr>
              <w:t>nghiệp</w:t>
            </w:r>
            <w:proofErr w:type="spellEnd"/>
            <w:r w:rsidRPr="004543E3">
              <w:rPr>
                <w:i/>
                <w:iCs/>
              </w:rPr>
              <w:t xml:space="preserve"> </w:t>
            </w:r>
            <w:proofErr w:type="spellStart"/>
            <w:r w:rsidRPr="004543E3">
              <w:rPr>
                <w:i/>
                <w:iCs/>
              </w:rPr>
              <w:t>vụ</w:t>
            </w:r>
            <w:proofErr w:type="spellEnd"/>
            <w:r w:rsidRPr="004543E3">
              <w:rPr>
                <w:i/>
                <w:iCs/>
              </w:rPr>
              <w:t xml:space="preserve"> </w:t>
            </w:r>
            <w:proofErr w:type="spellStart"/>
            <w:r w:rsidRPr="004543E3">
              <w:rPr>
                <w:i/>
                <w:iCs/>
              </w:rPr>
              <w:t>cao</w:t>
            </w:r>
            <w:proofErr w:type="spellEnd"/>
            <w:r w:rsidRPr="004543E3">
              <w:rPr>
                <w:i/>
                <w:iCs/>
              </w:rPr>
              <w:t>”</w:t>
            </w:r>
            <w:r w:rsidRPr="004543E3">
              <w:t xml:space="preserve"> </w:t>
            </w:r>
            <w:proofErr w:type="spellStart"/>
            <w:r w:rsidRPr="004543E3">
              <w:t>thành</w:t>
            </w:r>
            <w:proofErr w:type="spellEnd"/>
            <w:r w:rsidRPr="004543E3">
              <w:br/>
            </w:r>
            <w:r w:rsidRPr="004543E3">
              <w:rPr>
                <w:i/>
                <w:iCs/>
              </w:rPr>
              <w:t>“</w:t>
            </w:r>
            <w:proofErr w:type="spellStart"/>
            <w:r w:rsidRPr="004543E3">
              <w:rPr>
                <w:i/>
                <w:iCs/>
              </w:rPr>
              <w:t>có</w:t>
            </w:r>
            <w:proofErr w:type="spellEnd"/>
            <w:r w:rsidRPr="004543E3">
              <w:rPr>
                <w:i/>
                <w:iCs/>
              </w:rPr>
              <w:t xml:space="preserve"> </w:t>
            </w:r>
            <w:proofErr w:type="spellStart"/>
            <w:r w:rsidRPr="004543E3">
              <w:rPr>
                <w:i/>
                <w:iCs/>
              </w:rPr>
              <w:t>chuyên</w:t>
            </w:r>
            <w:proofErr w:type="spellEnd"/>
            <w:r w:rsidRPr="004543E3">
              <w:rPr>
                <w:i/>
                <w:iCs/>
              </w:rPr>
              <w:t xml:space="preserve"> </w:t>
            </w:r>
            <w:proofErr w:type="spellStart"/>
            <w:r w:rsidRPr="004543E3">
              <w:rPr>
                <w:i/>
                <w:iCs/>
              </w:rPr>
              <w:t>môn</w:t>
            </w:r>
            <w:proofErr w:type="spellEnd"/>
            <w:r w:rsidRPr="004543E3">
              <w:rPr>
                <w:i/>
                <w:iCs/>
              </w:rPr>
              <w:t xml:space="preserve"> </w:t>
            </w:r>
            <w:proofErr w:type="spellStart"/>
            <w:r w:rsidRPr="004543E3">
              <w:rPr>
                <w:i/>
                <w:iCs/>
              </w:rPr>
              <w:t>nghiệp</w:t>
            </w:r>
            <w:proofErr w:type="spellEnd"/>
            <w:r w:rsidRPr="004543E3">
              <w:rPr>
                <w:i/>
                <w:iCs/>
              </w:rPr>
              <w:t xml:space="preserve"> </w:t>
            </w:r>
            <w:proofErr w:type="spellStart"/>
            <w:r w:rsidRPr="004543E3">
              <w:rPr>
                <w:i/>
                <w:iCs/>
              </w:rPr>
              <w:t>vụ</w:t>
            </w:r>
            <w:proofErr w:type="spellEnd"/>
            <w:r w:rsidRPr="004543E3">
              <w:rPr>
                <w:i/>
                <w:iCs/>
              </w:rPr>
              <w:t xml:space="preserve"> </w:t>
            </w:r>
            <w:proofErr w:type="spellStart"/>
            <w:r w:rsidRPr="004543E3">
              <w:rPr>
                <w:i/>
                <w:iCs/>
              </w:rPr>
              <w:t>trong</w:t>
            </w:r>
            <w:proofErr w:type="spellEnd"/>
            <w:r w:rsidRPr="004543E3">
              <w:rPr>
                <w:i/>
                <w:iCs/>
              </w:rPr>
              <w:t xml:space="preserve"> </w:t>
            </w:r>
            <w:proofErr w:type="spellStart"/>
            <w:r w:rsidRPr="004543E3">
              <w:rPr>
                <w:i/>
                <w:iCs/>
              </w:rPr>
              <w:t>lĩnh</w:t>
            </w:r>
            <w:proofErr w:type="spellEnd"/>
            <w:r w:rsidRPr="004543E3">
              <w:rPr>
                <w:i/>
                <w:iCs/>
              </w:rPr>
              <w:t xml:space="preserve"> </w:t>
            </w:r>
            <w:proofErr w:type="spellStart"/>
            <w:r w:rsidRPr="004543E3">
              <w:rPr>
                <w:i/>
                <w:iCs/>
              </w:rPr>
              <w:t>vực</w:t>
            </w:r>
            <w:proofErr w:type="spellEnd"/>
            <w:r w:rsidRPr="004543E3">
              <w:rPr>
                <w:i/>
                <w:iCs/>
              </w:rPr>
              <w:t xml:space="preserve"> </w:t>
            </w:r>
            <w:proofErr w:type="spellStart"/>
            <w:r w:rsidRPr="004543E3">
              <w:rPr>
                <w:i/>
                <w:iCs/>
              </w:rPr>
              <w:t>kiểm</w:t>
            </w:r>
            <w:proofErr w:type="spellEnd"/>
            <w:r w:rsidRPr="004543E3">
              <w:rPr>
                <w:i/>
                <w:iCs/>
              </w:rPr>
              <w:t xml:space="preserve"> </w:t>
            </w:r>
            <w:proofErr w:type="spellStart"/>
            <w:r w:rsidRPr="004543E3">
              <w:rPr>
                <w:i/>
                <w:iCs/>
              </w:rPr>
              <w:t>soát</w:t>
            </w:r>
            <w:proofErr w:type="spellEnd"/>
            <w:r w:rsidRPr="004543E3">
              <w:rPr>
                <w:i/>
                <w:iCs/>
              </w:rPr>
              <w:t xml:space="preserve"> </w:t>
            </w:r>
            <w:proofErr w:type="spellStart"/>
            <w:r w:rsidRPr="004543E3">
              <w:rPr>
                <w:i/>
                <w:iCs/>
              </w:rPr>
              <w:t>viên</w:t>
            </w:r>
            <w:proofErr w:type="spellEnd"/>
            <w:r w:rsidRPr="004543E3">
              <w:rPr>
                <w:i/>
                <w:iCs/>
              </w:rPr>
              <w:t xml:space="preserve"> </w:t>
            </w:r>
            <w:proofErr w:type="spellStart"/>
            <w:r w:rsidRPr="004543E3">
              <w:rPr>
                <w:i/>
                <w:iCs/>
              </w:rPr>
              <w:t>chất</w:t>
            </w:r>
            <w:proofErr w:type="spellEnd"/>
            <w:r w:rsidRPr="004543E3">
              <w:rPr>
                <w:i/>
                <w:iCs/>
              </w:rPr>
              <w:t xml:space="preserve"> </w:t>
            </w:r>
            <w:proofErr w:type="spellStart"/>
            <w:r w:rsidRPr="004543E3">
              <w:rPr>
                <w:i/>
                <w:iCs/>
              </w:rPr>
              <w:t>lượng</w:t>
            </w:r>
            <w:proofErr w:type="spellEnd"/>
            <w:r w:rsidRPr="004543E3">
              <w:rPr>
                <w:i/>
                <w:iCs/>
              </w:rPr>
              <w:t xml:space="preserve"> </w:t>
            </w:r>
            <w:proofErr w:type="spellStart"/>
            <w:r w:rsidRPr="004543E3">
              <w:rPr>
                <w:i/>
                <w:iCs/>
              </w:rPr>
              <w:t>sản</w:t>
            </w:r>
            <w:proofErr w:type="spellEnd"/>
            <w:r w:rsidRPr="004543E3">
              <w:rPr>
                <w:i/>
                <w:iCs/>
              </w:rPr>
              <w:t xml:space="preserve"> </w:t>
            </w:r>
            <w:proofErr w:type="spellStart"/>
            <w:r w:rsidRPr="004543E3">
              <w:rPr>
                <w:i/>
                <w:iCs/>
              </w:rPr>
              <w:t>phẩm</w:t>
            </w:r>
            <w:proofErr w:type="spellEnd"/>
            <w:r w:rsidRPr="004543E3">
              <w:rPr>
                <w:i/>
                <w:iCs/>
              </w:rPr>
              <w:t xml:space="preserve">, </w:t>
            </w:r>
            <w:proofErr w:type="spellStart"/>
            <w:r w:rsidRPr="004543E3">
              <w:rPr>
                <w:i/>
                <w:iCs/>
              </w:rPr>
              <w:t>hàng</w:t>
            </w:r>
            <w:proofErr w:type="spellEnd"/>
            <w:r w:rsidRPr="004543E3">
              <w:rPr>
                <w:i/>
                <w:iCs/>
              </w:rPr>
              <w:t xml:space="preserve"> </w:t>
            </w:r>
            <w:proofErr w:type="spellStart"/>
            <w:r w:rsidRPr="004543E3">
              <w:rPr>
                <w:i/>
                <w:iCs/>
              </w:rPr>
              <w:t>hóa</w:t>
            </w:r>
            <w:proofErr w:type="spellEnd"/>
            <w:r w:rsidRPr="004543E3">
              <w:rPr>
                <w:i/>
                <w:iCs/>
              </w:rPr>
              <w:t>”</w:t>
            </w:r>
            <w:r w:rsidRPr="004543E3">
              <w:t>.</w:t>
            </w:r>
          </w:p>
        </w:tc>
        <w:tc>
          <w:tcPr>
            <w:tcW w:w="3165" w:type="dxa"/>
          </w:tcPr>
          <w:p w14:paraId="52AE8698" w14:textId="60EA4D60" w:rsidR="00855AF9" w:rsidRPr="004543E3" w:rsidRDefault="00855AF9" w:rsidP="00EA0C73">
            <w:pPr>
              <w:spacing w:after="0" w:line="240" w:lineRule="auto"/>
              <w:jc w:val="both"/>
              <w:rPr>
                <w:szCs w:val="26"/>
              </w:rPr>
            </w:pPr>
            <w:r w:rsidRPr="004543E3">
              <w:rPr>
                <w:szCs w:val="26"/>
              </w:rPr>
              <w:t xml:space="preserve">Ban </w:t>
            </w:r>
            <w:proofErr w:type="spellStart"/>
            <w:r w:rsidRPr="004543E3">
              <w:rPr>
                <w:szCs w:val="26"/>
              </w:rPr>
              <w:t>soạn</w:t>
            </w:r>
            <w:proofErr w:type="spellEnd"/>
            <w:r w:rsidRPr="004543E3">
              <w:rPr>
                <w:szCs w:val="26"/>
              </w:rPr>
              <w:t xml:space="preserve"> </w:t>
            </w:r>
            <w:proofErr w:type="spellStart"/>
            <w:r w:rsidRPr="004543E3">
              <w:rPr>
                <w:szCs w:val="26"/>
              </w:rPr>
              <w:t>thảo</w:t>
            </w:r>
            <w:proofErr w:type="spellEnd"/>
            <w:r w:rsidRPr="004543E3">
              <w:rPr>
                <w:szCs w:val="26"/>
              </w:rPr>
              <w:t xml:space="preserve"> </w:t>
            </w:r>
            <w:proofErr w:type="spellStart"/>
            <w:r w:rsidRPr="004543E3">
              <w:rPr>
                <w:szCs w:val="26"/>
              </w:rPr>
              <w:t>đa</w:t>
            </w:r>
            <w:proofErr w:type="spellEnd"/>
            <w:r w:rsidRPr="004543E3">
              <w:rPr>
                <w:szCs w:val="26"/>
              </w:rPr>
              <w:t xml:space="preserve">̃ </w:t>
            </w:r>
            <w:proofErr w:type="spellStart"/>
            <w:r w:rsidRPr="004543E3">
              <w:rPr>
                <w:szCs w:val="26"/>
              </w:rPr>
              <w:t>điều</w:t>
            </w:r>
            <w:proofErr w:type="spellEnd"/>
            <w:r w:rsidRPr="004543E3">
              <w:rPr>
                <w:szCs w:val="26"/>
              </w:rPr>
              <w:t xml:space="preserve"> </w:t>
            </w:r>
            <w:proofErr w:type="spellStart"/>
            <w:r w:rsidRPr="004543E3">
              <w:rPr>
                <w:szCs w:val="26"/>
              </w:rPr>
              <w:t>chỉnh</w:t>
            </w:r>
            <w:proofErr w:type="spellEnd"/>
            <w:r w:rsidRPr="004543E3">
              <w:rPr>
                <w:szCs w:val="26"/>
              </w:rPr>
              <w:t xml:space="preserve"> </w:t>
            </w:r>
            <w:proofErr w:type="spellStart"/>
            <w:r w:rsidRPr="004543E3">
              <w:rPr>
                <w:szCs w:val="26"/>
              </w:rPr>
              <w:t>yêu</w:t>
            </w:r>
            <w:proofErr w:type="spellEnd"/>
            <w:r w:rsidRPr="004543E3">
              <w:rPr>
                <w:szCs w:val="26"/>
              </w:rPr>
              <w:t xml:space="preserve"> </w:t>
            </w:r>
            <w:proofErr w:type="spellStart"/>
            <w:r w:rsidRPr="004543E3">
              <w:rPr>
                <w:szCs w:val="26"/>
              </w:rPr>
              <w:t>cầu</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chức</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chức</w:t>
            </w:r>
            <w:proofErr w:type="spellEnd"/>
            <w:r w:rsidRPr="004543E3">
              <w:rPr>
                <w:szCs w:val="26"/>
              </w:rPr>
              <w:t xml:space="preserve"> </w:t>
            </w:r>
            <w:proofErr w:type="spellStart"/>
            <w:r w:rsidRPr="004543E3">
              <w:rPr>
                <w:szCs w:val="26"/>
              </w:rPr>
              <w:t>kiểm</w:t>
            </w:r>
            <w:proofErr w:type="spellEnd"/>
            <w:r w:rsidRPr="004543E3">
              <w:rPr>
                <w:szCs w:val="26"/>
              </w:rPr>
              <w:t xml:space="preserve"> </w:t>
            </w:r>
            <w:proofErr w:type="spellStart"/>
            <w:r w:rsidRPr="004543E3">
              <w:rPr>
                <w:szCs w:val="26"/>
              </w:rPr>
              <w:t>soát</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cao</w:t>
            </w:r>
            <w:proofErr w:type="spellEnd"/>
            <w:r w:rsidRPr="004543E3">
              <w:rPr>
                <w:szCs w:val="26"/>
              </w:rPr>
              <w:t xml:space="preserve"> </w:t>
            </w:r>
            <w:proofErr w:type="spellStart"/>
            <w:r w:rsidRPr="004543E3">
              <w:rPr>
                <w:szCs w:val="26"/>
              </w:rPr>
              <w:t>cấp</w:t>
            </w:r>
            <w:proofErr w:type="spellEnd"/>
            <w:r w:rsidRPr="004543E3">
              <w:rPr>
                <w:szCs w:val="26"/>
              </w:rPr>
              <w:t xml:space="preserve"> </w:t>
            </w:r>
            <w:proofErr w:type="spellStart"/>
            <w:r w:rsidRPr="004543E3">
              <w:rPr>
                <w:szCs w:val="26"/>
              </w:rPr>
              <w:t>chất</w:t>
            </w:r>
            <w:proofErr w:type="spellEnd"/>
            <w:r w:rsidRPr="004543E3">
              <w:rPr>
                <w:szCs w:val="26"/>
              </w:rPr>
              <w:t xml:space="preserve"> </w:t>
            </w:r>
            <w:proofErr w:type="spellStart"/>
            <w:r w:rsidRPr="004543E3">
              <w:rPr>
                <w:szCs w:val="26"/>
              </w:rPr>
              <w:t>lượng</w:t>
            </w:r>
            <w:proofErr w:type="spellEnd"/>
            <w:r w:rsidRPr="004543E3">
              <w:rPr>
                <w:szCs w:val="26"/>
              </w:rPr>
              <w:t xml:space="preserve"> </w:t>
            </w:r>
            <w:proofErr w:type="spellStart"/>
            <w:r w:rsidRPr="004543E3">
              <w:rPr>
                <w:szCs w:val="26"/>
              </w:rPr>
              <w:t>sản</w:t>
            </w:r>
            <w:proofErr w:type="spellEnd"/>
            <w:r w:rsidRPr="004543E3">
              <w:rPr>
                <w:szCs w:val="26"/>
              </w:rPr>
              <w:t xml:space="preserve"> </w:t>
            </w:r>
            <w:proofErr w:type="spellStart"/>
            <w:r w:rsidRPr="004543E3">
              <w:rPr>
                <w:szCs w:val="26"/>
              </w:rPr>
              <w:t>phẩm</w:t>
            </w:r>
            <w:proofErr w:type="spellEnd"/>
            <w:r w:rsidRPr="004543E3">
              <w:rPr>
                <w:szCs w:val="26"/>
              </w:rPr>
              <w:t xml:space="preserve">, </w:t>
            </w:r>
            <w:proofErr w:type="spellStart"/>
            <w:r w:rsidRPr="004543E3">
              <w:rPr>
                <w:szCs w:val="26"/>
              </w:rPr>
              <w:t>hàng</w:t>
            </w:r>
            <w:proofErr w:type="spellEnd"/>
            <w:r w:rsidRPr="004543E3">
              <w:rPr>
                <w:szCs w:val="26"/>
              </w:rPr>
              <w:t xml:space="preserve"> </w:t>
            </w:r>
            <w:proofErr w:type="spellStart"/>
            <w:r w:rsidRPr="004543E3">
              <w:rPr>
                <w:szCs w:val="26"/>
              </w:rPr>
              <w:t>hóa</w:t>
            </w:r>
            <w:proofErr w:type="spellEnd"/>
            <w:r w:rsidRPr="004543E3">
              <w:rPr>
                <w:szCs w:val="26"/>
              </w:rPr>
              <w:t xml:space="preserve"> </w:t>
            </w:r>
            <w:proofErr w:type="spellStart"/>
            <w:r w:rsidRPr="004543E3">
              <w:rPr>
                <w:szCs w:val="26"/>
              </w:rPr>
              <w:t>thành</w:t>
            </w:r>
            <w:proofErr w:type="spellEnd"/>
            <w:r w:rsidRPr="004543E3">
              <w:rPr>
                <w:szCs w:val="26"/>
              </w:rPr>
              <w:t xml:space="preserve"> </w:t>
            </w:r>
            <w:r w:rsidRPr="004543E3">
              <w:rPr>
                <w:i/>
                <w:iCs/>
                <w:szCs w:val="26"/>
              </w:rPr>
              <w:t>“</w:t>
            </w:r>
            <w:proofErr w:type="spellStart"/>
            <w:r w:rsidRPr="004543E3">
              <w:rPr>
                <w:i/>
                <w:iCs/>
                <w:szCs w:val="26"/>
              </w:rPr>
              <w:t>chuyên</w:t>
            </w:r>
            <w:proofErr w:type="spellEnd"/>
            <w:r w:rsidRPr="004543E3">
              <w:rPr>
                <w:i/>
                <w:iCs/>
                <w:szCs w:val="26"/>
              </w:rPr>
              <w:t xml:space="preserve"> </w:t>
            </w:r>
            <w:proofErr w:type="spellStart"/>
            <w:r w:rsidRPr="004543E3">
              <w:rPr>
                <w:i/>
                <w:iCs/>
                <w:szCs w:val="26"/>
              </w:rPr>
              <w:t>môn</w:t>
            </w:r>
            <w:proofErr w:type="spellEnd"/>
            <w:r w:rsidRPr="004543E3">
              <w:rPr>
                <w:i/>
                <w:iCs/>
                <w:szCs w:val="26"/>
              </w:rPr>
              <w:t xml:space="preserve"> </w:t>
            </w:r>
            <w:proofErr w:type="spellStart"/>
            <w:r w:rsidRPr="004543E3">
              <w:rPr>
                <w:i/>
                <w:iCs/>
                <w:szCs w:val="26"/>
              </w:rPr>
              <w:t>nghiệp</w:t>
            </w:r>
            <w:proofErr w:type="spellEnd"/>
            <w:r w:rsidRPr="004543E3">
              <w:rPr>
                <w:i/>
                <w:iCs/>
                <w:szCs w:val="26"/>
              </w:rPr>
              <w:t xml:space="preserve"> vụ </w:t>
            </w:r>
            <w:proofErr w:type="spellStart"/>
            <w:r w:rsidRPr="004543E3">
              <w:rPr>
                <w:i/>
                <w:iCs/>
                <w:szCs w:val="26"/>
              </w:rPr>
              <w:t>vững</w:t>
            </w:r>
            <w:proofErr w:type="spellEnd"/>
            <w:r w:rsidRPr="004543E3">
              <w:rPr>
                <w:i/>
                <w:iCs/>
                <w:szCs w:val="26"/>
              </w:rPr>
              <w:t xml:space="preserve"> </w:t>
            </w:r>
            <w:proofErr w:type="spellStart"/>
            <w:r w:rsidRPr="004543E3">
              <w:rPr>
                <w:i/>
                <w:iCs/>
                <w:szCs w:val="26"/>
              </w:rPr>
              <w:t>vàng</w:t>
            </w:r>
            <w:proofErr w:type="spellEnd"/>
            <w:r w:rsidRPr="004543E3">
              <w:rPr>
                <w:i/>
                <w:iCs/>
                <w:szCs w:val="26"/>
              </w:rPr>
              <w:t>”</w:t>
            </w:r>
            <w:r w:rsidRPr="004543E3">
              <w:rPr>
                <w:szCs w:val="26"/>
              </w:rPr>
              <w:t xml:space="preserve"> </w:t>
            </w:r>
            <w:proofErr w:type="spellStart"/>
            <w:r w:rsidRPr="004543E3">
              <w:rPr>
                <w:szCs w:val="26"/>
              </w:rPr>
              <w:t>đê</w:t>
            </w:r>
            <w:proofErr w:type="spellEnd"/>
            <w:r w:rsidRPr="004543E3">
              <w:rPr>
                <w:szCs w:val="26"/>
              </w:rPr>
              <w:t xml:space="preserve">̉ </w:t>
            </w:r>
            <w:proofErr w:type="spellStart"/>
            <w:r w:rsidRPr="004543E3">
              <w:rPr>
                <w:szCs w:val="26"/>
              </w:rPr>
              <w:lastRenderedPageBreak/>
              <w:t>phân</w:t>
            </w:r>
            <w:proofErr w:type="spellEnd"/>
            <w:r w:rsidRPr="004543E3">
              <w:rPr>
                <w:szCs w:val="26"/>
              </w:rPr>
              <w:t xml:space="preserve"> </w:t>
            </w:r>
            <w:proofErr w:type="spellStart"/>
            <w:r w:rsidRPr="004543E3">
              <w:rPr>
                <w:szCs w:val="26"/>
              </w:rPr>
              <w:t>định</w:t>
            </w:r>
            <w:proofErr w:type="spellEnd"/>
            <w:r w:rsidRPr="004543E3">
              <w:rPr>
                <w:szCs w:val="26"/>
              </w:rPr>
              <w:t xml:space="preserve"> </w:t>
            </w:r>
            <w:proofErr w:type="spellStart"/>
            <w:r w:rsidRPr="004543E3">
              <w:rPr>
                <w:szCs w:val="26"/>
              </w:rPr>
              <w:t>ro</w:t>
            </w:r>
            <w:proofErr w:type="spellEnd"/>
            <w:r w:rsidRPr="004543E3">
              <w:rPr>
                <w:szCs w:val="26"/>
              </w:rPr>
              <w:t xml:space="preserve">̃ </w:t>
            </w:r>
            <w:proofErr w:type="spellStart"/>
            <w:r w:rsidRPr="004543E3">
              <w:rPr>
                <w:szCs w:val="26"/>
              </w:rPr>
              <w:t>trình</w:t>
            </w:r>
            <w:proofErr w:type="spellEnd"/>
            <w:r w:rsidRPr="004543E3">
              <w:rPr>
                <w:szCs w:val="26"/>
              </w:rPr>
              <w:t xml:space="preserve"> </w:t>
            </w:r>
            <w:proofErr w:type="spellStart"/>
            <w:r w:rsidRPr="004543E3">
              <w:rPr>
                <w:szCs w:val="26"/>
              </w:rPr>
              <w:t>đô</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môn</w:t>
            </w:r>
            <w:proofErr w:type="spellEnd"/>
            <w:r w:rsidRPr="004543E3">
              <w:rPr>
                <w:szCs w:val="26"/>
              </w:rPr>
              <w:t xml:space="preserve"> so </w:t>
            </w:r>
            <w:proofErr w:type="spellStart"/>
            <w:r w:rsidRPr="004543E3">
              <w:rPr>
                <w:szCs w:val="26"/>
              </w:rPr>
              <w:t>với</w:t>
            </w:r>
            <w:proofErr w:type="spellEnd"/>
            <w:r w:rsidRPr="004543E3">
              <w:rPr>
                <w:szCs w:val="26"/>
              </w:rPr>
              <w:t xml:space="preserve"> </w:t>
            </w:r>
            <w:proofErr w:type="spellStart"/>
            <w:r w:rsidRPr="004543E3">
              <w:rPr>
                <w:szCs w:val="26"/>
              </w:rPr>
              <w:t>kiểm</w:t>
            </w:r>
            <w:proofErr w:type="spellEnd"/>
            <w:r w:rsidRPr="004543E3">
              <w:rPr>
                <w:szCs w:val="26"/>
              </w:rPr>
              <w:t xml:space="preserve"> </w:t>
            </w:r>
            <w:proofErr w:type="spellStart"/>
            <w:r w:rsidRPr="004543E3">
              <w:rPr>
                <w:szCs w:val="26"/>
              </w:rPr>
              <w:t>soát</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chất</w:t>
            </w:r>
            <w:proofErr w:type="spellEnd"/>
            <w:r w:rsidRPr="004543E3">
              <w:rPr>
                <w:szCs w:val="26"/>
              </w:rPr>
              <w:t xml:space="preserve"> </w:t>
            </w:r>
            <w:proofErr w:type="spellStart"/>
            <w:r w:rsidRPr="004543E3">
              <w:rPr>
                <w:szCs w:val="26"/>
              </w:rPr>
              <w:t>lượng</w:t>
            </w:r>
            <w:proofErr w:type="spellEnd"/>
            <w:r w:rsidRPr="004543E3">
              <w:rPr>
                <w:szCs w:val="26"/>
              </w:rPr>
              <w:t xml:space="preserve"> </w:t>
            </w:r>
            <w:proofErr w:type="spellStart"/>
            <w:r w:rsidRPr="004543E3">
              <w:rPr>
                <w:szCs w:val="26"/>
              </w:rPr>
              <w:t>sản</w:t>
            </w:r>
            <w:proofErr w:type="spellEnd"/>
            <w:r w:rsidRPr="004543E3">
              <w:rPr>
                <w:szCs w:val="26"/>
              </w:rPr>
              <w:t xml:space="preserve"> </w:t>
            </w:r>
            <w:proofErr w:type="spellStart"/>
            <w:r w:rsidRPr="004543E3">
              <w:rPr>
                <w:szCs w:val="26"/>
              </w:rPr>
              <w:t>phẩm</w:t>
            </w:r>
            <w:proofErr w:type="spellEnd"/>
            <w:r w:rsidRPr="004543E3">
              <w:rPr>
                <w:szCs w:val="26"/>
              </w:rPr>
              <w:t xml:space="preserve">, </w:t>
            </w:r>
            <w:proofErr w:type="spellStart"/>
            <w:r w:rsidRPr="004543E3">
              <w:rPr>
                <w:szCs w:val="26"/>
              </w:rPr>
              <w:t>hàng</w:t>
            </w:r>
            <w:proofErr w:type="spellEnd"/>
            <w:r w:rsidRPr="004543E3">
              <w:rPr>
                <w:szCs w:val="26"/>
              </w:rPr>
              <w:t xml:space="preserve"> </w:t>
            </w:r>
            <w:proofErr w:type="spellStart"/>
            <w:r w:rsidRPr="004543E3">
              <w:rPr>
                <w:szCs w:val="26"/>
              </w:rPr>
              <w:t>hóa</w:t>
            </w:r>
            <w:proofErr w:type="spellEnd"/>
            <w:r w:rsidRPr="004543E3">
              <w:rPr>
                <w:szCs w:val="26"/>
              </w:rPr>
              <w:t>.</w:t>
            </w:r>
          </w:p>
        </w:tc>
      </w:tr>
      <w:tr w:rsidR="00855AF9" w:rsidRPr="004543E3" w14:paraId="2223F309" w14:textId="77777777" w:rsidTr="00FF0027">
        <w:tc>
          <w:tcPr>
            <w:tcW w:w="1098" w:type="dxa"/>
          </w:tcPr>
          <w:p w14:paraId="7E1F356B" w14:textId="77777777" w:rsidR="00855AF9" w:rsidRPr="004543E3" w:rsidRDefault="00855AF9" w:rsidP="00855AF9">
            <w:pPr>
              <w:jc w:val="both"/>
            </w:pPr>
          </w:p>
        </w:tc>
        <w:tc>
          <w:tcPr>
            <w:tcW w:w="5113" w:type="dxa"/>
          </w:tcPr>
          <w:p w14:paraId="3B67A20E" w14:textId="77777777" w:rsidR="00855AF9" w:rsidRPr="004543E3" w:rsidRDefault="00855AF9" w:rsidP="00855AF9">
            <w:pPr>
              <w:spacing w:before="120" w:after="120" w:line="360" w:lineRule="exact"/>
              <w:ind w:firstLine="709"/>
              <w:jc w:val="both"/>
              <w:rPr>
                <w:b/>
                <w:bCs/>
                <w:szCs w:val="26"/>
              </w:rPr>
            </w:pPr>
            <w:r w:rsidRPr="004543E3">
              <w:rPr>
                <w:b/>
                <w:bCs/>
                <w:szCs w:val="26"/>
              </w:rPr>
              <w:t xml:space="preserve">3. </w:t>
            </w:r>
            <w:proofErr w:type="spellStart"/>
            <w:r w:rsidRPr="004543E3">
              <w:rPr>
                <w:b/>
                <w:bCs/>
                <w:szCs w:val="26"/>
              </w:rPr>
              <w:t>Tiêu</w:t>
            </w:r>
            <w:proofErr w:type="spellEnd"/>
            <w:r w:rsidRPr="004543E3">
              <w:rPr>
                <w:b/>
                <w:bCs/>
                <w:szCs w:val="26"/>
              </w:rPr>
              <w:t xml:space="preserve"> </w:t>
            </w:r>
            <w:proofErr w:type="spellStart"/>
            <w:r w:rsidRPr="004543E3">
              <w:rPr>
                <w:b/>
                <w:bCs/>
                <w:szCs w:val="26"/>
              </w:rPr>
              <w:t>chuẩn</w:t>
            </w:r>
            <w:proofErr w:type="spellEnd"/>
            <w:r w:rsidRPr="004543E3">
              <w:rPr>
                <w:b/>
                <w:bCs/>
                <w:szCs w:val="26"/>
              </w:rPr>
              <w:t xml:space="preserve"> </w:t>
            </w:r>
            <w:proofErr w:type="spellStart"/>
            <w:r w:rsidRPr="004543E3">
              <w:rPr>
                <w:b/>
                <w:bCs/>
                <w:szCs w:val="26"/>
              </w:rPr>
              <w:t>về</w:t>
            </w:r>
            <w:proofErr w:type="spellEnd"/>
            <w:r w:rsidRPr="004543E3">
              <w:rPr>
                <w:b/>
                <w:bCs/>
                <w:szCs w:val="26"/>
              </w:rPr>
              <w:t xml:space="preserve"> </w:t>
            </w:r>
            <w:proofErr w:type="spellStart"/>
            <w:r w:rsidRPr="004543E3">
              <w:rPr>
                <w:b/>
                <w:bCs/>
                <w:szCs w:val="26"/>
              </w:rPr>
              <w:t>trình</w:t>
            </w:r>
            <w:proofErr w:type="spellEnd"/>
            <w:r w:rsidRPr="004543E3">
              <w:rPr>
                <w:b/>
                <w:bCs/>
                <w:szCs w:val="26"/>
              </w:rPr>
              <w:t xml:space="preserve"> </w:t>
            </w:r>
            <w:proofErr w:type="spellStart"/>
            <w:r w:rsidRPr="004543E3">
              <w:rPr>
                <w:b/>
                <w:bCs/>
                <w:szCs w:val="26"/>
              </w:rPr>
              <w:t>độ</w:t>
            </w:r>
            <w:proofErr w:type="spellEnd"/>
            <w:r w:rsidRPr="004543E3">
              <w:rPr>
                <w:b/>
                <w:bCs/>
                <w:szCs w:val="26"/>
              </w:rPr>
              <w:t xml:space="preserve"> </w:t>
            </w:r>
            <w:proofErr w:type="spellStart"/>
            <w:r w:rsidRPr="004543E3">
              <w:rPr>
                <w:b/>
                <w:bCs/>
                <w:szCs w:val="26"/>
              </w:rPr>
              <w:t>đào</w:t>
            </w:r>
            <w:proofErr w:type="spellEnd"/>
            <w:r w:rsidRPr="004543E3">
              <w:rPr>
                <w:b/>
                <w:bCs/>
                <w:szCs w:val="26"/>
              </w:rPr>
              <w:t xml:space="preserve"> </w:t>
            </w:r>
            <w:proofErr w:type="spellStart"/>
            <w:r w:rsidRPr="004543E3">
              <w:rPr>
                <w:b/>
                <w:bCs/>
                <w:szCs w:val="26"/>
              </w:rPr>
              <w:t>tạo</w:t>
            </w:r>
            <w:proofErr w:type="spellEnd"/>
            <w:r w:rsidRPr="004543E3">
              <w:rPr>
                <w:b/>
                <w:bCs/>
                <w:szCs w:val="26"/>
              </w:rPr>
              <w:t xml:space="preserve">, </w:t>
            </w:r>
            <w:proofErr w:type="spellStart"/>
            <w:r w:rsidRPr="004543E3">
              <w:rPr>
                <w:b/>
                <w:bCs/>
                <w:szCs w:val="26"/>
              </w:rPr>
              <w:t>bồi</w:t>
            </w:r>
            <w:proofErr w:type="spellEnd"/>
            <w:r w:rsidRPr="004543E3">
              <w:rPr>
                <w:b/>
                <w:bCs/>
                <w:szCs w:val="26"/>
              </w:rPr>
              <w:t xml:space="preserve"> </w:t>
            </w:r>
            <w:proofErr w:type="spellStart"/>
            <w:r w:rsidRPr="004543E3">
              <w:rPr>
                <w:b/>
                <w:bCs/>
                <w:szCs w:val="26"/>
              </w:rPr>
              <w:t>dưỡng</w:t>
            </w:r>
            <w:proofErr w:type="spellEnd"/>
            <w:r w:rsidRPr="004543E3">
              <w:rPr>
                <w:b/>
                <w:bCs/>
                <w:szCs w:val="26"/>
              </w:rPr>
              <w:t>:</w:t>
            </w:r>
          </w:p>
          <w:p w14:paraId="11C0D70B" w14:textId="77777777" w:rsidR="00855AF9" w:rsidRPr="004543E3" w:rsidRDefault="00855AF9" w:rsidP="00855AF9">
            <w:pPr>
              <w:ind w:firstLine="709"/>
              <w:jc w:val="both"/>
              <w:rPr>
                <w:szCs w:val="26"/>
              </w:rPr>
            </w:pPr>
            <w:r w:rsidRPr="004543E3">
              <w:rPr>
                <w:szCs w:val="26"/>
              </w:rPr>
              <w:t xml:space="preserve">a) </w:t>
            </w:r>
            <w:proofErr w:type="spellStart"/>
            <w:r w:rsidRPr="004543E3">
              <w:rPr>
                <w:szCs w:val="26"/>
              </w:rPr>
              <w:t>Có</w:t>
            </w:r>
            <w:proofErr w:type="spellEnd"/>
            <w:r w:rsidRPr="004543E3">
              <w:rPr>
                <w:szCs w:val="26"/>
              </w:rPr>
              <w:t xml:space="preserve"> </w:t>
            </w:r>
            <w:proofErr w:type="spellStart"/>
            <w:r w:rsidRPr="004543E3">
              <w:rPr>
                <w:szCs w:val="26"/>
              </w:rPr>
              <w:t>bằng</w:t>
            </w:r>
            <w:proofErr w:type="spellEnd"/>
            <w:r w:rsidRPr="004543E3">
              <w:rPr>
                <w:szCs w:val="26"/>
              </w:rPr>
              <w:t xml:space="preserve"> </w:t>
            </w:r>
            <w:proofErr w:type="spellStart"/>
            <w:r w:rsidRPr="004543E3">
              <w:rPr>
                <w:szCs w:val="26"/>
              </w:rPr>
              <w:t>tốt</w:t>
            </w:r>
            <w:proofErr w:type="spellEnd"/>
            <w:r w:rsidRPr="004543E3">
              <w:rPr>
                <w:szCs w:val="26"/>
              </w:rPr>
              <w:t xml:space="preserve"> </w:t>
            </w:r>
            <w:proofErr w:type="spellStart"/>
            <w:r w:rsidRPr="004543E3">
              <w:rPr>
                <w:szCs w:val="26"/>
              </w:rPr>
              <w:t>nghiệp</w:t>
            </w:r>
            <w:proofErr w:type="spellEnd"/>
            <w:r w:rsidRPr="004543E3">
              <w:rPr>
                <w:szCs w:val="26"/>
              </w:rPr>
              <w:t xml:space="preserve"> </w:t>
            </w:r>
            <w:proofErr w:type="spellStart"/>
            <w:r w:rsidRPr="004543E3">
              <w:rPr>
                <w:szCs w:val="26"/>
              </w:rPr>
              <w:t>đại</w:t>
            </w:r>
            <w:proofErr w:type="spellEnd"/>
            <w:r w:rsidRPr="004543E3">
              <w:rPr>
                <w:szCs w:val="26"/>
              </w:rPr>
              <w:t xml:space="preserve"> </w:t>
            </w:r>
            <w:proofErr w:type="spellStart"/>
            <w:r w:rsidRPr="004543E3">
              <w:rPr>
                <w:szCs w:val="26"/>
              </w:rPr>
              <w:t>học</w:t>
            </w:r>
            <w:proofErr w:type="spellEnd"/>
            <w:r w:rsidRPr="004543E3">
              <w:rPr>
                <w:szCs w:val="26"/>
              </w:rPr>
              <w:t xml:space="preserve"> </w:t>
            </w:r>
            <w:proofErr w:type="spellStart"/>
            <w:r w:rsidRPr="004543E3">
              <w:rPr>
                <w:szCs w:val="26"/>
              </w:rPr>
              <w:t>trở</w:t>
            </w:r>
            <w:proofErr w:type="spellEnd"/>
            <w:r w:rsidRPr="004543E3">
              <w:rPr>
                <w:szCs w:val="26"/>
              </w:rPr>
              <w:t xml:space="preserve"> </w:t>
            </w:r>
            <w:proofErr w:type="spellStart"/>
            <w:r w:rsidRPr="004543E3">
              <w:rPr>
                <w:szCs w:val="26"/>
              </w:rPr>
              <w:t>lên</w:t>
            </w:r>
            <w:proofErr w:type="spellEnd"/>
            <w:r w:rsidRPr="004543E3">
              <w:rPr>
                <w:szCs w:val="26"/>
              </w:rPr>
              <w:t xml:space="preserve"> </w:t>
            </w:r>
            <w:proofErr w:type="spellStart"/>
            <w:r w:rsidRPr="004543E3">
              <w:rPr>
                <w:szCs w:val="26"/>
              </w:rPr>
              <w:t>với</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ngành</w:t>
            </w:r>
            <w:proofErr w:type="spellEnd"/>
            <w:r w:rsidRPr="004543E3">
              <w:rPr>
                <w:szCs w:val="26"/>
              </w:rPr>
              <w:t xml:space="preserve"> </w:t>
            </w:r>
            <w:proofErr w:type="spellStart"/>
            <w:r w:rsidRPr="004543E3">
              <w:rPr>
                <w:szCs w:val="26"/>
              </w:rPr>
              <w:t>đào</w:t>
            </w:r>
            <w:proofErr w:type="spellEnd"/>
            <w:r w:rsidRPr="004543E3">
              <w:rPr>
                <w:szCs w:val="26"/>
              </w:rPr>
              <w:t xml:space="preserve"> </w:t>
            </w:r>
            <w:proofErr w:type="spellStart"/>
            <w:r w:rsidRPr="004543E3">
              <w:rPr>
                <w:szCs w:val="26"/>
              </w:rPr>
              <w:t>tạo</w:t>
            </w:r>
            <w:proofErr w:type="spellEnd"/>
            <w:r w:rsidRPr="004543E3">
              <w:rPr>
                <w:szCs w:val="26"/>
              </w:rPr>
              <w:t xml:space="preserve"> </w:t>
            </w:r>
            <w:proofErr w:type="spellStart"/>
            <w:r w:rsidRPr="004543E3">
              <w:rPr>
                <w:szCs w:val="26"/>
              </w:rPr>
              <w:t>phù</w:t>
            </w:r>
            <w:proofErr w:type="spellEnd"/>
            <w:r w:rsidRPr="004543E3">
              <w:rPr>
                <w:szCs w:val="26"/>
              </w:rPr>
              <w:t xml:space="preserve"> </w:t>
            </w:r>
            <w:proofErr w:type="spellStart"/>
            <w:r w:rsidRPr="004543E3">
              <w:rPr>
                <w:szCs w:val="26"/>
              </w:rPr>
              <w:t>hợp</w:t>
            </w:r>
            <w:proofErr w:type="spellEnd"/>
            <w:r w:rsidRPr="004543E3">
              <w:rPr>
                <w:szCs w:val="26"/>
              </w:rPr>
              <w:t xml:space="preserve"> </w:t>
            </w:r>
            <w:proofErr w:type="spellStart"/>
            <w:r w:rsidRPr="004543E3">
              <w:rPr>
                <w:szCs w:val="26"/>
              </w:rPr>
              <w:t>với</w:t>
            </w:r>
            <w:proofErr w:type="spellEnd"/>
            <w:r w:rsidRPr="004543E3">
              <w:rPr>
                <w:szCs w:val="26"/>
              </w:rPr>
              <w:t xml:space="preserve"> </w:t>
            </w:r>
            <w:proofErr w:type="spellStart"/>
            <w:r w:rsidRPr="004543E3">
              <w:rPr>
                <w:szCs w:val="26"/>
              </w:rPr>
              <w:t>lĩnh</w:t>
            </w:r>
            <w:proofErr w:type="spellEnd"/>
            <w:r w:rsidRPr="004543E3">
              <w:rPr>
                <w:szCs w:val="26"/>
              </w:rPr>
              <w:t xml:space="preserve"> </w:t>
            </w:r>
            <w:proofErr w:type="spellStart"/>
            <w:r w:rsidRPr="004543E3">
              <w:rPr>
                <w:szCs w:val="26"/>
              </w:rPr>
              <w:t>vực</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ly</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tra</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w:t>
            </w:r>
          </w:p>
          <w:p w14:paraId="0E513399" w14:textId="2E068050" w:rsidR="00855AF9" w:rsidRPr="004543E3" w:rsidRDefault="00855AF9" w:rsidP="00855AF9">
            <w:pPr>
              <w:ind w:firstLine="709"/>
              <w:jc w:val="both"/>
              <w:rPr>
                <w:i/>
                <w:iCs/>
                <w:sz w:val="28"/>
                <w:szCs w:val="28"/>
                <w:lang w:val="de-DE"/>
              </w:rPr>
            </w:pPr>
            <w:r w:rsidRPr="004543E3">
              <w:rPr>
                <w:szCs w:val="26"/>
              </w:rPr>
              <w:t xml:space="preserve">b) </w:t>
            </w:r>
            <w:proofErr w:type="spellStart"/>
            <w:r w:rsidRPr="004543E3">
              <w:rPr>
                <w:szCs w:val="26"/>
              </w:rPr>
              <w:t>Có</w:t>
            </w:r>
            <w:proofErr w:type="spellEnd"/>
            <w:r w:rsidRPr="004543E3">
              <w:rPr>
                <w:szCs w:val="26"/>
              </w:rPr>
              <w:t xml:space="preserve"> </w:t>
            </w:r>
            <w:proofErr w:type="spellStart"/>
            <w:r w:rsidRPr="004543E3">
              <w:rPr>
                <w:szCs w:val="26"/>
              </w:rPr>
              <w:t>chứng</w:t>
            </w:r>
            <w:proofErr w:type="spellEnd"/>
            <w:r w:rsidRPr="004543E3">
              <w:rPr>
                <w:szCs w:val="26"/>
              </w:rPr>
              <w:t xml:space="preserve"> </w:t>
            </w:r>
            <w:proofErr w:type="spellStart"/>
            <w:r w:rsidRPr="004543E3">
              <w:rPr>
                <w:szCs w:val="26"/>
              </w:rPr>
              <w:t>chỉ</w:t>
            </w:r>
            <w:proofErr w:type="spellEnd"/>
            <w:r w:rsidRPr="004543E3">
              <w:rPr>
                <w:szCs w:val="26"/>
              </w:rPr>
              <w:t xml:space="preserve"> </w:t>
            </w:r>
            <w:proofErr w:type="spellStart"/>
            <w:r w:rsidRPr="004543E3">
              <w:rPr>
                <w:szCs w:val="26"/>
              </w:rPr>
              <w:t>bồi</w:t>
            </w:r>
            <w:proofErr w:type="spellEnd"/>
            <w:r w:rsidRPr="004543E3">
              <w:rPr>
                <w:szCs w:val="26"/>
              </w:rPr>
              <w:t xml:space="preserve"> </w:t>
            </w:r>
            <w:proofErr w:type="spellStart"/>
            <w:r w:rsidRPr="004543E3">
              <w:rPr>
                <w:szCs w:val="26"/>
              </w:rPr>
              <w:t>dưỡng</w:t>
            </w:r>
            <w:proofErr w:type="spellEnd"/>
            <w:r w:rsidRPr="004543E3">
              <w:rPr>
                <w:szCs w:val="26"/>
              </w:rPr>
              <w:t xml:space="preserve"> </w:t>
            </w:r>
            <w:proofErr w:type="spellStart"/>
            <w:r w:rsidRPr="004543E3">
              <w:rPr>
                <w:szCs w:val="26"/>
              </w:rPr>
              <w:t>nghiệp</w:t>
            </w:r>
            <w:proofErr w:type="spellEnd"/>
            <w:r w:rsidRPr="004543E3">
              <w:rPr>
                <w:szCs w:val="26"/>
              </w:rPr>
              <w:t xml:space="preserve"> </w:t>
            </w:r>
            <w:proofErr w:type="spellStart"/>
            <w:r w:rsidRPr="004543E3">
              <w:rPr>
                <w:szCs w:val="26"/>
              </w:rPr>
              <w:t>vụ</w:t>
            </w:r>
            <w:proofErr w:type="spellEnd"/>
            <w:r w:rsidRPr="004543E3">
              <w:rPr>
                <w:szCs w:val="26"/>
              </w:rPr>
              <w:t xml:space="preserve"> </w:t>
            </w:r>
            <w:proofErr w:type="spellStart"/>
            <w:r w:rsidRPr="004543E3">
              <w:rPr>
                <w:szCs w:val="26"/>
              </w:rPr>
              <w:t>ngạch</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soát</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w:t>
            </w:r>
          </w:p>
        </w:tc>
        <w:tc>
          <w:tcPr>
            <w:tcW w:w="5220" w:type="dxa"/>
          </w:tcPr>
          <w:p w14:paraId="4A754332" w14:textId="77777777" w:rsidR="00855AF9" w:rsidRPr="004543E3" w:rsidRDefault="00855AF9" w:rsidP="00855AF9">
            <w:pPr>
              <w:spacing w:after="0" w:line="340" w:lineRule="exact"/>
              <w:jc w:val="both"/>
              <w:rPr>
                <w:b/>
                <w:bCs/>
              </w:rPr>
            </w:pPr>
            <w:proofErr w:type="spellStart"/>
            <w:r w:rsidRPr="004543E3">
              <w:rPr>
                <w:b/>
                <w:bCs/>
              </w:rPr>
              <w:t>Bô</w:t>
            </w:r>
            <w:proofErr w:type="spellEnd"/>
            <w:r w:rsidRPr="004543E3">
              <w:rPr>
                <w:b/>
                <w:bCs/>
              </w:rPr>
              <w:t xml:space="preserve">̣ </w:t>
            </w:r>
            <w:proofErr w:type="spellStart"/>
            <w:r w:rsidRPr="004543E3">
              <w:rPr>
                <w:b/>
                <w:bCs/>
              </w:rPr>
              <w:t>Nông</w:t>
            </w:r>
            <w:proofErr w:type="spellEnd"/>
            <w:r w:rsidRPr="004543E3">
              <w:rPr>
                <w:b/>
                <w:bCs/>
              </w:rPr>
              <w:t xml:space="preserve"> </w:t>
            </w:r>
            <w:proofErr w:type="spellStart"/>
            <w:r w:rsidRPr="004543E3">
              <w:rPr>
                <w:b/>
                <w:bCs/>
              </w:rPr>
              <w:t>nghiệp</w:t>
            </w:r>
            <w:proofErr w:type="spellEnd"/>
            <w:r w:rsidRPr="004543E3">
              <w:rPr>
                <w:b/>
                <w:bCs/>
              </w:rPr>
              <w:t xml:space="preserve"> </w:t>
            </w:r>
            <w:proofErr w:type="spellStart"/>
            <w:r w:rsidRPr="004543E3">
              <w:rPr>
                <w:b/>
                <w:bCs/>
              </w:rPr>
              <w:t>va</w:t>
            </w:r>
            <w:proofErr w:type="spellEnd"/>
            <w:r w:rsidRPr="004543E3">
              <w:rPr>
                <w:b/>
                <w:bCs/>
              </w:rPr>
              <w:t xml:space="preserve">̀ </w:t>
            </w:r>
            <w:proofErr w:type="spellStart"/>
            <w:r w:rsidRPr="004543E3">
              <w:rPr>
                <w:b/>
                <w:bCs/>
              </w:rPr>
              <w:t>Môi</w:t>
            </w:r>
            <w:proofErr w:type="spellEnd"/>
            <w:r w:rsidRPr="004543E3">
              <w:rPr>
                <w:b/>
                <w:bCs/>
              </w:rPr>
              <w:t xml:space="preserve"> </w:t>
            </w:r>
            <w:proofErr w:type="spellStart"/>
            <w:r w:rsidRPr="004543E3">
              <w:rPr>
                <w:b/>
                <w:bCs/>
              </w:rPr>
              <w:t>trường</w:t>
            </w:r>
            <w:proofErr w:type="spellEnd"/>
            <w:r w:rsidRPr="004543E3">
              <w:rPr>
                <w:b/>
                <w:bCs/>
              </w:rPr>
              <w:t>:</w:t>
            </w:r>
          </w:p>
          <w:p w14:paraId="0F9FAF9B" w14:textId="77777777" w:rsidR="00855AF9" w:rsidRPr="004543E3" w:rsidRDefault="00855AF9" w:rsidP="00855AF9">
            <w:pPr>
              <w:jc w:val="both"/>
            </w:pPr>
            <w:r w:rsidRPr="004543E3">
              <w:t xml:space="preserve"> </w:t>
            </w:r>
            <w:proofErr w:type="spellStart"/>
            <w:r w:rsidRPr="004543E3">
              <w:t>Điểm</w:t>
            </w:r>
            <w:proofErr w:type="spellEnd"/>
            <w:r w:rsidRPr="004543E3">
              <w:t xml:space="preserve"> b </w:t>
            </w:r>
            <w:proofErr w:type="spellStart"/>
            <w:r w:rsidRPr="004543E3">
              <w:t>khoản</w:t>
            </w:r>
            <w:proofErr w:type="spellEnd"/>
            <w:r w:rsidRPr="004543E3">
              <w:t xml:space="preserve"> 3 </w:t>
            </w:r>
            <w:proofErr w:type="spellStart"/>
            <w:r w:rsidRPr="004543E3">
              <w:t>Điều</w:t>
            </w:r>
            <w:proofErr w:type="spellEnd"/>
            <w:r w:rsidRPr="004543E3">
              <w:t xml:space="preserve"> 6 qui </w:t>
            </w:r>
            <w:proofErr w:type="spellStart"/>
            <w:r w:rsidRPr="004543E3">
              <w:t>định</w:t>
            </w:r>
            <w:proofErr w:type="spellEnd"/>
            <w:r w:rsidRPr="004543E3">
              <w:t xml:space="preserve"> </w:t>
            </w:r>
            <w:proofErr w:type="spellStart"/>
            <w:r w:rsidRPr="004543E3">
              <w:t>Tiêu</w:t>
            </w:r>
            <w:proofErr w:type="spellEnd"/>
            <w:r w:rsidRPr="004543E3">
              <w:t xml:space="preserve"> </w:t>
            </w:r>
            <w:proofErr w:type="spellStart"/>
            <w:r w:rsidRPr="004543E3">
              <w:t>chuẩn</w:t>
            </w:r>
            <w:proofErr w:type="spellEnd"/>
            <w:r w:rsidRPr="004543E3">
              <w:t xml:space="preserve"> </w:t>
            </w:r>
            <w:proofErr w:type="spellStart"/>
            <w:r w:rsidRPr="004543E3">
              <w:t>về</w:t>
            </w:r>
            <w:proofErr w:type="spellEnd"/>
            <w:r w:rsidRPr="004543E3">
              <w:t xml:space="preserve"> </w:t>
            </w:r>
            <w:proofErr w:type="spellStart"/>
            <w:r w:rsidRPr="004543E3">
              <w:t>trình</w:t>
            </w:r>
            <w:proofErr w:type="spellEnd"/>
            <w:r w:rsidRPr="004543E3">
              <w:t xml:space="preserve"> </w:t>
            </w:r>
            <w:proofErr w:type="spellStart"/>
            <w:r w:rsidRPr="004543E3">
              <w:t>độ</w:t>
            </w:r>
            <w:proofErr w:type="spellEnd"/>
            <w:r w:rsidRPr="004543E3">
              <w:t xml:space="preserve"> </w:t>
            </w:r>
            <w:proofErr w:type="spellStart"/>
            <w:r w:rsidRPr="004543E3">
              <w:t>đào</w:t>
            </w:r>
            <w:proofErr w:type="spellEnd"/>
            <w:r w:rsidRPr="004543E3">
              <w:t xml:space="preserve"> </w:t>
            </w:r>
            <w:proofErr w:type="spellStart"/>
            <w:r w:rsidRPr="004543E3">
              <w:t>tạo</w:t>
            </w:r>
            <w:proofErr w:type="spellEnd"/>
            <w:r w:rsidRPr="004543E3">
              <w:t xml:space="preserve">, </w:t>
            </w:r>
            <w:proofErr w:type="spellStart"/>
            <w:r w:rsidRPr="004543E3">
              <w:t>bồi</w:t>
            </w:r>
            <w:proofErr w:type="spellEnd"/>
            <w:r w:rsidRPr="004543E3">
              <w:t xml:space="preserve"> </w:t>
            </w:r>
            <w:proofErr w:type="spellStart"/>
            <w:r w:rsidRPr="004543E3">
              <w:t>dưỡng</w:t>
            </w:r>
            <w:proofErr w:type="spellEnd"/>
            <w:r w:rsidRPr="004543E3">
              <w:t xml:space="preserve"> </w:t>
            </w:r>
            <w:r w:rsidRPr="004543E3">
              <w:rPr>
                <w:i/>
                <w:iCs/>
              </w:rPr>
              <w:t xml:space="preserve">“b) </w:t>
            </w:r>
            <w:proofErr w:type="spellStart"/>
            <w:r w:rsidRPr="004543E3">
              <w:rPr>
                <w:i/>
                <w:iCs/>
              </w:rPr>
              <w:t>Có</w:t>
            </w:r>
            <w:proofErr w:type="spellEnd"/>
            <w:r w:rsidRPr="004543E3">
              <w:rPr>
                <w:i/>
                <w:iCs/>
              </w:rPr>
              <w:t xml:space="preserve"> </w:t>
            </w:r>
            <w:proofErr w:type="spellStart"/>
            <w:r w:rsidRPr="004543E3">
              <w:rPr>
                <w:i/>
                <w:iCs/>
              </w:rPr>
              <w:t>chứng</w:t>
            </w:r>
            <w:proofErr w:type="spellEnd"/>
            <w:r w:rsidRPr="004543E3">
              <w:rPr>
                <w:i/>
                <w:iCs/>
              </w:rPr>
              <w:t xml:space="preserve"> </w:t>
            </w:r>
            <w:proofErr w:type="spellStart"/>
            <w:r w:rsidRPr="004543E3">
              <w:rPr>
                <w:i/>
                <w:iCs/>
              </w:rPr>
              <w:t>chỉ</w:t>
            </w:r>
            <w:proofErr w:type="spellEnd"/>
            <w:r w:rsidRPr="004543E3">
              <w:rPr>
                <w:i/>
                <w:iCs/>
              </w:rPr>
              <w:t xml:space="preserve"> </w:t>
            </w:r>
            <w:proofErr w:type="spellStart"/>
            <w:r w:rsidRPr="004543E3">
              <w:rPr>
                <w:i/>
                <w:iCs/>
              </w:rPr>
              <w:t>bồi</w:t>
            </w:r>
            <w:proofErr w:type="spellEnd"/>
            <w:r w:rsidRPr="004543E3">
              <w:rPr>
                <w:i/>
                <w:iCs/>
              </w:rPr>
              <w:t xml:space="preserve"> </w:t>
            </w:r>
            <w:proofErr w:type="spellStart"/>
            <w:r w:rsidRPr="004543E3">
              <w:rPr>
                <w:i/>
                <w:iCs/>
              </w:rPr>
              <w:t>dưỡng</w:t>
            </w:r>
            <w:proofErr w:type="spellEnd"/>
            <w:r w:rsidRPr="004543E3">
              <w:rPr>
                <w:i/>
                <w:iCs/>
              </w:rPr>
              <w:t xml:space="preserve"> </w:t>
            </w:r>
            <w:proofErr w:type="spellStart"/>
            <w:r w:rsidRPr="004543E3">
              <w:rPr>
                <w:i/>
                <w:iCs/>
              </w:rPr>
              <w:t>nghiệp</w:t>
            </w:r>
            <w:proofErr w:type="spellEnd"/>
            <w:r w:rsidRPr="004543E3">
              <w:rPr>
                <w:i/>
                <w:iCs/>
              </w:rPr>
              <w:t xml:space="preserve"> </w:t>
            </w:r>
            <w:proofErr w:type="spellStart"/>
            <w:r w:rsidRPr="004543E3">
              <w:rPr>
                <w:i/>
                <w:iCs/>
              </w:rPr>
              <w:t>vụ</w:t>
            </w:r>
            <w:proofErr w:type="spellEnd"/>
            <w:r w:rsidRPr="004543E3">
              <w:rPr>
                <w:i/>
                <w:iCs/>
              </w:rPr>
              <w:t xml:space="preserve"> </w:t>
            </w:r>
            <w:proofErr w:type="spellStart"/>
            <w:r w:rsidRPr="004543E3">
              <w:rPr>
                <w:i/>
                <w:iCs/>
              </w:rPr>
              <w:t>ngạch</w:t>
            </w:r>
            <w:proofErr w:type="spellEnd"/>
            <w:r w:rsidRPr="004543E3">
              <w:rPr>
                <w:i/>
                <w:iCs/>
              </w:rPr>
              <w:t xml:space="preserve"> </w:t>
            </w:r>
            <w:proofErr w:type="spellStart"/>
            <w:r w:rsidRPr="004543E3">
              <w:rPr>
                <w:i/>
                <w:iCs/>
              </w:rPr>
              <w:t>Kiểm</w:t>
            </w:r>
            <w:proofErr w:type="spellEnd"/>
            <w:r w:rsidRPr="004543E3">
              <w:rPr>
                <w:i/>
                <w:iCs/>
              </w:rPr>
              <w:t xml:space="preserve"> </w:t>
            </w:r>
            <w:proofErr w:type="spellStart"/>
            <w:r w:rsidRPr="004543E3">
              <w:rPr>
                <w:i/>
                <w:iCs/>
              </w:rPr>
              <w:t>soát</w:t>
            </w:r>
            <w:proofErr w:type="spellEnd"/>
            <w:r w:rsidRPr="004543E3">
              <w:rPr>
                <w:i/>
                <w:iCs/>
              </w:rPr>
              <w:t xml:space="preserve"> </w:t>
            </w:r>
            <w:proofErr w:type="spellStart"/>
            <w:r w:rsidRPr="004543E3">
              <w:rPr>
                <w:i/>
                <w:iCs/>
              </w:rPr>
              <w:t>chất</w:t>
            </w:r>
            <w:proofErr w:type="spellEnd"/>
            <w:r w:rsidRPr="004543E3">
              <w:rPr>
                <w:i/>
                <w:iCs/>
              </w:rPr>
              <w:t xml:space="preserve"> </w:t>
            </w:r>
            <w:proofErr w:type="spellStart"/>
            <w:r w:rsidRPr="004543E3">
              <w:rPr>
                <w:i/>
                <w:iCs/>
              </w:rPr>
              <w:t>lượng</w:t>
            </w:r>
            <w:proofErr w:type="spellEnd"/>
            <w:r w:rsidRPr="004543E3">
              <w:rPr>
                <w:i/>
                <w:iCs/>
              </w:rPr>
              <w:t xml:space="preserve"> </w:t>
            </w:r>
            <w:proofErr w:type="spellStart"/>
            <w:r w:rsidRPr="004543E3">
              <w:rPr>
                <w:i/>
                <w:iCs/>
              </w:rPr>
              <w:t>sản</w:t>
            </w:r>
            <w:proofErr w:type="spellEnd"/>
            <w:r w:rsidRPr="004543E3">
              <w:rPr>
                <w:i/>
                <w:iCs/>
              </w:rPr>
              <w:t xml:space="preserve"> </w:t>
            </w:r>
            <w:proofErr w:type="spellStart"/>
            <w:r w:rsidRPr="004543E3">
              <w:rPr>
                <w:i/>
                <w:iCs/>
              </w:rPr>
              <w:t>phẩm</w:t>
            </w:r>
            <w:proofErr w:type="spellEnd"/>
            <w:r w:rsidRPr="004543E3">
              <w:rPr>
                <w:i/>
                <w:iCs/>
              </w:rPr>
              <w:t xml:space="preserve">, </w:t>
            </w:r>
            <w:proofErr w:type="spellStart"/>
            <w:r w:rsidRPr="004543E3">
              <w:rPr>
                <w:i/>
                <w:iCs/>
              </w:rPr>
              <w:t>hàng</w:t>
            </w:r>
            <w:proofErr w:type="spellEnd"/>
            <w:r w:rsidRPr="004543E3">
              <w:rPr>
                <w:i/>
                <w:iCs/>
              </w:rPr>
              <w:t xml:space="preserve"> </w:t>
            </w:r>
            <w:proofErr w:type="spellStart"/>
            <w:r w:rsidRPr="004543E3">
              <w:rPr>
                <w:i/>
                <w:iCs/>
              </w:rPr>
              <w:t>hóa</w:t>
            </w:r>
            <w:proofErr w:type="spellEnd"/>
            <w:r w:rsidRPr="004543E3">
              <w:rPr>
                <w:i/>
                <w:iCs/>
              </w:rPr>
              <w:t xml:space="preserve">”: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xem</w:t>
            </w:r>
            <w:proofErr w:type="spellEnd"/>
            <w:r w:rsidRPr="004543E3">
              <w:t xml:space="preserve"> </w:t>
            </w:r>
            <w:proofErr w:type="spellStart"/>
            <w:r w:rsidRPr="004543E3">
              <w:t>xét</w:t>
            </w:r>
            <w:proofErr w:type="spellEnd"/>
            <w:r w:rsidRPr="004543E3">
              <w:t xml:space="preserve"> </w:t>
            </w:r>
            <w:proofErr w:type="spellStart"/>
            <w:r w:rsidRPr="004543E3">
              <w:t>bổ</w:t>
            </w:r>
            <w:proofErr w:type="spellEnd"/>
            <w:r w:rsidRPr="004543E3">
              <w:t xml:space="preserve"> sung </w:t>
            </w:r>
            <w:proofErr w:type="spellStart"/>
            <w:r w:rsidRPr="004543E3">
              <w:t>chứng</w:t>
            </w:r>
            <w:proofErr w:type="spellEnd"/>
            <w:r w:rsidRPr="004543E3">
              <w:t xml:space="preserve"> </w:t>
            </w:r>
            <w:proofErr w:type="spellStart"/>
            <w:r w:rsidRPr="004543E3">
              <w:t>chỉ</w:t>
            </w:r>
            <w:proofErr w:type="spellEnd"/>
            <w:r w:rsidRPr="004543E3">
              <w:t xml:space="preserve"> </w:t>
            </w:r>
            <w:proofErr w:type="spellStart"/>
            <w:r w:rsidRPr="004543E3">
              <w:t>bồi</w:t>
            </w:r>
            <w:proofErr w:type="spellEnd"/>
            <w:r w:rsidRPr="004543E3">
              <w:t xml:space="preserve"> </w:t>
            </w:r>
            <w:proofErr w:type="spellStart"/>
            <w:r w:rsidRPr="004543E3">
              <w:t>dưỡng</w:t>
            </w:r>
            <w:proofErr w:type="spellEnd"/>
            <w:r w:rsidRPr="004543E3">
              <w:t xml:space="preserve"> </w:t>
            </w:r>
            <w:proofErr w:type="spellStart"/>
            <w:r w:rsidRPr="004543E3">
              <w:t>tương</w:t>
            </w:r>
            <w:proofErr w:type="spellEnd"/>
            <w:r w:rsidRPr="004543E3">
              <w:t xml:space="preserve"> </w:t>
            </w:r>
            <w:proofErr w:type="spellStart"/>
            <w:r w:rsidRPr="004543E3">
              <w:t>đương</w:t>
            </w:r>
            <w:proofErr w:type="spellEnd"/>
            <w:r w:rsidRPr="004543E3">
              <w:t>.</w:t>
            </w:r>
          </w:p>
          <w:p w14:paraId="7C2089FF" w14:textId="77777777" w:rsidR="00855AF9" w:rsidRPr="004543E3" w:rsidRDefault="00855AF9" w:rsidP="00855AF9">
            <w:pPr>
              <w:rPr>
                <w:b/>
                <w:bCs/>
              </w:rPr>
            </w:pPr>
            <w:proofErr w:type="spellStart"/>
            <w:r w:rsidRPr="004543E3">
              <w:rPr>
                <w:b/>
                <w:bCs/>
              </w:rPr>
              <w:t>Sơ</w:t>
            </w:r>
            <w:proofErr w:type="spellEnd"/>
            <w:r w:rsidRPr="004543E3">
              <w:rPr>
                <w:b/>
                <w:bCs/>
              </w:rPr>
              <w:t xml:space="preserve">̉ KH&amp;CN </w:t>
            </w:r>
            <w:proofErr w:type="spellStart"/>
            <w:r w:rsidRPr="004543E3">
              <w:rPr>
                <w:b/>
                <w:bCs/>
              </w:rPr>
              <w:t>tỉnh</w:t>
            </w:r>
            <w:proofErr w:type="spellEnd"/>
            <w:r w:rsidRPr="004543E3">
              <w:rPr>
                <w:b/>
                <w:bCs/>
              </w:rPr>
              <w:t xml:space="preserve"> </w:t>
            </w:r>
            <w:proofErr w:type="spellStart"/>
            <w:r w:rsidRPr="004543E3">
              <w:rPr>
                <w:b/>
                <w:bCs/>
              </w:rPr>
              <w:t>Đắk</w:t>
            </w:r>
            <w:proofErr w:type="spellEnd"/>
            <w:r w:rsidRPr="004543E3">
              <w:rPr>
                <w:b/>
                <w:bCs/>
              </w:rPr>
              <w:t xml:space="preserve"> </w:t>
            </w:r>
            <w:proofErr w:type="spellStart"/>
            <w:r w:rsidRPr="004543E3">
              <w:rPr>
                <w:b/>
                <w:bCs/>
              </w:rPr>
              <w:t>Lắk</w:t>
            </w:r>
            <w:proofErr w:type="spellEnd"/>
            <w:r w:rsidRPr="004543E3">
              <w:rPr>
                <w:b/>
                <w:bCs/>
              </w:rPr>
              <w:t>:</w:t>
            </w:r>
          </w:p>
          <w:p w14:paraId="075B00CA" w14:textId="77777777" w:rsidR="00855AF9" w:rsidRPr="004543E3" w:rsidRDefault="00855AF9" w:rsidP="00855AF9">
            <w:pPr>
              <w:jc w:val="both"/>
              <w:rPr>
                <w:i/>
                <w:iCs/>
              </w:rPr>
            </w:pPr>
            <w:r w:rsidRPr="004543E3">
              <w:t xml:space="preserve">- </w:t>
            </w:r>
            <w:proofErr w:type="spellStart"/>
            <w:r w:rsidRPr="004543E3">
              <w:t>Tại</w:t>
            </w:r>
            <w:proofErr w:type="spellEnd"/>
            <w:r w:rsidRPr="004543E3">
              <w:t xml:space="preserve"> </w:t>
            </w:r>
            <w:proofErr w:type="spellStart"/>
            <w:r w:rsidRPr="004543E3">
              <w:t>điểm</w:t>
            </w:r>
            <w:proofErr w:type="spellEnd"/>
            <w:r w:rsidRPr="004543E3">
              <w:t xml:space="preserve"> b </w:t>
            </w:r>
            <w:proofErr w:type="spellStart"/>
            <w:r w:rsidRPr="004543E3">
              <w:t>Khoản</w:t>
            </w:r>
            <w:proofErr w:type="spellEnd"/>
            <w:r w:rsidRPr="004543E3">
              <w:t xml:space="preserve"> 3 </w:t>
            </w:r>
            <w:proofErr w:type="spellStart"/>
            <w:r w:rsidRPr="004543E3">
              <w:t>Điều</w:t>
            </w:r>
            <w:proofErr w:type="spellEnd"/>
            <w:r w:rsidRPr="004543E3">
              <w:t xml:space="preserve"> 6 </w:t>
            </w:r>
            <w:proofErr w:type="spellStart"/>
            <w:r w:rsidRPr="004543E3">
              <w:t>Chương</w:t>
            </w:r>
            <w:proofErr w:type="spellEnd"/>
            <w:r w:rsidRPr="004543E3">
              <w:t xml:space="preserve"> II </w:t>
            </w:r>
            <w:proofErr w:type="spellStart"/>
            <w:r w:rsidRPr="004543E3">
              <w:t>đề</w:t>
            </w:r>
            <w:proofErr w:type="spellEnd"/>
            <w:r w:rsidRPr="004543E3">
              <w:t xml:space="preserve"> </w:t>
            </w:r>
            <w:proofErr w:type="spellStart"/>
            <w:r w:rsidRPr="004543E3">
              <w:t>nghi</w:t>
            </w:r>
            <w:proofErr w:type="spellEnd"/>
            <w:r w:rsidRPr="004543E3">
              <w:t xml:space="preserve">̣ </w:t>
            </w:r>
            <w:proofErr w:type="spellStart"/>
            <w:r w:rsidRPr="004543E3">
              <w:t>xem</w:t>
            </w:r>
            <w:proofErr w:type="spellEnd"/>
            <w:r w:rsidRPr="004543E3">
              <w:t xml:space="preserve"> </w:t>
            </w:r>
            <w:proofErr w:type="spellStart"/>
            <w:r w:rsidRPr="004543E3">
              <w:t>xét</w:t>
            </w:r>
            <w:proofErr w:type="spellEnd"/>
            <w:r w:rsidRPr="004543E3">
              <w:t xml:space="preserve"> </w:t>
            </w:r>
            <w:proofErr w:type="spellStart"/>
            <w:r w:rsidRPr="004543E3">
              <w:t>điều</w:t>
            </w:r>
            <w:proofErr w:type="spellEnd"/>
            <w:r w:rsidRPr="004543E3">
              <w:t xml:space="preserve"> </w:t>
            </w:r>
            <w:proofErr w:type="spellStart"/>
            <w:r w:rsidRPr="004543E3">
              <w:t>chỉnh</w:t>
            </w:r>
            <w:proofErr w:type="spellEnd"/>
            <w:r w:rsidRPr="004543E3">
              <w:t xml:space="preserve"> </w:t>
            </w:r>
            <w:proofErr w:type="spellStart"/>
            <w:r w:rsidRPr="004543E3">
              <w:t>thành</w:t>
            </w:r>
            <w:proofErr w:type="spellEnd"/>
            <w:r w:rsidRPr="004543E3">
              <w:t xml:space="preserve"> </w:t>
            </w:r>
            <w:r w:rsidRPr="004543E3">
              <w:rPr>
                <w:i/>
                <w:iCs/>
              </w:rPr>
              <w:t>“</w:t>
            </w:r>
            <w:proofErr w:type="spellStart"/>
            <w:r w:rsidRPr="004543E3">
              <w:rPr>
                <w:i/>
                <w:iCs/>
              </w:rPr>
              <w:t>Có</w:t>
            </w:r>
            <w:proofErr w:type="spellEnd"/>
            <w:r w:rsidRPr="004543E3">
              <w:rPr>
                <w:i/>
                <w:iCs/>
              </w:rPr>
              <w:t xml:space="preserve"> </w:t>
            </w:r>
            <w:proofErr w:type="spellStart"/>
            <w:r w:rsidRPr="004543E3">
              <w:rPr>
                <w:i/>
                <w:iCs/>
              </w:rPr>
              <w:t>chứng</w:t>
            </w:r>
            <w:proofErr w:type="spellEnd"/>
            <w:r w:rsidRPr="004543E3">
              <w:rPr>
                <w:i/>
                <w:iCs/>
              </w:rPr>
              <w:t xml:space="preserve"> </w:t>
            </w:r>
            <w:proofErr w:type="spellStart"/>
            <w:r w:rsidRPr="004543E3">
              <w:rPr>
                <w:i/>
                <w:iCs/>
              </w:rPr>
              <w:t>chỉ</w:t>
            </w:r>
            <w:proofErr w:type="spellEnd"/>
            <w:r w:rsidRPr="004543E3">
              <w:rPr>
                <w:i/>
                <w:iCs/>
              </w:rPr>
              <w:t xml:space="preserve"> </w:t>
            </w:r>
            <w:proofErr w:type="spellStart"/>
            <w:r w:rsidRPr="004543E3">
              <w:rPr>
                <w:i/>
                <w:iCs/>
              </w:rPr>
              <w:t>bồi</w:t>
            </w:r>
            <w:proofErr w:type="spellEnd"/>
            <w:r w:rsidRPr="004543E3">
              <w:rPr>
                <w:i/>
                <w:iCs/>
              </w:rPr>
              <w:t xml:space="preserve"> </w:t>
            </w:r>
            <w:proofErr w:type="spellStart"/>
            <w:r w:rsidRPr="004543E3">
              <w:rPr>
                <w:i/>
                <w:iCs/>
              </w:rPr>
              <w:t>dưỡng</w:t>
            </w:r>
            <w:proofErr w:type="spellEnd"/>
            <w:r w:rsidRPr="004543E3">
              <w:rPr>
                <w:i/>
                <w:iCs/>
              </w:rPr>
              <w:t xml:space="preserve"> </w:t>
            </w:r>
            <w:proofErr w:type="spellStart"/>
            <w:r w:rsidRPr="004543E3">
              <w:rPr>
                <w:i/>
                <w:iCs/>
              </w:rPr>
              <w:t>nghiệp</w:t>
            </w:r>
            <w:proofErr w:type="spellEnd"/>
            <w:r w:rsidRPr="004543E3">
              <w:rPr>
                <w:i/>
                <w:iCs/>
              </w:rPr>
              <w:t xml:space="preserve"> </w:t>
            </w:r>
            <w:proofErr w:type="spellStart"/>
            <w:r w:rsidRPr="004543E3">
              <w:rPr>
                <w:i/>
                <w:iCs/>
              </w:rPr>
              <w:t>vụ</w:t>
            </w:r>
            <w:proofErr w:type="spellEnd"/>
            <w:r w:rsidRPr="004543E3">
              <w:rPr>
                <w:i/>
                <w:iCs/>
              </w:rPr>
              <w:t xml:space="preserve"> </w:t>
            </w:r>
            <w:proofErr w:type="spellStart"/>
            <w:r w:rsidRPr="004543E3">
              <w:rPr>
                <w:i/>
                <w:iCs/>
              </w:rPr>
              <w:t>ngạch</w:t>
            </w:r>
            <w:proofErr w:type="spellEnd"/>
            <w:r w:rsidRPr="004543E3">
              <w:rPr>
                <w:i/>
                <w:iCs/>
              </w:rPr>
              <w:t xml:space="preserve"> </w:t>
            </w:r>
            <w:proofErr w:type="spellStart"/>
            <w:r w:rsidRPr="004543E3">
              <w:rPr>
                <w:i/>
                <w:iCs/>
              </w:rPr>
              <w:t>Kiểm</w:t>
            </w:r>
            <w:proofErr w:type="spellEnd"/>
            <w:r w:rsidRPr="004543E3">
              <w:rPr>
                <w:i/>
                <w:iCs/>
              </w:rPr>
              <w:t xml:space="preserve"> </w:t>
            </w:r>
            <w:proofErr w:type="spellStart"/>
            <w:r w:rsidRPr="004543E3">
              <w:rPr>
                <w:i/>
                <w:iCs/>
              </w:rPr>
              <w:t>soát</w:t>
            </w:r>
            <w:proofErr w:type="spellEnd"/>
            <w:r w:rsidRPr="004543E3">
              <w:rPr>
                <w:i/>
                <w:iCs/>
              </w:rPr>
              <w:t xml:space="preserve"> </w:t>
            </w:r>
            <w:proofErr w:type="spellStart"/>
            <w:r w:rsidRPr="004543E3">
              <w:rPr>
                <w:i/>
                <w:iCs/>
              </w:rPr>
              <w:t>viên</w:t>
            </w:r>
            <w:proofErr w:type="spellEnd"/>
            <w:r w:rsidRPr="004543E3">
              <w:rPr>
                <w:i/>
                <w:iCs/>
              </w:rPr>
              <w:t xml:space="preserve"> </w:t>
            </w:r>
            <w:proofErr w:type="spellStart"/>
            <w:r w:rsidRPr="004543E3">
              <w:rPr>
                <w:i/>
                <w:iCs/>
              </w:rPr>
              <w:t>chính</w:t>
            </w:r>
            <w:proofErr w:type="spellEnd"/>
            <w:r w:rsidRPr="004543E3">
              <w:rPr>
                <w:i/>
                <w:iCs/>
              </w:rPr>
              <w:t xml:space="preserve"> </w:t>
            </w:r>
            <w:proofErr w:type="spellStart"/>
            <w:r w:rsidRPr="004543E3">
              <w:rPr>
                <w:i/>
                <w:iCs/>
              </w:rPr>
              <w:t>chất</w:t>
            </w:r>
            <w:proofErr w:type="spellEnd"/>
            <w:r w:rsidRPr="004543E3">
              <w:rPr>
                <w:i/>
                <w:iCs/>
              </w:rPr>
              <w:t xml:space="preserve"> </w:t>
            </w:r>
            <w:proofErr w:type="spellStart"/>
            <w:r w:rsidRPr="004543E3">
              <w:rPr>
                <w:i/>
                <w:iCs/>
              </w:rPr>
              <w:t>lượng</w:t>
            </w:r>
            <w:proofErr w:type="spellEnd"/>
            <w:r w:rsidRPr="004543E3">
              <w:rPr>
                <w:i/>
                <w:iCs/>
              </w:rPr>
              <w:t xml:space="preserve"> </w:t>
            </w:r>
            <w:proofErr w:type="spellStart"/>
            <w:r w:rsidRPr="004543E3">
              <w:rPr>
                <w:i/>
                <w:iCs/>
              </w:rPr>
              <w:t>sản</w:t>
            </w:r>
            <w:proofErr w:type="spellEnd"/>
            <w:r w:rsidRPr="004543E3">
              <w:rPr>
                <w:i/>
                <w:iCs/>
              </w:rPr>
              <w:t xml:space="preserve"> </w:t>
            </w:r>
            <w:proofErr w:type="spellStart"/>
            <w:r w:rsidRPr="004543E3">
              <w:rPr>
                <w:i/>
                <w:iCs/>
              </w:rPr>
              <w:t>phẩm</w:t>
            </w:r>
            <w:proofErr w:type="spellEnd"/>
            <w:r w:rsidRPr="004543E3">
              <w:rPr>
                <w:i/>
                <w:iCs/>
              </w:rPr>
              <w:t xml:space="preserve">, </w:t>
            </w:r>
            <w:proofErr w:type="spellStart"/>
            <w:r w:rsidRPr="004543E3">
              <w:rPr>
                <w:i/>
                <w:iCs/>
              </w:rPr>
              <w:t>hàng</w:t>
            </w:r>
            <w:proofErr w:type="spellEnd"/>
            <w:r w:rsidRPr="004543E3">
              <w:rPr>
                <w:i/>
                <w:iCs/>
              </w:rPr>
              <w:t xml:space="preserve"> </w:t>
            </w:r>
            <w:proofErr w:type="spellStart"/>
            <w:r w:rsidRPr="004543E3">
              <w:rPr>
                <w:i/>
                <w:iCs/>
              </w:rPr>
              <w:t>hóa</w:t>
            </w:r>
            <w:proofErr w:type="spellEnd"/>
            <w:r w:rsidRPr="004543E3">
              <w:rPr>
                <w:i/>
                <w:iCs/>
              </w:rPr>
              <w:t>”.</w:t>
            </w:r>
          </w:p>
          <w:p w14:paraId="7DDC3612" w14:textId="77777777" w:rsidR="00855AF9" w:rsidRPr="004543E3" w:rsidRDefault="00855AF9" w:rsidP="00855AF9">
            <w:pPr>
              <w:spacing w:after="0" w:line="240" w:lineRule="auto"/>
              <w:jc w:val="both"/>
              <w:rPr>
                <w:b/>
                <w:bCs/>
              </w:rPr>
            </w:pPr>
            <w:proofErr w:type="spellStart"/>
            <w:r w:rsidRPr="004543E3">
              <w:rPr>
                <w:b/>
                <w:bCs/>
              </w:rPr>
              <w:t>Sơ</w:t>
            </w:r>
            <w:proofErr w:type="spellEnd"/>
            <w:r w:rsidRPr="004543E3">
              <w:rPr>
                <w:b/>
                <w:bCs/>
              </w:rPr>
              <w:t xml:space="preserve">̉ KH&amp;CN </w:t>
            </w:r>
            <w:proofErr w:type="spellStart"/>
            <w:r w:rsidRPr="004543E3">
              <w:rPr>
                <w:b/>
                <w:bCs/>
              </w:rPr>
              <w:t>tỉnh</w:t>
            </w:r>
            <w:proofErr w:type="spellEnd"/>
            <w:r w:rsidRPr="004543E3">
              <w:rPr>
                <w:b/>
                <w:bCs/>
              </w:rPr>
              <w:t xml:space="preserve"> </w:t>
            </w:r>
            <w:proofErr w:type="spellStart"/>
            <w:r w:rsidRPr="004543E3">
              <w:rPr>
                <w:b/>
                <w:bCs/>
              </w:rPr>
              <w:t>Khánh</w:t>
            </w:r>
            <w:proofErr w:type="spellEnd"/>
            <w:r w:rsidRPr="004543E3">
              <w:rPr>
                <w:b/>
                <w:bCs/>
              </w:rPr>
              <w:t xml:space="preserve"> </w:t>
            </w:r>
            <w:proofErr w:type="spellStart"/>
            <w:r w:rsidRPr="004543E3">
              <w:rPr>
                <w:b/>
                <w:bCs/>
              </w:rPr>
              <w:t>Hòa</w:t>
            </w:r>
            <w:proofErr w:type="spellEnd"/>
            <w:r w:rsidRPr="004543E3">
              <w:rPr>
                <w:b/>
                <w:bCs/>
              </w:rPr>
              <w:t>:</w:t>
            </w:r>
          </w:p>
          <w:p w14:paraId="041340C9" w14:textId="77777777" w:rsidR="00855AF9" w:rsidRPr="004543E3" w:rsidRDefault="00855AF9" w:rsidP="00855AF9">
            <w:pPr>
              <w:spacing w:before="120" w:after="120" w:line="240" w:lineRule="auto"/>
              <w:jc w:val="both"/>
            </w:pPr>
            <w:proofErr w:type="spellStart"/>
            <w:r w:rsidRPr="004543E3">
              <w:t>Tại</w:t>
            </w:r>
            <w:proofErr w:type="spellEnd"/>
            <w:r w:rsidRPr="004543E3">
              <w:t xml:space="preserve"> </w:t>
            </w:r>
            <w:proofErr w:type="spellStart"/>
            <w:r w:rsidRPr="004543E3">
              <w:t>Khoản</w:t>
            </w:r>
            <w:proofErr w:type="spellEnd"/>
            <w:r w:rsidRPr="004543E3">
              <w:t xml:space="preserve"> 3 </w:t>
            </w:r>
            <w:proofErr w:type="spellStart"/>
            <w:r w:rsidRPr="004543E3">
              <w:t>Điều</w:t>
            </w:r>
            <w:proofErr w:type="spellEnd"/>
            <w:r w:rsidRPr="004543E3">
              <w:t xml:space="preserve"> 6: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bổ</w:t>
            </w:r>
            <w:proofErr w:type="spellEnd"/>
            <w:r w:rsidRPr="004543E3">
              <w:t xml:space="preserve"> sung </w:t>
            </w:r>
            <w:proofErr w:type="spellStart"/>
            <w:r w:rsidRPr="004543E3">
              <w:t>thêm</w:t>
            </w:r>
            <w:proofErr w:type="spellEnd"/>
            <w:r w:rsidRPr="004543E3">
              <w:t xml:space="preserve"> </w:t>
            </w:r>
            <w:proofErr w:type="spellStart"/>
            <w:r w:rsidRPr="004543E3">
              <w:t>khoản</w:t>
            </w:r>
            <w:proofErr w:type="spellEnd"/>
            <w:r w:rsidRPr="004543E3">
              <w:t xml:space="preserve"> c, </w:t>
            </w:r>
            <w:proofErr w:type="spellStart"/>
            <w:r w:rsidRPr="004543E3">
              <w:t>cụ</w:t>
            </w:r>
            <w:proofErr w:type="spellEnd"/>
            <w:r w:rsidRPr="004543E3">
              <w:t xml:space="preserve"> </w:t>
            </w:r>
            <w:proofErr w:type="spellStart"/>
            <w:r w:rsidRPr="004543E3">
              <w:t>thể</w:t>
            </w:r>
            <w:proofErr w:type="spellEnd"/>
            <w:r w:rsidRPr="004543E3">
              <w:t>:</w:t>
            </w:r>
          </w:p>
          <w:p w14:paraId="71A91664" w14:textId="77777777" w:rsidR="00855AF9" w:rsidRPr="004543E3" w:rsidRDefault="00855AF9" w:rsidP="00855AF9">
            <w:pPr>
              <w:spacing w:before="120" w:after="120" w:line="240" w:lineRule="auto"/>
              <w:jc w:val="both"/>
            </w:pPr>
            <w:r w:rsidRPr="004543E3">
              <w:t xml:space="preserve">“c) </w:t>
            </w:r>
            <w:proofErr w:type="spellStart"/>
            <w:r w:rsidRPr="004543E3">
              <w:t>Có</w:t>
            </w:r>
            <w:proofErr w:type="spellEnd"/>
            <w:r w:rsidRPr="004543E3">
              <w:t xml:space="preserve"> </w:t>
            </w:r>
            <w:proofErr w:type="spellStart"/>
            <w:r w:rsidRPr="004543E3">
              <w:t>bằng</w:t>
            </w:r>
            <w:proofErr w:type="spellEnd"/>
            <w:r w:rsidRPr="004543E3">
              <w:t xml:space="preserve"> </w:t>
            </w:r>
            <w:proofErr w:type="spellStart"/>
            <w:r w:rsidRPr="004543E3">
              <w:t>tốt</w:t>
            </w:r>
            <w:proofErr w:type="spellEnd"/>
            <w:r w:rsidRPr="004543E3">
              <w:t xml:space="preserve"> </w:t>
            </w:r>
            <w:proofErr w:type="spellStart"/>
            <w:r w:rsidRPr="004543E3">
              <w:t>nghiệp</w:t>
            </w:r>
            <w:proofErr w:type="spellEnd"/>
            <w:r w:rsidRPr="004543E3">
              <w:t xml:space="preserve"> </w:t>
            </w:r>
            <w:proofErr w:type="spellStart"/>
            <w:r w:rsidRPr="004543E3">
              <w:t>cử</w:t>
            </w:r>
            <w:proofErr w:type="spellEnd"/>
            <w:r w:rsidRPr="004543E3">
              <w:t xml:space="preserve"> </w:t>
            </w:r>
            <w:proofErr w:type="spellStart"/>
            <w:r w:rsidRPr="004543E3">
              <w:t>nhân</w:t>
            </w:r>
            <w:proofErr w:type="spellEnd"/>
            <w:r w:rsidRPr="004543E3">
              <w:t xml:space="preserve"> </w:t>
            </w:r>
            <w:proofErr w:type="spellStart"/>
            <w:r w:rsidRPr="004543E3">
              <w:t>chính</w:t>
            </w:r>
            <w:proofErr w:type="spellEnd"/>
            <w:r w:rsidRPr="004543E3">
              <w:t xml:space="preserve"> </w:t>
            </w:r>
            <w:proofErr w:type="spellStart"/>
            <w:r w:rsidRPr="004543E3">
              <w:t>trị</w:t>
            </w:r>
            <w:proofErr w:type="spellEnd"/>
            <w:r w:rsidRPr="004543E3">
              <w:t xml:space="preserve"> </w:t>
            </w:r>
            <w:proofErr w:type="spellStart"/>
            <w:r w:rsidRPr="004543E3">
              <w:t>hoặc</w:t>
            </w:r>
            <w:proofErr w:type="spellEnd"/>
            <w:r w:rsidRPr="004543E3">
              <w:t xml:space="preserve"> </w:t>
            </w:r>
            <w:proofErr w:type="spellStart"/>
            <w:r w:rsidRPr="004543E3">
              <w:t>trung</w:t>
            </w:r>
            <w:proofErr w:type="spellEnd"/>
            <w:r w:rsidRPr="004543E3">
              <w:t xml:space="preserve"> </w:t>
            </w:r>
            <w:proofErr w:type="spellStart"/>
            <w:r w:rsidRPr="004543E3">
              <w:t>cấp</w:t>
            </w:r>
            <w:proofErr w:type="spellEnd"/>
            <w:r w:rsidRPr="004543E3">
              <w:t xml:space="preserve"> </w:t>
            </w:r>
            <w:proofErr w:type="spellStart"/>
            <w:r w:rsidRPr="004543E3">
              <w:t>lý</w:t>
            </w:r>
            <w:proofErr w:type="spellEnd"/>
            <w:r w:rsidRPr="004543E3">
              <w:t xml:space="preserve"> </w:t>
            </w:r>
            <w:proofErr w:type="spellStart"/>
            <w:r w:rsidRPr="004543E3">
              <w:t>luận</w:t>
            </w:r>
            <w:proofErr w:type="spellEnd"/>
            <w:r w:rsidRPr="004543E3">
              <w:t xml:space="preserve"> </w:t>
            </w:r>
            <w:proofErr w:type="spellStart"/>
            <w:r w:rsidRPr="004543E3">
              <w:t>chính</w:t>
            </w:r>
            <w:proofErr w:type="spellEnd"/>
            <w:r w:rsidRPr="004543E3">
              <w:t xml:space="preserve"> </w:t>
            </w:r>
            <w:proofErr w:type="spellStart"/>
            <w:r w:rsidRPr="004543E3">
              <w:t>trị</w:t>
            </w:r>
            <w:proofErr w:type="spellEnd"/>
            <w:r w:rsidRPr="004543E3">
              <w:t xml:space="preserve"> </w:t>
            </w:r>
            <w:proofErr w:type="spellStart"/>
            <w:r w:rsidRPr="004543E3">
              <w:t>hoặc</w:t>
            </w:r>
            <w:proofErr w:type="spellEnd"/>
            <w:r w:rsidRPr="004543E3">
              <w:t xml:space="preserve"> </w:t>
            </w:r>
            <w:proofErr w:type="spellStart"/>
            <w:r w:rsidRPr="004543E3">
              <w:t>trung</w:t>
            </w:r>
            <w:proofErr w:type="spellEnd"/>
            <w:r w:rsidRPr="004543E3">
              <w:t xml:space="preserve"> </w:t>
            </w:r>
            <w:proofErr w:type="spellStart"/>
            <w:r w:rsidRPr="004543E3">
              <w:t>cấp</w:t>
            </w:r>
            <w:proofErr w:type="spellEnd"/>
            <w:r w:rsidRPr="004543E3">
              <w:t xml:space="preserve"> </w:t>
            </w:r>
            <w:proofErr w:type="spellStart"/>
            <w:r w:rsidRPr="004543E3">
              <w:t>lý</w:t>
            </w:r>
            <w:proofErr w:type="spellEnd"/>
            <w:r w:rsidRPr="004543E3">
              <w:t xml:space="preserve"> </w:t>
            </w:r>
            <w:proofErr w:type="spellStart"/>
            <w:r w:rsidRPr="004543E3">
              <w:t>luận</w:t>
            </w:r>
            <w:proofErr w:type="spellEnd"/>
            <w:r w:rsidRPr="004543E3">
              <w:t xml:space="preserve"> </w:t>
            </w:r>
            <w:proofErr w:type="spellStart"/>
            <w:r w:rsidRPr="004543E3">
              <w:t>chính</w:t>
            </w:r>
            <w:proofErr w:type="spellEnd"/>
            <w:r w:rsidRPr="004543E3">
              <w:t xml:space="preserve"> </w:t>
            </w:r>
            <w:proofErr w:type="spellStart"/>
            <w:r w:rsidRPr="004543E3">
              <w:t>trị</w:t>
            </w:r>
            <w:proofErr w:type="spellEnd"/>
            <w:r w:rsidRPr="004543E3">
              <w:t xml:space="preserve"> - </w:t>
            </w:r>
            <w:proofErr w:type="spellStart"/>
            <w:r w:rsidRPr="004543E3">
              <w:t>hành</w:t>
            </w:r>
            <w:proofErr w:type="spellEnd"/>
            <w:r w:rsidRPr="004543E3">
              <w:t xml:space="preserve"> </w:t>
            </w:r>
            <w:proofErr w:type="spellStart"/>
            <w:r w:rsidRPr="004543E3">
              <w:t>chính</w:t>
            </w:r>
            <w:proofErr w:type="spellEnd"/>
            <w:r w:rsidRPr="004543E3">
              <w:t xml:space="preserve"> </w:t>
            </w:r>
            <w:proofErr w:type="spellStart"/>
            <w:r w:rsidRPr="004543E3">
              <w:t>hoặc</w:t>
            </w:r>
            <w:proofErr w:type="spellEnd"/>
            <w:r w:rsidRPr="004543E3">
              <w:t xml:space="preserve"> </w:t>
            </w:r>
            <w:proofErr w:type="spellStart"/>
            <w:r w:rsidRPr="004543E3">
              <w:t>có</w:t>
            </w:r>
            <w:proofErr w:type="spellEnd"/>
            <w:r w:rsidRPr="004543E3">
              <w:t xml:space="preserve"> </w:t>
            </w:r>
            <w:proofErr w:type="spellStart"/>
            <w:r w:rsidRPr="004543E3">
              <w:t>giấy</w:t>
            </w:r>
            <w:proofErr w:type="spellEnd"/>
            <w:r w:rsidRPr="004543E3">
              <w:t xml:space="preserve"> </w:t>
            </w:r>
            <w:proofErr w:type="spellStart"/>
            <w:r w:rsidRPr="004543E3">
              <w:t>xác</w:t>
            </w:r>
            <w:proofErr w:type="spellEnd"/>
            <w:r w:rsidRPr="004543E3">
              <w:t xml:space="preserve"> </w:t>
            </w:r>
            <w:proofErr w:type="spellStart"/>
            <w:r w:rsidRPr="004543E3">
              <w:t>nhận</w:t>
            </w:r>
            <w:proofErr w:type="spellEnd"/>
            <w:r w:rsidRPr="004543E3">
              <w:t xml:space="preserve"> </w:t>
            </w:r>
            <w:proofErr w:type="spellStart"/>
            <w:r w:rsidRPr="004543E3">
              <w:t>tương</w:t>
            </w:r>
            <w:proofErr w:type="spellEnd"/>
            <w:r w:rsidRPr="004543E3">
              <w:t xml:space="preserve"> </w:t>
            </w:r>
            <w:proofErr w:type="spellStart"/>
            <w:r w:rsidRPr="004543E3">
              <w:t>đương</w:t>
            </w:r>
            <w:proofErr w:type="spellEnd"/>
            <w:r w:rsidRPr="004543E3">
              <w:t xml:space="preserve"> </w:t>
            </w:r>
            <w:proofErr w:type="spellStart"/>
            <w:r w:rsidRPr="004543E3">
              <w:t>trình</w:t>
            </w:r>
            <w:proofErr w:type="spellEnd"/>
            <w:r w:rsidRPr="004543E3">
              <w:t xml:space="preserve"> </w:t>
            </w:r>
            <w:proofErr w:type="spellStart"/>
            <w:r w:rsidRPr="004543E3">
              <w:t>độ</w:t>
            </w:r>
            <w:proofErr w:type="spellEnd"/>
            <w:r w:rsidRPr="004543E3">
              <w:t xml:space="preserve"> </w:t>
            </w:r>
            <w:proofErr w:type="spellStart"/>
            <w:r w:rsidRPr="004543E3">
              <w:t>trung</w:t>
            </w:r>
            <w:proofErr w:type="spellEnd"/>
            <w:r w:rsidRPr="004543E3">
              <w:t xml:space="preserve"> </w:t>
            </w:r>
            <w:proofErr w:type="spellStart"/>
            <w:r w:rsidRPr="004543E3">
              <w:t>cấp</w:t>
            </w:r>
            <w:proofErr w:type="spellEnd"/>
            <w:r w:rsidRPr="004543E3">
              <w:t xml:space="preserve"> </w:t>
            </w:r>
            <w:proofErr w:type="spellStart"/>
            <w:r w:rsidRPr="004543E3">
              <w:t>lý</w:t>
            </w:r>
            <w:proofErr w:type="spellEnd"/>
            <w:r w:rsidRPr="004543E3">
              <w:t xml:space="preserve"> </w:t>
            </w:r>
            <w:proofErr w:type="spellStart"/>
            <w:r w:rsidRPr="004543E3">
              <w:t>luận</w:t>
            </w:r>
            <w:proofErr w:type="spellEnd"/>
            <w:r w:rsidRPr="004543E3">
              <w:t xml:space="preserve"> </w:t>
            </w:r>
            <w:proofErr w:type="spellStart"/>
            <w:r w:rsidRPr="004543E3">
              <w:t>chính</w:t>
            </w:r>
            <w:proofErr w:type="spellEnd"/>
            <w:r w:rsidRPr="004543E3">
              <w:t xml:space="preserve"> </w:t>
            </w:r>
            <w:proofErr w:type="spellStart"/>
            <w:r w:rsidRPr="004543E3">
              <w:t>trị</w:t>
            </w:r>
            <w:proofErr w:type="spellEnd"/>
            <w:r w:rsidRPr="004543E3">
              <w:t xml:space="preserve"> </w:t>
            </w:r>
            <w:proofErr w:type="spellStart"/>
            <w:r w:rsidRPr="004543E3">
              <w:t>của</w:t>
            </w:r>
            <w:proofErr w:type="spellEnd"/>
            <w:r w:rsidRPr="004543E3">
              <w:t xml:space="preserve"> </w:t>
            </w:r>
            <w:proofErr w:type="spellStart"/>
            <w:r w:rsidRPr="004543E3">
              <w:t>cơ</w:t>
            </w:r>
            <w:proofErr w:type="spellEnd"/>
            <w:r w:rsidRPr="004543E3">
              <w:t xml:space="preserve"> </w:t>
            </w:r>
            <w:proofErr w:type="spellStart"/>
            <w:r w:rsidRPr="004543E3">
              <w:t>quan</w:t>
            </w:r>
            <w:proofErr w:type="spellEnd"/>
            <w:r w:rsidRPr="004543E3">
              <w:t xml:space="preserve"> </w:t>
            </w:r>
            <w:proofErr w:type="spellStart"/>
            <w:r w:rsidRPr="004543E3">
              <w:t>có</w:t>
            </w:r>
            <w:proofErr w:type="spellEnd"/>
            <w:r w:rsidRPr="004543E3">
              <w:t xml:space="preserve"> </w:t>
            </w:r>
            <w:proofErr w:type="spellStart"/>
            <w:r w:rsidRPr="004543E3">
              <w:t>thẩm</w:t>
            </w:r>
            <w:proofErr w:type="spellEnd"/>
            <w:r w:rsidRPr="004543E3">
              <w:t xml:space="preserve"> </w:t>
            </w:r>
            <w:proofErr w:type="spellStart"/>
            <w:r w:rsidRPr="004543E3">
              <w:t>quyền</w:t>
            </w:r>
            <w:proofErr w:type="spellEnd"/>
            <w:r w:rsidRPr="004543E3">
              <w:t>.”</w:t>
            </w:r>
          </w:p>
          <w:p w14:paraId="5C353372" w14:textId="7ECCDD15" w:rsidR="00855AF9" w:rsidRPr="004543E3" w:rsidRDefault="00855AF9" w:rsidP="00855AF9">
            <w:pPr>
              <w:jc w:val="both"/>
            </w:pPr>
            <w:r w:rsidRPr="004543E3">
              <w:t xml:space="preserve">Lý </w:t>
            </w:r>
            <w:proofErr w:type="gramStart"/>
            <w:r w:rsidRPr="004543E3">
              <w:t>do</w:t>
            </w:r>
            <w:proofErr w:type="gramEnd"/>
            <w:r w:rsidRPr="004543E3">
              <w:t xml:space="preserve">: </w:t>
            </w:r>
            <w:proofErr w:type="spellStart"/>
            <w:r w:rsidRPr="004543E3">
              <w:t>Ngạch</w:t>
            </w:r>
            <w:proofErr w:type="spellEnd"/>
            <w:r w:rsidRPr="004543E3">
              <w:t xml:space="preserve"> </w:t>
            </w:r>
            <w:proofErr w:type="spellStart"/>
            <w:r w:rsidRPr="004543E3">
              <w:t>kiểm</w:t>
            </w:r>
            <w:proofErr w:type="spellEnd"/>
            <w:r w:rsidRPr="004543E3">
              <w:t xml:space="preserve"> </w:t>
            </w:r>
            <w:proofErr w:type="spellStart"/>
            <w:r w:rsidRPr="004543E3">
              <w:t>soát</w:t>
            </w:r>
            <w:proofErr w:type="spellEnd"/>
            <w:r w:rsidRPr="004543E3">
              <w:t xml:space="preserve"> </w:t>
            </w:r>
            <w:proofErr w:type="spellStart"/>
            <w:r w:rsidRPr="004543E3">
              <w:t>viên</w:t>
            </w:r>
            <w:proofErr w:type="spellEnd"/>
            <w:r w:rsidRPr="004543E3">
              <w:t xml:space="preserve"> </w:t>
            </w:r>
            <w:proofErr w:type="spellStart"/>
            <w:r w:rsidRPr="004543E3">
              <w:t>chính</w:t>
            </w:r>
            <w:proofErr w:type="spellEnd"/>
            <w:r w:rsidRPr="004543E3">
              <w:t xml:space="preserve"> </w:t>
            </w:r>
            <w:proofErr w:type="spellStart"/>
            <w:r w:rsidRPr="004543E3">
              <w:t>phải</w:t>
            </w:r>
            <w:proofErr w:type="spellEnd"/>
            <w:r w:rsidRPr="004543E3">
              <w:t xml:space="preserve"> </w:t>
            </w:r>
            <w:proofErr w:type="spellStart"/>
            <w:r w:rsidRPr="004543E3">
              <w:t>có</w:t>
            </w:r>
            <w:proofErr w:type="spellEnd"/>
            <w:r w:rsidRPr="004543E3">
              <w:t xml:space="preserve"> </w:t>
            </w:r>
            <w:proofErr w:type="spellStart"/>
            <w:r w:rsidRPr="004543E3">
              <w:t>tiêu</w:t>
            </w:r>
            <w:proofErr w:type="spellEnd"/>
            <w:r w:rsidRPr="004543E3">
              <w:t xml:space="preserve"> </w:t>
            </w:r>
            <w:proofErr w:type="spellStart"/>
            <w:r w:rsidRPr="004543E3">
              <w:t>chuẩn</w:t>
            </w:r>
            <w:proofErr w:type="spellEnd"/>
            <w:r w:rsidRPr="004543E3">
              <w:t xml:space="preserve"> </w:t>
            </w:r>
            <w:proofErr w:type="spellStart"/>
            <w:r w:rsidRPr="004543E3">
              <w:t>cao</w:t>
            </w:r>
            <w:proofErr w:type="spellEnd"/>
            <w:r w:rsidRPr="004543E3">
              <w:t xml:space="preserve"> </w:t>
            </w:r>
            <w:proofErr w:type="spellStart"/>
            <w:r w:rsidRPr="004543E3">
              <w:t>hơn</w:t>
            </w:r>
            <w:proofErr w:type="spellEnd"/>
            <w:r w:rsidRPr="004543E3">
              <w:t xml:space="preserve"> </w:t>
            </w:r>
            <w:proofErr w:type="spellStart"/>
            <w:r w:rsidRPr="004543E3">
              <w:t>ngạch</w:t>
            </w:r>
            <w:proofErr w:type="spellEnd"/>
            <w:r w:rsidRPr="004543E3">
              <w:t xml:space="preserve"> </w:t>
            </w:r>
            <w:proofErr w:type="spellStart"/>
            <w:r w:rsidRPr="004543E3">
              <w:t>Kiểm</w:t>
            </w:r>
            <w:proofErr w:type="spellEnd"/>
            <w:r w:rsidRPr="004543E3">
              <w:t xml:space="preserve"> </w:t>
            </w:r>
            <w:proofErr w:type="spellStart"/>
            <w:r w:rsidRPr="004543E3">
              <w:t>soát</w:t>
            </w:r>
            <w:proofErr w:type="spellEnd"/>
            <w:r w:rsidRPr="004543E3">
              <w:t xml:space="preserve"> </w:t>
            </w:r>
            <w:proofErr w:type="spellStart"/>
            <w:r w:rsidRPr="004543E3">
              <w:t>viên</w:t>
            </w:r>
            <w:proofErr w:type="spellEnd"/>
            <w:r w:rsidRPr="004543E3">
              <w:t>.</w:t>
            </w:r>
          </w:p>
        </w:tc>
        <w:tc>
          <w:tcPr>
            <w:tcW w:w="3165" w:type="dxa"/>
          </w:tcPr>
          <w:p w14:paraId="144A580E" w14:textId="77777777" w:rsidR="00855AF9" w:rsidRPr="004543E3" w:rsidRDefault="00855AF9" w:rsidP="00855AF9">
            <w:pPr>
              <w:jc w:val="both"/>
              <w:rPr>
                <w:szCs w:val="26"/>
              </w:rPr>
            </w:pPr>
            <w:r w:rsidRPr="004543E3">
              <w:rPr>
                <w:szCs w:val="26"/>
              </w:rPr>
              <w:t xml:space="preserve">- </w:t>
            </w:r>
            <w:proofErr w:type="spellStart"/>
            <w:r w:rsidRPr="004543E3">
              <w:rPr>
                <w:szCs w:val="26"/>
              </w:rPr>
              <w:t>Tiếp</w:t>
            </w:r>
            <w:proofErr w:type="spellEnd"/>
            <w:r w:rsidRPr="004543E3">
              <w:rPr>
                <w:szCs w:val="26"/>
              </w:rPr>
              <w:t xml:space="preserve"> </w:t>
            </w:r>
            <w:proofErr w:type="spellStart"/>
            <w:r w:rsidRPr="004543E3">
              <w:rPr>
                <w:szCs w:val="26"/>
              </w:rPr>
              <w:t>thu</w:t>
            </w:r>
            <w:proofErr w:type="spellEnd"/>
            <w:r w:rsidRPr="004543E3">
              <w:rPr>
                <w:szCs w:val="26"/>
              </w:rPr>
              <w:t xml:space="preserve"> ý </w:t>
            </w:r>
            <w:proofErr w:type="spellStart"/>
            <w:r w:rsidRPr="004543E3">
              <w:rPr>
                <w:szCs w:val="26"/>
              </w:rPr>
              <w:t>kiến</w:t>
            </w:r>
            <w:proofErr w:type="spellEnd"/>
          </w:p>
          <w:p w14:paraId="0320DA72" w14:textId="77777777" w:rsidR="00855AF9" w:rsidRPr="004543E3" w:rsidRDefault="00855AF9" w:rsidP="00855AF9">
            <w:pPr>
              <w:jc w:val="both"/>
              <w:rPr>
                <w:szCs w:val="26"/>
              </w:rPr>
            </w:pPr>
          </w:p>
          <w:p w14:paraId="1E68F439" w14:textId="77777777" w:rsidR="00855AF9" w:rsidRPr="004543E3" w:rsidRDefault="00855AF9" w:rsidP="00855AF9">
            <w:pPr>
              <w:jc w:val="both"/>
              <w:rPr>
                <w:szCs w:val="26"/>
              </w:rPr>
            </w:pPr>
          </w:p>
          <w:p w14:paraId="051D24A1" w14:textId="77777777" w:rsidR="00855AF9" w:rsidRPr="004543E3" w:rsidRDefault="00855AF9" w:rsidP="00855AF9">
            <w:pPr>
              <w:jc w:val="both"/>
              <w:rPr>
                <w:szCs w:val="26"/>
              </w:rPr>
            </w:pPr>
          </w:p>
          <w:p w14:paraId="4A12D84E" w14:textId="77777777" w:rsidR="00855AF9" w:rsidRPr="004543E3" w:rsidRDefault="00855AF9" w:rsidP="00855AF9">
            <w:pPr>
              <w:jc w:val="both"/>
              <w:rPr>
                <w:szCs w:val="26"/>
              </w:rPr>
            </w:pPr>
            <w:r w:rsidRPr="004543E3">
              <w:rPr>
                <w:szCs w:val="26"/>
              </w:rPr>
              <w:t xml:space="preserve">- </w:t>
            </w:r>
            <w:proofErr w:type="spellStart"/>
            <w:r w:rsidRPr="004543E3">
              <w:rPr>
                <w:szCs w:val="26"/>
              </w:rPr>
              <w:t>Tiếp</w:t>
            </w:r>
            <w:proofErr w:type="spellEnd"/>
            <w:r w:rsidRPr="004543E3">
              <w:rPr>
                <w:szCs w:val="26"/>
              </w:rPr>
              <w:t xml:space="preserve"> </w:t>
            </w:r>
            <w:proofErr w:type="spellStart"/>
            <w:r w:rsidRPr="004543E3">
              <w:rPr>
                <w:szCs w:val="26"/>
              </w:rPr>
              <w:t>thu</w:t>
            </w:r>
            <w:proofErr w:type="spellEnd"/>
            <w:r w:rsidRPr="004543E3">
              <w:rPr>
                <w:szCs w:val="26"/>
              </w:rPr>
              <w:t xml:space="preserve"> ý </w:t>
            </w:r>
            <w:proofErr w:type="spellStart"/>
            <w:r w:rsidRPr="004543E3">
              <w:rPr>
                <w:szCs w:val="26"/>
              </w:rPr>
              <w:t>kiến</w:t>
            </w:r>
            <w:proofErr w:type="spellEnd"/>
            <w:r w:rsidRPr="004543E3">
              <w:rPr>
                <w:szCs w:val="26"/>
              </w:rPr>
              <w:t xml:space="preserve"> </w:t>
            </w:r>
            <w:proofErr w:type="spellStart"/>
            <w:r w:rsidRPr="004543E3">
              <w:rPr>
                <w:szCs w:val="26"/>
              </w:rPr>
              <w:t>va</w:t>
            </w:r>
            <w:proofErr w:type="spellEnd"/>
            <w:r w:rsidRPr="004543E3">
              <w:rPr>
                <w:szCs w:val="26"/>
              </w:rPr>
              <w:t xml:space="preserve">̀ sẽ </w:t>
            </w:r>
            <w:proofErr w:type="spellStart"/>
            <w:r w:rsidRPr="004543E3">
              <w:rPr>
                <w:szCs w:val="26"/>
              </w:rPr>
              <w:t>nghiên</w:t>
            </w:r>
            <w:proofErr w:type="spellEnd"/>
            <w:r w:rsidRPr="004543E3">
              <w:rPr>
                <w:szCs w:val="26"/>
              </w:rPr>
              <w:t xml:space="preserve"> </w:t>
            </w:r>
            <w:proofErr w:type="spellStart"/>
            <w:r w:rsidRPr="004543E3">
              <w:rPr>
                <w:szCs w:val="26"/>
              </w:rPr>
              <w:t>cứu</w:t>
            </w:r>
            <w:proofErr w:type="spellEnd"/>
            <w:r w:rsidRPr="004543E3">
              <w:rPr>
                <w:szCs w:val="26"/>
              </w:rPr>
              <w:t xml:space="preserve"> </w:t>
            </w:r>
            <w:proofErr w:type="spellStart"/>
            <w:r w:rsidRPr="004543E3">
              <w:rPr>
                <w:szCs w:val="26"/>
              </w:rPr>
              <w:t>đê</w:t>
            </w:r>
            <w:proofErr w:type="spellEnd"/>
            <w:r w:rsidRPr="004543E3">
              <w:rPr>
                <w:szCs w:val="26"/>
              </w:rPr>
              <w:t xml:space="preserve">̉ </w:t>
            </w:r>
            <w:proofErr w:type="spellStart"/>
            <w:r w:rsidRPr="004543E3">
              <w:rPr>
                <w:szCs w:val="26"/>
              </w:rPr>
              <w:t>điều</w:t>
            </w:r>
            <w:proofErr w:type="spellEnd"/>
            <w:r w:rsidRPr="004543E3">
              <w:rPr>
                <w:szCs w:val="26"/>
              </w:rPr>
              <w:t xml:space="preserve"> </w:t>
            </w:r>
            <w:proofErr w:type="spellStart"/>
            <w:r w:rsidRPr="004543E3">
              <w:rPr>
                <w:szCs w:val="26"/>
              </w:rPr>
              <w:t>chỉnh</w:t>
            </w:r>
            <w:proofErr w:type="spellEnd"/>
            <w:r w:rsidRPr="004543E3">
              <w:rPr>
                <w:szCs w:val="26"/>
              </w:rPr>
              <w:t xml:space="preserve"> </w:t>
            </w:r>
            <w:proofErr w:type="spellStart"/>
            <w:r w:rsidRPr="004543E3">
              <w:rPr>
                <w:szCs w:val="26"/>
              </w:rPr>
              <w:t>trong</w:t>
            </w:r>
            <w:proofErr w:type="spellEnd"/>
            <w:r w:rsidRPr="004543E3">
              <w:rPr>
                <w:szCs w:val="26"/>
              </w:rPr>
              <w:t xml:space="preserve"> </w:t>
            </w:r>
            <w:proofErr w:type="spellStart"/>
            <w:r w:rsidRPr="004543E3">
              <w:rPr>
                <w:szCs w:val="26"/>
              </w:rPr>
              <w:t>dư</w:t>
            </w:r>
            <w:proofErr w:type="spellEnd"/>
            <w:r w:rsidRPr="004543E3">
              <w:rPr>
                <w:szCs w:val="26"/>
              </w:rPr>
              <w:t xml:space="preserve">̣ </w:t>
            </w:r>
            <w:proofErr w:type="spellStart"/>
            <w:r w:rsidRPr="004543E3">
              <w:rPr>
                <w:szCs w:val="26"/>
              </w:rPr>
              <w:t>thảo</w:t>
            </w:r>
            <w:proofErr w:type="spellEnd"/>
            <w:r w:rsidRPr="004543E3">
              <w:rPr>
                <w:szCs w:val="26"/>
              </w:rPr>
              <w:t xml:space="preserve"> Thông </w:t>
            </w:r>
            <w:proofErr w:type="spellStart"/>
            <w:r w:rsidRPr="004543E3">
              <w:rPr>
                <w:szCs w:val="26"/>
              </w:rPr>
              <w:t>tư</w:t>
            </w:r>
            <w:proofErr w:type="spellEnd"/>
            <w:r w:rsidRPr="004543E3">
              <w:rPr>
                <w:szCs w:val="26"/>
              </w:rPr>
              <w:t xml:space="preserve"> </w:t>
            </w:r>
            <w:proofErr w:type="spellStart"/>
            <w:r w:rsidRPr="004543E3">
              <w:rPr>
                <w:szCs w:val="26"/>
              </w:rPr>
              <w:t>cho</w:t>
            </w:r>
            <w:proofErr w:type="spellEnd"/>
            <w:r w:rsidRPr="004543E3">
              <w:rPr>
                <w:szCs w:val="26"/>
              </w:rPr>
              <w:t xml:space="preserve"> </w:t>
            </w:r>
            <w:proofErr w:type="spellStart"/>
            <w:r w:rsidRPr="004543E3">
              <w:rPr>
                <w:szCs w:val="26"/>
              </w:rPr>
              <w:t>phu</w:t>
            </w:r>
            <w:proofErr w:type="spellEnd"/>
            <w:r w:rsidRPr="004543E3">
              <w:rPr>
                <w:szCs w:val="26"/>
              </w:rPr>
              <w:t xml:space="preserve">̀ </w:t>
            </w:r>
            <w:proofErr w:type="spellStart"/>
            <w:r w:rsidRPr="004543E3">
              <w:rPr>
                <w:szCs w:val="26"/>
              </w:rPr>
              <w:t>hợp</w:t>
            </w:r>
            <w:proofErr w:type="spellEnd"/>
            <w:r w:rsidRPr="004543E3">
              <w:rPr>
                <w:szCs w:val="26"/>
              </w:rPr>
              <w:t>.</w:t>
            </w:r>
          </w:p>
          <w:p w14:paraId="50BA95A8" w14:textId="77777777" w:rsidR="00855AF9" w:rsidRPr="004543E3" w:rsidRDefault="00855AF9" w:rsidP="00855AF9">
            <w:pPr>
              <w:jc w:val="both"/>
              <w:rPr>
                <w:szCs w:val="26"/>
              </w:rPr>
            </w:pPr>
          </w:p>
          <w:p w14:paraId="00038578" w14:textId="434D475E" w:rsidR="00855AF9" w:rsidRPr="004543E3" w:rsidRDefault="00855AF9" w:rsidP="00855AF9">
            <w:pPr>
              <w:spacing w:after="120" w:line="320" w:lineRule="exact"/>
              <w:jc w:val="both"/>
              <w:rPr>
                <w:szCs w:val="26"/>
              </w:rPr>
            </w:pPr>
            <w:r w:rsidRPr="00CE1143">
              <w:rPr>
                <w:color w:val="000000" w:themeColor="text1"/>
                <w:szCs w:val="26"/>
              </w:rPr>
              <w:t xml:space="preserve">- Ban </w:t>
            </w:r>
            <w:proofErr w:type="spellStart"/>
            <w:r w:rsidRPr="00CE1143">
              <w:rPr>
                <w:color w:val="000000" w:themeColor="text1"/>
                <w:szCs w:val="26"/>
              </w:rPr>
              <w:t>soạn</w:t>
            </w:r>
            <w:proofErr w:type="spellEnd"/>
            <w:r w:rsidRPr="00CE1143">
              <w:rPr>
                <w:color w:val="000000" w:themeColor="text1"/>
                <w:szCs w:val="26"/>
              </w:rPr>
              <w:t xml:space="preserve"> </w:t>
            </w:r>
            <w:proofErr w:type="spellStart"/>
            <w:r w:rsidRPr="00CE1143">
              <w:rPr>
                <w:color w:val="000000" w:themeColor="text1"/>
                <w:szCs w:val="26"/>
              </w:rPr>
              <w:t>thảo</w:t>
            </w:r>
            <w:proofErr w:type="spellEnd"/>
            <w:r w:rsidRPr="00CE1143">
              <w:rPr>
                <w:color w:val="000000" w:themeColor="text1"/>
                <w:szCs w:val="26"/>
              </w:rPr>
              <w:t xml:space="preserve"> </w:t>
            </w:r>
            <w:proofErr w:type="spellStart"/>
            <w:r w:rsidRPr="00CE1143">
              <w:rPr>
                <w:color w:val="000000" w:themeColor="text1"/>
                <w:szCs w:val="26"/>
              </w:rPr>
              <w:t>đa</w:t>
            </w:r>
            <w:proofErr w:type="spellEnd"/>
            <w:r w:rsidRPr="00CE1143">
              <w:rPr>
                <w:color w:val="000000" w:themeColor="text1"/>
                <w:szCs w:val="26"/>
              </w:rPr>
              <w:t xml:space="preserve">̃ </w:t>
            </w:r>
            <w:proofErr w:type="spellStart"/>
            <w:r w:rsidRPr="00CE1143">
              <w:rPr>
                <w:color w:val="000000" w:themeColor="text1"/>
                <w:szCs w:val="26"/>
              </w:rPr>
              <w:t>thực</w:t>
            </w:r>
            <w:proofErr w:type="spellEnd"/>
            <w:r w:rsidRPr="00CE1143">
              <w:rPr>
                <w:color w:val="000000" w:themeColor="text1"/>
                <w:szCs w:val="26"/>
              </w:rPr>
              <w:t xml:space="preserve"> </w:t>
            </w:r>
            <w:proofErr w:type="spellStart"/>
            <w:r w:rsidRPr="004543E3">
              <w:rPr>
                <w:szCs w:val="26"/>
              </w:rPr>
              <w:t>ra</w:t>
            </w:r>
            <w:proofErr w:type="spellEnd"/>
            <w:r w:rsidRPr="004543E3">
              <w:rPr>
                <w:szCs w:val="26"/>
              </w:rPr>
              <w:t xml:space="preserve">̀ </w:t>
            </w:r>
            <w:proofErr w:type="spellStart"/>
            <w:r w:rsidRPr="004543E3">
              <w:rPr>
                <w:szCs w:val="26"/>
              </w:rPr>
              <w:t>soát</w:t>
            </w:r>
            <w:proofErr w:type="spellEnd"/>
            <w:r w:rsidRPr="004543E3">
              <w:rPr>
                <w:szCs w:val="26"/>
              </w:rPr>
              <w:t xml:space="preserve"> </w:t>
            </w:r>
            <w:proofErr w:type="spellStart"/>
            <w:r w:rsidRPr="004543E3">
              <w:rPr>
                <w:szCs w:val="26"/>
              </w:rPr>
              <w:t>va</w:t>
            </w:r>
            <w:proofErr w:type="spellEnd"/>
            <w:r w:rsidRPr="004543E3">
              <w:rPr>
                <w:szCs w:val="26"/>
              </w:rPr>
              <w:t xml:space="preserve">̀ </w:t>
            </w:r>
            <w:proofErr w:type="spellStart"/>
            <w:r w:rsidRPr="004543E3">
              <w:rPr>
                <w:szCs w:val="26"/>
              </w:rPr>
              <w:t>thống</w:t>
            </w:r>
            <w:proofErr w:type="spellEnd"/>
            <w:r w:rsidRPr="004543E3">
              <w:rPr>
                <w:szCs w:val="26"/>
              </w:rPr>
              <w:t xml:space="preserve"> </w:t>
            </w:r>
            <w:proofErr w:type="spellStart"/>
            <w:r w:rsidRPr="004543E3">
              <w:rPr>
                <w:szCs w:val="26"/>
              </w:rPr>
              <w:t>nhất</w:t>
            </w:r>
            <w:proofErr w:type="spellEnd"/>
            <w:r w:rsidRPr="004543E3">
              <w:rPr>
                <w:szCs w:val="26"/>
              </w:rPr>
              <w:t xml:space="preserve"> chỉ </w:t>
            </w:r>
            <w:proofErr w:type="spellStart"/>
            <w:r w:rsidRPr="004543E3">
              <w:rPr>
                <w:szCs w:val="26"/>
              </w:rPr>
              <w:t>yêu</w:t>
            </w:r>
            <w:proofErr w:type="spellEnd"/>
            <w:r w:rsidRPr="004543E3">
              <w:rPr>
                <w:szCs w:val="26"/>
              </w:rPr>
              <w:t xml:space="preserve"> </w:t>
            </w:r>
            <w:proofErr w:type="spellStart"/>
            <w:r w:rsidRPr="004543E3">
              <w:rPr>
                <w:szCs w:val="26"/>
              </w:rPr>
              <w:t>cầu</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chức</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chức</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ngành</w:t>
            </w:r>
            <w:proofErr w:type="spellEnd"/>
            <w:r w:rsidRPr="004543E3">
              <w:rPr>
                <w:szCs w:val="26"/>
              </w:rPr>
              <w:t xml:space="preserve"> </w:t>
            </w:r>
            <w:proofErr w:type="spellStart"/>
            <w:r w:rsidRPr="004543E3">
              <w:rPr>
                <w:szCs w:val="26"/>
              </w:rPr>
              <w:t>kiểm</w:t>
            </w:r>
            <w:proofErr w:type="spellEnd"/>
            <w:r w:rsidRPr="004543E3">
              <w:rPr>
                <w:szCs w:val="26"/>
              </w:rPr>
              <w:t xml:space="preserve"> </w:t>
            </w:r>
            <w:proofErr w:type="spellStart"/>
            <w:r w:rsidRPr="004543E3">
              <w:rPr>
                <w:szCs w:val="26"/>
              </w:rPr>
              <w:t>soát</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cao</w:t>
            </w:r>
            <w:proofErr w:type="spellEnd"/>
            <w:r w:rsidRPr="004543E3">
              <w:rPr>
                <w:szCs w:val="26"/>
              </w:rPr>
              <w:t xml:space="preserve"> </w:t>
            </w:r>
            <w:proofErr w:type="spellStart"/>
            <w:r w:rsidRPr="004543E3">
              <w:rPr>
                <w:szCs w:val="26"/>
              </w:rPr>
              <w:t>cấp</w:t>
            </w:r>
            <w:proofErr w:type="spellEnd"/>
            <w:r w:rsidRPr="004543E3">
              <w:rPr>
                <w:szCs w:val="26"/>
              </w:rPr>
              <w:t xml:space="preserve"> </w:t>
            </w:r>
            <w:proofErr w:type="spellStart"/>
            <w:r w:rsidRPr="004543E3">
              <w:rPr>
                <w:szCs w:val="26"/>
              </w:rPr>
              <w:t>chất</w:t>
            </w:r>
            <w:proofErr w:type="spellEnd"/>
            <w:r w:rsidRPr="004543E3">
              <w:rPr>
                <w:szCs w:val="26"/>
              </w:rPr>
              <w:t xml:space="preserve"> </w:t>
            </w:r>
            <w:proofErr w:type="spellStart"/>
            <w:r w:rsidRPr="004543E3">
              <w:rPr>
                <w:szCs w:val="26"/>
              </w:rPr>
              <w:t>lượng</w:t>
            </w:r>
            <w:proofErr w:type="spellEnd"/>
            <w:r w:rsidRPr="004543E3">
              <w:rPr>
                <w:szCs w:val="26"/>
              </w:rPr>
              <w:t xml:space="preserve"> </w:t>
            </w:r>
            <w:proofErr w:type="spellStart"/>
            <w:r w:rsidRPr="004543E3">
              <w:rPr>
                <w:szCs w:val="26"/>
              </w:rPr>
              <w:t>sản</w:t>
            </w:r>
            <w:proofErr w:type="spellEnd"/>
            <w:r w:rsidRPr="004543E3">
              <w:rPr>
                <w:szCs w:val="26"/>
              </w:rPr>
              <w:t xml:space="preserve"> </w:t>
            </w:r>
            <w:proofErr w:type="spellStart"/>
            <w:r w:rsidRPr="004543E3">
              <w:rPr>
                <w:szCs w:val="26"/>
              </w:rPr>
              <w:t>phẩm</w:t>
            </w:r>
            <w:proofErr w:type="spellEnd"/>
            <w:r w:rsidRPr="004543E3">
              <w:rPr>
                <w:szCs w:val="26"/>
              </w:rPr>
              <w:t xml:space="preserve">, </w:t>
            </w:r>
            <w:proofErr w:type="spellStart"/>
            <w:r w:rsidRPr="004543E3">
              <w:rPr>
                <w:szCs w:val="26"/>
              </w:rPr>
              <w:t>hàng</w:t>
            </w:r>
            <w:proofErr w:type="spellEnd"/>
            <w:r w:rsidRPr="004543E3">
              <w:rPr>
                <w:szCs w:val="26"/>
              </w:rPr>
              <w:t xml:space="preserve"> </w:t>
            </w:r>
            <w:proofErr w:type="spellStart"/>
            <w:r w:rsidRPr="004543E3">
              <w:rPr>
                <w:szCs w:val="26"/>
              </w:rPr>
              <w:t>hóa</w:t>
            </w:r>
            <w:proofErr w:type="spellEnd"/>
            <w:r w:rsidRPr="004543E3">
              <w:rPr>
                <w:szCs w:val="26"/>
              </w:rPr>
              <w:t xml:space="preserve"> “</w:t>
            </w:r>
            <w:proofErr w:type="spellStart"/>
            <w:r w:rsidRPr="004543E3">
              <w:rPr>
                <w:i/>
                <w:iCs/>
                <w:szCs w:val="26"/>
              </w:rPr>
              <w:t>Có</w:t>
            </w:r>
            <w:proofErr w:type="spellEnd"/>
            <w:r w:rsidRPr="004543E3">
              <w:rPr>
                <w:i/>
                <w:iCs/>
                <w:szCs w:val="26"/>
              </w:rPr>
              <w:t xml:space="preserve"> </w:t>
            </w:r>
            <w:proofErr w:type="spellStart"/>
            <w:r w:rsidRPr="004543E3">
              <w:rPr>
                <w:i/>
                <w:iCs/>
                <w:szCs w:val="26"/>
              </w:rPr>
              <w:t>bằng</w:t>
            </w:r>
            <w:proofErr w:type="spellEnd"/>
            <w:r w:rsidRPr="004543E3">
              <w:rPr>
                <w:i/>
                <w:iCs/>
                <w:szCs w:val="26"/>
              </w:rPr>
              <w:t xml:space="preserve"> </w:t>
            </w:r>
            <w:proofErr w:type="spellStart"/>
            <w:r w:rsidRPr="004543E3">
              <w:rPr>
                <w:i/>
                <w:iCs/>
                <w:szCs w:val="26"/>
              </w:rPr>
              <w:t>tốt</w:t>
            </w:r>
            <w:proofErr w:type="spellEnd"/>
            <w:r w:rsidRPr="004543E3">
              <w:rPr>
                <w:i/>
                <w:iCs/>
                <w:szCs w:val="26"/>
              </w:rPr>
              <w:t xml:space="preserve"> </w:t>
            </w:r>
            <w:proofErr w:type="spellStart"/>
            <w:r w:rsidRPr="004543E3">
              <w:rPr>
                <w:i/>
                <w:iCs/>
                <w:szCs w:val="26"/>
              </w:rPr>
              <w:t>nghiệp</w:t>
            </w:r>
            <w:proofErr w:type="spellEnd"/>
            <w:r w:rsidRPr="004543E3">
              <w:rPr>
                <w:i/>
                <w:iCs/>
                <w:szCs w:val="26"/>
              </w:rPr>
              <w:t xml:space="preserve"> </w:t>
            </w:r>
            <w:proofErr w:type="spellStart"/>
            <w:r w:rsidRPr="004543E3">
              <w:rPr>
                <w:i/>
                <w:iCs/>
                <w:szCs w:val="26"/>
              </w:rPr>
              <w:t>trung</w:t>
            </w:r>
            <w:proofErr w:type="spellEnd"/>
            <w:r w:rsidRPr="004543E3">
              <w:rPr>
                <w:i/>
                <w:iCs/>
                <w:szCs w:val="26"/>
              </w:rPr>
              <w:t xml:space="preserve"> </w:t>
            </w:r>
            <w:proofErr w:type="spellStart"/>
            <w:r w:rsidRPr="004543E3">
              <w:rPr>
                <w:i/>
                <w:iCs/>
                <w:szCs w:val="26"/>
              </w:rPr>
              <w:t>cấp</w:t>
            </w:r>
            <w:proofErr w:type="spellEnd"/>
            <w:r w:rsidRPr="004543E3">
              <w:rPr>
                <w:i/>
                <w:iCs/>
                <w:szCs w:val="26"/>
              </w:rPr>
              <w:t xml:space="preserve"> </w:t>
            </w:r>
            <w:proofErr w:type="spellStart"/>
            <w:r w:rsidRPr="004543E3">
              <w:rPr>
                <w:i/>
                <w:iCs/>
                <w:szCs w:val="26"/>
              </w:rPr>
              <w:t>lý</w:t>
            </w:r>
            <w:proofErr w:type="spellEnd"/>
            <w:r w:rsidRPr="004543E3">
              <w:rPr>
                <w:i/>
                <w:iCs/>
                <w:szCs w:val="26"/>
              </w:rPr>
              <w:t xml:space="preserve"> </w:t>
            </w:r>
            <w:proofErr w:type="spellStart"/>
            <w:r w:rsidRPr="004543E3">
              <w:rPr>
                <w:i/>
                <w:iCs/>
                <w:szCs w:val="26"/>
              </w:rPr>
              <w:t>luận</w:t>
            </w:r>
            <w:proofErr w:type="spellEnd"/>
            <w:r w:rsidRPr="004543E3">
              <w:rPr>
                <w:i/>
                <w:iCs/>
                <w:szCs w:val="26"/>
              </w:rPr>
              <w:t xml:space="preserve"> </w:t>
            </w:r>
            <w:proofErr w:type="spellStart"/>
            <w:r w:rsidRPr="004543E3">
              <w:rPr>
                <w:i/>
                <w:iCs/>
                <w:szCs w:val="26"/>
              </w:rPr>
              <w:t>chính</w:t>
            </w:r>
            <w:proofErr w:type="spellEnd"/>
            <w:r w:rsidRPr="004543E3">
              <w:rPr>
                <w:i/>
                <w:iCs/>
                <w:szCs w:val="26"/>
              </w:rPr>
              <w:t xml:space="preserve"> </w:t>
            </w:r>
            <w:proofErr w:type="spellStart"/>
            <w:r w:rsidRPr="004543E3">
              <w:rPr>
                <w:i/>
                <w:iCs/>
                <w:szCs w:val="26"/>
              </w:rPr>
              <w:t>trị</w:t>
            </w:r>
            <w:proofErr w:type="spellEnd"/>
            <w:r w:rsidRPr="004543E3">
              <w:rPr>
                <w:i/>
                <w:iCs/>
                <w:szCs w:val="26"/>
              </w:rPr>
              <w:t xml:space="preserve"> </w:t>
            </w:r>
            <w:proofErr w:type="spellStart"/>
            <w:r w:rsidRPr="004543E3">
              <w:rPr>
                <w:i/>
                <w:iCs/>
                <w:szCs w:val="26"/>
              </w:rPr>
              <w:t>trơ</w:t>
            </w:r>
            <w:proofErr w:type="spellEnd"/>
            <w:r w:rsidRPr="004543E3">
              <w:rPr>
                <w:i/>
                <w:iCs/>
                <w:szCs w:val="26"/>
              </w:rPr>
              <w:t xml:space="preserve">̉ </w:t>
            </w:r>
            <w:proofErr w:type="spellStart"/>
            <w:r w:rsidRPr="004543E3">
              <w:rPr>
                <w:i/>
                <w:iCs/>
                <w:szCs w:val="26"/>
              </w:rPr>
              <w:t>lên</w:t>
            </w:r>
            <w:proofErr w:type="spellEnd"/>
            <w:r w:rsidRPr="004543E3">
              <w:rPr>
                <w:i/>
                <w:iCs/>
                <w:szCs w:val="26"/>
              </w:rPr>
              <w:t xml:space="preserve"> </w:t>
            </w:r>
            <w:proofErr w:type="spellStart"/>
            <w:r w:rsidRPr="004543E3">
              <w:rPr>
                <w:i/>
                <w:iCs/>
                <w:szCs w:val="26"/>
              </w:rPr>
              <w:t>hoặc</w:t>
            </w:r>
            <w:proofErr w:type="spellEnd"/>
            <w:r w:rsidRPr="004543E3">
              <w:rPr>
                <w:i/>
                <w:iCs/>
                <w:szCs w:val="26"/>
              </w:rPr>
              <w:t xml:space="preserve"> </w:t>
            </w:r>
            <w:proofErr w:type="spellStart"/>
            <w:r w:rsidRPr="004543E3">
              <w:rPr>
                <w:i/>
                <w:iCs/>
                <w:szCs w:val="26"/>
              </w:rPr>
              <w:t>có</w:t>
            </w:r>
            <w:proofErr w:type="spellEnd"/>
            <w:r w:rsidRPr="004543E3">
              <w:rPr>
                <w:i/>
                <w:iCs/>
                <w:szCs w:val="26"/>
              </w:rPr>
              <w:t xml:space="preserve"> </w:t>
            </w:r>
            <w:proofErr w:type="spellStart"/>
            <w:r w:rsidRPr="004543E3">
              <w:rPr>
                <w:i/>
                <w:iCs/>
                <w:szCs w:val="26"/>
              </w:rPr>
              <w:t>giấy</w:t>
            </w:r>
            <w:proofErr w:type="spellEnd"/>
            <w:r w:rsidRPr="004543E3">
              <w:rPr>
                <w:i/>
                <w:iCs/>
                <w:szCs w:val="26"/>
              </w:rPr>
              <w:t xml:space="preserve"> </w:t>
            </w:r>
            <w:proofErr w:type="spellStart"/>
            <w:r w:rsidRPr="004543E3">
              <w:rPr>
                <w:i/>
                <w:iCs/>
                <w:szCs w:val="26"/>
              </w:rPr>
              <w:t>xác</w:t>
            </w:r>
            <w:proofErr w:type="spellEnd"/>
            <w:r w:rsidRPr="004543E3">
              <w:rPr>
                <w:i/>
                <w:iCs/>
                <w:szCs w:val="26"/>
              </w:rPr>
              <w:t xml:space="preserve"> </w:t>
            </w:r>
            <w:proofErr w:type="spellStart"/>
            <w:r w:rsidRPr="004543E3">
              <w:rPr>
                <w:i/>
                <w:iCs/>
                <w:szCs w:val="26"/>
              </w:rPr>
              <w:t>nhận</w:t>
            </w:r>
            <w:proofErr w:type="spellEnd"/>
            <w:r w:rsidRPr="004543E3">
              <w:rPr>
                <w:i/>
                <w:iCs/>
                <w:szCs w:val="26"/>
              </w:rPr>
              <w:t xml:space="preserve"> </w:t>
            </w:r>
            <w:proofErr w:type="spellStart"/>
            <w:r w:rsidRPr="004543E3">
              <w:rPr>
                <w:i/>
                <w:iCs/>
                <w:szCs w:val="26"/>
              </w:rPr>
              <w:t>tương</w:t>
            </w:r>
            <w:proofErr w:type="spellEnd"/>
            <w:r w:rsidRPr="004543E3">
              <w:rPr>
                <w:i/>
                <w:iCs/>
                <w:szCs w:val="26"/>
              </w:rPr>
              <w:t xml:space="preserve"> </w:t>
            </w:r>
            <w:proofErr w:type="spellStart"/>
            <w:r w:rsidRPr="004543E3">
              <w:rPr>
                <w:i/>
                <w:iCs/>
                <w:szCs w:val="26"/>
              </w:rPr>
              <w:t>đương</w:t>
            </w:r>
            <w:proofErr w:type="spellEnd"/>
            <w:r w:rsidRPr="004543E3">
              <w:rPr>
                <w:i/>
                <w:iCs/>
                <w:szCs w:val="26"/>
              </w:rPr>
              <w:t xml:space="preserve"> </w:t>
            </w:r>
            <w:proofErr w:type="spellStart"/>
            <w:r w:rsidRPr="004543E3">
              <w:rPr>
                <w:i/>
                <w:iCs/>
                <w:szCs w:val="26"/>
              </w:rPr>
              <w:t>trình</w:t>
            </w:r>
            <w:proofErr w:type="spellEnd"/>
            <w:r w:rsidRPr="004543E3">
              <w:rPr>
                <w:i/>
                <w:iCs/>
                <w:szCs w:val="26"/>
              </w:rPr>
              <w:t xml:space="preserve"> </w:t>
            </w:r>
            <w:proofErr w:type="spellStart"/>
            <w:r w:rsidRPr="004543E3">
              <w:rPr>
                <w:i/>
                <w:iCs/>
                <w:szCs w:val="26"/>
              </w:rPr>
              <w:t>độ</w:t>
            </w:r>
            <w:proofErr w:type="spellEnd"/>
            <w:r w:rsidRPr="004543E3">
              <w:rPr>
                <w:i/>
                <w:iCs/>
                <w:szCs w:val="26"/>
              </w:rPr>
              <w:t xml:space="preserve"> </w:t>
            </w:r>
            <w:proofErr w:type="spellStart"/>
            <w:r w:rsidRPr="004543E3">
              <w:rPr>
                <w:i/>
                <w:iCs/>
                <w:szCs w:val="26"/>
              </w:rPr>
              <w:t>trung</w:t>
            </w:r>
            <w:proofErr w:type="spellEnd"/>
            <w:r w:rsidRPr="004543E3">
              <w:rPr>
                <w:i/>
                <w:iCs/>
                <w:szCs w:val="26"/>
              </w:rPr>
              <w:t xml:space="preserve"> </w:t>
            </w:r>
            <w:proofErr w:type="spellStart"/>
            <w:r w:rsidRPr="004543E3">
              <w:rPr>
                <w:i/>
                <w:iCs/>
                <w:szCs w:val="26"/>
              </w:rPr>
              <w:t>cấp</w:t>
            </w:r>
            <w:proofErr w:type="spellEnd"/>
            <w:r w:rsidRPr="004543E3">
              <w:rPr>
                <w:i/>
                <w:iCs/>
                <w:szCs w:val="26"/>
              </w:rPr>
              <w:t xml:space="preserve"> </w:t>
            </w:r>
            <w:proofErr w:type="spellStart"/>
            <w:r w:rsidRPr="004543E3">
              <w:rPr>
                <w:i/>
                <w:iCs/>
                <w:szCs w:val="26"/>
              </w:rPr>
              <w:t>lý</w:t>
            </w:r>
            <w:proofErr w:type="spellEnd"/>
            <w:r w:rsidRPr="004543E3">
              <w:rPr>
                <w:i/>
                <w:iCs/>
                <w:szCs w:val="26"/>
              </w:rPr>
              <w:t xml:space="preserve"> </w:t>
            </w:r>
            <w:proofErr w:type="spellStart"/>
            <w:r w:rsidRPr="004543E3">
              <w:rPr>
                <w:i/>
                <w:iCs/>
                <w:szCs w:val="26"/>
              </w:rPr>
              <w:t>luận</w:t>
            </w:r>
            <w:proofErr w:type="spellEnd"/>
            <w:r w:rsidRPr="004543E3">
              <w:rPr>
                <w:i/>
                <w:iCs/>
                <w:szCs w:val="26"/>
              </w:rPr>
              <w:t xml:space="preserve"> </w:t>
            </w:r>
            <w:proofErr w:type="spellStart"/>
            <w:r w:rsidRPr="004543E3">
              <w:rPr>
                <w:i/>
                <w:iCs/>
                <w:szCs w:val="26"/>
              </w:rPr>
              <w:t>chính</w:t>
            </w:r>
            <w:proofErr w:type="spellEnd"/>
            <w:r w:rsidRPr="004543E3">
              <w:rPr>
                <w:i/>
                <w:iCs/>
                <w:szCs w:val="26"/>
              </w:rPr>
              <w:t xml:space="preserve"> </w:t>
            </w:r>
            <w:proofErr w:type="spellStart"/>
            <w:r w:rsidRPr="004543E3">
              <w:rPr>
                <w:i/>
                <w:iCs/>
                <w:szCs w:val="26"/>
              </w:rPr>
              <w:t>trị</w:t>
            </w:r>
            <w:proofErr w:type="spellEnd"/>
            <w:r w:rsidRPr="004543E3">
              <w:rPr>
                <w:i/>
                <w:iCs/>
                <w:szCs w:val="26"/>
              </w:rPr>
              <w:t xml:space="preserve"> </w:t>
            </w:r>
            <w:proofErr w:type="spellStart"/>
            <w:r w:rsidRPr="004543E3">
              <w:rPr>
                <w:i/>
                <w:iCs/>
                <w:szCs w:val="26"/>
              </w:rPr>
              <w:t>của</w:t>
            </w:r>
            <w:proofErr w:type="spellEnd"/>
            <w:r w:rsidRPr="004543E3">
              <w:rPr>
                <w:i/>
                <w:iCs/>
                <w:szCs w:val="26"/>
              </w:rPr>
              <w:t xml:space="preserve"> </w:t>
            </w:r>
            <w:proofErr w:type="spellStart"/>
            <w:r w:rsidRPr="004543E3">
              <w:rPr>
                <w:i/>
                <w:iCs/>
                <w:szCs w:val="26"/>
              </w:rPr>
              <w:t>cơ</w:t>
            </w:r>
            <w:proofErr w:type="spellEnd"/>
            <w:r w:rsidRPr="004543E3">
              <w:rPr>
                <w:i/>
                <w:iCs/>
                <w:szCs w:val="26"/>
              </w:rPr>
              <w:t xml:space="preserve"> </w:t>
            </w:r>
            <w:proofErr w:type="spellStart"/>
            <w:r w:rsidRPr="004543E3">
              <w:rPr>
                <w:i/>
                <w:iCs/>
                <w:szCs w:val="26"/>
              </w:rPr>
              <w:t>quan</w:t>
            </w:r>
            <w:proofErr w:type="spellEnd"/>
            <w:r w:rsidRPr="004543E3">
              <w:rPr>
                <w:i/>
                <w:iCs/>
                <w:szCs w:val="26"/>
              </w:rPr>
              <w:t xml:space="preserve"> </w:t>
            </w:r>
            <w:proofErr w:type="spellStart"/>
            <w:r w:rsidRPr="004543E3">
              <w:rPr>
                <w:i/>
                <w:iCs/>
                <w:szCs w:val="26"/>
              </w:rPr>
              <w:t>có</w:t>
            </w:r>
            <w:proofErr w:type="spellEnd"/>
            <w:r w:rsidRPr="004543E3">
              <w:rPr>
                <w:i/>
                <w:iCs/>
                <w:szCs w:val="26"/>
              </w:rPr>
              <w:t xml:space="preserve"> </w:t>
            </w:r>
            <w:proofErr w:type="spellStart"/>
            <w:r w:rsidRPr="004543E3">
              <w:rPr>
                <w:i/>
                <w:iCs/>
                <w:szCs w:val="26"/>
              </w:rPr>
              <w:t>thẩm</w:t>
            </w:r>
            <w:proofErr w:type="spellEnd"/>
            <w:r w:rsidRPr="004543E3">
              <w:rPr>
                <w:i/>
                <w:iCs/>
                <w:szCs w:val="26"/>
              </w:rPr>
              <w:t xml:space="preserve"> </w:t>
            </w:r>
            <w:proofErr w:type="spellStart"/>
            <w:r w:rsidRPr="004543E3">
              <w:rPr>
                <w:i/>
                <w:iCs/>
                <w:szCs w:val="26"/>
              </w:rPr>
              <w:t>quyền</w:t>
            </w:r>
            <w:proofErr w:type="spellEnd"/>
            <w:r w:rsidRPr="004543E3">
              <w:rPr>
                <w:i/>
                <w:iCs/>
                <w:szCs w:val="26"/>
              </w:rPr>
              <w:t xml:space="preserve">” </w:t>
            </w:r>
            <w:proofErr w:type="spellStart"/>
            <w:r w:rsidRPr="004543E3">
              <w:rPr>
                <w:szCs w:val="26"/>
              </w:rPr>
              <w:t>đảm</w:t>
            </w:r>
            <w:proofErr w:type="spellEnd"/>
            <w:r w:rsidRPr="004543E3">
              <w:rPr>
                <w:szCs w:val="26"/>
              </w:rPr>
              <w:t xml:space="preserve"> </w:t>
            </w:r>
            <w:proofErr w:type="spellStart"/>
            <w:r w:rsidRPr="004543E3">
              <w:rPr>
                <w:szCs w:val="26"/>
              </w:rPr>
              <w:t>bảo</w:t>
            </w:r>
            <w:proofErr w:type="spellEnd"/>
            <w:r w:rsidRPr="004543E3">
              <w:rPr>
                <w:szCs w:val="26"/>
              </w:rPr>
              <w:t xml:space="preserve"> </w:t>
            </w:r>
            <w:proofErr w:type="spellStart"/>
            <w:r w:rsidRPr="004543E3">
              <w:rPr>
                <w:szCs w:val="26"/>
              </w:rPr>
              <w:t>phu</w:t>
            </w:r>
            <w:proofErr w:type="spellEnd"/>
            <w:r w:rsidRPr="004543E3">
              <w:rPr>
                <w:szCs w:val="26"/>
              </w:rPr>
              <w:t xml:space="preserve">̀ </w:t>
            </w:r>
            <w:proofErr w:type="spellStart"/>
            <w:r w:rsidRPr="004543E3">
              <w:rPr>
                <w:szCs w:val="26"/>
              </w:rPr>
              <w:t>hợp</w:t>
            </w:r>
            <w:proofErr w:type="spellEnd"/>
            <w:r w:rsidRPr="004543E3">
              <w:rPr>
                <w:szCs w:val="26"/>
              </w:rPr>
              <w:t xml:space="preserve"> </w:t>
            </w:r>
            <w:proofErr w:type="spellStart"/>
            <w:r w:rsidRPr="004543E3">
              <w:rPr>
                <w:szCs w:val="26"/>
              </w:rPr>
              <w:lastRenderedPageBreak/>
              <w:t>với</w:t>
            </w:r>
            <w:proofErr w:type="spellEnd"/>
            <w:r w:rsidRPr="004543E3">
              <w:rPr>
                <w:szCs w:val="26"/>
              </w:rPr>
              <w:t xml:space="preserve"> </w:t>
            </w:r>
            <w:proofErr w:type="spellStart"/>
            <w:r w:rsidRPr="004543E3">
              <w:rPr>
                <w:szCs w:val="26"/>
              </w:rPr>
              <w:t>tình</w:t>
            </w:r>
            <w:proofErr w:type="spellEnd"/>
            <w:r w:rsidRPr="004543E3">
              <w:rPr>
                <w:szCs w:val="26"/>
              </w:rPr>
              <w:t xml:space="preserve"> </w:t>
            </w:r>
            <w:proofErr w:type="spellStart"/>
            <w:r w:rsidRPr="004543E3">
              <w:rPr>
                <w:szCs w:val="26"/>
              </w:rPr>
              <w:t>hình</w:t>
            </w:r>
            <w:proofErr w:type="spellEnd"/>
            <w:r w:rsidRPr="004543E3">
              <w:rPr>
                <w:szCs w:val="26"/>
              </w:rPr>
              <w:t xml:space="preserve"> </w:t>
            </w:r>
            <w:proofErr w:type="spellStart"/>
            <w:r w:rsidRPr="004543E3">
              <w:rPr>
                <w:szCs w:val="26"/>
              </w:rPr>
              <w:t>thực</w:t>
            </w:r>
            <w:proofErr w:type="spellEnd"/>
            <w:r w:rsidRPr="004543E3">
              <w:rPr>
                <w:szCs w:val="26"/>
              </w:rPr>
              <w:t xml:space="preserve"> </w:t>
            </w:r>
            <w:proofErr w:type="spellStart"/>
            <w:r w:rsidRPr="004543E3">
              <w:rPr>
                <w:szCs w:val="26"/>
              </w:rPr>
              <w:t>tê</w:t>
            </w:r>
            <w:proofErr w:type="spellEnd"/>
            <w:r w:rsidRPr="004543E3">
              <w:rPr>
                <w:szCs w:val="26"/>
              </w:rPr>
              <w:t xml:space="preserve">́ </w:t>
            </w:r>
            <w:proofErr w:type="spellStart"/>
            <w:r w:rsidRPr="004543E3">
              <w:rPr>
                <w:szCs w:val="26"/>
              </w:rPr>
              <w:t>hiện</w:t>
            </w:r>
            <w:proofErr w:type="spellEnd"/>
            <w:r w:rsidRPr="004543E3">
              <w:rPr>
                <w:szCs w:val="26"/>
              </w:rPr>
              <w:t xml:space="preserve"> nay </w:t>
            </w:r>
            <w:proofErr w:type="spellStart"/>
            <w:r w:rsidRPr="004543E3">
              <w:rPr>
                <w:szCs w:val="26"/>
              </w:rPr>
              <w:t>tại</w:t>
            </w:r>
            <w:proofErr w:type="spellEnd"/>
            <w:r w:rsidRPr="004543E3">
              <w:rPr>
                <w:szCs w:val="26"/>
              </w:rPr>
              <w:t xml:space="preserve"> </w:t>
            </w:r>
            <w:proofErr w:type="spellStart"/>
            <w:r w:rsidRPr="004543E3">
              <w:rPr>
                <w:szCs w:val="26"/>
              </w:rPr>
              <w:t>các</w:t>
            </w:r>
            <w:proofErr w:type="spellEnd"/>
            <w:r w:rsidRPr="004543E3">
              <w:rPr>
                <w:szCs w:val="26"/>
              </w:rPr>
              <w:t xml:space="preserve"> </w:t>
            </w:r>
            <w:proofErr w:type="spellStart"/>
            <w:r w:rsidRPr="004543E3">
              <w:rPr>
                <w:szCs w:val="26"/>
              </w:rPr>
              <w:t>cơ</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đơn</w:t>
            </w:r>
            <w:proofErr w:type="spellEnd"/>
            <w:r w:rsidRPr="004543E3">
              <w:rPr>
                <w:szCs w:val="26"/>
              </w:rPr>
              <w:t xml:space="preserve"> vị.</w:t>
            </w:r>
          </w:p>
        </w:tc>
      </w:tr>
      <w:tr w:rsidR="00855AF9" w:rsidRPr="004543E3" w14:paraId="05DFD2FC" w14:textId="77777777" w:rsidTr="00FF0027">
        <w:tc>
          <w:tcPr>
            <w:tcW w:w="1098" w:type="dxa"/>
          </w:tcPr>
          <w:p w14:paraId="3AD45C6A" w14:textId="77777777" w:rsidR="00855AF9" w:rsidRPr="004543E3" w:rsidRDefault="00855AF9" w:rsidP="00855AF9">
            <w:pPr>
              <w:jc w:val="both"/>
            </w:pPr>
          </w:p>
        </w:tc>
        <w:tc>
          <w:tcPr>
            <w:tcW w:w="5113" w:type="dxa"/>
          </w:tcPr>
          <w:p w14:paraId="6E283C3A" w14:textId="77777777" w:rsidR="00855AF9" w:rsidRPr="004543E3" w:rsidRDefault="00855AF9" w:rsidP="005A52B0">
            <w:pPr>
              <w:spacing w:before="120" w:after="120" w:line="240" w:lineRule="auto"/>
              <w:ind w:firstLine="709"/>
              <w:jc w:val="both"/>
              <w:rPr>
                <w:b/>
                <w:bCs/>
                <w:szCs w:val="26"/>
              </w:rPr>
            </w:pPr>
            <w:r w:rsidRPr="004543E3">
              <w:rPr>
                <w:b/>
                <w:bCs/>
                <w:szCs w:val="26"/>
              </w:rPr>
              <w:t xml:space="preserve">4. </w:t>
            </w:r>
            <w:proofErr w:type="spellStart"/>
            <w:r w:rsidRPr="004543E3">
              <w:rPr>
                <w:b/>
                <w:bCs/>
                <w:szCs w:val="26"/>
              </w:rPr>
              <w:t>Tiêu</w:t>
            </w:r>
            <w:proofErr w:type="spellEnd"/>
            <w:r w:rsidRPr="004543E3">
              <w:rPr>
                <w:b/>
                <w:bCs/>
                <w:szCs w:val="26"/>
              </w:rPr>
              <w:t xml:space="preserve"> </w:t>
            </w:r>
            <w:proofErr w:type="spellStart"/>
            <w:r w:rsidRPr="004543E3">
              <w:rPr>
                <w:b/>
                <w:bCs/>
                <w:szCs w:val="26"/>
              </w:rPr>
              <w:t>chuẩn</w:t>
            </w:r>
            <w:proofErr w:type="spellEnd"/>
            <w:r w:rsidRPr="004543E3">
              <w:rPr>
                <w:b/>
                <w:bCs/>
                <w:szCs w:val="26"/>
              </w:rPr>
              <w:t xml:space="preserve"> </w:t>
            </w:r>
            <w:proofErr w:type="spellStart"/>
            <w:r w:rsidRPr="004543E3">
              <w:rPr>
                <w:b/>
                <w:bCs/>
                <w:szCs w:val="26"/>
              </w:rPr>
              <w:t>vê</w:t>
            </w:r>
            <w:proofErr w:type="spellEnd"/>
            <w:r w:rsidRPr="004543E3">
              <w:rPr>
                <w:b/>
                <w:bCs/>
                <w:szCs w:val="26"/>
              </w:rPr>
              <w:t xml:space="preserve">̀ </w:t>
            </w:r>
            <w:proofErr w:type="spellStart"/>
            <w:r w:rsidRPr="004543E3">
              <w:rPr>
                <w:b/>
                <w:bCs/>
                <w:szCs w:val="26"/>
              </w:rPr>
              <w:t>năng</w:t>
            </w:r>
            <w:proofErr w:type="spellEnd"/>
            <w:r w:rsidRPr="004543E3">
              <w:rPr>
                <w:b/>
                <w:bCs/>
                <w:szCs w:val="26"/>
              </w:rPr>
              <w:t xml:space="preserve"> </w:t>
            </w:r>
            <w:proofErr w:type="spellStart"/>
            <w:r w:rsidRPr="004543E3">
              <w:rPr>
                <w:b/>
                <w:bCs/>
                <w:szCs w:val="26"/>
              </w:rPr>
              <w:t>lực</w:t>
            </w:r>
            <w:proofErr w:type="spellEnd"/>
            <w:r w:rsidRPr="004543E3">
              <w:rPr>
                <w:b/>
                <w:bCs/>
                <w:szCs w:val="26"/>
              </w:rPr>
              <w:t xml:space="preserve"> </w:t>
            </w:r>
            <w:proofErr w:type="spellStart"/>
            <w:r w:rsidRPr="004543E3">
              <w:rPr>
                <w:b/>
                <w:bCs/>
                <w:szCs w:val="26"/>
              </w:rPr>
              <w:t>chuyên</w:t>
            </w:r>
            <w:proofErr w:type="spellEnd"/>
            <w:r w:rsidRPr="004543E3">
              <w:rPr>
                <w:b/>
                <w:bCs/>
                <w:szCs w:val="26"/>
              </w:rPr>
              <w:t xml:space="preserve"> </w:t>
            </w:r>
            <w:proofErr w:type="spellStart"/>
            <w:r w:rsidRPr="004543E3">
              <w:rPr>
                <w:b/>
                <w:bCs/>
                <w:szCs w:val="26"/>
              </w:rPr>
              <w:t>môn</w:t>
            </w:r>
            <w:proofErr w:type="spellEnd"/>
            <w:r w:rsidRPr="004543E3">
              <w:rPr>
                <w:b/>
                <w:bCs/>
                <w:szCs w:val="26"/>
              </w:rPr>
              <w:t xml:space="preserve">, </w:t>
            </w:r>
            <w:proofErr w:type="spellStart"/>
            <w:r w:rsidRPr="004543E3">
              <w:rPr>
                <w:b/>
                <w:bCs/>
                <w:szCs w:val="26"/>
              </w:rPr>
              <w:t>nghiệp</w:t>
            </w:r>
            <w:proofErr w:type="spellEnd"/>
            <w:r w:rsidRPr="004543E3">
              <w:rPr>
                <w:b/>
                <w:bCs/>
                <w:szCs w:val="26"/>
              </w:rPr>
              <w:t xml:space="preserve"> </w:t>
            </w:r>
            <w:proofErr w:type="spellStart"/>
            <w:r w:rsidRPr="004543E3">
              <w:rPr>
                <w:b/>
                <w:bCs/>
                <w:szCs w:val="26"/>
              </w:rPr>
              <w:t>vụ</w:t>
            </w:r>
            <w:proofErr w:type="spellEnd"/>
            <w:r w:rsidRPr="004543E3">
              <w:rPr>
                <w:b/>
                <w:bCs/>
                <w:szCs w:val="26"/>
              </w:rPr>
              <w:t>:</w:t>
            </w:r>
          </w:p>
          <w:p w14:paraId="189B793B" w14:textId="77777777" w:rsidR="00855AF9" w:rsidRPr="004543E3" w:rsidRDefault="00855AF9" w:rsidP="005A52B0">
            <w:pPr>
              <w:spacing w:before="120" w:after="120" w:line="240" w:lineRule="auto"/>
              <w:ind w:firstLine="709"/>
              <w:jc w:val="both"/>
              <w:rPr>
                <w:szCs w:val="26"/>
              </w:rPr>
            </w:pPr>
            <w:r w:rsidRPr="004543E3">
              <w:rPr>
                <w:szCs w:val="26"/>
              </w:rPr>
              <w:t xml:space="preserve">a) </w:t>
            </w:r>
            <w:proofErr w:type="spellStart"/>
            <w:r w:rsidRPr="004543E3">
              <w:rPr>
                <w:szCs w:val="26"/>
              </w:rPr>
              <w:t>Nắm</w:t>
            </w:r>
            <w:proofErr w:type="spellEnd"/>
            <w:r w:rsidRPr="004543E3">
              <w:rPr>
                <w:szCs w:val="26"/>
              </w:rPr>
              <w:t xml:space="preserve"> </w:t>
            </w:r>
            <w:proofErr w:type="spellStart"/>
            <w:r w:rsidRPr="004543E3">
              <w:rPr>
                <w:szCs w:val="26"/>
              </w:rPr>
              <w:t>vững</w:t>
            </w:r>
            <w:proofErr w:type="spellEnd"/>
            <w:r w:rsidRPr="004543E3">
              <w:rPr>
                <w:szCs w:val="26"/>
              </w:rPr>
              <w:t xml:space="preserve"> </w:t>
            </w:r>
            <w:proofErr w:type="spellStart"/>
            <w:r w:rsidRPr="004543E3">
              <w:rPr>
                <w:szCs w:val="26"/>
              </w:rPr>
              <w:t>đường</w:t>
            </w:r>
            <w:proofErr w:type="spellEnd"/>
            <w:r w:rsidRPr="004543E3">
              <w:rPr>
                <w:szCs w:val="26"/>
              </w:rPr>
              <w:t xml:space="preserve"> </w:t>
            </w:r>
            <w:proofErr w:type="spellStart"/>
            <w:r w:rsidRPr="004543E3">
              <w:rPr>
                <w:szCs w:val="26"/>
              </w:rPr>
              <w:t>lối</w:t>
            </w:r>
            <w:proofErr w:type="spellEnd"/>
            <w:r w:rsidRPr="004543E3">
              <w:rPr>
                <w:szCs w:val="26"/>
              </w:rPr>
              <w:t xml:space="preserve"> </w:t>
            </w:r>
            <w:proofErr w:type="spellStart"/>
            <w:r w:rsidRPr="004543E3">
              <w:rPr>
                <w:szCs w:val="26"/>
              </w:rPr>
              <w:t>phát</w:t>
            </w:r>
            <w:proofErr w:type="spellEnd"/>
            <w:r w:rsidRPr="004543E3">
              <w:rPr>
                <w:szCs w:val="26"/>
              </w:rPr>
              <w:t xml:space="preserve"> </w:t>
            </w:r>
            <w:proofErr w:type="spellStart"/>
            <w:r w:rsidRPr="004543E3">
              <w:rPr>
                <w:szCs w:val="26"/>
              </w:rPr>
              <w:t>triển</w:t>
            </w:r>
            <w:proofErr w:type="spellEnd"/>
            <w:r w:rsidRPr="004543E3">
              <w:rPr>
                <w:szCs w:val="26"/>
              </w:rPr>
              <w:t xml:space="preserve"> </w:t>
            </w:r>
            <w:proofErr w:type="spellStart"/>
            <w:r w:rsidRPr="004543E3">
              <w:rPr>
                <w:szCs w:val="26"/>
              </w:rPr>
              <w:t>kinh</w:t>
            </w:r>
            <w:proofErr w:type="spellEnd"/>
            <w:r w:rsidRPr="004543E3">
              <w:rPr>
                <w:szCs w:val="26"/>
              </w:rPr>
              <w:t xml:space="preserve"> </w:t>
            </w:r>
            <w:proofErr w:type="spellStart"/>
            <w:r w:rsidRPr="004543E3">
              <w:rPr>
                <w:szCs w:val="26"/>
              </w:rPr>
              <w:t>tế</w:t>
            </w:r>
            <w:proofErr w:type="spellEnd"/>
            <w:r w:rsidRPr="004543E3">
              <w:rPr>
                <w:szCs w:val="26"/>
              </w:rPr>
              <w:t xml:space="preserve"> - </w:t>
            </w:r>
            <w:proofErr w:type="spellStart"/>
            <w:r w:rsidRPr="004543E3">
              <w:rPr>
                <w:szCs w:val="26"/>
              </w:rPr>
              <w:t>xã</w:t>
            </w:r>
            <w:proofErr w:type="spellEnd"/>
            <w:r w:rsidRPr="004543E3">
              <w:rPr>
                <w:szCs w:val="26"/>
              </w:rPr>
              <w:t xml:space="preserve"> </w:t>
            </w:r>
            <w:proofErr w:type="spellStart"/>
            <w:r w:rsidRPr="004543E3">
              <w:rPr>
                <w:szCs w:val="26"/>
              </w:rPr>
              <w:t>hội</w:t>
            </w:r>
            <w:proofErr w:type="spellEnd"/>
            <w:r w:rsidRPr="004543E3">
              <w:rPr>
                <w:szCs w:val="26"/>
              </w:rPr>
              <w:t xml:space="preserve"> </w:t>
            </w:r>
            <w:proofErr w:type="spellStart"/>
            <w:r w:rsidRPr="004543E3">
              <w:rPr>
                <w:szCs w:val="26"/>
              </w:rPr>
              <w:t>của</w:t>
            </w:r>
            <w:proofErr w:type="spellEnd"/>
            <w:r w:rsidRPr="004543E3">
              <w:rPr>
                <w:szCs w:val="26"/>
              </w:rPr>
              <w:t xml:space="preserve"> </w:t>
            </w:r>
            <w:proofErr w:type="spellStart"/>
            <w:r w:rsidRPr="004543E3">
              <w:rPr>
                <w:szCs w:val="26"/>
              </w:rPr>
              <w:t>Đảng</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Nhà</w:t>
            </w:r>
            <w:proofErr w:type="spellEnd"/>
            <w:r w:rsidRPr="004543E3">
              <w:rPr>
                <w:szCs w:val="26"/>
              </w:rPr>
              <w:t xml:space="preserve"> </w:t>
            </w:r>
            <w:proofErr w:type="spellStart"/>
            <w:r w:rsidRPr="004543E3">
              <w:rPr>
                <w:szCs w:val="26"/>
              </w:rPr>
              <w:t>nước</w:t>
            </w:r>
            <w:proofErr w:type="spellEnd"/>
            <w:r w:rsidRPr="004543E3">
              <w:rPr>
                <w:szCs w:val="26"/>
              </w:rPr>
              <w:t xml:space="preserve">, </w:t>
            </w:r>
            <w:proofErr w:type="spellStart"/>
            <w:r w:rsidRPr="004543E3">
              <w:rPr>
                <w:szCs w:val="26"/>
              </w:rPr>
              <w:t>phương</w:t>
            </w:r>
            <w:proofErr w:type="spellEnd"/>
            <w:r w:rsidRPr="004543E3">
              <w:rPr>
                <w:szCs w:val="26"/>
              </w:rPr>
              <w:t xml:space="preserve"> </w:t>
            </w:r>
            <w:proofErr w:type="spellStart"/>
            <w:r w:rsidRPr="004543E3">
              <w:rPr>
                <w:szCs w:val="26"/>
              </w:rPr>
              <w:t>hướng</w:t>
            </w:r>
            <w:proofErr w:type="spellEnd"/>
            <w:r w:rsidRPr="004543E3">
              <w:rPr>
                <w:szCs w:val="26"/>
              </w:rPr>
              <w:t xml:space="preserve">, </w:t>
            </w:r>
            <w:proofErr w:type="spellStart"/>
            <w:r w:rsidRPr="004543E3">
              <w:rPr>
                <w:szCs w:val="26"/>
              </w:rPr>
              <w:t>nhiệm</w:t>
            </w:r>
            <w:proofErr w:type="spellEnd"/>
            <w:r w:rsidRPr="004543E3">
              <w:rPr>
                <w:szCs w:val="26"/>
              </w:rPr>
              <w:t xml:space="preserve"> </w:t>
            </w:r>
            <w:proofErr w:type="spellStart"/>
            <w:r w:rsidRPr="004543E3">
              <w:rPr>
                <w:szCs w:val="26"/>
              </w:rPr>
              <w:t>vụ</w:t>
            </w:r>
            <w:proofErr w:type="spellEnd"/>
            <w:r w:rsidRPr="004543E3">
              <w:rPr>
                <w:szCs w:val="26"/>
              </w:rPr>
              <w:t xml:space="preserve"> </w:t>
            </w:r>
            <w:proofErr w:type="spellStart"/>
            <w:r w:rsidRPr="004543E3">
              <w:rPr>
                <w:szCs w:val="26"/>
              </w:rPr>
              <w:t>phát</w:t>
            </w:r>
            <w:proofErr w:type="spellEnd"/>
            <w:r w:rsidRPr="004543E3">
              <w:rPr>
                <w:szCs w:val="26"/>
              </w:rPr>
              <w:t xml:space="preserve"> </w:t>
            </w:r>
            <w:proofErr w:type="spellStart"/>
            <w:r w:rsidRPr="004543E3">
              <w:rPr>
                <w:szCs w:val="26"/>
              </w:rPr>
              <w:t>triển</w:t>
            </w:r>
            <w:proofErr w:type="spellEnd"/>
            <w:r w:rsidRPr="004543E3">
              <w:rPr>
                <w:szCs w:val="26"/>
              </w:rPr>
              <w:t xml:space="preserve"> khoa </w:t>
            </w:r>
            <w:proofErr w:type="spellStart"/>
            <w:r w:rsidRPr="004543E3">
              <w:rPr>
                <w:szCs w:val="26"/>
              </w:rPr>
              <w:t>học</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nghệ</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đổi</w:t>
            </w:r>
            <w:proofErr w:type="spellEnd"/>
            <w:r w:rsidRPr="004543E3">
              <w:rPr>
                <w:szCs w:val="26"/>
              </w:rPr>
              <w:t xml:space="preserve"> </w:t>
            </w:r>
            <w:proofErr w:type="spellStart"/>
            <w:r w:rsidRPr="004543E3">
              <w:rPr>
                <w:szCs w:val="26"/>
              </w:rPr>
              <w:t>mới</w:t>
            </w:r>
            <w:proofErr w:type="spellEnd"/>
            <w:r w:rsidRPr="004543E3">
              <w:rPr>
                <w:szCs w:val="26"/>
              </w:rPr>
              <w:t xml:space="preserve"> </w:t>
            </w:r>
            <w:proofErr w:type="spellStart"/>
            <w:r w:rsidRPr="004543E3">
              <w:rPr>
                <w:szCs w:val="26"/>
              </w:rPr>
              <w:t>sáng</w:t>
            </w:r>
            <w:proofErr w:type="spellEnd"/>
            <w:r w:rsidRPr="004543E3">
              <w:rPr>
                <w:szCs w:val="26"/>
              </w:rPr>
              <w:t xml:space="preserve"> </w:t>
            </w:r>
            <w:proofErr w:type="spellStart"/>
            <w:r w:rsidRPr="004543E3">
              <w:rPr>
                <w:szCs w:val="26"/>
              </w:rPr>
              <w:t>tạo</w:t>
            </w:r>
            <w:proofErr w:type="spellEnd"/>
            <w:r w:rsidRPr="004543E3">
              <w:rPr>
                <w:szCs w:val="26"/>
              </w:rPr>
              <w:t xml:space="preserve"> </w:t>
            </w:r>
            <w:proofErr w:type="spellStart"/>
            <w:r w:rsidRPr="004543E3">
              <w:rPr>
                <w:szCs w:val="26"/>
              </w:rPr>
              <w:t>của</w:t>
            </w:r>
            <w:proofErr w:type="spellEnd"/>
            <w:r w:rsidRPr="004543E3">
              <w:rPr>
                <w:szCs w:val="26"/>
              </w:rPr>
              <w:t xml:space="preserve"> </w:t>
            </w:r>
            <w:proofErr w:type="spellStart"/>
            <w:r w:rsidRPr="004543E3">
              <w:rPr>
                <w:szCs w:val="26"/>
              </w:rPr>
              <w:t>ngành</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đơn</w:t>
            </w:r>
            <w:proofErr w:type="spellEnd"/>
            <w:r w:rsidRPr="004543E3">
              <w:rPr>
                <w:szCs w:val="26"/>
              </w:rPr>
              <w:t xml:space="preserve"> </w:t>
            </w:r>
            <w:proofErr w:type="spellStart"/>
            <w:r w:rsidRPr="004543E3">
              <w:rPr>
                <w:szCs w:val="26"/>
              </w:rPr>
              <w:t>vị</w:t>
            </w:r>
            <w:proofErr w:type="spellEnd"/>
            <w:r w:rsidRPr="004543E3">
              <w:rPr>
                <w:szCs w:val="26"/>
              </w:rPr>
              <w:t xml:space="preserve">. </w:t>
            </w:r>
            <w:proofErr w:type="spellStart"/>
            <w:r w:rsidRPr="004543E3">
              <w:rPr>
                <w:szCs w:val="26"/>
              </w:rPr>
              <w:t>Nắm</w:t>
            </w:r>
            <w:proofErr w:type="spellEnd"/>
            <w:r w:rsidRPr="004543E3">
              <w:rPr>
                <w:szCs w:val="26"/>
              </w:rPr>
              <w:t xml:space="preserve"> </w:t>
            </w:r>
            <w:proofErr w:type="spellStart"/>
            <w:r w:rsidRPr="004543E3">
              <w:rPr>
                <w:szCs w:val="26"/>
              </w:rPr>
              <w:t>vững</w:t>
            </w:r>
            <w:proofErr w:type="spellEnd"/>
            <w:r w:rsidRPr="004543E3">
              <w:rPr>
                <w:szCs w:val="26"/>
              </w:rPr>
              <w:t xml:space="preserve"> </w:t>
            </w:r>
            <w:proofErr w:type="spellStart"/>
            <w:r w:rsidRPr="004543E3">
              <w:rPr>
                <w:szCs w:val="26"/>
              </w:rPr>
              <w:t>chủ</w:t>
            </w:r>
            <w:proofErr w:type="spellEnd"/>
            <w:r w:rsidRPr="004543E3">
              <w:rPr>
                <w:szCs w:val="26"/>
              </w:rPr>
              <w:t xml:space="preserve"> </w:t>
            </w:r>
            <w:proofErr w:type="spellStart"/>
            <w:r w:rsidRPr="004543E3">
              <w:rPr>
                <w:szCs w:val="26"/>
              </w:rPr>
              <w:t>trương</w:t>
            </w:r>
            <w:proofErr w:type="spellEnd"/>
            <w:r w:rsidRPr="004543E3">
              <w:rPr>
                <w:szCs w:val="26"/>
              </w:rPr>
              <w:t xml:space="preserve">, </w:t>
            </w:r>
            <w:proofErr w:type="spellStart"/>
            <w:r w:rsidRPr="004543E3">
              <w:rPr>
                <w:szCs w:val="26"/>
              </w:rPr>
              <w:t>chính</w:t>
            </w:r>
            <w:proofErr w:type="spellEnd"/>
            <w:r w:rsidRPr="004543E3">
              <w:rPr>
                <w:szCs w:val="26"/>
              </w:rPr>
              <w:t xml:space="preserve"> </w:t>
            </w:r>
            <w:proofErr w:type="spellStart"/>
            <w:r w:rsidRPr="004543E3">
              <w:rPr>
                <w:szCs w:val="26"/>
              </w:rPr>
              <w:t>sách</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định</w:t>
            </w:r>
            <w:proofErr w:type="spellEnd"/>
            <w:r w:rsidRPr="004543E3">
              <w:rPr>
                <w:szCs w:val="26"/>
              </w:rPr>
              <w:t xml:space="preserve"> </w:t>
            </w:r>
            <w:proofErr w:type="spellStart"/>
            <w:r w:rsidRPr="004543E3">
              <w:rPr>
                <w:szCs w:val="26"/>
              </w:rPr>
              <w:t>pháp</w:t>
            </w:r>
            <w:proofErr w:type="spellEnd"/>
            <w:r w:rsidRPr="004543E3">
              <w:rPr>
                <w:szCs w:val="26"/>
              </w:rPr>
              <w:t xml:space="preserve"> </w:t>
            </w:r>
            <w:proofErr w:type="spellStart"/>
            <w:r w:rsidRPr="004543E3">
              <w:rPr>
                <w:szCs w:val="26"/>
              </w:rPr>
              <w:t>luật</w:t>
            </w:r>
            <w:proofErr w:type="spellEnd"/>
            <w:r w:rsidRPr="004543E3">
              <w:rPr>
                <w:szCs w:val="26"/>
              </w:rPr>
              <w:t xml:space="preserve"> </w:t>
            </w:r>
            <w:proofErr w:type="spellStart"/>
            <w:r w:rsidRPr="004543E3">
              <w:rPr>
                <w:szCs w:val="26"/>
              </w:rPr>
              <w:t>về</w:t>
            </w:r>
            <w:proofErr w:type="spellEnd"/>
            <w:r w:rsidRPr="004543E3">
              <w:rPr>
                <w:szCs w:val="26"/>
              </w:rPr>
              <w:t xml:space="preserve"> </w:t>
            </w:r>
            <w:proofErr w:type="spellStart"/>
            <w:r w:rsidRPr="004543E3">
              <w:rPr>
                <w:szCs w:val="26"/>
              </w:rPr>
              <w:t>quản</w:t>
            </w:r>
            <w:proofErr w:type="spellEnd"/>
            <w:r w:rsidRPr="004543E3">
              <w:rPr>
                <w:szCs w:val="26"/>
              </w:rPr>
              <w:t xml:space="preserve"> </w:t>
            </w:r>
            <w:proofErr w:type="spellStart"/>
            <w:r w:rsidRPr="004543E3">
              <w:rPr>
                <w:szCs w:val="26"/>
              </w:rPr>
              <w:t>lý</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 xml:space="preserve">; </w:t>
            </w:r>
            <w:proofErr w:type="spellStart"/>
            <w:r w:rsidRPr="004543E3">
              <w:rPr>
                <w:szCs w:val="26"/>
              </w:rPr>
              <w:t>có</w:t>
            </w:r>
            <w:proofErr w:type="spellEnd"/>
            <w:r w:rsidRPr="004543E3">
              <w:rPr>
                <w:szCs w:val="26"/>
              </w:rPr>
              <w:t xml:space="preserve"> </w:t>
            </w:r>
            <w:proofErr w:type="spellStart"/>
            <w:r w:rsidRPr="004543E3">
              <w:rPr>
                <w:szCs w:val="26"/>
              </w:rPr>
              <w:t>kiến</w:t>
            </w:r>
            <w:proofErr w:type="spellEnd"/>
            <w:r w:rsidRPr="004543E3">
              <w:rPr>
                <w:szCs w:val="26"/>
              </w:rPr>
              <w:t xml:space="preserve"> </w:t>
            </w:r>
            <w:proofErr w:type="spellStart"/>
            <w:r w:rsidRPr="004543E3">
              <w:rPr>
                <w:szCs w:val="26"/>
              </w:rPr>
              <w:t>thức</w:t>
            </w:r>
            <w:proofErr w:type="spellEnd"/>
            <w:r w:rsidRPr="004543E3">
              <w:rPr>
                <w:szCs w:val="26"/>
              </w:rPr>
              <w:t xml:space="preserve"> </w:t>
            </w:r>
            <w:proofErr w:type="spellStart"/>
            <w:r w:rsidRPr="004543E3">
              <w:rPr>
                <w:szCs w:val="26"/>
              </w:rPr>
              <w:t>sâu</w:t>
            </w:r>
            <w:proofErr w:type="spellEnd"/>
            <w:r w:rsidRPr="004543E3">
              <w:rPr>
                <w:szCs w:val="26"/>
              </w:rPr>
              <w:t xml:space="preserve"> </w:t>
            </w:r>
            <w:proofErr w:type="spellStart"/>
            <w:r w:rsidRPr="004543E3">
              <w:rPr>
                <w:szCs w:val="26"/>
              </w:rPr>
              <w:t>về</w:t>
            </w:r>
            <w:proofErr w:type="spellEnd"/>
            <w:r w:rsidRPr="004543E3">
              <w:rPr>
                <w:szCs w:val="26"/>
              </w:rPr>
              <w:t xml:space="preserve"> </w:t>
            </w:r>
            <w:proofErr w:type="spellStart"/>
            <w:r w:rsidRPr="004543E3">
              <w:rPr>
                <w:szCs w:val="26"/>
              </w:rPr>
              <w:t>nghiệp</w:t>
            </w:r>
            <w:proofErr w:type="spellEnd"/>
            <w:r w:rsidRPr="004543E3">
              <w:rPr>
                <w:szCs w:val="26"/>
              </w:rPr>
              <w:t xml:space="preserve"> </w:t>
            </w:r>
            <w:proofErr w:type="spellStart"/>
            <w:r w:rsidRPr="004543E3">
              <w:rPr>
                <w:szCs w:val="26"/>
              </w:rPr>
              <w:t>vụ</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tra</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w:t>
            </w:r>
          </w:p>
          <w:p w14:paraId="1F867F2A" w14:textId="77777777" w:rsidR="00855AF9" w:rsidRPr="004543E3" w:rsidRDefault="00855AF9" w:rsidP="005A52B0">
            <w:pPr>
              <w:spacing w:before="120" w:after="120" w:line="240" w:lineRule="auto"/>
              <w:ind w:firstLine="709"/>
              <w:jc w:val="both"/>
              <w:rPr>
                <w:szCs w:val="26"/>
              </w:rPr>
            </w:pPr>
            <w:r w:rsidRPr="004543E3">
              <w:rPr>
                <w:szCs w:val="26"/>
              </w:rPr>
              <w:t xml:space="preserve">b) </w:t>
            </w:r>
            <w:proofErr w:type="spellStart"/>
            <w:r w:rsidRPr="004543E3">
              <w:rPr>
                <w:szCs w:val="26"/>
              </w:rPr>
              <w:t>Có</w:t>
            </w:r>
            <w:proofErr w:type="spellEnd"/>
            <w:r w:rsidRPr="004543E3">
              <w:rPr>
                <w:szCs w:val="26"/>
              </w:rPr>
              <w:t xml:space="preserve"> </w:t>
            </w:r>
            <w:proofErr w:type="spellStart"/>
            <w:r w:rsidRPr="004543E3">
              <w:rPr>
                <w:szCs w:val="26"/>
              </w:rPr>
              <w:t>khả</w:t>
            </w:r>
            <w:proofErr w:type="spellEnd"/>
            <w:r w:rsidRPr="004543E3">
              <w:rPr>
                <w:szCs w:val="26"/>
              </w:rPr>
              <w:t xml:space="preserve"> </w:t>
            </w:r>
            <w:proofErr w:type="spellStart"/>
            <w:r w:rsidRPr="004543E3">
              <w:rPr>
                <w:szCs w:val="26"/>
              </w:rPr>
              <w:t>năng</w:t>
            </w:r>
            <w:proofErr w:type="spellEnd"/>
            <w:r w:rsidRPr="004543E3">
              <w:rPr>
                <w:szCs w:val="26"/>
              </w:rPr>
              <w:t xml:space="preserve"> </w:t>
            </w:r>
            <w:proofErr w:type="spellStart"/>
            <w:r w:rsidRPr="004543E3">
              <w:rPr>
                <w:szCs w:val="26"/>
              </w:rPr>
              <w:t>chủ</w:t>
            </w:r>
            <w:proofErr w:type="spellEnd"/>
            <w:r w:rsidRPr="004543E3">
              <w:rPr>
                <w:szCs w:val="26"/>
              </w:rPr>
              <w:t xml:space="preserve"> </w:t>
            </w:r>
            <w:proofErr w:type="spellStart"/>
            <w:r w:rsidRPr="004543E3">
              <w:rPr>
                <w:szCs w:val="26"/>
              </w:rPr>
              <w:t>trì</w:t>
            </w:r>
            <w:proofErr w:type="spellEnd"/>
            <w:r w:rsidRPr="004543E3">
              <w:rPr>
                <w:szCs w:val="26"/>
              </w:rPr>
              <w:t xml:space="preserve">, </w:t>
            </w:r>
            <w:proofErr w:type="spellStart"/>
            <w:r w:rsidRPr="004543E3">
              <w:rPr>
                <w:szCs w:val="26"/>
              </w:rPr>
              <w:t>tổ</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hướng</w:t>
            </w:r>
            <w:proofErr w:type="spellEnd"/>
            <w:r w:rsidRPr="004543E3">
              <w:rPr>
                <w:szCs w:val="26"/>
              </w:rPr>
              <w:t xml:space="preserve"> </w:t>
            </w:r>
            <w:proofErr w:type="spellStart"/>
            <w:r w:rsidRPr="004543E3">
              <w:rPr>
                <w:szCs w:val="26"/>
              </w:rPr>
              <w:t>dẫn</w:t>
            </w:r>
            <w:proofErr w:type="spellEnd"/>
            <w:r w:rsidRPr="004543E3">
              <w:rPr>
                <w:szCs w:val="26"/>
              </w:rPr>
              <w:t xml:space="preserve"> </w:t>
            </w:r>
            <w:proofErr w:type="spellStart"/>
            <w:r w:rsidRPr="004543E3">
              <w:rPr>
                <w:szCs w:val="26"/>
              </w:rPr>
              <w:t>các</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soát</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trong</w:t>
            </w:r>
            <w:proofErr w:type="spellEnd"/>
            <w:r w:rsidRPr="004543E3">
              <w:rPr>
                <w:szCs w:val="26"/>
              </w:rPr>
              <w:t xml:space="preserve"> </w:t>
            </w:r>
            <w:proofErr w:type="spellStart"/>
            <w:r w:rsidRPr="004543E3">
              <w:rPr>
                <w:szCs w:val="26"/>
              </w:rPr>
              <w:t>việc</w:t>
            </w:r>
            <w:proofErr w:type="spellEnd"/>
            <w:r w:rsidRPr="004543E3">
              <w:rPr>
                <w:szCs w:val="26"/>
              </w:rPr>
              <w:t xml:space="preserve"> </w:t>
            </w:r>
            <w:proofErr w:type="spellStart"/>
            <w:r w:rsidRPr="004543E3">
              <w:rPr>
                <w:szCs w:val="26"/>
              </w:rPr>
              <w:t>triển</w:t>
            </w:r>
            <w:proofErr w:type="spellEnd"/>
            <w:r w:rsidRPr="004543E3">
              <w:rPr>
                <w:szCs w:val="26"/>
              </w:rPr>
              <w:t xml:space="preserve"> </w:t>
            </w:r>
            <w:proofErr w:type="spellStart"/>
            <w:r w:rsidRPr="004543E3">
              <w:rPr>
                <w:szCs w:val="26"/>
              </w:rPr>
              <w:t>khai</w:t>
            </w:r>
            <w:proofErr w:type="spellEnd"/>
            <w:r w:rsidRPr="004543E3">
              <w:rPr>
                <w:szCs w:val="26"/>
              </w:rPr>
              <w:t xml:space="preserve"> </w:t>
            </w:r>
            <w:proofErr w:type="spellStart"/>
            <w:r w:rsidRPr="004543E3">
              <w:rPr>
                <w:szCs w:val="26"/>
              </w:rPr>
              <w:t>nhiệm</w:t>
            </w:r>
            <w:proofErr w:type="spellEnd"/>
            <w:r w:rsidRPr="004543E3">
              <w:rPr>
                <w:szCs w:val="26"/>
              </w:rPr>
              <w:t xml:space="preserve"> </w:t>
            </w:r>
            <w:proofErr w:type="spellStart"/>
            <w:r w:rsidRPr="004543E3">
              <w:rPr>
                <w:szCs w:val="26"/>
              </w:rPr>
              <w:t>vụ</w:t>
            </w:r>
            <w:proofErr w:type="spellEnd"/>
            <w:r w:rsidRPr="004543E3">
              <w:rPr>
                <w:szCs w:val="26"/>
              </w:rPr>
              <w:t xml:space="preserve">; </w:t>
            </w:r>
            <w:proofErr w:type="spellStart"/>
            <w:r w:rsidRPr="004543E3">
              <w:rPr>
                <w:szCs w:val="26"/>
              </w:rPr>
              <w:t>biết</w:t>
            </w:r>
            <w:proofErr w:type="spellEnd"/>
            <w:r w:rsidRPr="004543E3">
              <w:rPr>
                <w:szCs w:val="26"/>
              </w:rPr>
              <w:t xml:space="preserve"> </w:t>
            </w:r>
            <w:proofErr w:type="spellStart"/>
            <w:r w:rsidRPr="004543E3">
              <w:rPr>
                <w:szCs w:val="26"/>
              </w:rPr>
              <w:t>phối</w:t>
            </w:r>
            <w:proofErr w:type="spellEnd"/>
            <w:r w:rsidRPr="004543E3">
              <w:rPr>
                <w:szCs w:val="26"/>
              </w:rPr>
              <w:t xml:space="preserve"> </w:t>
            </w:r>
            <w:proofErr w:type="spellStart"/>
            <w:r w:rsidRPr="004543E3">
              <w:rPr>
                <w:szCs w:val="26"/>
              </w:rPr>
              <w:t>hợp</w:t>
            </w:r>
            <w:proofErr w:type="spellEnd"/>
            <w:r w:rsidRPr="004543E3">
              <w:rPr>
                <w:szCs w:val="26"/>
              </w:rPr>
              <w:t xml:space="preserve"> </w:t>
            </w:r>
            <w:proofErr w:type="spellStart"/>
            <w:r w:rsidRPr="004543E3">
              <w:rPr>
                <w:szCs w:val="26"/>
              </w:rPr>
              <w:t>với</w:t>
            </w:r>
            <w:proofErr w:type="spellEnd"/>
            <w:r w:rsidRPr="004543E3">
              <w:rPr>
                <w:szCs w:val="26"/>
              </w:rPr>
              <w:t xml:space="preserve"> </w:t>
            </w:r>
            <w:proofErr w:type="spellStart"/>
            <w:r w:rsidRPr="004543E3">
              <w:rPr>
                <w:szCs w:val="26"/>
              </w:rPr>
              <w:t>các</w:t>
            </w:r>
            <w:proofErr w:type="spellEnd"/>
            <w:r w:rsidRPr="004543E3">
              <w:rPr>
                <w:szCs w:val="26"/>
              </w:rPr>
              <w:t xml:space="preserve"> </w:t>
            </w:r>
            <w:proofErr w:type="spellStart"/>
            <w:r w:rsidRPr="004543E3">
              <w:rPr>
                <w:szCs w:val="26"/>
              </w:rPr>
              <w:t>cơ</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tổ</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cá</w:t>
            </w:r>
            <w:proofErr w:type="spellEnd"/>
            <w:r w:rsidRPr="004543E3">
              <w:rPr>
                <w:szCs w:val="26"/>
              </w:rPr>
              <w:t xml:space="preserve"> </w:t>
            </w:r>
            <w:proofErr w:type="spellStart"/>
            <w:r w:rsidRPr="004543E3">
              <w:rPr>
                <w:szCs w:val="26"/>
              </w:rPr>
              <w:t>nhân</w:t>
            </w:r>
            <w:proofErr w:type="spellEnd"/>
            <w:r w:rsidRPr="004543E3">
              <w:rPr>
                <w:szCs w:val="26"/>
              </w:rPr>
              <w:t xml:space="preserve"> </w:t>
            </w:r>
            <w:proofErr w:type="spellStart"/>
            <w:r w:rsidRPr="004543E3">
              <w:rPr>
                <w:szCs w:val="26"/>
              </w:rPr>
              <w:t>liên</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để</w:t>
            </w:r>
            <w:proofErr w:type="spellEnd"/>
            <w:r w:rsidRPr="004543E3">
              <w:rPr>
                <w:szCs w:val="26"/>
              </w:rPr>
              <w:t xml:space="preserve"> </w:t>
            </w:r>
            <w:proofErr w:type="spellStart"/>
            <w:r w:rsidRPr="004543E3">
              <w:rPr>
                <w:szCs w:val="26"/>
              </w:rPr>
              <w:t>thực</w:t>
            </w:r>
            <w:proofErr w:type="spellEnd"/>
            <w:r w:rsidRPr="004543E3">
              <w:rPr>
                <w:szCs w:val="26"/>
              </w:rPr>
              <w:t xml:space="preserve"> </w:t>
            </w:r>
            <w:proofErr w:type="spellStart"/>
            <w:r w:rsidRPr="004543E3">
              <w:rPr>
                <w:szCs w:val="26"/>
              </w:rPr>
              <w:t>hiện</w:t>
            </w:r>
            <w:proofErr w:type="spellEnd"/>
            <w:r w:rsidRPr="004543E3">
              <w:rPr>
                <w:szCs w:val="26"/>
              </w:rPr>
              <w:t xml:space="preserve"> </w:t>
            </w:r>
            <w:proofErr w:type="spellStart"/>
            <w:r w:rsidRPr="004543E3">
              <w:rPr>
                <w:szCs w:val="26"/>
              </w:rPr>
              <w:t>hiệu</w:t>
            </w:r>
            <w:proofErr w:type="spellEnd"/>
            <w:r w:rsidRPr="004543E3">
              <w:rPr>
                <w:szCs w:val="26"/>
              </w:rPr>
              <w:t xml:space="preserve"> </w:t>
            </w:r>
            <w:proofErr w:type="spellStart"/>
            <w:r w:rsidRPr="004543E3">
              <w:rPr>
                <w:szCs w:val="26"/>
              </w:rPr>
              <w:t>quả</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tác</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soát</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w:t>
            </w:r>
          </w:p>
          <w:p w14:paraId="05C9209D" w14:textId="77777777" w:rsidR="00855AF9" w:rsidRPr="004543E3" w:rsidRDefault="00855AF9" w:rsidP="005A52B0">
            <w:pPr>
              <w:spacing w:before="120" w:after="120" w:line="240" w:lineRule="auto"/>
              <w:ind w:firstLine="709"/>
              <w:jc w:val="both"/>
              <w:rPr>
                <w:szCs w:val="26"/>
              </w:rPr>
            </w:pPr>
            <w:r w:rsidRPr="004543E3">
              <w:rPr>
                <w:szCs w:val="26"/>
              </w:rPr>
              <w:t xml:space="preserve">c) </w:t>
            </w:r>
            <w:proofErr w:type="spellStart"/>
            <w:r w:rsidRPr="004543E3">
              <w:rPr>
                <w:szCs w:val="26"/>
              </w:rPr>
              <w:t>Có</w:t>
            </w:r>
            <w:proofErr w:type="spellEnd"/>
            <w:r w:rsidRPr="004543E3">
              <w:rPr>
                <w:szCs w:val="26"/>
              </w:rPr>
              <w:t xml:space="preserve"> </w:t>
            </w:r>
            <w:proofErr w:type="spellStart"/>
            <w:r w:rsidRPr="004543E3">
              <w:rPr>
                <w:szCs w:val="26"/>
              </w:rPr>
              <w:t>tư</w:t>
            </w:r>
            <w:proofErr w:type="spellEnd"/>
            <w:r w:rsidRPr="004543E3">
              <w:rPr>
                <w:szCs w:val="26"/>
              </w:rPr>
              <w:t xml:space="preserve"> </w:t>
            </w:r>
            <w:proofErr w:type="spellStart"/>
            <w:r w:rsidRPr="004543E3">
              <w:rPr>
                <w:szCs w:val="26"/>
              </w:rPr>
              <w:t>duy</w:t>
            </w:r>
            <w:proofErr w:type="spellEnd"/>
            <w:r w:rsidRPr="004543E3">
              <w:rPr>
                <w:szCs w:val="26"/>
              </w:rPr>
              <w:t xml:space="preserve"> </w:t>
            </w:r>
            <w:proofErr w:type="spellStart"/>
            <w:r w:rsidRPr="004543E3">
              <w:rPr>
                <w:szCs w:val="26"/>
              </w:rPr>
              <w:t>phân</w:t>
            </w:r>
            <w:proofErr w:type="spellEnd"/>
            <w:r w:rsidRPr="004543E3">
              <w:rPr>
                <w:szCs w:val="26"/>
              </w:rPr>
              <w:t xml:space="preserve"> </w:t>
            </w:r>
            <w:proofErr w:type="spellStart"/>
            <w:r w:rsidRPr="004543E3">
              <w:rPr>
                <w:szCs w:val="26"/>
              </w:rPr>
              <w:t>tích</w:t>
            </w:r>
            <w:proofErr w:type="spellEnd"/>
            <w:r w:rsidRPr="004543E3">
              <w:rPr>
                <w:szCs w:val="26"/>
              </w:rPr>
              <w:t xml:space="preserve">, </w:t>
            </w:r>
            <w:proofErr w:type="spellStart"/>
            <w:r w:rsidRPr="004543E3">
              <w:rPr>
                <w:szCs w:val="26"/>
              </w:rPr>
              <w:t>tổng</w:t>
            </w:r>
            <w:proofErr w:type="spellEnd"/>
            <w:r w:rsidRPr="004543E3">
              <w:rPr>
                <w:szCs w:val="26"/>
              </w:rPr>
              <w:t xml:space="preserve"> </w:t>
            </w:r>
            <w:proofErr w:type="spellStart"/>
            <w:r w:rsidRPr="004543E3">
              <w:rPr>
                <w:szCs w:val="26"/>
              </w:rPr>
              <w:t>hợp</w:t>
            </w:r>
            <w:proofErr w:type="spellEnd"/>
            <w:r w:rsidRPr="004543E3">
              <w:rPr>
                <w:szCs w:val="26"/>
              </w:rPr>
              <w:t xml:space="preserve">; </w:t>
            </w:r>
            <w:proofErr w:type="spellStart"/>
            <w:r w:rsidRPr="004543E3">
              <w:rPr>
                <w:szCs w:val="26"/>
              </w:rPr>
              <w:t>có</w:t>
            </w:r>
            <w:proofErr w:type="spellEnd"/>
            <w:r w:rsidRPr="004543E3">
              <w:rPr>
                <w:szCs w:val="26"/>
              </w:rPr>
              <w:t xml:space="preserve"> </w:t>
            </w:r>
            <w:proofErr w:type="spellStart"/>
            <w:r w:rsidRPr="004543E3">
              <w:rPr>
                <w:szCs w:val="26"/>
              </w:rPr>
              <w:t>khả</w:t>
            </w:r>
            <w:proofErr w:type="spellEnd"/>
            <w:r w:rsidRPr="004543E3">
              <w:rPr>
                <w:szCs w:val="26"/>
              </w:rPr>
              <w:t xml:space="preserve"> </w:t>
            </w:r>
            <w:proofErr w:type="spellStart"/>
            <w:r w:rsidRPr="004543E3">
              <w:rPr>
                <w:szCs w:val="26"/>
              </w:rPr>
              <w:t>năng</w:t>
            </w:r>
            <w:proofErr w:type="spellEnd"/>
            <w:r w:rsidRPr="004543E3">
              <w:rPr>
                <w:szCs w:val="26"/>
              </w:rPr>
              <w:t xml:space="preserve"> </w:t>
            </w:r>
            <w:proofErr w:type="spellStart"/>
            <w:r w:rsidRPr="004543E3">
              <w:rPr>
                <w:szCs w:val="26"/>
              </w:rPr>
              <w:t>phát</w:t>
            </w:r>
            <w:proofErr w:type="spellEnd"/>
            <w:r w:rsidRPr="004543E3">
              <w:rPr>
                <w:szCs w:val="26"/>
              </w:rPr>
              <w:t xml:space="preserve"> </w:t>
            </w:r>
            <w:proofErr w:type="spellStart"/>
            <w:r w:rsidRPr="004543E3">
              <w:rPr>
                <w:szCs w:val="26"/>
              </w:rPr>
              <w:t>hiện</w:t>
            </w:r>
            <w:proofErr w:type="spellEnd"/>
            <w:r w:rsidRPr="004543E3">
              <w:rPr>
                <w:szCs w:val="26"/>
              </w:rPr>
              <w:t xml:space="preserve"> </w:t>
            </w:r>
            <w:proofErr w:type="spellStart"/>
            <w:r w:rsidRPr="004543E3">
              <w:rPr>
                <w:szCs w:val="26"/>
              </w:rPr>
              <w:t>vấn</w:t>
            </w:r>
            <w:proofErr w:type="spellEnd"/>
            <w:r w:rsidRPr="004543E3">
              <w:rPr>
                <w:szCs w:val="26"/>
              </w:rPr>
              <w:t xml:space="preserve"> </w:t>
            </w:r>
            <w:proofErr w:type="spellStart"/>
            <w:r w:rsidRPr="004543E3">
              <w:rPr>
                <w:szCs w:val="26"/>
              </w:rPr>
              <w:t>đề</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đề</w:t>
            </w:r>
            <w:proofErr w:type="spellEnd"/>
            <w:r w:rsidRPr="004543E3">
              <w:rPr>
                <w:szCs w:val="26"/>
              </w:rPr>
              <w:t xml:space="preserve"> </w:t>
            </w:r>
            <w:proofErr w:type="spellStart"/>
            <w:r w:rsidRPr="004543E3">
              <w:rPr>
                <w:szCs w:val="26"/>
              </w:rPr>
              <w:t>xuất</w:t>
            </w:r>
            <w:proofErr w:type="spellEnd"/>
            <w:r w:rsidRPr="004543E3">
              <w:rPr>
                <w:szCs w:val="26"/>
              </w:rPr>
              <w:t xml:space="preserve"> </w:t>
            </w:r>
            <w:proofErr w:type="spellStart"/>
            <w:r w:rsidRPr="004543E3">
              <w:rPr>
                <w:szCs w:val="26"/>
              </w:rPr>
              <w:t>giải</w:t>
            </w:r>
            <w:proofErr w:type="spellEnd"/>
            <w:r w:rsidRPr="004543E3">
              <w:rPr>
                <w:szCs w:val="26"/>
              </w:rPr>
              <w:t xml:space="preserve"> </w:t>
            </w:r>
            <w:proofErr w:type="spellStart"/>
            <w:r w:rsidRPr="004543E3">
              <w:rPr>
                <w:szCs w:val="26"/>
              </w:rPr>
              <w:t>pháp</w:t>
            </w:r>
            <w:proofErr w:type="spellEnd"/>
            <w:r w:rsidRPr="004543E3">
              <w:rPr>
                <w:szCs w:val="26"/>
              </w:rPr>
              <w:t xml:space="preserve"> </w:t>
            </w:r>
            <w:proofErr w:type="spellStart"/>
            <w:r w:rsidRPr="004543E3">
              <w:rPr>
                <w:szCs w:val="26"/>
              </w:rPr>
              <w:t>xử</w:t>
            </w:r>
            <w:proofErr w:type="spellEnd"/>
            <w:r w:rsidRPr="004543E3">
              <w:rPr>
                <w:szCs w:val="26"/>
              </w:rPr>
              <w:t xml:space="preserve"> </w:t>
            </w:r>
            <w:proofErr w:type="spellStart"/>
            <w:r w:rsidRPr="004543E3">
              <w:rPr>
                <w:szCs w:val="26"/>
              </w:rPr>
              <w:t>lý</w:t>
            </w:r>
            <w:proofErr w:type="spellEnd"/>
            <w:r w:rsidRPr="004543E3">
              <w:rPr>
                <w:szCs w:val="26"/>
              </w:rPr>
              <w:t xml:space="preserve"> </w:t>
            </w:r>
            <w:proofErr w:type="spellStart"/>
            <w:r w:rsidRPr="004543E3">
              <w:rPr>
                <w:szCs w:val="26"/>
              </w:rPr>
              <w:t>trong</w:t>
            </w:r>
            <w:proofErr w:type="spellEnd"/>
            <w:r w:rsidRPr="004543E3">
              <w:rPr>
                <w:szCs w:val="26"/>
              </w:rPr>
              <w:t xml:space="preserve"> </w:t>
            </w:r>
            <w:proofErr w:type="spellStart"/>
            <w:r w:rsidRPr="004543E3">
              <w:rPr>
                <w:szCs w:val="26"/>
              </w:rPr>
              <w:t>hoạt</w:t>
            </w:r>
            <w:proofErr w:type="spellEnd"/>
            <w:r w:rsidRPr="004543E3">
              <w:rPr>
                <w:szCs w:val="26"/>
              </w:rPr>
              <w:t xml:space="preserve"> </w:t>
            </w:r>
            <w:proofErr w:type="spellStart"/>
            <w:r w:rsidRPr="004543E3">
              <w:rPr>
                <w:szCs w:val="26"/>
              </w:rPr>
              <w:t>động</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soát</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w:t>
            </w:r>
          </w:p>
          <w:p w14:paraId="0FF4DCE9" w14:textId="77777777" w:rsidR="00855AF9" w:rsidRPr="004543E3" w:rsidRDefault="00855AF9" w:rsidP="005A52B0">
            <w:pPr>
              <w:spacing w:before="120" w:after="120" w:line="240" w:lineRule="auto"/>
              <w:ind w:firstLine="709"/>
              <w:jc w:val="both"/>
              <w:rPr>
                <w:szCs w:val="26"/>
              </w:rPr>
            </w:pPr>
            <w:r w:rsidRPr="004543E3">
              <w:rPr>
                <w:szCs w:val="26"/>
              </w:rPr>
              <w:t xml:space="preserve">d) </w:t>
            </w:r>
            <w:proofErr w:type="spellStart"/>
            <w:r w:rsidRPr="004543E3">
              <w:rPr>
                <w:szCs w:val="26"/>
              </w:rPr>
              <w:t>Sử</w:t>
            </w:r>
            <w:proofErr w:type="spellEnd"/>
            <w:r w:rsidRPr="004543E3">
              <w:rPr>
                <w:szCs w:val="26"/>
              </w:rPr>
              <w:t xml:space="preserve"> </w:t>
            </w:r>
            <w:proofErr w:type="spellStart"/>
            <w:r w:rsidRPr="004543E3">
              <w:rPr>
                <w:szCs w:val="26"/>
              </w:rPr>
              <w:t>dụng</w:t>
            </w:r>
            <w:proofErr w:type="spellEnd"/>
            <w:r w:rsidRPr="004543E3">
              <w:rPr>
                <w:szCs w:val="26"/>
              </w:rPr>
              <w:t xml:space="preserve"> </w:t>
            </w:r>
            <w:proofErr w:type="spellStart"/>
            <w:r w:rsidRPr="004543E3">
              <w:rPr>
                <w:szCs w:val="26"/>
              </w:rPr>
              <w:t>được</w:t>
            </w:r>
            <w:proofErr w:type="spellEnd"/>
            <w:r w:rsidRPr="004543E3">
              <w:rPr>
                <w:szCs w:val="26"/>
              </w:rPr>
              <w:t xml:space="preserve"> </w:t>
            </w:r>
            <w:proofErr w:type="spellStart"/>
            <w:r w:rsidRPr="004543E3">
              <w:rPr>
                <w:szCs w:val="26"/>
              </w:rPr>
              <w:t>ngoại</w:t>
            </w:r>
            <w:proofErr w:type="spellEnd"/>
            <w:r w:rsidRPr="004543E3">
              <w:rPr>
                <w:szCs w:val="26"/>
              </w:rPr>
              <w:t xml:space="preserve"> </w:t>
            </w:r>
            <w:proofErr w:type="spellStart"/>
            <w:r w:rsidRPr="004543E3">
              <w:rPr>
                <w:szCs w:val="26"/>
              </w:rPr>
              <w:t>ngữ</w:t>
            </w:r>
            <w:proofErr w:type="spellEnd"/>
            <w:r w:rsidRPr="004543E3">
              <w:rPr>
                <w:szCs w:val="26"/>
              </w:rPr>
              <w:t xml:space="preserve"> </w:t>
            </w:r>
            <w:proofErr w:type="spellStart"/>
            <w:r w:rsidRPr="004543E3">
              <w:rPr>
                <w:szCs w:val="26"/>
              </w:rPr>
              <w:t>hoặc</w:t>
            </w:r>
            <w:proofErr w:type="spellEnd"/>
            <w:r w:rsidRPr="004543E3">
              <w:rPr>
                <w:szCs w:val="26"/>
              </w:rPr>
              <w:t xml:space="preserve"> </w:t>
            </w:r>
            <w:proofErr w:type="spellStart"/>
            <w:r w:rsidRPr="004543E3">
              <w:rPr>
                <w:szCs w:val="26"/>
              </w:rPr>
              <w:t>tiếng</w:t>
            </w:r>
            <w:proofErr w:type="spellEnd"/>
            <w:r w:rsidRPr="004543E3">
              <w:rPr>
                <w:szCs w:val="26"/>
              </w:rPr>
              <w:t xml:space="preserve"> </w:t>
            </w:r>
            <w:proofErr w:type="spellStart"/>
            <w:r w:rsidRPr="004543E3">
              <w:rPr>
                <w:szCs w:val="26"/>
              </w:rPr>
              <w:t>dân</w:t>
            </w:r>
            <w:proofErr w:type="spellEnd"/>
            <w:r w:rsidRPr="004543E3">
              <w:rPr>
                <w:szCs w:val="26"/>
              </w:rPr>
              <w:t xml:space="preserve"> </w:t>
            </w:r>
            <w:proofErr w:type="spellStart"/>
            <w:r w:rsidRPr="004543E3">
              <w:rPr>
                <w:szCs w:val="26"/>
              </w:rPr>
              <w:t>tộc</w:t>
            </w:r>
            <w:proofErr w:type="spellEnd"/>
            <w:r w:rsidRPr="004543E3">
              <w:rPr>
                <w:szCs w:val="26"/>
              </w:rPr>
              <w:t xml:space="preserve"> </w:t>
            </w:r>
            <w:proofErr w:type="spellStart"/>
            <w:r w:rsidRPr="004543E3">
              <w:rPr>
                <w:szCs w:val="26"/>
              </w:rPr>
              <w:t>thiểu</w:t>
            </w:r>
            <w:proofErr w:type="spellEnd"/>
            <w:r w:rsidRPr="004543E3">
              <w:rPr>
                <w:szCs w:val="26"/>
              </w:rPr>
              <w:t xml:space="preserve"> </w:t>
            </w:r>
            <w:proofErr w:type="spellStart"/>
            <w:r w:rsidRPr="004543E3">
              <w:rPr>
                <w:szCs w:val="26"/>
              </w:rPr>
              <w:t>số</w:t>
            </w:r>
            <w:proofErr w:type="spellEnd"/>
            <w:r w:rsidRPr="004543E3">
              <w:rPr>
                <w:szCs w:val="26"/>
              </w:rPr>
              <w:t xml:space="preserve"> </w:t>
            </w:r>
            <w:proofErr w:type="spellStart"/>
            <w:r w:rsidRPr="004543E3">
              <w:rPr>
                <w:szCs w:val="26"/>
              </w:rPr>
              <w:t>theo</w:t>
            </w:r>
            <w:proofErr w:type="spellEnd"/>
            <w:r w:rsidRPr="004543E3">
              <w:rPr>
                <w:szCs w:val="26"/>
              </w:rPr>
              <w:t xml:space="preserve"> </w:t>
            </w:r>
            <w:proofErr w:type="spellStart"/>
            <w:r w:rsidRPr="004543E3">
              <w:rPr>
                <w:szCs w:val="26"/>
              </w:rPr>
              <w:t>yêu</w:t>
            </w:r>
            <w:proofErr w:type="spellEnd"/>
            <w:r w:rsidRPr="004543E3">
              <w:rPr>
                <w:szCs w:val="26"/>
              </w:rPr>
              <w:t xml:space="preserve"> </w:t>
            </w:r>
            <w:proofErr w:type="spellStart"/>
            <w:r w:rsidRPr="004543E3">
              <w:rPr>
                <w:szCs w:val="26"/>
              </w:rPr>
              <w:t>cầu</w:t>
            </w:r>
            <w:proofErr w:type="spellEnd"/>
            <w:r w:rsidRPr="004543E3">
              <w:rPr>
                <w:szCs w:val="26"/>
              </w:rPr>
              <w:t xml:space="preserve"> </w:t>
            </w:r>
            <w:proofErr w:type="spellStart"/>
            <w:r w:rsidRPr="004543E3">
              <w:rPr>
                <w:szCs w:val="26"/>
              </w:rPr>
              <w:t>của</w:t>
            </w:r>
            <w:proofErr w:type="spellEnd"/>
            <w:r w:rsidRPr="004543E3">
              <w:rPr>
                <w:szCs w:val="26"/>
              </w:rPr>
              <w:t xml:space="preserve"> </w:t>
            </w:r>
            <w:proofErr w:type="spellStart"/>
            <w:r w:rsidRPr="004543E3">
              <w:rPr>
                <w:szCs w:val="26"/>
              </w:rPr>
              <w:t>vị</w:t>
            </w:r>
            <w:proofErr w:type="spellEnd"/>
            <w:r w:rsidRPr="004543E3">
              <w:rPr>
                <w:szCs w:val="26"/>
              </w:rPr>
              <w:t xml:space="preserve"> </w:t>
            </w:r>
            <w:proofErr w:type="spellStart"/>
            <w:r w:rsidRPr="004543E3">
              <w:rPr>
                <w:szCs w:val="26"/>
              </w:rPr>
              <w:t>trí</w:t>
            </w:r>
            <w:proofErr w:type="spellEnd"/>
            <w:r w:rsidRPr="004543E3">
              <w:rPr>
                <w:szCs w:val="26"/>
              </w:rPr>
              <w:t xml:space="preserve"> </w:t>
            </w:r>
            <w:proofErr w:type="spellStart"/>
            <w:r w:rsidRPr="004543E3">
              <w:rPr>
                <w:szCs w:val="26"/>
              </w:rPr>
              <w:t>việc</w:t>
            </w:r>
            <w:proofErr w:type="spellEnd"/>
            <w:r w:rsidRPr="004543E3">
              <w:rPr>
                <w:szCs w:val="26"/>
              </w:rPr>
              <w:t xml:space="preserve"> </w:t>
            </w:r>
            <w:proofErr w:type="spellStart"/>
            <w:r w:rsidRPr="004543E3">
              <w:rPr>
                <w:szCs w:val="26"/>
              </w:rPr>
              <w:t>làm</w:t>
            </w:r>
            <w:proofErr w:type="spellEnd"/>
            <w:r w:rsidRPr="004543E3">
              <w:rPr>
                <w:szCs w:val="26"/>
              </w:rPr>
              <w:t>.</w:t>
            </w:r>
          </w:p>
          <w:p w14:paraId="3FCBA120" w14:textId="77777777" w:rsidR="00855AF9" w:rsidRPr="004543E3" w:rsidRDefault="00855AF9" w:rsidP="005A52B0">
            <w:pPr>
              <w:spacing w:before="120" w:after="120" w:line="240" w:lineRule="auto"/>
              <w:ind w:firstLine="709"/>
              <w:jc w:val="both"/>
              <w:rPr>
                <w:szCs w:val="26"/>
              </w:rPr>
            </w:pPr>
            <w:r w:rsidRPr="004543E3">
              <w:rPr>
                <w:szCs w:val="26"/>
              </w:rPr>
              <w:t xml:space="preserve">đ) </w:t>
            </w:r>
            <w:proofErr w:type="spellStart"/>
            <w:r w:rsidRPr="004543E3">
              <w:rPr>
                <w:szCs w:val="26"/>
              </w:rPr>
              <w:t>Có</w:t>
            </w:r>
            <w:proofErr w:type="spellEnd"/>
            <w:r w:rsidRPr="004543E3">
              <w:rPr>
                <w:szCs w:val="26"/>
              </w:rPr>
              <w:t xml:space="preserve"> </w:t>
            </w:r>
            <w:proofErr w:type="spellStart"/>
            <w:r w:rsidRPr="004543E3">
              <w:rPr>
                <w:szCs w:val="26"/>
              </w:rPr>
              <w:t>kinh</w:t>
            </w:r>
            <w:proofErr w:type="spellEnd"/>
            <w:r w:rsidRPr="004543E3">
              <w:rPr>
                <w:szCs w:val="26"/>
              </w:rPr>
              <w:t xml:space="preserve"> </w:t>
            </w:r>
            <w:proofErr w:type="spellStart"/>
            <w:r w:rsidRPr="004543E3">
              <w:rPr>
                <w:szCs w:val="26"/>
              </w:rPr>
              <w:t>nghiệm</w:t>
            </w:r>
            <w:proofErr w:type="spellEnd"/>
            <w:r w:rsidRPr="004543E3">
              <w:rPr>
                <w:szCs w:val="26"/>
              </w:rPr>
              <w:t xml:space="preserve"> </w:t>
            </w:r>
            <w:proofErr w:type="spellStart"/>
            <w:r w:rsidRPr="004543E3">
              <w:rPr>
                <w:szCs w:val="26"/>
              </w:rPr>
              <w:t>trong</w:t>
            </w:r>
            <w:proofErr w:type="spellEnd"/>
            <w:r w:rsidRPr="004543E3">
              <w:rPr>
                <w:szCs w:val="26"/>
              </w:rPr>
              <w:t xml:space="preserve"> </w:t>
            </w:r>
            <w:proofErr w:type="spellStart"/>
            <w:r w:rsidRPr="004543E3">
              <w:rPr>
                <w:szCs w:val="26"/>
              </w:rPr>
              <w:t>việc</w:t>
            </w:r>
            <w:proofErr w:type="spellEnd"/>
            <w:r w:rsidRPr="004543E3">
              <w:rPr>
                <w:szCs w:val="26"/>
              </w:rPr>
              <w:t xml:space="preserve"> </w:t>
            </w:r>
            <w:proofErr w:type="spellStart"/>
            <w:r w:rsidRPr="004543E3">
              <w:rPr>
                <w:szCs w:val="26"/>
              </w:rPr>
              <w:t>tham</w:t>
            </w:r>
            <w:proofErr w:type="spellEnd"/>
            <w:r w:rsidRPr="004543E3">
              <w:rPr>
                <w:szCs w:val="26"/>
              </w:rPr>
              <w:t xml:space="preserve"> </w:t>
            </w:r>
            <w:proofErr w:type="spellStart"/>
            <w:r w:rsidRPr="004543E3">
              <w:rPr>
                <w:szCs w:val="26"/>
              </w:rPr>
              <w:t>gia</w:t>
            </w:r>
            <w:proofErr w:type="spellEnd"/>
            <w:r w:rsidRPr="004543E3">
              <w:rPr>
                <w:szCs w:val="26"/>
              </w:rPr>
              <w:t xml:space="preserve"> </w:t>
            </w:r>
            <w:proofErr w:type="spellStart"/>
            <w:r w:rsidRPr="004543E3">
              <w:rPr>
                <w:szCs w:val="26"/>
              </w:rPr>
              <w:t>xây</w:t>
            </w:r>
            <w:proofErr w:type="spellEnd"/>
            <w:r w:rsidRPr="004543E3">
              <w:rPr>
                <w:szCs w:val="26"/>
              </w:rPr>
              <w:t xml:space="preserve"> </w:t>
            </w:r>
            <w:proofErr w:type="spellStart"/>
            <w:r w:rsidRPr="004543E3">
              <w:rPr>
                <w:szCs w:val="26"/>
              </w:rPr>
              <w:t>dựng</w:t>
            </w:r>
            <w:proofErr w:type="spellEnd"/>
            <w:r w:rsidRPr="004543E3">
              <w:rPr>
                <w:szCs w:val="26"/>
              </w:rPr>
              <w:t xml:space="preserve"> </w:t>
            </w:r>
            <w:proofErr w:type="spellStart"/>
            <w:r w:rsidRPr="004543E3">
              <w:rPr>
                <w:szCs w:val="26"/>
              </w:rPr>
              <w:t>văn</w:t>
            </w:r>
            <w:proofErr w:type="spellEnd"/>
            <w:r w:rsidRPr="004543E3">
              <w:rPr>
                <w:szCs w:val="26"/>
              </w:rPr>
              <w:t xml:space="preserve"> </w:t>
            </w:r>
            <w:proofErr w:type="spellStart"/>
            <w:r w:rsidRPr="004543E3">
              <w:rPr>
                <w:szCs w:val="26"/>
              </w:rPr>
              <w:t>bản</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phạm</w:t>
            </w:r>
            <w:proofErr w:type="spellEnd"/>
            <w:r w:rsidRPr="004543E3">
              <w:rPr>
                <w:szCs w:val="26"/>
              </w:rPr>
              <w:t xml:space="preserve"> </w:t>
            </w:r>
            <w:proofErr w:type="spellStart"/>
            <w:r w:rsidRPr="004543E3">
              <w:rPr>
                <w:szCs w:val="26"/>
              </w:rPr>
              <w:t>pháp</w:t>
            </w:r>
            <w:proofErr w:type="spellEnd"/>
            <w:r w:rsidRPr="004543E3">
              <w:rPr>
                <w:szCs w:val="26"/>
              </w:rPr>
              <w:t xml:space="preserve"> </w:t>
            </w:r>
            <w:proofErr w:type="spellStart"/>
            <w:r w:rsidRPr="004543E3">
              <w:rPr>
                <w:szCs w:val="26"/>
              </w:rPr>
              <w:t>luật</w:t>
            </w:r>
            <w:proofErr w:type="spellEnd"/>
            <w:r w:rsidRPr="004543E3">
              <w:rPr>
                <w:szCs w:val="26"/>
              </w:rPr>
              <w:t xml:space="preserve">, </w:t>
            </w:r>
            <w:proofErr w:type="spellStart"/>
            <w:r w:rsidRPr="004543E3">
              <w:rPr>
                <w:szCs w:val="26"/>
              </w:rPr>
              <w:t>tiêu</w:t>
            </w:r>
            <w:proofErr w:type="spellEnd"/>
            <w:r w:rsidRPr="004543E3">
              <w:rPr>
                <w:szCs w:val="26"/>
              </w:rPr>
              <w:t xml:space="preserve"> </w:t>
            </w:r>
            <w:proofErr w:type="spellStart"/>
            <w:r w:rsidRPr="004543E3">
              <w:rPr>
                <w:szCs w:val="26"/>
              </w:rPr>
              <w:t>chuẩn</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chuẩn</w:t>
            </w:r>
            <w:proofErr w:type="spellEnd"/>
            <w:r w:rsidRPr="004543E3">
              <w:rPr>
                <w:szCs w:val="26"/>
              </w:rPr>
              <w:t xml:space="preserve"> </w:t>
            </w:r>
            <w:proofErr w:type="spellStart"/>
            <w:r w:rsidRPr="004543E3">
              <w:rPr>
                <w:szCs w:val="26"/>
              </w:rPr>
              <w:t>kỹ</w:t>
            </w:r>
            <w:proofErr w:type="spellEnd"/>
            <w:r w:rsidRPr="004543E3">
              <w:rPr>
                <w:szCs w:val="26"/>
              </w:rPr>
              <w:t xml:space="preserve"> </w:t>
            </w:r>
            <w:proofErr w:type="spellStart"/>
            <w:r w:rsidRPr="004543E3">
              <w:rPr>
                <w:szCs w:val="26"/>
              </w:rPr>
              <w:t>thuật</w:t>
            </w:r>
            <w:proofErr w:type="spellEnd"/>
            <w:r w:rsidRPr="004543E3">
              <w:rPr>
                <w:szCs w:val="26"/>
              </w:rPr>
              <w:t xml:space="preserve"> </w:t>
            </w:r>
            <w:proofErr w:type="spellStart"/>
            <w:r w:rsidRPr="004543E3">
              <w:rPr>
                <w:szCs w:val="26"/>
              </w:rPr>
              <w:t>hoặc</w:t>
            </w:r>
            <w:proofErr w:type="spellEnd"/>
            <w:r w:rsidRPr="004543E3">
              <w:rPr>
                <w:szCs w:val="26"/>
              </w:rPr>
              <w:t xml:space="preserve"> </w:t>
            </w:r>
            <w:proofErr w:type="spellStart"/>
            <w:r w:rsidRPr="004543E3">
              <w:rPr>
                <w:szCs w:val="26"/>
              </w:rPr>
              <w:t>đề</w:t>
            </w:r>
            <w:proofErr w:type="spellEnd"/>
            <w:r w:rsidRPr="004543E3">
              <w:rPr>
                <w:szCs w:val="26"/>
              </w:rPr>
              <w:t xml:space="preserve"> </w:t>
            </w:r>
            <w:proofErr w:type="spellStart"/>
            <w:r w:rsidRPr="004543E3">
              <w:rPr>
                <w:szCs w:val="26"/>
              </w:rPr>
              <w:t>xuất</w:t>
            </w:r>
            <w:proofErr w:type="spellEnd"/>
            <w:r w:rsidRPr="004543E3">
              <w:rPr>
                <w:szCs w:val="26"/>
              </w:rPr>
              <w:t xml:space="preserve"> </w:t>
            </w:r>
            <w:proofErr w:type="spellStart"/>
            <w:r w:rsidRPr="004543E3">
              <w:rPr>
                <w:szCs w:val="26"/>
              </w:rPr>
              <w:t>các</w:t>
            </w:r>
            <w:proofErr w:type="spellEnd"/>
            <w:r w:rsidRPr="004543E3">
              <w:rPr>
                <w:szCs w:val="26"/>
              </w:rPr>
              <w:t xml:space="preserve"> </w:t>
            </w:r>
            <w:proofErr w:type="spellStart"/>
            <w:r w:rsidRPr="004543E3">
              <w:rPr>
                <w:szCs w:val="26"/>
              </w:rPr>
              <w:t>biện</w:t>
            </w:r>
            <w:proofErr w:type="spellEnd"/>
            <w:r w:rsidRPr="004543E3">
              <w:rPr>
                <w:szCs w:val="26"/>
              </w:rPr>
              <w:t xml:space="preserve"> </w:t>
            </w:r>
            <w:proofErr w:type="spellStart"/>
            <w:r w:rsidRPr="004543E3">
              <w:rPr>
                <w:szCs w:val="26"/>
              </w:rPr>
              <w:t>pháp</w:t>
            </w:r>
            <w:proofErr w:type="spellEnd"/>
            <w:r w:rsidRPr="004543E3">
              <w:rPr>
                <w:szCs w:val="26"/>
              </w:rPr>
              <w:t xml:space="preserve"> </w:t>
            </w:r>
            <w:proofErr w:type="spellStart"/>
            <w:r w:rsidRPr="004543E3">
              <w:rPr>
                <w:szCs w:val="26"/>
              </w:rPr>
              <w:t>cải</w:t>
            </w:r>
            <w:proofErr w:type="spellEnd"/>
            <w:r w:rsidRPr="004543E3">
              <w:rPr>
                <w:szCs w:val="26"/>
              </w:rPr>
              <w:t xml:space="preserve"> </w:t>
            </w:r>
            <w:proofErr w:type="spellStart"/>
            <w:r w:rsidRPr="004543E3">
              <w:rPr>
                <w:szCs w:val="26"/>
              </w:rPr>
              <w:t>tiến</w:t>
            </w:r>
            <w:proofErr w:type="spellEnd"/>
            <w:r w:rsidRPr="004543E3">
              <w:rPr>
                <w:szCs w:val="26"/>
              </w:rPr>
              <w:t xml:space="preserve"> </w:t>
            </w:r>
            <w:proofErr w:type="spellStart"/>
            <w:r w:rsidRPr="004543E3">
              <w:rPr>
                <w:szCs w:val="26"/>
              </w:rPr>
              <w:t>hoạt</w:t>
            </w:r>
            <w:proofErr w:type="spellEnd"/>
            <w:r w:rsidRPr="004543E3">
              <w:rPr>
                <w:szCs w:val="26"/>
              </w:rPr>
              <w:t xml:space="preserve"> </w:t>
            </w:r>
            <w:proofErr w:type="spellStart"/>
            <w:r w:rsidRPr="004543E3">
              <w:rPr>
                <w:szCs w:val="26"/>
              </w:rPr>
              <w:t>động</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soát</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 xml:space="preserve"> </w:t>
            </w:r>
            <w:proofErr w:type="spellStart"/>
            <w:r w:rsidRPr="004543E3">
              <w:rPr>
                <w:szCs w:val="26"/>
              </w:rPr>
              <w:t>tại</w:t>
            </w:r>
            <w:proofErr w:type="spellEnd"/>
            <w:r w:rsidRPr="004543E3">
              <w:rPr>
                <w:szCs w:val="26"/>
              </w:rPr>
              <w:t xml:space="preserve"> </w:t>
            </w:r>
            <w:proofErr w:type="spellStart"/>
            <w:r w:rsidRPr="004543E3">
              <w:rPr>
                <w:szCs w:val="26"/>
              </w:rPr>
              <w:t>đơn</w:t>
            </w:r>
            <w:proofErr w:type="spellEnd"/>
            <w:r w:rsidRPr="004543E3">
              <w:rPr>
                <w:szCs w:val="26"/>
              </w:rPr>
              <w:t xml:space="preserve"> </w:t>
            </w:r>
            <w:proofErr w:type="spellStart"/>
            <w:r w:rsidRPr="004543E3">
              <w:rPr>
                <w:szCs w:val="26"/>
              </w:rPr>
              <w:t>vị</w:t>
            </w:r>
            <w:proofErr w:type="spellEnd"/>
            <w:r w:rsidRPr="004543E3">
              <w:rPr>
                <w:szCs w:val="26"/>
              </w:rPr>
              <w:t>.</w:t>
            </w:r>
          </w:p>
          <w:p w14:paraId="7FEA1E9A" w14:textId="01F1113C" w:rsidR="00855AF9" w:rsidRPr="004543E3" w:rsidRDefault="00855AF9" w:rsidP="005A52B0">
            <w:pPr>
              <w:spacing w:before="120" w:after="120" w:line="240" w:lineRule="auto"/>
              <w:ind w:firstLine="709"/>
              <w:jc w:val="both"/>
              <w:rPr>
                <w:i/>
                <w:iCs/>
                <w:sz w:val="28"/>
                <w:szCs w:val="28"/>
                <w:lang w:val="de-DE"/>
              </w:rPr>
            </w:pPr>
            <w:r w:rsidRPr="004543E3">
              <w:rPr>
                <w:szCs w:val="26"/>
              </w:rPr>
              <w:lastRenderedPageBreak/>
              <w:t xml:space="preserve">e) Trong </w:t>
            </w:r>
            <w:proofErr w:type="spellStart"/>
            <w:r w:rsidRPr="004543E3">
              <w:rPr>
                <w:szCs w:val="26"/>
              </w:rPr>
              <w:t>thời</w:t>
            </w:r>
            <w:proofErr w:type="spellEnd"/>
            <w:r w:rsidRPr="004543E3">
              <w:rPr>
                <w:szCs w:val="26"/>
              </w:rPr>
              <w:t xml:space="preserve"> </w:t>
            </w:r>
            <w:proofErr w:type="spellStart"/>
            <w:r w:rsidRPr="004543E3">
              <w:rPr>
                <w:szCs w:val="26"/>
              </w:rPr>
              <w:t>gian</w:t>
            </w:r>
            <w:proofErr w:type="spellEnd"/>
            <w:r w:rsidRPr="004543E3">
              <w:rPr>
                <w:szCs w:val="26"/>
              </w:rPr>
              <w:t xml:space="preserve"> </w:t>
            </w:r>
            <w:proofErr w:type="spellStart"/>
            <w:r w:rsidRPr="004543E3">
              <w:rPr>
                <w:szCs w:val="26"/>
              </w:rPr>
              <w:t>giữ</w:t>
            </w:r>
            <w:proofErr w:type="spellEnd"/>
            <w:r w:rsidRPr="004543E3">
              <w:rPr>
                <w:szCs w:val="26"/>
              </w:rPr>
              <w:t xml:space="preserve"> </w:t>
            </w:r>
            <w:proofErr w:type="spellStart"/>
            <w:r w:rsidRPr="004543E3">
              <w:rPr>
                <w:szCs w:val="26"/>
              </w:rPr>
              <w:t>ngạch</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soát</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 xml:space="preserve"> </w:t>
            </w:r>
            <w:proofErr w:type="spellStart"/>
            <w:r w:rsidRPr="004543E3">
              <w:rPr>
                <w:szCs w:val="26"/>
              </w:rPr>
              <w:t>hoặc</w:t>
            </w:r>
            <w:proofErr w:type="spellEnd"/>
            <w:r w:rsidRPr="004543E3">
              <w:rPr>
                <w:szCs w:val="26"/>
              </w:rPr>
              <w:t xml:space="preserve"> </w:t>
            </w:r>
            <w:proofErr w:type="spellStart"/>
            <w:r w:rsidRPr="004543E3">
              <w:rPr>
                <w:szCs w:val="26"/>
              </w:rPr>
              <w:t>ngạch</w:t>
            </w:r>
            <w:proofErr w:type="spellEnd"/>
            <w:r w:rsidRPr="004543E3">
              <w:rPr>
                <w:szCs w:val="26"/>
              </w:rPr>
              <w:t xml:space="preserve"> </w:t>
            </w:r>
            <w:proofErr w:type="spellStart"/>
            <w:r w:rsidRPr="004543E3">
              <w:rPr>
                <w:szCs w:val="26"/>
              </w:rPr>
              <w:t>tương</w:t>
            </w:r>
            <w:proofErr w:type="spellEnd"/>
            <w:r w:rsidRPr="004543E3">
              <w:rPr>
                <w:szCs w:val="26"/>
              </w:rPr>
              <w:t xml:space="preserve"> </w:t>
            </w:r>
            <w:proofErr w:type="spellStart"/>
            <w:r w:rsidRPr="004543E3">
              <w:rPr>
                <w:szCs w:val="26"/>
              </w:rPr>
              <w:t>đương</w:t>
            </w:r>
            <w:proofErr w:type="spellEnd"/>
            <w:r w:rsidRPr="004543E3">
              <w:rPr>
                <w:szCs w:val="26"/>
              </w:rPr>
              <w:t xml:space="preserve"> </w:t>
            </w:r>
            <w:proofErr w:type="spellStart"/>
            <w:r w:rsidRPr="004543E3">
              <w:rPr>
                <w:szCs w:val="26"/>
              </w:rPr>
              <w:t>đã</w:t>
            </w:r>
            <w:proofErr w:type="spellEnd"/>
            <w:r w:rsidRPr="004543E3">
              <w:rPr>
                <w:szCs w:val="26"/>
              </w:rPr>
              <w:t xml:space="preserve"> chủ trì </w:t>
            </w:r>
            <w:proofErr w:type="spellStart"/>
            <w:r w:rsidRPr="004543E3">
              <w:rPr>
                <w:szCs w:val="26"/>
              </w:rPr>
              <w:t>hoặc</w:t>
            </w:r>
            <w:proofErr w:type="spellEnd"/>
            <w:r w:rsidRPr="004543E3">
              <w:rPr>
                <w:szCs w:val="26"/>
              </w:rPr>
              <w:t xml:space="preserve"> </w:t>
            </w:r>
            <w:proofErr w:type="spellStart"/>
            <w:r w:rsidRPr="004543E3">
              <w:rPr>
                <w:szCs w:val="26"/>
              </w:rPr>
              <w:t>tham</w:t>
            </w:r>
            <w:proofErr w:type="spellEnd"/>
            <w:r w:rsidRPr="004543E3">
              <w:rPr>
                <w:szCs w:val="26"/>
              </w:rPr>
              <w:t xml:space="preserve"> </w:t>
            </w:r>
            <w:proofErr w:type="spellStart"/>
            <w:r w:rsidRPr="004543E3">
              <w:rPr>
                <w:szCs w:val="26"/>
              </w:rPr>
              <w:t>gia</w:t>
            </w:r>
            <w:proofErr w:type="spellEnd"/>
            <w:r w:rsidRPr="004543E3">
              <w:rPr>
                <w:szCs w:val="26"/>
              </w:rPr>
              <w:t xml:space="preserve"> </w:t>
            </w:r>
            <w:proofErr w:type="spellStart"/>
            <w:r w:rsidRPr="004543E3">
              <w:rPr>
                <w:szCs w:val="26"/>
              </w:rPr>
              <w:t>xây</w:t>
            </w:r>
            <w:proofErr w:type="spellEnd"/>
            <w:r w:rsidRPr="004543E3">
              <w:rPr>
                <w:szCs w:val="26"/>
              </w:rPr>
              <w:t xml:space="preserve"> </w:t>
            </w:r>
            <w:proofErr w:type="spellStart"/>
            <w:r w:rsidRPr="004543E3">
              <w:rPr>
                <w:szCs w:val="26"/>
              </w:rPr>
              <w:t>dựng</w:t>
            </w:r>
            <w:proofErr w:type="spellEnd"/>
            <w:r w:rsidRPr="004543E3">
              <w:rPr>
                <w:szCs w:val="26"/>
              </w:rPr>
              <w:t xml:space="preserve"> 02 </w:t>
            </w:r>
            <w:proofErr w:type="spellStart"/>
            <w:r w:rsidRPr="004543E3">
              <w:rPr>
                <w:szCs w:val="26"/>
              </w:rPr>
              <w:t>văn</w:t>
            </w:r>
            <w:proofErr w:type="spellEnd"/>
            <w:r w:rsidRPr="004543E3">
              <w:rPr>
                <w:szCs w:val="26"/>
              </w:rPr>
              <w:t xml:space="preserve"> </w:t>
            </w:r>
            <w:proofErr w:type="spellStart"/>
            <w:r w:rsidRPr="004543E3">
              <w:rPr>
                <w:szCs w:val="26"/>
              </w:rPr>
              <w:t>bản</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phạm</w:t>
            </w:r>
            <w:proofErr w:type="spellEnd"/>
            <w:r w:rsidRPr="004543E3">
              <w:rPr>
                <w:szCs w:val="26"/>
              </w:rPr>
              <w:t xml:space="preserve"> </w:t>
            </w:r>
            <w:proofErr w:type="spellStart"/>
            <w:r w:rsidRPr="004543E3">
              <w:rPr>
                <w:szCs w:val="26"/>
              </w:rPr>
              <w:t>pháp</w:t>
            </w:r>
            <w:proofErr w:type="spellEnd"/>
            <w:r w:rsidRPr="004543E3">
              <w:rPr>
                <w:szCs w:val="26"/>
              </w:rPr>
              <w:t xml:space="preserve"> </w:t>
            </w:r>
            <w:proofErr w:type="spellStart"/>
            <w:r w:rsidRPr="004543E3">
              <w:rPr>
                <w:szCs w:val="26"/>
              </w:rPr>
              <w:t>luật</w:t>
            </w:r>
            <w:proofErr w:type="spellEnd"/>
            <w:r w:rsidRPr="004543E3">
              <w:rPr>
                <w:szCs w:val="26"/>
              </w:rPr>
              <w:t xml:space="preserve"> </w:t>
            </w:r>
            <w:proofErr w:type="spellStart"/>
            <w:r w:rsidRPr="004543E3">
              <w:rPr>
                <w:szCs w:val="26"/>
              </w:rPr>
              <w:t>hoặc</w:t>
            </w:r>
            <w:proofErr w:type="spellEnd"/>
            <w:r w:rsidRPr="004543E3">
              <w:rPr>
                <w:szCs w:val="26"/>
              </w:rPr>
              <w:t xml:space="preserve"> </w:t>
            </w:r>
            <w:proofErr w:type="spellStart"/>
            <w:r w:rsidRPr="004543E3">
              <w:rPr>
                <w:szCs w:val="26"/>
              </w:rPr>
              <w:t>đề</w:t>
            </w:r>
            <w:proofErr w:type="spellEnd"/>
            <w:r w:rsidRPr="004543E3">
              <w:rPr>
                <w:szCs w:val="26"/>
              </w:rPr>
              <w:t xml:space="preserve"> </w:t>
            </w:r>
            <w:proofErr w:type="spellStart"/>
            <w:r w:rsidRPr="004543E3">
              <w:rPr>
                <w:szCs w:val="26"/>
              </w:rPr>
              <w:t>tài</w:t>
            </w:r>
            <w:proofErr w:type="spellEnd"/>
            <w:r w:rsidRPr="004543E3">
              <w:rPr>
                <w:szCs w:val="26"/>
              </w:rPr>
              <w:t xml:space="preserve">, </w:t>
            </w:r>
            <w:proofErr w:type="spellStart"/>
            <w:r w:rsidRPr="004543E3">
              <w:rPr>
                <w:szCs w:val="26"/>
              </w:rPr>
              <w:t>đề</w:t>
            </w:r>
            <w:proofErr w:type="spellEnd"/>
            <w:r w:rsidRPr="004543E3">
              <w:rPr>
                <w:szCs w:val="26"/>
              </w:rPr>
              <w:t xml:space="preserve"> </w:t>
            </w:r>
            <w:proofErr w:type="spellStart"/>
            <w:r w:rsidRPr="004543E3">
              <w:rPr>
                <w:szCs w:val="26"/>
              </w:rPr>
              <w:t>án</w:t>
            </w:r>
            <w:proofErr w:type="spellEnd"/>
            <w:r w:rsidRPr="004543E3">
              <w:rPr>
                <w:szCs w:val="26"/>
              </w:rPr>
              <w:t xml:space="preserve">, </w:t>
            </w:r>
            <w:proofErr w:type="spellStart"/>
            <w:r w:rsidRPr="004543E3">
              <w:rPr>
                <w:szCs w:val="26"/>
              </w:rPr>
              <w:t>dự</w:t>
            </w:r>
            <w:proofErr w:type="spellEnd"/>
            <w:r w:rsidRPr="004543E3">
              <w:rPr>
                <w:szCs w:val="26"/>
              </w:rPr>
              <w:t xml:space="preserve"> </w:t>
            </w:r>
            <w:proofErr w:type="spellStart"/>
            <w:r w:rsidRPr="004543E3">
              <w:rPr>
                <w:szCs w:val="26"/>
              </w:rPr>
              <w:t>án</w:t>
            </w:r>
            <w:proofErr w:type="spellEnd"/>
            <w:r w:rsidRPr="004543E3">
              <w:rPr>
                <w:szCs w:val="26"/>
              </w:rPr>
              <w:t xml:space="preserve">, </w:t>
            </w:r>
            <w:proofErr w:type="spellStart"/>
            <w:r w:rsidRPr="004543E3">
              <w:rPr>
                <w:szCs w:val="26"/>
              </w:rPr>
              <w:t>nhiệm</w:t>
            </w:r>
            <w:proofErr w:type="spellEnd"/>
            <w:r w:rsidRPr="004543E3">
              <w:rPr>
                <w:szCs w:val="26"/>
              </w:rPr>
              <w:t xml:space="preserve"> </w:t>
            </w:r>
            <w:proofErr w:type="spellStart"/>
            <w:r w:rsidRPr="004543E3">
              <w:rPr>
                <w:szCs w:val="26"/>
              </w:rPr>
              <w:t>vụ</w:t>
            </w:r>
            <w:proofErr w:type="spellEnd"/>
            <w:r w:rsidRPr="004543E3">
              <w:rPr>
                <w:szCs w:val="26"/>
              </w:rPr>
              <w:t xml:space="preserve"> khoa </w:t>
            </w:r>
            <w:proofErr w:type="spellStart"/>
            <w:r w:rsidRPr="004543E3">
              <w:rPr>
                <w:szCs w:val="26"/>
              </w:rPr>
              <w:t>học</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nghệ</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đổi</w:t>
            </w:r>
            <w:proofErr w:type="spellEnd"/>
            <w:r w:rsidRPr="004543E3">
              <w:rPr>
                <w:szCs w:val="26"/>
              </w:rPr>
              <w:t xml:space="preserve"> </w:t>
            </w:r>
            <w:proofErr w:type="spellStart"/>
            <w:r w:rsidRPr="004543E3">
              <w:rPr>
                <w:szCs w:val="26"/>
              </w:rPr>
              <w:t>mới</w:t>
            </w:r>
            <w:proofErr w:type="spellEnd"/>
            <w:r w:rsidRPr="004543E3">
              <w:rPr>
                <w:szCs w:val="26"/>
              </w:rPr>
              <w:t xml:space="preserve"> </w:t>
            </w:r>
            <w:proofErr w:type="spellStart"/>
            <w:r w:rsidRPr="004543E3">
              <w:rPr>
                <w:szCs w:val="26"/>
              </w:rPr>
              <w:t>sáng</w:t>
            </w:r>
            <w:proofErr w:type="spellEnd"/>
            <w:r w:rsidRPr="004543E3">
              <w:rPr>
                <w:szCs w:val="26"/>
              </w:rPr>
              <w:t xml:space="preserve"> </w:t>
            </w:r>
            <w:proofErr w:type="spellStart"/>
            <w:r w:rsidRPr="004543E3">
              <w:rPr>
                <w:szCs w:val="26"/>
              </w:rPr>
              <w:t>tạo</w:t>
            </w:r>
            <w:proofErr w:type="spellEnd"/>
            <w:r w:rsidRPr="004543E3">
              <w:rPr>
                <w:szCs w:val="26"/>
              </w:rPr>
              <w:t xml:space="preserve"> </w:t>
            </w:r>
            <w:proofErr w:type="spellStart"/>
            <w:r w:rsidRPr="004543E3">
              <w:rPr>
                <w:szCs w:val="26"/>
              </w:rPr>
              <w:t>cơ</w:t>
            </w:r>
            <w:proofErr w:type="spellEnd"/>
            <w:r w:rsidRPr="004543E3">
              <w:rPr>
                <w:szCs w:val="26"/>
              </w:rPr>
              <w:t xml:space="preserve"> </w:t>
            </w:r>
            <w:proofErr w:type="spellStart"/>
            <w:r w:rsidRPr="004543E3">
              <w:rPr>
                <w:szCs w:val="26"/>
              </w:rPr>
              <w:t>sở</w:t>
            </w:r>
            <w:proofErr w:type="spellEnd"/>
            <w:r w:rsidRPr="004543E3">
              <w:rPr>
                <w:szCs w:val="26"/>
              </w:rPr>
              <w:t xml:space="preserve"> </w:t>
            </w:r>
            <w:proofErr w:type="spellStart"/>
            <w:r w:rsidRPr="004543E3">
              <w:rPr>
                <w:szCs w:val="26"/>
              </w:rPr>
              <w:t>mà</w:t>
            </w:r>
            <w:proofErr w:type="spellEnd"/>
            <w:r w:rsidRPr="004543E3">
              <w:rPr>
                <w:szCs w:val="26"/>
              </w:rPr>
              <w:t xml:space="preserve"> </w:t>
            </w:r>
            <w:proofErr w:type="spellStart"/>
            <w:r w:rsidRPr="004543E3">
              <w:rPr>
                <w:szCs w:val="26"/>
              </w:rPr>
              <w:t>cơ</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sử</w:t>
            </w:r>
            <w:proofErr w:type="spellEnd"/>
            <w:r w:rsidRPr="004543E3">
              <w:rPr>
                <w:szCs w:val="26"/>
              </w:rPr>
              <w:t xml:space="preserve"> </w:t>
            </w:r>
            <w:proofErr w:type="spellStart"/>
            <w:r w:rsidRPr="004543E3">
              <w:rPr>
                <w:szCs w:val="26"/>
              </w:rPr>
              <w:t>dụng</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được</w:t>
            </w:r>
            <w:proofErr w:type="spellEnd"/>
            <w:r w:rsidRPr="004543E3">
              <w:rPr>
                <w:szCs w:val="26"/>
              </w:rPr>
              <w:t xml:space="preserve"> </w:t>
            </w:r>
            <w:proofErr w:type="spellStart"/>
            <w:r w:rsidRPr="004543E3">
              <w:rPr>
                <w:szCs w:val="26"/>
              </w:rPr>
              <w:t>giao</w:t>
            </w:r>
            <w:proofErr w:type="spellEnd"/>
            <w:r w:rsidRPr="004543E3">
              <w:rPr>
                <w:szCs w:val="26"/>
              </w:rPr>
              <w:t xml:space="preserve"> </w:t>
            </w:r>
            <w:proofErr w:type="spellStart"/>
            <w:r w:rsidRPr="004543E3">
              <w:rPr>
                <w:szCs w:val="26"/>
              </w:rPr>
              <w:t>chủ</w:t>
            </w:r>
            <w:proofErr w:type="spellEnd"/>
            <w:r w:rsidRPr="004543E3">
              <w:rPr>
                <w:szCs w:val="26"/>
              </w:rPr>
              <w:t xml:space="preserve"> </w:t>
            </w:r>
            <w:proofErr w:type="spellStart"/>
            <w:r w:rsidRPr="004543E3">
              <w:rPr>
                <w:szCs w:val="26"/>
              </w:rPr>
              <w:t>trì</w:t>
            </w:r>
            <w:proofErr w:type="spellEnd"/>
            <w:r w:rsidRPr="004543E3">
              <w:rPr>
                <w:szCs w:val="26"/>
              </w:rPr>
              <w:t xml:space="preserve"> </w:t>
            </w:r>
            <w:proofErr w:type="spellStart"/>
            <w:r w:rsidRPr="004543E3">
              <w:rPr>
                <w:szCs w:val="26"/>
              </w:rPr>
              <w:t>nghiên</w:t>
            </w:r>
            <w:proofErr w:type="spellEnd"/>
            <w:r w:rsidRPr="004543E3">
              <w:rPr>
                <w:szCs w:val="26"/>
              </w:rPr>
              <w:t xml:space="preserve"> </w:t>
            </w:r>
            <w:proofErr w:type="spellStart"/>
            <w:r w:rsidRPr="004543E3">
              <w:rPr>
                <w:szCs w:val="26"/>
              </w:rPr>
              <w:t>cứu</w:t>
            </w:r>
            <w:proofErr w:type="spellEnd"/>
            <w:r w:rsidRPr="004543E3">
              <w:rPr>
                <w:szCs w:val="26"/>
              </w:rPr>
              <w:t xml:space="preserve">, </w:t>
            </w:r>
            <w:proofErr w:type="spellStart"/>
            <w:r w:rsidRPr="004543E3">
              <w:rPr>
                <w:szCs w:val="26"/>
              </w:rPr>
              <w:t>xây</w:t>
            </w:r>
            <w:proofErr w:type="spellEnd"/>
            <w:r w:rsidRPr="004543E3">
              <w:rPr>
                <w:szCs w:val="26"/>
              </w:rPr>
              <w:t xml:space="preserve"> </w:t>
            </w:r>
            <w:proofErr w:type="spellStart"/>
            <w:r w:rsidRPr="004543E3">
              <w:rPr>
                <w:szCs w:val="26"/>
              </w:rPr>
              <w:t>dựng</w:t>
            </w:r>
            <w:proofErr w:type="spellEnd"/>
            <w:r w:rsidRPr="004543E3">
              <w:rPr>
                <w:szCs w:val="26"/>
              </w:rPr>
              <w:t xml:space="preserve"> </w:t>
            </w:r>
            <w:proofErr w:type="spellStart"/>
            <w:r w:rsidRPr="004543E3">
              <w:rPr>
                <w:szCs w:val="26"/>
              </w:rPr>
              <w:t>đã</w:t>
            </w:r>
            <w:proofErr w:type="spellEnd"/>
            <w:r w:rsidRPr="004543E3">
              <w:rPr>
                <w:szCs w:val="26"/>
              </w:rPr>
              <w:t xml:space="preserve"> </w:t>
            </w:r>
            <w:proofErr w:type="spellStart"/>
            <w:r w:rsidRPr="004543E3">
              <w:rPr>
                <w:szCs w:val="26"/>
              </w:rPr>
              <w:t>được</w:t>
            </w:r>
            <w:proofErr w:type="spellEnd"/>
            <w:r w:rsidRPr="004543E3">
              <w:rPr>
                <w:szCs w:val="26"/>
              </w:rPr>
              <w:t xml:space="preserve"> </w:t>
            </w:r>
            <w:proofErr w:type="spellStart"/>
            <w:r w:rsidRPr="004543E3">
              <w:rPr>
                <w:szCs w:val="26"/>
              </w:rPr>
              <w:t>cấp</w:t>
            </w:r>
            <w:proofErr w:type="spellEnd"/>
            <w:r w:rsidRPr="004543E3">
              <w:rPr>
                <w:szCs w:val="26"/>
              </w:rPr>
              <w:t xml:space="preserve"> </w:t>
            </w:r>
            <w:proofErr w:type="spellStart"/>
            <w:r w:rsidRPr="004543E3">
              <w:rPr>
                <w:szCs w:val="26"/>
              </w:rPr>
              <w:t>có</w:t>
            </w:r>
            <w:proofErr w:type="spellEnd"/>
            <w:r w:rsidRPr="004543E3">
              <w:rPr>
                <w:szCs w:val="26"/>
              </w:rPr>
              <w:t xml:space="preserve"> </w:t>
            </w:r>
            <w:proofErr w:type="spellStart"/>
            <w:r w:rsidRPr="004543E3">
              <w:rPr>
                <w:szCs w:val="26"/>
              </w:rPr>
              <w:t>thẩm</w:t>
            </w:r>
            <w:proofErr w:type="spellEnd"/>
            <w:r w:rsidRPr="004543E3">
              <w:rPr>
                <w:szCs w:val="26"/>
              </w:rPr>
              <w:t xml:space="preserve"> </w:t>
            </w:r>
            <w:proofErr w:type="spellStart"/>
            <w:r w:rsidRPr="004543E3">
              <w:rPr>
                <w:szCs w:val="26"/>
              </w:rPr>
              <w:t>quyền</w:t>
            </w:r>
            <w:proofErr w:type="spellEnd"/>
            <w:r w:rsidRPr="004543E3">
              <w:rPr>
                <w:szCs w:val="26"/>
              </w:rPr>
              <w:t xml:space="preserve"> ban </w:t>
            </w:r>
            <w:proofErr w:type="spellStart"/>
            <w:r w:rsidRPr="004543E3">
              <w:rPr>
                <w:szCs w:val="26"/>
              </w:rPr>
              <w:t>hành</w:t>
            </w:r>
            <w:proofErr w:type="spellEnd"/>
            <w:r w:rsidRPr="004543E3">
              <w:rPr>
                <w:szCs w:val="26"/>
              </w:rPr>
              <w:t xml:space="preserve"> </w:t>
            </w:r>
            <w:proofErr w:type="spellStart"/>
            <w:r w:rsidRPr="004543E3">
              <w:rPr>
                <w:szCs w:val="26"/>
              </w:rPr>
              <w:t>hoặc</w:t>
            </w:r>
            <w:proofErr w:type="spellEnd"/>
            <w:r w:rsidRPr="004543E3">
              <w:rPr>
                <w:szCs w:val="26"/>
              </w:rPr>
              <w:t xml:space="preserve"> </w:t>
            </w:r>
            <w:proofErr w:type="spellStart"/>
            <w:r w:rsidRPr="004543E3">
              <w:rPr>
                <w:szCs w:val="26"/>
              </w:rPr>
              <w:t>nghiệm</w:t>
            </w:r>
            <w:proofErr w:type="spellEnd"/>
            <w:r w:rsidRPr="004543E3">
              <w:rPr>
                <w:szCs w:val="26"/>
              </w:rPr>
              <w:t xml:space="preserve"> </w:t>
            </w:r>
            <w:proofErr w:type="spellStart"/>
            <w:r w:rsidRPr="004543E3">
              <w:rPr>
                <w:szCs w:val="26"/>
              </w:rPr>
              <w:t>thu</w:t>
            </w:r>
            <w:proofErr w:type="spellEnd"/>
            <w:r w:rsidRPr="004543E3">
              <w:rPr>
                <w:szCs w:val="26"/>
              </w:rPr>
              <w:t xml:space="preserve"> ở </w:t>
            </w:r>
            <w:proofErr w:type="spellStart"/>
            <w:r w:rsidRPr="004543E3">
              <w:rPr>
                <w:szCs w:val="26"/>
              </w:rPr>
              <w:t>mức</w:t>
            </w:r>
            <w:proofErr w:type="spellEnd"/>
            <w:r w:rsidRPr="004543E3">
              <w:rPr>
                <w:szCs w:val="26"/>
              </w:rPr>
              <w:t xml:space="preserve"> </w:t>
            </w:r>
            <w:proofErr w:type="spellStart"/>
            <w:r w:rsidRPr="004543E3">
              <w:rPr>
                <w:szCs w:val="26"/>
              </w:rPr>
              <w:t>đạt</w:t>
            </w:r>
            <w:proofErr w:type="spellEnd"/>
            <w:r w:rsidRPr="004543E3">
              <w:rPr>
                <w:szCs w:val="26"/>
              </w:rPr>
              <w:t xml:space="preserve"> </w:t>
            </w:r>
            <w:proofErr w:type="spellStart"/>
            <w:r w:rsidRPr="004543E3">
              <w:rPr>
                <w:szCs w:val="26"/>
              </w:rPr>
              <w:t>trở</w:t>
            </w:r>
            <w:proofErr w:type="spellEnd"/>
            <w:r w:rsidRPr="004543E3">
              <w:rPr>
                <w:szCs w:val="26"/>
              </w:rPr>
              <w:t xml:space="preserve"> </w:t>
            </w:r>
            <w:proofErr w:type="spellStart"/>
            <w:r w:rsidRPr="004543E3">
              <w:rPr>
                <w:szCs w:val="26"/>
              </w:rPr>
              <w:t>lên</w:t>
            </w:r>
            <w:proofErr w:type="spellEnd"/>
            <w:r w:rsidRPr="004543E3">
              <w:rPr>
                <w:szCs w:val="26"/>
              </w:rPr>
              <w:t>.</w:t>
            </w:r>
          </w:p>
        </w:tc>
        <w:tc>
          <w:tcPr>
            <w:tcW w:w="5220" w:type="dxa"/>
          </w:tcPr>
          <w:p w14:paraId="182EDEA6" w14:textId="77777777" w:rsidR="00855AF9" w:rsidRPr="004543E3" w:rsidRDefault="00855AF9" w:rsidP="005A52B0">
            <w:pPr>
              <w:spacing w:before="120" w:after="120" w:line="240" w:lineRule="auto"/>
              <w:jc w:val="both"/>
              <w:rPr>
                <w:b/>
                <w:bCs/>
              </w:rPr>
            </w:pPr>
            <w:proofErr w:type="spellStart"/>
            <w:r w:rsidRPr="004543E3">
              <w:rPr>
                <w:b/>
                <w:bCs/>
              </w:rPr>
              <w:lastRenderedPageBreak/>
              <w:t>Bô</w:t>
            </w:r>
            <w:proofErr w:type="spellEnd"/>
            <w:r w:rsidRPr="004543E3">
              <w:rPr>
                <w:b/>
                <w:bCs/>
              </w:rPr>
              <w:t xml:space="preserve">̣ </w:t>
            </w:r>
            <w:proofErr w:type="spellStart"/>
            <w:r w:rsidRPr="004543E3">
              <w:rPr>
                <w:b/>
                <w:bCs/>
              </w:rPr>
              <w:t>Nông</w:t>
            </w:r>
            <w:proofErr w:type="spellEnd"/>
            <w:r w:rsidRPr="004543E3">
              <w:rPr>
                <w:b/>
                <w:bCs/>
              </w:rPr>
              <w:t xml:space="preserve"> </w:t>
            </w:r>
            <w:proofErr w:type="spellStart"/>
            <w:r w:rsidRPr="004543E3">
              <w:rPr>
                <w:b/>
                <w:bCs/>
              </w:rPr>
              <w:t>nghiệp</w:t>
            </w:r>
            <w:proofErr w:type="spellEnd"/>
            <w:r w:rsidRPr="004543E3">
              <w:rPr>
                <w:b/>
                <w:bCs/>
              </w:rPr>
              <w:t xml:space="preserve"> </w:t>
            </w:r>
            <w:proofErr w:type="spellStart"/>
            <w:r w:rsidRPr="004543E3">
              <w:rPr>
                <w:b/>
                <w:bCs/>
              </w:rPr>
              <w:t>va</w:t>
            </w:r>
            <w:proofErr w:type="spellEnd"/>
            <w:r w:rsidRPr="004543E3">
              <w:rPr>
                <w:b/>
                <w:bCs/>
              </w:rPr>
              <w:t xml:space="preserve">̀ </w:t>
            </w:r>
            <w:proofErr w:type="spellStart"/>
            <w:r w:rsidRPr="004543E3">
              <w:rPr>
                <w:b/>
                <w:bCs/>
              </w:rPr>
              <w:t>Môi</w:t>
            </w:r>
            <w:proofErr w:type="spellEnd"/>
            <w:r w:rsidRPr="004543E3">
              <w:rPr>
                <w:b/>
                <w:bCs/>
              </w:rPr>
              <w:t xml:space="preserve"> </w:t>
            </w:r>
            <w:proofErr w:type="spellStart"/>
            <w:r w:rsidRPr="004543E3">
              <w:rPr>
                <w:b/>
                <w:bCs/>
              </w:rPr>
              <w:t>trường</w:t>
            </w:r>
            <w:proofErr w:type="spellEnd"/>
            <w:r w:rsidRPr="004543E3">
              <w:rPr>
                <w:b/>
                <w:bCs/>
              </w:rPr>
              <w:t>:</w:t>
            </w:r>
          </w:p>
          <w:p w14:paraId="59205475" w14:textId="77777777" w:rsidR="00855AF9" w:rsidRPr="004543E3" w:rsidRDefault="00855AF9" w:rsidP="005A52B0">
            <w:pPr>
              <w:spacing w:before="120" w:after="120" w:line="240" w:lineRule="auto"/>
              <w:jc w:val="both"/>
              <w:rPr>
                <w:i/>
                <w:iCs/>
              </w:rPr>
            </w:pPr>
            <w:proofErr w:type="spellStart"/>
            <w:r w:rsidRPr="004543E3">
              <w:t>Điểm</w:t>
            </w:r>
            <w:proofErr w:type="spellEnd"/>
            <w:r w:rsidRPr="004543E3">
              <w:t xml:space="preserve"> e, </w:t>
            </w:r>
            <w:proofErr w:type="spellStart"/>
            <w:r w:rsidRPr="004543E3">
              <w:t>Khoản</w:t>
            </w:r>
            <w:proofErr w:type="spellEnd"/>
            <w:r w:rsidRPr="004543E3">
              <w:t xml:space="preserve"> 4, </w:t>
            </w:r>
            <w:proofErr w:type="spellStart"/>
            <w:r w:rsidRPr="004543E3">
              <w:t>Điều</w:t>
            </w:r>
            <w:proofErr w:type="spellEnd"/>
            <w:r w:rsidRPr="004543E3">
              <w:t xml:space="preserve"> 6: </w:t>
            </w:r>
            <w:proofErr w:type="spellStart"/>
            <w:r w:rsidRPr="004543E3">
              <w:t>Kiểm</w:t>
            </w:r>
            <w:proofErr w:type="spellEnd"/>
            <w:r w:rsidRPr="004543E3">
              <w:t xml:space="preserve"> </w:t>
            </w:r>
            <w:proofErr w:type="spellStart"/>
            <w:r w:rsidRPr="004543E3">
              <w:t>soát</w:t>
            </w:r>
            <w:proofErr w:type="spellEnd"/>
            <w:r w:rsidRPr="004543E3">
              <w:t xml:space="preserve"> </w:t>
            </w:r>
            <w:proofErr w:type="spellStart"/>
            <w:r w:rsidRPr="004543E3">
              <w:t>viên</w:t>
            </w:r>
            <w:proofErr w:type="spellEnd"/>
            <w:r w:rsidRPr="004543E3">
              <w:t xml:space="preserve"> </w:t>
            </w:r>
            <w:proofErr w:type="spellStart"/>
            <w:r w:rsidRPr="004543E3">
              <w:t>chính</w:t>
            </w:r>
            <w:proofErr w:type="spellEnd"/>
            <w:r w:rsidRPr="004543E3">
              <w:t xml:space="preserve"> </w:t>
            </w:r>
            <w:proofErr w:type="spellStart"/>
            <w:r w:rsidRPr="004543E3">
              <w:t>chất</w:t>
            </w:r>
            <w:proofErr w:type="spellEnd"/>
            <w:r w:rsidRPr="004543E3">
              <w:t xml:space="preserve"> </w:t>
            </w:r>
            <w:proofErr w:type="spellStart"/>
            <w:r w:rsidRPr="004543E3">
              <w:t>lượng</w:t>
            </w:r>
            <w:proofErr w:type="spellEnd"/>
            <w:r w:rsidRPr="004543E3">
              <w:t xml:space="preserve"> </w:t>
            </w:r>
            <w:proofErr w:type="spellStart"/>
            <w:r w:rsidRPr="004543E3">
              <w:t>sản</w:t>
            </w:r>
            <w:proofErr w:type="spellEnd"/>
            <w:r w:rsidRPr="004543E3">
              <w:t xml:space="preserve"> </w:t>
            </w:r>
            <w:proofErr w:type="spellStart"/>
            <w:r w:rsidRPr="004543E3">
              <w:t>phẩm</w:t>
            </w:r>
            <w:proofErr w:type="spellEnd"/>
            <w:r w:rsidRPr="004543E3">
              <w:t xml:space="preserve">, </w:t>
            </w:r>
            <w:proofErr w:type="spellStart"/>
            <w:r w:rsidRPr="004543E3">
              <w:t>hàng</w:t>
            </w:r>
            <w:proofErr w:type="spellEnd"/>
            <w:r w:rsidRPr="004543E3">
              <w:t xml:space="preserve"> </w:t>
            </w:r>
            <w:proofErr w:type="spellStart"/>
            <w:r w:rsidRPr="004543E3">
              <w:t>hóa</w:t>
            </w:r>
            <w:proofErr w:type="spellEnd"/>
            <w:r w:rsidRPr="004543E3">
              <w:t xml:space="preserve"> (</w:t>
            </w:r>
            <w:proofErr w:type="spellStart"/>
            <w:r w:rsidRPr="004543E3">
              <w:t>hạng</w:t>
            </w:r>
            <w:proofErr w:type="spellEnd"/>
            <w:r w:rsidRPr="004543E3">
              <w:t xml:space="preserve"> II) </w:t>
            </w:r>
            <w:r w:rsidRPr="004543E3">
              <w:rPr>
                <w:i/>
                <w:iCs/>
              </w:rPr>
              <w:t xml:space="preserve">“e) … </w:t>
            </w:r>
            <w:proofErr w:type="spellStart"/>
            <w:r w:rsidRPr="004543E3">
              <w:rPr>
                <w:i/>
                <w:iCs/>
              </w:rPr>
              <w:t>cơ</w:t>
            </w:r>
            <w:proofErr w:type="spellEnd"/>
            <w:r w:rsidRPr="004543E3">
              <w:rPr>
                <w:i/>
                <w:iCs/>
              </w:rPr>
              <w:t xml:space="preserve"> </w:t>
            </w:r>
            <w:proofErr w:type="spellStart"/>
            <w:r w:rsidRPr="004543E3">
              <w:rPr>
                <w:i/>
                <w:iCs/>
              </w:rPr>
              <w:t>quan</w:t>
            </w:r>
            <w:proofErr w:type="spellEnd"/>
            <w:r w:rsidRPr="004543E3">
              <w:rPr>
                <w:i/>
                <w:iCs/>
              </w:rPr>
              <w:t xml:space="preserve"> </w:t>
            </w:r>
            <w:proofErr w:type="spellStart"/>
            <w:r w:rsidRPr="004543E3">
              <w:rPr>
                <w:i/>
                <w:iCs/>
              </w:rPr>
              <w:t>sử</w:t>
            </w:r>
            <w:proofErr w:type="spellEnd"/>
            <w:r w:rsidRPr="004543E3">
              <w:rPr>
                <w:i/>
                <w:iCs/>
              </w:rPr>
              <w:t xml:space="preserve"> </w:t>
            </w:r>
            <w:proofErr w:type="spellStart"/>
            <w:r w:rsidRPr="004543E3">
              <w:rPr>
                <w:i/>
                <w:iCs/>
              </w:rPr>
              <w:t>dụng</w:t>
            </w:r>
            <w:proofErr w:type="spellEnd"/>
            <w:r w:rsidRPr="004543E3">
              <w:rPr>
                <w:i/>
                <w:iCs/>
              </w:rPr>
              <w:t xml:space="preserve"> </w:t>
            </w:r>
            <w:proofErr w:type="spellStart"/>
            <w:r w:rsidRPr="004543E3">
              <w:rPr>
                <w:i/>
                <w:iCs/>
              </w:rPr>
              <w:t>công</w:t>
            </w:r>
            <w:proofErr w:type="spellEnd"/>
            <w:r w:rsidRPr="004543E3">
              <w:rPr>
                <w:i/>
                <w:iCs/>
              </w:rPr>
              <w:t xml:space="preserve"> </w:t>
            </w:r>
            <w:proofErr w:type="spellStart"/>
            <w:r w:rsidRPr="004543E3">
              <w:rPr>
                <w:i/>
                <w:iCs/>
              </w:rPr>
              <w:t>chức</w:t>
            </w:r>
            <w:proofErr w:type="spellEnd"/>
            <w:r w:rsidRPr="004543E3">
              <w:rPr>
                <w:i/>
                <w:iCs/>
              </w:rPr>
              <w:t xml:space="preserve">…”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sửa</w:t>
            </w:r>
            <w:proofErr w:type="spellEnd"/>
            <w:r w:rsidRPr="004543E3">
              <w:t xml:space="preserve"> </w:t>
            </w:r>
            <w:proofErr w:type="spellStart"/>
            <w:r w:rsidRPr="004543E3">
              <w:t>thành</w:t>
            </w:r>
            <w:proofErr w:type="spellEnd"/>
            <w:r w:rsidRPr="004543E3">
              <w:t xml:space="preserve"> “</w:t>
            </w:r>
            <w:r w:rsidRPr="004543E3">
              <w:rPr>
                <w:i/>
                <w:iCs/>
              </w:rPr>
              <w:t xml:space="preserve">“e) … </w:t>
            </w:r>
            <w:proofErr w:type="spellStart"/>
            <w:r w:rsidRPr="004543E3">
              <w:rPr>
                <w:i/>
                <w:iCs/>
              </w:rPr>
              <w:t>cơ</w:t>
            </w:r>
            <w:proofErr w:type="spellEnd"/>
            <w:r w:rsidRPr="004543E3">
              <w:rPr>
                <w:i/>
                <w:iCs/>
              </w:rPr>
              <w:t xml:space="preserve"> </w:t>
            </w:r>
            <w:proofErr w:type="spellStart"/>
            <w:r w:rsidRPr="004543E3">
              <w:rPr>
                <w:i/>
                <w:iCs/>
              </w:rPr>
              <w:t>quan</w:t>
            </w:r>
            <w:proofErr w:type="spellEnd"/>
            <w:r w:rsidRPr="004543E3">
              <w:rPr>
                <w:i/>
                <w:iCs/>
              </w:rPr>
              <w:t xml:space="preserve"> </w:t>
            </w:r>
            <w:proofErr w:type="spellStart"/>
            <w:r w:rsidRPr="004543E3">
              <w:rPr>
                <w:i/>
                <w:iCs/>
              </w:rPr>
              <w:t>sử</w:t>
            </w:r>
            <w:proofErr w:type="spellEnd"/>
            <w:r w:rsidRPr="004543E3">
              <w:rPr>
                <w:i/>
                <w:iCs/>
              </w:rPr>
              <w:t xml:space="preserve"> </w:t>
            </w:r>
            <w:proofErr w:type="spellStart"/>
            <w:r w:rsidRPr="004543E3">
              <w:rPr>
                <w:i/>
                <w:iCs/>
              </w:rPr>
              <w:t>dụng</w:t>
            </w:r>
            <w:proofErr w:type="spellEnd"/>
            <w:r w:rsidRPr="004543E3">
              <w:rPr>
                <w:i/>
                <w:iCs/>
              </w:rPr>
              <w:t xml:space="preserve"> </w:t>
            </w:r>
            <w:proofErr w:type="spellStart"/>
            <w:r w:rsidRPr="004543E3">
              <w:rPr>
                <w:i/>
                <w:iCs/>
              </w:rPr>
              <w:t>công</w:t>
            </w:r>
            <w:proofErr w:type="spellEnd"/>
            <w:r w:rsidRPr="004543E3">
              <w:rPr>
                <w:i/>
                <w:iCs/>
              </w:rPr>
              <w:t xml:space="preserve"> </w:t>
            </w:r>
            <w:proofErr w:type="spellStart"/>
            <w:r w:rsidRPr="004543E3">
              <w:rPr>
                <w:i/>
                <w:iCs/>
              </w:rPr>
              <w:t>chức</w:t>
            </w:r>
            <w:proofErr w:type="spellEnd"/>
            <w:r w:rsidRPr="004543E3">
              <w:rPr>
                <w:i/>
                <w:iCs/>
              </w:rPr>
              <w:t xml:space="preserve">, </w:t>
            </w:r>
            <w:proofErr w:type="spellStart"/>
            <w:r w:rsidRPr="004543E3">
              <w:rPr>
                <w:b/>
                <w:bCs/>
                <w:i/>
                <w:iCs/>
              </w:rPr>
              <w:t>viên</w:t>
            </w:r>
            <w:proofErr w:type="spellEnd"/>
            <w:r w:rsidRPr="004543E3">
              <w:rPr>
                <w:b/>
                <w:bCs/>
                <w:i/>
                <w:iCs/>
              </w:rPr>
              <w:t xml:space="preserve"> </w:t>
            </w:r>
            <w:proofErr w:type="spellStart"/>
            <w:r w:rsidRPr="004543E3">
              <w:rPr>
                <w:b/>
                <w:bCs/>
                <w:i/>
                <w:iCs/>
              </w:rPr>
              <w:t>chức</w:t>
            </w:r>
            <w:proofErr w:type="spellEnd"/>
            <w:r w:rsidRPr="004543E3">
              <w:rPr>
                <w:i/>
                <w:iCs/>
              </w:rPr>
              <w:t>…”</w:t>
            </w:r>
          </w:p>
          <w:p w14:paraId="4854E84A" w14:textId="77777777" w:rsidR="00855AF9" w:rsidRPr="004543E3" w:rsidRDefault="00855AF9" w:rsidP="005A52B0">
            <w:pPr>
              <w:spacing w:before="120" w:after="120" w:line="240" w:lineRule="auto"/>
              <w:jc w:val="both"/>
              <w:rPr>
                <w:b/>
                <w:bCs/>
              </w:rPr>
            </w:pPr>
          </w:p>
          <w:p w14:paraId="7C604C46" w14:textId="77777777" w:rsidR="00855AF9" w:rsidRPr="004543E3" w:rsidRDefault="00855AF9" w:rsidP="005A52B0">
            <w:pPr>
              <w:spacing w:before="120" w:after="120" w:line="240" w:lineRule="auto"/>
              <w:jc w:val="both"/>
              <w:rPr>
                <w:b/>
                <w:bCs/>
              </w:rPr>
            </w:pPr>
          </w:p>
          <w:p w14:paraId="155B2121" w14:textId="77777777" w:rsidR="00855AF9" w:rsidRPr="004543E3" w:rsidRDefault="00855AF9" w:rsidP="005A52B0">
            <w:pPr>
              <w:spacing w:before="120" w:after="120" w:line="240" w:lineRule="auto"/>
              <w:jc w:val="both"/>
              <w:rPr>
                <w:b/>
                <w:bCs/>
              </w:rPr>
            </w:pPr>
            <w:proofErr w:type="spellStart"/>
            <w:r w:rsidRPr="004543E3">
              <w:rPr>
                <w:b/>
                <w:bCs/>
              </w:rPr>
              <w:t>Bô</w:t>
            </w:r>
            <w:proofErr w:type="spellEnd"/>
            <w:r w:rsidRPr="004543E3">
              <w:rPr>
                <w:b/>
                <w:bCs/>
              </w:rPr>
              <w:t xml:space="preserve">̣ </w:t>
            </w:r>
            <w:proofErr w:type="spellStart"/>
            <w:r w:rsidRPr="004543E3">
              <w:rPr>
                <w:b/>
                <w:bCs/>
              </w:rPr>
              <w:t>Quốc</w:t>
            </w:r>
            <w:proofErr w:type="spellEnd"/>
            <w:r w:rsidRPr="004543E3">
              <w:rPr>
                <w:b/>
                <w:bCs/>
              </w:rPr>
              <w:t xml:space="preserve"> </w:t>
            </w:r>
            <w:proofErr w:type="spellStart"/>
            <w:r w:rsidRPr="004543E3">
              <w:rPr>
                <w:b/>
                <w:bCs/>
              </w:rPr>
              <w:t>phòng</w:t>
            </w:r>
            <w:proofErr w:type="spellEnd"/>
            <w:r w:rsidRPr="004543E3">
              <w:rPr>
                <w:b/>
                <w:bCs/>
              </w:rPr>
              <w:t>:</w:t>
            </w:r>
          </w:p>
          <w:p w14:paraId="6412A0AA" w14:textId="77777777" w:rsidR="00855AF9" w:rsidRPr="004543E3" w:rsidRDefault="00855AF9" w:rsidP="005A52B0">
            <w:pPr>
              <w:spacing w:before="120" w:after="120" w:line="240" w:lineRule="auto"/>
              <w:jc w:val="both"/>
            </w:pPr>
            <w:proofErr w:type="spellStart"/>
            <w:r w:rsidRPr="004543E3">
              <w:t>Điểm</w:t>
            </w:r>
            <w:proofErr w:type="spellEnd"/>
            <w:r w:rsidRPr="004543E3">
              <w:t xml:space="preserve"> e </w:t>
            </w:r>
            <w:proofErr w:type="spellStart"/>
            <w:r w:rsidRPr="004543E3">
              <w:t>khoản</w:t>
            </w:r>
            <w:proofErr w:type="spellEnd"/>
            <w:r w:rsidRPr="004543E3">
              <w:t xml:space="preserve"> 4 </w:t>
            </w:r>
            <w:proofErr w:type="spellStart"/>
            <w:r w:rsidRPr="004543E3">
              <w:t>Điều</w:t>
            </w:r>
            <w:proofErr w:type="spellEnd"/>
            <w:r w:rsidRPr="004543E3">
              <w:t xml:space="preserve"> 6 </w:t>
            </w:r>
            <w:proofErr w:type="spellStart"/>
            <w:r w:rsidRPr="004543E3">
              <w:t>bổ</w:t>
            </w:r>
            <w:proofErr w:type="spellEnd"/>
            <w:r w:rsidRPr="004543E3">
              <w:t xml:space="preserve"> sung </w:t>
            </w:r>
            <w:proofErr w:type="spellStart"/>
            <w:r w:rsidRPr="004543E3">
              <w:t>như</w:t>
            </w:r>
            <w:proofErr w:type="spellEnd"/>
            <w:r w:rsidRPr="004543E3">
              <w:t xml:space="preserve"> </w:t>
            </w:r>
            <w:proofErr w:type="spellStart"/>
            <w:r w:rsidRPr="004543E3">
              <w:t>sau</w:t>
            </w:r>
            <w:proofErr w:type="spellEnd"/>
            <w:r w:rsidRPr="004543E3">
              <w:t>:</w:t>
            </w:r>
            <w:r w:rsidRPr="004543E3">
              <w:br/>
              <w:t xml:space="preserve">“Trong </w:t>
            </w:r>
            <w:proofErr w:type="spellStart"/>
            <w:r w:rsidRPr="004543E3">
              <w:t>thời</w:t>
            </w:r>
            <w:proofErr w:type="spellEnd"/>
            <w:r w:rsidRPr="004543E3">
              <w:t xml:space="preserve"> </w:t>
            </w:r>
            <w:proofErr w:type="spellStart"/>
            <w:r w:rsidRPr="004543E3">
              <w:t>gian</w:t>
            </w:r>
            <w:proofErr w:type="spellEnd"/>
            <w:r w:rsidRPr="004543E3">
              <w:t xml:space="preserve"> </w:t>
            </w:r>
            <w:proofErr w:type="spellStart"/>
            <w:r w:rsidRPr="004543E3">
              <w:t>giữ</w:t>
            </w:r>
            <w:proofErr w:type="spellEnd"/>
            <w:r w:rsidRPr="004543E3">
              <w:t xml:space="preserve"> </w:t>
            </w:r>
            <w:proofErr w:type="spellStart"/>
            <w:r w:rsidRPr="004543E3">
              <w:t>ngạch</w:t>
            </w:r>
            <w:proofErr w:type="spellEnd"/>
            <w:r w:rsidRPr="004543E3">
              <w:t xml:space="preserve"> </w:t>
            </w:r>
            <w:proofErr w:type="spellStart"/>
            <w:r w:rsidRPr="004543E3">
              <w:t>kiểm</w:t>
            </w:r>
            <w:proofErr w:type="spellEnd"/>
            <w:r w:rsidRPr="004543E3">
              <w:t xml:space="preserve"> </w:t>
            </w:r>
            <w:proofErr w:type="spellStart"/>
            <w:r w:rsidRPr="004543E3">
              <w:t>soát</w:t>
            </w:r>
            <w:proofErr w:type="spellEnd"/>
            <w:r w:rsidRPr="004543E3">
              <w:t xml:space="preserve"> </w:t>
            </w:r>
            <w:proofErr w:type="spellStart"/>
            <w:r w:rsidRPr="004543E3">
              <w:t>viên</w:t>
            </w:r>
            <w:proofErr w:type="spellEnd"/>
            <w:r w:rsidRPr="004543E3">
              <w:t xml:space="preserve"> </w:t>
            </w:r>
            <w:proofErr w:type="spellStart"/>
            <w:r w:rsidRPr="004543E3">
              <w:t>chất</w:t>
            </w:r>
            <w:proofErr w:type="spellEnd"/>
            <w:r w:rsidRPr="004543E3">
              <w:t xml:space="preserve"> </w:t>
            </w:r>
            <w:proofErr w:type="spellStart"/>
            <w:r w:rsidRPr="004543E3">
              <w:t>lượng</w:t>
            </w:r>
            <w:proofErr w:type="spellEnd"/>
            <w:r w:rsidRPr="004543E3">
              <w:t xml:space="preserve"> </w:t>
            </w:r>
            <w:proofErr w:type="spellStart"/>
            <w:r w:rsidRPr="004543E3">
              <w:t>sản</w:t>
            </w:r>
            <w:proofErr w:type="spellEnd"/>
            <w:r w:rsidRPr="004543E3">
              <w:t xml:space="preserve"> </w:t>
            </w:r>
            <w:proofErr w:type="spellStart"/>
            <w:r w:rsidRPr="004543E3">
              <w:t>phẩm</w:t>
            </w:r>
            <w:proofErr w:type="spellEnd"/>
            <w:r w:rsidRPr="004543E3">
              <w:t xml:space="preserve">, </w:t>
            </w:r>
            <w:proofErr w:type="spellStart"/>
            <w:r w:rsidRPr="004543E3">
              <w:t>hàng</w:t>
            </w:r>
            <w:proofErr w:type="spellEnd"/>
            <w:r w:rsidRPr="004543E3">
              <w:t xml:space="preserve"> </w:t>
            </w:r>
            <w:proofErr w:type="spellStart"/>
            <w:r w:rsidRPr="004543E3">
              <w:t>hóa</w:t>
            </w:r>
            <w:proofErr w:type="spellEnd"/>
            <w:r w:rsidRPr="004543E3">
              <w:t xml:space="preserve"> </w:t>
            </w:r>
            <w:proofErr w:type="spellStart"/>
            <w:r w:rsidRPr="004543E3">
              <w:t>hoặc</w:t>
            </w:r>
            <w:proofErr w:type="spellEnd"/>
            <w:r w:rsidRPr="004543E3">
              <w:t xml:space="preserve"> </w:t>
            </w:r>
            <w:proofErr w:type="spellStart"/>
            <w:r w:rsidRPr="004543E3">
              <w:t>ngạch</w:t>
            </w:r>
            <w:proofErr w:type="spellEnd"/>
            <w:r w:rsidRPr="004543E3">
              <w:t xml:space="preserve"> </w:t>
            </w:r>
            <w:proofErr w:type="spellStart"/>
            <w:r w:rsidRPr="004543E3">
              <w:t>tương</w:t>
            </w:r>
            <w:proofErr w:type="spellEnd"/>
            <w:r w:rsidRPr="004543E3">
              <w:t xml:space="preserve"> </w:t>
            </w:r>
            <w:proofErr w:type="spellStart"/>
            <w:r w:rsidRPr="004543E3">
              <w:t>đương</w:t>
            </w:r>
            <w:proofErr w:type="spellEnd"/>
            <w:r w:rsidRPr="004543E3">
              <w:t xml:space="preserve"> </w:t>
            </w:r>
            <w:proofErr w:type="spellStart"/>
            <w:r w:rsidRPr="004543E3">
              <w:t>đã</w:t>
            </w:r>
            <w:proofErr w:type="spellEnd"/>
            <w:r w:rsidRPr="004543E3">
              <w:t xml:space="preserve"> </w:t>
            </w:r>
            <w:proofErr w:type="spellStart"/>
            <w:r w:rsidRPr="004543E3">
              <w:t>chủ</w:t>
            </w:r>
            <w:proofErr w:type="spellEnd"/>
            <w:r w:rsidRPr="004543E3">
              <w:t xml:space="preserve"> </w:t>
            </w:r>
            <w:proofErr w:type="spellStart"/>
            <w:r w:rsidRPr="004543E3">
              <w:t>trì</w:t>
            </w:r>
            <w:proofErr w:type="spellEnd"/>
            <w:r w:rsidRPr="004543E3">
              <w:t xml:space="preserve"> </w:t>
            </w:r>
            <w:proofErr w:type="spellStart"/>
            <w:r w:rsidRPr="004543E3">
              <w:t>hoặc</w:t>
            </w:r>
            <w:proofErr w:type="spellEnd"/>
            <w:r w:rsidRPr="004543E3">
              <w:t xml:space="preserve"> </w:t>
            </w:r>
            <w:proofErr w:type="spellStart"/>
            <w:r w:rsidRPr="004543E3">
              <w:t>tham</w:t>
            </w:r>
            <w:proofErr w:type="spellEnd"/>
            <w:r w:rsidRPr="004543E3">
              <w:t xml:space="preserve"> </w:t>
            </w:r>
            <w:proofErr w:type="spellStart"/>
            <w:r w:rsidRPr="004543E3">
              <w:t>gia</w:t>
            </w:r>
            <w:proofErr w:type="spellEnd"/>
            <w:r w:rsidRPr="004543E3">
              <w:t xml:space="preserve"> </w:t>
            </w:r>
            <w:proofErr w:type="spellStart"/>
            <w:r w:rsidRPr="004543E3">
              <w:t>xây</w:t>
            </w:r>
            <w:proofErr w:type="spellEnd"/>
            <w:r w:rsidRPr="004543E3">
              <w:t xml:space="preserve"> </w:t>
            </w:r>
            <w:proofErr w:type="spellStart"/>
            <w:r w:rsidRPr="004543E3">
              <w:t>dựng</w:t>
            </w:r>
            <w:proofErr w:type="spellEnd"/>
            <w:r w:rsidRPr="004543E3">
              <w:t xml:space="preserve"> 02 </w:t>
            </w:r>
            <w:proofErr w:type="spellStart"/>
            <w:r w:rsidRPr="004543E3">
              <w:t>văn</w:t>
            </w:r>
            <w:proofErr w:type="spellEnd"/>
            <w:r w:rsidRPr="004543E3">
              <w:t xml:space="preserve"> </w:t>
            </w:r>
            <w:proofErr w:type="spellStart"/>
            <w:r w:rsidRPr="004543E3">
              <w:t>bản</w:t>
            </w:r>
            <w:proofErr w:type="spellEnd"/>
            <w:r w:rsidRPr="004543E3">
              <w:t xml:space="preserve"> </w:t>
            </w:r>
            <w:proofErr w:type="spellStart"/>
            <w:r w:rsidRPr="004543E3">
              <w:t>quy</w:t>
            </w:r>
            <w:proofErr w:type="spellEnd"/>
            <w:r w:rsidRPr="004543E3">
              <w:t xml:space="preserve"> </w:t>
            </w:r>
            <w:proofErr w:type="spellStart"/>
            <w:r w:rsidRPr="004543E3">
              <w:t>phạm</w:t>
            </w:r>
            <w:proofErr w:type="spellEnd"/>
            <w:r w:rsidRPr="004543E3">
              <w:t xml:space="preserve"> </w:t>
            </w:r>
            <w:proofErr w:type="spellStart"/>
            <w:r w:rsidRPr="004543E3">
              <w:t>pháp</w:t>
            </w:r>
            <w:proofErr w:type="spellEnd"/>
            <w:r w:rsidRPr="004543E3">
              <w:t xml:space="preserve"> </w:t>
            </w:r>
            <w:proofErr w:type="spellStart"/>
            <w:r w:rsidRPr="004543E3">
              <w:t>luật</w:t>
            </w:r>
            <w:proofErr w:type="spellEnd"/>
            <w:r w:rsidRPr="004543E3">
              <w:t xml:space="preserve"> </w:t>
            </w:r>
            <w:proofErr w:type="spellStart"/>
            <w:r w:rsidRPr="004543E3">
              <w:t>hoặc</w:t>
            </w:r>
            <w:proofErr w:type="spellEnd"/>
            <w:r w:rsidRPr="004543E3">
              <w:t xml:space="preserve"> </w:t>
            </w:r>
            <w:proofErr w:type="spellStart"/>
            <w:r w:rsidRPr="004543E3">
              <w:t>đề</w:t>
            </w:r>
            <w:proofErr w:type="spellEnd"/>
            <w:r w:rsidRPr="004543E3">
              <w:t xml:space="preserve"> </w:t>
            </w:r>
            <w:proofErr w:type="spellStart"/>
            <w:r w:rsidRPr="004543E3">
              <w:t>tài</w:t>
            </w:r>
            <w:proofErr w:type="spellEnd"/>
            <w:r w:rsidRPr="004543E3">
              <w:t xml:space="preserve">, </w:t>
            </w:r>
            <w:proofErr w:type="spellStart"/>
            <w:r w:rsidRPr="004543E3">
              <w:t>đề</w:t>
            </w:r>
            <w:proofErr w:type="spellEnd"/>
            <w:r w:rsidRPr="004543E3">
              <w:t xml:space="preserve"> </w:t>
            </w:r>
            <w:proofErr w:type="spellStart"/>
            <w:r w:rsidRPr="004543E3">
              <w:t>án</w:t>
            </w:r>
            <w:proofErr w:type="spellEnd"/>
            <w:r w:rsidRPr="004543E3">
              <w:t xml:space="preserve">, </w:t>
            </w:r>
            <w:proofErr w:type="spellStart"/>
            <w:r w:rsidRPr="004543E3">
              <w:t>dự</w:t>
            </w:r>
            <w:proofErr w:type="spellEnd"/>
            <w:r w:rsidRPr="004543E3">
              <w:t xml:space="preserve"> </w:t>
            </w:r>
            <w:proofErr w:type="spellStart"/>
            <w:r w:rsidRPr="004543E3">
              <w:t>án</w:t>
            </w:r>
            <w:proofErr w:type="spellEnd"/>
            <w:r w:rsidRPr="004543E3">
              <w:t xml:space="preserve">, </w:t>
            </w:r>
            <w:proofErr w:type="spellStart"/>
            <w:r w:rsidRPr="004543E3">
              <w:t>nhiệm</w:t>
            </w:r>
            <w:proofErr w:type="spellEnd"/>
            <w:r w:rsidRPr="004543E3">
              <w:t xml:space="preserve"> </w:t>
            </w:r>
            <w:proofErr w:type="spellStart"/>
            <w:r w:rsidRPr="004543E3">
              <w:t>vụ</w:t>
            </w:r>
            <w:proofErr w:type="spellEnd"/>
            <w:r w:rsidRPr="004543E3">
              <w:t xml:space="preserve"> khoa </w:t>
            </w:r>
            <w:proofErr w:type="spellStart"/>
            <w:r w:rsidRPr="004543E3">
              <w:t>học</w:t>
            </w:r>
            <w:proofErr w:type="spellEnd"/>
            <w:r w:rsidRPr="004543E3">
              <w:t xml:space="preserve">, </w:t>
            </w:r>
            <w:proofErr w:type="spellStart"/>
            <w:r w:rsidRPr="004543E3">
              <w:t>công</w:t>
            </w:r>
            <w:proofErr w:type="spellEnd"/>
            <w:r w:rsidRPr="004543E3">
              <w:t xml:space="preserve"> </w:t>
            </w:r>
            <w:proofErr w:type="spellStart"/>
            <w:r w:rsidRPr="004543E3">
              <w:t>nghệ</w:t>
            </w:r>
            <w:proofErr w:type="spellEnd"/>
            <w:r w:rsidRPr="004543E3">
              <w:t xml:space="preserve"> </w:t>
            </w:r>
            <w:proofErr w:type="spellStart"/>
            <w:r w:rsidRPr="004543E3">
              <w:t>và</w:t>
            </w:r>
            <w:proofErr w:type="spellEnd"/>
            <w:r w:rsidRPr="004543E3">
              <w:t xml:space="preserve"> </w:t>
            </w:r>
            <w:proofErr w:type="spellStart"/>
            <w:r w:rsidRPr="004543E3">
              <w:t>đổi</w:t>
            </w:r>
            <w:proofErr w:type="spellEnd"/>
            <w:r w:rsidRPr="004543E3">
              <w:t xml:space="preserve"> </w:t>
            </w:r>
            <w:proofErr w:type="spellStart"/>
            <w:r w:rsidRPr="004543E3">
              <w:t>mới</w:t>
            </w:r>
            <w:proofErr w:type="spellEnd"/>
            <w:r w:rsidRPr="004543E3">
              <w:t xml:space="preserve"> </w:t>
            </w:r>
            <w:proofErr w:type="spellStart"/>
            <w:r w:rsidRPr="004543E3">
              <w:t>sáng</w:t>
            </w:r>
            <w:proofErr w:type="spellEnd"/>
            <w:r w:rsidRPr="004543E3">
              <w:t xml:space="preserve"> </w:t>
            </w:r>
            <w:proofErr w:type="spellStart"/>
            <w:r w:rsidRPr="004543E3">
              <w:t>tạo</w:t>
            </w:r>
            <w:proofErr w:type="spellEnd"/>
            <w:r w:rsidRPr="004543E3">
              <w:t xml:space="preserve"> </w:t>
            </w:r>
            <w:proofErr w:type="spellStart"/>
            <w:r w:rsidRPr="004543E3">
              <w:t>cơ</w:t>
            </w:r>
            <w:proofErr w:type="spellEnd"/>
            <w:r w:rsidRPr="004543E3">
              <w:t xml:space="preserve"> </w:t>
            </w:r>
            <w:proofErr w:type="spellStart"/>
            <w:r w:rsidRPr="004543E3">
              <w:t>sở</w:t>
            </w:r>
            <w:proofErr w:type="spellEnd"/>
            <w:r w:rsidRPr="004543E3">
              <w:t xml:space="preserve"> </w:t>
            </w:r>
            <w:proofErr w:type="spellStart"/>
            <w:r w:rsidRPr="004543E3">
              <w:rPr>
                <w:b/>
                <w:bCs/>
              </w:rPr>
              <w:t>trở</w:t>
            </w:r>
            <w:proofErr w:type="spellEnd"/>
            <w:r w:rsidRPr="004543E3">
              <w:rPr>
                <w:b/>
                <w:bCs/>
              </w:rPr>
              <w:t xml:space="preserve"> </w:t>
            </w:r>
            <w:proofErr w:type="spellStart"/>
            <w:r w:rsidRPr="004543E3">
              <w:rPr>
                <w:b/>
                <w:bCs/>
              </w:rPr>
              <w:t>lên</w:t>
            </w:r>
            <w:proofErr w:type="spellEnd"/>
            <w:r w:rsidRPr="004543E3">
              <w:t xml:space="preserve"> </w:t>
            </w:r>
            <w:proofErr w:type="spellStart"/>
            <w:r w:rsidRPr="004543E3">
              <w:t>mà</w:t>
            </w:r>
            <w:proofErr w:type="spellEnd"/>
            <w:r w:rsidRPr="004543E3">
              <w:t xml:space="preserve"> </w:t>
            </w:r>
            <w:proofErr w:type="spellStart"/>
            <w:r w:rsidRPr="004543E3">
              <w:t>cơ</w:t>
            </w:r>
            <w:proofErr w:type="spellEnd"/>
            <w:r w:rsidRPr="004543E3">
              <w:t xml:space="preserve"> </w:t>
            </w:r>
            <w:proofErr w:type="spellStart"/>
            <w:r w:rsidRPr="004543E3">
              <w:t>quan</w:t>
            </w:r>
            <w:proofErr w:type="spellEnd"/>
            <w:r w:rsidRPr="004543E3">
              <w:t xml:space="preserve"> </w:t>
            </w:r>
            <w:proofErr w:type="spellStart"/>
            <w:r w:rsidRPr="004543E3">
              <w:t>sử</w:t>
            </w:r>
            <w:proofErr w:type="spellEnd"/>
            <w:r w:rsidRPr="004543E3">
              <w:t xml:space="preserve"> </w:t>
            </w:r>
            <w:proofErr w:type="spellStart"/>
            <w:r w:rsidRPr="004543E3">
              <w:t>dụng</w:t>
            </w:r>
            <w:proofErr w:type="spellEnd"/>
            <w:r w:rsidRPr="004543E3">
              <w:t xml:space="preserve"> </w:t>
            </w:r>
            <w:proofErr w:type="spellStart"/>
            <w:r w:rsidRPr="004543E3">
              <w:t>công</w:t>
            </w:r>
            <w:proofErr w:type="spellEnd"/>
            <w:r w:rsidRPr="004543E3">
              <w:t xml:space="preserve"> </w:t>
            </w:r>
            <w:proofErr w:type="spellStart"/>
            <w:r w:rsidRPr="004543E3">
              <w:t>chức</w:t>
            </w:r>
            <w:proofErr w:type="spellEnd"/>
            <w:r w:rsidRPr="004543E3">
              <w:t xml:space="preserve"> </w:t>
            </w:r>
            <w:proofErr w:type="spellStart"/>
            <w:r w:rsidRPr="004543E3">
              <w:t>được</w:t>
            </w:r>
            <w:proofErr w:type="spellEnd"/>
            <w:r w:rsidRPr="004543E3">
              <w:t xml:space="preserve"> </w:t>
            </w:r>
            <w:proofErr w:type="spellStart"/>
            <w:r w:rsidRPr="004543E3">
              <w:t>giao</w:t>
            </w:r>
            <w:proofErr w:type="spellEnd"/>
            <w:r w:rsidRPr="004543E3">
              <w:t xml:space="preserve"> </w:t>
            </w:r>
            <w:proofErr w:type="spellStart"/>
            <w:r w:rsidRPr="004543E3">
              <w:t>chủ</w:t>
            </w:r>
            <w:proofErr w:type="spellEnd"/>
            <w:r w:rsidRPr="004543E3">
              <w:t xml:space="preserve"> </w:t>
            </w:r>
            <w:proofErr w:type="spellStart"/>
            <w:r w:rsidRPr="004543E3">
              <w:t>trì</w:t>
            </w:r>
            <w:proofErr w:type="spellEnd"/>
            <w:r w:rsidRPr="004543E3">
              <w:t xml:space="preserve"> </w:t>
            </w:r>
            <w:proofErr w:type="spellStart"/>
            <w:r w:rsidRPr="004543E3">
              <w:t>nghiên</w:t>
            </w:r>
            <w:proofErr w:type="spellEnd"/>
            <w:r w:rsidRPr="004543E3">
              <w:t xml:space="preserve"> </w:t>
            </w:r>
            <w:proofErr w:type="spellStart"/>
            <w:r w:rsidRPr="004543E3">
              <w:t>cứu</w:t>
            </w:r>
            <w:proofErr w:type="spellEnd"/>
            <w:r w:rsidRPr="004543E3">
              <w:t xml:space="preserve">, </w:t>
            </w:r>
            <w:proofErr w:type="spellStart"/>
            <w:r w:rsidRPr="004543E3">
              <w:t>xây</w:t>
            </w:r>
            <w:proofErr w:type="spellEnd"/>
            <w:r w:rsidRPr="004543E3">
              <w:t xml:space="preserve"> </w:t>
            </w:r>
            <w:proofErr w:type="spellStart"/>
            <w:r w:rsidRPr="004543E3">
              <w:t>dựng</w:t>
            </w:r>
            <w:proofErr w:type="spellEnd"/>
            <w:r w:rsidRPr="004543E3">
              <w:t xml:space="preserve"> </w:t>
            </w:r>
            <w:proofErr w:type="spellStart"/>
            <w:r w:rsidRPr="004543E3">
              <w:t>đã</w:t>
            </w:r>
            <w:proofErr w:type="spellEnd"/>
            <w:r w:rsidRPr="004543E3">
              <w:t xml:space="preserve"> </w:t>
            </w:r>
            <w:proofErr w:type="spellStart"/>
            <w:r w:rsidRPr="004543E3">
              <w:t>được</w:t>
            </w:r>
            <w:proofErr w:type="spellEnd"/>
            <w:r w:rsidRPr="004543E3">
              <w:t xml:space="preserve"> </w:t>
            </w:r>
            <w:proofErr w:type="spellStart"/>
            <w:r w:rsidRPr="004543E3">
              <w:t>cấp</w:t>
            </w:r>
            <w:proofErr w:type="spellEnd"/>
            <w:r w:rsidRPr="004543E3">
              <w:t xml:space="preserve"> </w:t>
            </w:r>
            <w:proofErr w:type="spellStart"/>
            <w:r w:rsidRPr="004543E3">
              <w:t>có</w:t>
            </w:r>
            <w:proofErr w:type="spellEnd"/>
            <w:r w:rsidRPr="004543E3">
              <w:t xml:space="preserve"> </w:t>
            </w:r>
            <w:proofErr w:type="spellStart"/>
            <w:r w:rsidRPr="004543E3">
              <w:t>thẩm</w:t>
            </w:r>
            <w:proofErr w:type="spellEnd"/>
            <w:r w:rsidRPr="004543E3">
              <w:t xml:space="preserve"> </w:t>
            </w:r>
            <w:proofErr w:type="spellStart"/>
            <w:r w:rsidRPr="004543E3">
              <w:t>quyền</w:t>
            </w:r>
            <w:proofErr w:type="spellEnd"/>
            <w:r w:rsidRPr="004543E3">
              <w:t xml:space="preserve"> ban </w:t>
            </w:r>
            <w:proofErr w:type="spellStart"/>
            <w:r w:rsidRPr="004543E3">
              <w:t>hành</w:t>
            </w:r>
            <w:proofErr w:type="spellEnd"/>
            <w:r w:rsidRPr="004543E3">
              <w:t xml:space="preserve"> </w:t>
            </w:r>
            <w:proofErr w:type="spellStart"/>
            <w:r w:rsidRPr="004543E3">
              <w:t>hoặc</w:t>
            </w:r>
            <w:proofErr w:type="spellEnd"/>
            <w:r w:rsidRPr="004543E3">
              <w:t xml:space="preserve"> </w:t>
            </w:r>
            <w:proofErr w:type="spellStart"/>
            <w:r w:rsidRPr="004543E3">
              <w:t>nghiệm</w:t>
            </w:r>
            <w:proofErr w:type="spellEnd"/>
            <w:r w:rsidRPr="004543E3">
              <w:t xml:space="preserve"> </w:t>
            </w:r>
            <w:proofErr w:type="spellStart"/>
            <w:r w:rsidRPr="004543E3">
              <w:t>thu</w:t>
            </w:r>
            <w:proofErr w:type="spellEnd"/>
            <w:r w:rsidRPr="004543E3">
              <w:t xml:space="preserve"> ở </w:t>
            </w:r>
            <w:proofErr w:type="spellStart"/>
            <w:r w:rsidRPr="004543E3">
              <w:t>mức</w:t>
            </w:r>
            <w:proofErr w:type="spellEnd"/>
            <w:r w:rsidRPr="004543E3">
              <w:t xml:space="preserve"> </w:t>
            </w:r>
            <w:proofErr w:type="spellStart"/>
            <w:r w:rsidRPr="004543E3">
              <w:t>đạt</w:t>
            </w:r>
            <w:proofErr w:type="spellEnd"/>
            <w:r w:rsidRPr="004543E3">
              <w:t xml:space="preserve"> </w:t>
            </w:r>
            <w:proofErr w:type="spellStart"/>
            <w:r w:rsidRPr="004543E3">
              <w:t>trở</w:t>
            </w:r>
            <w:proofErr w:type="spellEnd"/>
            <w:r w:rsidRPr="004543E3">
              <w:t xml:space="preserve"> </w:t>
            </w:r>
            <w:proofErr w:type="spellStart"/>
            <w:r w:rsidRPr="004543E3">
              <w:t>lên</w:t>
            </w:r>
            <w:proofErr w:type="spellEnd"/>
            <w:r w:rsidRPr="004543E3">
              <w:t>.”</w:t>
            </w:r>
          </w:p>
          <w:p w14:paraId="39AA8402" w14:textId="77777777" w:rsidR="00855AF9" w:rsidRPr="004543E3" w:rsidRDefault="00855AF9" w:rsidP="005A52B0">
            <w:pPr>
              <w:spacing w:before="120" w:after="120" w:line="240" w:lineRule="auto"/>
              <w:jc w:val="both"/>
              <w:rPr>
                <w:b/>
                <w:bCs/>
              </w:rPr>
            </w:pPr>
            <w:proofErr w:type="spellStart"/>
            <w:r w:rsidRPr="004543E3">
              <w:rPr>
                <w:b/>
                <w:bCs/>
              </w:rPr>
              <w:t>Sơ</w:t>
            </w:r>
            <w:proofErr w:type="spellEnd"/>
            <w:r w:rsidRPr="004543E3">
              <w:rPr>
                <w:b/>
                <w:bCs/>
              </w:rPr>
              <w:t xml:space="preserve">̉ KH&amp;CN </w:t>
            </w:r>
            <w:proofErr w:type="spellStart"/>
            <w:r w:rsidRPr="004543E3">
              <w:rPr>
                <w:b/>
                <w:bCs/>
              </w:rPr>
              <w:t>tỉnh</w:t>
            </w:r>
            <w:proofErr w:type="spellEnd"/>
            <w:r w:rsidRPr="004543E3">
              <w:rPr>
                <w:b/>
                <w:bCs/>
              </w:rPr>
              <w:t xml:space="preserve"> </w:t>
            </w:r>
            <w:proofErr w:type="spellStart"/>
            <w:r w:rsidRPr="004543E3">
              <w:rPr>
                <w:b/>
                <w:bCs/>
              </w:rPr>
              <w:t>Khánh</w:t>
            </w:r>
            <w:proofErr w:type="spellEnd"/>
            <w:r w:rsidRPr="004543E3">
              <w:rPr>
                <w:b/>
                <w:bCs/>
              </w:rPr>
              <w:t xml:space="preserve"> </w:t>
            </w:r>
            <w:proofErr w:type="spellStart"/>
            <w:r w:rsidRPr="004543E3">
              <w:rPr>
                <w:b/>
                <w:bCs/>
              </w:rPr>
              <w:t>Hòa</w:t>
            </w:r>
            <w:proofErr w:type="spellEnd"/>
            <w:r w:rsidRPr="004543E3">
              <w:rPr>
                <w:b/>
                <w:bCs/>
              </w:rPr>
              <w:t>:</w:t>
            </w:r>
          </w:p>
          <w:p w14:paraId="5D9709EE" w14:textId="77777777" w:rsidR="00855AF9" w:rsidRPr="005A52B0" w:rsidRDefault="00855AF9" w:rsidP="005A52B0">
            <w:pPr>
              <w:spacing w:before="120" w:after="120" w:line="240" w:lineRule="auto"/>
              <w:jc w:val="both"/>
              <w:rPr>
                <w:spacing w:val="-12"/>
              </w:rPr>
            </w:pPr>
            <w:proofErr w:type="spellStart"/>
            <w:r w:rsidRPr="005A52B0">
              <w:rPr>
                <w:spacing w:val="-12"/>
              </w:rPr>
              <w:t>Tại</w:t>
            </w:r>
            <w:proofErr w:type="spellEnd"/>
            <w:r w:rsidRPr="005A52B0">
              <w:rPr>
                <w:spacing w:val="-12"/>
              </w:rPr>
              <w:t xml:space="preserve"> </w:t>
            </w:r>
            <w:proofErr w:type="spellStart"/>
            <w:r w:rsidRPr="005A52B0">
              <w:rPr>
                <w:spacing w:val="-12"/>
              </w:rPr>
              <w:t>Điểm</w:t>
            </w:r>
            <w:proofErr w:type="spellEnd"/>
            <w:r w:rsidRPr="005A52B0">
              <w:rPr>
                <w:spacing w:val="-12"/>
              </w:rPr>
              <w:t xml:space="preserve"> e </w:t>
            </w:r>
            <w:proofErr w:type="spellStart"/>
            <w:r w:rsidRPr="005A52B0">
              <w:rPr>
                <w:spacing w:val="-12"/>
              </w:rPr>
              <w:t>Khoản</w:t>
            </w:r>
            <w:proofErr w:type="spellEnd"/>
            <w:r w:rsidRPr="005A52B0">
              <w:rPr>
                <w:spacing w:val="-12"/>
              </w:rPr>
              <w:t xml:space="preserve"> 4 </w:t>
            </w:r>
            <w:proofErr w:type="spellStart"/>
            <w:r w:rsidRPr="005A52B0">
              <w:rPr>
                <w:spacing w:val="-12"/>
              </w:rPr>
              <w:t>của</w:t>
            </w:r>
            <w:proofErr w:type="spellEnd"/>
            <w:r w:rsidRPr="005A52B0">
              <w:rPr>
                <w:spacing w:val="-12"/>
              </w:rPr>
              <w:t xml:space="preserve"> </w:t>
            </w:r>
            <w:proofErr w:type="spellStart"/>
            <w:r w:rsidRPr="005A52B0">
              <w:rPr>
                <w:spacing w:val="-12"/>
              </w:rPr>
              <w:t>Điều</w:t>
            </w:r>
            <w:proofErr w:type="spellEnd"/>
            <w:r w:rsidRPr="005A52B0">
              <w:rPr>
                <w:spacing w:val="-12"/>
              </w:rPr>
              <w:t xml:space="preserve"> 6 </w:t>
            </w:r>
            <w:proofErr w:type="spellStart"/>
            <w:r w:rsidRPr="005A52B0">
              <w:rPr>
                <w:spacing w:val="-12"/>
              </w:rPr>
              <w:t>đề</w:t>
            </w:r>
            <w:proofErr w:type="spellEnd"/>
            <w:r w:rsidRPr="005A52B0">
              <w:rPr>
                <w:spacing w:val="-12"/>
              </w:rPr>
              <w:t xml:space="preserve"> </w:t>
            </w:r>
            <w:proofErr w:type="spellStart"/>
            <w:r w:rsidRPr="005A52B0">
              <w:rPr>
                <w:spacing w:val="-12"/>
              </w:rPr>
              <w:t>nghị</w:t>
            </w:r>
            <w:proofErr w:type="spellEnd"/>
            <w:r w:rsidRPr="005A52B0">
              <w:rPr>
                <w:spacing w:val="-12"/>
              </w:rPr>
              <w:t xml:space="preserve"> </w:t>
            </w:r>
            <w:proofErr w:type="spellStart"/>
            <w:r w:rsidRPr="005A52B0">
              <w:rPr>
                <w:spacing w:val="-12"/>
              </w:rPr>
              <w:t>sửa</w:t>
            </w:r>
            <w:proofErr w:type="spellEnd"/>
            <w:r w:rsidRPr="005A52B0">
              <w:rPr>
                <w:spacing w:val="-12"/>
              </w:rPr>
              <w:t xml:space="preserve"> </w:t>
            </w:r>
            <w:proofErr w:type="spellStart"/>
            <w:r w:rsidRPr="005A52B0">
              <w:rPr>
                <w:spacing w:val="-12"/>
              </w:rPr>
              <w:t>tương</w:t>
            </w:r>
            <w:proofErr w:type="spellEnd"/>
            <w:r w:rsidRPr="005A52B0">
              <w:rPr>
                <w:spacing w:val="-12"/>
              </w:rPr>
              <w:t xml:space="preserve"> </w:t>
            </w:r>
            <w:proofErr w:type="spellStart"/>
            <w:r w:rsidRPr="005A52B0">
              <w:rPr>
                <w:spacing w:val="-12"/>
              </w:rPr>
              <w:t>tự</w:t>
            </w:r>
            <w:proofErr w:type="spellEnd"/>
            <w:r w:rsidRPr="005A52B0">
              <w:rPr>
                <w:spacing w:val="-12"/>
              </w:rPr>
              <w:t xml:space="preserve"> </w:t>
            </w:r>
            <w:proofErr w:type="spellStart"/>
            <w:r w:rsidRPr="005A52B0">
              <w:rPr>
                <w:spacing w:val="-12"/>
              </w:rPr>
              <w:t>như</w:t>
            </w:r>
            <w:proofErr w:type="spellEnd"/>
            <w:r w:rsidRPr="005A52B0">
              <w:rPr>
                <w:spacing w:val="-12"/>
              </w:rPr>
              <w:t xml:space="preserve"> </w:t>
            </w:r>
            <w:proofErr w:type="spellStart"/>
            <w:r w:rsidRPr="005A52B0">
              <w:rPr>
                <w:spacing w:val="-12"/>
              </w:rPr>
              <w:t>Điểm</w:t>
            </w:r>
            <w:proofErr w:type="spellEnd"/>
            <w:r w:rsidRPr="005A52B0">
              <w:rPr>
                <w:spacing w:val="-12"/>
              </w:rPr>
              <w:t xml:space="preserve"> h Khoản 4 </w:t>
            </w:r>
            <w:proofErr w:type="spellStart"/>
            <w:r w:rsidRPr="005A52B0">
              <w:rPr>
                <w:spacing w:val="-12"/>
              </w:rPr>
              <w:t>của</w:t>
            </w:r>
            <w:proofErr w:type="spellEnd"/>
            <w:r w:rsidRPr="005A52B0">
              <w:rPr>
                <w:spacing w:val="-12"/>
              </w:rPr>
              <w:t xml:space="preserve"> </w:t>
            </w:r>
            <w:proofErr w:type="spellStart"/>
            <w:r w:rsidRPr="005A52B0">
              <w:rPr>
                <w:spacing w:val="-12"/>
              </w:rPr>
              <w:t>Điều</w:t>
            </w:r>
            <w:proofErr w:type="spellEnd"/>
            <w:r w:rsidRPr="005A52B0">
              <w:rPr>
                <w:spacing w:val="-12"/>
              </w:rPr>
              <w:t xml:space="preserve"> 5, </w:t>
            </w:r>
            <w:proofErr w:type="spellStart"/>
            <w:r w:rsidRPr="005A52B0">
              <w:rPr>
                <w:spacing w:val="-12"/>
              </w:rPr>
              <w:t>cụ</w:t>
            </w:r>
            <w:proofErr w:type="spellEnd"/>
            <w:r w:rsidRPr="005A52B0">
              <w:rPr>
                <w:spacing w:val="-12"/>
              </w:rPr>
              <w:t xml:space="preserve"> </w:t>
            </w:r>
            <w:proofErr w:type="spellStart"/>
            <w:r w:rsidRPr="005A52B0">
              <w:rPr>
                <w:spacing w:val="-12"/>
              </w:rPr>
              <w:t>thể</w:t>
            </w:r>
            <w:proofErr w:type="spellEnd"/>
            <w:r w:rsidRPr="005A52B0">
              <w:rPr>
                <w:spacing w:val="-12"/>
              </w:rPr>
              <w:t xml:space="preserve"> </w:t>
            </w:r>
            <w:proofErr w:type="spellStart"/>
            <w:r w:rsidRPr="005A52B0">
              <w:rPr>
                <w:spacing w:val="-12"/>
              </w:rPr>
              <w:t>như</w:t>
            </w:r>
            <w:proofErr w:type="spellEnd"/>
            <w:r w:rsidRPr="005A52B0">
              <w:rPr>
                <w:spacing w:val="-12"/>
              </w:rPr>
              <w:t xml:space="preserve"> </w:t>
            </w:r>
            <w:proofErr w:type="spellStart"/>
            <w:r w:rsidRPr="005A52B0">
              <w:rPr>
                <w:spacing w:val="-12"/>
              </w:rPr>
              <w:t>sau</w:t>
            </w:r>
            <w:proofErr w:type="spellEnd"/>
            <w:r w:rsidRPr="005A52B0">
              <w:rPr>
                <w:spacing w:val="-12"/>
              </w:rPr>
              <w:t>:</w:t>
            </w:r>
          </w:p>
          <w:p w14:paraId="53A500D1" w14:textId="0664DB10" w:rsidR="00855AF9" w:rsidRPr="004543E3" w:rsidRDefault="00855AF9" w:rsidP="005A52B0">
            <w:pPr>
              <w:spacing w:before="120" w:after="120" w:line="240" w:lineRule="auto"/>
              <w:jc w:val="both"/>
            </w:pPr>
            <w:r w:rsidRPr="005A52B0">
              <w:rPr>
                <w:spacing w:val="-12"/>
              </w:rPr>
              <w:t xml:space="preserve">“e) Trong </w:t>
            </w:r>
            <w:proofErr w:type="spellStart"/>
            <w:r w:rsidRPr="005A52B0">
              <w:rPr>
                <w:spacing w:val="-12"/>
              </w:rPr>
              <w:t>thời</w:t>
            </w:r>
            <w:proofErr w:type="spellEnd"/>
            <w:r w:rsidRPr="005A52B0">
              <w:rPr>
                <w:spacing w:val="-12"/>
              </w:rPr>
              <w:t xml:space="preserve"> </w:t>
            </w:r>
            <w:proofErr w:type="spellStart"/>
            <w:r w:rsidRPr="005A52B0">
              <w:rPr>
                <w:spacing w:val="-12"/>
              </w:rPr>
              <w:t>gian</w:t>
            </w:r>
            <w:proofErr w:type="spellEnd"/>
            <w:r w:rsidRPr="005A52B0">
              <w:rPr>
                <w:spacing w:val="-12"/>
              </w:rPr>
              <w:t xml:space="preserve"> </w:t>
            </w:r>
            <w:proofErr w:type="spellStart"/>
            <w:r w:rsidRPr="005A52B0">
              <w:rPr>
                <w:spacing w:val="-12"/>
              </w:rPr>
              <w:t>giữ</w:t>
            </w:r>
            <w:proofErr w:type="spellEnd"/>
            <w:r w:rsidRPr="005A52B0">
              <w:rPr>
                <w:spacing w:val="-12"/>
              </w:rPr>
              <w:t xml:space="preserve"> </w:t>
            </w:r>
            <w:proofErr w:type="spellStart"/>
            <w:r w:rsidRPr="005A52B0">
              <w:rPr>
                <w:spacing w:val="-12"/>
              </w:rPr>
              <w:t>ngạch</w:t>
            </w:r>
            <w:proofErr w:type="spellEnd"/>
            <w:r w:rsidRPr="005A52B0">
              <w:rPr>
                <w:spacing w:val="-12"/>
              </w:rPr>
              <w:t xml:space="preserve"> </w:t>
            </w:r>
            <w:proofErr w:type="spellStart"/>
            <w:r w:rsidRPr="005A52B0">
              <w:rPr>
                <w:spacing w:val="-12"/>
              </w:rPr>
              <w:t>kiểm</w:t>
            </w:r>
            <w:proofErr w:type="spellEnd"/>
            <w:r w:rsidRPr="005A52B0">
              <w:rPr>
                <w:spacing w:val="-12"/>
              </w:rPr>
              <w:t xml:space="preserve"> </w:t>
            </w:r>
            <w:proofErr w:type="spellStart"/>
            <w:r w:rsidRPr="005A52B0">
              <w:rPr>
                <w:spacing w:val="-12"/>
              </w:rPr>
              <w:t>soát</w:t>
            </w:r>
            <w:proofErr w:type="spellEnd"/>
            <w:r w:rsidRPr="005A52B0">
              <w:rPr>
                <w:spacing w:val="-12"/>
              </w:rPr>
              <w:t xml:space="preserve"> </w:t>
            </w:r>
            <w:proofErr w:type="spellStart"/>
            <w:r w:rsidRPr="005A52B0">
              <w:rPr>
                <w:spacing w:val="-12"/>
              </w:rPr>
              <w:t>viên</w:t>
            </w:r>
            <w:proofErr w:type="spellEnd"/>
            <w:r w:rsidRPr="005A52B0">
              <w:rPr>
                <w:spacing w:val="-12"/>
              </w:rPr>
              <w:t xml:space="preserve"> </w:t>
            </w:r>
            <w:proofErr w:type="spellStart"/>
            <w:r w:rsidRPr="005A52B0">
              <w:rPr>
                <w:spacing w:val="-12"/>
              </w:rPr>
              <w:t>chất</w:t>
            </w:r>
            <w:proofErr w:type="spellEnd"/>
            <w:r w:rsidRPr="005A52B0">
              <w:rPr>
                <w:spacing w:val="-12"/>
              </w:rPr>
              <w:t xml:space="preserve"> </w:t>
            </w:r>
            <w:proofErr w:type="spellStart"/>
            <w:r w:rsidRPr="005A52B0">
              <w:rPr>
                <w:spacing w:val="-12"/>
              </w:rPr>
              <w:t>lượng</w:t>
            </w:r>
            <w:proofErr w:type="spellEnd"/>
            <w:r w:rsidRPr="005A52B0">
              <w:rPr>
                <w:spacing w:val="-12"/>
              </w:rPr>
              <w:t xml:space="preserve"> </w:t>
            </w:r>
            <w:proofErr w:type="spellStart"/>
            <w:r w:rsidRPr="005A52B0">
              <w:rPr>
                <w:spacing w:val="-12"/>
              </w:rPr>
              <w:t>sản</w:t>
            </w:r>
            <w:proofErr w:type="spellEnd"/>
            <w:r w:rsidRPr="005A52B0">
              <w:rPr>
                <w:spacing w:val="-12"/>
              </w:rPr>
              <w:t xml:space="preserve"> </w:t>
            </w:r>
            <w:proofErr w:type="spellStart"/>
            <w:r w:rsidRPr="005A52B0">
              <w:rPr>
                <w:spacing w:val="-12"/>
              </w:rPr>
              <w:t>phẩm</w:t>
            </w:r>
            <w:proofErr w:type="spellEnd"/>
            <w:r w:rsidRPr="005A52B0">
              <w:rPr>
                <w:spacing w:val="-12"/>
              </w:rPr>
              <w:t xml:space="preserve">, </w:t>
            </w:r>
            <w:proofErr w:type="spellStart"/>
            <w:r w:rsidRPr="005A52B0">
              <w:rPr>
                <w:spacing w:val="-12"/>
              </w:rPr>
              <w:t>hàng</w:t>
            </w:r>
            <w:proofErr w:type="spellEnd"/>
            <w:r w:rsidRPr="005A52B0">
              <w:rPr>
                <w:spacing w:val="-12"/>
              </w:rPr>
              <w:t xml:space="preserve"> </w:t>
            </w:r>
            <w:proofErr w:type="spellStart"/>
            <w:r w:rsidRPr="005A52B0">
              <w:rPr>
                <w:spacing w:val="-12"/>
              </w:rPr>
              <w:t>hóa</w:t>
            </w:r>
            <w:proofErr w:type="spellEnd"/>
            <w:r w:rsidRPr="005A52B0">
              <w:rPr>
                <w:spacing w:val="-12"/>
              </w:rPr>
              <w:t xml:space="preserve"> </w:t>
            </w:r>
            <w:proofErr w:type="spellStart"/>
            <w:r w:rsidRPr="005A52B0">
              <w:rPr>
                <w:spacing w:val="-12"/>
              </w:rPr>
              <w:t>hoặc</w:t>
            </w:r>
            <w:proofErr w:type="spellEnd"/>
            <w:r w:rsidRPr="005A52B0">
              <w:rPr>
                <w:spacing w:val="-12"/>
              </w:rPr>
              <w:t xml:space="preserve"> </w:t>
            </w:r>
            <w:proofErr w:type="spellStart"/>
            <w:r w:rsidRPr="005A52B0">
              <w:rPr>
                <w:spacing w:val="-12"/>
              </w:rPr>
              <w:t>ngạch</w:t>
            </w:r>
            <w:proofErr w:type="spellEnd"/>
            <w:r w:rsidRPr="005A52B0">
              <w:rPr>
                <w:spacing w:val="-12"/>
              </w:rPr>
              <w:t xml:space="preserve"> </w:t>
            </w:r>
            <w:proofErr w:type="spellStart"/>
            <w:r w:rsidRPr="005A52B0">
              <w:rPr>
                <w:spacing w:val="-12"/>
              </w:rPr>
              <w:t>tương</w:t>
            </w:r>
            <w:proofErr w:type="spellEnd"/>
            <w:r w:rsidRPr="005A52B0">
              <w:rPr>
                <w:spacing w:val="-12"/>
              </w:rPr>
              <w:t xml:space="preserve"> </w:t>
            </w:r>
            <w:proofErr w:type="spellStart"/>
            <w:r w:rsidRPr="005A52B0">
              <w:rPr>
                <w:spacing w:val="-12"/>
              </w:rPr>
              <w:t>đương</w:t>
            </w:r>
            <w:proofErr w:type="spellEnd"/>
            <w:r w:rsidRPr="005A52B0">
              <w:rPr>
                <w:spacing w:val="-12"/>
              </w:rPr>
              <w:t xml:space="preserve"> </w:t>
            </w:r>
            <w:proofErr w:type="spellStart"/>
            <w:r w:rsidRPr="005A52B0">
              <w:rPr>
                <w:spacing w:val="-12"/>
              </w:rPr>
              <w:t>đã</w:t>
            </w:r>
            <w:proofErr w:type="spellEnd"/>
            <w:r w:rsidRPr="005A52B0">
              <w:rPr>
                <w:spacing w:val="-12"/>
              </w:rPr>
              <w:t xml:space="preserve"> </w:t>
            </w:r>
            <w:proofErr w:type="spellStart"/>
            <w:r w:rsidRPr="005A52B0">
              <w:rPr>
                <w:spacing w:val="-12"/>
              </w:rPr>
              <w:t>chủ</w:t>
            </w:r>
            <w:proofErr w:type="spellEnd"/>
            <w:r w:rsidRPr="005A52B0">
              <w:rPr>
                <w:spacing w:val="-12"/>
              </w:rPr>
              <w:t xml:space="preserve"> </w:t>
            </w:r>
            <w:proofErr w:type="spellStart"/>
            <w:r w:rsidRPr="005A52B0">
              <w:rPr>
                <w:spacing w:val="-12"/>
              </w:rPr>
              <w:t>trì</w:t>
            </w:r>
            <w:proofErr w:type="spellEnd"/>
            <w:r w:rsidRPr="005A52B0">
              <w:rPr>
                <w:spacing w:val="-12"/>
              </w:rPr>
              <w:t xml:space="preserve"> </w:t>
            </w:r>
            <w:proofErr w:type="spellStart"/>
            <w:r w:rsidRPr="005A52B0">
              <w:rPr>
                <w:spacing w:val="-12"/>
              </w:rPr>
              <w:t>xây</w:t>
            </w:r>
            <w:proofErr w:type="spellEnd"/>
            <w:r w:rsidRPr="005A52B0">
              <w:rPr>
                <w:spacing w:val="-12"/>
              </w:rPr>
              <w:t xml:space="preserve"> </w:t>
            </w:r>
            <w:proofErr w:type="spellStart"/>
            <w:r w:rsidRPr="005A52B0">
              <w:rPr>
                <w:spacing w:val="-12"/>
              </w:rPr>
              <w:t>dựng</w:t>
            </w:r>
            <w:proofErr w:type="spellEnd"/>
            <w:r w:rsidRPr="005A52B0">
              <w:rPr>
                <w:spacing w:val="-12"/>
              </w:rPr>
              <w:t xml:space="preserve"> 02 </w:t>
            </w:r>
            <w:proofErr w:type="spellStart"/>
            <w:r w:rsidRPr="005A52B0">
              <w:rPr>
                <w:spacing w:val="-12"/>
              </w:rPr>
              <w:t>văn</w:t>
            </w:r>
            <w:proofErr w:type="spellEnd"/>
            <w:r w:rsidRPr="005A52B0">
              <w:rPr>
                <w:spacing w:val="-12"/>
              </w:rPr>
              <w:t xml:space="preserve"> </w:t>
            </w:r>
            <w:proofErr w:type="spellStart"/>
            <w:r w:rsidRPr="005A52B0">
              <w:rPr>
                <w:spacing w:val="-12"/>
              </w:rPr>
              <w:t>bản</w:t>
            </w:r>
            <w:proofErr w:type="spellEnd"/>
            <w:r w:rsidRPr="005A52B0">
              <w:rPr>
                <w:spacing w:val="-12"/>
              </w:rPr>
              <w:t xml:space="preserve"> </w:t>
            </w:r>
            <w:proofErr w:type="spellStart"/>
            <w:r w:rsidRPr="005A52B0">
              <w:rPr>
                <w:spacing w:val="-12"/>
              </w:rPr>
              <w:t>quy</w:t>
            </w:r>
            <w:proofErr w:type="spellEnd"/>
            <w:r w:rsidRPr="005A52B0">
              <w:rPr>
                <w:spacing w:val="-12"/>
              </w:rPr>
              <w:t xml:space="preserve"> </w:t>
            </w:r>
            <w:proofErr w:type="spellStart"/>
            <w:r w:rsidRPr="005A52B0">
              <w:rPr>
                <w:spacing w:val="-12"/>
              </w:rPr>
              <w:t>phạm</w:t>
            </w:r>
            <w:proofErr w:type="spellEnd"/>
            <w:r w:rsidRPr="005A52B0">
              <w:rPr>
                <w:spacing w:val="-12"/>
              </w:rPr>
              <w:t xml:space="preserve"> </w:t>
            </w:r>
            <w:proofErr w:type="spellStart"/>
            <w:r w:rsidRPr="005A52B0">
              <w:rPr>
                <w:spacing w:val="-12"/>
              </w:rPr>
              <w:t>pháp</w:t>
            </w:r>
            <w:proofErr w:type="spellEnd"/>
            <w:r w:rsidRPr="005A52B0">
              <w:rPr>
                <w:spacing w:val="-12"/>
              </w:rPr>
              <w:t xml:space="preserve"> </w:t>
            </w:r>
            <w:proofErr w:type="spellStart"/>
            <w:r w:rsidRPr="005A52B0">
              <w:rPr>
                <w:spacing w:val="-12"/>
              </w:rPr>
              <w:t>luật</w:t>
            </w:r>
            <w:proofErr w:type="spellEnd"/>
            <w:r w:rsidRPr="005A52B0">
              <w:rPr>
                <w:spacing w:val="-12"/>
              </w:rPr>
              <w:t xml:space="preserve"> </w:t>
            </w:r>
            <w:proofErr w:type="spellStart"/>
            <w:r w:rsidRPr="005A52B0">
              <w:rPr>
                <w:spacing w:val="-12"/>
              </w:rPr>
              <w:t>hoặc</w:t>
            </w:r>
            <w:proofErr w:type="spellEnd"/>
            <w:r w:rsidRPr="005A52B0">
              <w:rPr>
                <w:spacing w:val="-12"/>
              </w:rPr>
              <w:t xml:space="preserve"> </w:t>
            </w:r>
            <w:proofErr w:type="spellStart"/>
            <w:r w:rsidRPr="005A52B0">
              <w:rPr>
                <w:b/>
                <w:bCs/>
                <w:spacing w:val="-12"/>
              </w:rPr>
              <w:lastRenderedPageBreak/>
              <w:t>ch</w:t>
            </w:r>
            <w:r w:rsidRPr="005A52B0">
              <w:rPr>
                <w:rFonts w:hint="eastAsia"/>
                <w:b/>
                <w:bCs/>
                <w:spacing w:val="-12"/>
              </w:rPr>
              <w:t>ủ</w:t>
            </w:r>
            <w:proofErr w:type="spellEnd"/>
            <w:r w:rsidRPr="005A52B0">
              <w:rPr>
                <w:b/>
                <w:bCs/>
                <w:spacing w:val="-12"/>
              </w:rPr>
              <w:t xml:space="preserve"> </w:t>
            </w:r>
            <w:proofErr w:type="spellStart"/>
            <w:r w:rsidRPr="005A52B0">
              <w:rPr>
                <w:b/>
                <w:bCs/>
                <w:spacing w:val="-12"/>
              </w:rPr>
              <w:t>tr</w:t>
            </w:r>
            <w:r w:rsidRPr="005A52B0">
              <w:rPr>
                <w:rFonts w:hint="eastAsia"/>
                <w:b/>
                <w:bCs/>
                <w:spacing w:val="-12"/>
              </w:rPr>
              <w:t>ì</w:t>
            </w:r>
            <w:proofErr w:type="spellEnd"/>
            <w:r w:rsidRPr="005A52B0">
              <w:rPr>
                <w:b/>
                <w:bCs/>
                <w:spacing w:val="-12"/>
              </w:rPr>
              <w:t xml:space="preserve"> </w:t>
            </w:r>
            <w:proofErr w:type="spellStart"/>
            <w:r w:rsidRPr="005A52B0">
              <w:rPr>
                <w:b/>
                <w:bCs/>
                <w:spacing w:val="-12"/>
              </w:rPr>
              <w:t>tham</w:t>
            </w:r>
            <w:proofErr w:type="spellEnd"/>
            <w:r w:rsidRPr="005A52B0">
              <w:rPr>
                <w:b/>
                <w:bCs/>
                <w:spacing w:val="-12"/>
              </w:rPr>
              <w:t xml:space="preserve"> </w:t>
            </w:r>
            <w:proofErr w:type="spellStart"/>
            <w:r w:rsidRPr="005A52B0">
              <w:rPr>
                <w:b/>
                <w:bCs/>
                <w:spacing w:val="-12"/>
              </w:rPr>
              <w:t>gia</w:t>
            </w:r>
            <w:proofErr w:type="spellEnd"/>
            <w:r w:rsidRPr="005A52B0">
              <w:rPr>
                <w:b/>
                <w:bCs/>
                <w:spacing w:val="-12"/>
              </w:rPr>
              <w:t xml:space="preserve"> </w:t>
            </w:r>
            <w:proofErr w:type="spellStart"/>
            <w:r w:rsidRPr="005A52B0">
              <w:rPr>
                <w:b/>
                <w:bCs/>
                <w:spacing w:val="-12"/>
              </w:rPr>
              <w:t>qu</w:t>
            </w:r>
            <w:r w:rsidRPr="005A52B0">
              <w:rPr>
                <w:rFonts w:hint="eastAsia"/>
                <w:b/>
                <w:bCs/>
                <w:spacing w:val="-12"/>
              </w:rPr>
              <w:t>ả</w:t>
            </w:r>
            <w:r w:rsidRPr="005A52B0">
              <w:rPr>
                <w:b/>
                <w:bCs/>
                <w:spacing w:val="-12"/>
              </w:rPr>
              <w:t>n</w:t>
            </w:r>
            <w:proofErr w:type="spellEnd"/>
            <w:r w:rsidRPr="005A52B0">
              <w:rPr>
                <w:b/>
                <w:bCs/>
                <w:spacing w:val="-12"/>
              </w:rPr>
              <w:t xml:space="preserve"> </w:t>
            </w:r>
            <w:proofErr w:type="spellStart"/>
            <w:r w:rsidRPr="005A52B0">
              <w:rPr>
                <w:b/>
                <w:bCs/>
                <w:spacing w:val="-12"/>
              </w:rPr>
              <w:t>l</w:t>
            </w:r>
            <w:r w:rsidRPr="005A52B0">
              <w:rPr>
                <w:rFonts w:hint="eastAsia"/>
                <w:b/>
                <w:bCs/>
                <w:spacing w:val="-12"/>
              </w:rPr>
              <w:t>ý</w:t>
            </w:r>
            <w:proofErr w:type="spellEnd"/>
            <w:r w:rsidRPr="005A52B0">
              <w:rPr>
                <w:b/>
                <w:bCs/>
                <w:spacing w:val="-12"/>
              </w:rPr>
              <w:t xml:space="preserve"> </w:t>
            </w:r>
            <w:proofErr w:type="spellStart"/>
            <w:r w:rsidRPr="005A52B0">
              <w:rPr>
                <w:b/>
                <w:bCs/>
                <w:spacing w:val="-12"/>
              </w:rPr>
              <w:t>th</w:t>
            </w:r>
            <w:r w:rsidRPr="005A52B0">
              <w:rPr>
                <w:rFonts w:hint="eastAsia"/>
                <w:b/>
                <w:bCs/>
                <w:spacing w:val="-12"/>
              </w:rPr>
              <w:t>ự</w:t>
            </w:r>
            <w:r w:rsidRPr="005A52B0">
              <w:rPr>
                <w:b/>
                <w:bCs/>
                <w:spacing w:val="-12"/>
              </w:rPr>
              <w:t>c</w:t>
            </w:r>
            <w:proofErr w:type="spellEnd"/>
            <w:r w:rsidRPr="005A52B0">
              <w:rPr>
                <w:b/>
                <w:bCs/>
                <w:spacing w:val="-12"/>
              </w:rPr>
              <w:t xml:space="preserve"> </w:t>
            </w:r>
            <w:proofErr w:type="spellStart"/>
            <w:r w:rsidRPr="005A52B0">
              <w:rPr>
                <w:b/>
                <w:bCs/>
                <w:spacing w:val="-12"/>
              </w:rPr>
              <w:t>hi</w:t>
            </w:r>
            <w:r w:rsidRPr="005A52B0">
              <w:rPr>
                <w:rFonts w:hint="eastAsia"/>
                <w:b/>
                <w:bCs/>
                <w:spacing w:val="-12"/>
              </w:rPr>
              <w:t>ệ</w:t>
            </w:r>
            <w:r w:rsidRPr="005A52B0">
              <w:rPr>
                <w:b/>
                <w:bCs/>
                <w:spacing w:val="-12"/>
              </w:rPr>
              <w:t>n</w:t>
            </w:r>
            <w:proofErr w:type="spellEnd"/>
            <w:r w:rsidRPr="005A52B0">
              <w:rPr>
                <w:b/>
                <w:bCs/>
                <w:spacing w:val="-12"/>
              </w:rPr>
              <w:t xml:space="preserve"> 02 </w:t>
            </w:r>
            <w:proofErr w:type="spellStart"/>
            <w:r w:rsidRPr="005A52B0">
              <w:rPr>
                <w:rFonts w:hint="eastAsia"/>
                <w:b/>
                <w:bCs/>
                <w:spacing w:val="-12"/>
              </w:rPr>
              <w:t>đề</w:t>
            </w:r>
            <w:proofErr w:type="spellEnd"/>
            <w:r w:rsidRPr="005A52B0">
              <w:rPr>
                <w:b/>
                <w:bCs/>
                <w:spacing w:val="-12"/>
              </w:rPr>
              <w:t xml:space="preserve"> </w:t>
            </w:r>
            <w:proofErr w:type="spellStart"/>
            <w:r w:rsidRPr="005A52B0">
              <w:rPr>
                <w:b/>
                <w:bCs/>
                <w:spacing w:val="-12"/>
              </w:rPr>
              <w:t>t</w:t>
            </w:r>
            <w:r w:rsidRPr="005A52B0">
              <w:rPr>
                <w:rFonts w:hint="eastAsia"/>
                <w:b/>
                <w:bCs/>
                <w:spacing w:val="-12"/>
              </w:rPr>
              <w:t>à</w:t>
            </w:r>
            <w:r w:rsidRPr="005A52B0">
              <w:rPr>
                <w:b/>
                <w:bCs/>
                <w:spacing w:val="-12"/>
              </w:rPr>
              <w:t>i</w:t>
            </w:r>
            <w:proofErr w:type="spellEnd"/>
            <w:r w:rsidRPr="005A52B0">
              <w:rPr>
                <w:b/>
                <w:bCs/>
                <w:spacing w:val="-12"/>
              </w:rPr>
              <w:t xml:space="preserve">, </w:t>
            </w:r>
            <w:proofErr w:type="spellStart"/>
            <w:r w:rsidRPr="005A52B0">
              <w:rPr>
                <w:rFonts w:hint="eastAsia"/>
                <w:b/>
                <w:bCs/>
                <w:spacing w:val="-12"/>
              </w:rPr>
              <w:t>đề</w:t>
            </w:r>
            <w:proofErr w:type="spellEnd"/>
            <w:r w:rsidRPr="005A52B0">
              <w:rPr>
                <w:b/>
                <w:bCs/>
                <w:spacing w:val="-12"/>
              </w:rPr>
              <w:t xml:space="preserve"> </w:t>
            </w:r>
            <w:proofErr w:type="spellStart"/>
            <w:r w:rsidRPr="005A52B0">
              <w:rPr>
                <w:rFonts w:hint="eastAsia"/>
                <w:b/>
                <w:bCs/>
                <w:spacing w:val="-12"/>
              </w:rPr>
              <w:t>á</w:t>
            </w:r>
            <w:r w:rsidRPr="005A52B0">
              <w:rPr>
                <w:b/>
                <w:bCs/>
                <w:spacing w:val="-12"/>
              </w:rPr>
              <w:t>n</w:t>
            </w:r>
            <w:proofErr w:type="spellEnd"/>
            <w:r w:rsidRPr="005A52B0">
              <w:rPr>
                <w:b/>
                <w:bCs/>
                <w:spacing w:val="-12"/>
              </w:rPr>
              <w:t xml:space="preserve">, </w:t>
            </w:r>
            <w:proofErr w:type="spellStart"/>
            <w:r w:rsidRPr="005A52B0">
              <w:rPr>
                <w:b/>
                <w:bCs/>
                <w:spacing w:val="-12"/>
              </w:rPr>
              <w:t>d</w:t>
            </w:r>
            <w:r w:rsidRPr="005A52B0">
              <w:rPr>
                <w:rFonts w:hint="eastAsia"/>
                <w:b/>
                <w:bCs/>
                <w:spacing w:val="-12"/>
              </w:rPr>
              <w:t>ự</w:t>
            </w:r>
            <w:proofErr w:type="spellEnd"/>
            <w:r w:rsidRPr="005A52B0">
              <w:rPr>
                <w:b/>
                <w:bCs/>
                <w:spacing w:val="-12"/>
              </w:rPr>
              <w:t xml:space="preserve"> </w:t>
            </w:r>
            <w:proofErr w:type="spellStart"/>
            <w:r w:rsidRPr="005A52B0">
              <w:rPr>
                <w:rFonts w:hint="eastAsia"/>
                <w:b/>
                <w:bCs/>
                <w:spacing w:val="-12"/>
              </w:rPr>
              <w:t>á</w:t>
            </w:r>
            <w:r w:rsidRPr="005A52B0">
              <w:rPr>
                <w:b/>
                <w:bCs/>
                <w:spacing w:val="-12"/>
              </w:rPr>
              <w:t>n</w:t>
            </w:r>
            <w:proofErr w:type="spellEnd"/>
            <w:r w:rsidRPr="005A52B0">
              <w:rPr>
                <w:b/>
                <w:bCs/>
                <w:spacing w:val="-12"/>
              </w:rPr>
              <w:t xml:space="preserve">, </w:t>
            </w:r>
            <w:proofErr w:type="spellStart"/>
            <w:r w:rsidRPr="005A52B0">
              <w:rPr>
                <w:b/>
                <w:bCs/>
                <w:spacing w:val="-12"/>
              </w:rPr>
              <w:t>nhi</w:t>
            </w:r>
            <w:r w:rsidRPr="005A52B0">
              <w:rPr>
                <w:rFonts w:hint="eastAsia"/>
                <w:b/>
                <w:bCs/>
                <w:spacing w:val="-12"/>
              </w:rPr>
              <w:t>ệ</w:t>
            </w:r>
            <w:r w:rsidRPr="005A52B0">
              <w:rPr>
                <w:b/>
                <w:bCs/>
                <w:spacing w:val="-12"/>
              </w:rPr>
              <w:t>m</w:t>
            </w:r>
            <w:proofErr w:type="spellEnd"/>
            <w:r w:rsidRPr="005A52B0">
              <w:rPr>
                <w:b/>
                <w:bCs/>
                <w:spacing w:val="-12"/>
              </w:rPr>
              <w:t xml:space="preserve"> </w:t>
            </w:r>
            <w:proofErr w:type="spellStart"/>
            <w:r w:rsidRPr="005A52B0">
              <w:rPr>
                <w:b/>
                <w:bCs/>
                <w:spacing w:val="-12"/>
              </w:rPr>
              <w:t>v</w:t>
            </w:r>
            <w:r w:rsidRPr="005A52B0">
              <w:rPr>
                <w:rFonts w:hint="eastAsia"/>
                <w:b/>
                <w:bCs/>
                <w:spacing w:val="-12"/>
              </w:rPr>
              <w:t>ụ</w:t>
            </w:r>
            <w:proofErr w:type="spellEnd"/>
            <w:r w:rsidRPr="005A52B0">
              <w:rPr>
                <w:b/>
                <w:bCs/>
                <w:spacing w:val="-12"/>
              </w:rPr>
              <w:t xml:space="preserve"> khoa </w:t>
            </w:r>
            <w:proofErr w:type="spellStart"/>
            <w:r w:rsidRPr="005A52B0">
              <w:rPr>
                <w:b/>
                <w:bCs/>
                <w:spacing w:val="-12"/>
              </w:rPr>
              <w:t>h</w:t>
            </w:r>
            <w:r w:rsidRPr="005A52B0">
              <w:rPr>
                <w:rFonts w:hint="eastAsia"/>
                <w:b/>
                <w:bCs/>
                <w:spacing w:val="-12"/>
              </w:rPr>
              <w:t>ọ</w:t>
            </w:r>
            <w:r w:rsidRPr="005A52B0">
              <w:rPr>
                <w:b/>
                <w:bCs/>
                <w:spacing w:val="-12"/>
              </w:rPr>
              <w:t>c</w:t>
            </w:r>
            <w:proofErr w:type="spellEnd"/>
            <w:r w:rsidRPr="005A52B0">
              <w:rPr>
                <w:rFonts w:ascii="TimesNewRomanPS-BoldMT" w:eastAsia="TimesNewRomanPS-BoldMT" w:cs="TimesNewRomanPS-BoldMT"/>
                <w:b/>
                <w:bCs/>
                <w:spacing w:val="-12"/>
                <w:sz w:val="28"/>
                <w:szCs w:val="28"/>
              </w:rPr>
              <w:t xml:space="preserve"> </w:t>
            </w:r>
            <w:proofErr w:type="spellStart"/>
            <w:r w:rsidRPr="005A52B0">
              <w:rPr>
                <w:b/>
                <w:bCs/>
                <w:spacing w:val="-12"/>
              </w:rPr>
              <w:t>c</w:t>
            </w:r>
            <w:r w:rsidRPr="005A52B0">
              <w:rPr>
                <w:rFonts w:hint="eastAsia"/>
                <w:b/>
                <w:bCs/>
                <w:spacing w:val="-12"/>
              </w:rPr>
              <w:t>ô</w:t>
            </w:r>
            <w:r w:rsidRPr="005A52B0">
              <w:rPr>
                <w:b/>
                <w:bCs/>
                <w:spacing w:val="-12"/>
              </w:rPr>
              <w:t>ng</w:t>
            </w:r>
            <w:proofErr w:type="spellEnd"/>
            <w:r w:rsidRPr="005A52B0">
              <w:rPr>
                <w:b/>
                <w:bCs/>
                <w:spacing w:val="-12"/>
              </w:rPr>
              <w:t xml:space="preserve"> </w:t>
            </w:r>
            <w:proofErr w:type="spellStart"/>
            <w:r w:rsidRPr="005A52B0">
              <w:rPr>
                <w:b/>
                <w:bCs/>
                <w:spacing w:val="-12"/>
              </w:rPr>
              <w:t>ngh</w:t>
            </w:r>
            <w:r w:rsidRPr="005A52B0">
              <w:rPr>
                <w:rFonts w:hint="eastAsia"/>
                <w:b/>
                <w:bCs/>
                <w:spacing w:val="-12"/>
              </w:rPr>
              <w:t>ệ</w:t>
            </w:r>
            <w:proofErr w:type="spellEnd"/>
            <w:r w:rsidRPr="005A52B0">
              <w:rPr>
                <w:b/>
                <w:bCs/>
                <w:spacing w:val="-12"/>
              </w:rPr>
              <w:t xml:space="preserve"> </w:t>
            </w:r>
            <w:proofErr w:type="spellStart"/>
            <w:r w:rsidRPr="005A52B0">
              <w:rPr>
                <w:b/>
                <w:bCs/>
                <w:spacing w:val="-12"/>
              </w:rPr>
              <w:t>v</w:t>
            </w:r>
            <w:r w:rsidRPr="005A52B0">
              <w:rPr>
                <w:rFonts w:hint="eastAsia"/>
                <w:b/>
                <w:bCs/>
                <w:spacing w:val="-12"/>
              </w:rPr>
              <w:t>à</w:t>
            </w:r>
            <w:proofErr w:type="spellEnd"/>
            <w:r w:rsidRPr="005A52B0">
              <w:rPr>
                <w:b/>
                <w:bCs/>
                <w:spacing w:val="-12"/>
              </w:rPr>
              <w:t xml:space="preserve"> </w:t>
            </w:r>
            <w:proofErr w:type="spellStart"/>
            <w:r w:rsidRPr="005A52B0">
              <w:rPr>
                <w:rFonts w:hint="eastAsia"/>
                <w:b/>
                <w:bCs/>
                <w:spacing w:val="-12"/>
              </w:rPr>
              <w:t>đổ</w:t>
            </w:r>
            <w:r w:rsidRPr="005A52B0">
              <w:rPr>
                <w:b/>
                <w:bCs/>
                <w:spacing w:val="-12"/>
              </w:rPr>
              <w:t>i</w:t>
            </w:r>
            <w:proofErr w:type="spellEnd"/>
            <w:r w:rsidRPr="005A52B0">
              <w:rPr>
                <w:b/>
                <w:bCs/>
                <w:spacing w:val="-12"/>
              </w:rPr>
              <w:t xml:space="preserve"> </w:t>
            </w:r>
            <w:proofErr w:type="spellStart"/>
            <w:r w:rsidRPr="005A52B0">
              <w:rPr>
                <w:b/>
                <w:bCs/>
                <w:spacing w:val="-12"/>
              </w:rPr>
              <w:t>m</w:t>
            </w:r>
            <w:r w:rsidRPr="005A52B0">
              <w:rPr>
                <w:rFonts w:hint="eastAsia"/>
                <w:b/>
                <w:bCs/>
                <w:spacing w:val="-12"/>
              </w:rPr>
              <w:t>ớ</w:t>
            </w:r>
            <w:r w:rsidRPr="005A52B0">
              <w:rPr>
                <w:b/>
                <w:bCs/>
                <w:spacing w:val="-12"/>
              </w:rPr>
              <w:t>i</w:t>
            </w:r>
            <w:proofErr w:type="spellEnd"/>
            <w:r w:rsidRPr="005A52B0">
              <w:rPr>
                <w:b/>
                <w:bCs/>
                <w:spacing w:val="-12"/>
              </w:rPr>
              <w:t xml:space="preserve"> </w:t>
            </w:r>
            <w:proofErr w:type="spellStart"/>
            <w:r w:rsidRPr="005A52B0">
              <w:rPr>
                <w:b/>
                <w:bCs/>
                <w:spacing w:val="-12"/>
              </w:rPr>
              <w:t>s</w:t>
            </w:r>
            <w:r w:rsidRPr="005A52B0">
              <w:rPr>
                <w:rFonts w:hint="eastAsia"/>
                <w:b/>
                <w:bCs/>
                <w:spacing w:val="-12"/>
              </w:rPr>
              <w:t>á</w:t>
            </w:r>
            <w:r w:rsidRPr="005A52B0">
              <w:rPr>
                <w:b/>
                <w:bCs/>
                <w:spacing w:val="-12"/>
              </w:rPr>
              <w:t>ng</w:t>
            </w:r>
            <w:proofErr w:type="spellEnd"/>
            <w:r w:rsidRPr="005A52B0">
              <w:rPr>
                <w:b/>
                <w:bCs/>
                <w:spacing w:val="-12"/>
              </w:rPr>
              <w:t xml:space="preserve"> </w:t>
            </w:r>
            <w:proofErr w:type="spellStart"/>
            <w:r w:rsidRPr="005A52B0">
              <w:rPr>
                <w:b/>
                <w:bCs/>
                <w:spacing w:val="-12"/>
              </w:rPr>
              <w:t>t</w:t>
            </w:r>
            <w:r w:rsidRPr="005A52B0">
              <w:rPr>
                <w:rFonts w:hint="eastAsia"/>
                <w:b/>
                <w:bCs/>
                <w:spacing w:val="-12"/>
              </w:rPr>
              <w:t>ạ</w:t>
            </w:r>
            <w:r w:rsidRPr="005A52B0">
              <w:rPr>
                <w:b/>
                <w:bCs/>
                <w:spacing w:val="-12"/>
              </w:rPr>
              <w:t>o</w:t>
            </w:r>
            <w:proofErr w:type="spellEnd"/>
            <w:r w:rsidRPr="005A52B0">
              <w:rPr>
                <w:b/>
                <w:bCs/>
                <w:spacing w:val="-12"/>
              </w:rPr>
              <w:t xml:space="preserve"> </w:t>
            </w:r>
            <w:proofErr w:type="spellStart"/>
            <w:r w:rsidRPr="005A52B0">
              <w:rPr>
                <w:spacing w:val="-12"/>
              </w:rPr>
              <w:t>trong</w:t>
            </w:r>
            <w:proofErr w:type="spellEnd"/>
            <w:r w:rsidRPr="005A52B0">
              <w:rPr>
                <w:spacing w:val="-12"/>
              </w:rPr>
              <w:t xml:space="preserve"> </w:t>
            </w:r>
            <w:proofErr w:type="spellStart"/>
            <w:r w:rsidRPr="005A52B0">
              <w:rPr>
                <w:spacing w:val="-12"/>
              </w:rPr>
              <w:t>khuôn</w:t>
            </w:r>
            <w:proofErr w:type="spellEnd"/>
            <w:r w:rsidRPr="005A52B0">
              <w:rPr>
                <w:spacing w:val="-12"/>
              </w:rPr>
              <w:t xml:space="preserve"> </w:t>
            </w:r>
            <w:proofErr w:type="spellStart"/>
            <w:r w:rsidRPr="005A52B0">
              <w:rPr>
                <w:spacing w:val="-12"/>
              </w:rPr>
              <w:t>khổ</w:t>
            </w:r>
            <w:proofErr w:type="spellEnd"/>
            <w:r w:rsidRPr="005A52B0">
              <w:rPr>
                <w:spacing w:val="-12"/>
              </w:rPr>
              <w:t xml:space="preserve"> </w:t>
            </w:r>
            <w:proofErr w:type="spellStart"/>
            <w:r w:rsidRPr="005A52B0">
              <w:rPr>
                <w:spacing w:val="-12"/>
              </w:rPr>
              <w:t>chương</w:t>
            </w:r>
            <w:proofErr w:type="spellEnd"/>
            <w:r w:rsidRPr="005A52B0">
              <w:rPr>
                <w:spacing w:val="-12"/>
              </w:rPr>
              <w:t xml:space="preserve"> </w:t>
            </w:r>
            <w:proofErr w:type="spellStart"/>
            <w:r w:rsidRPr="005A52B0">
              <w:rPr>
                <w:spacing w:val="-12"/>
              </w:rPr>
              <w:t>trình</w:t>
            </w:r>
            <w:proofErr w:type="spellEnd"/>
            <w:r w:rsidRPr="005A52B0">
              <w:rPr>
                <w:spacing w:val="-12"/>
              </w:rPr>
              <w:t xml:space="preserve"> khoa </w:t>
            </w:r>
            <w:proofErr w:type="spellStart"/>
            <w:r w:rsidRPr="005A52B0">
              <w:rPr>
                <w:spacing w:val="-12"/>
              </w:rPr>
              <w:t>học</w:t>
            </w:r>
            <w:proofErr w:type="spellEnd"/>
            <w:r w:rsidRPr="005A52B0">
              <w:rPr>
                <w:spacing w:val="-12"/>
              </w:rPr>
              <w:t xml:space="preserve">, </w:t>
            </w:r>
            <w:proofErr w:type="spellStart"/>
            <w:r w:rsidRPr="005A52B0">
              <w:rPr>
                <w:spacing w:val="-12"/>
              </w:rPr>
              <w:t>công</w:t>
            </w:r>
            <w:proofErr w:type="spellEnd"/>
            <w:r w:rsidRPr="005A52B0">
              <w:rPr>
                <w:spacing w:val="-12"/>
              </w:rPr>
              <w:t xml:space="preserve"> </w:t>
            </w:r>
            <w:proofErr w:type="spellStart"/>
            <w:r w:rsidRPr="005A52B0">
              <w:rPr>
                <w:spacing w:val="-12"/>
              </w:rPr>
              <w:t>nghệ</w:t>
            </w:r>
            <w:proofErr w:type="spellEnd"/>
            <w:r w:rsidRPr="005A52B0">
              <w:rPr>
                <w:spacing w:val="-12"/>
              </w:rPr>
              <w:t xml:space="preserve"> </w:t>
            </w:r>
            <w:proofErr w:type="spellStart"/>
            <w:r w:rsidRPr="005A52B0">
              <w:rPr>
                <w:spacing w:val="-12"/>
              </w:rPr>
              <w:t>và</w:t>
            </w:r>
            <w:proofErr w:type="spellEnd"/>
            <w:r w:rsidRPr="005A52B0">
              <w:rPr>
                <w:spacing w:val="-12"/>
              </w:rPr>
              <w:t xml:space="preserve"> </w:t>
            </w:r>
            <w:proofErr w:type="spellStart"/>
            <w:r w:rsidRPr="005A52B0">
              <w:rPr>
                <w:spacing w:val="-12"/>
              </w:rPr>
              <w:t>đổi</w:t>
            </w:r>
            <w:proofErr w:type="spellEnd"/>
            <w:r w:rsidRPr="005A52B0">
              <w:rPr>
                <w:spacing w:val="-12"/>
              </w:rPr>
              <w:t xml:space="preserve"> </w:t>
            </w:r>
            <w:proofErr w:type="spellStart"/>
            <w:r w:rsidRPr="005A52B0">
              <w:rPr>
                <w:spacing w:val="-12"/>
              </w:rPr>
              <w:t>mới</w:t>
            </w:r>
            <w:proofErr w:type="spellEnd"/>
            <w:r w:rsidRPr="005A52B0">
              <w:rPr>
                <w:spacing w:val="-12"/>
              </w:rPr>
              <w:t xml:space="preserve"> </w:t>
            </w:r>
            <w:proofErr w:type="spellStart"/>
            <w:r w:rsidRPr="005A52B0">
              <w:rPr>
                <w:spacing w:val="-12"/>
              </w:rPr>
              <w:t>sáng</w:t>
            </w:r>
            <w:proofErr w:type="spellEnd"/>
            <w:r w:rsidRPr="005A52B0">
              <w:rPr>
                <w:spacing w:val="-12"/>
              </w:rPr>
              <w:t xml:space="preserve"> </w:t>
            </w:r>
            <w:proofErr w:type="spellStart"/>
            <w:r w:rsidRPr="005A52B0">
              <w:rPr>
                <w:spacing w:val="-12"/>
              </w:rPr>
              <w:t>tạo</w:t>
            </w:r>
            <w:proofErr w:type="spellEnd"/>
            <w:r w:rsidRPr="005A52B0">
              <w:rPr>
                <w:spacing w:val="-12"/>
              </w:rPr>
              <w:t xml:space="preserve"> </w:t>
            </w:r>
            <w:proofErr w:type="spellStart"/>
            <w:r w:rsidRPr="005A52B0">
              <w:rPr>
                <w:spacing w:val="-12"/>
              </w:rPr>
              <w:t>của</w:t>
            </w:r>
            <w:proofErr w:type="spellEnd"/>
            <w:r w:rsidRPr="005A52B0">
              <w:rPr>
                <w:spacing w:val="-12"/>
              </w:rPr>
              <w:t xml:space="preserve"> </w:t>
            </w:r>
            <w:proofErr w:type="spellStart"/>
            <w:r w:rsidRPr="005A52B0">
              <w:rPr>
                <w:spacing w:val="-12"/>
              </w:rPr>
              <w:t>Bộ</w:t>
            </w:r>
            <w:proofErr w:type="spellEnd"/>
            <w:r w:rsidRPr="005A52B0">
              <w:rPr>
                <w:spacing w:val="-12"/>
              </w:rPr>
              <w:t xml:space="preserve">, </w:t>
            </w:r>
            <w:proofErr w:type="spellStart"/>
            <w:r w:rsidRPr="005A52B0">
              <w:rPr>
                <w:spacing w:val="-12"/>
              </w:rPr>
              <w:t>cơ</w:t>
            </w:r>
            <w:proofErr w:type="spellEnd"/>
            <w:r w:rsidRPr="005A52B0">
              <w:rPr>
                <w:spacing w:val="-12"/>
              </w:rPr>
              <w:t xml:space="preserve"> </w:t>
            </w:r>
            <w:proofErr w:type="spellStart"/>
            <w:r w:rsidRPr="005A52B0">
              <w:rPr>
                <w:spacing w:val="-12"/>
              </w:rPr>
              <w:t>quan</w:t>
            </w:r>
            <w:proofErr w:type="spellEnd"/>
            <w:r w:rsidRPr="005A52B0">
              <w:rPr>
                <w:spacing w:val="-12"/>
              </w:rPr>
              <w:t xml:space="preserve"> </w:t>
            </w:r>
            <w:proofErr w:type="spellStart"/>
            <w:r w:rsidRPr="005A52B0">
              <w:rPr>
                <w:spacing w:val="-12"/>
              </w:rPr>
              <w:t>ngang</w:t>
            </w:r>
            <w:proofErr w:type="spellEnd"/>
            <w:r w:rsidRPr="005A52B0">
              <w:rPr>
                <w:spacing w:val="-12"/>
              </w:rPr>
              <w:t xml:space="preserve"> </w:t>
            </w:r>
            <w:proofErr w:type="spellStart"/>
            <w:r w:rsidRPr="005A52B0">
              <w:rPr>
                <w:spacing w:val="-12"/>
              </w:rPr>
              <w:t>Bộ</w:t>
            </w:r>
            <w:proofErr w:type="spellEnd"/>
            <w:r w:rsidRPr="005A52B0">
              <w:rPr>
                <w:spacing w:val="-12"/>
              </w:rPr>
              <w:t xml:space="preserve">, </w:t>
            </w:r>
            <w:proofErr w:type="spellStart"/>
            <w:r w:rsidRPr="005A52B0">
              <w:rPr>
                <w:spacing w:val="-12"/>
              </w:rPr>
              <w:t>cơ</w:t>
            </w:r>
            <w:proofErr w:type="spellEnd"/>
            <w:r w:rsidRPr="005A52B0">
              <w:rPr>
                <w:spacing w:val="-12"/>
              </w:rPr>
              <w:t xml:space="preserve"> </w:t>
            </w:r>
            <w:proofErr w:type="spellStart"/>
            <w:r w:rsidRPr="005A52B0">
              <w:rPr>
                <w:spacing w:val="-12"/>
              </w:rPr>
              <w:t>quan</w:t>
            </w:r>
            <w:proofErr w:type="spellEnd"/>
            <w:r w:rsidRPr="005A52B0">
              <w:rPr>
                <w:spacing w:val="-12"/>
              </w:rPr>
              <w:t xml:space="preserve"> </w:t>
            </w:r>
            <w:proofErr w:type="spellStart"/>
            <w:r w:rsidRPr="005A52B0">
              <w:rPr>
                <w:spacing w:val="-12"/>
              </w:rPr>
              <w:t>thuôc</w:t>
            </w:r>
            <w:proofErr w:type="spellEnd"/>
            <w:r w:rsidRPr="005A52B0">
              <w:rPr>
                <w:spacing w:val="-12"/>
              </w:rPr>
              <w:t xml:space="preserve"> </w:t>
            </w:r>
            <w:proofErr w:type="spellStart"/>
            <w:r w:rsidRPr="005A52B0">
              <w:rPr>
                <w:spacing w:val="-12"/>
              </w:rPr>
              <w:t>Chính</w:t>
            </w:r>
            <w:proofErr w:type="spellEnd"/>
            <w:r w:rsidRPr="005A52B0">
              <w:rPr>
                <w:spacing w:val="-12"/>
              </w:rPr>
              <w:t xml:space="preserve"> </w:t>
            </w:r>
            <w:proofErr w:type="spellStart"/>
            <w:r w:rsidRPr="005A52B0">
              <w:rPr>
                <w:spacing w:val="-12"/>
              </w:rPr>
              <w:t>phủ</w:t>
            </w:r>
            <w:proofErr w:type="spellEnd"/>
            <w:r w:rsidRPr="005A52B0">
              <w:rPr>
                <w:spacing w:val="-12"/>
              </w:rPr>
              <w:t xml:space="preserve">, </w:t>
            </w:r>
            <w:proofErr w:type="spellStart"/>
            <w:r w:rsidRPr="005A52B0">
              <w:rPr>
                <w:spacing w:val="-12"/>
              </w:rPr>
              <w:t>cơ</w:t>
            </w:r>
            <w:proofErr w:type="spellEnd"/>
            <w:r w:rsidRPr="005A52B0">
              <w:rPr>
                <w:spacing w:val="-12"/>
              </w:rPr>
              <w:t xml:space="preserve"> </w:t>
            </w:r>
            <w:proofErr w:type="spellStart"/>
            <w:r w:rsidRPr="005A52B0">
              <w:rPr>
                <w:spacing w:val="-12"/>
              </w:rPr>
              <w:t>quan</w:t>
            </w:r>
            <w:proofErr w:type="spellEnd"/>
            <w:r w:rsidRPr="005A52B0">
              <w:rPr>
                <w:spacing w:val="-12"/>
              </w:rPr>
              <w:t xml:space="preserve"> </w:t>
            </w:r>
            <w:proofErr w:type="spellStart"/>
            <w:r w:rsidRPr="005A52B0">
              <w:rPr>
                <w:spacing w:val="-12"/>
              </w:rPr>
              <w:t>khác</w:t>
            </w:r>
            <w:proofErr w:type="spellEnd"/>
            <w:r w:rsidRPr="005A52B0">
              <w:rPr>
                <w:spacing w:val="-12"/>
              </w:rPr>
              <w:t xml:space="preserve"> ở Trung </w:t>
            </w:r>
            <w:proofErr w:type="spellStart"/>
            <w:r w:rsidRPr="005A52B0">
              <w:rPr>
                <w:spacing w:val="-12"/>
              </w:rPr>
              <w:t>ương</w:t>
            </w:r>
            <w:proofErr w:type="spellEnd"/>
            <w:r w:rsidRPr="005A52B0">
              <w:rPr>
                <w:spacing w:val="-12"/>
              </w:rPr>
              <w:t xml:space="preserve"> </w:t>
            </w:r>
            <w:proofErr w:type="spellStart"/>
            <w:r w:rsidRPr="005A52B0">
              <w:rPr>
                <w:spacing w:val="-12"/>
              </w:rPr>
              <w:t>và</w:t>
            </w:r>
            <w:proofErr w:type="spellEnd"/>
            <w:r w:rsidRPr="005A52B0">
              <w:rPr>
                <w:spacing w:val="-12"/>
              </w:rPr>
              <w:t xml:space="preserve"> </w:t>
            </w:r>
            <w:proofErr w:type="spellStart"/>
            <w:r w:rsidRPr="005A52B0">
              <w:rPr>
                <w:spacing w:val="-12"/>
              </w:rPr>
              <w:t>Ủy</w:t>
            </w:r>
            <w:proofErr w:type="spellEnd"/>
            <w:r w:rsidRPr="005A52B0">
              <w:rPr>
                <w:spacing w:val="-12"/>
              </w:rPr>
              <w:t xml:space="preserve"> ban </w:t>
            </w:r>
            <w:proofErr w:type="spellStart"/>
            <w:r w:rsidRPr="005A52B0">
              <w:rPr>
                <w:spacing w:val="-12"/>
              </w:rPr>
              <w:t>nhân</w:t>
            </w:r>
            <w:proofErr w:type="spellEnd"/>
            <w:r w:rsidRPr="005A52B0">
              <w:rPr>
                <w:spacing w:val="-12"/>
              </w:rPr>
              <w:t xml:space="preserve"> </w:t>
            </w:r>
            <w:proofErr w:type="spellStart"/>
            <w:r w:rsidRPr="005A52B0">
              <w:rPr>
                <w:spacing w:val="-12"/>
              </w:rPr>
              <w:t>dân</w:t>
            </w:r>
            <w:proofErr w:type="spellEnd"/>
            <w:r w:rsidRPr="005A52B0">
              <w:rPr>
                <w:spacing w:val="-12"/>
              </w:rPr>
              <w:t xml:space="preserve"> </w:t>
            </w:r>
            <w:proofErr w:type="spellStart"/>
            <w:r w:rsidRPr="005A52B0">
              <w:rPr>
                <w:spacing w:val="-12"/>
              </w:rPr>
              <w:t>cấp</w:t>
            </w:r>
            <w:proofErr w:type="spellEnd"/>
            <w:r w:rsidRPr="005A52B0">
              <w:rPr>
                <w:spacing w:val="-12"/>
              </w:rPr>
              <w:t xml:space="preserve"> </w:t>
            </w:r>
            <w:proofErr w:type="spellStart"/>
            <w:r w:rsidRPr="005A52B0">
              <w:rPr>
                <w:spacing w:val="-12"/>
              </w:rPr>
              <w:t>tỉnh</w:t>
            </w:r>
            <w:proofErr w:type="spellEnd"/>
            <w:r w:rsidRPr="005A52B0">
              <w:rPr>
                <w:spacing w:val="-12"/>
              </w:rPr>
              <w:t xml:space="preserve"> </w:t>
            </w:r>
            <w:proofErr w:type="spellStart"/>
            <w:r w:rsidRPr="005A52B0">
              <w:rPr>
                <w:spacing w:val="-12"/>
              </w:rPr>
              <w:t>mà</w:t>
            </w:r>
            <w:proofErr w:type="spellEnd"/>
            <w:r w:rsidRPr="005A52B0">
              <w:rPr>
                <w:spacing w:val="-12"/>
              </w:rPr>
              <w:t xml:space="preserve"> </w:t>
            </w:r>
            <w:proofErr w:type="spellStart"/>
            <w:r w:rsidRPr="005A52B0">
              <w:rPr>
                <w:spacing w:val="-12"/>
              </w:rPr>
              <w:t>cơ</w:t>
            </w:r>
            <w:proofErr w:type="spellEnd"/>
            <w:r w:rsidRPr="005A52B0">
              <w:rPr>
                <w:spacing w:val="-12"/>
              </w:rPr>
              <w:t xml:space="preserve"> </w:t>
            </w:r>
            <w:proofErr w:type="spellStart"/>
            <w:r w:rsidRPr="005A52B0">
              <w:rPr>
                <w:spacing w:val="-12"/>
              </w:rPr>
              <w:t>quan</w:t>
            </w:r>
            <w:proofErr w:type="spellEnd"/>
            <w:r w:rsidRPr="005A52B0">
              <w:rPr>
                <w:spacing w:val="-12"/>
              </w:rPr>
              <w:t xml:space="preserve"> </w:t>
            </w:r>
            <w:proofErr w:type="spellStart"/>
            <w:r w:rsidRPr="005A52B0">
              <w:rPr>
                <w:spacing w:val="-12"/>
              </w:rPr>
              <w:t>sử</w:t>
            </w:r>
            <w:proofErr w:type="spellEnd"/>
            <w:r w:rsidRPr="005A52B0">
              <w:rPr>
                <w:spacing w:val="-12"/>
              </w:rPr>
              <w:t xml:space="preserve"> </w:t>
            </w:r>
            <w:proofErr w:type="spellStart"/>
            <w:r w:rsidRPr="005A52B0">
              <w:rPr>
                <w:spacing w:val="-12"/>
              </w:rPr>
              <w:t>dụng</w:t>
            </w:r>
            <w:proofErr w:type="spellEnd"/>
            <w:r w:rsidRPr="005A52B0">
              <w:rPr>
                <w:spacing w:val="-12"/>
              </w:rPr>
              <w:t xml:space="preserve"> </w:t>
            </w:r>
            <w:proofErr w:type="spellStart"/>
            <w:r w:rsidRPr="005A52B0">
              <w:rPr>
                <w:spacing w:val="-12"/>
              </w:rPr>
              <w:t>công</w:t>
            </w:r>
            <w:proofErr w:type="spellEnd"/>
            <w:r w:rsidRPr="005A52B0">
              <w:rPr>
                <w:spacing w:val="-12"/>
              </w:rPr>
              <w:t xml:space="preserve"> </w:t>
            </w:r>
            <w:proofErr w:type="spellStart"/>
            <w:r w:rsidRPr="005A52B0">
              <w:rPr>
                <w:spacing w:val="-12"/>
              </w:rPr>
              <w:t>chức</w:t>
            </w:r>
            <w:proofErr w:type="spellEnd"/>
            <w:r w:rsidRPr="005A52B0">
              <w:rPr>
                <w:spacing w:val="-12"/>
              </w:rPr>
              <w:t xml:space="preserve">, </w:t>
            </w:r>
            <w:proofErr w:type="spellStart"/>
            <w:r w:rsidRPr="005A52B0">
              <w:rPr>
                <w:spacing w:val="-12"/>
              </w:rPr>
              <w:t>viên</w:t>
            </w:r>
            <w:proofErr w:type="spellEnd"/>
            <w:r w:rsidRPr="005A52B0">
              <w:rPr>
                <w:spacing w:val="-12"/>
              </w:rPr>
              <w:t xml:space="preserve"> </w:t>
            </w:r>
            <w:proofErr w:type="spellStart"/>
            <w:r w:rsidRPr="005A52B0">
              <w:rPr>
                <w:spacing w:val="-12"/>
              </w:rPr>
              <w:t>chức</w:t>
            </w:r>
            <w:proofErr w:type="spellEnd"/>
            <w:r w:rsidRPr="005A52B0">
              <w:rPr>
                <w:spacing w:val="-12"/>
              </w:rPr>
              <w:t xml:space="preserve"> </w:t>
            </w:r>
            <w:proofErr w:type="spellStart"/>
            <w:r w:rsidRPr="005A52B0">
              <w:rPr>
                <w:spacing w:val="-12"/>
              </w:rPr>
              <w:t>được</w:t>
            </w:r>
            <w:proofErr w:type="spellEnd"/>
            <w:r w:rsidRPr="005A52B0">
              <w:rPr>
                <w:spacing w:val="-12"/>
              </w:rPr>
              <w:t xml:space="preserve"> </w:t>
            </w:r>
            <w:proofErr w:type="spellStart"/>
            <w:r w:rsidRPr="005A52B0">
              <w:rPr>
                <w:spacing w:val="-12"/>
              </w:rPr>
              <w:t>giao</w:t>
            </w:r>
            <w:proofErr w:type="spellEnd"/>
            <w:r w:rsidRPr="005A52B0">
              <w:rPr>
                <w:spacing w:val="-12"/>
              </w:rPr>
              <w:t xml:space="preserve"> </w:t>
            </w:r>
            <w:proofErr w:type="spellStart"/>
            <w:r w:rsidRPr="005A52B0">
              <w:rPr>
                <w:spacing w:val="-12"/>
              </w:rPr>
              <w:t>chủ</w:t>
            </w:r>
            <w:proofErr w:type="spellEnd"/>
            <w:r w:rsidRPr="005A52B0">
              <w:rPr>
                <w:spacing w:val="-12"/>
              </w:rPr>
              <w:t xml:space="preserve"> </w:t>
            </w:r>
            <w:proofErr w:type="spellStart"/>
            <w:r w:rsidRPr="005A52B0">
              <w:rPr>
                <w:spacing w:val="-12"/>
              </w:rPr>
              <w:t>trì</w:t>
            </w:r>
            <w:proofErr w:type="spellEnd"/>
            <w:r w:rsidRPr="005A52B0">
              <w:rPr>
                <w:spacing w:val="-12"/>
              </w:rPr>
              <w:t xml:space="preserve"> </w:t>
            </w:r>
            <w:proofErr w:type="spellStart"/>
            <w:r w:rsidRPr="005A52B0">
              <w:rPr>
                <w:spacing w:val="-12"/>
              </w:rPr>
              <w:t>nghiên</w:t>
            </w:r>
            <w:proofErr w:type="spellEnd"/>
            <w:r w:rsidRPr="005A52B0">
              <w:rPr>
                <w:spacing w:val="-12"/>
              </w:rPr>
              <w:t xml:space="preserve"> </w:t>
            </w:r>
            <w:proofErr w:type="spellStart"/>
            <w:r w:rsidRPr="005A52B0">
              <w:rPr>
                <w:spacing w:val="-12"/>
              </w:rPr>
              <w:t>cứu</w:t>
            </w:r>
            <w:proofErr w:type="spellEnd"/>
            <w:r w:rsidRPr="005A52B0">
              <w:rPr>
                <w:spacing w:val="-12"/>
              </w:rPr>
              <w:t xml:space="preserve"> </w:t>
            </w:r>
            <w:proofErr w:type="spellStart"/>
            <w:r w:rsidRPr="005A52B0">
              <w:rPr>
                <w:spacing w:val="-12"/>
              </w:rPr>
              <w:t>thực</w:t>
            </w:r>
            <w:proofErr w:type="spellEnd"/>
            <w:r w:rsidRPr="005A52B0">
              <w:rPr>
                <w:spacing w:val="-12"/>
              </w:rPr>
              <w:t xml:space="preserve"> </w:t>
            </w:r>
            <w:proofErr w:type="spellStart"/>
            <w:r w:rsidRPr="005A52B0">
              <w:rPr>
                <w:spacing w:val="-12"/>
              </w:rPr>
              <w:t>hiện</w:t>
            </w:r>
            <w:proofErr w:type="spellEnd"/>
            <w:r w:rsidRPr="005A52B0">
              <w:rPr>
                <w:spacing w:val="-12"/>
              </w:rPr>
              <w:t xml:space="preserve">, </w:t>
            </w:r>
            <w:proofErr w:type="spellStart"/>
            <w:r w:rsidRPr="005A52B0">
              <w:rPr>
                <w:spacing w:val="-12"/>
              </w:rPr>
              <w:t>xây</w:t>
            </w:r>
            <w:proofErr w:type="spellEnd"/>
            <w:r w:rsidRPr="005A52B0">
              <w:rPr>
                <w:spacing w:val="-12"/>
              </w:rPr>
              <w:t xml:space="preserve"> </w:t>
            </w:r>
            <w:proofErr w:type="spellStart"/>
            <w:r w:rsidRPr="005A52B0">
              <w:rPr>
                <w:spacing w:val="-12"/>
              </w:rPr>
              <w:t>dựng</w:t>
            </w:r>
            <w:proofErr w:type="spellEnd"/>
            <w:r w:rsidRPr="005A52B0">
              <w:rPr>
                <w:spacing w:val="-12"/>
              </w:rPr>
              <w:t xml:space="preserve"> </w:t>
            </w:r>
            <w:proofErr w:type="spellStart"/>
            <w:r w:rsidRPr="005A52B0">
              <w:rPr>
                <w:spacing w:val="-12"/>
              </w:rPr>
              <w:t>đã</w:t>
            </w:r>
            <w:proofErr w:type="spellEnd"/>
            <w:r w:rsidRPr="005A52B0">
              <w:rPr>
                <w:spacing w:val="-12"/>
              </w:rPr>
              <w:t xml:space="preserve"> </w:t>
            </w:r>
            <w:proofErr w:type="spellStart"/>
            <w:r w:rsidRPr="005A52B0">
              <w:rPr>
                <w:spacing w:val="-12"/>
              </w:rPr>
              <w:t>được</w:t>
            </w:r>
            <w:proofErr w:type="spellEnd"/>
            <w:r w:rsidRPr="005A52B0">
              <w:rPr>
                <w:spacing w:val="-12"/>
              </w:rPr>
              <w:t xml:space="preserve"> </w:t>
            </w:r>
            <w:proofErr w:type="spellStart"/>
            <w:r w:rsidRPr="005A52B0">
              <w:rPr>
                <w:spacing w:val="-12"/>
              </w:rPr>
              <w:t>cấp</w:t>
            </w:r>
            <w:proofErr w:type="spellEnd"/>
            <w:r w:rsidRPr="005A52B0">
              <w:rPr>
                <w:spacing w:val="-12"/>
              </w:rPr>
              <w:t xml:space="preserve"> </w:t>
            </w:r>
            <w:proofErr w:type="spellStart"/>
            <w:r w:rsidRPr="005A52B0">
              <w:rPr>
                <w:spacing w:val="-12"/>
              </w:rPr>
              <w:t>có</w:t>
            </w:r>
            <w:proofErr w:type="spellEnd"/>
            <w:r w:rsidRPr="005A52B0">
              <w:rPr>
                <w:spacing w:val="-12"/>
              </w:rPr>
              <w:t xml:space="preserve"> </w:t>
            </w:r>
            <w:proofErr w:type="spellStart"/>
            <w:r w:rsidRPr="005A52B0">
              <w:rPr>
                <w:spacing w:val="-12"/>
              </w:rPr>
              <w:t>thẩm</w:t>
            </w:r>
            <w:proofErr w:type="spellEnd"/>
            <w:r w:rsidRPr="005A52B0">
              <w:rPr>
                <w:spacing w:val="-12"/>
              </w:rPr>
              <w:t xml:space="preserve"> </w:t>
            </w:r>
            <w:proofErr w:type="spellStart"/>
            <w:r w:rsidRPr="005A52B0">
              <w:rPr>
                <w:spacing w:val="-12"/>
              </w:rPr>
              <w:t>quyền</w:t>
            </w:r>
            <w:proofErr w:type="spellEnd"/>
            <w:r w:rsidRPr="005A52B0">
              <w:rPr>
                <w:spacing w:val="-12"/>
              </w:rPr>
              <w:t xml:space="preserve"> ban </w:t>
            </w:r>
            <w:proofErr w:type="spellStart"/>
            <w:r w:rsidRPr="005A52B0">
              <w:rPr>
                <w:spacing w:val="-12"/>
              </w:rPr>
              <w:t>hành</w:t>
            </w:r>
            <w:proofErr w:type="spellEnd"/>
            <w:r w:rsidRPr="005A52B0">
              <w:rPr>
                <w:spacing w:val="-12"/>
              </w:rPr>
              <w:t xml:space="preserve"> </w:t>
            </w:r>
            <w:proofErr w:type="spellStart"/>
            <w:r w:rsidRPr="005A52B0">
              <w:rPr>
                <w:spacing w:val="-12"/>
              </w:rPr>
              <w:t>hoặc</w:t>
            </w:r>
            <w:proofErr w:type="spellEnd"/>
            <w:r w:rsidRPr="005A52B0">
              <w:rPr>
                <w:spacing w:val="-12"/>
              </w:rPr>
              <w:t xml:space="preserve"> </w:t>
            </w:r>
            <w:proofErr w:type="spellStart"/>
            <w:r w:rsidRPr="005A52B0">
              <w:rPr>
                <w:spacing w:val="-12"/>
              </w:rPr>
              <w:t>nghiệm</w:t>
            </w:r>
            <w:proofErr w:type="spellEnd"/>
            <w:r w:rsidRPr="005A52B0">
              <w:rPr>
                <w:spacing w:val="-12"/>
              </w:rPr>
              <w:t xml:space="preserve"> </w:t>
            </w:r>
            <w:proofErr w:type="spellStart"/>
            <w:r w:rsidRPr="005A52B0">
              <w:rPr>
                <w:spacing w:val="-12"/>
              </w:rPr>
              <w:t>thu</w:t>
            </w:r>
            <w:proofErr w:type="spellEnd"/>
            <w:r w:rsidRPr="005A52B0">
              <w:rPr>
                <w:spacing w:val="-12"/>
              </w:rPr>
              <w:t xml:space="preserve"> ở </w:t>
            </w:r>
            <w:proofErr w:type="spellStart"/>
            <w:r w:rsidRPr="005A52B0">
              <w:rPr>
                <w:spacing w:val="-12"/>
              </w:rPr>
              <w:t>mức</w:t>
            </w:r>
            <w:proofErr w:type="spellEnd"/>
            <w:r w:rsidRPr="005A52B0">
              <w:rPr>
                <w:spacing w:val="-12"/>
              </w:rPr>
              <w:t xml:space="preserve"> </w:t>
            </w:r>
            <w:proofErr w:type="spellStart"/>
            <w:r w:rsidRPr="005A52B0">
              <w:rPr>
                <w:spacing w:val="-12"/>
              </w:rPr>
              <w:t>đạt</w:t>
            </w:r>
            <w:proofErr w:type="spellEnd"/>
            <w:r w:rsidRPr="005A52B0">
              <w:rPr>
                <w:spacing w:val="-12"/>
              </w:rPr>
              <w:t xml:space="preserve"> </w:t>
            </w:r>
            <w:proofErr w:type="spellStart"/>
            <w:r w:rsidRPr="005A52B0">
              <w:rPr>
                <w:spacing w:val="-12"/>
              </w:rPr>
              <w:t>trở</w:t>
            </w:r>
            <w:proofErr w:type="spellEnd"/>
            <w:r w:rsidRPr="005A52B0">
              <w:rPr>
                <w:spacing w:val="-12"/>
              </w:rPr>
              <w:t xml:space="preserve"> </w:t>
            </w:r>
            <w:proofErr w:type="spellStart"/>
            <w:r w:rsidRPr="005A52B0">
              <w:rPr>
                <w:spacing w:val="-12"/>
              </w:rPr>
              <w:t>lên</w:t>
            </w:r>
            <w:proofErr w:type="spellEnd"/>
            <w:r w:rsidRPr="005A52B0">
              <w:rPr>
                <w:spacing w:val="-12"/>
              </w:rPr>
              <w:t>.”</w:t>
            </w:r>
          </w:p>
        </w:tc>
        <w:tc>
          <w:tcPr>
            <w:tcW w:w="3165" w:type="dxa"/>
          </w:tcPr>
          <w:p w14:paraId="6634A1FE" w14:textId="1506414B" w:rsidR="00855AF9" w:rsidRPr="005A52B0" w:rsidRDefault="00855AF9" w:rsidP="005A52B0">
            <w:pPr>
              <w:spacing w:before="120" w:after="120" w:line="240" w:lineRule="auto"/>
              <w:jc w:val="both"/>
              <w:rPr>
                <w:spacing w:val="-6"/>
                <w:szCs w:val="26"/>
              </w:rPr>
            </w:pPr>
            <w:r w:rsidRPr="005A52B0">
              <w:rPr>
                <w:spacing w:val="-6"/>
                <w:szCs w:val="26"/>
              </w:rPr>
              <w:lastRenderedPageBreak/>
              <w:t xml:space="preserve">- Ban </w:t>
            </w:r>
            <w:proofErr w:type="spellStart"/>
            <w:r w:rsidRPr="005A52B0">
              <w:rPr>
                <w:spacing w:val="-6"/>
                <w:szCs w:val="26"/>
              </w:rPr>
              <w:t>soạn</w:t>
            </w:r>
            <w:proofErr w:type="spellEnd"/>
            <w:r w:rsidRPr="005A52B0">
              <w:rPr>
                <w:spacing w:val="-6"/>
                <w:szCs w:val="26"/>
              </w:rPr>
              <w:t xml:space="preserve"> </w:t>
            </w:r>
            <w:proofErr w:type="spellStart"/>
            <w:r w:rsidRPr="005A52B0">
              <w:rPr>
                <w:spacing w:val="-6"/>
                <w:szCs w:val="26"/>
              </w:rPr>
              <w:t>thảo</w:t>
            </w:r>
            <w:proofErr w:type="spellEnd"/>
            <w:r w:rsidRPr="005A52B0">
              <w:rPr>
                <w:spacing w:val="-6"/>
                <w:szCs w:val="26"/>
              </w:rPr>
              <w:t xml:space="preserve"> sẽ </w:t>
            </w:r>
            <w:proofErr w:type="spellStart"/>
            <w:r w:rsidRPr="005A52B0">
              <w:rPr>
                <w:spacing w:val="-6"/>
                <w:szCs w:val="26"/>
              </w:rPr>
              <w:t>đưa</w:t>
            </w:r>
            <w:proofErr w:type="spellEnd"/>
            <w:r w:rsidRPr="005A52B0">
              <w:rPr>
                <w:spacing w:val="-6"/>
                <w:szCs w:val="26"/>
              </w:rPr>
              <w:t xml:space="preserve"> </w:t>
            </w:r>
            <w:proofErr w:type="spellStart"/>
            <w:r w:rsidRPr="005A52B0">
              <w:rPr>
                <w:spacing w:val="-6"/>
                <w:szCs w:val="26"/>
              </w:rPr>
              <w:t>nội</w:t>
            </w:r>
            <w:proofErr w:type="spellEnd"/>
            <w:r w:rsidRPr="005A52B0">
              <w:rPr>
                <w:spacing w:val="-6"/>
                <w:szCs w:val="26"/>
              </w:rPr>
              <w:t xml:space="preserve"> dung </w:t>
            </w:r>
            <w:proofErr w:type="spellStart"/>
            <w:r w:rsidRPr="005A52B0">
              <w:rPr>
                <w:spacing w:val="-6"/>
                <w:szCs w:val="26"/>
              </w:rPr>
              <w:t>này</w:t>
            </w:r>
            <w:proofErr w:type="spellEnd"/>
            <w:r w:rsidRPr="005A52B0">
              <w:rPr>
                <w:spacing w:val="-6"/>
                <w:szCs w:val="26"/>
              </w:rPr>
              <w:t xml:space="preserve"> </w:t>
            </w:r>
            <w:proofErr w:type="spellStart"/>
            <w:r w:rsidRPr="005A52B0">
              <w:rPr>
                <w:spacing w:val="-6"/>
                <w:szCs w:val="26"/>
              </w:rPr>
              <w:t>ra</w:t>
            </w:r>
            <w:proofErr w:type="spellEnd"/>
            <w:r w:rsidRPr="005A52B0">
              <w:rPr>
                <w:spacing w:val="-6"/>
                <w:szCs w:val="26"/>
              </w:rPr>
              <w:t xml:space="preserve"> </w:t>
            </w:r>
            <w:proofErr w:type="spellStart"/>
            <w:r w:rsidRPr="005A52B0">
              <w:rPr>
                <w:spacing w:val="-6"/>
                <w:szCs w:val="26"/>
              </w:rPr>
              <w:t>khỏi</w:t>
            </w:r>
            <w:proofErr w:type="spellEnd"/>
            <w:r w:rsidRPr="005A52B0">
              <w:rPr>
                <w:spacing w:val="-6"/>
                <w:szCs w:val="26"/>
              </w:rPr>
              <w:t xml:space="preserve"> </w:t>
            </w:r>
            <w:proofErr w:type="spellStart"/>
            <w:r w:rsidRPr="005A52B0">
              <w:rPr>
                <w:spacing w:val="-6"/>
                <w:szCs w:val="26"/>
              </w:rPr>
              <w:t>dư</w:t>
            </w:r>
            <w:proofErr w:type="spellEnd"/>
            <w:r w:rsidRPr="005A52B0">
              <w:rPr>
                <w:spacing w:val="-6"/>
                <w:szCs w:val="26"/>
              </w:rPr>
              <w:t xml:space="preserve">̣ </w:t>
            </w:r>
            <w:proofErr w:type="spellStart"/>
            <w:r w:rsidRPr="005A52B0">
              <w:rPr>
                <w:spacing w:val="-6"/>
                <w:szCs w:val="26"/>
              </w:rPr>
              <w:t>thảo</w:t>
            </w:r>
            <w:proofErr w:type="spellEnd"/>
            <w:r w:rsidRPr="005A52B0">
              <w:rPr>
                <w:spacing w:val="-6"/>
                <w:szCs w:val="26"/>
              </w:rPr>
              <w:t xml:space="preserve"> Thông </w:t>
            </w:r>
            <w:proofErr w:type="spellStart"/>
            <w:r w:rsidRPr="005A52B0">
              <w:rPr>
                <w:spacing w:val="-6"/>
                <w:szCs w:val="26"/>
              </w:rPr>
              <w:t>tư</w:t>
            </w:r>
            <w:proofErr w:type="spellEnd"/>
            <w:r w:rsidRPr="005A52B0">
              <w:rPr>
                <w:spacing w:val="-6"/>
                <w:szCs w:val="26"/>
              </w:rPr>
              <w:t xml:space="preserve">, </w:t>
            </w:r>
            <w:proofErr w:type="spellStart"/>
            <w:r w:rsidRPr="005A52B0">
              <w:rPr>
                <w:spacing w:val="-6"/>
                <w:szCs w:val="26"/>
              </w:rPr>
              <w:t>bởi</w:t>
            </w:r>
            <w:proofErr w:type="spellEnd"/>
            <w:r w:rsidRPr="005A52B0">
              <w:rPr>
                <w:spacing w:val="-6"/>
                <w:szCs w:val="26"/>
              </w:rPr>
              <w:t xml:space="preserve"> vì </w:t>
            </w:r>
            <w:proofErr w:type="spellStart"/>
            <w:r w:rsidRPr="005A52B0">
              <w:rPr>
                <w:spacing w:val="-6"/>
                <w:szCs w:val="26"/>
              </w:rPr>
              <w:t>nội</w:t>
            </w:r>
            <w:proofErr w:type="spellEnd"/>
            <w:r w:rsidRPr="005A52B0">
              <w:rPr>
                <w:spacing w:val="-6"/>
                <w:szCs w:val="26"/>
              </w:rPr>
              <w:t xml:space="preserve"> dung </w:t>
            </w:r>
            <w:proofErr w:type="spellStart"/>
            <w:r w:rsidRPr="005A52B0">
              <w:rPr>
                <w:spacing w:val="-6"/>
                <w:szCs w:val="26"/>
              </w:rPr>
              <w:t>này</w:t>
            </w:r>
            <w:proofErr w:type="spellEnd"/>
            <w:r w:rsidRPr="005A52B0">
              <w:rPr>
                <w:spacing w:val="-6"/>
                <w:szCs w:val="26"/>
              </w:rPr>
              <w:t xml:space="preserve"> </w:t>
            </w:r>
            <w:proofErr w:type="spellStart"/>
            <w:r w:rsidRPr="005A52B0">
              <w:rPr>
                <w:spacing w:val="-6"/>
                <w:szCs w:val="26"/>
              </w:rPr>
              <w:t>liên</w:t>
            </w:r>
            <w:proofErr w:type="spellEnd"/>
            <w:r w:rsidRPr="005A52B0">
              <w:rPr>
                <w:spacing w:val="-6"/>
                <w:szCs w:val="26"/>
              </w:rPr>
              <w:t xml:space="preserve"> </w:t>
            </w:r>
            <w:proofErr w:type="spellStart"/>
            <w:r w:rsidRPr="005A52B0">
              <w:rPr>
                <w:spacing w:val="-6"/>
                <w:szCs w:val="26"/>
              </w:rPr>
              <w:t>quan</w:t>
            </w:r>
            <w:proofErr w:type="spellEnd"/>
            <w:r w:rsidRPr="005A52B0">
              <w:rPr>
                <w:spacing w:val="-6"/>
                <w:szCs w:val="26"/>
              </w:rPr>
              <w:t xml:space="preserve"> </w:t>
            </w:r>
            <w:proofErr w:type="spellStart"/>
            <w:r w:rsidRPr="005A52B0">
              <w:rPr>
                <w:spacing w:val="-6"/>
                <w:szCs w:val="26"/>
              </w:rPr>
              <w:t>đến</w:t>
            </w:r>
            <w:proofErr w:type="spellEnd"/>
            <w:r w:rsidRPr="005A52B0">
              <w:rPr>
                <w:spacing w:val="-6"/>
                <w:szCs w:val="26"/>
              </w:rPr>
              <w:t xml:space="preserve"> </w:t>
            </w:r>
            <w:proofErr w:type="spellStart"/>
            <w:r w:rsidRPr="005A52B0">
              <w:rPr>
                <w:spacing w:val="-6"/>
                <w:szCs w:val="26"/>
              </w:rPr>
              <w:t>liên</w:t>
            </w:r>
            <w:proofErr w:type="spellEnd"/>
            <w:r w:rsidRPr="005A52B0">
              <w:rPr>
                <w:spacing w:val="-6"/>
                <w:szCs w:val="26"/>
              </w:rPr>
              <w:t xml:space="preserve"> </w:t>
            </w:r>
            <w:proofErr w:type="spellStart"/>
            <w:r w:rsidRPr="005A52B0">
              <w:rPr>
                <w:spacing w:val="-6"/>
                <w:szCs w:val="26"/>
              </w:rPr>
              <w:t>quan</w:t>
            </w:r>
            <w:proofErr w:type="spellEnd"/>
            <w:r w:rsidRPr="005A52B0">
              <w:rPr>
                <w:spacing w:val="-6"/>
                <w:szCs w:val="26"/>
              </w:rPr>
              <w:t xml:space="preserve"> </w:t>
            </w:r>
            <w:proofErr w:type="spellStart"/>
            <w:r w:rsidRPr="005A52B0">
              <w:rPr>
                <w:spacing w:val="-6"/>
                <w:szCs w:val="26"/>
              </w:rPr>
              <w:t>đến</w:t>
            </w:r>
            <w:proofErr w:type="spellEnd"/>
            <w:r w:rsidRPr="005A52B0">
              <w:rPr>
                <w:spacing w:val="-6"/>
                <w:szCs w:val="26"/>
              </w:rPr>
              <w:t xml:space="preserve"> </w:t>
            </w:r>
            <w:proofErr w:type="spellStart"/>
            <w:r w:rsidRPr="005A52B0">
              <w:rPr>
                <w:spacing w:val="-6"/>
                <w:szCs w:val="26"/>
              </w:rPr>
              <w:t>vị</w:t>
            </w:r>
            <w:proofErr w:type="spellEnd"/>
            <w:r w:rsidRPr="005A52B0">
              <w:rPr>
                <w:spacing w:val="-6"/>
                <w:szCs w:val="26"/>
              </w:rPr>
              <w:t xml:space="preserve"> </w:t>
            </w:r>
            <w:proofErr w:type="spellStart"/>
            <w:r w:rsidRPr="005A52B0">
              <w:rPr>
                <w:spacing w:val="-6"/>
                <w:szCs w:val="26"/>
              </w:rPr>
              <w:t>trí</w:t>
            </w:r>
            <w:proofErr w:type="spellEnd"/>
            <w:r w:rsidRPr="005A52B0">
              <w:rPr>
                <w:spacing w:val="-6"/>
                <w:szCs w:val="26"/>
              </w:rPr>
              <w:t xml:space="preserve"> </w:t>
            </w:r>
            <w:proofErr w:type="spellStart"/>
            <w:r w:rsidRPr="005A52B0">
              <w:rPr>
                <w:spacing w:val="-6"/>
                <w:szCs w:val="26"/>
              </w:rPr>
              <w:t>việc</w:t>
            </w:r>
            <w:proofErr w:type="spellEnd"/>
            <w:r w:rsidRPr="005A52B0">
              <w:rPr>
                <w:spacing w:val="-6"/>
                <w:szCs w:val="26"/>
              </w:rPr>
              <w:t xml:space="preserve"> </w:t>
            </w:r>
            <w:proofErr w:type="spellStart"/>
            <w:r w:rsidRPr="005A52B0">
              <w:rPr>
                <w:spacing w:val="-6"/>
                <w:szCs w:val="26"/>
              </w:rPr>
              <w:t>làm</w:t>
            </w:r>
            <w:proofErr w:type="spellEnd"/>
            <w:r w:rsidRPr="005A52B0">
              <w:rPr>
                <w:spacing w:val="-6"/>
                <w:szCs w:val="26"/>
              </w:rPr>
              <w:t xml:space="preserve">, </w:t>
            </w:r>
            <w:proofErr w:type="spellStart"/>
            <w:r w:rsidRPr="005A52B0">
              <w:rPr>
                <w:spacing w:val="-6"/>
                <w:szCs w:val="26"/>
              </w:rPr>
              <w:t>khung</w:t>
            </w:r>
            <w:proofErr w:type="spellEnd"/>
            <w:r w:rsidRPr="005A52B0">
              <w:rPr>
                <w:spacing w:val="-6"/>
                <w:szCs w:val="26"/>
              </w:rPr>
              <w:t xml:space="preserve"> </w:t>
            </w:r>
            <w:proofErr w:type="spellStart"/>
            <w:r w:rsidRPr="005A52B0">
              <w:rPr>
                <w:spacing w:val="-6"/>
                <w:szCs w:val="26"/>
              </w:rPr>
              <w:t>năng</w:t>
            </w:r>
            <w:proofErr w:type="spellEnd"/>
            <w:r w:rsidRPr="005A52B0">
              <w:rPr>
                <w:spacing w:val="-6"/>
                <w:szCs w:val="26"/>
              </w:rPr>
              <w:t xml:space="preserve"> </w:t>
            </w:r>
            <w:proofErr w:type="spellStart"/>
            <w:r w:rsidRPr="005A52B0">
              <w:rPr>
                <w:spacing w:val="-6"/>
                <w:szCs w:val="26"/>
              </w:rPr>
              <w:t>lực</w:t>
            </w:r>
            <w:proofErr w:type="spellEnd"/>
            <w:r w:rsidRPr="005A52B0">
              <w:rPr>
                <w:spacing w:val="-6"/>
                <w:szCs w:val="26"/>
              </w:rPr>
              <w:t xml:space="preserve"> </w:t>
            </w:r>
            <w:proofErr w:type="spellStart"/>
            <w:r w:rsidRPr="005A52B0">
              <w:rPr>
                <w:spacing w:val="-6"/>
                <w:szCs w:val="26"/>
              </w:rPr>
              <w:t>đối</w:t>
            </w:r>
            <w:proofErr w:type="spellEnd"/>
            <w:r w:rsidRPr="005A52B0">
              <w:rPr>
                <w:spacing w:val="-6"/>
                <w:szCs w:val="26"/>
              </w:rPr>
              <w:t xml:space="preserve"> </w:t>
            </w:r>
            <w:proofErr w:type="spellStart"/>
            <w:r w:rsidRPr="005A52B0">
              <w:rPr>
                <w:spacing w:val="-6"/>
                <w:szCs w:val="26"/>
              </w:rPr>
              <w:t>với</w:t>
            </w:r>
            <w:proofErr w:type="spellEnd"/>
            <w:r w:rsidRPr="005A52B0">
              <w:rPr>
                <w:spacing w:val="-6"/>
                <w:szCs w:val="26"/>
              </w:rPr>
              <w:t xml:space="preserve"> </w:t>
            </w:r>
            <w:proofErr w:type="spellStart"/>
            <w:r w:rsidRPr="005A52B0">
              <w:rPr>
                <w:spacing w:val="-6"/>
                <w:szCs w:val="26"/>
              </w:rPr>
              <w:t>công</w:t>
            </w:r>
            <w:proofErr w:type="spellEnd"/>
            <w:r w:rsidRPr="005A52B0">
              <w:rPr>
                <w:spacing w:val="-6"/>
                <w:szCs w:val="26"/>
              </w:rPr>
              <w:t xml:space="preserve"> </w:t>
            </w:r>
            <w:proofErr w:type="spellStart"/>
            <w:r w:rsidRPr="005A52B0">
              <w:rPr>
                <w:spacing w:val="-6"/>
                <w:szCs w:val="26"/>
              </w:rPr>
              <w:t>chức</w:t>
            </w:r>
            <w:proofErr w:type="spellEnd"/>
            <w:r w:rsidRPr="005A52B0">
              <w:rPr>
                <w:spacing w:val="-6"/>
                <w:szCs w:val="26"/>
              </w:rPr>
              <w:t xml:space="preserve">, </w:t>
            </w:r>
            <w:proofErr w:type="spellStart"/>
            <w:r w:rsidRPr="005A52B0">
              <w:rPr>
                <w:spacing w:val="-6"/>
                <w:szCs w:val="26"/>
              </w:rPr>
              <w:t>viên</w:t>
            </w:r>
            <w:proofErr w:type="spellEnd"/>
            <w:r w:rsidRPr="005A52B0">
              <w:rPr>
                <w:spacing w:val="-6"/>
                <w:szCs w:val="26"/>
              </w:rPr>
              <w:t xml:space="preserve"> </w:t>
            </w:r>
            <w:proofErr w:type="spellStart"/>
            <w:r w:rsidRPr="005A52B0">
              <w:rPr>
                <w:spacing w:val="-6"/>
                <w:szCs w:val="26"/>
              </w:rPr>
              <w:t>chức</w:t>
            </w:r>
            <w:proofErr w:type="spellEnd"/>
            <w:r w:rsidRPr="005A52B0">
              <w:rPr>
                <w:spacing w:val="-6"/>
                <w:szCs w:val="26"/>
              </w:rPr>
              <w:t xml:space="preserve"> </w:t>
            </w:r>
            <w:proofErr w:type="spellStart"/>
            <w:r w:rsidRPr="005A52B0">
              <w:rPr>
                <w:spacing w:val="-6"/>
                <w:szCs w:val="26"/>
              </w:rPr>
              <w:t>chuyên</w:t>
            </w:r>
            <w:proofErr w:type="spellEnd"/>
            <w:r w:rsidRPr="005A52B0">
              <w:rPr>
                <w:spacing w:val="-6"/>
                <w:szCs w:val="26"/>
              </w:rPr>
              <w:t xml:space="preserve"> </w:t>
            </w:r>
            <w:proofErr w:type="spellStart"/>
            <w:r w:rsidRPr="005A52B0">
              <w:rPr>
                <w:spacing w:val="-6"/>
                <w:szCs w:val="26"/>
              </w:rPr>
              <w:t>ngành</w:t>
            </w:r>
            <w:proofErr w:type="spellEnd"/>
            <w:r w:rsidRPr="005A52B0">
              <w:rPr>
                <w:spacing w:val="-6"/>
                <w:szCs w:val="26"/>
              </w:rPr>
              <w:t xml:space="preserve"> </w:t>
            </w:r>
            <w:proofErr w:type="spellStart"/>
            <w:r w:rsidRPr="005A52B0">
              <w:rPr>
                <w:spacing w:val="-6"/>
                <w:szCs w:val="26"/>
              </w:rPr>
              <w:t>kiểm</w:t>
            </w:r>
            <w:proofErr w:type="spellEnd"/>
            <w:r w:rsidRPr="005A52B0">
              <w:rPr>
                <w:spacing w:val="-6"/>
                <w:szCs w:val="26"/>
              </w:rPr>
              <w:t xml:space="preserve"> </w:t>
            </w:r>
            <w:proofErr w:type="spellStart"/>
            <w:r w:rsidRPr="005A52B0">
              <w:rPr>
                <w:spacing w:val="-6"/>
                <w:szCs w:val="26"/>
              </w:rPr>
              <w:t>soát</w:t>
            </w:r>
            <w:proofErr w:type="spellEnd"/>
            <w:r w:rsidRPr="005A52B0">
              <w:rPr>
                <w:spacing w:val="-6"/>
                <w:szCs w:val="26"/>
              </w:rPr>
              <w:t xml:space="preserve"> </w:t>
            </w:r>
            <w:proofErr w:type="spellStart"/>
            <w:r w:rsidRPr="005A52B0">
              <w:rPr>
                <w:spacing w:val="-6"/>
                <w:szCs w:val="26"/>
              </w:rPr>
              <w:t>viên</w:t>
            </w:r>
            <w:proofErr w:type="spellEnd"/>
            <w:r w:rsidRPr="005A52B0">
              <w:rPr>
                <w:spacing w:val="-6"/>
                <w:szCs w:val="26"/>
              </w:rPr>
              <w:t xml:space="preserve"> </w:t>
            </w:r>
            <w:proofErr w:type="spellStart"/>
            <w:r w:rsidRPr="005A52B0">
              <w:rPr>
                <w:spacing w:val="-6"/>
                <w:szCs w:val="26"/>
              </w:rPr>
              <w:t>chất</w:t>
            </w:r>
            <w:proofErr w:type="spellEnd"/>
            <w:r w:rsidRPr="005A52B0">
              <w:rPr>
                <w:spacing w:val="-6"/>
                <w:szCs w:val="26"/>
              </w:rPr>
              <w:t xml:space="preserve"> </w:t>
            </w:r>
            <w:proofErr w:type="spellStart"/>
            <w:r w:rsidRPr="005A52B0">
              <w:rPr>
                <w:spacing w:val="-6"/>
                <w:szCs w:val="26"/>
              </w:rPr>
              <w:t>lượng</w:t>
            </w:r>
            <w:proofErr w:type="spellEnd"/>
            <w:r w:rsidRPr="005A52B0">
              <w:rPr>
                <w:spacing w:val="-6"/>
                <w:szCs w:val="26"/>
              </w:rPr>
              <w:t xml:space="preserve"> </w:t>
            </w:r>
            <w:proofErr w:type="spellStart"/>
            <w:r w:rsidRPr="005A52B0">
              <w:rPr>
                <w:spacing w:val="-6"/>
                <w:szCs w:val="26"/>
              </w:rPr>
              <w:t>sản</w:t>
            </w:r>
            <w:proofErr w:type="spellEnd"/>
            <w:r w:rsidRPr="005A52B0">
              <w:rPr>
                <w:spacing w:val="-6"/>
                <w:szCs w:val="26"/>
              </w:rPr>
              <w:t xml:space="preserve"> </w:t>
            </w:r>
            <w:proofErr w:type="spellStart"/>
            <w:r w:rsidRPr="005A52B0">
              <w:rPr>
                <w:spacing w:val="-6"/>
                <w:szCs w:val="26"/>
              </w:rPr>
              <w:t>phẩm</w:t>
            </w:r>
            <w:proofErr w:type="spellEnd"/>
            <w:r w:rsidRPr="005A52B0">
              <w:rPr>
                <w:spacing w:val="-6"/>
                <w:szCs w:val="26"/>
              </w:rPr>
              <w:t xml:space="preserve">, </w:t>
            </w:r>
            <w:proofErr w:type="spellStart"/>
            <w:r w:rsidRPr="005A52B0">
              <w:rPr>
                <w:spacing w:val="-6"/>
                <w:szCs w:val="26"/>
              </w:rPr>
              <w:t>hàng</w:t>
            </w:r>
            <w:proofErr w:type="spellEnd"/>
            <w:r w:rsidRPr="005A52B0">
              <w:rPr>
                <w:spacing w:val="-6"/>
                <w:szCs w:val="26"/>
              </w:rPr>
              <w:t xml:space="preserve"> </w:t>
            </w:r>
            <w:proofErr w:type="spellStart"/>
            <w:r w:rsidRPr="005A52B0">
              <w:rPr>
                <w:spacing w:val="-6"/>
                <w:szCs w:val="26"/>
              </w:rPr>
              <w:t>hóa</w:t>
            </w:r>
            <w:proofErr w:type="spellEnd"/>
            <w:r w:rsidRPr="005A52B0">
              <w:rPr>
                <w:spacing w:val="-6"/>
                <w:szCs w:val="26"/>
              </w:rPr>
              <w:t xml:space="preserve"> </w:t>
            </w:r>
            <w:proofErr w:type="spellStart"/>
            <w:r w:rsidR="00122D64" w:rsidRPr="005A52B0">
              <w:rPr>
                <w:spacing w:val="-6"/>
                <w:szCs w:val="26"/>
              </w:rPr>
              <w:t>được</w:t>
            </w:r>
            <w:proofErr w:type="spellEnd"/>
            <w:r w:rsidR="00122D64" w:rsidRPr="005A52B0">
              <w:rPr>
                <w:spacing w:val="-6"/>
                <w:szCs w:val="26"/>
              </w:rPr>
              <w:t xml:space="preserve"> </w:t>
            </w:r>
            <w:proofErr w:type="spellStart"/>
            <w:r w:rsidR="00122D64" w:rsidRPr="005A52B0">
              <w:rPr>
                <w:spacing w:val="-6"/>
                <w:szCs w:val="26"/>
              </w:rPr>
              <w:t>quy</w:t>
            </w:r>
            <w:proofErr w:type="spellEnd"/>
            <w:r w:rsidR="00122D64" w:rsidRPr="005A52B0">
              <w:rPr>
                <w:spacing w:val="-6"/>
                <w:szCs w:val="26"/>
              </w:rPr>
              <w:t xml:space="preserve"> </w:t>
            </w:r>
            <w:proofErr w:type="spellStart"/>
            <w:r w:rsidR="00122D64" w:rsidRPr="005A52B0">
              <w:rPr>
                <w:spacing w:val="-6"/>
                <w:szCs w:val="26"/>
              </w:rPr>
              <w:t>định</w:t>
            </w:r>
            <w:proofErr w:type="spellEnd"/>
            <w:r w:rsidR="00122D64" w:rsidRPr="005A52B0">
              <w:rPr>
                <w:spacing w:val="-6"/>
                <w:szCs w:val="26"/>
              </w:rPr>
              <w:t xml:space="preserve"> ở</w:t>
            </w:r>
            <w:r w:rsidRPr="005A52B0">
              <w:rPr>
                <w:spacing w:val="-6"/>
                <w:szCs w:val="26"/>
              </w:rPr>
              <w:t xml:space="preserve"> </w:t>
            </w:r>
            <w:proofErr w:type="spellStart"/>
            <w:r w:rsidRPr="005A52B0">
              <w:rPr>
                <w:spacing w:val="-6"/>
                <w:szCs w:val="26"/>
              </w:rPr>
              <w:t>văn</w:t>
            </w:r>
            <w:proofErr w:type="spellEnd"/>
            <w:r w:rsidRPr="005A52B0">
              <w:rPr>
                <w:spacing w:val="-6"/>
                <w:szCs w:val="26"/>
              </w:rPr>
              <w:t xml:space="preserve"> </w:t>
            </w:r>
            <w:proofErr w:type="spellStart"/>
            <w:r w:rsidRPr="005A52B0">
              <w:rPr>
                <w:spacing w:val="-6"/>
                <w:szCs w:val="26"/>
              </w:rPr>
              <w:t>bản</w:t>
            </w:r>
            <w:proofErr w:type="spellEnd"/>
            <w:r w:rsidRPr="005A52B0">
              <w:rPr>
                <w:spacing w:val="-6"/>
                <w:szCs w:val="26"/>
              </w:rPr>
              <w:t xml:space="preserve"> </w:t>
            </w:r>
            <w:proofErr w:type="spellStart"/>
            <w:r w:rsidRPr="005A52B0">
              <w:rPr>
                <w:spacing w:val="-6"/>
                <w:szCs w:val="26"/>
              </w:rPr>
              <w:t>hướng</w:t>
            </w:r>
            <w:proofErr w:type="spellEnd"/>
            <w:r w:rsidRPr="005A52B0">
              <w:rPr>
                <w:spacing w:val="-6"/>
                <w:szCs w:val="26"/>
              </w:rPr>
              <w:t xml:space="preserve"> </w:t>
            </w:r>
            <w:proofErr w:type="spellStart"/>
            <w:r w:rsidRPr="005A52B0">
              <w:rPr>
                <w:spacing w:val="-6"/>
                <w:szCs w:val="26"/>
              </w:rPr>
              <w:t>dẫn</w:t>
            </w:r>
            <w:proofErr w:type="spellEnd"/>
            <w:r w:rsidRPr="005A52B0">
              <w:rPr>
                <w:spacing w:val="-6"/>
                <w:szCs w:val="26"/>
              </w:rPr>
              <w:t xml:space="preserve"> </w:t>
            </w:r>
            <w:proofErr w:type="spellStart"/>
            <w:r w:rsidRPr="005A52B0">
              <w:rPr>
                <w:spacing w:val="-6"/>
                <w:szCs w:val="26"/>
              </w:rPr>
              <w:t>riêng</w:t>
            </w:r>
            <w:proofErr w:type="spellEnd"/>
            <w:r w:rsidRPr="005A52B0">
              <w:rPr>
                <w:spacing w:val="-6"/>
                <w:szCs w:val="26"/>
              </w:rPr>
              <w:t>.</w:t>
            </w:r>
          </w:p>
          <w:p w14:paraId="0C377B6C" w14:textId="7D60CF95" w:rsidR="00855AF9" w:rsidRPr="005A52B0" w:rsidRDefault="00855AF9" w:rsidP="005A52B0">
            <w:pPr>
              <w:spacing w:before="120" w:after="120" w:line="240" w:lineRule="auto"/>
              <w:jc w:val="both"/>
              <w:rPr>
                <w:spacing w:val="-6"/>
                <w:szCs w:val="26"/>
              </w:rPr>
            </w:pPr>
            <w:r w:rsidRPr="005A52B0">
              <w:rPr>
                <w:spacing w:val="-6"/>
                <w:szCs w:val="26"/>
              </w:rPr>
              <w:t xml:space="preserve">- Ban </w:t>
            </w:r>
            <w:proofErr w:type="spellStart"/>
            <w:r w:rsidRPr="005A52B0">
              <w:rPr>
                <w:spacing w:val="-6"/>
                <w:szCs w:val="26"/>
              </w:rPr>
              <w:t>soạn</w:t>
            </w:r>
            <w:proofErr w:type="spellEnd"/>
            <w:r w:rsidRPr="005A52B0">
              <w:rPr>
                <w:spacing w:val="-6"/>
                <w:szCs w:val="26"/>
              </w:rPr>
              <w:t xml:space="preserve"> </w:t>
            </w:r>
            <w:proofErr w:type="spellStart"/>
            <w:r w:rsidRPr="005A52B0">
              <w:rPr>
                <w:spacing w:val="-6"/>
                <w:szCs w:val="26"/>
              </w:rPr>
              <w:t>thảo</w:t>
            </w:r>
            <w:proofErr w:type="spellEnd"/>
            <w:r w:rsidRPr="005A52B0">
              <w:rPr>
                <w:spacing w:val="-6"/>
                <w:szCs w:val="26"/>
              </w:rPr>
              <w:t xml:space="preserve"> sẽ </w:t>
            </w:r>
            <w:proofErr w:type="spellStart"/>
            <w:r w:rsidRPr="005A52B0">
              <w:rPr>
                <w:spacing w:val="-6"/>
                <w:szCs w:val="26"/>
              </w:rPr>
              <w:t>đưa</w:t>
            </w:r>
            <w:proofErr w:type="spellEnd"/>
            <w:r w:rsidRPr="005A52B0">
              <w:rPr>
                <w:spacing w:val="-6"/>
                <w:szCs w:val="26"/>
              </w:rPr>
              <w:t xml:space="preserve"> </w:t>
            </w:r>
            <w:proofErr w:type="spellStart"/>
            <w:r w:rsidRPr="005A52B0">
              <w:rPr>
                <w:spacing w:val="-6"/>
                <w:szCs w:val="26"/>
              </w:rPr>
              <w:t>nội</w:t>
            </w:r>
            <w:proofErr w:type="spellEnd"/>
            <w:r w:rsidRPr="005A52B0">
              <w:rPr>
                <w:spacing w:val="-6"/>
                <w:szCs w:val="26"/>
              </w:rPr>
              <w:t xml:space="preserve"> dung </w:t>
            </w:r>
            <w:proofErr w:type="spellStart"/>
            <w:r w:rsidRPr="005A52B0">
              <w:rPr>
                <w:spacing w:val="-6"/>
                <w:szCs w:val="26"/>
              </w:rPr>
              <w:t>này</w:t>
            </w:r>
            <w:proofErr w:type="spellEnd"/>
            <w:r w:rsidRPr="005A52B0">
              <w:rPr>
                <w:spacing w:val="-6"/>
                <w:szCs w:val="26"/>
              </w:rPr>
              <w:t xml:space="preserve"> </w:t>
            </w:r>
            <w:proofErr w:type="spellStart"/>
            <w:r w:rsidRPr="005A52B0">
              <w:rPr>
                <w:spacing w:val="-6"/>
                <w:szCs w:val="26"/>
              </w:rPr>
              <w:t>ra</w:t>
            </w:r>
            <w:proofErr w:type="spellEnd"/>
            <w:r w:rsidRPr="005A52B0">
              <w:rPr>
                <w:spacing w:val="-6"/>
                <w:szCs w:val="26"/>
              </w:rPr>
              <w:t xml:space="preserve"> </w:t>
            </w:r>
            <w:proofErr w:type="spellStart"/>
            <w:r w:rsidRPr="005A52B0">
              <w:rPr>
                <w:spacing w:val="-6"/>
                <w:szCs w:val="26"/>
              </w:rPr>
              <w:t>khỏi</w:t>
            </w:r>
            <w:proofErr w:type="spellEnd"/>
            <w:r w:rsidRPr="005A52B0">
              <w:rPr>
                <w:spacing w:val="-6"/>
                <w:szCs w:val="26"/>
              </w:rPr>
              <w:t xml:space="preserve"> </w:t>
            </w:r>
            <w:proofErr w:type="spellStart"/>
            <w:r w:rsidRPr="005A52B0">
              <w:rPr>
                <w:spacing w:val="-6"/>
                <w:szCs w:val="26"/>
              </w:rPr>
              <w:t>dư</w:t>
            </w:r>
            <w:proofErr w:type="spellEnd"/>
            <w:r w:rsidRPr="005A52B0">
              <w:rPr>
                <w:spacing w:val="-6"/>
                <w:szCs w:val="26"/>
              </w:rPr>
              <w:t xml:space="preserve">̣ </w:t>
            </w:r>
            <w:proofErr w:type="spellStart"/>
            <w:r w:rsidRPr="005A52B0">
              <w:rPr>
                <w:spacing w:val="-6"/>
                <w:szCs w:val="26"/>
              </w:rPr>
              <w:t>thảo</w:t>
            </w:r>
            <w:proofErr w:type="spellEnd"/>
            <w:r w:rsidRPr="005A52B0">
              <w:rPr>
                <w:spacing w:val="-6"/>
                <w:szCs w:val="26"/>
              </w:rPr>
              <w:t xml:space="preserve"> Thông </w:t>
            </w:r>
            <w:proofErr w:type="spellStart"/>
            <w:r w:rsidRPr="005A52B0">
              <w:rPr>
                <w:spacing w:val="-6"/>
                <w:szCs w:val="26"/>
              </w:rPr>
              <w:t>tư</w:t>
            </w:r>
            <w:proofErr w:type="spellEnd"/>
            <w:r w:rsidRPr="005A52B0">
              <w:rPr>
                <w:spacing w:val="-6"/>
                <w:szCs w:val="26"/>
              </w:rPr>
              <w:t xml:space="preserve">, </w:t>
            </w:r>
            <w:proofErr w:type="spellStart"/>
            <w:r w:rsidRPr="005A52B0">
              <w:rPr>
                <w:spacing w:val="-6"/>
                <w:szCs w:val="26"/>
              </w:rPr>
              <w:t>bởi</w:t>
            </w:r>
            <w:proofErr w:type="spellEnd"/>
            <w:r w:rsidRPr="005A52B0">
              <w:rPr>
                <w:spacing w:val="-6"/>
                <w:szCs w:val="26"/>
              </w:rPr>
              <w:t xml:space="preserve"> vì </w:t>
            </w:r>
            <w:proofErr w:type="spellStart"/>
            <w:r w:rsidRPr="005A52B0">
              <w:rPr>
                <w:spacing w:val="-6"/>
                <w:szCs w:val="26"/>
              </w:rPr>
              <w:t>nội</w:t>
            </w:r>
            <w:proofErr w:type="spellEnd"/>
            <w:r w:rsidRPr="005A52B0">
              <w:rPr>
                <w:spacing w:val="-6"/>
                <w:szCs w:val="26"/>
              </w:rPr>
              <w:t xml:space="preserve"> dung </w:t>
            </w:r>
            <w:proofErr w:type="spellStart"/>
            <w:r w:rsidRPr="005A52B0">
              <w:rPr>
                <w:spacing w:val="-6"/>
                <w:szCs w:val="26"/>
              </w:rPr>
              <w:t>này</w:t>
            </w:r>
            <w:proofErr w:type="spellEnd"/>
            <w:r w:rsidRPr="005A52B0">
              <w:rPr>
                <w:spacing w:val="-6"/>
                <w:szCs w:val="26"/>
              </w:rPr>
              <w:t xml:space="preserve"> </w:t>
            </w:r>
            <w:proofErr w:type="spellStart"/>
            <w:r w:rsidRPr="005A52B0">
              <w:rPr>
                <w:spacing w:val="-6"/>
                <w:szCs w:val="26"/>
              </w:rPr>
              <w:t>liên</w:t>
            </w:r>
            <w:proofErr w:type="spellEnd"/>
            <w:r w:rsidRPr="005A52B0">
              <w:rPr>
                <w:spacing w:val="-6"/>
                <w:szCs w:val="26"/>
              </w:rPr>
              <w:t xml:space="preserve"> </w:t>
            </w:r>
            <w:proofErr w:type="spellStart"/>
            <w:r w:rsidRPr="005A52B0">
              <w:rPr>
                <w:spacing w:val="-6"/>
                <w:szCs w:val="26"/>
              </w:rPr>
              <w:t>quan</w:t>
            </w:r>
            <w:proofErr w:type="spellEnd"/>
            <w:r w:rsidRPr="005A52B0">
              <w:rPr>
                <w:spacing w:val="-6"/>
                <w:szCs w:val="26"/>
              </w:rPr>
              <w:t xml:space="preserve"> </w:t>
            </w:r>
            <w:proofErr w:type="spellStart"/>
            <w:r w:rsidRPr="005A52B0">
              <w:rPr>
                <w:spacing w:val="-6"/>
                <w:szCs w:val="26"/>
              </w:rPr>
              <w:t>đến</w:t>
            </w:r>
            <w:proofErr w:type="spellEnd"/>
            <w:r w:rsidRPr="005A52B0">
              <w:rPr>
                <w:spacing w:val="-6"/>
                <w:szCs w:val="26"/>
              </w:rPr>
              <w:t xml:space="preserve"> </w:t>
            </w:r>
            <w:proofErr w:type="spellStart"/>
            <w:r w:rsidRPr="005A52B0">
              <w:rPr>
                <w:spacing w:val="-6"/>
                <w:szCs w:val="26"/>
              </w:rPr>
              <w:t>liên</w:t>
            </w:r>
            <w:proofErr w:type="spellEnd"/>
            <w:r w:rsidRPr="005A52B0">
              <w:rPr>
                <w:spacing w:val="-6"/>
                <w:szCs w:val="26"/>
              </w:rPr>
              <w:t xml:space="preserve"> </w:t>
            </w:r>
            <w:proofErr w:type="spellStart"/>
            <w:r w:rsidRPr="005A52B0">
              <w:rPr>
                <w:spacing w:val="-6"/>
                <w:szCs w:val="26"/>
              </w:rPr>
              <w:t>quan</w:t>
            </w:r>
            <w:proofErr w:type="spellEnd"/>
            <w:r w:rsidRPr="005A52B0">
              <w:rPr>
                <w:spacing w:val="-6"/>
                <w:szCs w:val="26"/>
              </w:rPr>
              <w:t xml:space="preserve"> </w:t>
            </w:r>
            <w:proofErr w:type="spellStart"/>
            <w:r w:rsidRPr="005A52B0">
              <w:rPr>
                <w:spacing w:val="-6"/>
                <w:szCs w:val="26"/>
              </w:rPr>
              <w:t>đến</w:t>
            </w:r>
            <w:proofErr w:type="spellEnd"/>
            <w:r w:rsidRPr="005A52B0">
              <w:rPr>
                <w:spacing w:val="-6"/>
                <w:szCs w:val="26"/>
              </w:rPr>
              <w:t xml:space="preserve"> </w:t>
            </w:r>
            <w:proofErr w:type="spellStart"/>
            <w:r w:rsidRPr="005A52B0">
              <w:rPr>
                <w:spacing w:val="-6"/>
                <w:szCs w:val="26"/>
              </w:rPr>
              <w:t>vị</w:t>
            </w:r>
            <w:proofErr w:type="spellEnd"/>
            <w:r w:rsidRPr="005A52B0">
              <w:rPr>
                <w:spacing w:val="-6"/>
                <w:szCs w:val="26"/>
              </w:rPr>
              <w:t xml:space="preserve"> </w:t>
            </w:r>
            <w:proofErr w:type="spellStart"/>
            <w:r w:rsidRPr="005A52B0">
              <w:rPr>
                <w:spacing w:val="-6"/>
                <w:szCs w:val="26"/>
              </w:rPr>
              <w:t>trí</w:t>
            </w:r>
            <w:proofErr w:type="spellEnd"/>
            <w:r w:rsidRPr="005A52B0">
              <w:rPr>
                <w:spacing w:val="-6"/>
                <w:szCs w:val="26"/>
              </w:rPr>
              <w:t xml:space="preserve"> </w:t>
            </w:r>
            <w:proofErr w:type="spellStart"/>
            <w:r w:rsidRPr="005A52B0">
              <w:rPr>
                <w:spacing w:val="-6"/>
                <w:szCs w:val="26"/>
              </w:rPr>
              <w:t>việc</w:t>
            </w:r>
            <w:proofErr w:type="spellEnd"/>
            <w:r w:rsidRPr="005A52B0">
              <w:rPr>
                <w:spacing w:val="-6"/>
                <w:szCs w:val="26"/>
              </w:rPr>
              <w:t xml:space="preserve"> </w:t>
            </w:r>
            <w:proofErr w:type="spellStart"/>
            <w:r w:rsidRPr="005A52B0">
              <w:rPr>
                <w:spacing w:val="-6"/>
                <w:szCs w:val="26"/>
              </w:rPr>
              <w:t>làm</w:t>
            </w:r>
            <w:proofErr w:type="spellEnd"/>
            <w:r w:rsidRPr="005A52B0">
              <w:rPr>
                <w:spacing w:val="-6"/>
                <w:szCs w:val="26"/>
              </w:rPr>
              <w:t xml:space="preserve">, </w:t>
            </w:r>
            <w:proofErr w:type="spellStart"/>
            <w:r w:rsidRPr="005A52B0">
              <w:rPr>
                <w:spacing w:val="-6"/>
                <w:szCs w:val="26"/>
              </w:rPr>
              <w:t>khung</w:t>
            </w:r>
            <w:proofErr w:type="spellEnd"/>
            <w:r w:rsidRPr="005A52B0">
              <w:rPr>
                <w:spacing w:val="-6"/>
                <w:szCs w:val="26"/>
              </w:rPr>
              <w:t xml:space="preserve"> </w:t>
            </w:r>
            <w:proofErr w:type="spellStart"/>
            <w:r w:rsidRPr="005A52B0">
              <w:rPr>
                <w:spacing w:val="-6"/>
                <w:szCs w:val="26"/>
              </w:rPr>
              <w:t>năng</w:t>
            </w:r>
            <w:proofErr w:type="spellEnd"/>
            <w:r w:rsidRPr="005A52B0">
              <w:rPr>
                <w:spacing w:val="-6"/>
                <w:szCs w:val="26"/>
              </w:rPr>
              <w:t xml:space="preserve"> </w:t>
            </w:r>
            <w:proofErr w:type="spellStart"/>
            <w:r w:rsidRPr="005A52B0">
              <w:rPr>
                <w:spacing w:val="-6"/>
                <w:szCs w:val="26"/>
              </w:rPr>
              <w:t>lực</w:t>
            </w:r>
            <w:proofErr w:type="spellEnd"/>
            <w:r w:rsidRPr="005A52B0">
              <w:rPr>
                <w:spacing w:val="-6"/>
                <w:szCs w:val="26"/>
              </w:rPr>
              <w:t xml:space="preserve"> </w:t>
            </w:r>
            <w:proofErr w:type="spellStart"/>
            <w:r w:rsidRPr="005A52B0">
              <w:rPr>
                <w:spacing w:val="-6"/>
                <w:szCs w:val="26"/>
              </w:rPr>
              <w:t>đối</w:t>
            </w:r>
            <w:proofErr w:type="spellEnd"/>
            <w:r w:rsidRPr="005A52B0">
              <w:rPr>
                <w:spacing w:val="-6"/>
                <w:szCs w:val="26"/>
              </w:rPr>
              <w:t xml:space="preserve"> </w:t>
            </w:r>
            <w:proofErr w:type="spellStart"/>
            <w:r w:rsidRPr="005A52B0">
              <w:rPr>
                <w:spacing w:val="-6"/>
                <w:szCs w:val="26"/>
              </w:rPr>
              <w:t>với</w:t>
            </w:r>
            <w:proofErr w:type="spellEnd"/>
            <w:r w:rsidRPr="005A52B0">
              <w:rPr>
                <w:spacing w:val="-6"/>
                <w:szCs w:val="26"/>
              </w:rPr>
              <w:t xml:space="preserve"> </w:t>
            </w:r>
            <w:proofErr w:type="spellStart"/>
            <w:r w:rsidRPr="005A52B0">
              <w:rPr>
                <w:spacing w:val="-6"/>
                <w:szCs w:val="26"/>
              </w:rPr>
              <w:t>công</w:t>
            </w:r>
            <w:proofErr w:type="spellEnd"/>
            <w:r w:rsidRPr="005A52B0">
              <w:rPr>
                <w:spacing w:val="-6"/>
                <w:szCs w:val="26"/>
              </w:rPr>
              <w:t xml:space="preserve"> </w:t>
            </w:r>
            <w:proofErr w:type="spellStart"/>
            <w:r w:rsidRPr="005A52B0">
              <w:rPr>
                <w:spacing w:val="-6"/>
                <w:szCs w:val="26"/>
              </w:rPr>
              <w:t>chức</w:t>
            </w:r>
            <w:proofErr w:type="spellEnd"/>
            <w:r w:rsidRPr="005A52B0">
              <w:rPr>
                <w:spacing w:val="-6"/>
                <w:szCs w:val="26"/>
              </w:rPr>
              <w:t xml:space="preserve">, </w:t>
            </w:r>
            <w:proofErr w:type="spellStart"/>
            <w:r w:rsidRPr="005A52B0">
              <w:rPr>
                <w:spacing w:val="-6"/>
                <w:szCs w:val="26"/>
              </w:rPr>
              <w:t>viên</w:t>
            </w:r>
            <w:proofErr w:type="spellEnd"/>
            <w:r w:rsidRPr="005A52B0">
              <w:rPr>
                <w:spacing w:val="-6"/>
                <w:szCs w:val="26"/>
              </w:rPr>
              <w:t xml:space="preserve"> </w:t>
            </w:r>
            <w:proofErr w:type="spellStart"/>
            <w:r w:rsidRPr="005A52B0">
              <w:rPr>
                <w:spacing w:val="-6"/>
                <w:szCs w:val="26"/>
              </w:rPr>
              <w:t>chức</w:t>
            </w:r>
            <w:proofErr w:type="spellEnd"/>
            <w:r w:rsidRPr="005A52B0">
              <w:rPr>
                <w:spacing w:val="-6"/>
                <w:szCs w:val="26"/>
              </w:rPr>
              <w:t xml:space="preserve"> </w:t>
            </w:r>
            <w:proofErr w:type="spellStart"/>
            <w:r w:rsidRPr="005A52B0">
              <w:rPr>
                <w:spacing w:val="-6"/>
                <w:szCs w:val="26"/>
              </w:rPr>
              <w:t>chuyên</w:t>
            </w:r>
            <w:proofErr w:type="spellEnd"/>
            <w:r w:rsidRPr="005A52B0">
              <w:rPr>
                <w:spacing w:val="-6"/>
                <w:szCs w:val="26"/>
              </w:rPr>
              <w:t xml:space="preserve"> </w:t>
            </w:r>
            <w:proofErr w:type="spellStart"/>
            <w:r w:rsidRPr="005A52B0">
              <w:rPr>
                <w:spacing w:val="-6"/>
                <w:szCs w:val="26"/>
              </w:rPr>
              <w:t>ngành</w:t>
            </w:r>
            <w:proofErr w:type="spellEnd"/>
            <w:r w:rsidRPr="005A52B0">
              <w:rPr>
                <w:spacing w:val="-6"/>
                <w:szCs w:val="26"/>
              </w:rPr>
              <w:t xml:space="preserve"> </w:t>
            </w:r>
            <w:proofErr w:type="spellStart"/>
            <w:r w:rsidRPr="005A52B0">
              <w:rPr>
                <w:spacing w:val="-6"/>
                <w:szCs w:val="26"/>
              </w:rPr>
              <w:t>kiểm</w:t>
            </w:r>
            <w:proofErr w:type="spellEnd"/>
            <w:r w:rsidRPr="005A52B0">
              <w:rPr>
                <w:spacing w:val="-6"/>
                <w:szCs w:val="26"/>
              </w:rPr>
              <w:t xml:space="preserve"> </w:t>
            </w:r>
            <w:proofErr w:type="spellStart"/>
            <w:r w:rsidRPr="005A52B0">
              <w:rPr>
                <w:spacing w:val="-6"/>
                <w:szCs w:val="26"/>
              </w:rPr>
              <w:t>soát</w:t>
            </w:r>
            <w:proofErr w:type="spellEnd"/>
            <w:r w:rsidRPr="005A52B0">
              <w:rPr>
                <w:spacing w:val="-6"/>
                <w:szCs w:val="26"/>
              </w:rPr>
              <w:t xml:space="preserve"> </w:t>
            </w:r>
            <w:proofErr w:type="spellStart"/>
            <w:r w:rsidRPr="005A52B0">
              <w:rPr>
                <w:spacing w:val="-6"/>
                <w:szCs w:val="26"/>
              </w:rPr>
              <w:t>viên</w:t>
            </w:r>
            <w:proofErr w:type="spellEnd"/>
            <w:r w:rsidRPr="005A52B0">
              <w:rPr>
                <w:spacing w:val="-6"/>
                <w:szCs w:val="26"/>
              </w:rPr>
              <w:t xml:space="preserve"> </w:t>
            </w:r>
            <w:proofErr w:type="spellStart"/>
            <w:r w:rsidRPr="005A52B0">
              <w:rPr>
                <w:spacing w:val="-6"/>
                <w:szCs w:val="26"/>
              </w:rPr>
              <w:t>chất</w:t>
            </w:r>
            <w:proofErr w:type="spellEnd"/>
            <w:r w:rsidRPr="005A52B0">
              <w:rPr>
                <w:spacing w:val="-6"/>
                <w:szCs w:val="26"/>
              </w:rPr>
              <w:t xml:space="preserve"> </w:t>
            </w:r>
            <w:proofErr w:type="spellStart"/>
            <w:r w:rsidRPr="005A52B0">
              <w:rPr>
                <w:spacing w:val="-6"/>
                <w:szCs w:val="26"/>
              </w:rPr>
              <w:t>lượng</w:t>
            </w:r>
            <w:proofErr w:type="spellEnd"/>
            <w:r w:rsidRPr="005A52B0">
              <w:rPr>
                <w:spacing w:val="-6"/>
                <w:szCs w:val="26"/>
              </w:rPr>
              <w:t xml:space="preserve"> </w:t>
            </w:r>
            <w:proofErr w:type="spellStart"/>
            <w:r w:rsidRPr="005A52B0">
              <w:rPr>
                <w:spacing w:val="-6"/>
                <w:szCs w:val="26"/>
              </w:rPr>
              <w:t>sản</w:t>
            </w:r>
            <w:proofErr w:type="spellEnd"/>
            <w:r w:rsidRPr="005A52B0">
              <w:rPr>
                <w:spacing w:val="-6"/>
                <w:szCs w:val="26"/>
              </w:rPr>
              <w:t xml:space="preserve"> </w:t>
            </w:r>
            <w:proofErr w:type="spellStart"/>
            <w:r w:rsidRPr="005A52B0">
              <w:rPr>
                <w:spacing w:val="-6"/>
                <w:szCs w:val="26"/>
              </w:rPr>
              <w:t>phẩm</w:t>
            </w:r>
            <w:proofErr w:type="spellEnd"/>
            <w:r w:rsidRPr="005A52B0">
              <w:rPr>
                <w:spacing w:val="-6"/>
                <w:szCs w:val="26"/>
              </w:rPr>
              <w:t xml:space="preserve">, </w:t>
            </w:r>
            <w:proofErr w:type="spellStart"/>
            <w:r w:rsidRPr="005A52B0">
              <w:rPr>
                <w:spacing w:val="-6"/>
                <w:szCs w:val="26"/>
              </w:rPr>
              <w:t>hàng</w:t>
            </w:r>
            <w:proofErr w:type="spellEnd"/>
            <w:r w:rsidRPr="005A52B0">
              <w:rPr>
                <w:spacing w:val="-6"/>
                <w:szCs w:val="26"/>
              </w:rPr>
              <w:t xml:space="preserve"> </w:t>
            </w:r>
            <w:proofErr w:type="spellStart"/>
            <w:r w:rsidRPr="005A52B0">
              <w:rPr>
                <w:spacing w:val="-6"/>
                <w:szCs w:val="26"/>
              </w:rPr>
              <w:t>hóa</w:t>
            </w:r>
            <w:proofErr w:type="spellEnd"/>
            <w:r w:rsidRPr="005A52B0">
              <w:rPr>
                <w:spacing w:val="-6"/>
                <w:szCs w:val="26"/>
              </w:rPr>
              <w:t xml:space="preserve"> </w:t>
            </w:r>
            <w:proofErr w:type="spellStart"/>
            <w:r w:rsidR="00122D64" w:rsidRPr="005A52B0">
              <w:rPr>
                <w:spacing w:val="-6"/>
                <w:szCs w:val="26"/>
              </w:rPr>
              <w:t>được</w:t>
            </w:r>
            <w:proofErr w:type="spellEnd"/>
            <w:r w:rsidR="00122D64" w:rsidRPr="005A52B0">
              <w:rPr>
                <w:spacing w:val="-6"/>
                <w:szCs w:val="26"/>
              </w:rPr>
              <w:t xml:space="preserve"> </w:t>
            </w:r>
            <w:proofErr w:type="spellStart"/>
            <w:r w:rsidR="00122D64" w:rsidRPr="005A52B0">
              <w:rPr>
                <w:spacing w:val="-6"/>
                <w:szCs w:val="26"/>
              </w:rPr>
              <w:t>quy</w:t>
            </w:r>
            <w:proofErr w:type="spellEnd"/>
            <w:r w:rsidR="00122D64" w:rsidRPr="005A52B0">
              <w:rPr>
                <w:spacing w:val="-6"/>
                <w:szCs w:val="26"/>
              </w:rPr>
              <w:t xml:space="preserve"> </w:t>
            </w:r>
            <w:proofErr w:type="spellStart"/>
            <w:r w:rsidR="00122D64" w:rsidRPr="005A52B0">
              <w:rPr>
                <w:spacing w:val="-6"/>
                <w:szCs w:val="26"/>
              </w:rPr>
              <w:t>định</w:t>
            </w:r>
            <w:proofErr w:type="spellEnd"/>
            <w:r w:rsidR="00122D64" w:rsidRPr="005A52B0">
              <w:rPr>
                <w:spacing w:val="-6"/>
                <w:szCs w:val="26"/>
              </w:rPr>
              <w:t xml:space="preserve"> ở</w:t>
            </w:r>
            <w:r w:rsidRPr="005A52B0">
              <w:rPr>
                <w:spacing w:val="-6"/>
                <w:szCs w:val="26"/>
              </w:rPr>
              <w:t xml:space="preserve"> </w:t>
            </w:r>
            <w:proofErr w:type="spellStart"/>
            <w:r w:rsidRPr="005A52B0">
              <w:rPr>
                <w:spacing w:val="-6"/>
                <w:szCs w:val="26"/>
              </w:rPr>
              <w:t>văn</w:t>
            </w:r>
            <w:proofErr w:type="spellEnd"/>
            <w:r w:rsidRPr="005A52B0">
              <w:rPr>
                <w:spacing w:val="-6"/>
                <w:szCs w:val="26"/>
              </w:rPr>
              <w:t xml:space="preserve"> </w:t>
            </w:r>
            <w:proofErr w:type="spellStart"/>
            <w:r w:rsidRPr="005A52B0">
              <w:rPr>
                <w:spacing w:val="-6"/>
                <w:szCs w:val="26"/>
              </w:rPr>
              <w:t>bản</w:t>
            </w:r>
            <w:proofErr w:type="spellEnd"/>
            <w:r w:rsidRPr="005A52B0">
              <w:rPr>
                <w:spacing w:val="-6"/>
                <w:szCs w:val="26"/>
              </w:rPr>
              <w:t xml:space="preserve"> </w:t>
            </w:r>
            <w:proofErr w:type="spellStart"/>
            <w:r w:rsidRPr="005A52B0">
              <w:rPr>
                <w:spacing w:val="-6"/>
                <w:szCs w:val="26"/>
              </w:rPr>
              <w:t>hướng</w:t>
            </w:r>
            <w:proofErr w:type="spellEnd"/>
            <w:r w:rsidRPr="005A52B0">
              <w:rPr>
                <w:spacing w:val="-6"/>
                <w:szCs w:val="26"/>
              </w:rPr>
              <w:t xml:space="preserve"> </w:t>
            </w:r>
            <w:proofErr w:type="spellStart"/>
            <w:r w:rsidRPr="005A52B0">
              <w:rPr>
                <w:spacing w:val="-6"/>
                <w:szCs w:val="26"/>
              </w:rPr>
              <w:t>dẫn</w:t>
            </w:r>
            <w:proofErr w:type="spellEnd"/>
            <w:r w:rsidRPr="005A52B0">
              <w:rPr>
                <w:spacing w:val="-6"/>
                <w:szCs w:val="26"/>
              </w:rPr>
              <w:t xml:space="preserve"> </w:t>
            </w:r>
            <w:proofErr w:type="spellStart"/>
            <w:r w:rsidRPr="005A52B0">
              <w:rPr>
                <w:spacing w:val="-6"/>
                <w:szCs w:val="26"/>
              </w:rPr>
              <w:t>riêng</w:t>
            </w:r>
            <w:proofErr w:type="spellEnd"/>
            <w:r w:rsidRPr="005A52B0">
              <w:rPr>
                <w:spacing w:val="-6"/>
                <w:szCs w:val="26"/>
              </w:rPr>
              <w:t>.</w:t>
            </w:r>
          </w:p>
          <w:p w14:paraId="47869229" w14:textId="32A42814" w:rsidR="00855AF9" w:rsidRPr="004543E3" w:rsidRDefault="00855AF9" w:rsidP="005A52B0">
            <w:pPr>
              <w:spacing w:before="120" w:after="120" w:line="240" w:lineRule="auto"/>
              <w:jc w:val="both"/>
              <w:rPr>
                <w:szCs w:val="26"/>
              </w:rPr>
            </w:pPr>
            <w:r w:rsidRPr="004543E3">
              <w:rPr>
                <w:szCs w:val="26"/>
              </w:rPr>
              <w:t xml:space="preserve">- Ban </w:t>
            </w:r>
            <w:proofErr w:type="spellStart"/>
            <w:r w:rsidRPr="004543E3">
              <w:rPr>
                <w:szCs w:val="26"/>
              </w:rPr>
              <w:t>soạn</w:t>
            </w:r>
            <w:proofErr w:type="spellEnd"/>
            <w:r w:rsidRPr="004543E3">
              <w:rPr>
                <w:szCs w:val="26"/>
              </w:rPr>
              <w:t xml:space="preserve"> </w:t>
            </w:r>
            <w:proofErr w:type="spellStart"/>
            <w:r w:rsidRPr="004543E3">
              <w:rPr>
                <w:szCs w:val="26"/>
              </w:rPr>
              <w:t>thảo</w:t>
            </w:r>
            <w:proofErr w:type="spellEnd"/>
            <w:r w:rsidRPr="004543E3">
              <w:rPr>
                <w:szCs w:val="26"/>
              </w:rPr>
              <w:t xml:space="preserve"> sẽ </w:t>
            </w:r>
            <w:proofErr w:type="spellStart"/>
            <w:r w:rsidRPr="004543E3">
              <w:rPr>
                <w:szCs w:val="26"/>
              </w:rPr>
              <w:t>đưa</w:t>
            </w:r>
            <w:proofErr w:type="spellEnd"/>
            <w:r w:rsidRPr="004543E3">
              <w:rPr>
                <w:szCs w:val="26"/>
              </w:rPr>
              <w:t xml:space="preserve"> </w:t>
            </w:r>
            <w:proofErr w:type="spellStart"/>
            <w:r w:rsidRPr="004543E3">
              <w:rPr>
                <w:szCs w:val="26"/>
              </w:rPr>
              <w:t>nội</w:t>
            </w:r>
            <w:proofErr w:type="spellEnd"/>
            <w:r w:rsidRPr="004543E3">
              <w:rPr>
                <w:szCs w:val="26"/>
              </w:rPr>
              <w:t xml:space="preserve"> dung </w:t>
            </w:r>
            <w:proofErr w:type="spellStart"/>
            <w:r w:rsidRPr="004543E3">
              <w:rPr>
                <w:szCs w:val="26"/>
              </w:rPr>
              <w:t>này</w:t>
            </w:r>
            <w:proofErr w:type="spellEnd"/>
            <w:r w:rsidRPr="004543E3">
              <w:rPr>
                <w:szCs w:val="26"/>
              </w:rPr>
              <w:t xml:space="preserve"> </w:t>
            </w:r>
            <w:proofErr w:type="spellStart"/>
            <w:r w:rsidRPr="004543E3">
              <w:rPr>
                <w:szCs w:val="26"/>
              </w:rPr>
              <w:t>ra</w:t>
            </w:r>
            <w:proofErr w:type="spellEnd"/>
            <w:r w:rsidRPr="004543E3">
              <w:rPr>
                <w:szCs w:val="26"/>
              </w:rPr>
              <w:t xml:space="preserve"> </w:t>
            </w:r>
            <w:proofErr w:type="spellStart"/>
            <w:r w:rsidRPr="004543E3">
              <w:rPr>
                <w:szCs w:val="26"/>
              </w:rPr>
              <w:t>khỏi</w:t>
            </w:r>
            <w:proofErr w:type="spellEnd"/>
            <w:r w:rsidRPr="004543E3">
              <w:rPr>
                <w:szCs w:val="26"/>
              </w:rPr>
              <w:t xml:space="preserve"> </w:t>
            </w:r>
            <w:proofErr w:type="spellStart"/>
            <w:r w:rsidRPr="004543E3">
              <w:rPr>
                <w:szCs w:val="26"/>
              </w:rPr>
              <w:t>dư</w:t>
            </w:r>
            <w:proofErr w:type="spellEnd"/>
            <w:r w:rsidRPr="004543E3">
              <w:rPr>
                <w:szCs w:val="26"/>
              </w:rPr>
              <w:t xml:space="preserve">̣ </w:t>
            </w:r>
            <w:proofErr w:type="spellStart"/>
            <w:r w:rsidRPr="004543E3">
              <w:rPr>
                <w:szCs w:val="26"/>
              </w:rPr>
              <w:t>thảo</w:t>
            </w:r>
            <w:proofErr w:type="spellEnd"/>
            <w:r w:rsidRPr="004543E3">
              <w:rPr>
                <w:szCs w:val="26"/>
              </w:rPr>
              <w:t xml:space="preserve"> Thông </w:t>
            </w:r>
            <w:proofErr w:type="spellStart"/>
            <w:r w:rsidRPr="004543E3">
              <w:rPr>
                <w:szCs w:val="26"/>
              </w:rPr>
              <w:t>tư</w:t>
            </w:r>
            <w:proofErr w:type="spellEnd"/>
            <w:r w:rsidRPr="004543E3">
              <w:rPr>
                <w:szCs w:val="26"/>
              </w:rPr>
              <w:t xml:space="preserve">, </w:t>
            </w:r>
            <w:proofErr w:type="spellStart"/>
            <w:r w:rsidRPr="004543E3">
              <w:rPr>
                <w:szCs w:val="26"/>
              </w:rPr>
              <w:t>bởi</w:t>
            </w:r>
            <w:proofErr w:type="spellEnd"/>
            <w:r w:rsidRPr="004543E3">
              <w:rPr>
                <w:szCs w:val="26"/>
              </w:rPr>
              <w:t xml:space="preserve"> vì </w:t>
            </w:r>
            <w:proofErr w:type="spellStart"/>
            <w:r w:rsidRPr="004543E3">
              <w:rPr>
                <w:szCs w:val="26"/>
              </w:rPr>
              <w:t>nội</w:t>
            </w:r>
            <w:proofErr w:type="spellEnd"/>
            <w:r w:rsidRPr="004543E3">
              <w:rPr>
                <w:szCs w:val="26"/>
              </w:rPr>
              <w:t xml:space="preserve"> dung </w:t>
            </w:r>
            <w:proofErr w:type="spellStart"/>
            <w:r w:rsidRPr="004543E3">
              <w:rPr>
                <w:szCs w:val="26"/>
              </w:rPr>
              <w:t>này</w:t>
            </w:r>
            <w:proofErr w:type="spellEnd"/>
            <w:r w:rsidRPr="004543E3">
              <w:rPr>
                <w:szCs w:val="26"/>
              </w:rPr>
              <w:t xml:space="preserve"> </w:t>
            </w:r>
            <w:proofErr w:type="spellStart"/>
            <w:r w:rsidRPr="004543E3">
              <w:rPr>
                <w:szCs w:val="26"/>
              </w:rPr>
              <w:t>liên</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đến</w:t>
            </w:r>
            <w:proofErr w:type="spellEnd"/>
            <w:r w:rsidRPr="004543E3">
              <w:rPr>
                <w:szCs w:val="26"/>
              </w:rPr>
              <w:t xml:space="preserve"> </w:t>
            </w:r>
            <w:proofErr w:type="spellStart"/>
            <w:r w:rsidRPr="004543E3">
              <w:rPr>
                <w:szCs w:val="26"/>
              </w:rPr>
              <w:t>liên</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đến</w:t>
            </w:r>
            <w:proofErr w:type="spellEnd"/>
            <w:r w:rsidRPr="004543E3">
              <w:rPr>
                <w:szCs w:val="26"/>
              </w:rPr>
              <w:t xml:space="preserve"> </w:t>
            </w:r>
            <w:proofErr w:type="spellStart"/>
            <w:r w:rsidRPr="004543E3">
              <w:rPr>
                <w:szCs w:val="26"/>
              </w:rPr>
              <w:t>vị</w:t>
            </w:r>
            <w:proofErr w:type="spellEnd"/>
            <w:r w:rsidRPr="004543E3">
              <w:rPr>
                <w:szCs w:val="26"/>
              </w:rPr>
              <w:t xml:space="preserve"> </w:t>
            </w:r>
            <w:proofErr w:type="spellStart"/>
            <w:r w:rsidRPr="004543E3">
              <w:rPr>
                <w:szCs w:val="26"/>
              </w:rPr>
              <w:t>trí</w:t>
            </w:r>
            <w:proofErr w:type="spellEnd"/>
            <w:r w:rsidRPr="004543E3">
              <w:rPr>
                <w:szCs w:val="26"/>
              </w:rPr>
              <w:t xml:space="preserve"> </w:t>
            </w:r>
            <w:proofErr w:type="spellStart"/>
            <w:r w:rsidRPr="004543E3">
              <w:rPr>
                <w:szCs w:val="26"/>
              </w:rPr>
              <w:t>việc</w:t>
            </w:r>
            <w:proofErr w:type="spellEnd"/>
            <w:r w:rsidRPr="004543E3">
              <w:rPr>
                <w:szCs w:val="26"/>
              </w:rPr>
              <w:t xml:space="preserve"> </w:t>
            </w:r>
            <w:proofErr w:type="spellStart"/>
            <w:r w:rsidRPr="004543E3">
              <w:rPr>
                <w:szCs w:val="26"/>
              </w:rPr>
              <w:t>làm</w:t>
            </w:r>
            <w:proofErr w:type="spellEnd"/>
            <w:r w:rsidRPr="004543E3">
              <w:rPr>
                <w:szCs w:val="26"/>
              </w:rPr>
              <w:t xml:space="preserve">, </w:t>
            </w:r>
            <w:proofErr w:type="spellStart"/>
            <w:r w:rsidRPr="004543E3">
              <w:rPr>
                <w:szCs w:val="26"/>
              </w:rPr>
              <w:t>khung</w:t>
            </w:r>
            <w:proofErr w:type="spellEnd"/>
            <w:r w:rsidRPr="004543E3">
              <w:rPr>
                <w:szCs w:val="26"/>
              </w:rPr>
              <w:t xml:space="preserve"> </w:t>
            </w:r>
            <w:proofErr w:type="spellStart"/>
            <w:r w:rsidRPr="004543E3">
              <w:rPr>
                <w:szCs w:val="26"/>
              </w:rPr>
              <w:t>năng</w:t>
            </w:r>
            <w:proofErr w:type="spellEnd"/>
            <w:r w:rsidRPr="004543E3">
              <w:rPr>
                <w:szCs w:val="26"/>
              </w:rPr>
              <w:t xml:space="preserve"> </w:t>
            </w:r>
            <w:proofErr w:type="spellStart"/>
            <w:r w:rsidRPr="004543E3">
              <w:rPr>
                <w:szCs w:val="26"/>
              </w:rPr>
              <w:t>lực</w:t>
            </w:r>
            <w:proofErr w:type="spellEnd"/>
            <w:r w:rsidRPr="004543E3">
              <w:rPr>
                <w:szCs w:val="26"/>
              </w:rPr>
              <w:t xml:space="preserve"> </w:t>
            </w:r>
            <w:proofErr w:type="spellStart"/>
            <w:r w:rsidRPr="004543E3">
              <w:rPr>
                <w:szCs w:val="26"/>
              </w:rPr>
              <w:t>đối</w:t>
            </w:r>
            <w:proofErr w:type="spellEnd"/>
            <w:r w:rsidRPr="004543E3">
              <w:rPr>
                <w:szCs w:val="26"/>
              </w:rPr>
              <w:t xml:space="preserve"> </w:t>
            </w:r>
            <w:proofErr w:type="spellStart"/>
            <w:r w:rsidRPr="004543E3">
              <w:rPr>
                <w:szCs w:val="26"/>
              </w:rPr>
              <w:t>với</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ngành</w:t>
            </w:r>
            <w:proofErr w:type="spellEnd"/>
            <w:r w:rsidRPr="004543E3">
              <w:rPr>
                <w:szCs w:val="26"/>
              </w:rPr>
              <w:t xml:space="preserve"> </w:t>
            </w:r>
            <w:proofErr w:type="spellStart"/>
            <w:r w:rsidRPr="004543E3">
              <w:rPr>
                <w:szCs w:val="26"/>
              </w:rPr>
              <w:t>kiểm</w:t>
            </w:r>
            <w:proofErr w:type="spellEnd"/>
            <w:r w:rsidRPr="004543E3">
              <w:rPr>
                <w:szCs w:val="26"/>
              </w:rPr>
              <w:t xml:space="preserve"> </w:t>
            </w:r>
            <w:proofErr w:type="spellStart"/>
            <w:r w:rsidRPr="004543E3">
              <w:rPr>
                <w:szCs w:val="26"/>
              </w:rPr>
              <w:t>soát</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chất</w:t>
            </w:r>
            <w:proofErr w:type="spellEnd"/>
            <w:r w:rsidRPr="004543E3">
              <w:rPr>
                <w:szCs w:val="26"/>
              </w:rPr>
              <w:t xml:space="preserve"> </w:t>
            </w:r>
            <w:proofErr w:type="spellStart"/>
            <w:r w:rsidRPr="004543E3">
              <w:rPr>
                <w:szCs w:val="26"/>
              </w:rPr>
              <w:t>lượng</w:t>
            </w:r>
            <w:proofErr w:type="spellEnd"/>
            <w:r w:rsidRPr="004543E3">
              <w:rPr>
                <w:szCs w:val="26"/>
              </w:rPr>
              <w:t xml:space="preserve"> </w:t>
            </w:r>
            <w:proofErr w:type="spellStart"/>
            <w:r w:rsidRPr="004543E3">
              <w:rPr>
                <w:szCs w:val="26"/>
              </w:rPr>
              <w:lastRenderedPageBreak/>
              <w:t>sản</w:t>
            </w:r>
            <w:proofErr w:type="spellEnd"/>
            <w:r w:rsidRPr="004543E3">
              <w:rPr>
                <w:szCs w:val="26"/>
              </w:rPr>
              <w:t xml:space="preserve"> </w:t>
            </w:r>
            <w:proofErr w:type="spellStart"/>
            <w:r w:rsidRPr="004543E3">
              <w:rPr>
                <w:szCs w:val="26"/>
              </w:rPr>
              <w:t>phẩm</w:t>
            </w:r>
            <w:proofErr w:type="spellEnd"/>
            <w:r w:rsidRPr="004543E3">
              <w:rPr>
                <w:szCs w:val="26"/>
              </w:rPr>
              <w:t xml:space="preserve">, </w:t>
            </w:r>
            <w:proofErr w:type="spellStart"/>
            <w:r w:rsidRPr="004543E3">
              <w:rPr>
                <w:szCs w:val="26"/>
              </w:rPr>
              <w:t>hàng</w:t>
            </w:r>
            <w:proofErr w:type="spellEnd"/>
            <w:r w:rsidRPr="004543E3">
              <w:rPr>
                <w:szCs w:val="26"/>
              </w:rPr>
              <w:t xml:space="preserve"> </w:t>
            </w:r>
            <w:proofErr w:type="spellStart"/>
            <w:r w:rsidRPr="004543E3">
              <w:rPr>
                <w:szCs w:val="26"/>
              </w:rPr>
              <w:t>hóa</w:t>
            </w:r>
            <w:proofErr w:type="spellEnd"/>
            <w:r w:rsidRPr="004543E3">
              <w:rPr>
                <w:szCs w:val="26"/>
              </w:rPr>
              <w:t xml:space="preserve"> </w:t>
            </w:r>
            <w:proofErr w:type="spellStart"/>
            <w:r w:rsidR="00CF0ABB">
              <w:rPr>
                <w:szCs w:val="26"/>
              </w:rPr>
              <w:t>được</w:t>
            </w:r>
            <w:proofErr w:type="spellEnd"/>
            <w:r w:rsidR="00CF0ABB">
              <w:rPr>
                <w:szCs w:val="26"/>
              </w:rPr>
              <w:t xml:space="preserve"> </w:t>
            </w:r>
            <w:proofErr w:type="spellStart"/>
            <w:r w:rsidR="00CF0ABB">
              <w:rPr>
                <w:szCs w:val="26"/>
              </w:rPr>
              <w:t>quy</w:t>
            </w:r>
            <w:proofErr w:type="spellEnd"/>
            <w:r w:rsidR="00CF0ABB">
              <w:rPr>
                <w:szCs w:val="26"/>
              </w:rPr>
              <w:t xml:space="preserve"> </w:t>
            </w:r>
            <w:proofErr w:type="spellStart"/>
            <w:r w:rsidR="00CF0ABB">
              <w:rPr>
                <w:szCs w:val="26"/>
              </w:rPr>
              <w:t>định</w:t>
            </w:r>
            <w:proofErr w:type="spellEnd"/>
            <w:r w:rsidR="00CF0ABB">
              <w:rPr>
                <w:szCs w:val="26"/>
              </w:rPr>
              <w:t xml:space="preserve"> ở</w:t>
            </w:r>
            <w:r w:rsidR="00CF0ABB" w:rsidRPr="004543E3">
              <w:rPr>
                <w:szCs w:val="26"/>
              </w:rPr>
              <w:t xml:space="preserve"> </w:t>
            </w:r>
            <w:proofErr w:type="spellStart"/>
            <w:r w:rsidRPr="004543E3">
              <w:rPr>
                <w:szCs w:val="26"/>
              </w:rPr>
              <w:t>văn</w:t>
            </w:r>
            <w:proofErr w:type="spellEnd"/>
            <w:r w:rsidRPr="004543E3">
              <w:rPr>
                <w:szCs w:val="26"/>
              </w:rPr>
              <w:t xml:space="preserve"> </w:t>
            </w:r>
            <w:proofErr w:type="spellStart"/>
            <w:r w:rsidRPr="004543E3">
              <w:rPr>
                <w:szCs w:val="26"/>
              </w:rPr>
              <w:t>bản</w:t>
            </w:r>
            <w:proofErr w:type="spellEnd"/>
            <w:r w:rsidRPr="004543E3">
              <w:rPr>
                <w:szCs w:val="26"/>
              </w:rPr>
              <w:t xml:space="preserve"> </w:t>
            </w:r>
            <w:proofErr w:type="spellStart"/>
            <w:r w:rsidRPr="004543E3">
              <w:rPr>
                <w:szCs w:val="26"/>
              </w:rPr>
              <w:t>hướng</w:t>
            </w:r>
            <w:proofErr w:type="spellEnd"/>
            <w:r w:rsidRPr="004543E3">
              <w:rPr>
                <w:szCs w:val="26"/>
              </w:rPr>
              <w:t xml:space="preserve"> </w:t>
            </w:r>
            <w:proofErr w:type="spellStart"/>
            <w:r w:rsidRPr="004543E3">
              <w:rPr>
                <w:szCs w:val="26"/>
              </w:rPr>
              <w:t>dẫn</w:t>
            </w:r>
            <w:proofErr w:type="spellEnd"/>
            <w:r w:rsidRPr="004543E3">
              <w:rPr>
                <w:szCs w:val="26"/>
              </w:rPr>
              <w:t xml:space="preserve"> </w:t>
            </w:r>
            <w:proofErr w:type="spellStart"/>
            <w:r w:rsidRPr="004543E3">
              <w:rPr>
                <w:szCs w:val="26"/>
              </w:rPr>
              <w:t>riêng</w:t>
            </w:r>
            <w:proofErr w:type="spellEnd"/>
            <w:r w:rsidRPr="004543E3">
              <w:rPr>
                <w:szCs w:val="26"/>
              </w:rPr>
              <w:t xml:space="preserve">. </w:t>
            </w:r>
          </w:p>
          <w:p w14:paraId="10A20404" w14:textId="77777777" w:rsidR="00855AF9" w:rsidRPr="004543E3" w:rsidRDefault="00855AF9" w:rsidP="005A52B0">
            <w:pPr>
              <w:spacing w:before="120" w:after="120" w:line="240" w:lineRule="auto"/>
              <w:jc w:val="both"/>
              <w:rPr>
                <w:szCs w:val="26"/>
              </w:rPr>
            </w:pPr>
          </w:p>
          <w:p w14:paraId="3280CE1E" w14:textId="77777777" w:rsidR="00855AF9" w:rsidRPr="004543E3" w:rsidRDefault="00855AF9" w:rsidP="005A52B0">
            <w:pPr>
              <w:spacing w:before="120" w:after="120" w:line="240" w:lineRule="auto"/>
              <w:jc w:val="both"/>
              <w:rPr>
                <w:szCs w:val="26"/>
              </w:rPr>
            </w:pPr>
          </w:p>
          <w:p w14:paraId="7C1D29F7" w14:textId="77777777" w:rsidR="00855AF9" w:rsidRPr="004543E3" w:rsidRDefault="00855AF9" w:rsidP="005A52B0">
            <w:pPr>
              <w:spacing w:before="120" w:after="120" w:line="240" w:lineRule="auto"/>
              <w:jc w:val="both"/>
              <w:rPr>
                <w:szCs w:val="26"/>
              </w:rPr>
            </w:pPr>
          </w:p>
        </w:tc>
      </w:tr>
      <w:tr w:rsidR="00855AF9" w:rsidRPr="004543E3" w14:paraId="0386151D" w14:textId="77777777" w:rsidTr="00FF0027">
        <w:tc>
          <w:tcPr>
            <w:tcW w:w="1098" w:type="dxa"/>
          </w:tcPr>
          <w:p w14:paraId="4AEC1B96" w14:textId="12702560" w:rsidR="00855AF9" w:rsidRPr="004543E3" w:rsidRDefault="00855AF9" w:rsidP="00855AF9">
            <w:pPr>
              <w:jc w:val="both"/>
            </w:pPr>
            <w:proofErr w:type="spellStart"/>
            <w:r w:rsidRPr="004543E3">
              <w:t>Điều</w:t>
            </w:r>
            <w:proofErr w:type="spellEnd"/>
            <w:r w:rsidRPr="004543E3">
              <w:t xml:space="preserve"> 7</w:t>
            </w:r>
          </w:p>
        </w:tc>
        <w:tc>
          <w:tcPr>
            <w:tcW w:w="5113" w:type="dxa"/>
          </w:tcPr>
          <w:p w14:paraId="5EEB17CA" w14:textId="73568A7F" w:rsidR="00855AF9" w:rsidRPr="004543E3" w:rsidRDefault="00855AF9" w:rsidP="00D23166">
            <w:pPr>
              <w:spacing w:after="0" w:line="240" w:lineRule="auto"/>
              <w:ind w:firstLine="709"/>
              <w:jc w:val="both"/>
              <w:rPr>
                <w:i/>
                <w:iCs/>
                <w:sz w:val="28"/>
                <w:szCs w:val="28"/>
                <w:lang w:val="de-DE"/>
              </w:rPr>
            </w:pPr>
            <w:proofErr w:type="spellStart"/>
            <w:r w:rsidRPr="004543E3">
              <w:rPr>
                <w:b/>
                <w:bCs/>
                <w:szCs w:val="26"/>
              </w:rPr>
              <w:t>Điều</w:t>
            </w:r>
            <w:proofErr w:type="spellEnd"/>
            <w:r w:rsidRPr="004543E3">
              <w:rPr>
                <w:b/>
                <w:bCs/>
                <w:szCs w:val="26"/>
              </w:rPr>
              <w:t xml:space="preserve"> 7. </w:t>
            </w:r>
            <w:proofErr w:type="spellStart"/>
            <w:r w:rsidRPr="004543E3">
              <w:rPr>
                <w:b/>
                <w:bCs/>
                <w:szCs w:val="26"/>
              </w:rPr>
              <w:t>Kiểm</w:t>
            </w:r>
            <w:proofErr w:type="spellEnd"/>
            <w:r w:rsidRPr="004543E3">
              <w:rPr>
                <w:b/>
                <w:bCs/>
                <w:szCs w:val="26"/>
              </w:rPr>
              <w:t xml:space="preserve"> </w:t>
            </w:r>
            <w:proofErr w:type="spellStart"/>
            <w:r w:rsidRPr="004543E3">
              <w:rPr>
                <w:b/>
                <w:bCs/>
                <w:szCs w:val="26"/>
              </w:rPr>
              <w:t>soát</w:t>
            </w:r>
            <w:proofErr w:type="spellEnd"/>
            <w:r w:rsidRPr="004543E3">
              <w:rPr>
                <w:b/>
                <w:bCs/>
                <w:szCs w:val="26"/>
              </w:rPr>
              <w:t xml:space="preserve"> </w:t>
            </w:r>
            <w:proofErr w:type="spellStart"/>
            <w:r w:rsidRPr="004543E3">
              <w:rPr>
                <w:b/>
                <w:bCs/>
                <w:szCs w:val="26"/>
              </w:rPr>
              <w:t>viên</w:t>
            </w:r>
            <w:proofErr w:type="spellEnd"/>
            <w:r w:rsidRPr="004543E3">
              <w:rPr>
                <w:b/>
                <w:bCs/>
                <w:szCs w:val="26"/>
              </w:rPr>
              <w:t xml:space="preserve"> </w:t>
            </w:r>
            <w:proofErr w:type="spellStart"/>
            <w:r w:rsidRPr="004543E3">
              <w:rPr>
                <w:b/>
                <w:bCs/>
                <w:szCs w:val="26"/>
              </w:rPr>
              <w:t>chất</w:t>
            </w:r>
            <w:proofErr w:type="spellEnd"/>
            <w:r w:rsidRPr="004543E3">
              <w:rPr>
                <w:b/>
                <w:bCs/>
                <w:szCs w:val="26"/>
              </w:rPr>
              <w:t xml:space="preserve"> </w:t>
            </w:r>
            <w:proofErr w:type="spellStart"/>
            <w:r w:rsidRPr="004543E3">
              <w:rPr>
                <w:b/>
                <w:bCs/>
                <w:szCs w:val="26"/>
              </w:rPr>
              <w:t>lượng</w:t>
            </w:r>
            <w:proofErr w:type="spellEnd"/>
            <w:r w:rsidRPr="004543E3">
              <w:rPr>
                <w:b/>
                <w:bCs/>
                <w:szCs w:val="26"/>
              </w:rPr>
              <w:t xml:space="preserve"> </w:t>
            </w:r>
            <w:proofErr w:type="spellStart"/>
            <w:r w:rsidRPr="004543E3">
              <w:rPr>
                <w:b/>
                <w:bCs/>
                <w:szCs w:val="26"/>
              </w:rPr>
              <w:t>sản</w:t>
            </w:r>
            <w:proofErr w:type="spellEnd"/>
            <w:r w:rsidRPr="004543E3">
              <w:rPr>
                <w:b/>
                <w:bCs/>
                <w:szCs w:val="26"/>
              </w:rPr>
              <w:t xml:space="preserve"> </w:t>
            </w:r>
            <w:proofErr w:type="spellStart"/>
            <w:r w:rsidRPr="004543E3">
              <w:rPr>
                <w:b/>
                <w:bCs/>
                <w:szCs w:val="26"/>
              </w:rPr>
              <w:t>phẩm</w:t>
            </w:r>
            <w:proofErr w:type="spellEnd"/>
            <w:r w:rsidRPr="004543E3">
              <w:rPr>
                <w:b/>
                <w:bCs/>
                <w:szCs w:val="26"/>
              </w:rPr>
              <w:t xml:space="preserve">, </w:t>
            </w:r>
            <w:proofErr w:type="spellStart"/>
            <w:r w:rsidRPr="004543E3">
              <w:rPr>
                <w:b/>
                <w:bCs/>
                <w:szCs w:val="26"/>
              </w:rPr>
              <w:t>hàng</w:t>
            </w:r>
            <w:proofErr w:type="spellEnd"/>
            <w:r w:rsidRPr="004543E3">
              <w:rPr>
                <w:b/>
                <w:bCs/>
                <w:szCs w:val="26"/>
              </w:rPr>
              <w:t xml:space="preserve"> </w:t>
            </w:r>
            <w:proofErr w:type="spellStart"/>
            <w:r w:rsidRPr="004543E3">
              <w:rPr>
                <w:b/>
                <w:bCs/>
                <w:szCs w:val="26"/>
              </w:rPr>
              <w:t>hóa</w:t>
            </w:r>
            <w:proofErr w:type="spellEnd"/>
            <w:r w:rsidRPr="004543E3">
              <w:rPr>
                <w:b/>
                <w:bCs/>
                <w:szCs w:val="26"/>
              </w:rPr>
              <w:t xml:space="preserve"> (</w:t>
            </w:r>
            <w:proofErr w:type="spellStart"/>
            <w:r w:rsidRPr="004543E3">
              <w:rPr>
                <w:b/>
                <w:bCs/>
                <w:szCs w:val="26"/>
              </w:rPr>
              <w:t>hạng</w:t>
            </w:r>
            <w:proofErr w:type="spellEnd"/>
            <w:r w:rsidRPr="004543E3">
              <w:rPr>
                <w:b/>
                <w:bCs/>
                <w:szCs w:val="26"/>
              </w:rPr>
              <w:t xml:space="preserve"> III)</w:t>
            </w:r>
          </w:p>
        </w:tc>
        <w:tc>
          <w:tcPr>
            <w:tcW w:w="5220" w:type="dxa"/>
          </w:tcPr>
          <w:p w14:paraId="7BFC9977" w14:textId="77777777" w:rsidR="00855AF9" w:rsidRPr="004543E3" w:rsidRDefault="00855AF9" w:rsidP="00855AF9">
            <w:pPr>
              <w:jc w:val="both"/>
            </w:pPr>
          </w:p>
        </w:tc>
        <w:tc>
          <w:tcPr>
            <w:tcW w:w="3165" w:type="dxa"/>
          </w:tcPr>
          <w:p w14:paraId="24985874" w14:textId="77777777" w:rsidR="00855AF9" w:rsidRPr="004543E3" w:rsidRDefault="00855AF9" w:rsidP="00855AF9">
            <w:pPr>
              <w:spacing w:after="120" w:line="320" w:lineRule="exact"/>
              <w:jc w:val="both"/>
              <w:rPr>
                <w:szCs w:val="26"/>
              </w:rPr>
            </w:pPr>
          </w:p>
        </w:tc>
      </w:tr>
      <w:tr w:rsidR="00855AF9" w:rsidRPr="004543E3" w14:paraId="38563821" w14:textId="77777777" w:rsidTr="00FF0027">
        <w:tc>
          <w:tcPr>
            <w:tcW w:w="1098" w:type="dxa"/>
          </w:tcPr>
          <w:p w14:paraId="142BA2B4" w14:textId="77777777" w:rsidR="00855AF9" w:rsidRPr="004543E3" w:rsidRDefault="00855AF9" w:rsidP="00855AF9">
            <w:pPr>
              <w:jc w:val="both"/>
            </w:pPr>
          </w:p>
        </w:tc>
        <w:tc>
          <w:tcPr>
            <w:tcW w:w="5113" w:type="dxa"/>
          </w:tcPr>
          <w:p w14:paraId="2BA2840B" w14:textId="77777777" w:rsidR="00855AF9" w:rsidRPr="004543E3" w:rsidRDefault="00855AF9" w:rsidP="00FA68B5">
            <w:pPr>
              <w:spacing w:after="0" w:line="240" w:lineRule="auto"/>
              <w:ind w:firstLine="709"/>
              <w:jc w:val="both"/>
              <w:rPr>
                <w:rFonts w:cs="Times New Roman"/>
                <w:b/>
                <w:bCs/>
                <w:szCs w:val="26"/>
              </w:rPr>
            </w:pPr>
            <w:r w:rsidRPr="004543E3">
              <w:rPr>
                <w:rFonts w:cs="Times New Roman"/>
                <w:b/>
                <w:bCs/>
                <w:szCs w:val="26"/>
              </w:rPr>
              <w:t xml:space="preserve">3. </w:t>
            </w:r>
            <w:proofErr w:type="spellStart"/>
            <w:r w:rsidRPr="004543E3">
              <w:rPr>
                <w:rFonts w:cs="Times New Roman"/>
                <w:b/>
                <w:bCs/>
                <w:szCs w:val="26"/>
              </w:rPr>
              <w:t>Tiêu</w:t>
            </w:r>
            <w:proofErr w:type="spellEnd"/>
            <w:r w:rsidRPr="004543E3">
              <w:rPr>
                <w:rFonts w:cs="Times New Roman"/>
                <w:b/>
                <w:bCs/>
                <w:szCs w:val="26"/>
              </w:rPr>
              <w:t xml:space="preserve"> </w:t>
            </w:r>
            <w:proofErr w:type="spellStart"/>
            <w:r w:rsidRPr="004543E3">
              <w:rPr>
                <w:rFonts w:cs="Times New Roman"/>
                <w:b/>
                <w:bCs/>
                <w:szCs w:val="26"/>
              </w:rPr>
              <w:t>chuẩn</w:t>
            </w:r>
            <w:proofErr w:type="spellEnd"/>
            <w:r w:rsidRPr="004543E3">
              <w:rPr>
                <w:rFonts w:cs="Times New Roman"/>
                <w:b/>
                <w:bCs/>
                <w:szCs w:val="26"/>
              </w:rPr>
              <w:t xml:space="preserve"> </w:t>
            </w:r>
            <w:proofErr w:type="spellStart"/>
            <w:r w:rsidRPr="004543E3">
              <w:rPr>
                <w:rFonts w:cs="Times New Roman"/>
                <w:b/>
                <w:bCs/>
                <w:szCs w:val="26"/>
              </w:rPr>
              <w:t>về</w:t>
            </w:r>
            <w:proofErr w:type="spellEnd"/>
            <w:r w:rsidRPr="004543E3">
              <w:rPr>
                <w:rFonts w:cs="Times New Roman"/>
                <w:b/>
                <w:bCs/>
                <w:szCs w:val="26"/>
              </w:rPr>
              <w:t xml:space="preserve"> </w:t>
            </w:r>
            <w:proofErr w:type="spellStart"/>
            <w:r w:rsidRPr="004543E3">
              <w:rPr>
                <w:rFonts w:cs="Times New Roman"/>
                <w:b/>
                <w:bCs/>
                <w:szCs w:val="26"/>
              </w:rPr>
              <w:t>trình</w:t>
            </w:r>
            <w:proofErr w:type="spellEnd"/>
            <w:r w:rsidRPr="004543E3">
              <w:rPr>
                <w:rFonts w:cs="Times New Roman"/>
                <w:b/>
                <w:bCs/>
                <w:szCs w:val="26"/>
              </w:rPr>
              <w:t xml:space="preserve"> </w:t>
            </w:r>
            <w:proofErr w:type="spellStart"/>
            <w:r w:rsidRPr="004543E3">
              <w:rPr>
                <w:rFonts w:cs="Times New Roman"/>
                <w:b/>
                <w:bCs/>
                <w:szCs w:val="26"/>
              </w:rPr>
              <w:t>độ</w:t>
            </w:r>
            <w:proofErr w:type="spellEnd"/>
            <w:r w:rsidRPr="004543E3">
              <w:rPr>
                <w:rFonts w:cs="Times New Roman"/>
                <w:b/>
                <w:bCs/>
                <w:szCs w:val="26"/>
              </w:rPr>
              <w:t xml:space="preserve"> </w:t>
            </w:r>
            <w:proofErr w:type="spellStart"/>
            <w:r w:rsidRPr="004543E3">
              <w:rPr>
                <w:rFonts w:cs="Times New Roman"/>
                <w:b/>
                <w:bCs/>
                <w:szCs w:val="26"/>
              </w:rPr>
              <w:t>đào</w:t>
            </w:r>
            <w:proofErr w:type="spellEnd"/>
            <w:r w:rsidRPr="004543E3">
              <w:rPr>
                <w:rFonts w:cs="Times New Roman"/>
                <w:b/>
                <w:bCs/>
                <w:szCs w:val="26"/>
              </w:rPr>
              <w:t xml:space="preserve"> </w:t>
            </w:r>
            <w:proofErr w:type="spellStart"/>
            <w:r w:rsidRPr="004543E3">
              <w:rPr>
                <w:rFonts w:cs="Times New Roman"/>
                <w:b/>
                <w:bCs/>
                <w:szCs w:val="26"/>
              </w:rPr>
              <w:t>tạo</w:t>
            </w:r>
            <w:proofErr w:type="spellEnd"/>
            <w:r w:rsidRPr="004543E3">
              <w:rPr>
                <w:rFonts w:cs="Times New Roman"/>
                <w:b/>
                <w:bCs/>
                <w:szCs w:val="26"/>
              </w:rPr>
              <w:t xml:space="preserve">, </w:t>
            </w:r>
            <w:proofErr w:type="spellStart"/>
            <w:r w:rsidRPr="004543E3">
              <w:rPr>
                <w:rFonts w:cs="Times New Roman"/>
                <w:b/>
                <w:bCs/>
                <w:szCs w:val="26"/>
              </w:rPr>
              <w:t>bồi</w:t>
            </w:r>
            <w:proofErr w:type="spellEnd"/>
            <w:r w:rsidRPr="004543E3">
              <w:rPr>
                <w:rFonts w:cs="Times New Roman"/>
                <w:b/>
                <w:bCs/>
                <w:szCs w:val="26"/>
              </w:rPr>
              <w:t xml:space="preserve"> </w:t>
            </w:r>
            <w:proofErr w:type="spellStart"/>
            <w:r w:rsidRPr="004543E3">
              <w:rPr>
                <w:rFonts w:cs="Times New Roman"/>
                <w:b/>
                <w:bCs/>
                <w:szCs w:val="26"/>
              </w:rPr>
              <w:t>dưỡng</w:t>
            </w:r>
            <w:proofErr w:type="spellEnd"/>
            <w:r w:rsidRPr="004543E3">
              <w:rPr>
                <w:rFonts w:cs="Times New Roman"/>
                <w:b/>
                <w:bCs/>
                <w:szCs w:val="26"/>
              </w:rPr>
              <w:t>:</w:t>
            </w:r>
          </w:p>
          <w:p w14:paraId="14B075C9" w14:textId="77777777" w:rsidR="00855AF9" w:rsidRPr="004543E3" w:rsidRDefault="00855AF9" w:rsidP="00FA68B5">
            <w:pPr>
              <w:spacing w:after="0" w:line="240" w:lineRule="auto"/>
              <w:ind w:firstLine="709"/>
              <w:jc w:val="both"/>
              <w:rPr>
                <w:rFonts w:cs="Times New Roman"/>
                <w:szCs w:val="26"/>
              </w:rPr>
            </w:pPr>
            <w:r w:rsidRPr="004543E3">
              <w:rPr>
                <w:rFonts w:cs="Times New Roman"/>
                <w:szCs w:val="26"/>
              </w:rPr>
              <w:t xml:space="preserve">a) </w:t>
            </w:r>
            <w:proofErr w:type="spellStart"/>
            <w:r w:rsidRPr="004543E3">
              <w:rPr>
                <w:rFonts w:cs="Times New Roman"/>
                <w:szCs w:val="26"/>
              </w:rPr>
              <w:t>Có</w:t>
            </w:r>
            <w:proofErr w:type="spellEnd"/>
            <w:r w:rsidRPr="004543E3">
              <w:rPr>
                <w:rFonts w:cs="Times New Roman"/>
                <w:szCs w:val="26"/>
              </w:rPr>
              <w:t xml:space="preserve"> </w:t>
            </w:r>
            <w:proofErr w:type="spellStart"/>
            <w:r w:rsidRPr="004543E3">
              <w:rPr>
                <w:rFonts w:cs="Times New Roman"/>
                <w:szCs w:val="26"/>
              </w:rPr>
              <w:t>bằng</w:t>
            </w:r>
            <w:proofErr w:type="spellEnd"/>
            <w:r w:rsidRPr="004543E3">
              <w:rPr>
                <w:rFonts w:cs="Times New Roman"/>
                <w:szCs w:val="26"/>
              </w:rPr>
              <w:t xml:space="preserve"> </w:t>
            </w:r>
            <w:proofErr w:type="spellStart"/>
            <w:r w:rsidRPr="004543E3">
              <w:rPr>
                <w:rFonts w:cs="Times New Roman"/>
                <w:szCs w:val="26"/>
              </w:rPr>
              <w:t>tốt</w:t>
            </w:r>
            <w:proofErr w:type="spellEnd"/>
            <w:r w:rsidRPr="004543E3">
              <w:rPr>
                <w:rFonts w:cs="Times New Roman"/>
                <w:szCs w:val="26"/>
              </w:rPr>
              <w:t xml:space="preserve"> </w:t>
            </w:r>
            <w:proofErr w:type="spellStart"/>
            <w:r w:rsidRPr="004543E3">
              <w:rPr>
                <w:rFonts w:cs="Times New Roman"/>
                <w:szCs w:val="26"/>
              </w:rPr>
              <w:t>nghiệp</w:t>
            </w:r>
            <w:proofErr w:type="spellEnd"/>
            <w:r w:rsidRPr="004543E3">
              <w:rPr>
                <w:rFonts w:cs="Times New Roman"/>
                <w:szCs w:val="26"/>
              </w:rPr>
              <w:t xml:space="preserve"> </w:t>
            </w:r>
            <w:proofErr w:type="spellStart"/>
            <w:r w:rsidRPr="004543E3">
              <w:rPr>
                <w:rFonts w:cs="Times New Roman"/>
                <w:szCs w:val="26"/>
              </w:rPr>
              <w:t>đại</w:t>
            </w:r>
            <w:proofErr w:type="spellEnd"/>
            <w:r w:rsidRPr="004543E3">
              <w:rPr>
                <w:rFonts w:cs="Times New Roman"/>
                <w:szCs w:val="26"/>
              </w:rPr>
              <w:t xml:space="preserve"> </w:t>
            </w:r>
            <w:proofErr w:type="spellStart"/>
            <w:r w:rsidRPr="004543E3">
              <w:rPr>
                <w:rFonts w:cs="Times New Roman"/>
                <w:szCs w:val="26"/>
              </w:rPr>
              <w:t>học</w:t>
            </w:r>
            <w:proofErr w:type="spellEnd"/>
            <w:r w:rsidRPr="004543E3">
              <w:rPr>
                <w:rFonts w:cs="Times New Roman"/>
                <w:szCs w:val="26"/>
              </w:rPr>
              <w:t xml:space="preserve"> </w:t>
            </w:r>
            <w:proofErr w:type="spellStart"/>
            <w:r w:rsidRPr="004543E3">
              <w:rPr>
                <w:rFonts w:cs="Times New Roman"/>
                <w:szCs w:val="26"/>
              </w:rPr>
              <w:t>trở</w:t>
            </w:r>
            <w:proofErr w:type="spellEnd"/>
            <w:r w:rsidRPr="004543E3">
              <w:rPr>
                <w:rFonts w:cs="Times New Roman"/>
                <w:szCs w:val="26"/>
              </w:rPr>
              <w:t xml:space="preserve"> </w:t>
            </w:r>
            <w:proofErr w:type="spellStart"/>
            <w:r w:rsidRPr="004543E3">
              <w:rPr>
                <w:rFonts w:cs="Times New Roman"/>
                <w:szCs w:val="26"/>
              </w:rPr>
              <w:t>lên</w:t>
            </w:r>
            <w:proofErr w:type="spellEnd"/>
            <w:r w:rsidRPr="004543E3">
              <w:rPr>
                <w:rFonts w:cs="Times New Roman"/>
                <w:szCs w:val="26"/>
              </w:rPr>
              <w:t xml:space="preserve"> </w:t>
            </w:r>
            <w:proofErr w:type="spellStart"/>
            <w:r w:rsidRPr="004543E3">
              <w:rPr>
                <w:rFonts w:cs="Times New Roman"/>
                <w:szCs w:val="26"/>
              </w:rPr>
              <w:t>với</w:t>
            </w:r>
            <w:proofErr w:type="spellEnd"/>
            <w:r w:rsidRPr="004543E3">
              <w:rPr>
                <w:rFonts w:cs="Times New Roman"/>
                <w:szCs w:val="26"/>
              </w:rPr>
              <w:t xml:space="preserve"> </w:t>
            </w:r>
            <w:proofErr w:type="spellStart"/>
            <w:r w:rsidRPr="004543E3">
              <w:rPr>
                <w:rFonts w:cs="Times New Roman"/>
                <w:szCs w:val="26"/>
              </w:rPr>
              <w:t>chuyên</w:t>
            </w:r>
            <w:proofErr w:type="spellEnd"/>
            <w:r w:rsidRPr="004543E3">
              <w:rPr>
                <w:rFonts w:cs="Times New Roman"/>
                <w:szCs w:val="26"/>
              </w:rPr>
              <w:t xml:space="preserve"> </w:t>
            </w:r>
            <w:proofErr w:type="spellStart"/>
            <w:r w:rsidRPr="004543E3">
              <w:rPr>
                <w:rFonts w:cs="Times New Roman"/>
                <w:szCs w:val="26"/>
              </w:rPr>
              <w:t>ngành</w:t>
            </w:r>
            <w:proofErr w:type="spellEnd"/>
            <w:r w:rsidRPr="004543E3">
              <w:rPr>
                <w:rFonts w:cs="Times New Roman"/>
                <w:szCs w:val="26"/>
              </w:rPr>
              <w:t xml:space="preserve"> </w:t>
            </w:r>
            <w:proofErr w:type="spellStart"/>
            <w:r w:rsidRPr="004543E3">
              <w:rPr>
                <w:rFonts w:cs="Times New Roman"/>
                <w:szCs w:val="26"/>
              </w:rPr>
              <w:t>đào</w:t>
            </w:r>
            <w:proofErr w:type="spellEnd"/>
            <w:r w:rsidRPr="004543E3">
              <w:rPr>
                <w:rFonts w:cs="Times New Roman"/>
                <w:szCs w:val="26"/>
              </w:rPr>
              <w:t xml:space="preserve"> </w:t>
            </w:r>
            <w:proofErr w:type="spellStart"/>
            <w:r w:rsidRPr="004543E3">
              <w:rPr>
                <w:rFonts w:cs="Times New Roman"/>
                <w:szCs w:val="26"/>
              </w:rPr>
              <w:t>tạo</w:t>
            </w:r>
            <w:proofErr w:type="spellEnd"/>
            <w:r w:rsidRPr="004543E3">
              <w:rPr>
                <w:rFonts w:cs="Times New Roman"/>
                <w:szCs w:val="26"/>
              </w:rPr>
              <w:t xml:space="preserve"> </w:t>
            </w:r>
            <w:proofErr w:type="spellStart"/>
            <w:r w:rsidRPr="004543E3">
              <w:rPr>
                <w:rFonts w:cs="Times New Roman"/>
                <w:szCs w:val="26"/>
              </w:rPr>
              <w:t>phù</w:t>
            </w:r>
            <w:proofErr w:type="spellEnd"/>
            <w:r w:rsidRPr="004543E3">
              <w:rPr>
                <w:rFonts w:cs="Times New Roman"/>
                <w:szCs w:val="26"/>
              </w:rPr>
              <w:t xml:space="preserve"> </w:t>
            </w:r>
            <w:proofErr w:type="spellStart"/>
            <w:r w:rsidRPr="004543E3">
              <w:rPr>
                <w:rFonts w:cs="Times New Roman"/>
                <w:szCs w:val="26"/>
              </w:rPr>
              <w:t>hợp</w:t>
            </w:r>
            <w:proofErr w:type="spellEnd"/>
            <w:r w:rsidRPr="004543E3">
              <w:rPr>
                <w:rFonts w:cs="Times New Roman"/>
                <w:szCs w:val="26"/>
              </w:rPr>
              <w:t xml:space="preserve"> </w:t>
            </w:r>
            <w:proofErr w:type="spellStart"/>
            <w:r w:rsidRPr="004543E3">
              <w:rPr>
                <w:rFonts w:cs="Times New Roman"/>
                <w:szCs w:val="26"/>
              </w:rPr>
              <w:t>với</w:t>
            </w:r>
            <w:proofErr w:type="spellEnd"/>
            <w:r w:rsidRPr="004543E3">
              <w:rPr>
                <w:rFonts w:cs="Times New Roman"/>
                <w:szCs w:val="26"/>
              </w:rPr>
              <w:t xml:space="preserve"> </w:t>
            </w:r>
            <w:proofErr w:type="spellStart"/>
            <w:r w:rsidRPr="004543E3">
              <w:rPr>
                <w:rFonts w:cs="Times New Roman"/>
                <w:szCs w:val="26"/>
              </w:rPr>
              <w:t>lĩnh</w:t>
            </w:r>
            <w:proofErr w:type="spellEnd"/>
            <w:r w:rsidRPr="004543E3">
              <w:rPr>
                <w:rFonts w:cs="Times New Roman"/>
                <w:szCs w:val="26"/>
              </w:rPr>
              <w:t xml:space="preserve"> </w:t>
            </w:r>
            <w:proofErr w:type="spellStart"/>
            <w:r w:rsidRPr="004543E3">
              <w:rPr>
                <w:rFonts w:cs="Times New Roman"/>
                <w:szCs w:val="26"/>
              </w:rPr>
              <w:t>vực</w:t>
            </w:r>
            <w:proofErr w:type="spellEnd"/>
            <w:r w:rsidRPr="004543E3">
              <w:rPr>
                <w:rFonts w:cs="Times New Roman"/>
                <w:szCs w:val="26"/>
              </w:rPr>
              <w:t xml:space="preserve"> </w:t>
            </w:r>
            <w:proofErr w:type="spellStart"/>
            <w:r w:rsidRPr="004543E3">
              <w:rPr>
                <w:rFonts w:cs="Times New Roman"/>
                <w:szCs w:val="26"/>
              </w:rPr>
              <w:t>quản</w:t>
            </w:r>
            <w:proofErr w:type="spellEnd"/>
            <w:r w:rsidRPr="004543E3">
              <w:rPr>
                <w:rFonts w:cs="Times New Roman"/>
                <w:szCs w:val="26"/>
              </w:rPr>
              <w:t xml:space="preserve"> </w:t>
            </w:r>
            <w:proofErr w:type="spellStart"/>
            <w:r w:rsidRPr="004543E3">
              <w:rPr>
                <w:rFonts w:cs="Times New Roman"/>
                <w:szCs w:val="26"/>
              </w:rPr>
              <w:t>ly</w:t>
            </w:r>
            <w:proofErr w:type="spellEnd"/>
            <w:r w:rsidRPr="004543E3">
              <w:rPr>
                <w:rFonts w:cs="Times New Roman"/>
                <w:szCs w:val="26"/>
              </w:rPr>
              <w:t xml:space="preserve">́, </w:t>
            </w:r>
            <w:proofErr w:type="spellStart"/>
            <w:r w:rsidRPr="004543E3">
              <w:rPr>
                <w:rFonts w:cs="Times New Roman"/>
                <w:szCs w:val="26"/>
              </w:rPr>
              <w:t>kiểm</w:t>
            </w:r>
            <w:proofErr w:type="spellEnd"/>
            <w:r w:rsidRPr="004543E3">
              <w:rPr>
                <w:rFonts w:cs="Times New Roman"/>
                <w:szCs w:val="26"/>
              </w:rPr>
              <w:t xml:space="preserve"> </w:t>
            </w:r>
            <w:proofErr w:type="spellStart"/>
            <w:r w:rsidRPr="004543E3">
              <w:rPr>
                <w:rFonts w:cs="Times New Roman"/>
                <w:szCs w:val="26"/>
              </w:rPr>
              <w:t>tra</w:t>
            </w:r>
            <w:proofErr w:type="spellEnd"/>
            <w:r w:rsidRPr="004543E3">
              <w:rPr>
                <w:rFonts w:cs="Times New Roman"/>
                <w:szCs w:val="26"/>
              </w:rPr>
              <w:t xml:space="preserve"> </w:t>
            </w:r>
            <w:proofErr w:type="spellStart"/>
            <w:r w:rsidRPr="004543E3">
              <w:rPr>
                <w:rFonts w:cs="Times New Roman"/>
                <w:szCs w:val="26"/>
              </w:rPr>
              <w:t>chất</w:t>
            </w:r>
            <w:proofErr w:type="spellEnd"/>
            <w:r w:rsidRPr="004543E3">
              <w:rPr>
                <w:rFonts w:cs="Times New Roman"/>
                <w:szCs w:val="26"/>
              </w:rPr>
              <w:t xml:space="preserve"> </w:t>
            </w:r>
            <w:proofErr w:type="spellStart"/>
            <w:r w:rsidRPr="004543E3">
              <w:rPr>
                <w:rFonts w:cs="Times New Roman"/>
                <w:szCs w:val="26"/>
              </w:rPr>
              <w:t>lượng</w:t>
            </w:r>
            <w:proofErr w:type="spellEnd"/>
            <w:r w:rsidRPr="004543E3">
              <w:rPr>
                <w:rFonts w:cs="Times New Roman"/>
                <w:szCs w:val="26"/>
              </w:rPr>
              <w:t xml:space="preserve"> </w:t>
            </w:r>
            <w:proofErr w:type="spellStart"/>
            <w:r w:rsidRPr="004543E3">
              <w:rPr>
                <w:rFonts w:cs="Times New Roman"/>
                <w:szCs w:val="26"/>
              </w:rPr>
              <w:t>sản</w:t>
            </w:r>
            <w:proofErr w:type="spellEnd"/>
            <w:r w:rsidRPr="004543E3">
              <w:rPr>
                <w:rFonts w:cs="Times New Roman"/>
                <w:szCs w:val="26"/>
              </w:rPr>
              <w:t xml:space="preserve"> </w:t>
            </w:r>
            <w:proofErr w:type="spellStart"/>
            <w:r w:rsidRPr="004543E3">
              <w:rPr>
                <w:rFonts w:cs="Times New Roman"/>
                <w:szCs w:val="26"/>
              </w:rPr>
              <w:t>phẩm</w:t>
            </w:r>
            <w:proofErr w:type="spellEnd"/>
            <w:r w:rsidRPr="004543E3">
              <w:rPr>
                <w:rFonts w:cs="Times New Roman"/>
                <w:szCs w:val="26"/>
              </w:rPr>
              <w:t xml:space="preserve">, </w:t>
            </w:r>
            <w:proofErr w:type="spellStart"/>
            <w:r w:rsidRPr="004543E3">
              <w:rPr>
                <w:rFonts w:cs="Times New Roman"/>
                <w:szCs w:val="26"/>
              </w:rPr>
              <w:t>hàng</w:t>
            </w:r>
            <w:proofErr w:type="spellEnd"/>
            <w:r w:rsidRPr="004543E3">
              <w:rPr>
                <w:rFonts w:cs="Times New Roman"/>
                <w:szCs w:val="26"/>
              </w:rPr>
              <w:t xml:space="preserve"> </w:t>
            </w:r>
            <w:proofErr w:type="spellStart"/>
            <w:r w:rsidRPr="004543E3">
              <w:rPr>
                <w:rFonts w:cs="Times New Roman"/>
                <w:szCs w:val="26"/>
              </w:rPr>
              <w:t>hóa</w:t>
            </w:r>
            <w:proofErr w:type="spellEnd"/>
            <w:r w:rsidRPr="004543E3">
              <w:rPr>
                <w:rFonts w:cs="Times New Roman"/>
                <w:szCs w:val="26"/>
              </w:rPr>
              <w:t>.</w:t>
            </w:r>
          </w:p>
          <w:p w14:paraId="690D9C5E" w14:textId="50A3670D" w:rsidR="00855AF9" w:rsidRPr="004543E3" w:rsidRDefault="00855AF9" w:rsidP="00FA68B5">
            <w:pPr>
              <w:spacing w:after="0" w:line="240" w:lineRule="auto"/>
              <w:ind w:firstLine="709"/>
              <w:jc w:val="both"/>
              <w:rPr>
                <w:i/>
                <w:iCs/>
                <w:sz w:val="28"/>
                <w:szCs w:val="28"/>
                <w:lang w:val="de-DE"/>
              </w:rPr>
            </w:pPr>
            <w:r w:rsidRPr="004543E3">
              <w:rPr>
                <w:rFonts w:cs="Times New Roman"/>
                <w:szCs w:val="26"/>
              </w:rPr>
              <w:t xml:space="preserve">b) </w:t>
            </w:r>
            <w:proofErr w:type="spellStart"/>
            <w:r w:rsidRPr="004543E3">
              <w:rPr>
                <w:rFonts w:cs="Times New Roman"/>
                <w:szCs w:val="26"/>
              </w:rPr>
              <w:t>Có</w:t>
            </w:r>
            <w:proofErr w:type="spellEnd"/>
            <w:r w:rsidRPr="004543E3">
              <w:rPr>
                <w:rFonts w:cs="Times New Roman"/>
                <w:szCs w:val="26"/>
              </w:rPr>
              <w:t xml:space="preserve"> </w:t>
            </w:r>
            <w:proofErr w:type="spellStart"/>
            <w:r w:rsidRPr="004543E3">
              <w:rPr>
                <w:rFonts w:cs="Times New Roman"/>
                <w:szCs w:val="26"/>
              </w:rPr>
              <w:t>chứng</w:t>
            </w:r>
            <w:proofErr w:type="spellEnd"/>
            <w:r w:rsidRPr="004543E3">
              <w:rPr>
                <w:rFonts w:cs="Times New Roman"/>
                <w:szCs w:val="26"/>
              </w:rPr>
              <w:t xml:space="preserve"> </w:t>
            </w:r>
            <w:proofErr w:type="spellStart"/>
            <w:r w:rsidRPr="004543E3">
              <w:rPr>
                <w:rFonts w:cs="Times New Roman"/>
                <w:szCs w:val="26"/>
              </w:rPr>
              <w:t>chỉ</w:t>
            </w:r>
            <w:proofErr w:type="spellEnd"/>
            <w:r w:rsidRPr="004543E3">
              <w:rPr>
                <w:rFonts w:cs="Times New Roman"/>
                <w:szCs w:val="26"/>
              </w:rPr>
              <w:t xml:space="preserve"> </w:t>
            </w:r>
            <w:proofErr w:type="spellStart"/>
            <w:r w:rsidRPr="004543E3">
              <w:rPr>
                <w:rFonts w:cs="Times New Roman"/>
                <w:szCs w:val="26"/>
              </w:rPr>
              <w:t>bồi</w:t>
            </w:r>
            <w:proofErr w:type="spellEnd"/>
            <w:r w:rsidRPr="004543E3">
              <w:rPr>
                <w:rFonts w:cs="Times New Roman"/>
                <w:szCs w:val="26"/>
              </w:rPr>
              <w:t xml:space="preserve"> </w:t>
            </w:r>
            <w:proofErr w:type="spellStart"/>
            <w:r w:rsidRPr="004543E3">
              <w:rPr>
                <w:rFonts w:cs="Times New Roman"/>
                <w:szCs w:val="26"/>
              </w:rPr>
              <w:t>dưỡng</w:t>
            </w:r>
            <w:proofErr w:type="spellEnd"/>
            <w:r w:rsidRPr="004543E3">
              <w:rPr>
                <w:rFonts w:cs="Times New Roman"/>
                <w:szCs w:val="26"/>
              </w:rPr>
              <w:t xml:space="preserve"> </w:t>
            </w:r>
            <w:proofErr w:type="spellStart"/>
            <w:r w:rsidRPr="004543E3">
              <w:rPr>
                <w:rFonts w:cs="Times New Roman"/>
                <w:szCs w:val="26"/>
              </w:rPr>
              <w:t>nghiệp</w:t>
            </w:r>
            <w:proofErr w:type="spellEnd"/>
            <w:r w:rsidRPr="004543E3">
              <w:rPr>
                <w:rFonts w:cs="Times New Roman"/>
                <w:szCs w:val="26"/>
              </w:rPr>
              <w:t xml:space="preserve"> </w:t>
            </w:r>
            <w:proofErr w:type="spellStart"/>
            <w:r w:rsidRPr="004543E3">
              <w:rPr>
                <w:rFonts w:cs="Times New Roman"/>
                <w:szCs w:val="26"/>
              </w:rPr>
              <w:t>vụ</w:t>
            </w:r>
            <w:proofErr w:type="spellEnd"/>
            <w:r w:rsidRPr="004543E3">
              <w:rPr>
                <w:rFonts w:cs="Times New Roman"/>
                <w:szCs w:val="26"/>
              </w:rPr>
              <w:t xml:space="preserve"> </w:t>
            </w:r>
            <w:proofErr w:type="spellStart"/>
            <w:r w:rsidRPr="004543E3">
              <w:rPr>
                <w:rFonts w:cs="Times New Roman"/>
                <w:szCs w:val="26"/>
              </w:rPr>
              <w:t>ngạch</w:t>
            </w:r>
            <w:proofErr w:type="spellEnd"/>
            <w:r w:rsidRPr="004543E3">
              <w:rPr>
                <w:rFonts w:cs="Times New Roman"/>
                <w:szCs w:val="26"/>
              </w:rPr>
              <w:t xml:space="preserve"> </w:t>
            </w:r>
            <w:proofErr w:type="spellStart"/>
            <w:r w:rsidRPr="004543E3">
              <w:rPr>
                <w:rFonts w:cs="Times New Roman"/>
                <w:szCs w:val="26"/>
              </w:rPr>
              <w:t>Kiểm</w:t>
            </w:r>
            <w:proofErr w:type="spellEnd"/>
            <w:r w:rsidRPr="004543E3">
              <w:rPr>
                <w:rFonts w:cs="Times New Roman"/>
                <w:szCs w:val="26"/>
              </w:rPr>
              <w:t xml:space="preserve"> </w:t>
            </w:r>
            <w:proofErr w:type="spellStart"/>
            <w:r w:rsidRPr="004543E3">
              <w:rPr>
                <w:rFonts w:cs="Times New Roman"/>
                <w:szCs w:val="26"/>
              </w:rPr>
              <w:t>soát</w:t>
            </w:r>
            <w:proofErr w:type="spellEnd"/>
            <w:r w:rsidRPr="004543E3">
              <w:rPr>
                <w:rFonts w:cs="Times New Roman"/>
                <w:szCs w:val="26"/>
              </w:rPr>
              <w:t xml:space="preserve"> </w:t>
            </w:r>
            <w:proofErr w:type="spellStart"/>
            <w:r w:rsidRPr="004543E3">
              <w:rPr>
                <w:rFonts w:cs="Times New Roman"/>
                <w:szCs w:val="26"/>
              </w:rPr>
              <w:t>chất</w:t>
            </w:r>
            <w:proofErr w:type="spellEnd"/>
            <w:r w:rsidRPr="004543E3">
              <w:rPr>
                <w:rFonts w:cs="Times New Roman"/>
                <w:szCs w:val="26"/>
              </w:rPr>
              <w:t xml:space="preserve"> </w:t>
            </w:r>
            <w:proofErr w:type="spellStart"/>
            <w:r w:rsidRPr="004543E3">
              <w:rPr>
                <w:rFonts w:cs="Times New Roman"/>
                <w:szCs w:val="26"/>
              </w:rPr>
              <w:t>lượng</w:t>
            </w:r>
            <w:proofErr w:type="spellEnd"/>
            <w:r w:rsidRPr="004543E3">
              <w:rPr>
                <w:rFonts w:cs="Times New Roman"/>
                <w:szCs w:val="26"/>
              </w:rPr>
              <w:t xml:space="preserve"> </w:t>
            </w:r>
            <w:proofErr w:type="spellStart"/>
            <w:r w:rsidRPr="004543E3">
              <w:rPr>
                <w:rFonts w:cs="Times New Roman"/>
                <w:szCs w:val="26"/>
              </w:rPr>
              <w:t>sản</w:t>
            </w:r>
            <w:proofErr w:type="spellEnd"/>
            <w:r w:rsidRPr="004543E3">
              <w:rPr>
                <w:rFonts w:cs="Times New Roman"/>
                <w:szCs w:val="26"/>
              </w:rPr>
              <w:t xml:space="preserve"> </w:t>
            </w:r>
            <w:proofErr w:type="spellStart"/>
            <w:r w:rsidRPr="004543E3">
              <w:rPr>
                <w:rFonts w:cs="Times New Roman"/>
                <w:szCs w:val="26"/>
              </w:rPr>
              <w:t>phẩm</w:t>
            </w:r>
            <w:proofErr w:type="spellEnd"/>
            <w:r w:rsidRPr="004543E3">
              <w:rPr>
                <w:rFonts w:cs="Times New Roman"/>
                <w:szCs w:val="26"/>
              </w:rPr>
              <w:t xml:space="preserve">, </w:t>
            </w:r>
            <w:proofErr w:type="spellStart"/>
            <w:r w:rsidRPr="004543E3">
              <w:rPr>
                <w:rFonts w:cs="Times New Roman"/>
                <w:szCs w:val="26"/>
              </w:rPr>
              <w:t>hàng</w:t>
            </w:r>
            <w:proofErr w:type="spellEnd"/>
            <w:r w:rsidRPr="004543E3">
              <w:rPr>
                <w:rFonts w:cs="Times New Roman"/>
                <w:szCs w:val="26"/>
              </w:rPr>
              <w:t xml:space="preserve"> </w:t>
            </w:r>
            <w:proofErr w:type="spellStart"/>
            <w:r w:rsidRPr="004543E3">
              <w:rPr>
                <w:rFonts w:cs="Times New Roman"/>
                <w:szCs w:val="26"/>
              </w:rPr>
              <w:t>hóa</w:t>
            </w:r>
            <w:proofErr w:type="spellEnd"/>
            <w:r w:rsidRPr="004543E3">
              <w:rPr>
                <w:rFonts w:cs="Times New Roman"/>
                <w:szCs w:val="26"/>
              </w:rPr>
              <w:t xml:space="preserve">. </w:t>
            </w:r>
          </w:p>
        </w:tc>
        <w:tc>
          <w:tcPr>
            <w:tcW w:w="5220" w:type="dxa"/>
          </w:tcPr>
          <w:p w14:paraId="27B53F0E" w14:textId="77777777" w:rsidR="00855AF9" w:rsidRPr="004543E3" w:rsidRDefault="00855AF9" w:rsidP="00855AF9">
            <w:pPr>
              <w:spacing w:after="0" w:line="340" w:lineRule="exact"/>
              <w:jc w:val="both"/>
              <w:rPr>
                <w:b/>
                <w:bCs/>
              </w:rPr>
            </w:pPr>
            <w:proofErr w:type="spellStart"/>
            <w:r w:rsidRPr="004543E3">
              <w:rPr>
                <w:b/>
                <w:bCs/>
              </w:rPr>
              <w:t>Bô</w:t>
            </w:r>
            <w:proofErr w:type="spellEnd"/>
            <w:r w:rsidRPr="004543E3">
              <w:rPr>
                <w:b/>
                <w:bCs/>
              </w:rPr>
              <w:t xml:space="preserve">̣ </w:t>
            </w:r>
            <w:proofErr w:type="spellStart"/>
            <w:r w:rsidRPr="004543E3">
              <w:rPr>
                <w:b/>
                <w:bCs/>
              </w:rPr>
              <w:t>Nông</w:t>
            </w:r>
            <w:proofErr w:type="spellEnd"/>
            <w:r w:rsidRPr="004543E3">
              <w:rPr>
                <w:b/>
                <w:bCs/>
              </w:rPr>
              <w:t xml:space="preserve"> </w:t>
            </w:r>
            <w:proofErr w:type="spellStart"/>
            <w:r w:rsidRPr="004543E3">
              <w:rPr>
                <w:b/>
                <w:bCs/>
              </w:rPr>
              <w:t>nghiệp</w:t>
            </w:r>
            <w:proofErr w:type="spellEnd"/>
            <w:r w:rsidRPr="004543E3">
              <w:rPr>
                <w:b/>
                <w:bCs/>
              </w:rPr>
              <w:t xml:space="preserve"> </w:t>
            </w:r>
            <w:proofErr w:type="spellStart"/>
            <w:r w:rsidRPr="004543E3">
              <w:rPr>
                <w:b/>
                <w:bCs/>
              </w:rPr>
              <w:t>va</w:t>
            </w:r>
            <w:proofErr w:type="spellEnd"/>
            <w:r w:rsidRPr="004543E3">
              <w:rPr>
                <w:b/>
                <w:bCs/>
              </w:rPr>
              <w:t xml:space="preserve">̀ </w:t>
            </w:r>
            <w:proofErr w:type="spellStart"/>
            <w:r w:rsidRPr="004543E3">
              <w:rPr>
                <w:b/>
                <w:bCs/>
              </w:rPr>
              <w:t>Môi</w:t>
            </w:r>
            <w:proofErr w:type="spellEnd"/>
            <w:r w:rsidRPr="004543E3">
              <w:rPr>
                <w:b/>
                <w:bCs/>
              </w:rPr>
              <w:t xml:space="preserve"> </w:t>
            </w:r>
            <w:proofErr w:type="spellStart"/>
            <w:r w:rsidRPr="004543E3">
              <w:rPr>
                <w:b/>
                <w:bCs/>
              </w:rPr>
              <w:t>trường</w:t>
            </w:r>
            <w:proofErr w:type="spellEnd"/>
            <w:r w:rsidRPr="004543E3">
              <w:rPr>
                <w:b/>
                <w:bCs/>
              </w:rPr>
              <w:t>:</w:t>
            </w:r>
          </w:p>
          <w:p w14:paraId="4A34BF34" w14:textId="6F40D40D" w:rsidR="00855AF9" w:rsidRPr="004543E3" w:rsidRDefault="00855AF9" w:rsidP="00855AF9">
            <w:pPr>
              <w:jc w:val="both"/>
            </w:pPr>
            <w:r w:rsidRPr="004543E3">
              <w:t xml:space="preserve"> </w:t>
            </w:r>
            <w:proofErr w:type="spellStart"/>
            <w:r w:rsidRPr="004543E3">
              <w:t>Điểm</w:t>
            </w:r>
            <w:proofErr w:type="spellEnd"/>
            <w:r w:rsidRPr="004543E3">
              <w:t xml:space="preserve"> b </w:t>
            </w:r>
            <w:proofErr w:type="spellStart"/>
            <w:r w:rsidRPr="004543E3">
              <w:t>khoản</w:t>
            </w:r>
            <w:proofErr w:type="spellEnd"/>
            <w:r w:rsidRPr="004543E3">
              <w:t xml:space="preserve"> 3 </w:t>
            </w:r>
            <w:proofErr w:type="spellStart"/>
            <w:r w:rsidRPr="004543E3">
              <w:t>Điều</w:t>
            </w:r>
            <w:proofErr w:type="spellEnd"/>
            <w:r w:rsidRPr="004543E3">
              <w:t xml:space="preserve"> 7 qui </w:t>
            </w:r>
            <w:proofErr w:type="spellStart"/>
            <w:r w:rsidRPr="004543E3">
              <w:t>định</w:t>
            </w:r>
            <w:proofErr w:type="spellEnd"/>
            <w:r w:rsidRPr="004543E3">
              <w:t xml:space="preserve"> </w:t>
            </w:r>
            <w:proofErr w:type="spellStart"/>
            <w:r w:rsidRPr="004543E3">
              <w:t>Tiêu</w:t>
            </w:r>
            <w:proofErr w:type="spellEnd"/>
            <w:r w:rsidRPr="004543E3">
              <w:t xml:space="preserve"> </w:t>
            </w:r>
            <w:proofErr w:type="spellStart"/>
            <w:r w:rsidRPr="004543E3">
              <w:t>chuẩn</w:t>
            </w:r>
            <w:proofErr w:type="spellEnd"/>
            <w:r w:rsidRPr="004543E3">
              <w:t xml:space="preserve"> </w:t>
            </w:r>
            <w:proofErr w:type="spellStart"/>
            <w:r w:rsidRPr="004543E3">
              <w:t>về</w:t>
            </w:r>
            <w:proofErr w:type="spellEnd"/>
            <w:r w:rsidRPr="004543E3">
              <w:t xml:space="preserve"> </w:t>
            </w:r>
            <w:proofErr w:type="spellStart"/>
            <w:r w:rsidRPr="004543E3">
              <w:t>trình</w:t>
            </w:r>
            <w:proofErr w:type="spellEnd"/>
            <w:r w:rsidRPr="004543E3">
              <w:t xml:space="preserve"> </w:t>
            </w:r>
            <w:proofErr w:type="spellStart"/>
            <w:r w:rsidRPr="004543E3">
              <w:t>độ</w:t>
            </w:r>
            <w:proofErr w:type="spellEnd"/>
            <w:r w:rsidRPr="004543E3">
              <w:t xml:space="preserve"> </w:t>
            </w:r>
            <w:proofErr w:type="spellStart"/>
            <w:r w:rsidRPr="004543E3">
              <w:t>đào</w:t>
            </w:r>
            <w:proofErr w:type="spellEnd"/>
            <w:r w:rsidRPr="004543E3">
              <w:t xml:space="preserve"> </w:t>
            </w:r>
            <w:proofErr w:type="spellStart"/>
            <w:r w:rsidRPr="004543E3">
              <w:t>tạo</w:t>
            </w:r>
            <w:proofErr w:type="spellEnd"/>
            <w:r w:rsidRPr="004543E3">
              <w:t xml:space="preserve">, </w:t>
            </w:r>
            <w:proofErr w:type="spellStart"/>
            <w:r w:rsidRPr="004543E3">
              <w:t>bồi</w:t>
            </w:r>
            <w:proofErr w:type="spellEnd"/>
            <w:r w:rsidRPr="004543E3">
              <w:t xml:space="preserve"> </w:t>
            </w:r>
            <w:proofErr w:type="spellStart"/>
            <w:r w:rsidRPr="004543E3">
              <w:t>dưỡng</w:t>
            </w:r>
            <w:proofErr w:type="spellEnd"/>
            <w:r w:rsidRPr="004543E3">
              <w:t xml:space="preserve"> </w:t>
            </w:r>
            <w:r w:rsidRPr="004543E3">
              <w:rPr>
                <w:i/>
                <w:iCs/>
              </w:rPr>
              <w:t xml:space="preserve">“b) </w:t>
            </w:r>
            <w:proofErr w:type="spellStart"/>
            <w:r w:rsidRPr="004543E3">
              <w:rPr>
                <w:i/>
                <w:iCs/>
              </w:rPr>
              <w:t>Có</w:t>
            </w:r>
            <w:proofErr w:type="spellEnd"/>
            <w:r w:rsidRPr="004543E3">
              <w:rPr>
                <w:i/>
                <w:iCs/>
              </w:rPr>
              <w:t xml:space="preserve"> </w:t>
            </w:r>
            <w:proofErr w:type="spellStart"/>
            <w:r w:rsidRPr="004543E3">
              <w:rPr>
                <w:i/>
                <w:iCs/>
              </w:rPr>
              <w:t>chứng</w:t>
            </w:r>
            <w:proofErr w:type="spellEnd"/>
            <w:r w:rsidRPr="004543E3">
              <w:rPr>
                <w:i/>
                <w:iCs/>
              </w:rPr>
              <w:t xml:space="preserve"> </w:t>
            </w:r>
            <w:proofErr w:type="spellStart"/>
            <w:r w:rsidRPr="004543E3">
              <w:rPr>
                <w:i/>
                <w:iCs/>
              </w:rPr>
              <w:t>chỉ</w:t>
            </w:r>
            <w:proofErr w:type="spellEnd"/>
            <w:r w:rsidRPr="004543E3">
              <w:rPr>
                <w:i/>
                <w:iCs/>
              </w:rPr>
              <w:t xml:space="preserve"> </w:t>
            </w:r>
            <w:proofErr w:type="spellStart"/>
            <w:r w:rsidRPr="004543E3">
              <w:rPr>
                <w:i/>
                <w:iCs/>
              </w:rPr>
              <w:t>bồi</w:t>
            </w:r>
            <w:proofErr w:type="spellEnd"/>
            <w:r w:rsidRPr="004543E3">
              <w:rPr>
                <w:i/>
                <w:iCs/>
              </w:rPr>
              <w:t xml:space="preserve"> </w:t>
            </w:r>
            <w:proofErr w:type="spellStart"/>
            <w:r w:rsidRPr="004543E3">
              <w:rPr>
                <w:i/>
                <w:iCs/>
              </w:rPr>
              <w:t>dưỡng</w:t>
            </w:r>
            <w:proofErr w:type="spellEnd"/>
            <w:r w:rsidRPr="004543E3">
              <w:rPr>
                <w:i/>
                <w:iCs/>
              </w:rPr>
              <w:t xml:space="preserve"> </w:t>
            </w:r>
            <w:proofErr w:type="spellStart"/>
            <w:r w:rsidRPr="004543E3">
              <w:rPr>
                <w:i/>
                <w:iCs/>
              </w:rPr>
              <w:t>nghiệp</w:t>
            </w:r>
            <w:proofErr w:type="spellEnd"/>
            <w:r w:rsidRPr="004543E3">
              <w:rPr>
                <w:i/>
                <w:iCs/>
              </w:rPr>
              <w:t xml:space="preserve"> </w:t>
            </w:r>
            <w:proofErr w:type="spellStart"/>
            <w:r w:rsidRPr="004543E3">
              <w:rPr>
                <w:i/>
                <w:iCs/>
              </w:rPr>
              <w:t>vụ</w:t>
            </w:r>
            <w:proofErr w:type="spellEnd"/>
            <w:r w:rsidRPr="004543E3">
              <w:rPr>
                <w:i/>
                <w:iCs/>
              </w:rPr>
              <w:t xml:space="preserve"> </w:t>
            </w:r>
            <w:proofErr w:type="spellStart"/>
            <w:r w:rsidRPr="004543E3">
              <w:rPr>
                <w:i/>
                <w:iCs/>
              </w:rPr>
              <w:t>ngạch</w:t>
            </w:r>
            <w:proofErr w:type="spellEnd"/>
            <w:r w:rsidRPr="004543E3">
              <w:rPr>
                <w:i/>
                <w:iCs/>
              </w:rPr>
              <w:t xml:space="preserve"> </w:t>
            </w:r>
            <w:proofErr w:type="spellStart"/>
            <w:r w:rsidRPr="004543E3">
              <w:rPr>
                <w:i/>
                <w:iCs/>
              </w:rPr>
              <w:t>Kiểm</w:t>
            </w:r>
            <w:proofErr w:type="spellEnd"/>
            <w:r w:rsidRPr="004543E3">
              <w:rPr>
                <w:i/>
                <w:iCs/>
              </w:rPr>
              <w:t xml:space="preserve"> </w:t>
            </w:r>
            <w:proofErr w:type="spellStart"/>
            <w:r w:rsidRPr="004543E3">
              <w:rPr>
                <w:i/>
                <w:iCs/>
              </w:rPr>
              <w:t>soát</w:t>
            </w:r>
            <w:proofErr w:type="spellEnd"/>
            <w:r w:rsidRPr="004543E3">
              <w:rPr>
                <w:i/>
                <w:iCs/>
              </w:rPr>
              <w:t xml:space="preserve"> </w:t>
            </w:r>
            <w:proofErr w:type="spellStart"/>
            <w:r w:rsidRPr="004543E3">
              <w:rPr>
                <w:i/>
                <w:iCs/>
              </w:rPr>
              <w:t>chất</w:t>
            </w:r>
            <w:proofErr w:type="spellEnd"/>
            <w:r w:rsidRPr="004543E3">
              <w:rPr>
                <w:i/>
                <w:iCs/>
              </w:rPr>
              <w:t xml:space="preserve"> </w:t>
            </w:r>
            <w:proofErr w:type="spellStart"/>
            <w:r w:rsidRPr="004543E3">
              <w:rPr>
                <w:i/>
                <w:iCs/>
              </w:rPr>
              <w:t>lượng</w:t>
            </w:r>
            <w:proofErr w:type="spellEnd"/>
            <w:r w:rsidRPr="004543E3">
              <w:rPr>
                <w:i/>
                <w:iCs/>
              </w:rPr>
              <w:t xml:space="preserve"> </w:t>
            </w:r>
            <w:proofErr w:type="spellStart"/>
            <w:r w:rsidRPr="004543E3">
              <w:rPr>
                <w:i/>
                <w:iCs/>
              </w:rPr>
              <w:t>sản</w:t>
            </w:r>
            <w:proofErr w:type="spellEnd"/>
            <w:r w:rsidRPr="004543E3">
              <w:rPr>
                <w:i/>
                <w:iCs/>
              </w:rPr>
              <w:t xml:space="preserve"> </w:t>
            </w:r>
            <w:proofErr w:type="spellStart"/>
            <w:r w:rsidRPr="004543E3">
              <w:rPr>
                <w:i/>
                <w:iCs/>
              </w:rPr>
              <w:t>phẩm</w:t>
            </w:r>
            <w:proofErr w:type="spellEnd"/>
            <w:r w:rsidRPr="004543E3">
              <w:rPr>
                <w:i/>
                <w:iCs/>
              </w:rPr>
              <w:t xml:space="preserve">, </w:t>
            </w:r>
            <w:proofErr w:type="spellStart"/>
            <w:r w:rsidRPr="004543E3">
              <w:rPr>
                <w:i/>
                <w:iCs/>
              </w:rPr>
              <w:t>hàng</w:t>
            </w:r>
            <w:proofErr w:type="spellEnd"/>
            <w:r w:rsidRPr="004543E3">
              <w:rPr>
                <w:i/>
                <w:iCs/>
              </w:rPr>
              <w:t xml:space="preserve"> </w:t>
            </w:r>
            <w:proofErr w:type="spellStart"/>
            <w:r w:rsidRPr="004543E3">
              <w:rPr>
                <w:i/>
                <w:iCs/>
              </w:rPr>
              <w:t>hóa</w:t>
            </w:r>
            <w:proofErr w:type="spellEnd"/>
            <w:r w:rsidRPr="004543E3">
              <w:rPr>
                <w:i/>
                <w:iCs/>
              </w:rPr>
              <w:t xml:space="preserve">”: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xem</w:t>
            </w:r>
            <w:proofErr w:type="spellEnd"/>
            <w:r w:rsidRPr="004543E3">
              <w:t xml:space="preserve"> </w:t>
            </w:r>
            <w:proofErr w:type="spellStart"/>
            <w:r w:rsidRPr="004543E3">
              <w:t>xét</w:t>
            </w:r>
            <w:proofErr w:type="spellEnd"/>
            <w:r w:rsidRPr="004543E3">
              <w:t xml:space="preserve"> </w:t>
            </w:r>
            <w:proofErr w:type="spellStart"/>
            <w:r w:rsidRPr="004543E3">
              <w:t>bổ</w:t>
            </w:r>
            <w:proofErr w:type="spellEnd"/>
            <w:r w:rsidRPr="004543E3">
              <w:t xml:space="preserve"> sung </w:t>
            </w:r>
            <w:proofErr w:type="spellStart"/>
            <w:r w:rsidRPr="004543E3">
              <w:t>chứng</w:t>
            </w:r>
            <w:proofErr w:type="spellEnd"/>
            <w:r w:rsidRPr="004543E3">
              <w:t xml:space="preserve"> </w:t>
            </w:r>
            <w:proofErr w:type="spellStart"/>
            <w:r w:rsidRPr="004543E3">
              <w:t>chỉ</w:t>
            </w:r>
            <w:proofErr w:type="spellEnd"/>
            <w:r w:rsidRPr="004543E3">
              <w:t xml:space="preserve"> </w:t>
            </w:r>
            <w:proofErr w:type="spellStart"/>
            <w:r w:rsidRPr="004543E3">
              <w:t>bồi</w:t>
            </w:r>
            <w:proofErr w:type="spellEnd"/>
            <w:r w:rsidRPr="004543E3">
              <w:t xml:space="preserve"> </w:t>
            </w:r>
            <w:proofErr w:type="spellStart"/>
            <w:r w:rsidRPr="004543E3">
              <w:t>dưỡng</w:t>
            </w:r>
            <w:proofErr w:type="spellEnd"/>
            <w:r w:rsidRPr="004543E3">
              <w:t xml:space="preserve"> </w:t>
            </w:r>
            <w:proofErr w:type="spellStart"/>
            <w:r w:rsidRPr="004543E3">
              <w:t>tương</w:t>
            </w:r>
            <w:proofErr w:type="spellEnd"/>
            <w:r w:rsidRPr="004543E3">
              <w:t xml:space="preserve"> </w:t>
            </w:r>
            <w:proofErr w:type="spellStart"/>
            <w:r w:rsidRPr="004543E3">
              <w:t>đương</w:t>
            </w:r>
            <w:proofErr w:type="spellEnd"/>
          </w:p>
        </w:tc>
        <w:tc>
          <w:tcPr>
            <w:tcW w:w="3165" w:type="dxa"/>
          </w:tcPr>
          <w:p w14:paraId="64980DCC" w14:textId="2513DA01" w:rsidR="00855AF9" w:rsidRPr="004543E3" w:rsidRDefault="00855AF9" w:rsidP="00855AF9">
            <w:pPr>
              <w:spacing w:after="120" w:line="320" w:lineRule="exact"/>
              <w:jc w:val="both"/>
              <w:rPr>
                <w:szCs w:val="26"/>
              </w:rPr>
            </w:pPr>
            <w:proofErr w:type="spellStart"/>
            <w:r>
              <w:rPr>
                <w:szCs w:val="26"/>
              </w:rPr>
              <w:t>Tiếp</w:t>
            </w:r>
            <w:proofErr w:type="spellEnd"/>
            <w:r>
              <w:rPr>
                <w:szCs w:val="26"/>
              </w:rPr>
              <w:t xml:space="preserve"> </w:t>
            </w:r>
            <w:proofErr w:type="spellStart"/>
            <w:r>
              <w:rPr>
                <w:szCs w:val="26"/>
              </w:rPr>
              <w:t>thu</w:t>
            </w:r>
            <w:proofErr w:type="spellEnd"/>
            <w:r>
              <w:rPr>
                <w:szCs w:val="26"/>
              </w:rPr>
              <w:t xml:space="preserve"> ý </w:t>
            </w:r>
            <w:proofErr w:type="spellStart"/>
            <w:r>
              <w:rPr>
                <w:szCs w:val="26"/>
              </w:rPr>
              <w:t>kiến</w:t>
            </w:r>
            <w:proofErr w:type="spellEnd"/>
          </w:p>
        </w:tc>
      </w:tr>
      <w:tr w:rsidR="00855AF9" w:rsidRPr="004543E3" w14:paraId="07E28AEE" w14:textId="77777777" w:rsidTr="00FF0027">
        <w:tc>
          <w:tcPr>
            <w:tcW w:w="1098" w:type="dxa"/>
          </w:tcPr>
          <w:p w14:paraId="7EAB8604" w14:textId="77777777" w:rsidR="00855AF9" w:rsidRPr="004543E3" w:rsidRDefault="00855AF9" w:rsidP="00855AF9">
            <w:pPr>
              <w:jc w:val="both"/>
            </w:pPr>
          </w:p>
        </w:tc>
        <w:tc>
          <w:tcPr>
            <w:tcW w:w="5113" w:type="dxa"/>
          </w:tcPr>
          <w:p w14:paraId="059F25C5" w14:textId="77777777" w:rsidR="00855AF9" w:rsidRPr="004543E3" w:rsidRDefault="00855AF9" w:rsidP="00927A0F">
            <w:pPr>
              <w:spacing w:before="120" w:after="120" w:line="240" w:lineRule="auto"/>
              <w:ind w:firstLine="709"/>
              <w:jc w:val="both"/>
              <w:rPr>
                <w:rFonts w:cs="Times New Roman"/>
                <w:b/>
                <w:bCs/>
                <w:szCs w:val="26"/>
              </w:rPr>
            </w:pPr>
            <w:r w:rsidRPr="004543E3">
              <w:rPr>
                <w:rFonts w:cs="Times New Roman"/>
                <w:b/>
                <w:bCs/>
                <w:szCs w:val="26"/>
              </w:rPr>
              <w:t xml:space="preserve">4. </w:t>
            </w:r>
            <w:proofErr w:type="spellStart"/>
            <w:r w:rsidRPr="004543E3">
              <w:rPr>
                <w:rFonts w:cs="Times New Roman"/>
                <w:b/>
                <w:bCs/>
                <w:szCs w:val="26"/>
              </w:rPr>
              <w:t>Tiêu</w:t>
            </w:r>
            <w:proofErr w:type="spellEnd"/>
            <w:r w:rsidRPr="004543E3">
              <w:rPr>
                <w:rFonts w:cs="Times New Roman"/>
                <w:b/>
                <w:bCs/>
                <w:szCs w:val="26"/>
              </w:rPr>
              <w:t xml:space="preserve"> </w:t>
            </w:r>
            <w:proofErr w:type="spellStart"/>
            <w:r w:rsidRPr="004543E3">
              <w:rPr>
                <w:rFonts w:cs="Times New Roman"/>
                <w:b/>
                <w:bCs/>
                <w:szCs w:val="26"/>
              </w:rPr>
              <w:t>chuẩn</w:t>
            </w:r>
            <w:proofErr w:type="spellEnd"/>
            <w:r w:rsidRPr="004543E3">
              <w:rPr>
                <w:rFonts w:cs="Times New Roman"/>
                <w:b/>
                <w:bCs/>
                <w:szCs w:val="26"/>
              </w:rPr>
              <w:t xml:space="preserve"> </w:t>
            </w:r>
            <w:proofErr w:type="spellStart"/>
            <w:r w:rsidRPr="004543E3">
              <w:rPr>
                <w:rFonts w:cs="Times New Roman"/>
                <w:b/>
                <w:bCs/>
                <w:szCs w:val="26"/>
              </w:rPr>
              <w:t>vê</w:t>
            </w:r>
            <w:proofErr w:type="spellEnd"/>
            <w:r w:rsidRPr="004543E3">
              <w:rPr>
                <w:rFonts w:cs="Times New Roman"/>
                <w:b/>
                <w:bCs/>
                <w:szCs w:val="26"/>
              </w:rPr>
              <w:t xml:space="preserve">̀ </w:t>
            </w:r>
            <w:proofErr w:type="spellStart"/>
            <w:r w:rsidRPr="004543E3">
              <w:rPr>
                <w:rFonts w:cs="Times New Roman"/>
                <w:b/>
                <w:bCs/>
                <w:szCs w:val="26"/>
              </w:rPr>
              <w:t>năng</w:t>
            </w:r>
            <w:proofErr w:type="spellEnd"/>
            <w:r w:rsidRPr="004543E3">
              <w:rPr>
                <w:rFonts w:cs="Times New Roman"/>
                <w:b/>
                <w:bCs/>
                <w:szCs w:val="26"/>
              </w:rPr>
              <w:t xml:space="preserve"> </w:t>
            </w:r>
            <w:proofErr w:type="spellStart"/>
            <w:r w:rsidRPr="004543E3">
              <w:rPr>
                <w:rFonts w:cs="Times New Roman"/>
                <w:b/>
                <w:bCs/>
                <w:szCs w:val="26"/>
              </w:rPr>
              <w:t>lực</w:t>
            </w:r>
            <w:proofErr w:type="spellEnd"/>
            <w:r w:rsidRPr="004543E3">
              <w:rPr>
                <w:rFonts w:cs="Times New Roman"/>
                <w:b/>
                <w:bCs/>
                <w:szCs w:val="26"/>
              </w:rPr>
              <w:t xml:space="preserve"> </w:t>
            </w:r>
            <w:proofErr w:type="spellStart"/>
            <w:r w:rsidRPr="004543E3">
              <w:rPr>
                <w:rFonts w:cs="Times New Roman"/>
                <w:b/>
                <w:bCs/>
                <w:szCs w:val="26"/>
              </w:rPr>
              <w:t>chuyên</w:t>
            </w:r>
            <w:proofErr w:type="spellEnd"/>
            <w:r w:rsidRPr="004543E3">
              <w:rPr>
                <w:rFonts w:cs="Times New Roman"/>
                <w:b/>
                <w:bCs/>
                <w:szCs w:val="26"/>
              </w:rPr>
              <w:t xml:space="preserve"> </w:t>
            </w:r>
            <w:proofErr w:type="spellStart"/>
            <w:r w:rsidRPr="004543E3">
              <w:rPr>
                <w:rFonts w:cs="Times New Roman"/>
                <w:b/>
                <w:bCs/>
                <w:szCs w:val="26"/>
              </w:rPr>
              <w:t>môn</w:t>
            </w:r>
            <w:proofErr w:type="spellEnd"/>
            <w:r w:rsidRPr="004543E3">
              <w:rPr>
                <w:rFonts w:cs="Times New Roman"/>
                <w:b/>
                <w:bCs/>
                <w:szCs w:val="26"/>
              </w:rPr>
              <w:t xml:space="preserve">, </w:t>
            </w:r>
            <w:proofErr w:type="spellStart"/>
            <w:r w:rsidRPr="004543E3">
              <w:rPr>
                <w:rFonts w:cs="Times New Roman"/>
                <w:b/>
                <w:bCs/>
                <w:szCs w:val="26"/>
              </w:rPr>
              <w:t>nghiệp</w:t>
            </w:r>
            <w:proofErr w:type="spellEnd"/>
            <w:r w:rsidRPr="004543E3">
              <w:rPr>
                <w:rFonts w:cs="Times New Roman"/>
                <w:b/>
                <w:bCs/>
                <w:szCs w:val="26"/>
              </w:rPr>
              <w:t xml:space="preserve"> </w:t>
            </w:r>
            <w:proofErr w:type="spellStart"/>
            <w:r w:rsidRPr="004543E3">
              <w:rPr>
                <w:rFonts w:cs="Times New Roman"/>
                <w:b/>
                <w:bCs/>
                <w:szCs w:val="26"/>
              </w:rPr>
              <w:t>vụ</w:t>
            </w:r>
            <w:proofErr w:type="spellEnd"/>
            <w:r w:rsidRPr="004543E3">
              <w:rPr>
                <w:rFonts w:cs="Times New Roman"/>
                <w:b/>
                <w:bCs/>
                <w:szCs w:val="26"/>
              </w:rPr>
              <w:t>:</w:t>
            </w:r>
          </w:p>
          <w:p w14:paraId="45789C08" w14:textId="77777777" w:rsidR="00855AF9" w:rsidRPr="004543E3" w:rsidRDefault="00855AF9" w:rsidP="00927A0F">
            <w:pPr>
              <w:spacing w:before="120" w:after="120" w:line="240" w:lineRule="auto"/>
              <w:ind w:firstLine="709"/>
              <w:jc w:val="both"/>
              <w:rPr>
                <w:rFonts w:cs="Times New Roman"/>
                <w:szCs w:val="26"/>
              </w:rPr>
            </w:pPr>
            <w:r w:rsidRPr="004543E3">
              <w:rPr>
                <w:rFonts w:cs="Times New Roman"/>
                <w:szCs w:val="26"/>
              </w:rPr>
              <w:t xml:space="preserve">a) </w:t>
            </w:r>
            <w:proofErr w:type="spellStart"/>
            <w:r w:rsidRPr="004543E3">
              <w:rPr>
                <w:rFonts w:cs="Times New Roman"/>
                <w:szCs w:val="26"/>
              </w:rPr>
              <w:t>Nắm</w:t>
            </w:r>
            <w:proofErr w:type="spellEnd"/>
            <w:r w:rsidRPr="004543E3">
              <w:rPr>
                <w:rFonts w:cs="Times New Roman"/>
                <w:szCs w:val="26"/>
              </w:rPr>
              <w:t xml:space="preserve"> </w:t>
            </w:r>
            <w:proofErr w:type="spellStart"/>
            <w:r w:rsidRPr="004543E3">
              <w:rPr>
                <w:rFonts w:cs="Times New Roman"/>
                <w:szCs w:val="26"/>
              </w:rPr>
              <w:t>vững</w:t>
            </w:r>
            <w:proofErr w:type="spellEnd"/>
            <w:r w:rsidRPr="004543E3">
              <w:rPr>
                <w:rFonts w:cs="Times New Roman"/>
                <w:szCs w:val="26"/>
              </w:rPr>
              <w:t xml:space="preserve"> </w:t>
            </w:r>
            <w:proofErr w:type="spellStart"/>
            <w:r w:rsidRPr="004543E3">
              <w:rPr>
                <w:rFonts w:cs="Times New Roman"/>
                <w:szCs w:val="26"/>
              </w:rPr>
              <w:t>các</w:t>
            </w:r>
            <w:proofErr w:type="spellEnd"/>
            <w:r w:rsidRPr="004543E3">
              <w:rPr>
                <w:rFonts w:cs="Times New Roman"/>
                <w:szCs w:val="26"/>
              </w:rPr>
              <w:t xml:space="preserve"> </w:t>
            </w:r>
            <w:proofErr w:type="spellStart"/>
            <w:r w:rsidRPr="004543E3">
              <w:rPr>
                <w:rFonts w:cs="Times New Roman"/>
                <w:szCs w:val="26"/>
              </w:rPr>
              <w:t>quy</w:t>
            </w:r>
            <w:proofErr w:type="spellEnd"/>
            <w:r w:rsidRPr="004543E3">
              <w:rPr>
                <w:rFonts w:cs="Times New Roman"/>
                <w:szCs w:val="26"/>
              </w:rPr>
              <w:t xml:space="preserve"> </w:t>
            </w:r>
            <w:proofErr w:type="spellStart"/>
            <w:r w:rsidRPr="004543E3">
              <w:rPr>
                <w:rFonts w:cs="Times New Roman"/>
                <w:szCs w:val="26"/>
              </w:rPr>
              <w:t>định</w:t>
            </w:r>
            <w:proofErr w:type="spellEnd"/>
            <w:r w:rsidRPr="004543E3">
              <w:rPr>
                <w:rFonts w:cs="Times New Roman"/>
                <w:szCs w:val="26"/>
              </w:rPr>
              <w:t xml:space="preserve"> </w:t>
            </w:r>
            <w:proofErr w:type="spellStart"/>
            <w:r w:rsidRPr="004543E3">
              <w:rPr>
                <w:rFonts w:cs="Times New Roman"/>
                <w:szCs w:val="26"/>
              </w:rPr>
              <w:t>pháp</w:t>
            </w:r>
            <w:proofErr w:type="spellEnd"/>
            <w:r w:rsidRPr="004543E3">
              <w:rPr>
                <w:rFonts w:cs="Times New Roman"/>
                <w:szCs w:val="26"/>
              </w:rPr>
              <w:t xml:space="preserve"> </w:t>
            </w:r>
            <w:proofErr w:type="spellStart"/>
            <w:r w:rsidRPr="004543E3">
              <w:rPr>
                <w:rFonts w:cs="Times New Roman"/>
                <w:szCs w:val="26"/>
              </w:rPr>
              <w:t>luật</w:t>
            </w:r>
            <w:proofErr w:type="spellEnd"/>
            <w:r w:rsidRPr="004543E3">
              <w:rPr>
                <w:rFonts w:cs="Times New Roman"/>
                <w:szCs w:val="26"/>
              </w:rPr>
              <w:t xml:space="preserve"> </w:t>
            </w:r>
            <w:proofErr w:type="spellStart"/>
            <w:r w:rsidRPr="004543E3">
              <w:rPr>
                <w:rFonts w:cs="Times New Roman"/>
                <w:szCs w:val="26"/>
              </w:rPr>
              <w:t>và</w:t>
            </w:r>
            <w:proofErr w:type="spellEnd"/>
            <w:r w:rsidRPr="004543E3">
              <w:rPr>
                <w:rFonts w:cs="Times New Roman"/>
                <w:szCs w:val="26"/>
              </w:rPr>
              <w:t xml:space="preserve"> </w:t>
            </w:r>
            <w:proofErr w:type="spellStart"/>
            <w:r w:rsidRPr="004543E3">
              <w:rPr>
                <w:rFonts w:cs="Times New Roman"/>
                <w:szCs w:val="26"/>
              </w:rPr>
              <w:t>quy</w:t>
            </w:r>
            <w:proofErr w:type="spellEnd"/>
            <w:r w:rsidRPr="004543E3">
              <w:rPr>
                <w:rFonts w:cs="Times New Roman"/>
                <w:szCs w:val="26"/>
              </w:rPr>
              <w:t xml:space="preserve"> </w:t>
            </w:r>
            <w:proofErr w:type="spellStart"/>
            <w:r w:rsidRPr="004543E3">
              <w:rPr>
                <w:rFonts w:cs="Times New Roman"/>
                <w:szCs w:val="26"/>
              </w:rPr>
              <w:t>trình</w:t>
            </w:r>
            <w:proofErr w:type="spellEnd"/>
            <w:r w:rsidRPr="004543E3">
              <w:rPr>
                <w:rFonts w:cs="Times New Roman"/>
                <w:szCs w:val="26"/>
              </w:rPr>
              <w:t xml:space="preserve"> </w:t>
            </w:r>
            <w:proofErr w:type="spellStart"/>
            <w:r w:rsidRPr="004543E3">
              <w:rPr>
                <w:rFonts w:cs="Times New Roman"/>
                <w:szCs w:val="26"/>
              </w:rPr>
              <w:t>nghiệp</w:t>
            </w:r>
            <w:proofErr w:type="spellEnd"/>
            <w:r w:rsidRPr="004543E3">
              <w:rPr>
                <w:rFonts w:cs="Times New Roman"/>
                <w:szCs w:val="26"/>
              </w:rPr>
              <w:t xml:space="preserve"> </w:t>
            </w:r>
            <w:proofErr w:type="spellStart"/>
            <w:r w:rsidRPr="004543E3">
              <w:rPr>
                <w:rFonts w:cs="Times New Roman"/>
                <w:szCs w:val="26"/>
              </w:rPr>
              <w:t>vụ</w:t>
            </w:r>
            <w:proofErr w:type="spellEnd"/>
            <w:r w:rsidRPr="004543E3">
              <w:rPr>
                <w:rFonts w:cs="Times New Roman"/>
                <w:szCs w:val="26"/>
              </w:rPr>
              <w:t xml:space="preserve"> </w:t>
            </w:r>
            <w:proofErr w:type="spellStart"/>
            <w:r w:rsidRPr="004543E3">
              <w:rPr>
                <w:rFonts w:cs="Times New Roman"/>
                <w:szCs w:val="26"/>
              </w:rPr>
              <w:t>về</w:t>
            </w:r>
            <w:proofErr w:type="spellEnd"/>
            <w:r w:rsidRPr="004543E3">
              <w:rPr>
                <w:rFonts w:cs="Times New Roman"/>
                <w:szCs w:val="26"/>
              </w:rPr>
              <w:t xml:space="preserve"> </w:t>
            </w:r>
            <w:proofErr w:type="spellStart"/>
            <w:r w:rsidRPr="004543E3">
              <w:rPr>
                <w:rFonts w:cs="Times New Roman"/>
                <w:szCs w:val="26"/>
              </w:rPr>
              <w:t>kiểm</w:t>
            </w:r>
            <w:proofErr w:type="spellEnd"/>
            <w:r w:rsidRPr="004543E3">
              <w:rPr>
                <w:rFonts w:cs="Times New Roman"/>
                <w:szCs w:val="26"/>
              </w:rPr>
              <w:t xml:space="preserve"> </w:t>
            </w:r>
            <w:proofErr w:type="spellStart"/>
            <w:r w:rsidRPr="004543E3">
              <w:rPr>
                <w:rFonts w:cs="Times New Roman"/>
                <w:szCs w:val="26"/>
              </w:rPr>
              <w:t>tra</w:t>
            </w:r>
            <w:proofErr w:type="spellEnd"/>
            <w:r w:rsidRPr="004543E3">
              <w:rPr>
                <w:rFonts w:cs="Times New Roman"/>
                <w:szCs w:val="26"/>
              </w:rPr>
              <w:t xml:space="preserve"> </w:t>
            </w:r>
            <w:proofErr w:type="spellStart"/>
            <w:r w:rsidRPr="004543E3">
              <w:rPr>
                <w:rFonts w:cs="Times New Roman"/>
                <w:szCs w:val="26"/>
              </w:rPr>
              <w:t>chất</w:t>
            </w:r>
            <w:proofErr w:type="spellEnd"/>
            <w:r w:rsidRPr="004543E3">
              <w:rPr>
                <w:rFonts w:cs="Times New Roman"/>
                <w:szCs w:val="26"/>
              </w:rPr>
              <w:t xml:space="preserve"> </w:t>
            </w:r>
            <w:proofErr w:type="spellStart"/>
            <w:r w:rsidRPr="004543E3">
              <w:rPr>
                <w:rFonts w:cs="Times New Roman"/>
                <w:szCs w:val="26"/>
              </w:rPr>
              <w:t>lượng</w:t>
            </w:r>
            <w:proofErr w:type="spellEnd"/>
            <w:r w:rsidRPr="004543E3">
              <w:rPr>
                <w:rFonts w:cs="Times New Roman"/>
                <w:szCs w:val="26"/>
              </w:rPr>
              <w:t xml:space="preserve"> </w:t>
            </w:r>
            <w:proofErr w:type="spellStart"/>
            <w:r w:rsidRPr="004543E3">
              <w:rPr>
                <w:rFonts w:cs="Times New Roman"/>
                <w:szCs w:val="26"/>
              </w:rPr>
              <w:t>sản</w:t>
            </w:r>
            <w:proofErr w:type="spellEnd"/>
            <w:r w:rsidRPr="004543E3">
              <w:rPr>
                <w:rFonts w:cs="Times New Roman"/>
                <w:szCs w:val="26"/>
              </w:rPr>
              <w:t xml:space="preserve"> </w:t>
            </w:r>
            <w:proofErr w:type="spellStart"/>
            <w:r w:rsidRPr="004543E3">
              <w:rPr>
                <w:rFonts w:cs="Times New Roman"/>
                <w:szCs w:val="26"/>
              </w:rPr>
              <w:t>phẩm</w:t>
            </w:r>
            <w:proofErr w:type="spellEnd"/>
            <w:r w:rsidRPr="004543E3">
              <w:rPr>
                <w:rFonts w:cs="Times New Roman"/>
                <w:szCs w:val="26"/>
              </w:rPr>
              <w:t xml:space="preserve">, </w:t>
            </w:r>
            <w:proofErr w:type="spellStart"/>
            <w:r w:rsidRPr="004543E3">
              <w:rPr>
                <w:rFonts w:cs="Times New Roman"/>
                <w:szCs w:val="26"/>
              </w:rPr>
              <w:t>hàng</w:t>
            </w:r>
            <w:proofErr w:type="spellEnd"/>
            <w:r w:rsidRPr="004543E3">
              <w:rPr>
                <w:rFonts w:cs="Times New Roman"/>
                <w:szCs w:val="26"/>
              </w:rPr>
              <w:t xml:space="preserve"> </w:t>
            </w:r>
            <w:proofErr w:type="spellStart"/>
            <w:r w:rsidRPr="004543E3">
              <w:rPr>
                <w:rFonts w:cs="Times New Roman"/>
                <w:szCs w:val="26"/>
              </w:rPr>
              <w:t>hóa</w:t>
            </w:r>
            <w:proofErr w:type="spellEnd"/>
            <w:r w:rsidRPr="004543E3">
              <w:rPr>
                <w:rFonts w:cs="Times New Roman"/>
                <w:szCs w:val="26"/>
              </w:rPr>
              <w:t xml:space="preserve">; </w:t>
            </w:r>
            <w:proofErr w:type="spellStart"/>
            <w:r w:rsidRPr="004543E3">
              <w:rPr>
                <w:rFonts w:cs="Times New Roman"/>
                <w:szCs w:val="26"/>
              </w:rPr>
              <w:t>có</w:t>
            </w:r>
            <w:proofErr w:type="spellEnd"/>
            <w:r w:rsidRPr="004543E3">
              <w:rPr>
                <w:rFonts w:cs="Times New Roman"/>
                <w:szCs w:val="26"/>
              </w:rPr>
              <w:t xml:space="preserve"> </w:t>
            </w:r>
            <w:proofErr w:type="spellStart"/>
            <w:r w:rsidRPr="004543E3">
              <w:rPr>
                <w:rFonts w:cs="Times New Roman"/>
                <w:szCs w:val="26"/>
              </w:rPr>
              <w:t>khả</w:t>
            </w:r>
            <w:proofErr w:type="spellEnd"/>
            <w:r w:rsidRPr="004543E3">
              <w:rPr>
                <w:rFonts w:cs="Times New Roman"/>
                <w:szCs w:val="26"/>
              </w:rPr>
              <w:t xml:space="preserve"> </w:t>
            </w:r>
            <w:proofErr w:type="spellStart"/>
            <w:r w:rsidRPr="004543E3">
              <w:rPr>
                <w:rFonts w:cs="Times New Roman"/>
                <w:szCs w:val="26"/>
              </w:rPr>
              <w:t>năng</w:t>
            </w:r>
            <w:proofErr w:type="spellEnd"/>
            <w:r w:rsidRPr="004543E3">
              <w:rPr>
                <w:rFonts w:cs="Times New Roman"/>
                <w:szCs w:val="26"/>
              </w:rPr>
              <w:t xml:space="preserve"> </w:t>
            </w:r>
            <w:proofErr w:type="spellStart"/>
            <w:r w:rsidRPr="004543E3">
              <w:rPr>
                <w:rFonts w:cs="Times New Roman"/>
                <w:szCs w:val="26"/>
              </w:rPr>
              <w:t>độc</w:t>
            </w:r>
            <w:proofErr w:type="spellEnd"/>
            <w:r w:rsidRPr="004543E3">
              <w:rPr>
                <w:rFonts w:cs="Times New Roman"/>
                <w:szCs w:val="26"/>
              </w:rPr>
              <w:t xml:space="preserve"> </w:t>
            </w:r>
            <w:proofErr w:type="spellStart"/>
            <w:r w:rsidRPr="004543E3">
              <w:rPr>
                <w:rFonts w:cs="Times New Roman"/>
                <w:szCs w:val="26"/>
              </w:rPr>
              <w:t>lập</w:t>
            </w:r>
            <w:proofErr w:type="spellEnd"/>
            <w:r w:rsidRPr="004543E3">
              <w:rPr>
                <w:rFonts w:cs="Times New Roman"/>
                <w:szCs w:val="26"/>
              </w:rPr>
              <w:t xml:space="preserve"> </w:t>
            </w:r>
            <w:proofErr w:type="spellStart"/>
            <w:r w:rsidRPr="004543E3">
              <w:rPr>
                <w:rFonts w:cs="Times New Roman"/>
                <w:szCs w:val="26"/>
              </w:rPr>
              <w:t>thực</w:t>
            </w:r>
            <w:proofErr w:type="spellEnd"/>
            <w:r w:rsidRPr="004543E3">
              <w:rPr>
                <w:rFonts w:cs="Times New Roman"/>
                <w:szCs w:val="26"/>
              </w:rPr>
              <w:t xml:space="preserve"> </w:t>
            </w:r>
            <w:proofErr w:type="spellStart"/>
            <w:r w:rsidRPr="004543E3">
              <w:rPr>
                <w:rFonts w:cs="Times New Roman"/>
                <w:szCs w:val="26"/>
              </w:rPr>
              <w:t>hiện</w:t>
            </w:r>
            <w:proofErr w:type="spellEnd"/>
            <w:r w:rsidRPr="004543E3">
              <w:rPr>
                <w:rFonts w:cs="Times New Roman"/>
                <w:szCs w:val="26"/>
              </w:rPr>
              <w:t xml:space="preserve"> </w:t>
            </w:r>
            <w:proofErr w:type="spellStart"/>
            <w:r w:rsidRPr="004543E3">
              <w:rPr>
                <w:rFonts w:cs="Times New Roman"/>
                <w:szCs w:val="26"/>
              </w:rPr>
              <w:t>nhiệm</w:t>
            </w:r>
            <w:proofErr w:type="spellEnd"/>
            <w:r w:rsidRPr="004543E3">
              <w:rPr>
                <w:rFonts w:cs="Times New Roman"/>
                <w:szCs w:val="26"/>
              </w:rPr>
              <w:t xml:space="preserve"> </w:t>
            </w:r>
            <w:proofErr w:type="spellStart"/>
            <w:r w:rsidRPr="004543E3">
              <w:rPr>
                <w:rFonts w:cs="Times New Roman"/>
                <w:szCs w:val="26"/>
              </w:rPr>
              <w:t>vụ</w:t>
            </w:r>
            <w:proofErr w:type="spellEnd"/>
            <w:r w:rsidRPr="004543E3">
              <w:rPr>
                <w:rFonts w:cs="Times New Roman"/>
                <w:szCs w:val="26"/>
              </w:rPr>
              <w:t xml:space="preserve"> </w:t>
            </w:r>
            <w:proofErr w:type="spellStart"/>
            <w:r w:rsidRPr="004543E3">
              <w:rPr>
                <w:rFonts w:cs="Times New Roman"/>
                <w:szCs w:val="26"/>
              </w:rPr>
              <w:t>kiểm</w:t>
            </w:r>
            <w:proofErr w:type="spellEnd"/>
            <w:r w:rsidRPr="004543E3">
              <w:rPr>
                <w:rFonts w:cs="Times New Roman"/>
                <w:szCs w:val="26"/>
              </w:rPr>
              <w:t xml:space="preserve"> </w:t>
            </w:r>
            <w:proofErr w:type="spellStart"/>
            <w:r w:rsidRPr="004543E3">
              <w:rPr>
                <w:rFonts w:cs="Times New Roman"/>
                <w:szCs w:val="26"/>
              </w:rPr>
              <w:t>tra</w:t>
            </w:r>
            <w:proofErr w:type="spellEnd"/>
            <w:r w:rsidRPr="004543E3">
              <w:rPr>
                <w:rFonts w:cs="Times New Roman"/>
                <w:szCs w:val="26"/>
              </w:rPr>
              <w:t xml:space="preserve"> </w:t>
            </w:r>
            <w:proofErr w:type="spellStart"/>
            <w:r w:rsidRPr="004543E3">
              <w:rPr>
                <w:rFonts w:cs="Times New Roman"/>
                <w:szCs w:val="26"/>
              </w:rPr>
              <w:t>chất</w:t>
            </w:r>
            <w:proofErr w:type="spellEnd"/>
            <w:r w:rsidRPr="004543E3">
              <w:rPr>
                <w:rFonts w:cs="Times New Roman"/>
                <w:szCs w:val="26"/>
              </w:rPr>
              <w:t xml:space="preserve"> </w:t>
            </w:r>
            <w:proofErr w:type="spellStart"/>
            <w:r w:rsidRPr="004543E3">
              <w:rPr>
                <w:rFonts w:cs="Times New Roman"/>
                <w:szCs w:val="26"/>
              </w:rPr>
              <w:t>lượng</w:t>
            </w:r>
            <w:proofErr w:type="spellEnd"/>
            <w:r w:rsidRPr="004543E3">
              <w:rPr>
                <w:rFonts w:cs="Times New Roman"/>
                <w:szCs w:val="26"/>
              </w:rPr>
              <w:t xml:space="preserve"> </w:t>
            </w:r>
            <w:proofErr w:type="spellStart"/>
            <w:r w:rsidRPr="004543E3">
              <w:rPr>
                <w:rFonts w:cs="Times New Roman"/>
                <w:szCs w:val="26"/>
              </w:rPr>
              <w:t>sản</w:t>
            </w:r>
            <w:proofErr w:type="spellEnd"/>
            <w:r w:rsidRPr="004543E3">
              <w:rPr>
                <w:rFonts w:cs="Times New Roman"/>
                <w:szCs w:val="26"/>
              </w:rPr>
              <w:t xml:space="preserve"> </w:t>
            </w:r>
            <w:proofErr w:type="spellStart"/>
            <w:r w:rsidRPr="004543E3">
              <w:rPr>
                <w:rFonts w:cs="Times New Roman"/>
                <w:szCs w:val="26"/>
              </w:rPr>
              <w:t>phẩm</w:t>
            </w:r>
            <w:proofErr w:type="spellEnd"/>
            <w:r w:rsidRPr="004543E3">
              <w:rPr>
                <w:rFonts w:cs="Times New Roman"/>
                <w:szCs w:val="26"/>
              </w:rPr>
              <w:t xml:space="preserve">, </w:t>
            </w:r>
            <w:proofErr w:type="spellStart"/>
            <w:r w:rsidRPr="004543E3">
              <w:rPr>
                <w:rFonts w:cs="Times New Roman"/>
                <w:szCs w:val="26"/>
              </w:rPr>
              <w:t>hàng</w:t>
            </w:r>
            <w:proofErr w:type="spellEnd"/>
            <w:r w:rsidRPr="004543E3">
              <w:rPr>
                <w:rFonts w:cs="Times New Roman"/>
                <w:szCs w:val="26"/>
              </w:rPr>
              <w:t xml:space="preserve"> </w:t>
            </w:r>
            <w:proofErr w:type="spellStart"/>
            <w:r w:rsidRPr="004543E3">
              <w:rPr>
                <w:rFonts w:cs="Times New Roman"/>
                <w:szCs w:val="26"/>
              </w:rPr>
              <w:t>hóa</w:t>
            </w:r>
            <w:proofErr w:type="spellEnd"/>
            <w:r w:rsidRPr="004543E3">
              <w:rPr>
                <w:rFonts w:cs="Times New Roman"/>
                <w:szCs w:val="26"/>
              </w:rPr>
              <w:t xml:space="preserve"> </w:t>
            </w:r>
            <w:proofErr w:type="spellStart"/>
            <w:r w:rsidRPr="004543E3">
              <w:rPr>
                <w:rFonts w:cs="Times New Roman"/>
                <w:szCs w:val="26"/>
              </w:rPr>
              <w:t>trong</w:t>
            </w:r>
            <w:proofErr w:type="spellEnd"/>
            <w:r w:rsidRPr="004543E3">
              <w:rPr>
                <w:rFonts w:cs="Times New Roman"/>
                <w:szCs w:val="26"/>
              </w:rPr>
              <w:t xml:space="preserve"> </w:t>
            </w:r>
            <w:proofErr w:type="spellStart"/>
            <w:r w:rsidRPr="004543E3">
              <w:rPr>
                <w:rFonts w:cs="Times New Roman"/>
                <w:szCs w:val="26"/>
              </w:rPr>
              <w:t>phạm</w:t>
            </w:r>
            <w:proofErr w:type="spellEnd"/>
            <w:r w:rsidRPr="004543E3">
              <w:rPr>
                <w:rFonts w:cs="Times New Roman"/>
                <w:szCs w:val="26"/>
              </w:rPr>
              <w:t xml:space="preserve"> vi </w:t>
            </w:r>
            <w:proofErr w:type="spellStart"/>
            <w:r w:rsidRPr="004543E3">
              <w:rPr>
                <w:rFonts w:cs="Times New Roman"/>
                <w:szCs w:val="26"/>
              </w:rPr>
              <w:t>được</w:t>
            </w:r>
            <w:proofErr w:type="spellEnd"/>
            <w:r w:rsidRPr="004543E3">
              <w:rPr>
                <w:rFonts w:cs="Times New Roman"/>
                <w:szCs w:val="26"/>
              </w:rPr>
              <w:t xml:space="preserve"> </w:t>
            </w:r>
            <w:proofErr w:type="spellStart"/>
            <w:r w:rsidRPr="004543E3">
              <w:rPr>
                <w:rFonts w:cs="Times New Roman"/>
                <w:szCs w:val="26"/>
              </w:rPr>
              <w:t>giao</w:t>
            </w:r>
            <w:proofErr w:type="spellEnd"/>
            <w:r w:rsidRPr="004543E3">
              <w:rPr>
                <w:rFonts w:cs="Times New Roman"/>
                <w:szCs w:val="26"/>
              </w:rPr>
              <w:t>.</w:t>
            </w:r>
          </w:p>
          <w:p w14:paraId="3F06B1DA" w14:textId="77777777" w:rsidR="00855AF9" w:rsidRPr="004543E3" w:rsidRDefault="00855AF9" w:rsidP="00927A0F">
            <w:pPr>
              <w:spacing w:before="120" w:after="120" w:line="240" w:lineRule="auto"/>
              <w:ind w:firstLine="709"/>
              <w:jc w:val="both"/>
              <w:rPr>
                <w:rFonts w:cs="Times New Roman"/>
                <w:szCs w:val="26"/>
              </w:rPr>
            </w:pPr>
            <w:r w:rsidRPr="004543E3">
              <w:rPr>
                <w:rFonts w:cs="Times New Roman"/>
                <w:szCs w:val="26"/>
              </w:rPr>
              <w:t xml:space="preserve">b) </w:t>
            </w:r>
            <w:proofErr w:type="spellStart"/>
            <w:r w:rsidRPr="004543E3">
              <w:rPr>
                <w:rFonts w:cs="Times New Roman"/>
                <w:szCs w:val="26"/>
              </w:rPr>
              <w:t>Có</w:t>
            </w:r>
            <w:proofErr w:type="spellEnd"/>
            <w:r w:rsidRPr="004543E3">
              <w:rPr>
                <w:rFonts w:cs="Times New Roman"/>
                <w:szCs w:val="26"/>
              </w:rPr>
              <w:t xml:space="preserve"> </w:t>
            </w:r>
            <w:proofErr w:type="spellStart"/>
            <w:r w:rsidRPr="004543E3">
              <w:rPr>
                <w:rFonts w:cs="Times New Roman"/>
                <w:szCs w:val="26"/>
              </w:rPr>
              <w:t>khả</w:t>
            </w:r>
            <w:proofErr w:type="spellEnd"/>
            <w:r w:rsidRPr="004543E3">
              <w:rPr>
                <w:rFonts w:cs="Times New Roman"/>
                <w:szCs w:val="26"/>
              </w:rPr>
              <w:t xml:space="preserve"> </w:t>
            </w:r>
            <w:proofErr w:type="spellStart"/>
            <w:r w:rsidRPr="004543E3">
              <w:rPr>
                <w:rFonts w:cs="Times New Roman"/>
                <w:szCs w:val="26"/>
              </w:rPr>
              <w:t>năng</w:t>
            </w:r>
            <w:proofErr w:type="spellEnd"/>
            <w:r w:rsidRPr="004543E3">
              <w:rPr>
                <w:rFonts w:cs="Times New Roman"/>
                <w:szCs w:val="26"/>
              </w:rPr>
              <w:t xml:space="preserve"> </w:t>
            </w:r>
            <w:proofErr w:type="spellStart"/>
            <w:r w:rsidRPr="004543E3">
              <w:rPr>
                <w:rFonts w:cs="Times New Roman"/>
                <w:szCs w:val="26"/>
              </w:rPr>
              <w:t>phối</w:t>
            </w:r>
            <w:proofErr w:type="spellEnd"/>
            <w:r w:rsidRPr="004543E3">
              <w:rPr>
                <w:rFonts w:cs="Times New Roman"/>
                <w:szCs w:val="26"/>
              </w:rPr>
              <w:t xml:space="preserve"> </w:t>
            </w:r>
            <w:proofErr w:type="spellStart"/>
            <w:r w:rsidRPr="004543E3">
              <w:rPr>
                <w:rFonts w:cs="Times New Roman"/>
                <w:szCs w:val="26"/>
              </w:rPr>
              <w:t>hợp</w:t>
            </w:r>
            <w:proofErr w:type="spellEnd"/>
            <w:r w:rsidRPr="004543E3">
              <w:rPr>
                <w:rFonts w:cs="Times New Roman"/>
                <w:szCs w:val="26"/>
              </w:rPr>
              <w:t xml:space="preserve"> </w:t>
            </w:r>
            <w:proofErr w:type="spellStart"/>
            <w:r w:rsidRPr="004543E3">
              <w:rPr>
                <w:rFonts w:cs="Times New Roman"/>
                <w:szCs w:val="26"/>
              </w:rPr>
              <w:t>tốt</w:t>
            </w:r>
            <w:proofErr w:type="spellEnd"/>
            <w:r w:rsidRPr="004543E3">
              <w:rPr>
                <w:rFonts w:cs="Times New Roman"/>
                <w:szCs w:val="26"/>
              </w:rPr>
              <w:t xml:space="preserve"> </w:t>
            </w:r>
            <w:proofErr w:type="spellStart"/>
            <w:r w:rsidRPr="004543E3">
              <w:rPr>
                <w:rFonts w:cs="Times New Roman"/>
                <w:szCs w:val="26"/>
              </w:rPr>
              <w:t>với</w:t>
            </w:r>
            <w:proofErr w:type="spellEnd"/>
            <w:r w:rsidRPr="004543E3">
              <w:rPr>
                <w:rFonts w:cs="Times New Roman"/>
                <w:szCs w:val="26"/>
              </w:rPr>
              <w:t xml:space="preserve"> </w:t>
            </w:r>
            <w:proofErr w:type="spellStart"/>
            <w:r w:rsidRPr="004543E3">
              <w:rPr>
                <w:rFonts w:cs="Times New Roman"/>
                <w:szCs w:val="26"/>
              </w:rPr>
              <w:t>đồng</w:t>
            </w:r>
            <w:proofErr w:type="spellEnd"/>
            <w:r w:rsidRPr="004543E3">
              <w:rPr>
                <w:rFonts w:cs="Times New Roman"/>
                <w:szCs w:val="26"/>
              </w:rPr>
              <w:t xml:space="preserve"> </w:t>
            </w:r>
            <w:proofErr w:type="spellStart"/>
            <w:r w:rsidRPr="004543E3">
              <w:rPr>
                <w:rFonts w:cs="Times New Roman"/>
                <w:szCs w:val="26"/>
              </w:rPr>
              <w:t>nghiệp</w:t>
            </w:r>
            <w:proofErr w:type="spellEnd"/>
            <w:r w:rsidRPr="004543E3">
              <w:rPr>
                <w:rFonts w:cs="Times New Roman"/>
                <w:szCs w:val="26"/>
              </w:rPr>
              <w:t xml:space="preserve"> </w:t>
            </w:r>
            <w:proofErr w:type="spellStart"/>
            <w:r w:rsidRPr="004543E3">
              <w:rPr>
                <w:rFonts w:cs="Times New Roman"/>
                <w:szCs w:val="26"/>
              </w:rPr>
              <w:t>và</w:t>
            </w:r>
            <w:proofErr w:type="spellEnd"/>
            <w:r w:rsidRPr="004543E3">
              <w:rPr>
                <w:rFonts w:cs="Times New Roman"/>
                <w:szCs w:val="26"/>
              </w:rPr>
              <w:t xml:space="preserve"> </w:t>
            </w:r>
            <w:proofErr w:type="spellStart"/>
            <w:r w:rsidRPr="004543E3">
              <w:rPr>
                <w:rFonts w:cs="Times New Roman"/>
                <w:szCs w:val="26"/>
              </w:rPr>
              <w:t>các</w:t>
            </w:r>
            <w:proofErr w:type="spellEnd"/>
            <w:r w:rsidRPr="004543E3">
              <w:rPr>
                <w:rFonts w:cs="Times New Roman"/>
                <w:szCs w:val="26"/>
              </w:rPr>
              <w:t xml:space="preserve"> </w:t>
            </w:r>
            <w:proofErr w:type="spellStart"/>
            <w:r w:rsidRPr="004543E3">
              <w:rPr>
                <w:rFonts w:cs="Times New Roman"/>
                <w:szCs w:val="26"/>
              </w:rPr>
              <w:t>cơ</w:t>
            </w:r>
            <w:proofErr w:type="spellEnd"/>
            <w:r w:rsidRPr="004543E3">
              <w:rPr>
                <w:rFonts w:cs="Times New Roman"/>
                <w:szCs w:val="26"/>
              </w:rPr>
              <w:t xml:space="preserve"> </w:t>
            </w:r>
            <w:proofErr w:type="spellStart"/>
            <w:r w:rsidRPr="004543E3">
              <w:rPr>
                <w:rFonts w:cs="Times New Roman"/>
                <w:szCs w:val="26"/>
              </w:rPr>
              <w:t>quan</w:t>
            </w:r>
            <w:proofErr w:type="spellEnd"/>
            <w:r w:rsidRPr="004543E3">
              <w:rPr>
                <w:rFonts w:cs="Times New Roman"/>
                <w:szCs w:val="26"/>
              </w:rPr>
              <w:t xml:space="preserve">, </w:t>
            </w:r>
            <w:proofErr w:type="spellStart"/>
            <w:r w:rsidRPr="004543E3">
              <w:rPr>
                <w:rFonts w:cs="Times New Roman"/>
                <w:szCs w:val="26"/>
              </w:rPr>
              <w:t>tổ</w:t>
            </w:r>
            <w:proofErr w:type="spellEnd"/>
            <w:r w:rsidRPr="004543E3">
              <w:rPr>
                <w:rFonts w:cs="Times New Roman"/>
                <w:szCs w:val="26"/>
              </w:rPr>
              <w:t xml:space="preserve"> </w:t>
            </w:r>
            <w:proofErr w:type="spellStart"/>
            <w:r w:rsidRPr="004543E3">
              <w:rPr>
                <w:rFonts w:cs="Times New Roman"/>
                <w:szCs w:val="26"/>
              </w:rPr>
              <w:t>chức</w:t>
            </w:r>
            <w:proofErr w:type="spellEnd"/>
            <w:r w:rsidRPr="004543E3">
              <w:rPr>
                <w:rFonts w:cs="Times New Roman"/>
                <w:szCs w:val="26"/>
              </w:rPr>
              <w:t xml:space="preserve">, </w:t>
            </w:r>
            <w:proofErr w:type="spellStart"/>
            <w:r w:rsidRPr="004543E3">
              <w:rPr>
                <w:rFonts w:cs="Times New Roman"/>
                <w:szCs w:val="26"/>
              </w:rPr>
              <w:t>cá</w:t>
            </w:r>
            <w:proofErr w:type="spellEnd"/>
            <w:r w:rsidRPr="004543E3">
              <w:rPr>
                <w:rFonts w:cs="Times New Roman"/>
                <w:szCs w:val="26"/>
              </w:rPr>
              <w:t xml:space="preserve"> </w:t>
            </w:r>
            <w:proofErr w:type="spellStart"/>
            <w:r w:rsidRPr="004543E3">
              <w:rPr>
                <w:rFonts w:cs="Times New Roman"/>
                <w:szCs w:val="26"/>
              </w:rPr>
              <w:t>nhân</w:t>
            </w:r>
            <w:proofErr w:type="spellEnd"/>
            <w:r w:rsidRPr="004543E3">
              <w:rPr>
                <w:rFonts w:cs="Times New Roman"/>
                <w:szCs w:val="26"/>
              </w:rPr>
              <w:t xml:space="preserve"> </w:t>
            </w:r>
            <w:proofErr w:type="spellStart"/>
            <w:r w:rsidRPr="004543E3">
              <w:rPr>
                <w:rFonts w:cs="Times New Roman"/>
                <w:szCs w:val="26"/>
              </w:rPr>
              <w:t>có</w:t>
            </w:r>
            <w:proofErr w:type="spellEnd"/>
            <w:r w:rsidRPr="004543E3">
              <w:rPr>
                <w:rFonts w:cs="Times New Roman"/>
                <w:szCs w:val="26"/>
              </w:rPr>
              <w:t xml:space="preserve"> </w:t>
            </w:r>
            <w:proofErr w:type="spellStart"/>
            <w:r w:rsidRPr="004543E3">
              <w:rPr>
                <w:rFonts w:cs="Times New Roman"/>
                <w:szCs w:val="26"/>
              </w:rPr>
              <w:t>liên</w:t>
            </w:r>
            <w:proofErr w:type="spellEnd"/>
            <w:r w:rsidRPr="004543E3">
              <w:rPr>
                <w:rFonts w:cs="Times New Roman"/>
                <w:szCs w:val="26"/>
              </w:rPr>
              <w:t xml:space="preserve"> </w:t>
            </w:r>
            <w:proofErr w:type="spellStart"/>
            <w:r w:rsidRPr="004543E3">
              <w:rPr>
                <w:rFonts w:cs="Times New Roman"/>
                <w:szCs w:val="26"/>
              </w:rPr>
              <w:t>quan</w:t>
            </w:r>
            <w:proofErr w:type="spellEnd"/>
            <w:r w:rsidRPr="004543E3">
              <w:rPr>
                <w:rFonts w:cs="Times New Roman"/>
                <w:szCs w:val="26"/>
              </w:rPr>
              <w:t xml:space="preserve"> </w:t>
            </w:r>
            <w:proofErr w:type="spellStart"/>
            <w:r w:rsidRPr="004543E3">
              <w:rPr>
                <w:rFonts w:cs="Times New Roman"/>
                <w:szCs w:val="26"/>
              </w:rPr>
              <w:t>trong</w:t>
            </w:r>
            <w:proofErr w:type="spellEnd"/>
            <w:r w:rsidRPr="004543E3">
              <w:rPr>
                <w:rFonts w:cs="Times New Roman"/>
                <w:szCs w:val="26"/>
              </w:rPr>
              <w:t xml:space="preserve"> </w:t>
            </w:r>
            <w:proofErr w:type="spellStart"/>
            <w:r w:rsidRPr="004543E3">
              <w:rPr>
                <w:rFonts w:cs="Times New Roman"/>
                <w:szCs w:val="26"/>
              </w:rPr>
              <w:t>quá</w:t>
            </w:r>
            <w:proofErr w:type="spellEnd"/>
            <w:r w:rsidRPr="004543E3">
              <w:rPr>
                <w:rFonts w:cs="Times New Roman"/>
                <w:szCs w:val="26"/>
              </w:rPr>
              <w:t xml:space="preserve"> </w:t>
            </w:r>
            <w:proofErr w:type="spellStart"/>
            <w:r w:rsidRPr="004543E3">
              <w:rPr>
                <w:rFonts w:cs="Times New Roman"/>
                <w:szCs w:val="26"/>
              </w:rPr>
              <w:t>trình</w:t>
            </w:r>
            <w:proofErr w:type="spellEnd"/>
            <w:r w:rsidRPr="004543E3">
              <w:rPr>
                <w:rFonts w:cs="Times New Roman"/>
                <w:szCs w:val="26"/>
              </w:rPr>
              <w:t xml:space="preserve"> </w:t>
            </w:r>
            <w:proofErr w:type="spellStart"/>
            <w:r w:rsidRPr="004543E3">
              <w:rPr>
                <w:rFonts w:cs="Times New Roman"/>
                <w:szCs w:val="26"/>
              </w:rPr>
              <w:t>thực</w:t>
            </w:r>
            <w:proofErr w:type="spellEnd"/>
            <w:r w:rsidRPr="004543E3">
              <w:rPr>
                <w:rFonts w:cs="Times New Roman"/>
                <w:szCs w:val="26"/>
              </w:rPr>
              <w:t xml:space="preserve"> </w:t>
            </w:r>
            <w:proofErr w:type="spellStart"/>
            <w:r w:rsidRPr="004543E3">
              <w:rPr>
                <w:rFonts w:cs="Times New Roman"/>
                <w:szCs w:val="26"/>
              </w:rPr>
              <w:t>hiện</w:t>
            </w:r>
            <w:proofErr w:type="spellEnd"/>
            <w:r w:rsidRPr="004543E3">
              <w:rPr>
                <w:rFonts w:cs="Times New Roman"/>
                <w:szCs w:val="26"/>
              </w:rPr>
              <w:t xml:space="preserve"> </w:t>
            </w:r>
            <w:proofErr w:type="spellStart"/>
            <w:r w:rsidRPr="004543E3">
              <w:rPr>
                <w:rFonts w:cs="Times New Roman"/>
                <w:szCs w:val="26"/>
              </w:rPr>
              <w:t>nhiệm</w:t>
            </w:r>
            <w:proofErr w:type="spellEnd"/>
            <w:r w:rsidRPr="004543E3">
              <w:rPr>
                <w:rFonts w:cs="Times New Roman"/>
                <w:szCs w:val="26"/>
              </w:rPr>
              <w:t xml:space="preserve"> </w:t>
            </w:r>
            <w:proofErr w:type="spellStart"/>
            <w:r w:rsidRPr="004543E3">
              <w:rPr>
                <w:rFonts w:cs="Times New Roman"/>
                <w:szCs w:val="26"/>
              </w:rPr>
              <w:t>vụ</w:t>
            </w:r>
            <w:proofErr w:type="spellEnd"/>
            <w:r w:rsidRPr="004543E3">
              <w:rPr>
                <w:rFonts w:cs="Times New Roman"/>
                <w:szCs w:val="26"/>
              </w:rPr>
              <w:t>.</w:t>
            </w:r>
          </w:p>
          <w:p w14:paraId="7EE1D4F4" w14:textId="77777777" w:rsidR="00855AF9" w:rsidRPr="004543E3" w:rsidRDefault="00855AF9" w:rsidP="00927A0F">
            <w:pPr>
              <w:spacing w:before="120" w:after="120" w:line="240" w:lineRule="auto"/>
              <w:ind w:firstLine="709"/>
              <w:jc w:val="both"/>
              <w:rPr>
                <w:rFonts w:cs="Times New Roman"/>
                <w:szCs w:val="26"/>
              </w:rPr>
            </w:pPr>
            <w:r w:rsidRPr="004543E3">
              <w:rPr>
                <w:rFonts w:cs="Times New Roman"/>
                <w:szCs w:val="26"/>
              </w:rPr>
              <w:lastRenderedPageBreak/>
              <w:t xml:space="preserve">c) </w:t>
            </w:r>
            <w:proofErr w:type="spellStart"/>
            <w:r w:rsidRPr="004543E3">
              <w:rPr>
                <w:rFonts w:cs="Times New Roman"/>
                <w:szCs w:val="26"/>
              </w:rPr>
              <w:t>Có</w:t>
            </w:r>
            <w:proofErr w:type="spellEnd"/>
            <w:r w:rsidRPr="004543E3">
              <w:rPr>
                <w:rFonts w:cs="Times New Roman"/>
                <w:szCs w:val="26"/>
              </w:rPr>
              <w:t xml:space="preserve"> </w:t>
            </w:r>
            <w:proofErr w:type="spellStart"/>
            <w:r w:rsidRPr="004543E3">
              <w:rPr>
                <w:rFonts w:cs="Times New Roman"/>
                <w:szCs w:val="26"/>
              </w:rPr>
              <w:t>khả</w:t>
            </w:r>
            <w:proofErr w:type="spellEnd"/>
            <w:r w:rsidRPr="004543E3">
              <w:rPr>
                <w:rFonts w:cs="Times New Roman"/>
                <w:szCs w:val="26"/>
              </w:rPr>
              <w:t xml:space="preserve"> </w:t>
            </w:r>
            <w:proofErr w:type="spellStart"/>
            <w:r w:rsidRPr="004543E3">
              <w:rPr>
                <w:rFonts w:cs="Times New Roman"/>
                <w:szCs w:val="26"/>
              </w:rPr>
              <w:t>năng</w:t>
            </w:r>
            <w:proofErr w:type="spellEnd"/>
            <w:r w:rsidRPr="004543E3">
              <w:rPr>
                <w:rFonts w:cs="Times New Roman"/>
                <w:szCs w:val="26"/>
              </w:rPr>
              <w:t xml:space="preserve"> </w:t>
            </w:r>
            <w:proofErr w:type="spellStart"/>
            <w:r w:rsidRPr="004543E3">
              <w:rPr>
                <w:rFonts w:cs="Times New Roman"/>
                <w:szCs w:val="26"/>
              </w:rPr>
              <w:t>tổng</w:t>
            </w:r>
            <w:proofErr w:type="spellEnd"/>
            <w:r w:rsidRPr="004543E3">
              <w:rPr>
                <w:rFonts w:cs="Times New Roman"/>
                <w:szCs w:val="26"/>
              </w:rPr>
              <w:t xml:space="preserve"> </w:t>
            </w:r>
            <w:proofErr w:type="spellStart"/>
            <w:r w:rsidRPr="004543E3">
              <w:rPr>
                <w:rFonts w:cs="Times New Roman"/>
                <w:szCs w:val="26"/>
              </w:rPr>
              <w:t>hợp</w:t>
            </w:r>
            <w:proofErr w:type="spellEnd"/>
            <w:r w:rsidRPr="004543E3">
              <w:rPr>
                <w:rFonts w:cs="Times New Roman"/>
                <w:szCs w:val="26"/>
              </w:rPr>
              <w:t xml:space="preserve">, </w:t>
            </w:r>
            <w:proofErr w:type="spellStart"/>
            <w:r w:rsidRPr="004543E3">
              <w:rPr>
                <w:rFonts w:cs="Times New Roman"/>
                <w:szCs w:val="26"/>
              </w:rPr>
              <w:t>lưu</w:t>
            </w:r>
            <w:proofErr w:type="spellEnd"/>
            <w:r w:rsidRPr="004543E3">
              <w:rPr>
                <w:rFonts w:cs="Times New Roman"/>
                <w:szCs w:val="26"/>
              </w:rPr>
              <w:t xml:space="preserve"> </w:t>
            </w:r>
            <w:proofErr w:type="spellStart"/>
            <w:r w:rsidRPr="004543E3">
              <w:rPr>
                <w:rFonts w:cs="Times New Roman"/>
                <w:szCs w:val="26"/>
              </w:rPr>
              <w:t>giữ</w:t>
            </w:r>
            <w:proofErr w:type="spellEnd"/>
            <w:r w:rsidRPr="004543E3">
              <w:rPr>
                <w:rFonts w:cs="Times New Roman"/>
                <w:szCs w:val="26"/>
              </w:rPr>
              <w:t xml:space="preserve"> </w:t>
            </w:r>
            <w:proofErr w:type="spellStart"/>
            <w:r w:rsidRPr="004543E3">
              <w:rPr>
                <w:rFonts w:cs="Times New Roman"/>
                <w:szCs w:val="26"/>
              </w:rPr>
              <w:t>số</w:t>
            </w:r>
            <w:proofErr w:type="spellEnd"/>
            <w:r w:rsidRPr="004543E3">
              <w:rPr>
                <w:rFonts w:cs="Times New Roman"/>
                <w:szCs w:val="26"/>
              </w:rPr>
              <w:t xml:space="preserve"> </w:t>
            </w:r>
            <w:proofErr w:type="spellStart"/>
            <w:r w:rsidRPr="004543E3">
              <w:rPr>
                <w:rFonts w:cs="Times New Roman"/>
                <w:szCs w:val="26"/>
              </w:rPr>
              <w:t>liệu</w:t>
            </w:r>
            <w:proofErr w:type="spellEnd"/>
            <w:r w:rsidRPr="004543E3">
              <w:rPr>
                <w:rFonts w:cs="Times New Roman"/>
                <w:szCs w:val="26"/>
              </w:rPr>
              <w:t xml:space="preserve">, </w:t>
            </w:r>
            <w:proofErr w:type="spellStart"/>
            <w:r w:rsidRPr="004543E3">
              <w:rPr>
                <w:rFonts w:cs="Times New Roman"/>
                <w:szCs w:val="26"/>
              </w:rPr>
              <w:t>tài</w:t>
            </w:r>
            <w:proofErr w:type="spellEnd"/>
            <w:r w:rsidRPr="004543E3">
              <w:rPr>
                <w:rFonts w:cs="Times New Roman"/>
                <w:szCs w:val="26"/>
              </w:rPr>
              <w:t xml:space="preserve"> </w:t>
            </w:r>
            <w:proofErr w:type="spellStart"/>
            <w:r w:rsidRPr="004543E3">
              <w:rPr>
                <w:rFonts w:cs="Times New Roman"/>
                <w:szCs w:val="26"/>
              </w:rPr>
              <w:t>liệu</w:t>
            </w:r>
            <w:proofErr w:type="spellEnd"/>
            <w:r w:rsidRPr="004543E3">
              <w:rPr>
                <w:rFonts w:cs="Times New Roman"/>
                <w:szCs w:val="26"/>
              </w:rPr>
              <w:t xml:space="preserve">; </w:t>
            </w:r>
            <w:proofErr w:type="spellStart"/>
            <w:r w:rsidRPr="004543E3">
              <w:rPr>
                <w:rFonts w:cs="Times New Roman"/>
                <w:szCs w:val="26"/>
              </w:rPr>
              <w:t>biết</w:t>
            </w:r>
            <w:proofErr w:type="spellEnd"/>
            <w:r w:rsidRPr="004543E3">
              <w:rPr>
                <w:rFonts w:cs="Times New Roman"/>
                <w:szCs w:val="26"/>
              </w:rPr>
              <w:t xml:space="preserve"> </w:t>
            </w:r>
            <w:proofErr w:type="spellStart"/>
            <w:r w:rsidRPr="004543E3">
              <w:rPr>
                <w:rFonts w:cs="Times New Roman"/>
                <w:szCs w:val="26"/>
              </w:rPr>
              <w:t>sử</w:t>
            </w:r>
            <w:proofErr w:type="spellEnd"/>
            <w:r w:rsidRPr="004543E3">
              <w:rPr>
                <w:rFonts w:cs="Times New Roman"/>
                <w:szCs w:val="26"/>
              </w:rPr>
              <w:t xml:space="preserve"> </w:t>
            </w:r>
            <w:proofErr w:type="spellStart"/>
            <w:r w:rsidRPr="004543E3">
              <w:rPr>
                <w:rFonts w:cs="Times New Roman"/>
                <w:szCs w:val="26"/>
              </w:rPr>
              <w:t>dụng</w:t>
            </w:r>
            <w:proofErr w:type="spellEnd"/>
            <w:r w:rsidRPr="004543E3">
              <w:rPr>
                <w:rFonts w:cs="Times New Roman"/>
                <w:szCs w:val="26"/>
              </w:rPr>
              <w:t xml:space="preserve"> </w:t>
            </w:r>
            <w:proofErr w:type="spellStart"/>
            <w:r w:rsidRPr="004543E3">
              <w:rPr>
                <w:rFonts w:cs="Times New Roman"/>
                <w:szCs w:val="26"/>
              </w:rPr>
              <w:t>các</w:t>
            </w:r>
            <w:proofErr w:type="spellEnd"/>
            <w:r w:rsidRPr="004543E3">
              <w:rPr>
                <w:rFonts w:cs="Times New Roman"/>
                <w:szCs w:val="26"/>
              </w:rPr>
              <w:t xml:space="preserve"> </w:t>
            </w:r>
            <w:proofErr w:type="spellStart"/>
            <w:r w:rsidRPr="004543E3">
              <w:rPr>
                <w:rFonts w:cs="Times New Roman"/>
                <w:szCs w:val="26"/>
              </w:rPr>
              <w:t>công</w:t>
            </w:r>
            <w:proofErr w:type="spellEnd"/>
            <w:r w:rsidRPr="004543E3">
              <w:rPr>
                <w:rFonts w:cs="Times New Roman"/>
                <w:szCs w:val="26"/>
              </w:rPr>
              <w:t xml:space="preserve"> </w:t>
            </w:r>
            <w:proofErr w:type="spellStart"/>
            <w:r w:rsidRPr="004543E3">
              <w:rPr>
                <w:rFonts w:cs="Times New Roman"/>
                <w:szCs w:val="26"/>
              </w:rPr>
              <w:t>cụ</w:t>
            </w:r>
            <w:proofErr w:type="spellEnd"/>
            <w:r w:rsidRPr="004543E3">
              <w:rPr>
                <w:rFonts w:cs="Times New Roman"/>
                <w:szCs w:val="26"/>
              </w:rPr>
              <w:t xml:space="preserve"> </w:t>
            </w:r>
            <w:proofErr w:type="spellStart"/>
            <w:r w:rsidRPr="004543E3">
              <w:rPr>
                <w:rFonts w:cs="Times New Roman"/>
                <w:szCs w:val="26"/>
              </w:rPr>
              <w:t>hỗ</w:t>
            </w:r>
            <w:proofErr w:type="spellEnd"/>
            <w:r w:rsidRPr="004543E3">
              <w:rPr>
                <w:rFonts w:cs="Times New Roman"/>
                <w:szCs w:val="26"/>
              </w:rPr>
              <w:t xml:space="preserve"> </w:t>
            </w:r>
            <w:proofErr w:type="spellStart"/>
            <w:r w:rsidRPr="004543E3">
              <w:rPr>
                <w:rFonts w:cs="Times New Roman"/>
                <w:szCs w:val="26"/>
              </w:rPr>
              <w:t>trợ</w:t>
            </w:r>
            <w:proofErr w:type="spellEnd"/>
            <w:r w:rsidRPr="004543E3">
              <w:rPr>
                <w:rFonts w:cs="Times New Roman"/>
                <w:szCs w:val="26"/>
              </w:rPr>
              <w:t xml:space="preserve"> </w:t>
            </w:r>
            <w:proofErr w:type="spellStart"/>
            <w:r w:rsidRPr="004543E3">
              <w:rPr>
                <w:rFonts w:cs="Times New Roman"/>
                <w:szCs w:val="26"/>
              </w:rPr>
              <w:t>cần</w:t>
            </w:r>
            <w:proofErr w:type="spellEnd"/>
            <w:r w:rsidRPr="004543E3">
              <w:rPr>
                <w:rFonts w:cs="Times New Roman"/>
                <w:szCs w:val="26"/>
              </w:rPr>
              <w:t xml:space="preserve"> </w:t>
            </w:r>
            <w:proofErr w:type="spellStart"/>
            <w:r w:rsidRPr="004543E3">
              <w:rPr>
                <w:rFonts w:cs="Times New Roman"/>
                <w:szCs w:val="26"/>
              </w:rPr>
              <w:t>thiết</w:t>
            </w:r>
            <w:proofErr w:type="spellEnd"/>
            <w:r w:rsidRPr="004543E3">
              <w:rPr>
                <w:rFonts w:cs="Times New Roman"/>
                <w:szCs w:val="26"/>
              </w:rPr>
              <w:t xml:space="preserve"> </w:t>
            </w:r>
            <w:proofErr w:type="spellStart"/>
            <w:r w:rsidRPr="004543E3">
              <w:rPr>
                <w:rFonts w:cs="Times New Roman"/>
                <w:szCs w:val="26"/>
              </w:rPr>
              <w:t>phục</w:t>
            </w:r>
            <w:proofErr w:type="spellEnd"/>
            <w:r w:rsidRPr="004543E3">
              <w:rPr>
                <w:rFonts w:cs="Times New Roman"/>
                <w:szCs w:val="26"/>
              </w:rPr>
              <w:t xml:space="preserve"> </w:t>
            </w:r>
            <w:proofErr w:type="spellStart"/>
            <w:r w:rsidRPr="004543E3">
              <w:rPr>
                <w:rFonts w:cs="Times New Roman"/>
                <w:szCs w:val="26"/>
              </w:rPr>
              <w:t>vụ</w:t>
            </w:r>
            <w:proofErr w:type="spellEnd"/>
            <w:r w:rsidRPr="004543E3">
              <w:rPr>
                <w:rFonts w:cs="Times New Roman"/>
                <w:szCs w:val="26"/>
              </w:rPr>
              <w:t xml:space="preserve"> </w:t>
            </w:r>
            <w:proofErr w:type="spellStart"/>
            <w:r w:rsidRPr="004543E3">
              <w:rPr>
                <w:rFonts w:cs="Times New Roman"/>
                <w:szCs w:val="26"/>
              </w:rPr>
              <w:t>công</w:t>
            </w:r>
            <w:proofErr w:type="spellEnd"/>
            <w:r w:rsidRPr="004543E3">
              <w:rPr>
                <w:rFonts w:cs="Times New Roman"/>
                <w:szCs w:val="26"/>
              </w:rPr>
              <w:t xml:space="preserve"> </w:t>
            </w:r>
            <w:proofErr w:type="spellStart"/>
            <w:r w:rsidRPr="004543E3">
              <w:rPr>
                <w:rFonts w:cs="Times New Roman"/>
                <w:szCs w:val="26"/>
              </w:rPr>
              <w:t>tác</w:t>
            </w:r>
            <w:proofErr w:type="spellEnd"/>
            <w:r w:rsidRPr="004543E3">
              <w:rPr>
                <w:rFonts w:cs="Times New Roman"/>
                <w:szCs w:val="26"/>
              </w:rPr>
              <w:t xml:space="preserve"> </w:t>
            </w:r>
            <w:proofErr w:type="spellStart"/>
            <w:r w:rsidRPr="004543E3">
              <w:rPr>
                <w:rFonts w:cs="Times New Roman"/>
                <w:szCs w:val="26"/>
              </w:rPr>
              <w:t>kiểm</w:t>
            </w:r>
            <w:proofErr w:type="spellEnd"/>
            <w:r w:rsidRPr="004543E3">
              <w:rPr>
                <w:rFonts w:cs="Times New Roman"/>
                <w:szCs w:val="26"/>
              </w:rPr>
              <w:t xml:space="preserve"> </w:t>
            </w:r>
            <w:proofErr w:type="spellStart"/>
            <w:r w:rsidRPr="004543E3">
              <w:rPr>
                <w:rFonts w:cs="Times New Roman"/>
                <w:szCs w:val="26"/>
              </w:rPr>
              <w:t>soát</w:t>
            </w:r>
            <w:proofErr w:type="spellEnd"/>
            <w:r w:rsidRPr="004543E3">
              <w:rPr>
                <w:rFonts w:cs="Times New Roman"/>
                <w:szCs w:val="26"/>
              </w:rPr>
              <w:t xml:space="preserve"> </w:t>
            </w:r>
            <w:proofErr w:type="spellStart"/>
            <w:r w:rsidRPr="004543E3">
              <w:rPr>
                <w:rFonts w:cs="Times New Roman"/>
                <w:szCs w:val="26"/>
              </w:rPr>
              <w:t>chất</w:t>
            </w:r>
            <w:proofErr w:type="spellEnd"/>
            <w:r w:rsidRPr="004543E3">
              <w:rPr>
                <w:rFonts w:cs="Times New Roman"/>
                <w:szCs w:val="26"/>
              </w:rPr>
              <w:t xml:space="preserve"> </w:t>
            </w:r>
            <w:proofErr w:type="spellStart"/>
            <w:r w:rsidRPr="004543E3">
              <w:rPr>
                <w:rFonts w:cs="Times New Roman"/>
                <w:szCs w:val="26"/>
              </w:rPr>
              <w:t>lượng</w:t>
            </w:r>
            <w:proofErr w:type="spellEnd"/>
            <w:r w:rsidRPr="004543E3">
              <w:rPr>
                <w:rFonts w:cs="Times New Roman"/>
                <w:szCs w:val="26"/>
              </w:rPr>
              <w:t xml:space="preserve"> </w:t>
            </w:r>
            <w:proofErr w:type="spellStart"/>
            <w:r w:rsidRPr="004543E3">
              <w:rPr>
                <w:rFonts w:cs="Times New Roman"/>
                <w:szCs w:val="26"/>
              </w:rPr>
              <w:t>sản</w:t>
            </w:r>
            <w:proofErr w:type="spellEnd"/>
            <w:r w:rsidRPr="004543E3">
              <w:rPr>
                <w:rFonts w:cs="Times New Roman"/>
                <w:szCs w:val="26"/>
              </w:rPr>
              <w:t xml:space="preserve"> </w:t>
            </w:r>
            <w:proofErr w:type="spellStart"/>
            <w:r w:rsidRPr="004543E3">
              <w:rPr>
                <w:rFonts w:cs="Times New Roman"/>
                <w:szCs w:val="26"/>
              </w:rPr>
              <w:t>phẩm</w:t>
            </w:r>
            <w:proofErr w:type="spellEnd"/>
            <w:r w:rsidRPr="004543E3">
              <w:rPr>
                <w:rFonts w:cs="Times New Roman"/>
                <w:szCs w:val="26"/>
              </w:rPr>
              <w:t xml:space="preserve">, </w:t>
            </w:r>
            <w:proofErr w:type="spellStart"/>
            <w:r w:rsidRPr="004543E3">
              <w:rPr>
                <w:rFonts w:cs="Times New Roman"/>
                <w:szCs w:val="26"/>
              </w:rPr>
              <w:t>hàng</w:t>
            </w:r>
            <w:proofErr w:type="spellEnd"/>
            <w:r w:rsidRPr="004543E3">
              <w:rPr>
                <w:rFonts w:cs="Times New Roman"/>
                <w:szCs w:val="26"/>
              </w:rPr>
              <w:t xml:space="preserve"> </w:t>
            </w:r>
            <w:proofErr w:type="spellStart"/>
            <w:r w:rsidRPr="004543E3">
              <w:rPr>
                <w:rFonts w:cs="Times New Roman"/>
                <w:szCs w:val="26"/>
              </w:rPr>
              <w:t>hóa</w:t>
            </w:r>
            <w:proofErr w:type="spellEnd"/>
            <w:r w:rsidRPr="004543E3">
              <w:rPr>
                <w:rFonts w:cs="Times New Roman"/>
                <w:szCs w:val="26"/>
              </w:rPr>
              <w:t>.</w:t>
            </w:r>
          </w:p>
          <w:p w14:paraId="15413B85" w14:textId="38B38FE6" w:rsidR="00855AF9" w:rsidRPr="004543E3" w:rsidRDefault="00855AF9" w:rsidP="00927A0F">
            <w:pPr>
              <w:spacing w:before="120" w:after="120" w:line="240" w:lineRule="auto"/>
              <w:ind w:firstLine="709"/>
              <w:jc w:val="both"/>
              <w:rPr>
                <w:i/>
                <w:iCs/>
                <w:sz w:val="28"/>
                <w:szCs w:val="28"/>
                <w:lang w:val="de-DE"/>
              </w:rPr>
            </w:pPr>
            <w:r w:rsidRPr="004543E3">
              <w:rPr>
                <w:szCs w:val="26"/>
              </w:rPr>
              <w:t xml:space="preserve">d) Thường </w:t>
            </w:r>
            <w:proofErr w:type="spellStart"/>
            <w:r w:rsidRPr="004543E3">
              <w:rPr>
                <w:szCs w:val="26"/>
              </w:rPr>
              <w:t>xuyên</w:t>
            </w:r>
            <w:proofErr w:type="spellEnd"/>
            <w:r w:rsidRPr="004543E3">
              <w:rPr>
                <w:szCs w:val="26"/>
              </w:rPr>
              <w:t xml:space="preserve"> </w:t>
            </w:r>
            <w:proofErr w:type="spellStart"/>
            <w:r w:rsidRPr="004543E3">
              <w:rPr>
                <w:szCs w:val="26"/>
              </w:rPr>
              <w:t>tự</w:t>
            </w:r>
            <w:proofErr w:type="spellEnd"/>
            <w:r w:rsidRPr="004543E3">
              <w:rPr>
                <w:szCs w:val="26"/>
              </w:rPr>
              <w:t xml:space="preserve"> </w:t>
            </w:r>
            <w:proofErr w:type="spellStart"/>
            <w:r w:rsidRPr="004543E3">
              <w:rPr>
                <w:szCs w:val="26"/>
              </w:rPr>
              <w:t>học</w:t>
            </w:r>
            <w:proofErr w:type="spellEnd"/>
            <w:r w:rsidRPr="004543E3">
              <w:rPr>
                <w:szCs w:val="26"/>
              </w:rPr>
              <w:t xml:space="preserve"> </w:t>
            </w:r>
            <w:proofErr w:type="spellStart"/>
            <w:r w:rsidRPr="004543E3">
              <w:rPr>
                <w:szCs w:val="26"/>
              </w:rPr>
              <w:t>hỏi</w:t>
            </w:r>
            <w:proofErr w:type="spellEnd"/>
            <w:r w:rsidRPr="004543E3">
              <w:rPr>
                <w:szCs w:val="26"/>
              </w:rPr>
              <w:t xml:space="preserve">, </w:t>
            </w:r>
            <w:proofErr w:type="spellStart"/>
            <w:r w:rsidRPr="004543E3">
              <w:rPr>
                <w:szCs w:val="26"/>
              </w:rPr>
              <w:t>cập</w:t>
            </w:r>
            <w:proofErr w:type="spellEnd"/>
            <w:r w:rsidRPr="004543E3">
              <w:rPr>
                <w:szCs w:val="26"/>
              </w:rPr>
              <w:t xml:space="preserve"> </w:t>
            </w:r>
            <w:proofErr w:type="spellStart"/>
            <w:r w:rsidRPr="004543E3">
              <w:rPr>
                <w:szCs w:val="26"/>
              </w:rPr>
              <w:t>nhật</w:t>
            </w:r>
            <w:proofErr w:type="spellEnd"/>
            <w:r w:rsidRPr="004543E3">
              <w:rPr>
                <w:szCs w:val="26"/>
              </w:rPr>
              <w:t xml:space="preserve"> </w:t>
            </w:r>
            <w:proofErr w:type="spellStart"/>
            <w:r w:rsidRPr="004543E3">
              <w:rPr>
                <w:szCs w:val="26"/>
              </w:rPr>
              <w:t>kiến</w:t>
            </w:r>
            <w:proofErr w:type="spellEnd"/>
            <w:r w:rsidRPr="004543E3">
              <w:rPr>
                <w:szCs w:val="26"/>
              </w:rPr>
              <w:t xml:space="preserve"> </w:t>
            </w:r>
            <w:proofErr w:type="spellStart"/>
            <w:r w:rsidRPr="004543E3">
              <w:rPr>
                <w:szCs w:val="26"/>
              </w:rPr>
              <w:t>thức</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môn</w:t>
            </w:r>
            <w:proofErr w:type="spellEnd"/>
            <w:r w:rsidRPr="004543E3">
              <w:rPr>
                <w:szCs w:val="26"/>
              </w:rPr>
              <w:t xml:space="preserve">, </w:t>
            </w:r>
            <w:proofErr w:type="spellStart"/>
            <w:r w:rsidRPr="004543E3">
              <w:rPr>
                <w:szCs w:val="26"/>
              </w:rPr>
              <w:t>kỹ</w:t>
            </w:r>
            <w:proofErr w:type="spellEnd"/>
            <w:r w:rsidRPr="004543E3">
              <w:rPr>
                <w:szCs w:val="26"/>
              </w:rPr>
              <w:t xml:space="preserve"> </w:t>
            </w:r>
            <w:proofErr w:type="spellStart"/>
            <w:r w:rsidRPr="004543E3">
              <w:rPr>
                <w:szCs w:val="26"/>
              </w:rPr>
              <w:t>năng</w:t>
            </w:r>
            <w:proofErr w:type="spellEnd"/>
            <w:r w:rsidRPr="004543E3">
              <w:rPr>
                <w:szCs w:val="26"/>
              </w:rPr>
              <w:t xml:space="preserve"> </w:t>
            </w:r>
            <w:proofErr w:type="spellStart"/>
            <w:r w:rsidRPr="004543E3">
              <w:rPr>
                <w:szCs w:val="26"/>
              </w:rPr>
              <w:t>nghiệp</w:t>
            </w:r>
            <w:proofErr w:type="spellEnd"/>
            <w:r w:rsidRPr="004543E3">
              <w:rPr>
                <w:szCs w:val="26"/>
              </w:rPr>
              <w:t xml:space="preserve"> </w:t>
            </w:r>
            <w:proofErr w:type="spellStart"/>
            <w:r w:rsidRPr="004543E3">
              <w:rPr>
                <w:szCs w:val="26"/>
              </w:rPr>
              <w:t>vụ</w:t>
            </w:r>
            <w:proofErr w:type="spellEnd"/>
            <w:r w:rsidRPr="004543E3">
              <w:rPr>
                <w:szCs w:val="26"/>
              </w:rPr>
              <w:t xml:space="preserve"> </w:t>
            </w:r>
            <w:proofErr w:type="spellStart"/>
            <w:r w:rsidRPr="004543E3">
              <w:rPr>
                <w:szCs w:val="26"/>
              </w:rPr>
              <w:t>để</w:t>
            </w:r>
            <w:proofErr w:type="spellEnd"/>
            <w:r w:rsidRPr="004543E3">
              <w:rPr>
                <w:szCs w:val="26"/>
              </w:rPr>
              <w:t xml:space="preserve"> </w:t>
            </w:r>
            <w:proofErr w:type="spellStart"/>
            <w:r w:rsidRPr="004543E3">
              <w:rPr>
                <w:szCs w:val="26"/>
              </w:rPr>
              <w:t>đáp</w:t>
            </w:r>
            <w:proofErr w:type="spellEnd"/>
            <w:r w:rsidRPr="004543E3">
              <w:rPr>
                <w:szCs w:val="26"/>
              </w:rPr>
              <w:t xml:space="preserve"> </w:t>
            </w:r>
            <w:proofErr w:type="spellStart"/>
            <w:r w:rsidRPr="004543E3">
              <w:rPr>
                <w:szCs w:val="26"/>
              </w:rPr>
              <w:t>ứng</w:t>
            </w:r>
            <w:proofErr w:type="spellEnd"/>
            <w:r w:rsidRPr="004543E3">
              <w:rPr>
                <w:szCs w:val="26"/>
              </w:rPr>
              <w:t xml:space="preserve"> </w:t>
            </w:r>
            <w:proofErr w:type="spellStart"/>
            <w:r w:rsidRPr="004543E3">
              <w:rPr>
                <w:szCs w:val="26"/>
              </w:rPr>
              <w:t>yêu</w:t>
            </w:r>
            <w:proofErr w:type="spellEnd"/>
            <w:r w:rsidRPr="004543E3">
              <w:rPr>
                <w:szCs w:val="26"/>
              </w:rPr>
              <w:t xml:space="preserve"> </w:t>
            </w:r>
            <w:proofErr w:type="spellStart"/>
            <w:r w:rsidRPr="004543E3">
              <w:rPr>
                <w:szCs w:val="26"/>
              </w:rPr>
              <w:t>cầu</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việc</w:t>
            </w:r>
            <w:proofErr w:type="spellEnd"/>
            <w:r w:rsidRPr="004543E3">
              <w:rPr>
                <w:szCs w:val="26"/>
              </w:rPr>
              <w:t>.</w:t>
            </w:r>
          </w:p>
        </w:tc>
        <w:tc>
          <w:tcPr>
            <w:tcW w:w="5220" w:type="dxa"/>
          </w:tcPr>
          <w:p w14:paraId="5BA43CC0" w14:textId="77777777" w:rsidR="00855AF9" w:rsidRPr="004543E3" w:rsidRDefault="00855AF9" w:rsidP="00600AFB">
            <w:pPr>
              <w:spacing w:after="120" w:line="240" w:lineRule="auto"/>
              <w:jc w:val="both"/>
              <w:rPr>
                <w:b/>
                <w:bCs/>
              </w:rPr>
            </w:pPr>
            <w:proofErr w:type="spellStart"/>
            <w:r w:rsidRPr="004543E3">
              <w:rPr>
                <w:b/>
                <w:bCs/>
              </w:rPr>
              <w:lastRenderedPageBreak/>
              <w:t>Sơ</w:t>
            </w:r>
            <w:proofErr w:type="spellEnd"/>
            <w:r w:rsidRPr="004543E3">
              <w:rPr>
                <w:b/>
                <w:bCs/>
              </w:rPr>
              <w:t xml:space="preserve">̉ KH&amp;CN </w:t>
            </w:r>
            <w:proofErr w:type="spellStart"/>
            <w:r w:rsidRPr="004543E3">
              <w:rPr>
                <w:b/>
                <w:bCs/>
              </w:rPr>
              <w:t>thành</w:t>
            </w:r>
            <w:proofErr w:type="spellEnd"/>
            <w:r w:rsidRPr="004543E3">
              <w:rPr>
                <w:b/>
                <w:bCs/>
              </w:rPr>
              <w:t xml:space="preserve"> </w:t>
            </w:r>
            <w:proofErr w:type="spellStart"/>
            <w:r w:rsidRPr="004543E3">
              <w:rPr>
                <w:b/>
                <w:bCs/>
              </w:rPr>
              <w:t>phô</w:t>
            </w:r>
            <w:proofErr w:type="spellEnd"/>
            <w:r w:rsidRPr="004543E3">
              <w:rPr>
                <w:b/>
                <w:bCs/>
              </w:rPr>
              <w:t xml:space="preserve">́ </w:t>
            </w:r>
            <w:proofErr w:type="spellStart"/>
            <w:r w:rsidRPr="004543E3">
              <w:rPr>
                <w:b/>
                <w:bCs/>
              </w:rPr>
              <w:t>Hô</w:t>
            </w:r>
            <w:proofErr w:type="spellEnd"/>
            <w:r w:rsidRPr="004543E3">
              <w:rPr>
                <w:b/>
                <w:bCs/>
              </w:rPr>
              <w:t>̀ Chí Minh:</w:t>
            </w:r>
          </w:p>
          <w:p w14:paraId="46BB758E" w14:textId="77777777" w:rsidR="00855AF9" w:rsidRPr="004543E3" w:rsidRDefault="00855AF9" w:rsidP="00600AFB">
            <w:pPr>
              <w:spacing w:after="120" w:line="240" w:lineRule="auto"/>
              <w:jc w:val="both"/>
            </w:pPr>
            <w:proofErr w:type="spellStart"/>
            <w:r w:rsidRPr="004543E3">
              <w:t>Tại</w:t>
            </w:r>
            <w:proofErr w:type="spellEnd"/>
            <w:r w:rsidRPr="004543E3">
              <w:t xml:space="preserve"> </w:t>
            </w:r>
            <w:proofErr w:type="spellStart"/>
            <w:r w:rsidRPr="004543E3">
              <w:t>khoản</w:t>
            </w:r>
            <w:proofErr w:type="spellEnd"/>
            <w:r w:rsidRPr="004543E3">
              <w:t xml:space="preserve"> 4 </w:t>
            </w:r>
            <w:proofErr w:type="spellStart"/>
            <w:r w:rsidRPr="004543E3">
              <w:t>Điều</w:t>
            </w:r>
            <w:proofErr w:type="spellEnd"/>
            <w:r w:rsidRPr="004543E3">
              <w:t xml:space="preserve"> 7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cơ</w:t>
            </w:r>
            <w:proofErr w:type="spellEnd"/>
            <w:r w:rsidRPr="004543E3">
              <w:t xml:space="preserve"> </w:t>
            </w:r>
            <w:proofErr w:type="spellStart"/>
            <w:r w:rsidRPr="004543E3">
              <w:t>quan</w:t>
            </w:r>
            <w:proofErr w:type="spellEnd"/>
            <w:r w:rsidRPr="004543E3">
              <w:t xml:space="preserve"> </w:t>
            </w:r>
            <w:proofErr w:type="spellStart"/>
            <w:r w:rsidRPr="004543E3">
              <w:t>chủ</w:t>
            </w:r>
            <w:proofErr w:type="spellEnd"/>
            <w:r w:rsidRPr="004543E3">
              <w:t xml:space="preserve"> </w:t>
            </w:r>
            <w:proofErr w:type="spellStart"/>
            <w:r w:rsidRPr="004543E3">
              <w:t>trì</w:t>
            </w:r>
            <w:proofErr w:type="spellEnd"/>
            <w:r w:rsidRPr="004543E3">
              <w:t xml:space="preserve"> </w:t>
            </w:r>
            <w:proofErr w:type="spellStart"/>
            <w:r w:rsidRPr="004543E3">
              <w:t>soạn</w:t>
            </w:r>
            <w:proofErr w:type="spellEnd"/>
            <w:r w:rsidRPr="004543E3">
              <w:t xml:space="preserve"> </w:t>
            </w:r>
            <w:proofErr w:type="spellStart"/>
            <w:r w:rsidRPr="004543E3">
              <w:t>thảo</w:t>
            </w:r>
            <w:proofErr w:type="spellEnd"/>
            <w:r w:rsidRPr="004543E3">
              <w:t xml:space="preserve"> </w:t>
            </w:r>
            <w:proofErr w:type="spellStart"/>
            <w:r w:rsidRPr="004543E3">
              <w:t>bổ</w:t>
            </w:r>
            <w:proofErr w:type="spellEnd"/>
            <w:r w:rsidRPr="004543E3">
              <w:t xml:space="preserve"> sung </w:t>
            </w:r>
            <w:proofErr w:type="spellStart"/>
            <w:r w:rsidRPr="004543E3">
              <w:t>thêm</w:t>
            </w:r>
            <w:proofErr w:type="spellEnd"/>
            <w:r w:rsidRPr="004543E3">
              <w:t xml:space="preserve"> </w:t>
            </w:r>
            <w:proofErr w:type="spellStart"/>
            <w:r w:rsidRPr="004543E3">
              <w:t>nội</w:t>
            </w:r>
            <w:proofErr w:type="spellEnd"/>
            <w:r w:rsidRPr="004543E3">
              <w:t xml:space="preserve"> dung:</w:t>
            </w:r>
          </w:p>
          <w:p w14:paraId="2099A054" w14:textId="77777777" w:rsidR="00855AF9" w:rsidRPr="004543E3" w:rsidRDefault="00855AF9" w:rsidP="00600AFB">
            <w:pPr>
              <w:spacing w:after="120" w:line="240" w:lineRule="auto"/>
              <w:jc w:val="both"/>
            </w:pPr>
            <w:r w:rsidRPr="004543E3">
              <w:t>“</w:t>
            </w:r>
            <w:proofErr w:type="spellStart"/>
            <w:r w:rsidRPr="004543E3">
              <w:rPr>
                <w:i/>
                <w:iCs/>
              </w:rPr>
              <w:t>Sử</w:t>
            </w:r>
            <w:proofErr w:type="spellEnd"/>
            <w:r w:rsidRPr="004543E3">
              <w:rPr>
                <w:i/>
                <w:iCs/>
              </w:rPr>
              <w:t xml:space="preserve"> </w:t>
            </w:r>
            <w:proofErr w:type="spellStart"/>
            <w:r w:rsidRPr="004543E3">
              <w:rPr>
                <w:i/>
                <w:iCs/>
              </w:rPr>
              <w:t>dụng</w:t>
            </w:r>
            <w:proofErr w:type="spellEnd"/>
            <w:r w:rsidRPr="004543E3">
              <w:rPr>
                <w:i/>
                <w:iCs/>
              </w:rPr>
              <w:t xml:space="preserve"> </w:t>
            </w:r>
            <w:proofErr w:type="spellStart"/>
            <w:r w:rsidRPr="004543E3">
              <w:rPr>
                <w:i/>
                <w:iCs/>
              </w:rPr>
              <w:t>được</w:t>
            </w:r>
            <w:proofErr w:type="spellEnd"/>
            <w:r w:rsidRPr="004543E3">
              <w:rPr>
                <w:i/>
                <w:iCs/>
              </w:rPr>
              <w:t xml:space="preserve"> </w:t>
            </w:r>
            <w:proofErr w:type="spellStart"/>
            <w:r w:rsidRPr="004543E3">
              <w:rPr>
                <w:i/>
                <w:iCs/>
              </w:rPr>
              <w:t>ngoại</w:t>
            </w:r>
            <w:proofErr w:type="spellEnd"/>
            <w:r w:rsidRPr="004543E3">
              <w:rPr>
                <w:i/>
                <w:iCs/>
              </w:rPr>
              <w:t xml:space="preserve"> </w:t>
            </w:r>
            <w:proofErr w:type="spellStart"/>
            <w:r w:rsidRPr="004543E3">
              <w:rPr>
                <w:i/>
                <w:iCs/>
              </w:rPr>
              <w:t>ngữ</w:t>
            </w:r>
            <w:proofErr w:type="spellEnd"/>
            <w:r w:rsidRPr="004543E3">
              <w:rPr>
                <w:i/>
                <w:iCs/>
              </w:rPr>
              <w:t xml:space="preserve"> </w:t>
            </w:r>
            <w:proofErr w:type="spellStart"/>
            <w:r w:rsidRPr="004543E3">
              <w:rPr>
                <w:i/>
                <w:iCs/>
              </w:rPr>
              <w:t>hoặc</w:t>
            </w:r>
            <w:proofErr w:type="spellEnd"/>
            <w:r w:rsidRPr="004543E3">
              <w:rPr>
                <w:i/>
                <w:iCs/>
              </w:rPr>
              <w:t xml:space="preserve"> </w:t>
            </w:r>
            <w:proofErr w:type="spellStart"/>
            <w:r w:rsidRPr="004543E3">
              <w:rPr>
                <w:i/>
                <w:iCs/>
              </w:rPr>
              <w:t>tiếng</w:t>
            </w:r>
            <w:proofErr w:type="spellEnd"/>
            <w:r w:rsidRPr="004543E3">
              <w:rPr>
                <w:i/>
                <w:iCs/>
              </w:rPr>
              <w:t xml:space="preserve"> </w:t>
            </w:r>
            <w:proofErr w:type="spellStart"/>
            <w:r w:rsidRPr="004543E3">
              <w:rPr>
                <w:i/>
                <w:iCs/>
              </w:rPr>
              <w:t>dân</w:t>
            </w:r>
            <w:proofErr w:type="spellEnd"/>
            <w:r w:rsidRPr="004543E3">
              <w:rPr>
                <w:i/>
                <w:iCs/>
              </w:rPr>
              <w:t xml:space="preserve"> </w:t>
            </w:r>
            <w:proofErr w:type="spellStart"/>
            <w:r w:rsidRPr="004543E3">
              <w:rPr>
                <w:i/>
                <w:iCs/>
              </w:rPr>
              <w:t>tộc</w:t>
            </w:r>
            <w:proofErr w:type="spellEnd"/>
            <w:r w:rsidRPr="004543E3">
              <w:rPr>
                <w:i/>
                <w:iCs/>
              </w:rPr>
              <w:t xml:space="preserve"> </w:t>
            </w:r>
            <w:proofErr w:type="spellStart"/>
            <w:r w:rsidRPr="004543E3">
              <w:rPr>
                <w:i/>
                <w:iCs/>
              </w:rPr>
              <w:t>thiểu</w:t>
            </w:r>
            <w:proofErr w:type="spellEnd"/>
            <w:r w:rsidRPr="004543E3">
              <w:rPr>
                <w:i/>
                <w:iCs/>
              </w:rPr>
              <w:t xml:space="preserve"> </w:t>
            </w:r>
            <w:proofErr w:type="spellStart"/>
            <w:r w:rsidRPr="004543E3">
              <w:rPr>
                <w:i/>
                <w:iCs/>
              </w:rPr>
              <w:t>số</w:t>
            </w:r>
            <w:proofErr w:type="spellEnd"/>
            <w:r w:rsidRPr="004543E3">
              <w:rPr>
                <w:i/>
                <w:iCs/>
              </w:rPr>
              <w:t xml:space="preserve"> </w:t>
            </w:r>
            <w:proofErr w:type="spellStart"/>
            <w:r w:rsidRPr="004543E3">
              <w:rPr>
                <w:i/>
                <w:iCs/>
              </w:rPr>
              <w:t>theo</w:t>
            </w:r>
            <w:proofErr w:type="spellEnd"/>
            <w:r w:rsidRPr="004543E3">
              <w:rPr>
                <w:i/>
                <w:iCs/>
              </w:rPr>
              <w:t xml:space="preserve"> </w:t>
            </w:r>
            <w:proofErr w:type="spellStart"/>
            <w:r w:rsidRPr="004543E3">
              <w:rPr>
                <w:i/>
                <w:iCs/>
              </w:rPr>
              <w:t>yêu</w:t>
            </w:r>
            <w:proofErr w:type="spellEnd"/>
            <w:r w:rsidRPr="004543E3">
              <w:rPr>
                <w:i/>
                <w:iCs/>
              </w:rPr>
              <w:t xml:space="preserve"> </w:t>
            </w:r>
            <w:proofErr w:type="spellStart"/>
            <w:r w:rsidRPr="004543E3">
              <w:rPr>
                <w:i/>
                <w:iCs/>
              </w:rPr>
              <w:t>cầu</w:t>
            </w:r>
            <w:proofErr w:type="spellEnd"/>
            <w:r w:rsidRPr="004543E3">
              <w:rPr>
                <w:i/>
                <w:iCs/>
              </w:rPr>
              <w:t xml:space="preserve"> </w:t>
            </w:r>
            <w:proofErr w:type="spellStart"/>
            <w:r w:rsidRPr="004543E3">
              <w:rPr>
                <w:i/>
                <w:iCs/>
              </w:rPr>
              <w:t>của</w:t>
            </w:r>
            <w:proofErr w:type="spellEnd"/>
            <w:r w:rsidRPr="004543E3">
              <w:rPr>
                <w:i/>
                <w:iCs/>
              </w:rPr>
              <w:t xml:space="preserve"> </w:t>
            </w:r>
            <w:proofErr w:type="spellStart"/>
            <w:r w:rsidRPr="004543E3">
              <w:rPr>
                <w:i/>
                <w:iCs/>
              </w:rPr>
              <w:t>vị</w:t>
            </w:r>
            <w:proofErr w:type="spellEnd"/>
            <w:r w:rsidRPr="004543E3">
              <w:rPr>
                <w:i/>
                <w:iCs/>
              </w:rPr>
              <w:t xml:space="preserve"> </w:t>
            </w:r>
            <w:proofErr w:type="spellStart"/>
            <w:r w:rsidRPr="004543E3">
              <w:rPr>
                <w:i/>
                <w:iCs/>
              </w:rPr>
              <w:t>trí</w:t>
            </w:r>
            <w:proofErr w:type="spellEnd"/>
            <w:r w:rsidRPr="004543E3">
              <w:rPr>
                <w:i/>
                <w:iCs/>
              </w:rPr>
              <w:t xml:space="preserve"> </w:t>
            </w:r>
            <w:proofErr w:type="spellStart"/>
            <w:r w:rsidRPr="004543E3">
              <w:rPr>
                <w:i/>
                <w:iCs/>
              </w:rPr>
              <w:t>việc</w:t>
            </w:r>
            <w:proofErr w:type="spellEnd"/>
            <w:r w:rsidRPr="004543E3">
              <w:rPr>
                <w:i/>
                <w:iCs/>
              </w:rPr>
              <w:t xml:space="preserve"> </w:t>
            </w:r>
            <w:proofErr w:type="spellStart"/>
            <w:r w:rsidRPr="004543E3">
              <w:rPr>
                <w:i/>
                <w:iCs/>
              </w:rPr>
              <w:t>làm</w:t>
            </w:r>
            <w:proofErr w:type="spellEnd"/>
            <w:r w:rsidRPr="004543E3">
              <w:t>”</w:t>
            </w:r>
          </w:p>
          <w:p w14:paraId="02951EBC" w14:textId="40A884E4" w:rsidR="00855AF9" w:rsidRPr="00DD793F" w:rsidRDefault="00855AF9" w:rsidP="00600AFB">
            <w:pPr>
              <w:spacing w:after="120" w:line="240" w:lineRule="auto"/>
              <w:jc w:val="both"/>
              <w:rPr>
                <w:spacing w:val="-2"/>
              </w:rPr>
            </w:pPr>
            <w:r w:rsidRPr="00DD793F">
              <w:rPr>
                <w:spacing w:val="-2"/>
              </w:rPr>
              <w:t xml:space="preserve">Lý do: </w:t>
            </w:r>
            <w:proofErr w:type="spellStart"/>
            <w:r w:rsidRPr="00DD793F">
              <w:rPr>
                <w:spacing w:val="-2"/>
              </w:rPr>
              <w:t>theo</w:t>
            </w:r>
            <w:proofErr w:type="spellEnd"/>
            <w:r w:rsidRPr="00DD793F">
              <w:rPr>
                <w:spacing w:val="-2"/>
              </w:rPr>
              <w:t xml:space="preserve"> </w:t>
            </w:r>
            <w:proofErr w:type="spellStart"/>
            <w:r w:rsidRPr="00DD793F">
              <w:rPr>
                <w:spacing w:val="-2"/>
              </w:rPr>
              <w:t>bảng</w:t>
            </w:r>
            <w:proofErr w:type="spellEnd"/>
            <w:r w:rsidRPr="00DD793F">
              <w:rPr>
                <w:spacing w:val="-2"/>
              </w:rPr>
              <w:t xml:space="preserve"> </w:t>
            </w:r>
            <w:proofErr w:type="spellStart"/>
            <w:r w:rsidRPr="00DD793F">
              <w:rPr>
                <w:spacing w:val="-2"/>
              </w:rPr>
              <w:t>mô</w:t>
            </w:r>
            <w:proofErr w:type="spellEnd"/>
            <w:r w:rsidRPr="00DD793F">
              <w:rPr>
                <w:spacing w:val="-2"/>
              </w:rPr>
              <w:t xml:space="preserve"> </w:t>
            </w:r>
            <w:proofErr w:type="spellStart"/>
            <w:r w:rsidRPr="00DD793F">
              <w:rPr>
                <w:spacing w:val="-2"/>
              </w:rPr>
              <w:t>tả</w:t>
            </w:r>
            <w:proofErr w:type="spellEnd"/>
            <w:r w:rsidRPr="00DD793F">
              <w:rPr>
                <w:spacing w:val="-2"/>
              </w:rPr>
              <w:t xml:space="preserve"> </w:t>
            </w:r>
            <w:proofErr w:type="spellStart"/>
            <w:r w:rsidRPr="00DD793F">
              <w:rPr>
                <w:spacing w:val="-2"/>
              </w:rPr>
              <w:t>công</w:t>
            </w:r>
            <w:proofErr w:type="spellEnd"/>
            <w:r w:rsidRPr="00DD793F">
              <w:rPr>
                <w:spacing w:val="-2"/>
              </w:rPr>
              <w:t xml:space="preserve"> </w:t>
            </w:r>
            <w:proofErr w:type="spellStart"/>
            <w:r w:rsidRPr="00DD793F">
              <w:rPr>
                <w:spacing w:val="-2"/>
              </w:rPr>
              <w:t>việc</w:t>
            </w:r>
            <w:proofErr w:type="spellEnd"/>
            <w:r w:rsidRPr="00DD793F">
              <w:rPr>
                <w:spacing w:val="-2"/>
              </w:rPr>
              <w:t xml:space="preserve"> </w:t>
            </w:r>
            <w:proofErr w:type="spellStart"/>
            <w:r w:rsidRPr="00DD793F">
              <w:rPr>
                <w:spacing w:val="-2"/>
              </w:rPr>
              <w:t>và</w:t>
            </w:r>
            <w:proofErr w:type="spellEnd"/>
            <w:r w:rsidRPr="00DD793F">
              <w:rPr>
                <w:spacing w:val="-2"/>
              </w:rPr>
              <w:t xml:space="preserve"> </w:t>
            </w:r>
            <w:proofErr w:type="spellStart"/>
            <w:r w:rsidRPr="00DD793F">
              <w:rPr>
                <w:spacing w:val="-2"/>
              </w:rPr>
              <w:t>khung</w:t>
            </w:r>
            <w:proofErr w:type="spellEnd"/>
            <w:r w:rsidRPr="00DD793F">
              <w:rPr>
                <w:spacing w:val="-2"/>
              </w:rPr>
              <w:t xml:space="preserve"> </w:t>
            </w:r>
            <w:proofErr w:type="spellStart"/>
            <w:r w:rsidRPr="00DD793F">
              <w:rPr>
                <w:spacing w:val="-2"/>
              </w:rPr>
              <w:t>năng</w:t>
            </w:r>
            <w:proofErr w:type="spellEnd"/>
            <w:r w:rsidRPr="00DD793F">
              <w:rPr>
                <w:spacing w:val="-2"/>
              </w:rPr>
              <w:t xml:space="preserve"> </w:t>
            </w:r>
            <w:proofErr w:type="spellStart"/>
            <w:r w:rsidRPr="00DD793F">
              <w:rPr>
                <w:spacing w:val="-2"/>
              </w:rPr>
              <w:t>lực</w:t>
            </w:r>
            <w:proofErr w:type="spellEnd"/>
            <w:r w:rsidRPr="00DD793F">
              <w:rPr>
                <w:spacing w:val="-2"/>
              </w:rPr>
              <w:t xml:space="preserve"> </w:t>
            </w:r>
            <w:proofErr w:type="spellStart"/>
            <w:r w:rsidRPr="00DD793F">
              <w:rPr>
                <w:spacing w:val="-2"/>
              </w:rPr>
              <w:t>của</w:t>
            </w:r>
            <w:proofErr w:type="spellEnd"/>
            <w:r w:rsidRPr="00DD793F">
              <w:rPr>
                <w:spacing w:val="-2"/>
              </w:rPr>
              <w:t xml:space="preserve"> </w:t>
            </w:r>
            <w:proofErr w:type="spellStart"/>
            <w:r w:rsidRPr="00DD793F">
              <w:rPr>
                <w:spacing w:val="-2"/>
              </w:rPr>
              <w:t>vị</w:t>
            </w:r>
            <w:proofErr w:type="spellEnd"/>
            <w:r w:rsidRPr="00DD793F">
              <w:rPr>
                <w:spacing w:val="-2"/>
              </w:rPr>
              <w:t xml:space="preserve"> </w:t>
            </w:r>
            <w:proofErr w:type="spellStart"/>
            <w:r w:rsidRPr="00DD793F">
              <w:rPr>
                <w:spacing w:val="-2"/>
              </w:rPr>
              <w:t>trí</w:t>
            </w:r>
            <w:proofErr w:type="spellEnd"/>
            <w:r w:rsidRPr="00DD793F">
              <w:rPr>
                <w:spacing w:val="-2"/>
              </w:rPr>
              <w:t xml:space="preserve"> </w:t>
            </w:r>
            <w:proofErr w:type="spellStart"/>
            <w:r w:rsidRPr="00DD793F">
              <w:rPr>
                <w:spacing w:val="-2"/>
              </w:rPr>
              <w:t>việc</w:t>
            </w:r>
            <w:proofErr w:type="spellEnd"/>
            <w:r w:rsidRPr="00DD793F">
              <w:rPr>
                <w:spacing w:val="-2"/>
              </w:rPr>
              <w:t xml:space="preserve"> </w:t>
            </w:r>
            <w:proofErr w:type="spellStart"/>
            <w:r w:rsidRPr="00DD793F">
              <w:rPr>
                <w:spacing w:val="-2"/>
              </w:rPr>
              <w:t>làm</w:t>
            </w:r>
            <w:proofErr w:type="spellEnd"/>
            <w:r w:rsidRPr="00DD793F">
              <w:rPr>
                <w:spacing w:val="-2"/>
              </w:rPr>
              <w:t xml:space="preserve"> </w:t>
            </w:r>
            <w:proofErr w:type="spellStart"/>
            <w:r w:rsidRPr="00DD793F">
              <w:rPr>
                <w:spacing w:val="-2"/>
              </w:rPr>
              <w:t>Kiểm</w:t>
            </w:r>
            <w:proofErr w:type="spellEnd"/>
            <w:r w:rsidRPr="00DD793F">
              <w:rPr>
                <w:spacing w:val="-2"/>
              </w:rPr>
              <w:t xml:space="preserve"> </w:t>
            </w:r>
            <w:proofErr w:type="spellStart"/>
            <w:r w:rsidRPr="00DD793F">
              <w:rPr>
                <w:spacing w:val="-2"/>
              </w:rPr>
              <w:t>soát</w:t>
            </w:r>
            <w:proofErr w:type="spellEnd"/>
            <w:r w:rsidRPr="00DD793F">
              <w:rPr>
                <w:spacing w:val="-2"/>
              </w:rPr>
              <w:t xml:space="preserve"> </w:t>
            </w:r>
            <w:proofErr w:type="spellStart"/>
            <w:r w:rsidRPr="00DD793F">
              <w:rPr>
                <w:spacing w:val="-2"/>
              </w:rPr>
              <w:t>viên</w:t>
            </w:r>
            <w:proofErr w:type="spellEnd"/>
            <w:r w:rsidRPr="00DD793F">
              <w:rPr>
                <w:spacing w:val="-2"/>
              </w:rPr>
              <w:t xml:space="preserve"> </w:t>
            </w:r>
            <w:proofErr w:type="spellStart"/>
            <w:r w:rsidRPr="00DD793F">
              <w:rPr>
                <w:spacing w:val="-2"/>
              </w:rPr>
              <w:t>chất</w:t>
            </w:r>
            <w:proofErr w:type="spellEnd"/>
            <w:r w:rsidRPr="00DD793F">
              <w:rPr>
                <w:spacing w:val="-2"/>
              </w:rPr>
              <w:t xml:space="preserve"> </w:t>
            </w:r>
            <w:proofErr w:type="spellStart"/>
            <w:r w:rsidRPr="00DD793F">
              <w:rPr>
                <w:spacing w:val="-2"/>
              </w:rPr>
              <w:t>lượng</w:t>
            </w:r>
            <w:proofErr w:type="spellEnd"/>
            <w:r w:rsidRPr="00DD793F">
              <w:rPr>
                <w:spacing w:val="-2"/>
              </w:rPr>
              <w:t xml:space="preserve"> </w:t>
            </w:r>
            <w:proofErr w:type="spellStart"/>
            <w:r w:rsidRPr="00DD793F">
              <w:rPr>
                <w:spacing w:val="-2"/>
              </w:rPr>
              <w:t>sản</w:t>
            </w:r>
            <w:proofErr w:type="spellEnd"/>
            <w:r w:rsidRPr="00DD793F">
              <w:rPr>
                <w:spacing w:val="-2"/>
              </w:rPr>
              <w:t xml:space="preserve"> </w:t>
            </w:r>
            <w:proofErr w:type="spellStart"/>
            <w:r w:rsidRPr="00DD793F">
              <w:rPr>
                <w:spacing w:val="-2"/>
              </w:rPr>
              <w:t>phẩm</w:t>
            </w:r>
            <w:proofErr w:type="spellEnd"/>
            <w:r w:rsidRPr="00DD793F">
              <w:rPr>
                <w:spacing w:val="-2"/>
              </w:rPr>
              <w:t xml:space="preserve">, </w:t>
            </w:r>
            <w:proofErr w:type="spellStart"/>
            <w:r w:rsidRPr="00DD793F">
              <w:rPr>
                <w:spacing w:val="-2"/>
              </w:rPr>
              <w:t>hành</w:t>
            </w:r>
            <w:proofErr w:type="spellEnd"/>
            <w:r w:rsidRPr="00DD793F">
              <w:rPr>
                <w:spacing w:val="-2"/>
              </w:rPr>
              <w:t xml:space="preserve"> </w:t>
            </w:r>
            <w:proofErr w:type="spellStart"/>
            <w:r w:rsidRPr="00DD793F">
              <w:rPr>
                <w:spacing w:val="-2"/>
              </w:rPr>
              <w:t>hóa</w:t>
            </w:r>
            <w:proofErr w:type="spellEnd"/>
            <w:r w:rsidRPr="00DD793F">
              <w:rPr>
                <w:spacing w:val="-2"/>
              </w:rPr>
              <w:t xml:space="preserve"> </w:t>
            </w:r>
            <w:proofErr w:type="spellStart"/>
            <w:r w:rsidRPr="00DD793F">
              <w:rPr>
                <w:spacing w:val="-2"/>
              </w:rPr>
              <w:t>tại</w:t>
            </w:r>
            <w:proofErr w:type="spellEnd"/>
            <w:r w:rsidRPr="00DD793F">
              <w:rPr>
                <w:spacing w:val="-2"/>
              </w:rPr>
              <w:t xml:space="preserve"> </w:t>
            </w:r>
            <w:proofErr w:type="spellStart"/>
            <w:r w:rsidRPr="00DD793F">
              <w:rPr>
                <w:spacing w:val="-2"/>
              </w:rPr>
              <w:t>phụ</w:t>
            </w:r>
            <w:proofErr w:type="spellEnd"/>
            <w:r w:rsidRPr="00DD793F">
              <w:rPr>
                <w:spacing w:val="-2"/>
              </w:rPr>
              <w:t xml:space="preserve"> </w:t>
            </w:r>
            <w:proofErr w:type="spellStart"/>
            <w:r w:rsidRPr="00DD793F">
              <w:rPr>
                <w:spacing w:val="-2"/>
              </w:rPr>
              <w:t>lục</w:t>
            </w:r>
            <w:proofErr w:type="spellEnd"/>
            <w:r w:rsidRPr="00DD793F">
              <w:rPr>
                <w:spacing w:val="-2"/>
              </w:rPr>
              <w:t xml:space="preserve"> II ban </w:t>
            </w:r>
            <w:proofErr w:type="spellStart"/>
            <w:r w:rsidRPr="00DD793F">
              <w:rPr>
                <w:spacing w:val="-2"/>
              </w:rPr>
              <w:t>hành</w:t>
            </w:r>
            <w:proofErr w:type="spellEnd"/>
            <w:r w:rsidRPr="00DD793F">
              <w:rPr>
                <w:spacing w:val="-2"/>
              </w:rPr>
              <w:t xml:space="preserve"> </w:t>
            </w:r>
            <w:proofErr w:type="spellStart"/>
            <w:r w:rsidRPr="00DD793F">
              <w:rPr>
                <w:spacing w:val="-2"/>
              </w:rPr>
              <w:t>kèm</w:t>
            </w:r>
            <w:proofErr w:type="spellEnd"/>
            <w:r w:rsidRPr="00DD793F">
              <w:rPr>
                <w:spacing w:val="-2"/>
              </w:rPr>
              <w:t xml:space="preserve"> </w:t>
            </w:r>
            <w:proofErr w:type="spellStart"/>
            <w:r w:rsidRPr="00DD793F">
              <w:rPr>
                <w:spacing w:val="-2"/>
              </w:rPr>
              <w:t>theo</w:t>
            </w:r>
            <w:proofErr w:type="spellEnd"/>
            <w:r w:rsidRPr="00DD793F">
              <w:rPr>
                <w:spacing w:val="-2"/>
              </w:rPr>
              <w:t xml:space="preserve"> Thông </w:t>
            </w:r>
            <w:proofErr w:type="spellStart"/>
            <w:r w:rsidRPr="00DD793F">
              <w:rPr>
                <w:spacing w:val="-2"/>
              </w:rPr>
              <w:t>tư</w:t>
            </w:r>
            <w:proofErr w:type="spellEnd"/>
            <w:r w:rsidRPr="00DD793F">
              <w:rPr>
                <w:spacing w:val="-2"/>
              </w:rPr>
              <w:t xml:space="preserve"> </w:t>
            </w:r>
            <w:proofErr w:type="spellStart"/>
            <w:r w:rsidRPr="00DD793F">
              <w:rPr>
                <w:spacing w:val="-2"/>
              </w:rPr>
              <w:t>số</w:t>
            </w:r>
            <w:proofErr w:type="spellEnd"/>
            <w:r w:rsidRPr="00DD793F">
              <w:rPr>
                <w:spacing w:val="-2"/>
              </w:rPr>
              <w:t xml:space="preserve"> 16/2023/TT-BKHCN </w:t>
            </w:r>
            <w:proofErr w:type="spellStart"/>
            <w:r w:rsidRPr="00DD793F">
              <w:rPr>
                <w:spacing w:val="-2"/>
              </w:rPr>
              <w:t>ngày</w:t>
            </w:r>
            <w:proofErr w:type="spellEnd"/>
            <w:r w:rsidRPr="00DD793F">
              <w:rPr>
                <w:spacing w:val="-2"/>
              </w:rPr>
              <w:t xml:space="preserve"> 09 </w:t>
            </w:r>
            <w:proofErr w:type="spellStart"/>
            <w:r w:rsidRPr="00DD793F">
              <w:rPr>
                <w:spacing w:val="-2"/>
              </w:rPr>
              <w:t>tháng</w:t>
            </w:r>
            <w:proofErr w:type="spellEnd"/>
            <w:r w:rsidRPr="00DD793F">
              <w:rPr>
                <w:spacing w:val="-2"/>
              </w:rPr>
              <w:t xml:space="preserve"> 8 </w:t>
            </w:r>
            <w:proofErr w:type="spellStart"/>
            <w:r w:rsidRPr="00DD793F">
              <w:rPr>
                <w:spacing w:val="-2"/>
              </w:rPr>
              <w:t>năm</w:t>
            </w:r>
            <w:proofErr w:type="spellEnd"/>
            <w:r w:rsidRPr="00DD793F">
              <w:rPr>
                <w:spacing w:val="-2"/>
              </w:rPr>
              <w:t xml:space="preserve"> 2023 </w:t>
            </w:r>
            <w:proofErr w:type="spellStart"/>
            <w:r w:rsidRPr="00DD793F">
              <w:rPr>
                <w:spacing w:val="-2"/>
              </w:rPr>
              <w:t>của</w:t>
            </w:r>
            <w:proofErr w:type="spellEnd"/>
            <w:r w:rsidRPr="00DD793F">
              <w:rPr>
                <w:spacing w:val="-2"/>
              </w:rPr>
              <w:t xml:space="preserve"> </w:t>
            </w:r>
            <w:proofErr w:type="spellStart"/>
            <w:r w:rsidRPr="00DD793F">
              <w:rPr>
                <w:spacing w:val="-2"/>
              </w:rPr>
              <w:t>Bộ</w:t>
            </w:r>
            <w:proofErr w:type="spellEnd"/>
            <w:r w:rsidRPr="00DD793F">
              <w:rPr>
                <w:spacing w:val="-2"/>
              </w:rPr>
              <w:t xml:space="preserve"> </w:t>
            </w:r>
            <w:proofErr w:type="spellStart"/>
            <w:r w:rsidRPr="00DD793F">
              <w:rPr>
                <w:spacing w:val="-2"/>
              </w:rPr>
              <w:t>trưởng</w:t>
            </w:r>
            <w:proofErr w:type="spellEnd"/>
            <w:r w:rsidRPr="00DD793F">
              <w:rPr>
                <w:spacing w:val="-2"/>
              </w:rPr>
              <w:t xml:space="preserve"> </w:t>
            </w:r>
            <w:proofErr w:type="spellStart"/>
            <w:r w:rsidRPr="00DD793F">
              <w:rPr>
                <w:spacing w:val="-2"/>
              </w:rPr>
              <w:t>Bộ</w:t>
            </w:r>
            <w:proofErr w:type="spellEnd"/>
            <w:r w:rsidRPr="00DD793F">
              <w:rPr>
                <w:spacing w:val="-2"/>
              </w:rPr>
              <w:t xml:space="preserve"> Khoa </w:t>
            </w:r>
            <w:proofErr w:type="spellStart"/>
            <w:r w:rsidRPr="00DD793F">
              <w:rPr>
                <w:spacing w:val="-2"/>
              </w:rPr>
              <w:t>học</w:t>
            </w:r>
            <w:proofErr w:type="spellEnd"/>
            <w:r w:rsidRPr="00DD793F">
              <w:rPr>
                <w:spacing w:val="-2"/>
              </w:rPr>
              <w:t xml:space="preserve"> </w:t>
            </w:r>
            <w:proofErr w:type="spellStart"/>
            <w:r w:rsidRPr="00DD793F">
              <w:rPr>
                <w:spacing w:val="-2"/>
              </w:rPr>
              <w:t>và</w:t>
            </w:r>
            <w:proofErr w:type="spellEnd"/>
            <w:r w:rsidRPr="00DD793F">
              <w:rPr>
                <w:spacing w:val="-2"/>
              </w:rPr>
              <w:t xml:space="preserve"> </w:t>
            </w:r>
            <w:r w:rsidRPr="00DD793F">
              <w:rPr>
                <w:spacing w:val="-2"/>
              </w:rPr>
              <w:lastRenderedPageBreak/>
              <w:t xml:space="preserve">Công </w:t>
            </w:r>
            <w:proofErr w:type="spellStart"/>
            <w:r w:rsidRPr="00DD793F">
              <w:rPr>
                <w:spacing w:val="-2"/>
              </w:rPr>
              <w:t>nghệ</w:t>
            </w:r>
            <w:proofErr w:type="spellEnd"/>
            <w:r w:rsidRPr="00DD793F">
              <w:rPr>
                <w:spacing w:val="-2"/>
              </w:rPr>
              <w:t xml:space="preserve"> </w:t>
            </w:r>
            <w:proofErr w:type="spellStart"/>
            <w:r w:rsidRPr="00DD793F">
              <w:rPr>
                <w:spacing w:val="-2"/>
              </w:rPr>
              <w:t>hướng</w:t>
            </w:r>
            <w:proofErr w:type="spellEnd"/>
            <w:r w:rsidRPr="00DD793F">
              <w:rPr>
                <w:spacing w:val="-2"/>
              </w:rPr>
              <w:t xml:space="preserve"> </w:t>
            </w:r>
            <w:proofErr w:type="spellStart"/>
            <w:r w:rsidRPr="00DD793F">
              <w:rPr>
                <w:spacing w:val="-2"/>
              </w:rPr>
              <w:t>dẫn</w:t>
            </w:r>
            <w:proofErr w:type="spellEnd"/>
            <w:r w:rsidRPr="00DD793F">
              <w:rPr>
                <w:spacing w:val="-2"/>
              </w:rPr>
              <w:t xml:space="preserve"> </w:t>
            </w:r>
            <w:proofErr w:type="spellStart"/>
            <w:r w:rsidRPr="00DD793F">
              <w:rPr>
                <w:spacing w:val="-2"/>
              </w:rPr>
              <w:t>về</w:t>
            </w:r>
            <w:proofErr w:type="spellEnd"/>
            <w:r w:rsidRPr="00DD793F">
              <w:rPr>
                <w:spacing w:val="-2"/>
              </w:rPr>
              <w:t xml:space="preserve"> </w:t>
            </w:r>
            <w:proofErr w:type="spellStart"/>
            <w:r w:rsidRPr="00DD793F">
              <w:rPr>
                <w:spacing w:val="-2"/>
              </w:rPr>
              <w:t>vị</w:t>
            </w:r>
            <w:proofErr w:type="spellEnd"/>
            <w:r w:rsidRPr="00DD793F">
              <w:rPr>
                <w:spacing w:val="-2"/>
              </w:rPr>
              <w:t xml:space="preserve"> </w:t>
            </w:r>
            <w:proofErr w:type="spellStart"/>
            <w:r w:rsidRPr="00DD793F">
              <w:rPr>
                <w:spacing w:val="-2"/>
              </w:rPr>
              <w:t>trí</w:t>
            </w:r>
            <w:proofErr w:type="spellEnd"/>
            <w:r w:rsidRPr="00DD793F">
              <w:rPr>
                <w:spacing w:val="-2"/>
              </w:rPr>
              <w:t xml:space="preserve"> </w:t>
            </w:r>
            <w:proofErr w:type="spellStart"/>
            <w:r w:rsidRPr="00DD793F">
              <w:rPr>
                <w:spacing w:val="-2"/>
              </w:rPr>
              <w:t>việc</w:t>
            </w:r>
            <w:proofErr w:type="spellEnd"/>
            <w:r w:rsidRPr="00DD793F">
              <w:rPr>
                <w:spacing w:val="-2"/>
              </w:rPr>
              <w:t xml:space="preserve"> </w:t>
            </w:r>
            <w:proofErr w:type="spellStart"/>
            <w:r w:rsidRPr="00DD793F">
              <w:rPr>
                <w:spacing w:val="-2"/>
              </w:rPr>
              <w:t>làm</w:t>
            </w:r>
            <w:proofErr w:type="spellEnd"/>
            <w:r w:rsidRPr="00DD793F">
              <w:rPr>
                <w:spacing w:val="-2"/>
              </w:rPr>
              <w:t xml:space="preserve"> </w:t>
            </w:r>
            <w:proofErr w:type="spellStart"/>
            <w:r w:rsidRPr="00DD793F">
              <w:rPr>
                <w:spacing w:val="-2"/>
              </w:rPr>
              <w:t>công</w:t>
            </w:r>
            <w:proofErr w:type="spellEnd"/>
            <w:r w:rsidRPr="00DD793F">
              <w:rPr>
                <w:spacing w:val="-2"/>
              </w:rPr>
              <w:t xml:space="preserve"> </w:t>
            </w:r>
            <w:proofErr w:type="spellStart"/>
            <w:r w:rsidRPr="00DD793F">
              <w:rPr>
                <w:spacing w:val="-2"/>
              </w:rPr>
              <w:t>chức</w:t>
            </w:r>
            <w:proofErr w:type="spellEnd"/>
            <w:r w:rsidRPr="00DD793F">
              <w:rPr>
                <w:spacing w:val="-2"/>
              </w:rPr>
              <w:t xml:space="preserve"> </w:t>
            </w:r>
            <w:proofErr w:type="spellStart"/>
            <w:r w:rsidRPr="00DD793F">
              <w:rPr>
                <w:spacing w:val="-2"/>
              </w:rPr>
              <w:t>nghiệp</w:t>
            </w:r>
            <w:proofErr w:type="spellEnd"/>
            <w:r w:rsidRPr="00DD793F">
              <w:rPr>
                <w:spacing w:val="-2"/>
              </w:rPr>
              <w:t xml:space="preserve"> </w:t>
            </w:r>
            <w:proofErr w:type="spellStart"/>
            <w:r w:rsidRPr="00DD793F">
              <w:rPr>
                <w:spacing w:val="-2"/>
              </w:rPr>
              <w:t>vụ</w:t>
            </w:r>
            <w:proofErr w:type="spellEnd"/>
            <w:r w:rsidRPr="00DD793F">
              <w:rPr>
                <w:spacing w:val="-2"/>
              </w:rPr>
              <w:t xml:space="preserve"> </w:t>
            </w:r>
            <w:proofErr w:type="spellStart"/>
            <w:r w:rsidRPr="00DD793F">
              <w:rPr>
                <w:spacing w:val="-2"/>
              </w:rPr>
              <w:t>chuyên</w:t>
            </w:r>
            <w:proofErr w:type="spellEnd"/>
            <w:r w:rsidRPr="00DD793F">
              <w:rPr>
                <w:spacing w:val="-2"/>
              </w:rPr>
              <w:t xml:space="preserve"> </w:t>
            </w:r>
            <w:proofErr w:type="spellStart"/>
            <w:r w:rsidRPr="00DD793F">
              <w:rPr>
                <w:spacing w:val="-2"/>
              </w:rPr>
              <w:t>ngành</w:t>
            </w:r>
            <w:proofErr w:type="spellEnd"/>
            <w:r w:rsidRPr="00DD793F">
              <w:rPr>
                <w:spacing w:val="-2"/>
              </w:rPr>
              <w:t xml:space="preserve"> khoa </w:t>
            </w:r>
            <w:proofErr w:type="spellStart"/>
            <w:r w:rsidRPr="00DD793F">
              <w:rPr>
                <w:spacing w:val="-2"/>
              </w:rPr>
              <w:t>học</w:t>
            </w:r>
            <w:proofErr w:type="spellEnd"/>
            <w:r w:rsidRPr="00DD793F">
              <w:rPr>
                <w:spacing w:val="-2"/>
              </w:rPr>
              <w:t xml:space="preserve"> </w:t>
            </w:r>
            <w:proofErr w:type="spellStart"/>
            <w:r w:rsidRPr="00DD793F">
              <w:rPr>
                <w:spacing w:val="-2"/>
              </w:rPr>
              <w:t>và</w:t>
            </w:r>
            <w:proofErr w:type="spellEnd"/>
            <w:r w:rsidRPr="00DD793F">
              <w:rPr>
                <w:spacing w:val="-2"/>
              </w:rPr>
              <w:t xml:space="preserve"> </w:t>
            </w:r>
            <w:proofErr w:type="spellStart"/>
            <w:r w:rsidRPr="00DD793F">
              <w:rPr>
                <w:spacing w:val="-2"/>
              </w:rPr>
              <w:t>công</w:t>
            </w:r>
            <w:proofErr w:type="spellEnd"/>
            <w:r w:rsidRPr="00DD793F">
              <w:rPr>
                <w:spacing w:val="-2"/>
              </w:rPr>
              <w:t xml:space="preserve"> </w:t>
            </w:r>
            <w:proofErr w:type="spellStart"/>
            <w:r w:rsidRPr="00DD793F">
              <w:rPr>
                <w:spacing w:val="-2"/>
              </w:rPr>
              <w:t>nghệ</w:t>
            </w:r>
            <w:proofErr w:type="spellEnd"/>
            <w:r w:rsidRPr="00DD793F">
              <w:rPr>
                <w:spacing w:val="-2"/>
              </w:rPr>
              <w:t xml:space="preserve"> </w:t>
            </w:r>
            <w:proofErr w:type="spellStart"/>
            <w:r w:rsidRPr="00DD793F">
              <w:rPr>
                <w:spacing w:val="-2"/>
              </w:rPr>
              <w:t>trong</w:t>
            </w:r>
            <w:proofErr w:type="spellEnd"/>
            <w:r w:rsidRPr="00DD793F">
              <w:rPr>
                <w:spacing w:val="-2"/>
              </w:rPr>
              <w:t xml:space="preserve"> </w:t>
            </w:r>
            <w:proofErr w:type="spellStart"/>
            <w:r w:rsidRPr="00DD793F">
              <w:rPr>
                <w:spacing w:val="-2"/>
              </w:rPr>
              <w:t>cơ</w:t>
            </w:r>
            <w:proofErr w:type="spellEnd"/>
            <w:r w:rsidRPr="00DD793F">
              <w:rPr>
                <w:spacing w:val="-2"/>
              </w:rPr>
              <w:t xml:space="preserve"> </w:t>
            </w:r>
            <w:proofErr w:type="spellStart"/>
            <w:r w:rsidRPr="00DD793F">
              <w:rPr>
                <w:spacing w:val="-2"/>
              </w:rPr>
              <w:t>quan</w:t>
            </w:r>
            <w:proofErr w:type="spellEnd"/>
            <w:r w:rsidRPr="00DD793F">
              <w:rPr>
                <w:spacing w:val="-2"/>
              </w:rPr>
              <w:t xml:space="preserve">, </w:t>
            </w:r>
            <w:proofErr w:type="spellStart"/>
            <w:r w:rsidRPr="00DD793F">
              <w:rPr>
                <w:spacing w:val="-2"/>
              </w:rPr>
              <w:t>tổ</w:t>
            </w:r>
            <w:proofErr w:type="spellEnd"/>
            <w:r w:rsidRPr="00DD793F">
              <w:rPr>
                <w:spacing w:val="-2"/>
              </w:rPr>
              <w:t xml:space="preserve"> </w:t>
            </w:r>
            <w:proofErr w:type="spellStart"/>
            <w:r w:rsidRPr="00DD793F">
              <w:rPr>
                <w:spacing w:val="-2"/>
              </w:rPr>
              <w:t>chức</w:t>
            </w:r>
            <w:proofErr w:type="spellEnd"/>
            <w:r w:rsidRPr="00DD793F">
              <w:rPr>
                <w:spacing w:val="-2"/>
              </w:rPr>
              <w:t xml:space="preserve"> </w:t>
            </w:r>
            <w:proofErr w:type="spellStart"/>
            <w:r w:rsidRPr="00DD793F">
              <w:rPr>
                <w:spacing w:val="-2"/>
              </w:rPr>
              <w:t>thuộc</w:t>
            </w:r>
            <w:proofErr w:type="spellEnd"/>
            <w:r w:rsidRPr="00DD793F">
              <w:rPr>
                <w:spacing w:val="-2"/>
              </w:rPr>
              <w:t xml:space="preserve"> </w:t>
            </w:r>
            <w:proofErr w:type="spellStart"/>
            <w:r w:rsidRPr="00DD793F">
              <w:rPr>
                <w:spacing w:val="-2"/>
              </w:rPr>
              <w:t>ngành</w:t>
            </w:r>
            <w:proofErr w:type="spellEnd"/>
            <w:r w:rsidRPr="00DD793F">
              <w:rPr>
                <w:spacing w:val="-2"/>
              </w:rPr>
              <w:t xml:space="preserve">, </w:t>
            </w:r>
            <w:proofErr w:type="spellStart"/>
            <w:r w:rsidRPr="00DD793F">
              <w:rPr>
                <w:spacing w:val="-2"/>
              </w:rPr>
              <w:t>lĩnh</w:t>
            </w:r>
            <w:proofErr w:type="spellEnd"/>
            <w:r w:rsidRPr="00DD793F">
              <w:rPr>
                <w:spacing w:val="-2"/>
              </w:rPr>
              <w:t xml:space="preserve"> </w:t>
            </w:r>
            <w:proofErr w:type="spellStart"/>
            <w:r w:rsidRPr="00DD793F">
              <w:rPr>
                <w:spacing w:val="-2"/>
              </w:rPr>
              <w:t>vực</w:t>
            </w:r>
            <w:proofErr w:type="spellEnd"/>
            <w:r w:rsidRPr="00DD793F">
              <w:rPr>
                <w:spacing w:val="-2"/>
              </w:rPr>
              <w:t xml:space="preserve"> khoa </w:t>
            </w:r>
            <w:proofErr w:type="spellStart"/>
            <w:r w:rsidRPr="00DD793F">
              <w:rPr>
                <w:spacing w:val="-2"/>
              </w:rPr>
              <w:t>học</w:t>
            </w:r>
            <w:proofErr w:type="spellEnd"/>
            <w:r w:rsidRPr="00DD793F">
              <w:rPr>
                <w:spacing w:val="-2"/>
              </w:rPr>
              <w:t xml:space="preserve"> </w:t>
            </w:r>
            <w:proofErr w:type="spellStart"/>
            <w:r w:rsidRPr="00DD793F">
              <w:rPr>
                <w:spacing w:val="-2"/>
              </w:rPr>
              <w:t>và</w:t>
            </w:r>
            <w:proofErr w:type="spellEnd"/>
            <w:r w:rsidRPr="00DD793F">
              <w:rPr>
                <w:spacing w:val="-2"/>
              </w:rPr>
              <w:t xml:space="preserve"> </w:t>
            </w:r>
            <w:proofErr w:type="spellStart"/>
            <w:r w:rsidRPr="00DD793F">
              <w:rPr>
                <w:spacing w:val="-2"/>
              </w:rPr>
              <w:t>công</w:t>
            </w:r>
            <w:proofErr w:type="spellEnd"/>
            <w:r w:rsidRPr="00DD793F">
              <w:rPr>
                <w:spacing w:val="-2"/>
              </w:rPr>
              <w:t xml:space="preserve"> </w:t>
            </w:r>
            <w:proofErr w:type="spellStart"/>
            <w:r w:rsidRPr="00DD793F">
              <w:rPr>
                <w:spacing w:val="-2"/>
              </w:rPr>
              <w:t>nghệ</w:t>
            </w:r>
            <w:proofErr w:type="spellEnd"/>
            <w:r w:rsidRPr="00DD793F">
              <w:rPr>
                <w:spacing w:val="-2"/>
              </w:rPr>
              <w:t xml:space="preserve">, </w:t>
            </w:r>
            <w:proofErr w:type="spellStart"/>
            <w:r w:rsidRPr="00DD793F">
              <w:rPr>
                <w:spacing w:val="-2"/>
              </w:rPr>
              <w:t>trong</w:t>
            </w:r>
            <w:proofErr w:type="spellEnd"/>
            <w:r w:rsidRPr="00DD793F">
              <w:rPr>
                <w:spacing w:val="-2"/>
              </w:rPr>
              <w:t xml:space="preserve"> </w:t>
            </w:r>
            <w:proofErr w:type="spellStart"/>
            <w:r w:rsidRPr="00DD793F">
              <w:rPr>
                <w:spacing w:val="-2"/>
              </w:rPr>
              <w:t>đó</w:t>
            </w:r>
            <w:proofErr w:type="spellEnd"/>
            <w:r w:rsidRPr="00DD793F">
              <w:rPr>
                <w:spacing w:val="-2"/>
              </w:rPr>
              <w:t xml:space="preserve"> </w:t>
            </w:r>
            <w:proofErr w:type="spellStart"/>
            <w:r w:rsidRPr="00DD793F">
              <w:rPr>
                <w:spacing w:val="-2"/>
              </w:rPr>
              <w:t>yêu</w:t>
            </w:r>
            <w:proofErr w:type="spellEnd"/>
            <w:r w:rsidRPr="00DD793F">
              <w:rPr>
                <w:spacing w:val="-2"/>
              </w:rPr>
              <w:t xml:space="preserve"> </w:t>
            </w:r>
            <w:proofErr w:type="spellStart"/>
            <w:r w:rsidRPr="00DD793F">
              <w:rPr>
                <w:spacing w:val="-2"/>
              </w:rPr>
              <w:t>cầu</w:t>
            </w:r>
            <w:proofErr w:type="spellEnd"/>
            <w:r w:rsidRPr="00DD793F">
              <w:rPr>
                <w:spacing w:val="-2"/>
              </w:rPr>
              <w:t xml:space="preserve"> </w:t>
            </w:r>
            <w:proofErr w:type="spellStart"/>
            <w:r w:rsidRPr="00DD793F">
              <w:rPr>
                <w:spacing w:val="-2"/>
              </w:rPr>
              <w:t>về</w:t>
            </w:r>
            <w:proofErr w:type="spellEnd"/>
            <w:r w:rsidRPr="00DD793F">
              <w:rPr>
                <w:spacing w:val="-2"/>
              </w:rPr>
              <w:t xml:space="preserve"> </w:t>
            </w:r>
            <w:proofErr w:type="spellStart"/>
            <w:r w:rsidRPr="00DD793F">
              <w:rPr>
                <w:spacing w:val="-2"/>
              </w:rPr>
              <w:t>trình</w:t>
            </w:r>
            <w:proofErr w:type="spellEnd"/>
            <w:r w:rsidRPr="00DD793F">
              <w:rPr>
                <w:spacing w:val="-2"/>
              </w:rPr>
              <w:t xml:space="preserve"> </w:t>
            </w:r>
            <w:proofErr w:type="spellStart"/>
            <w:r w:rsidRPr="00DD793F">
              <w:rPr>
                <w:spacing w:val="-2"/>
              </w:rPr>
              <w:t>độ</w:t>
            </w:r>
            <w:proofErr w:type="spellEnd"/>
            <w:r w:rsidRPr="00DD793F">
              <w:rPr>
                <w:spacing w:val="-2"/>
              </w:rPr>
              <w:t xml:space="preserve"> </w:t>
            </w:r>
            <w:proofErr w:type="spellStart"/>
            <w:r w:rsidRPr="00DD793F">
              <w:rPr>
                <w:spacing w:val="-2"/>
              </w:rPr>
              <w:t>ngoại</w:t>
            </w:r>
            <w:proofErr w:type="spellEnd"/>
            <w:r w:rsidRPr="00DD793F">
              <w:rPr>
                <w:spacing w:val="-2"/>
              </w:rPr>
              <w:t xml:space="preserve"> </w:t>
            </w:r>
            <w:proofErr w:type="spellStart"/>
            <w:r w:rsidRPr="00DD793F">
              <w:rPr>
                <w:spacing w:val="-2"/>
              </w:rPr>
              <w:t>ngữ</w:t>
            </w:r>
            <w:proofErr w:type="spellEnd"/>
            <w:r w:rsidRPr="00DD793F">
              <w:rPr>
                <w:spacing w:val="-2"/>
              </w:rPr>
              <w:t>: “</w:t>
            </w:r>
            <w:proofErr w:type="spellStart"/>
            <w:r w:rsidRPr="00DD793F">
              <w:rPr>
                <w:i/>
                <w:iCs/>
                <w:spacing w:val="-2"/>
              </w:rPr>
              <w:t>Sử</w:t>
            </w:r>
            <w:proofErr w:type="spellEnd"/>
            <w:r w:rsidRPr="00DD793F">
              <w:rPr>
                <w:i/>
                <w:iCs/>
                <w:spacing w:val="-2"/>
              </w:rPr>
              <w:t xml:space="preserve"> </w:t>
            </w:r>
            <w:proofErr w:type="spellStart"/>
            <w:r w:rsidRPr="00DD793F">
              <w:rPr>
                <w:i/>
                <w:iCs/>
                <w:spacing w:val="-2"/>
              </w:rPr>
              <w:t>dụng</w:t>
            </w:r>
            <w:proofErr w:type="spellEnd"/>
            <w:r w:rsidRPr="00DD793F">
              <w:rPr>
                <w:i/>
                <w:iCs/>
                <w:spacing w:val="-2"/>
              </w:rPr>
              <w:t xml:space="preserve"> </w:t>
            </w:r>
            <w:proofErr w:type="spellStart"/>
            <w:r w:rsidRPr="00DD793F">
              <w:rPr>
                <w:i/>
                <w:iCs/>
                <w:spacing w:val="-2"/>
              </w:rPr>
              <w:t>được</w:t>
            </w:r>
            <w:proofErr w:type="spellEnd"/>
            <w:r w:rsidRPr="00DD793F">
              <w:rPr>
                <w:i/>
                <w:iCs/>
                <w:spacing w:val="-2"/>
              </w:rPr>
              <w:t xml:space="preserve"> </w:t>
            </w:r>
            <w:proofErr w:type="spellStart"/>
            <w:r w:rsidRPr="00DD793F">
              <w:rPr>
                <w:i/>
                <w:iCs/>
                <w:spacing w:val="-2"/>
              </w:rPr>
              <w:t>ngoại</w:t>
            </w:r>
            <w:proofErr w:type="spellEnd"/>
            <w:r w:rsidRPr="00DD793F">
              <w:rPr>
                <w:i/>
                <w:iCs/>
                <w:spacing w:val="-2"/>
              </w:rPr>
              <w:t xml:space="preserve"> </w:t>
            </w:r>
            <w:proofErr w:type="spellStart"/>
            <w:r w:rsidRPr="00DD793F">
              <w:rPr>
                <w:i/>
                <w:iCs/>
                <w:spacing w:val="-2"/>
              </w:rPr>
              <w:t>ngữ</w:t>
            </w:r>
            <w:proofErr w:type="spellEnd"/>
            <w:r w:rsidRPr="00DD793F">
              <w:rPr>
                <w:i/>
                <w:iCs/>
                <w:spacing w:val="-2"/>
              </w:rPr>
              <w:t xml:space="preserve"> ở </w:t>
            </w:r>
            <w:proofErr w:type="spellStart"/>
            <w:r w:rsidRPr="00DD793F">
              <w:rPr>
                <w:i/>
                <w:iCs/>
                <w:spacing w:val="-2"/>
              </w:rPr>
              <w:t>trình</w:t>
            </w:r>
            <w:proofErr w:type="spellEnd"/>
            <w:r w:rsidRPr="00DD793F">
              <w:rPr>
                <w:i/>
                <w:iCs/>
                <w:spacing w:val="-2"/>
              </w:rPr>
              <w:t xml:space="preserve"> </w:t>
            </w:r>
            <w:proofErr w:type="spellStart"/>
            <w:r w:rsidRPr="00DD793F">
              <w:rPr>
                <w:i/>
                <w:iCs/>
                <w:spacing w:val="-2"/>
              </w:rPr>
              <w:t>độ</w:t>
            </w:r>
            <w:proofErr w:type="spellEnd"/>
            <w:r w:rsidRPr="00DD793F">
              <w:rPr>
                <w:i/>
                <w:iCs/>
                <w:spacing w:val="-2"/>
              </w:rPr>
              <w:t xml:space="preserve"> </w:t>
            </w:r>
            <w:proofErr w:type="spellStart"/>
            <w:r w:rsidRPr="00DD793F">
              <w:rPr>
                <w:i/>
                <w:iCs/>
                <w:spacing w:val="-2"/>
              </w:rPr>
              <w:t>tối</w:t>
            </w:r>
            <w:proofErr w:type="spellEnd"/>
            <w:r w:rsidRPr="00DD793F">
              <w:rPr>
                <w:i/>
                <w:iCs/>
                <w:spacing w:val="-2"/>
              </w:rPr>
              <w:t xml:space="preserve"> </w:t>
            </w:r>
            <w:proofErr w:type="spellStart"/>
            <w:r w:rsidRPr="00DD793F">
              <w:rPr>
                <w:i/>
                <w:iCs/>
                <w:spacing w:val="-2"/>
              </w:rPr>
              <w:t>thiểu</w:t>
            </w:r>
            <w:proofErr w:type="spellEnd"/>
            <w:r w:rsidRPr="00DD793F">
              <w:rPr>
                <w:i/>
                <w:iCs/>
                <w:spacing w:val="-2"/>
              </w:rPr>
              <w:t xml:space="preserve"> </w:t>
            </w:r>
            <w:proofErr w:type="spellStart"/>
            <w:r w:rsidRPr="00DD793F">
              <w:rPr>
                <w:i/>
                <w:iCs/>
                <w:spacing w:val="-2"/>
              </w:rPr>
              <w:t>tương</w:t>
            </w:r>
            <w:proofErr w:type="spellEnd"/>
            <w:r w:rsidRPr="00DD793F">
              <w:rPr>
                <w:i/>
                <w:iCs/>
                <w:spacing w:val="-2"/>
              </w:rPr>
              <w:t xml:space="preserve"> </w:t>
            </w:r>
            <w:proofErr w:type="spellStart"/>
            <w:r w:rsidRPr="00DD793F">
              <w:rPr>
                <w:i/>
                <w:iCs/>
                <w:spacing w:val="-2"/>
              </w:rPr>
              <w:t>đương</w:t>
            </w:r>
            <w:proofErr w:type="spellEnd"/>
            <w:r w:rsidRPr="00DD793F">
              <w:rPr>
                <w:i/>
                <w:iCs/>
                <w:spacing w:val="-2"/>
              </w:rPr>
              <w:t xml:space="preserve"> </w:t>
            </w:r>
            <w:proofErr w:type="spellStart"/>
            <w:r w:rsidRPr="00DD793F">
              <w:rPr>
                <w:i/>
                <w:iCs/>
                <w:spacing w:val="-2"/>
              </w:rPr>
              <w:t>bậc</w:t>
            </w:r>
            <w:proofErr w:type="spellEnd"/>
            <w:r w:rsidRPr="00DD793F">
              <w:rPr>
                <w:i/>
                <w:iCs/>
                <w:spacing w:val="-2"/>
              </w:rPr>
              <w:t xml:space="preserve"> 3 </w:t>
            </w:r>
            <w:proofErr w:type="spellStart"/>
            <w:r w:rsidRPr="00DD793F">
              <w:rPr>
                <w:i/>
                <w:iCs/>
                <w:spacing w:val="-2"/>
              </w:rPr>
              <w:t>khung</w:t>
            </w:r>
            <w:proofErr w:type="spellEnd"/>
            <w:r w:rsidRPr="00DD793F">
              <w:rPr>
                <w:i/>
                <w:iCs/>
                <w:spacing w:val="-2"/>
              </w:rPr>
              <w:t xml:space="preserve"> </w:t>
            </w:r>
            <w:proofErr w:type="spellStart"/>
            <w:r w:rsidRPr="00DD793F">
              <w:rPr>
                <w:i/>
                <w:iCs/>
                <w:spacing w:val="-2"/>
              </w:rPr>
              <w:t>năng</w:t>
            </w:r>
            <w:proofErr w:type="spellEnd"/>
            <w:r w:rsidRPr="00DD793F">
              <w:rPr>
                <w:i/>
                <w:iCs/>
                <w:spacing w:val="-2"/>
              </w:rPr>
              <w:t xml:space="preserve"> </w:t>
            </w:r>
            <w:proofErr w:type="spellStart"/>
            <w:r w:rsidRPr="00DD793F">
              <w:rPr>
                <w:i/>
                <w:iCs/>
                <w:spacing w:val="-2"/>
              </w:rPr>
              <w:t>lực</w:t>
            </w:r>
            <w:proofErr w:type="spellEnd"/>
            <w:r w:rsidRPr="00DD793F">
              <w:rPr>
                <w:i/>
                <w:iCs/>
                <w:spacing w:val="-2"/>
              </w:rPr>
              <w:t xml:space="preserve"> </w:t>
            </w:r>
            <w:proofErr w:type="spellStart"/>
            <w:r w:rsidRPr="00DD793F">
              <w:rPr>
                <w:i/>
                <w:iCs/>
                <w:spacing w:val="-2"/>
              </w:rPr>
              <w:t>ngoại</w:t>
            </w:r>
            <w:proofErr w:type="spellEnd"/>
            <w:r w:rsidRPr="00DD793F">
              <w:rPr>
                <w:i/>
                <w:iCs/>
                <w:spacing w:val="-2"/>
              </w:rPr>
              <w:t xml:space="preserve"> </w:t>
            </w:r>
            <w:proofErr w:type="spellStart"/>
            <w:r w:rsidRPr="00DD793F">
              <w:rPr>
                <w:i/>
                <w:iCs/>
                <w:spacing w:val="-2"/>
              </w:rPr>
              <w:t>ngữ</w:t>
            </w:r>
            <w:proofErr w:type="spellEnd"/>
            <w:r w:rsidRPr="00DD793F">
              <w:rPr>
                <w:i/>
                <w:iCs/>
                <w:spacing w:val="-2"/>
              </w:rPr>
              <w:t xml:space="preserve"> Việt Nam </w:t>
            </w:r>
            <w:proofErr w:type="spellStart"/>
            <w:r w:rsidRPr="00DD793F">
              <w:rPr>
                <w:i/>
                <w:iCs/>
                <w:spacing w:val="-2"/>
              </w:rPr>
              <w:t>hoặc</w:t>
            </w:r>
            <w:proofErr w:type="spellEnd"/>
            <w:r w:rsidRPr="00DD793F">
              <w:rPr>
                <w:i/>
                <w:iCs/>
                <w:spacing w:val="-2"/>
              </w:rPr>
              <w:t xml:space="preserve"> </w:t>
            </w:r>
            <w:proofErr w:type="spellStart"/>
            <w:r w:rsidRPr="00DD793F">
              <w:rPr>
                <w:i/>
                <w:iCs/>
                <w:spacing w:val="-2"/>
              </w:rPr>
              <w:t>sử</w:t>
            </w:r>
            <w:proofErr w:type="spellEnd"/>
            <w:r w:rsidRPr="00DD793F">
              <w:rPr>
                <w:i/>
                <w:iCs/>
                <w:spacing w:val="-2"/>
              </w:rPr>
              <w:t xml:space="preserve"> </w:t>
            </w:r>
            <w:proofErr w:type="spellStart"/>
            <w:r w:rsidRPr="00DD793F">
              <w:rPr>
                <w:i/>
                <w:iCs/>
                <w:spacing w:val="-2"/>
              </w:rPr>
              <w:t>dụng</w:t>
            </w:r>
            <w:proofErr w:type="spellEnd"/>
            <w:r w:rsidRPr="00DD793F">
              <w:rPr>
                <w:i/>
                <w:iCs/>
                <w:spacing w:val="-2"/>
              </w:rPr>
              <w:t xml:space="preserve"> </w:t>
            </w:r>
            <w:proofErr w:type="spellStart"/>
            <w:r w:rsidRPr="00DD793F">
              <w:rPr>
                <w:i/>
                <w:iCs/>
                <w:spacing w:val="-2"/>
              </w:rPr>
              <w:t>được</w:t>
            </w:r>
            <w:proofErr w:type="spellEnd"/>
            <w:r w:rsidRPr="00DD793F">
              <w:rPr>
                <w:i/>
                <w:iCs/>
                <w:spacing w:val="-2"/>
              </w:rPr>
              <w:t xml:space="preserve"> </w:t>
            </w:r>
            <w:proofErr w:type="spellStart"/>
            <w:r w:rsidRPr="00DD793F">
              <w:rPr>
                <w:i/>
                <w:iCs/>
                <w:spacing w:val="-2"/>
              </w:rPr>
              <w:t>tiếng</w:t>
            </w:r>
            <w:proofErr w:type="spellEnd"/>
            <w:r w:rsidRPr="00DD793F">
              <w:rPr>
                <w:i/>
                <w:iCs/>
                <w:spacing w:val="-2"/>
              </w:rPr>
              <w:t xml:space="preserve"> </w:t>
            </w:r>
            <w:proofErr w:type="spellStart"/>
            <w:r w:rsidRPr="00DD793F">
              <w:rPr>
                <w:i/>
                <w:iCs/>
                <w:spacing w:val="-2"/>
              </w:rPr>
              <w:t>dân</w:t>
            </w:r>
            <w:proofErr w:type="spellEnd"/>
            <w:r w:rsidRPr="00DD793F">
              <w:rPr>
                <w:i/>
                <w:iCs/>
                <w:spacing w:val="-2"/>
              </w:rPr>
              <w:t xml:space="preserve"> </w:t>
            </w:r>
            <w:proofErr w:type="spellStart"/>
            <w:r w:rsidRPr="00DD793F">
              <w:rPr>
                <w:i/>
                <w:iCs/>
                <w:spacing w:val="-2"/>
              </w:rPr>
              <w:t>tộc</w:t>
            </w:r>
            <w:proofErr w:type="spellEnd"/>
            <w:r w:rsidRPr="00DD793F">
              <w:rPr>
                <w:i/>
                <w:iCs/>
                <w:spacing w:val="-2"/>
              </w:rPr>
              <w:t xml:space="preserve"> </w:t>
            </w:r>
            <w:proofErr w:type="spellStart"/>
            <w:r w:rsidRPr="00DD793F">
              <w:rPr>
                <w:i/>
                <w:iCs/>
                <w:spacing w:val="-2"/>
              </w:rPr>
              <w:t>thiểu</w:t>
            </w:r>
            <w:proofErr w:type="spellEnd"/>
            <w:r w:rsidRPr="00DD793F">
              <w:rPr>
                <w:i/>
                <w:iCs/>
                <w:spacing w:val="-2"/>
              </w:rPr>
              <w:t xml:space="preserve"> </w:t>
            </w:r>
            <w:proofErr w:type="spellStart"/>
            <w:r w:rsidRPr="00DD793F">
              <w:rPr>
                <w:i/>
                <w:iCs/>
                <w:spacing w:val="-2"/>
              </w:rPr>
              <w:t>số</w:t>
            </w:r>
            <w:proofErr w:type="spellEnd"/>
            <w:r w:rsidRPr="00DD793F">
              <w:rPr>
                <w:i/>
                <w:iCs/>
                <w:spacing w:val="-2"/>
              </w:rPr>
              <w:t xml:space="preserve"> </w:t>
            </w:r>
            <w:proofErr w:type="spellStart"/>
            <w:r w:rsidRPr="00DD793F">
              <w:rPr>
                <w:i/>
                <w:iCs/>
                <w:spacing w:val="-2"/>
              </w:rPr>
              <w:t>đối</w:t>
            </w:r>
            <w:proofErr w:type="spellEnd"/>
            <w:r w:rsidRPr="00DD793F">
              <w:rPr>
                <w:i/>
                <w:iCs/>
                <w:spacing w:val="-2"/>
              </w:rPr>
              <w:t xml:space="preserve"> </w:t>
            </w:r>
            <w:proofErr w:type="spellStart"/>
            <w:r w:rsidRPr="00DD793F">
              <w:rPr>
                <w:i/>
                <w:iCs/>
                <w:spacing w:val="-2"/>
              </w:rPr>
              <w:t>với</w:t>
            </w:r>
            <w:proofErr w:type="spellEnd"/>
            <w:r w:rsidRPr="00DD793F">
              <w:rPr>
                <w:i/>
                <w:iCs/>
                <w:spacing w:val="-2"/>
              </w:rPr>
              <w:t xml:space="preserve"> </w:t>
            </w:r>
            <w:proofErr w:type="spellStart"/>
            <w:r w:rsidRPr="00DD793F">
              <w:rPr>
                <w:i/>
                <w:iCs/>
                <w:spacing w:val="-2"/>
              </w:rPr>
              <w:t>công</w:t>
            </w:r>
            <w:proofErr w:type="spellEnd"/>
            <w:r w:rsidRPr="00DD793F">
              <w:rPr>
                <w:i/>
                <w:iCs/>
                <w:spacing w:val="-2"/>
              </w:rPr>
              <w:t xml:space="preserve"> </w:t>
            </w:r>
            <w:proofErr w:type="spellStart"/>
            <w:r w:rsidRPr="00DD793F">
              <w:rPr>
                <w:i/>
                <w:iCs/>
                <w:spacing w:val="-2"/>
              </w:rPr>
              <w:t>chức</w:t>
            </w:r>
            <w:proofErr w:type="spellEnd"/>
            <w:r w:rsidRPr="00DD793F">
              <w:rPr>
                <w:i/>
                <w:iCs/>
                <w:spacing w:val="-2"/>
              </w:rPr>
              <w:t xml:space="preserve"> </w:t>
            </w:r>
            <w:proofErr w:type="spellStart"/>
            <w:r w:rsidRPr="00DD793F">
              <w:rPr>
                <w:i/>
                <w:iCs/>
                <w:spacing w:val="-2"/>
              </w:rPr>
              <w:t>công</w:t>
            </w:r>
            <w:proofErr w:type="spellEnd"/>
            <w:r w:rsidRPr="00DD793F">
              <w:rPr>
                <w:i/>
                <w:iCs/>
                <w:spacing w:val="-2"/>
              </w:rPr>
              <w:t xml:space="preserve"> </w:t>
            </w:r>
            <w:proofErr w:type="spellStart"/>
            <w:r w:rsidRPr="00DD793F">
              <w:rPr>
                <w:i/>
                <w:iCs/>
                <w:spacing w:val="-2"/>
              </w:rPr>
              <w:t>tác</w:t>
            </w:r>
            <w:proofErr w:type="spellEnd"/>
            <w:r w:rsidRPr="00DD793F">
              <w:rPr>
                <w:i/>
                <w:iCs/>
                <w:spacing w:val="-2"/>
              </w:rPr>
              <w:t xml:space="preserve"> ở </w:t>
            </w:r>
            <w:proofErr w:type="spellStart"/>
            <w:r w:rsidRPr="00DD793F">
              <w:rPr>
                <w:i/>
                <w:iCs/>
                <w:spacing w:val="-2"/>
              </w:rPr>
              <w:t>vùng</w:t>
            </w:r>
            <w:proofErr w:type="spellEnd"/>
            <w:r w:rsidRPr="00DD793F">
              <w:rPr>
                <w:i/>
                <w:iCs/>
                <w:spacing w:val="-2"/>
              </w:rPr>
              <w:t xml:space="preserve"> </w:t>
            </w:r>
            <w:proofErr w:type="spellStart"/>
            <w:r w:rsidRPr="00DD793F">
              <w:rPr>
                <w:i/>
                <w:iCs/>
                <w:spacing w:val="-2"/>
              </w:rPr>
              <w:t>dân</w:t>
            </w:r>
            <w:proofErr w:type="spellEnd"/>
            <w:r w:rsidRPr="00DD793F">
              <w:rPr>
                <w:i/>
                <w:iCs/>
                <w:spacing w:val="-2"/>
              </w:rPr>
              <w:t xml:space="preserve"> </w:t>
            </w:r>
            <w:proofErr w:type="spellStart"/>
            <w:r w:rsidRPr="00DD793F">
              <w:rPr>
                <w:i/>
                <w:iCs/>
                <w:spacing w:val="-2"/>
              </w:rPr>
              <w:t>tộc</w:t>
            </w:r>
            <w:proofErr w:type="spellEnd"/>
            <w:r w:rsidRPr="00DD793F">
              <w:rPr>
                <w:i/>
                <w:iCs/>
                <w:spacing w:val="-2"/>
              </w:rPr>
              <w:t xml:space="preserve"> </w:t>
            </w:r>
            <w:proofErr w:type="spellStart"/>
            <w:r w:rsidRPr="00DD793F">
              <w:rPr>
                <w:i/>
                <w:iCs/>
                <w:spacing w:val="-2"/>
              </w:rPr>
              <w:t>thiểu</w:t>
            </w:r>
            <w:proofErr w:type="spellEnd"/>
            <w:r w:rsidRPr="00DD793F">
              <w:rPr>
                <w:i/>
                <w:iCs/>
                <w:spacing w:val="-2"/>
              </w:rPr>
              <w:t xml:space="preserve"> </w:t>
            </w:r>
            <w:proofErr w:type="spellStart"/>
            <w:r w:rsidRPr="00DD793F">
              <w:rPr>
                <w:i/>
                <w:iCs/>
                <w:spacing w:val="-2"/>
              </w:rPr>
              <w:t>số</w:t>
            </w:r>
            <w:proofErr w:type="spellEnd"/>
            <w:r w:rsidRPr="00DD793F">
              <w:rPr>
                <w:i/>
                <w:iCs/>
                <w:spacing w:val="-2"/>
              </w:rPr>
              <w:t xml:space="preserve"> </w:t>
            </w:r>
            <w:proofErr w:type="spellStart"/>
            <w:r w:rsidRPr="00DD793F">
              <w:rPr>
                <w:i/>
                <w:iCs/>
                <w:spacing w:val="-2"/>
              </w:rPr>
              <w:t>theo</w:t>
            </w:r>
            <w:proofErr w:type="spellEnd"/>
            <w:r w:rsidRPr="00DD793F">
              <w:rPr>
                <w:i/>
                <w:iCs/>
                <w:spacing w:val="-2"/>
              </w:rPr>
              <w:t xml:space="preserve"> </w:t>
            </w:r>
            <w:proofErr w:type="spellStart"/>
            <w:r w:rsidRPr="00DD793F">
              <w:rPr>
                <w:i/>
                <w:iCs/>
                <w:spacing w:val="-2"/>
              </w:rPr>
              <w:t>yêu</w:t>
            </w:r>
            <w:proofErr w:type="spellEnd"/>
            <w:r w:rsidRPr="00DD793F">
              <w:rPr>
                <w:i/>
                <w:iCs/>
                <w:spacing w:val="-2"/>
              </w:rPr>
              <w:t xml:space="preserve"> </w:t>
            </w:r>
            <w:proofErr w:type="spellStart"/>
            <w:r w:rsidRPr="00DD793F">
              <w:rPr>
                <w:i/>
                <w:iCs/>
                <w:spacing w:val="-2"/>
              </w:rPr>
              <w:t>cầu</w:t>
            </w:r>
            <w:proofErr w:type="spellEnd"/>
            <w:r w:rsidRPr="00DD793F">
              <w:rPr>
                <w:i/>
                <w:iCs/>
                <w:spacing w:val="-2"/>
              </w:rPr>
              <w:t xml:space="preserve"> </w:t>
            </w:r>
            <w:proofErr w:type="spellStart"/>
            <w:r w:rsidRPr="00DD793F">
              <w:rPr>
                <w:i/>
                <w:iCs/>
                <w:spacing w:val="-2"/>
              </w:rPr>
              <w:t>của</w:t>
            </w:r>
            <w:proofErr w:type="spellEnd"/>
            <w:r w:rsidRPr="00DD793F">
              <w:rPr>
                <w:i/>
                <w:iCs/>
                <w:spacing w:val="-2"/>
              </w:rPr>
              <w:t xml:space="preserve"> </w:t>
            </w:r>
            <w:proofErr w:type="spellStart"/>
            <w:r w:rsidRPr="00DD793F">
              <w:rPr>
                <w:i/>
                <w:iCs/>
                <w:spacing w:val="-2"/>
              </w:rPr>
              <w:t>vị</w:t>
            </w:r>
            <w:proofErr w:type="spellEnd"/>
            <w:r w:rsidRPr="00DD793F">
              <w:rPr>
                <w:i/>
                <w:iCs/>
                <w:spacing w:val="-2"/>
              </w:rPr>
              <w:t xml:space="preserve"> </w:t>
            </w:r>
            <w:proofErr w:type="spellStart"/>
            <w:r w:rsidRPr="00DD793F">
              <w:rPr>
                <w:i/>
                <w:iCs/>
                <w:spacing w:val="-2"/>
              </w:rPr>
              <w:t>trí</w:t>
            </w:r>
            <w:proofErr w:type="spellEnd"/>
            <w:r w:rsidRPr="00DD793F">
              <w:rPr>
                <w:i/>
                <w:iCs/>
                <w:spacing w:val="-2"/>
              </w:rPr>
              <w:t xml:space="preserve"> </w:t>
            </w:r>
            <w:proofErr w:type="spellStart"/>
            <w:r w:rsidRPr="00DD793F">
              <w:rPr>
                <w:i/>
                <w:iCs/>
                <w:spacing w:val="-2"/>
              </w:rPr>
              <w:t>việc</w:t>
            </w:r>
            <w:proofErr w:type="spellEnd"/>
            <w:r w:rsidRPr="00DD793F">
              <w:rPr>
                <w:i/>
                <w:iCs/>
                <w:spacing w:val="-2"/>
              </w:rPr>
              <w:t xml:space="preserve"> </w:t>
            </w:r>
            <w:proofErr w:type="spellStart"/>
            <w:r w:rsidRPr="00DD793F">
              <w:rPr>
                <w:i/>
                <w:iCs/>
                <w:spacing w:val="-2"/>
              </w:rPr>
              <w:t>làm</w:t>
            </w:r>
            <w:proofErr w:type="spellEnd"/>
            <w:r w:rsidRPr="00DD793F">
              <w:rPr>
                <w:spacing w:val="-2"/>
              </w:rPr>
              <w:t>”.</w:t>
            </w:r>
          </w:p>
        </w:tc>
        <w:tc>
          <w:tcPr>
            <w:tcW w:w="3165" w:type="dxa"/>
          </w:tcPr>
          <w:p w14:paraId="2DC8B55D" w14:textId="1BFEF885" w:rsidR="00855AF9" w:rsidRPr="004543E3" w:rsidRDefault="00855AF9" w:rsidP="00855AF9">
            <w:pPr>
              <w:spacing w:after="120" w:line="320" w:lineRule="exact"/>
              <w:jc w:val="both"/>
              <w:rPr>
                <w:szCs w:val="26"/>
              </w:rPr>
            </w:pPr>
            <w:proofErr w:type="spellStart"/>
            <w:r>
              <w:rPr>
                <w:szCs w:val="26"/>
              </w:rPr>
              <w:lastRenderedPageBreak/>
              <w:t>Tiếp</w:t>
            </w:r>
            <w:proofErr w:type="spellEnd"/>
            <w:r>
              <w:rPr>
                <w:szCs w:val="26"/>
              </w:rPr>
              <w:t xml:space="preserve"> </w:t>
            </w:r>
            <w:proofErr w:type="spellStart"/>
            <w:r>
              <w:rPr>
                <w:szCs w:val="26"/>
              </w:rPr>
              <w:t>thu</w:t>
            </w:r>
            <w:proofErr w:type="spellEnd"/>
            <w:r>
              <w:rPr>
                <w:szCs w:val="26"/>
              </w:rPr>
              <w:t xml:space="preserve"> ý </w:t>
            </w:r>
            <w:proofErr w:type="spellStart"/>
            <w:r>
              <w:rPr>
                <w:szCs w:val="26"/>
              </w:rPr>
              <w:t>kiến</w:t>
            </w:r>
            <w:proofErr w:type="spellEnd"/>
          </w:p>
        </w:tc>
      </w:tr>
      <w:tr w:rsidR="00BE5D3B" w:rsidRPr="004543E3" w14:paraId="5DC1CAA2" w14:textId="77777777" w:rsidTr="00FF0027">
        <w:tc>
          <w:tcPr>
            <w:tcW w:w="14596" w:type="dxa"/>
            <w:gridSpan w:val="4"/>
          </w:tcPr>
          <w:p w14:paraId="7F5AE9A1" w14:textId="313946A5" w:rsidR="00BE5D3B" w:rsidRPr="004543E3" w:rsidRDefault="00BE5D3B" w:rsidP="00BE5D3B">
            <w:pPr>
              <w:spacing w:after="120" w:line="320" w:lineRule="exact"/>
              <w:jc w:val="center"/>
              <w:rPr>
                <w:szCs w:val="26"/>
              </w:rPr>
            </w:pPr>
            <w:r w:rsidRPr="004543E3">
              <w:rPr>
                <w:b/>
              </w:rPr>
              <w:t>CHƯƠNG III. ĐIỀU KHOẢN THI HÀNH</w:t>
            </w:r>
          </w:p>
        </w:tc>
      </w:tr>
      <w:tr w:rsidR="00BE5D3B" w:rsidRPr="004543E3" w14:paraId="5CDB4470" w14:textId="77777777" w:rsidTr="00FF0027">
        <w:tc>
          <w:tcPr>
            <w:tcW w:w="1098" w:type="dxa"/>
          </w:tcPr>
          <w:p w14:paraId="773A0D0F" w14:textId="11AC7D70" w:rsidR="00BE5D3B" w:rsidRPr="004543E3" w:rsidRDefault="00BE5D3B" w:rsidP="00BE5D3B">
            <w:pPr>
              <w:jc w:val="both"/>
            </w:pPr>
            <w:proofErr w:type="spellStart"/>
            <w:r w:rsidRPr="004543E3">
              <w:t>Điều</w:t>
            </w:r>
            <w:proofErr w:type="spellEnd"/>
            <w:r w:rsidRPr="004543E3">
              <w:t xml:space="preserve"> 8</w:t>
            </w:r>
          </w:p>
        </w:tc>
        <w:tc>
          <w:tcPr>
            <w:tcW w:w="5113" w:type="dxa"/>
          </w:tcPr>
          <w:p w14:paraId="2154FCC5" w14:textId="77777777" w:rsidR="00BE5D3B" w:rsidRPr="004543E3" w:rsidRDefault="00BE5D3B" w:rsidP="00BE5D3B">
            <w:pPr>
              <w:pStyle w:val="FirstParagraph"/>
              <w:spacing w:before="120" w:after="120" w:line="360" w:lineRule="exact"/>
              <w:ind w:firstLine="709"/>
              <w:jc w:val="both"/>
              <w:rPr>
                <w:rFonts w:ascii="Times New Roman" w:hAnsi="Times New Roman"/>
                <w:b/>
                <w:bCs/>
                <w:sz w:val="26"/>
                <w:szCs w:val="26"/>
                <w:lang w:val="en-US"/>
              </w:rPr>
            </w:pPr>
            <w:r w:rsidRPr="004543E3">
              <w:rPr>
                <w:rFonts w:ascii="Times New Roman" w:hAnsi="Times New Roman"/>
                <w:b/>
                <w:bCs/>
                <w:sz w:val="26"/>
                <w:szCs w:val="26"/>
              </w:rPr>
              <w:t xml:space="preserve">Điều </w:t>
            </w:r>
            <w:r w:rsidRPr="004543E3">
              <w:rPr>
                <w:rFonts w:ascii="Times New Roman" w:hAnsi="Times New Roman"/>
                <w:b/>
                <w:bCs/>
                <w:sz w:val="26"/>
                <w:szCs w:val="26"/>
                <w:lang w:val="en-US"/>
              </w:rPr>
              <w:t>8</w:t>
            </w:r>
            <w:r w:rsidRPr="004543E3">
              <w:rPr>
                <w:rFonts w:ascii="Times New Roman" w:hAnsi="Times New Roman"/>
                <w:b/>
                <w:bCs/>
                <w:sz w:val="26"/>
                <w:szCs w:val="26"/>
              </w:rPr>
              <w:t xml:space="preserve">. </w:t>
            </w:r>
            <w:proofErr w:type="spellStart"/>
            <w:r w:rsidRPr="004543E3">
              <w:rPr>
                <w:rFonts w:ascii="Times New Roman" w:hAnsi="Times New Roman"/>
                <w:b/>
                <w:bCs/>
                <w:sz w:val="26"/>
                <w:szCs w:val="26"/>
                <w:lang w:val="en-US"/>
              </w:rPr>
              <w:t>Hiệu</w:t>
            </w:r>
            <w:proofErr w:type="spellEnd"/>
            <w:r w:rsidRPr="004543E3">
              <w:rPr>
                <w:rFonts w:ascii="Times New Roman" w:hAnsi="Times New Roman"/>
                <w:b/>
                <w:bCs/>
                <w:sz w:val="26"/>
                <w:szCs w:val="26"/>
                <w:lang w:val="en-US"/>
              </w:rPr>
              <w:t xml:space="preserve"> </w:t>
            </w:r>
            <w:proofErr w:type="spellStart"/>
            <w:r w:rsidRPr="004543E3">
              <w:rPr>
                <w:rFonts w:ascii="Times New Roman" w:hAnsi="Times New Roman"/>
                <w:b/>
                <w:bCs/>
                <w:sz w:val="26"/>
                <w:szCs w:val="26"/>
                <w:lang w:val="en-US"/>
              </w:rPr>
              <w:t>lực</w:t>
            </w:r>
            <w:proofErr w:type="spellEnd"/>
            <w:r w:rsidRPr="004543E3">
              <w:rPr>
                <w:rFonts w:ascii="Times New Roman" w:hAnsi="Times New Roman"/>
                <w:b/>
                <w:bCs/>
                <w:sz w:val="26"/>
                <w:szCs w:val="26"/>
                <w:lang w:val="en-US"/>
              </w:rPr>
              <w:t xml:space="preserve"> </w:t>
            </w:r>
            <w:proofErr w:type="spellStart"/>
            <w:r w:rsidRPr="004543E3">
              <w:rPr>
                <w:rFonts w:ascii="Times New Roman" w:hAnsi="Times New Roman"/>
                <w:b/>
                <w:bCs/>
                <w:sz w:val="26"/>
                <w:szCs w:val="26"/>
                <w:lang w:val="en-US"/>
              </w:rPr>
              <w:t>thi</w:t>
            </w:r>
            <w:proofErr w:type="spellEnd"/>
            <w:r w:rsidRPr="004543E3">
              <w:rPr>
                <w:rFonts w:ascii="Times New Roman" w:hAnsi="Times New Roman"/>
                <w:b/>
                <w:bCs/>
                <w:sz w:val="26"/>
                <w:szCs w:val="26"/>
                <w:lang w:val="en-US"/>
              </w:rPr>
              <w:t xml:space="preserve"> </w:t>
            </w:r>
            <w:proofErr w:type="spellStart"/>
            <w:r w:rsidRPr="004543E3">
              <w:rPr>
                <w:rFonts w:ascii="Times New Roman" w:hAnsi="Times New Roman"/>
                <w:b/>
                <w:bCs/>
                <w:sz w:val="26"/>
                <w:szCs w:val="26"/>
                <w:lang w:val="en-US"/>
              </w:rPr>
              <w:t>hành</w:t>
            </w:r>
            <w:proofErr w:type="spellEnd"/>
          </w:p>
          <w:p w14:paraId="5471C531" w14:textId="77777777" w:rsidR="00BE5D3B" w:rsidRPr="004543E3" w:rsidRDefault="00BE5D3B" w:rsidP="00BE5D3B">
            <w:pPr>
              <w:pStyle w:val="BodyText"/>
              <w:spacing w:before="120" w:line="360" w:lineRule="exact"/>
              <w:ind w:firstLine="709"/>
              <w:jc w:val="both"/>
              <w:rPr>
                <w:szCs w:val="26"/>
              </w:rPr>
            </w:pPr>
            <w:r w:rsidRPr="004543E3">
              <w:rPr>
                <w:szCs w:val="26"/>
              </w:rPr>
              <w:t xml:space="preserve">1. Thông </w:t>
            </w:r>
            <w:proofErr w:type="spellStart"/>
            <w:r w:rsidRPr="004543E3">
              <w:rPr>
                <w:szCs w:val="26"/>
              </w:rPr>
              <w:t>tư</w:t>
            </w:r>
            <w:proofErr w:type="spellEnd"/>
            <w:r w:rsidRPr="004543E3">
              <w:rPr>
                <w:szCs w:val="26"/>
              </w:rPr>
              <w:t xml:space="preserve"> </w:t>
            </w:r>
            <w:proofErr w:type="spellStart"/>
            <w:r w:rsidRPr="004543E3">
              <w:rPr>
                <w:szCs w:val="26"/>
              </w:rPr>
              <w:t>này</w:t>
            </w:r>
            <w:proofErr w:type="spellEnd"/>
            <w:r w:rsidRPr="004543E3">
              <w:rPr>
                <w:szCs w:val="26"/>
              </w:rPr>
              <w:t xml:space="preserve"> có </w:t>
            </w:r>
            <w:proofErr w:type="spellStart"/>
            <w:r w:rsidRPr="004543E3">
              <w:rPr>
                <w:szCs w:val="26"/>
              </w:rPr>
              <w:t>hiệu</w:t>
            </w:r>
            <w:proofErr w:type="spellEnd"/>
            <w:r w:rsidRPr="004543E3">
              <w:rPr>
                <w:szCs w:val="26"/>
              </w:rPr>
              <w:t xml:space="preserve"> </w:t>
            </w:r>
            <w:proofErr w:type="spellStart"/>
            <w:r w:rsidRPr="004543E3">
              <w:rPr>
                <w:szCs w:val="26"/>
              </w:rPr>
              <w:t>lực</w:t>
            </w:r>
            <w:proofErr w:type="spellEnd"/>
            <w:r w:rsidRPr="004543E3">
              <w:rPr>
                <w:szCs w:val="26"/>
              </w:rPr>
              <w:t xml:space="preserve"> </w:t>
            </w:r>
            <w:proofErr w:type="spellStart"/>
            <w:r w:rsidRPr="004543E3">
              <w:rPr>
                <w:szCs w:val="26"/>
              </w:rPr>
              <w:t>thi</w:t>
            </w:r>
            <w:proofErr w:type="spellEnd"/>
            <w:r w:rsidRPr="004543E3">
              <w:rPr>
                <w:szCs w:val="26"/>
              </w:rPr>
              <w:t xml:space="preserve"> </w:t>
            </w:r>
            <w:proofErr w:type="spellStart"/>
            <w:r w:rsidRPr="004543E3">
              <w:rPr>
                <w:szCs w:val="26"/>
              </w:rPr>
              <w:t>hành</w:t>
            </w:r>
            <w:proofErr w:type="spellEnd"/>
            <w:r w:rsidRPr="004543E3">
              <w:rPr>
                <w:szCs w:val="26"/>
              </w:rPr>
              <w:t xml:space="preserve"> </w:t>
            </w:r>
            <w:proofErr w:type="spellStart"/>
            <w:r w:rsidRPr="004543E3">
              <w:rPr>
                <w:szCs w:val="26"/>
              </w:rPr>
              <w:t>kê</w:t>
            </w:r>
            <w:proofErr w:type="spellEnd"/>
            <w:r w:rsidRPr="004543E3">
              <w:rPr>
                <w:szCs w:val="26"/>
              </w:rPr>
              <w:t xml:space="preserve">̉ </w:t>
            </w:r>
            <w:proofErr w:type="spellStart"/>
            <w:r w:rsidRPr="004543E3">
              <w:rPr>
                <w:szCs w:val="26"/>
              </w:rPr>
              <w:t>tư</w:t>
            </w:r>
            <w:proofErr w:type="spellEnd"/>
            <w:r w:rsidRPr="004543E3">
              <w:rPr>
                <w:szCs w:val="26"/>
              </w:rPr>
              <w:t xml:space="preserve">̀ </w:t>
            </w:r>
            <w:proofErr w:type="spellStart"/>
            <w:r w:rsidRPr="004543E3">
              <w:rPr>
                <w:szCs w:val="26"/>
              </w:rPr>
              <w:t>ngày</w:t>
            </w:r>
            <w:proofErr w:type="spellEnd"/>
            <w:r w:rsidRPr="004543E3">
              <w:rPr>
                <w:szCs w:val="26"/>
              </w:rPr>
              <w:t xml:space="preserve"> 01 </w:t>
            </w:r>
            <w:proofErr w:type="spellStart"/>
            <w:r w:rsidRPr="004543E3">
              <w:rPr>
                <w:szCs w:val="26"/>
              </w:rPr>
              <w:t>tháng</w:t>
            </w:r>
            <w:proofErr w:type="spellEnd"/>
            <w:r w:rsidRPr="004543E3">
              <w:rPr>
                <w:szCs w:val="26"/>
              </w:rPr>
              <w:t xml:space="preserve"> 7 </w:t>
            </w:r>
            <w:proofErr w:type="spellStart"/>
            <w:r w:rsidRPr="004543E3">
              <w:rPr>
                <w:szCs w:val="26"/>
              </w:rPr>
              <w:t>năm</w:t>
            </w:r>
            <w:proofErr w:type="spellEnd"/>
            <w:r w:rsidRPr="004543E3">
              <w:rPr>
                <w:szCs w:val="26"/>
              </w:rPr>
              <w:t xml:space="preserve"> 2026.</w:t>
            </w:r>
          </w:p>
          <w:p w14:paraId="2BA6C869" w14:textId="77777777" w:rsidR="00BE5D3B" w:rsidRPr="004543E3" w:rsidRDefault="00BE5D3B" w:rsidP="00BE5D3B">
            <w:pPr>
              <w:pStyle w:val="BodyText"/>
              <w:spacing w:before="120" w:line="360" w:lineRule="exact"/>
              <w:ind w:firstLine="709"/>
              <w:jc w:val="both"/>
              <w:rPr>
                <w:szCs w:val="26"/>
              </w:rPr>
            </w:pPr>
            <w:r w:rsidRPr="004543E3">
              <w:rPr>
                <w:szCs w:val="26"/>
              </w:rPr>
              <w:t xml:space="preserve">2. </w:t>
            </w:r>
            <w:proofErr w:type="spellStart"/>
            <w:r w:rsidRPr="004543E3">
              <w:rPr>
                <w:szCs w:val="26"/>
              </w:rPr>
              <w:t>Bãi</w:t>
            </w:r>
            <w:proofErr w:type="spellEnd"/>
            <w:r w:rsidRPr="004543E3">
              <w:rPr>
                <w:szCs w:val="26"/>
              </w:rPr>
              <w:t xml:space="preserve"> </w:t>
            </w:r>
            <w:proofErr w:type="spellStart"/>
            <w:r w:rsidRPr="004543E3">
              <w:rPr>
                <w:szCs w:val="26"/>
              </w:rPr>
              <w:t>bo</w:t>
            </w:r>
            <w:proofErr w:type="spellEnd"/>
            <w:r w:rsidRPr="004543E3">
              <w:rPr>
                <w:szCs w:val="26"/>
              </w:rPr>
              <w:t xml:space="preserve">̉ Thông </w:t>
            </w:r>
            <w:proofErr w:type="spellStart"/>
            <w:r w:rsidRPr="004543E3">
              <w:rPr>
                <w:szCs w:val="26"/>
              </w:rPr>
              <w:t>tư</w:t>
            </w:r>
            <w:proofErr w:type="spellEnd"/>
            <w:r w:rsidRPr="004543E3">
              <w:rPr>
                <w:szCs w:val="26"/>
              </w:rPr>
              <w:t xml:space="preserve"> </w:t>
            </w:r>
            <w:proofErr w:type="spellStart"/>
            <w:r w:rsidRPr="004543E3">
              <w:rPr>
                <w:szCs w:val="26"/>
              </w:rPr>
              <w:t>số</w:t>
            </w:r>
            <w:proofErr w:type="spellEnd"/>
            <w:r w:rsidRPr="004543E3">
              <w:rPr>
                <w:szCs w:val="26"/>
              </w:rPr>
              <w:t xml:space="preserve"> 10/2009/TT-BNV </w:t>
            </w:r>
            <w:proofErr w:type="spellStart"/>
            <w:r w:rsidRPr="004543E3">
              <w:rPr>
                <w:szCs w:val="26"/>
              </w:rPr>
              <w:t>ngày</w:t>
            </w:r>
            <w:proofErr w:type="spellEnd"/>
            <w:r w:rsidRPr="004543E3">
              <w:rPr>
                <w:szCs w:val="26"/>
              </w:rPr>
              <w:t xml:space="preserve"> 21 </w:t>
            </w:r>
            <w:proofErr w:type="spellStart"/>
            <w:r w:rsidRPr="004543E3">
              <w:rPr>
                <w:szCs w:val="26"/>
              </w:rPr>
              <w:t>tháng</w:t>
            </w:r>
            <w:proofErr w:type="spellEnd"/>
            <w:r w:rsidRPr="004543E3">
              <w:rPr>
                <w:szCs w:val="26"/>
              </w:rPr>
              <w:t xml:space="preserve"> 10 </w:t>
            </w:r>
            <w:proofErr w:type="spellStart"/>
            <w:r w:rsidRPr="004543E3">
              <w:rPr>
                <w:szCs w:val="26"/>
              </w:rPr>
              <w:t>năm</w:t>
            </w:r>
            <w:proofErr w:type="spellEnd"/>
            <w:r w:rsidRPr="004543E3">
              <w:rPr>
                <w:szCs w:val="26"/>
              </w:rPr>
              <w:t xml:space="preserve"> 2009 </w:t>
            </w:r>
            <w:proofErr w:type="spellStart"/>
            <w:r w:rsidRPr="004543E3">
              <w:rPr>
                <w:szCs w:val="26"/>
              </w:rPr>
              <w:t>của</w:t>
            </w:r>
            <w:proofErr w:type="spellEnd"/>
            <w:r w:rsidRPr="004543E3">
              <w:rPr>
                <w:szCs w:val="26"/>
              </w:rPr>
              <w:t xml:space="preserve"> </w:t>
            </w:r>
            <w:proofErr w:type="spellStart"/>
            <w:r w:rsidRPr="004543E3">
              <w:rPr>
                <w:szCs w:val="26"/>
              </w:rPr>
              <w:t>Bộ</w:t>
            </w:r>
            <w:proofErr w:type="spellEnd"/>
            <w:r w:rsidRPr="004543E3">
              <w:rPr>
                <w:szCs w:val="26"/>
              </w:rPr>
              <w:t xml:space="preserve"> </w:t>
            </w:r>
            <w:proofErr w:type="spellStart"/>
            <w:r w:rsidRPr="004543E3">
              <w:rPr>
                <w:szCs w:val="26"/>
              </w:rPr>
              <w:t>trưởng</w:t>
            </w:r>
            <w:proofErr w:type="spellEnd"/>
            <w:r w:rsidRPr="004543E3">
              <w:rPr>
                <w:szCs w:val="26"/>
              </w:rPr>
              <w:t xml:space="preserve"> </w:t>
            </w:r>
            <w:proofErr w:type="spellStart"/>
            <w:r w:rsidRPr="004543E3">
              <w:rPr>
                <w:szCs w:val="26"/>
              </w:rPr>
              <w:t>Bộ</w:t>
            </w:r>
            <w:proofErr w:type="spellEnd"/>
            <w:r w:rsidRPr="004543E3">
              <w:rPr>
                <w:szCs w:val="26"/>
              </w:rPr>
              <w:t xml:space="preserve"> </w:t>
            </w:r>
            <w:proofErr w:type="spellStart"/>
            <w:r w:rsidRPr="004543E3">
              <w:rPr>
                <w:szCs w:val="26"/>
              </w:rPr>
              <w:t>Nội</w:t>
            </w:r>
            <w:proofErr w:type="spellEnd"/>
            <w:r w:rsidRPr="004543E3">
              <w:rPr>
                <w:szCs w:val="26"/>
              </w:rPr>
              <w:t xml:space="preserve"> </w:t>
            </w:r>
            <w:proofErr w:type="spellStart"/>
            <w:r w:rsidRPr="004543E3">
              <w:rPr>
                <w:szCs w:val="26"/>
              </w:rPr>
              <w:t>vụ</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định</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danh</w:t>
            </w:r>
            <w:proofErr w:type="spellEnd"/>
            <w:r w:rsidRPr="004543E3">
              <w:rPr>
                <w:szCs w:val="26"/>
              </w:rPr>
              <w:t xml:space="preserve">, </w:t>
            </w:r>
            <w:proofErr w:type="spellStart"/>
            <w:r w:rsidRPr="004543E3">
              <w:rPr>
                <w:szCs w:val="26"/>
              </w:rPr>
              <w:t>mã</w:t>
            </w:r>
            <w:proofErr w:type="spellEnd"/>
            <w:r w:rsidRPr="004543E3">
              <w:rPr>
                <w:szCs w:val="26"/>
              </w:rPr>
              <w:t xml:space="preserve"> </w:t>
            </w:r>
            <w:proofErr w:type="spellStart"/>
            <w:r w:rsidRPr="004543E3">
              <w:rPr>
                <w:szCs w:val="26"/>
              </w:rPr>
              <w:t>số</w:t>
            </w:r>
            <w:proofErr w:type="spellEnd"/>
            <w:r w:rsidRPr="004543E3">
              <w:rPr>
                <w:szCs w:val="26"/>
              </w:rPr>
              <w:t xml:space="preserve"> </w:t>
            </w:r>
            <w:proofErr w:type="spellStart"/>
            <w:r w:rsidRPr="004543E3">
              <w:rPr>
                <w:szCs w:val="26"/>
              </w:rPr>
              <w:t>ngạch</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tiêu</w:t>
            </w:r>
            <w:proofErr w:type="spellEnd"/>
            <w:r w:rsidRPr="004543E3">
              <w:rPr>
                <w:szCs w:val="26"/>
              </w:rPr>
              <w:t xml:space="preserve"> </w:t>
            </w:r>
            <w:proofErr w:type="spellStart"/>
            <w:r w:rsidRPr="004543E3">
              <w:rPr>
                <w:szCs w:val="26"/>
              </w:rPr>
              <w:t>chuẩn</w:t>
            </w:r>
            <w:proofErr w:type="spellEnd"/>
            <w:r w:rsidRPr="004543E3">
              <w:rPr>
                <w:szCs w:val="26"/>
              </w:rPr>
              <w:t xml:space="preserve"> </w:t>
            </w:r>
            <w:proofErr w:type="spellStart"/>
            <w:r w:rsidRPr="004543E3">
              <w:rPr>
                <w:szCs w:val="26"/>
              </w:rPr>
              <w:t>nghiệp</w:t>
            </w:r>
            <w:proofErr w:type="spellEnd"/>
            <w:r w:rsidRPr="004543E3">
              <w:rPr>
                <w:szCs w:val="26"/>
              </w:rPr>
              <w:t xml:space="preserve"> </w:t>
            </w:r>
            <w:proofErr w:type="spellStart"/>
            <w:r w:rsidRPr="004543E3">
              <w:rPr>
                <w:szCs w:val="26"/>
              </w:rPr>
              <w:t>vụ</w:t>
            </w:r>
            <w:proofErr w:type="spellEnd"/>
            <w:r w:rsidRPr="004543E3">
              <w:rPr>
                <w:szCs w:val="26"/>
              </w:rPr>
              <w:t xml:space="preserve"> </w:t>
            </w:r>
            <w:proofErr w:type="spellStart"/>
            <w:r w:rsidRPr="004543E3">
              <w:rPr>
                <w:szCs w:val="26"/>
              </w:rPr>
              <w:t>các</w:t>
            </w:r>
            <w:proofErr w:type="spellEnd"/>
            <w:r w:rsidRPr="004543E3">
              <w:rPr>
                <w:szCs w:val="26"/>
              </w:rPr>
              <w:t xml:space="preserve"> </w:t>
            </w:r>
            <w:proofErr w:type="spellStart"/>
            <w:r w:rsidRPr="004543E3">
              <w:rPr>
                <w:szCs w:val="26"/>
              </w:rPr>
              <w:t>ngạch</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ngành</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soát</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 xml:space="preserve">. </w:t>
            </w:r>
          </w:p>
          <w:p w14:paraId="0913F3A3" w14:textId="3863354B" w:rsidR="00BE5D3B" w:rsidRPr="004543E3" w:rsidRDefault="00BE5D3B" w:rsidP="00BE5D3B">
            <w:pPr>
              <w:ind w:firstLine="709"/>
              <w:jc w:val="both"/>
              <w:rPr>
                <w:i/>
                <w:iCs/>
                <w:sz w:val="28"/>
                <w:szCs w:val="28"/>
                <w:lang w:val="de-DE"/>
              </w:rPr>
            </w:pPr>
            <w:r w:rsidRPr="004543E3">
              <w:rPr>
                <w:szCs w:val="26"/>
              </w:rPr>
              <w:t xml:space="preserve"> 3. Những </w:t>
            </w:r>
            <w:proofErr w:type="spellStart"/>
            <w:r w:rsidRPr="004543E3">
              <w:rPr>
                <w:szCs w:val="26"/>
              </w:rPr>
              <w:t>quy</w:t>
            </w:r>
            <w:proofErr w:type="spellEnd"/>
            <w:r w:rsidRPr="004543E3">
              <w:rPr>
                <w:szCs w:val="26"/>
              </w:rPr>
              <w:t xml:space="preserve"> </w:t>
            </w:r>
            <w:proofErr w:type="spellStart"/>
            <w:r w:rsidRPr="004543E3">
              <w:rPr>
                <w:szCs w:val="26"/>
              </w:rPr>
              <w:t>định</w:t>
            </w:r>
            <w:proofErr w:type="spellEnd"/>
            <w:r w:rsidRPr="004543E3">
              <w:rPr>
                <w:szCs w:val="26"/>
              </w:rPr>
              <w:t xml:space="preserve"> </w:t>
            </w:r>
            <w:proofErr w:type="spellStart"/>
            <w:r w:rsidRPr="004543E3">
              <w:rPr>
                <w:szCs w:val="26"/>
              </w:rPr>
              <w:t>trước</w:t>
            </w:r>
            <w:proofErr w:type="spellEnd"/>
            <w:r w:rsidRPr="004543E3">
              <w:rPr>
                <w:szCs w:val="26"/>
              </w:rPr>
              <w:t xml:space="preserve"> </w:t>
            </w:r>
            <w:proofErr w:type="spellStart"/>
            <w:r w:rsidRPr="004543E3">
              <w:rPr>
                <w:szCs w:val="26"/>
              </w:rPr>
              <w:t>đây</w:t>
            </w:r>
            <w:proofErr w:type="spellEnd"/>
            <w:r w:rsidRPr="004543E3">
              <w:rPr>
                <w:szCs w:val="26"/>
              </w:rPr>
              <w:t xml:space="preserve"> </w:t>
            </w:r>
            <w:proofErr w:type="spellStart"/>
            <w:r w:rsidRPr="004543E3">
              <w:rPr>
                <w:szCs w:val="26"/>
              </w:rPr>
              <w:t>trái</w:t>
            </w:r>
            <w:proofErr w:type="spellEnd"/>
            <w:r w:rsidRPr="004543E3">
              <w:rPr>
                <w:szCs w:val="26"/>
              </w:rPr>
              <w:t xml:space="preserve"> </w:t>
            </w:r>
            <w:proofErr w:type="spellStart"/>
            <w:r w:rsidRPr="004543E3">
              <w:rPr>
                <w:szCs w:val="26"/>
              </w:rPr>
              <w:t>với</w:t>
            </w:r>
            <w:proofErr w:type="spellEnd"/>
            <w:r w:rsidRPr="004543E3">
              <w:rPr>
                <w:szCs w:val="26"/>
              </w:rPr>
              <w:t xml:space="preserve"> Thông </w:t>
            </w:r>
            <w:proofErr w:type="spellStart"/>
            <w:r w:rsidRPr="004543E3">
              <w:rPr>
                <w:szCs w:val="26"/>
              </w:rPr>
              <w:t>tư</w:t>
            </w:r>
            <w:proofErr w:type="spellEnd"/>
            <w:r w:rsidRPr="004543E3">
              <w:rPr>
                <w:szCs w:val="26"/>
              </w:rPr>
              <w:t xml:space="preserve"> </w:t>
            </w:r>
            <w:proofErr w:type="spellStart"/>
            <w:r w:rsidRPr="004543E3">
              <w:rPr>
                <w:szCs w:val="26"/>
              </w:rPr>
              <w:t>này</w:t>
            </w:r>
            <w:proofErr w:type="spellEnd"/>
            <w:r w:rsidRPr="004543E3">
              <w:rPr>
                <w:szCs w:val="26"/>
              </w:rPr>
              <w:t xml:space="preserve"> </w:t>
            </w:r>
            <w:proofErr w:type="spellStart"/>
            <w:r w:rsidRPr="004543E3">
              <w:rPr>
                <w:szCs w:val="26"/>
              </w:rPr>
              <w:t>đều</w:t>
            </w:r>
            <w:proofErr w:type="spellEnd"/>
            <w:r w:rsidRPr="004543E3">
              <w:rPr>
                <w:szCs w:val="26"/>
              </w:rPr>
              <w:t xml:space="preserve"> </w:t>
            </w:r>
            <w:proofErr w:type="spellStart"/>
            <w:r w:rsidRPr="004543E3">
              <w:rPr>
                <w:szCs w:val="26"/>
              </w:rPr>
              <w:t>bị</w:t>
            </w:r>
            <w:proofErr w:type="spellEnd"/>
            <w:r w:rsidRPr="004543E3">
              <w:rPr>
                <w:szCs w:val="26"/>
              </w:rPr>
              <w:t xml:space="preserve"> </w:t>
            </w:r>
            <w:proofErr w:type="spellStart"/>
            <w:r w:rsidRPr="004543E3">
              <w:rPr>
                <w:szCs w:val="26"/>
              </w:rPr>
              <w:t>bãi</w:t>
            </w:r>
            <w:proofErr w:type="spellEnd"/>
            <w:r w:rsidRPr="004543E3">
              <w:rPr>
                <w:szCs w:val="26"/>
              </w:rPr>
              <w:t xml:space="preserve"> </w:t>
            </w:r>
            <w:proofErr w:type="spellStart"/>
            <w:r w:rsidRPr="004543E3">
              <w:rPr>
                <w:szCs w:val="26"/>
              </w:rPr>
              <w:t>bỏ</w:t>
            </w:r>
            <w:proofErr w:type="spellEnd"/>
            <w:r w:rsidRPr="004543E3">
              <w:rPr>
                <w:szCs w:val="26"/>
              </w:rPr>
              <w:t>.</w:t>
            </w:r>
          </w:p>
        </w:tc>
        <w:tc>
          <w:tcPr>
            <w:tcW w:w="5220" w:type="dxa"/>
          </w:tcPr>
          <w:p w14:paraId="60A9FA00" w14:textId="77777777" w:rsidR="00BE5D3B" w:rsidRPr="004543E3" w:rsidRDefault="00BE5D3B" w:rsidP="009678B4">
            <w:pPr>
              <w:spacing w:after="0" w:line="240" w:lineRule="auto"/>
              <w:jc w:val="both"/>
              <w:rPr>
                <w:b/>
                <w:bCs/>
              </w:rPr>
            </w:pPr>
            <w:proofErr w:type="spellStart"/>
            <w:r w:rsidRPr="004543E3">
              <w:rPr>
                <w:b/>
                <w:bCs/>
              </w:rPr>
              <w:t>Bô</w:t>
            </w:r>
            <w:proofErr w:type="spellEnd"/>
            <w:r w:rsidRPr="004543E3">
              <w:rPr>
                <w:b/>
                <w:bCs/>
              </w:rPr>
              <w:t>̣ Công an:</w:t>
            </w:r>
          </w:p>
          <w:p w14:paraId="73E8B6A0" w14:textId="77777777" w:rsidR="00BE5D3B" w:rsidRPr="004543E3" w:rsidRDefault="00BE5D3B" w:rsidP="009678B4">
            <w:pPr>
              <w:spacing w:after="0" w:line="240" w:lineRule="auto"/>
              <w:jc w:val="both"/>
            </w:pPr>
            <w:proofErr w:type="spellStart"/>
            <w:r w:rsidRPr="004543E3">
              <w:t>Tại</w:t>
            </w:r>
            <w:proofErr w:type="spellEnd"/>
            <w:r w:rsidRPr="004543E3">
              <w:t xml:space="preserve"> </w:t>
            </w:r>
            <w:proofErr w:type="spellStart"/>
            <w:r w:rsidRPr="004543E3">
              <w:t>Khoản</w:t>
            </w:r>
            <w:proofErr w:type="spellEnd"/>
            <w:r w:rsidRPr="004543E3">
              <w:t xml:space="preserve"> 1, </w:t>
            </w:r>
            <w:proofErr w:type="spellStart"/>
            <w:r w:rsidRPr="004543E3">
              <w:t>Điều</w:t>
            </w:r>
            <w:proofErr w:type="spellEnd"/>
            <w:r w:rsidRPr="004543E3">
              <w:t xml:space="preserve"> 8, </w:t>
            </w:r>
            <w:proofErr w:type="spellStart"/>
            <w:r w:rsidRPr="004543E3">
              <w:t>Luật</w:t>
            </w:r>
            <w:proofErr w:type="spellEnd"/>
            <w:r w:rsidRPr="004543E3">
              <w:t xml:space="preserve"> Ban </w:t>
            </w:r>
            <w:proofErr w:type="spellStart"/>
            <w:r w:rsidRPr="004543E3">
              <w:t>hành</w:t>
            </w:r>
            <w:proofErr w:type="spellEnd"/>
            <w:r w:rsidRPr="004543E3">
              <w:t xml:space="preserve"> </w:t>
            </w:r>
            <w:proofErr w:type="spellStart"/>
            <w:r w:rsidRPr="004543E3">
              <w:t>văn</w:t>
            </w:r>
            <w:proofErr w:type="spellEnd"/>
            <w:r w:rsidRPr="004543E3">
              <w:t xml:space="preserve"> </w:t>
            </w:r>
            <w:proofErr w:type="spellStart"/>
            <w:r w:rsidRPr="004543E3">
              <w:t>bản</w:t>
            </w:r>
            <w:proofErr w:type="spellEnd"/>
            <w:r w:rsidRPr="004543E3">
              <w:t xml:space="preserve"> </w:t>
            </w:r>
            <w:proofErr w:type="spellStart"/>
            <w:r w:rsidRPr="004543E3">
              <w:t>quy</w:t>
            </w:r>
            <w:proofErr w:type="spellEnd"/>
            <w:r w:rsidRPr="004543E3">
              <w:t xml:space="preserve"> </w:t>
            </w:r>
            <w:proofErr w:type="spellStart"/>
            <w:r w:rsidRPr="004543E3">
              <w:t>phạm</w:t>
            </w:r>
            <w:proofErr w:type="spellEnd"/>
            <w:r w:rsidRPr="004543E3">
              <w:t xml:space="preserve"> </w:t>
            </w:r>
            <w:proofErr w:type="spellStart"/>
            <w:r w:rsidRPr="004543E3">
              <w:t>pháp</w:t>
            </w:r>
            <w:proofErr w:type="spellEnd"/>
            <w:r w:rsidRPr="004543E3">
              <w:t xml:space="preserve"> </w:t>
            </w:r>
            <w:proofErr w:type="spellStart"/>
            <w:r w:rsidRPr="004543E3">
              <w:t>luật</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w:t>
            </w:r>
            <w:r w:rsidRPr="004543E3">
              <w:rPr>
                <w:i/>
                <w:iCs/>
              </w:rPr>
              <w:t xml:space="preserve">“Văn </w:t>
            </w:r>
            <w:proofErr w:type="spellStart"/>
            <w:r w:rsidRPr="004543E3">
              <w:rPr>
                <w:i/>
                <w:iCs/>
              </w:rPr>
              <w:t>bản</w:t>
            </w:r>
            <w:proofErr w:type="spellEnd"/>
            <w:r w:rsidRPr="004543E3">
              <w:rPr>
                <w:i/>
                <w:iCs/>
              </w:rPr>
              <w:t xml:space="preserve"> </w:t>
            </w:r>
            <w:proofErr w:type="spellStart"/>
            <w:r w:rsidRPr="004543E3">
              <w:rPr>
                <w:i/>
                <w:iCs/>
              </w:rPr>
              <w:t>quy</w:t>
            </w:r>
            <w:proofErr w:type="spellEnd"/>
            <w:r w:rsidRPr="004543E3">
              <w:rPr>
                <w:i/>
                <w:iCs/>
              </w:rPr>
              <w:t xml:space="preserve"> </w:t>
            </w:r>
            <w:proofErr w:type="spellStart"/>
            <w:r w:rsidRPr="004543E3">
              <w:rPr>
                <w:i/>
                <w:iCs/>
              </w:rPr>
              <w:t>phạm</w:t>
            </w:r>
            <w:proofErr w:type="spellEnd"/>
            <w:r w:rsidRPr="004543E3">
              <w:rPr>
                <w:i/>
                <w:iCs/>
              </w:rPr>
              <w:t xml:space="preserve"> </w:t>
            </w:r>
            <w:proofErr w:type="spellStart"/>
            <w:r w:rsidRPr="004543E3">
              <w:rPr>
                <w:i/>
                <w:iCs/>
              </w:rPr>
              <w:t>pháp</w:t>
            </w:r>
            <w:proofErr w:type="spellEnd"/>
            <w:r w:rsidRPr="004543E3">
              <w:rPr>
                <w:i/>
                <w:iCs/>
              </w:rPr>
              <w:t xml:space="preserve"> </w:t>
            </w:r>
            <w:proofErr w:type="spellStart"/>
            <w:r w:rsidRPr="004543E3">
              <w:rPr>
                <w:i/>
                <w:iCs/>
              </w:rPr>
              <w:t>luật</w:t>
            </w:r>
            <w:proofErr w:type="spellEnd"/>
            <w:r w:rsidRPr="004543E3">
              <w:rPr>
                <w:i/>
                <w:iCs/>
              </w:rPr>
              <w:t xml:space="preserve"> </w:t>
            </w:r>
            <w:proofErr w:type="spellStart"/>
            <w:r w:rsidRPr="004543E3">
              <w:rPr>
                <w:i/>
                <w:iCs/>
              </w:rPr>
              <w:t>chỉ</w:t>
            </w:r>
            <w:proofErr w:type="spellEnd"/>
            <w:r w:rsidRPr="004543E3">
              <w:rPr>
                <w:i/>
                <w:iCs/>
              </w:rPr>
              <w:t xml:space="preserve"> </w:t>
            </w:r>
            <w:proofErr w:type="spellStart"/>
            <w:r w:rsidRPr="004543E3">
              <w:rPr>
                <w:i/>
                <w:iCs/>
              </w:rPr>
              <w:t>được</w:t>
            </w:r>
            <w:proofErr w:type="spellEnd"/>
            <w:r w:rsidRPr="004543E3">
              <w:rPr>
                <w:i/>
                <w:iCs/>
              </w:rPr>
              <w:t xml:space="preserve"> </w:t>
            </w:r>
            <w:proofErr w:type="spellStart"/>
            <w:r w:rsidRPr="004543E3">
              <w:rPr>
                <w:i/>
                <w:iCs/>
              </w:rPr>
              <w:t>sửa</w:t>
            </w:r>
            <w:proofErr w:type="spellEnd"/>
            <w:r w:rsidRPr="004543E3">
              <w:rPr>
                <w:i/>
                <w:iCs/>
              </w:rPr>
              <w:t xml:space="preserve"> </w:t>
            </w:r>
            <w:proofErr w:type="spellStart"/>
            <w:r w:rsidRPr="004543E3">
              <w:rPr>
                <w:i/>
                <w:iCs/>
              </w:rPr>
              <w:t>đổi</w:t>
            </w:r>
            <w:proofErr w:type="spellEnd"/>
            <w:r w:rsidRPr="004543E3">
              <w:rPr>
                <w:i/>
                <w:iCs/>
              </w:rPr>
              <w:t xml:space="preserve">, </w:t>
            </w:r>
            <w:proofErr w:type="spellStart"/>
            <w:r w:rsidRPr="004543E3">
              <w:rPr>
                <w:i/>
                <w:iCs/>
              </w:rPr>
              <w:t>bổ</w:t>
            </w:r>
            <w:proofErr w:type="spellEnd"/>
            <w:r w:rsidRPr="004543E3">
              <w:rPr>
                <w:i/>
                <w:iCs/>
              </w:rPr>
              <w:t xml:space="preserve"> sung, </w:t>
            </w:r>
            <w:proofErr w:type="spellStart"/>
            <w:r w:rsidRPr="004543E3">
              <w:rPr>
                <w:i/>
                <w:iCs/>
              </w:rPr>
              <w:t>thay</w:t>
            </w:r>
            <w:proofErr w:type="spellEnd"/>
            <w:r w:rsidRPr="004543E3">
              <w:rPr>
                <w:i/>
                <w:iCs/>
              </w:rPr>
              <w:t xml:space="preserve"> </w:t>
            </w:r>
            <w:proofErr w:type="spellStart"/>
            <w:r w:rsidRPr="004543E3">
              <w:rPr>
                <w:i/>
                <w:iCs/>
              </w:rPr>
              <w:t>thế</w:t>
            </w:r>
            <w:proofErr w:type="spellEnd"/>
            <w:r w:rsidRPr="004543E3">
              <w:rPr>
                <w:i/>
                <w:iCs/>
              </w:rPr>
              <w:t xml:space="preserve"> </w:t>
            </w:r>
            <w:proofErr w:type="spellStart"/>
            <w:r w:rsidRPr="004543E3">
              <w:rPr>
                <w:i/>
                <w:iCs/>
              </w:rPr>
              <w:t>bằng</w:t>
            </w:r>
            <w:proofErr w:type="spellEnd"/>
            <w:r w:rsidRPr="004543E3">
              <w:rPr>
                <w:i/>
                <w:iCs/>
              </w:rPr>
              <w:t xml:space="preserve"> </w:t>
            </w:r>
            <w:proofErr w:type="spellStart"/>
            <w:r w:rsidRPr="004543E3">
              <w:rPr>
                <w:i/>
                <w:iCs/>
              </w:rPr>
              <w:t>văn</w:t>
            </w:r>
            <w:proofErr w:type="spellEnd"/>
            <w:r w:rsidRPr="004543E3">
              <w:rPr>
                <w:i/>
                <w:iCs/>
              </w:rPr>
              <w:t xml:space="preserve"> </w:t>
            </w:r>
            <w:proofErr w:type="spellStart"/>
            <w:r w:rsidRPr="004543E3">
              <w:rPr>
                <w:i/>
                <w:iCs/>
              </w:rPr>
              <w:t>bản</w:t>
            </w:r>
            <w:proofErr w:type="spellEnd"/>
            <w:r w:rsidRPr="004543E3">
              <w:rPr>
                <w:i/>
                <w:iCs/>
              </w:rPr>
              <w:t xml:space="preserve"> </w:t>
            </w:r>
            <w:proofErr w:type="spellStart"/>
            <w:r w:rsidRPr="004543E3">
              <w:rPr>
                <w:i/>
                <w:iCs/>
              </w:rPr>
              <w:t>quy</w:t>
            </w:r>
            <w:proofErr w:type="spellEnd"/>
            <w:r w:rsidRPr="004543E3">
              <w:rPr>
                <w:i/>
                <w:iCs/>
              </w:rPr>
              <w:t xml:space="preserve"> </w:t>
            </w:r>
            <w:proofErr w:type="spellStart"/>
            <w:r w:rsidRPr="004543E3">
              <w:rPr>
                <w:i/>
                <w:iCs/>
              </w:rPr>
              <w:t>phạm</w:t>
            </w:r>
            <w:proofErr w:type="spellEnd"/>
            <w:r w:rsidRPr="004543E3">
              <w:rPr>
                <w:i/>
                <w:iCs/>
              </w:rPr>
              <w:t xml:space="preserve"> </w:t>
            </w:r>
            <w:proofErr w:type="spellStart"/>
            <w:r w:rsidRPr="004543E3">
              <w:rPr>
                <w:i/>
                <w:iCs/>
              </w:rPr>
              <w:t>pháp</w:t>
            </w:r>
            <w:proofErr w:type="spellEnd"/>
            <w:r w:rsidRPr="004543E3">
              <w:rPr>
                <w:i/>
                <w:iCs/>
              </w:rPr>
              <w:t xml:space="preserve"> </w:t>
            </w:r>
            <w:proofErr w:type="spellStart"/>
            <w:r w:rsidRPr="004543E3">
              <w:rPr>
                <w:i/>
                <w:iCs/>
              </w:rPr>
              <w:t>luật</w:t>
            </w:r>
            <w:proofErr w:type="spellEnd"/>
            <w:r w:rsidRPr="004543E3">
              <w:rPr>
                <w:i/>
                <w:iCs/>
              </w:rPr>
              <w:t xml:space="preserve"> </w:t>
            </w:r>
            <w:proofErr w:type="spellStart"/>
            <w:r w:rsidRPr="004543E3">
              <w:rPr>
                <w:i/>
                <w:iCs/>
              </w:rPr>
              <w:t>của</w:t>
            </w:r>
            <w:proofErr w:type="spellEnd"/>
            <w:r w:rsidRPr="004543E3">
              <w:rPr>
                <w:i/>
                <w:iCs/>
              </w:rPr>
              <w:t xml:space="preserve"> </w:t>
            </w:r>
            <w:proofErr w:type="spellStart"/>
            <w:r w:rsidRPr="004543E3">
              <w:rPr>
                <w:i/>
                <w:iCs/>
              </w:rPr>
              <w:t>chính</w:t>
            </w:r>
            <w:proofErr w:type="spellEnd"/>
            <w:r w:rsidRPr="004543E3">
              <w:rPr>
                <w:i/>
                <w:iCs/>
              </w:rPr>
              <w:t xml:space="preserve"> </w:t>
            </w:r>
            <w:proofErr w:type="spellStart"/>
            <w:r w:rsidRPr="004543E3">
              <w:rPr>
                <w:i/>
                <w:iCs/>
              </w:rPr>
              <w:t>cơ</w:t>
            </w:r>
            <w:proofErr w:type="spellEnd"/>
            <w:r w:rsidRPr="004543E3">
              <w:rPr>
                <w:i/>
                <w:iCs/>
              </w:rPr>
              <w:t xml:space="preserve"> </w:t>
            </w:r>
            <w:proofErr w:type="spellStart"/>
            <w:r w:rsidRPr="004543E3">
              <w:rPr>
                <w:i/>
                <w:iCs/>
              </w:rPr>
              <w:t>quan</w:t>
            </w:r>
            <w:proofErr w:type="spellEnd"/>
            <w:r w:rsidRPr="004543E3">
              <w:rPr>
                <w:i/>
                <w:iCs/>
              </w:rPr>
              <w:t xml:space="preserve">, </w:t>
            </w:r>
            <w:proofErr w:type="spellStart"/>
            <w:r w:rsidRPr="004543E3">
              <w:rPr>
                <w:i/>
                <w:iCs/>
              </w:rPr>
              <w:t>người</w:t>
            </w:r>
            <w:proofErr w:type="spellEnd"/>
            <w:r w:rsidRPr="004543E3">
              <w:rPr>
                <w:i/>
                <w:iCs/>
              </w:rPr>
              <w:t xml:space="preserve"> </w:t>
            </w:r>
            <w:proofErr w:type="spellStart"/>
            <w:r w:rsidRPr="004543E3">
              <w:rPr>
                <w:i/>
                <w:iCs/>
              </w:rPr>
              <w:t>có</w:t>
            </w:r>
            <w:proofErr w:type="spellEnd"/>
            <w:r w:rsidRPr="004543E3">
              <w:rPr>
                <w:i/>
                <w:iCs/>
              </w:rPr>
              <w:t xml:space="preserve"> </w:t>
            </w:r>
            <w:proofErr w:type="spellStart"/>
            <w:r w:rsidRPr="004543E3">
              <w:rPr>
                <w:i/>
                <w:iCs/>
              </w:rPr>
              <w:t>thẩm</w:t>
            </w:r>
            <w:proofErr w:type="spellEnd"/>
            <w:r w:rsidRPr="004543E3">
              <w:rPr>
                <w:i/>
                <w:iCs/>
              </w:rPr>
              <w:t xml:space="preserve"> </w:t>
            </w:r>
            <w:proofErr w:type="spellStart"/>
            <w:r w:rsidRPr="004543E3">
              <w:rPr>
                <w:i/>
                <w:iCs/>
              </w:rPr>
              <w:t>quyền</w:t>
            </w:r>
            <w:proofErr w:type="spellEnd"/>
            <w:r w:rsidRPr="004543E3">
              <w:rPr>
                <w:i/>
                <w:iCs/>
              </w:rPr>
              <w:t xml:space="preserve"> </w:t>
            </w:r>
            <w:proofErr w:type="spellStart"/>
            <w:r w:rsidRPr="004543E3">
              <w:rPr>
                <w:i/>
                <w:iCs/>
              </w:rPr>
              <w:t>đã</w:t>
            </w:r>
            <w:proofErr w:type="spellEnd"/>
            <w:r w:rsidRPr="004543E3">
              <w:rPr>
                <w:i/>
                <w:iCs/>
              </w:rPr>
              <w:t xml:space="preserve"> ban </w:t>
            </w:r>
            <w:proofErr w:type="spellStart"/>
            <w:r w:rsidRPr="004543E3">
              <w:rPr>
                <w:i/>
                <w:iCs/>
              </w:rPr>
              <w:t>hành</w:t>
            </w:r>
            <w:proofErr w:type="spellEnd"/>
            <w:r w:rsidRPr="004543E3">
              <w:rPr>
                <w:i/>
                <w:iCs/>
              </w:rPr>
              <w:t xml:space="preserve"> </w:t>
            </w:r>
            <w:proofErr w:type="spellStart"/>
            <w:r w:rsidRPr="004543E3">
              <w:rPr>
                <w:i/>
                <w:iCs/>
              </w:rPr>
              <w:t>văn</w:t>
            </w:r>
            <w:proofErr w:type="spellEnd"/>
            <w:r w:rsidRPr="004543E3">
              <w:rPr>
                <w:i/>
                <w:iCs/>
              </w:rPr>
              <w:t xml:space="preserve"> </w:t>
            </w:r>
            <w:proofErr w:type="spellStart"/>
            <w:r w:rsidRPr="004543E3">
              <w:rPr>
                <w:i/>
                <w:iCs/>
              </w:rPr>
              <w:t>bản</w:t>
            </w:r>
            <w:proofErr w:type="spellEnd"/>
            <w:r w:rsidRPr="004543E3">
              <w:rPr>
                <w:i/>
                <w:iCs/>
              </w:rPr>
              <w:t xml:space="preserve"> </w:t>
            </w:r>
            <w:proofErr w:type="spellStart"/>
            <w:r w:rsidRPr="004543E3">
              <w:rPr>
                <w:i/>
                <w:iCs/>
              </w:rPr>
              <w:t>đó</w:t>
            </w:r>
            <w:proofErr w:type="spellEnd"/>
            <w:r w:rsidRPr="004543E3">
              <w:rPr>
                <w:i/>
                <w:iCs/>
              </w:rPr>
              <w:t xml:space="preserve"> </w:t>
            </w:r>
            <w:proofErr w:type="spellStart"/>
            <w:r w:rsidRPr="004543E3">
              <w:rPr>
                <w:i/>
                <w:iCs/>
              </w:rPr>
              <w:t>hoặc</w:t>
            </w:r>
            <w:proofErr w:type="spellEnd"/>
            <w:r w:rsidRPr="004543E3">
              <w:rPr>
                <w:i/>
                <w:iCs/>
              </w:rPr>
              <w:t xml:space="preserve"> </w:t>
            </w:r>
            <w:proofErr w:type="spellStart"/>
            <w:r w:rsidRPr="004543E3">
              <w:rPr>
                <w:i/>
                <w:iCs/>
              </w:rPr>
              <w:t>bị</w:t>
            </w:r>
            <w:proofErr w:type="spellEnd"/>
            <w:r w:rsidRPr="004543E3">
              <w:rPr>
                <w:i/>
                <w:iCs/>
              </w:rPr>
              <w:t xml:space="preserve"> </w:t>
            </w:r>
            <w:proofErr w:type="spellStart"/>
            <w:r w:rsidRPr="004543E3">
              <w:rPr>
                <w:i/>
                <w:iCs/>
              </w:rPr>
              <w:t>đình</w:t>
            </w:r>
            <w:proofErr w:type="spellEnd"/>
            <w:r w:rsidRPr="004543E3">
              <w:rPr>
                <w:i/>
                <w:iCs/>
              </w:rPr>
              <w:t xml:space="preserve"> </w:t>
            </w:r>
            <w:proofErr w:type="spellStart"/>
            <w:r w:rsidRPr="004543E3">
              <w:rPr>
                <w:i/>
                <w:iCs/>
              </w:rPr>
              <w:t>chỉ</w:t>
            </w:r>
            <w:proofErr w:type="spellEnd"/>
            <w:r w:rsidRPr="004543E3">
              <w:rPr>
                <w:i/>
                <w:iCs/>
              </w:rPr>
              <w:t xml:space="preserve"> </w:t>
            </w:r>
            <w:proofErr w:type="spellStart"/>
            <w:r w:rsidRPr="004543E3">
              <w:rPr>
                <w:i/>
                <w:iCs/>
              </w:rPr>
              <w:t>việc</w:t>
            </w:r>
            <w:proofErr w:type="spellEnd"/>
            <w:r w:rsidRPr="004543E3">
              <w:rPr>
                <w:i/>
                <w:iCs/>
              </w:rPr>
              <w:t xml:space="preserve"> </w:t>
            </w:r>
            <w:proofErr w:type="spellStart"/>
            <w:r w:rsidRPr="004543E3">
              <w:rPr>
                <w:i/>
                <w:iCs/>
              </w:rPr>
              <w:t>thi</w:t>
            </w:r>
            <w:proofErr w:type="spellEnd"/>
            <w:r w:rsidRPr="004543E3">
              <w:rPr>
                <w:i/>
                <w:iCs/>
              </w:rPr>
              <w:t xml:space="preserve"> </w:t>
            </w:r>
            <w:proofErr w:type="spellStart"/>
            <w:r w:rsidRPr="004543E3">
              <w:rPr>
                <w:i/>
                <w:iCs/>
              </w:rPr>
              <w:t>hành</w:t>
            </w:r>
            <w:proofErr w:type="spellEnd"/>
            <w:r w:rsidRPr="004543E3">
              <w:rPr>
                <w:i/>
                <w:iCs/>
              </w:rPr>
              <w:t xml:space="preserve"> </w:t>
            </w:r>
            <w:proofErr w:type="spellStart"/>
            <w:r w:rsidRPr="004543E3">
              <w:rPr>
                <w:i/>
                <w:iCs/>
              </w:rPr>
              <w:t>bằng</w:t>
            </w:r>
            <w:proofErr w:type="spellEnd"/>
            <w:r w:rsidRPr="004543E3">
              <w:rPr>
                <w:i/>
                <w:iCs/>
              </w:rPr>
              <w:t xml:space="preserve"> </w:t>
            </w:r>
            <w:proofErr w:type="spellStart"/>
            <w:r w:rsidRPr="004543E3">
              <w:rPr>
                <w:i/>
                <w:iCs/>
              </w:rPr>
              <w:t>văn</w:t>
            </w:r>
            <w:proofErr w:type="spellEnd"/>
            <w:r w:rsidRPr="004543E3">
              <w:rPr>
                <w:i/>
                <w:iCs/>
              </w:rPr>
              <w:t xml:space="preserve"> </w:t>
            </w:r>
            <w:proofErr w:type="spellStart"/>
            <w:r w:rsidRPr="004543E3">
              <w:rPr>
                <w:i/>
                <w:iCs/>
              </w:rPr>
              <w:t>bản</w:t>
            </w:r>
            <w:proofErr w:type="spellEnd"/>
            <w:r w:rsidRPr="004543E3">
              <w:rPr>
                <w:i/>
                <w:iCs/>
              </w:rPr>
              <w:t xml:space="preserve"> </w:t>
            </w:r>
            <w:proofErr w:type="spellStart"/>
            <w:r w:rsidRPr="004543E3">
              <w:rPr>
                <w:i/>
                <w:iCs/>
              </w:rPr>
              <w:t>của</w:t>
            </w:r>
            <w:proofErr w:type="spellEnd"/>
            <w:r w:rsidRPr="004543E3">
              <w:rPr>
                <w:i/>
                <w:iCs/>
              </w:rPr>
              <w:t xml:space="preserve"> </w:t>
            </w:r>
            <w:proofErr w:type="spellStart"/>
            <w:r w:rsidRPr="004543E3">
              <w:rPr>
                <w:i/>
                <w:iCs/>
              </w:rPr>
              <w:t>cơ</w:t>
            </w:r>
            <w:proofErr w:type="spellEnd"/>
            <w:r w:rsidRPr="004543E3">
              <w:rPr>
                <w:i/>
                <w:iCs/>
              </w:rPr>
              <w:t xml:space="preserve"> </w:t>
            </w:r>
            <w:proofErr w:type="spellStart"/>
            <w:r w:rsidRPr="004543E3">
              <w:rPr>
                <w:i/>
                <w:iCs/>
              </w:rPr>
              <w:t>quan</w:t>
            </w:r>
            <w:proofErr w:type="spellEnd"/>
            <w:r w:rsidRPr="004543E3">
              <w:rPr>
                <w:i/>
                <w:iCs/>
              </w:rPr>
              <w:t xml:space="preserve">, </w:t>
            </w:r>
            <w:proofErr w:type="spellStart"/>
            <w:r w:rsidRPr="004543E3">
              <w:rPr>
                <w:i/>
                <w:iCs/>
              </w:rPr>
              <w:t>người</w:t>
            </w:r>
            <w:proofErr w:type="spellEnd"/>
            <w:r w:rsidRPr="004543E3">
              <w:rPr>
                <w:i/>
                <w:iCs/>
              </w:rPr>
              <w:t xml:space="preserve"> </w:t>
            </w:r>
            <w:proofErr w:type="spellStart"/>
            <w:r w:rsidRPr="004543E3">
              <w:rPr>
                <w:i/>
                <w:iCs/>
              </w:rPr>
              <w:t>có</w:t>
            </w:r>
            <w:proofErr w:type="spellEnd"/>
            <w:r w:rsidRPr="004543E3">
              <w:rPr>
                <w:i/>
                <w:iCs/>
              </w:rPr>
              <w:t xml:space="preserve"> </w:t>
            </w:r>
            <w:proofErr w:type="spellStart"/>
            <w:r w:rsidRPr="004543E3">
              <w:rPr>
                <w:i/>
                <w:iCs/>
              </w:rPr>
              <w:t>thẩm</w:t>
            </w:r>
            <w:proofErr w:type="spellEnd"/>
            <w:r w:rsidRPr="004543E3">
              <w:rPr>
                <w:i/>
                <w:iCs/>
              </w:rPr>
              <w:t xml:space="preserve"> </w:t>
            </w:r>
            <w:proofErr w:type="spellStart"/>
            <w:r w:rsidRPr="004543E3">
              <w:rPr>
                <w:i/>
                <w:iCs/>
              </w:rPr>
              <w:t>quyền</w:t>
            </w:r>
            <w:proofErr w:type="spellEnd"/>
            <w:r w:rsidRPr="004543E3">
              <w:rPr>
                <w:i/>
                <w:iCs/>
              </w:rPr>
              <w:t xml:space="preserve">, </w:t>
            </w:r>
            <w:proofErr w:type="spellStart"/>
            <w:r w:rsidRPr="004543E3">
              <w:rPr>
                <w:i/>
                <w:iCs/>
              </w:rPr>
              <w:t>trừ</w:t>
            </w:r>
            <w:proofErr w:type="spellEnd"/>
            <w:r w:rsidRPr="004543E3">
              <w:rPr>
                <w:i/>
                <w:iCs/>
              </w:rPr>
              <w:t xml:space="preserve"> </w:t>
            </w:r>
            <w:proofErr w:type="spellStart"/>
            <w:r w:rsidRPr="004543E3">
              <w:rPr>
                <w:i/>
                <w:iCs/>
              </w:rPr>
              <w:t>trường</w:t>
            </w:r>
            <w:proofErr w:type="spellEnd"/>
            <w:r w:rsidRPr="004543E3">
              <w:rPr>
                <w:i/>
                <w:iCs/>
              </w:rPr>
              <w:t xml:space="preserve"> </w:t>
            </w:r>
            <w:proofErr w:type="spellStart"/>
            <w:r w:rsidRPr="004543E3">
              <w:rPr>
                <w:i/>
                <w:iCs/>
              </w:rPr>
              <w:t>hợp</w:t>
            </w:r>
            <w:proofErr w:type="spellEnd"/>
            <w:r w:rsidRPr="004543E3">
              <w:rPr>
                <w:i/>
                <w:iCs/>
              </w:rPr>
              <w:t xml:space="preserve"> </w:t>
            </w:r>
            <w:proofErr w:type="spellStart"/>
            <w:r w:rsidRPr="004543E3">
              <w:rPr>
                <w:i/>
                <w:iCs/>
              </w:rPr>
              <w:t>quy</w:t>
            </w:r>
            <w:proofErr w:type="spellEnd"/>
            <w:r w:rsidRPr="004543E3">
              <w:rPr>
                <w:i/>
                <w:iCs/>
              </w:rPr>
              <w:t xml:space="preserve"> </w:t>
            </w:r>
            <w:proofErr w:type="spellStart"/>
            <w:r w:rsidRPr="004543E3">
              <w:rPr>
                <w:i/>
                <w:iCs/>
              </w:rPr>
              <w:t>định</w:t>
            </w:r>
            <w:proofErr w:type="spellEnd"/>
            <w:r w:rsidRPr="004543E3">
              <w:rPr>
                <w:i/>
                <w:iCs/>
              </w:rPr>
              <w:t xml:space="preserve"> </w:t>
            </w:r>
            <w:proofErr w:type="spellStart"/>
            <w:r w:rsidRPr="004543E3">
              <w:rPr>
                <w:i/>
                <w:iCs/>
              </w:rPr>
              <w:t>tại</w:t>
            </w:r>
            <w:proofErr w:type="spellEnd"/>
            <w:r w:rsidRPr="004543E3">
              <w:rPr>
                <w:i/>
                <w:iCs/>
              </w:rPr>
              <w:t xml:space="preserve"> </w:t>
            </w:r>
            <w:proofErr w:type="spellStart"/>
            <w:r w:rsidRPr="004543E3">
              <w:rPr>
                <w:i/>
                <w:iCs/>
              </w:rPr>
              <w:t>Điểm</w:t>
            </w:r>
            <w:proofErr w:type="spellEnd"/>
            <w:r w:rsidRPr="004543E3">
              <w:rPr>
                <w:i/>
                <w:iCs/>
              </w:rPr>
              <w:t xml:space="preserve"> a </w:t>
            </w:r>
            <w:proofErr w:type="spellStart"/>
            <w:r w:rsidRPr="004543E3">
              <w:rPr>
                <w:i/>
                <w:iCs/>
              </w:rPr>
              <w:t>và</w:t>
            </w:r>
            <w:proofErr w:type="spellEnd"/>
            <w:r w:rsidRPr="004543E3">
              <w:rPr>
                <w:i/>
                <w:iCs/>
              </w:rPr>
              <w:t xml:space="preserve"> </w:t>
            </w:r>
            <w:proofErr w:type="spellStart"/>
            <w:r w:rsidRPr="004543E3">
              <w:rPr>
                <w:i/>
                <w:iCs/>
              </w:rPr>
              <w:t>Điểm</w:t>
            </w:r>
            <w:proofErr w:type="spellEnd"/>
            <w:r w:rsidRPr="004543E3">
              <w:rPr>
                <w:i/>
                <w:iCs/>
              </w:rPr>
              <w:t xml:space="preserve"> b, </w:t>
            </w:r>
            <w:proofErr w:type="spellStart"/>
            <w:r w:rsidRPr="004543E3">
              <w:rPr>
                <w:i/>
                <w:iCs/>
              </w:rPr>
              <w:t>Khoản</w:t>
            </w:r>
            <w:proofErr w:type="spellEnd"/>
            <w:r w:rsidRPr="004543E3">
              <w:rPr>
                <w:i/>
                <w:iCs/>
              </w:rPr>
              <w:t xml:space="preserve"> 2, </w:t>
            </w:r>
            <w:proofErr w:type="spellStart"/>
            <w:r w:rsidRPr="004543E3">
              <w:rPr>
                <w:i/>
                <w:iCs/>
              </w:rPr>
              <w:t>Điều</w:t>
            </w:r>
            <w:proofErr w:type="spellEnd"/>
            <w:r w:rsidRPr="004543E3">
              <w:rPr>
                <w:i/>
                <w:iCs/>
              </w:rPr>
              <w:t xml:space="preserve"> 54 </w:t>
            </w:r>
            <w:proofErr w:type="spellStart"/>
            <w:r w:rsidRPr="004543E3">
              <w:rPr>
                <w:i/>
                <w:iCs/>
              </w:rPr>
              <w:t>của</w:t>
            </w:r>
            <w:proofErr w:type="spellEnd"/>
            <w:r w:rsidRPr="004543E3">
              <w:rPr>
                <w:i/>
                <w:iCs/>
              </w:rPr>
              <w:t xml:space="preserve"> </w:t>
            </w:r>
            <w:proofErr w:type="spellStart"/>
            <w:r w:rsidRPr="004543E3">
              <w:rPr>
                <w:i/>
                <w:iCs/>
              </w:rPr>
              <w:t>Luật</w:t>
            </w:r>
            <w:proofErr w:type="spellEnd"/>
            <w:r w:rsidRPr="004543E3">
              <w:rPr>
                <w:i/>
                <w:iCs/>
              </w:rPr>
              <w:t xml:space="preserve"> </w:t>
            </w:r>
            <w:proofErr w:type="spellStart"/>
            <w:r w:rsidRPr="004543E3">
              <w:rPr>
                <w:i/>
                <w:iCs/>
              </w:rPr>
              <w:t>này</w:t>
            </w:r>
            <w:proofErr w:type="spellEnd"/>
            <w:r w:rsidRPr="004543E3">
              <w:rPr>
                <w:i/>
                <w:iCs/>
              </w:rPr>
              <w:t xml:space="preserve"> </w:t>
            </w:r>
            <w:proofErr w:type="spellStart"/>
            <w:r w:rsidRPr="004543E3">
              <w:rPr>
                <w:i/>
                <w:iCs/>
              </w:rPr>
              <w:t>hoặc</w:t>
            </w:r>
            <w:proofErr w:type="spellEnd"/>
            <w:r w:rsidRPr="004543E3">
              <w:rPr>
                <w:i/>
                <w:iCs/>
              </w:rPr>
              <w:t xml:space="preserve"> </w:t>
            </w:r>
            <w:proofErr w:type="spellStart"/>
            <w:r w:rsidRPr="004543E3">
              <w:rPr>
                <w:i/>
                <w:iCs/>
              </w:rPr>
              <w:t>luật</w:t>
            </w:r>
            <w:proofErr w:type="spellEnd"/>
            <w:r w:rsidRPr="004543E3">
              <w:rPr>
                <w:i/>
                <w:iCs/>
              </w:rPr>
              <w:t xml:space="preserve">, </w:t>
            </w:r>
            <w:proofErr w:type="spellStart"/>
            <w:r w:rsidRPr="004543E3">
              <w:rPr>
                <w:i/>
                <w:iCs/>
              </w:rPr>
              <w:t>nghị</w:t>
            </w:r>
            <w:proofErr w:type="spellEnd"/>
            <w:r w:rsidRPr="004543E3">
              <w:rPr>
                <w:i/>
                <w:iCs/>
              </w:rPr>
              <w:t xml:space="preserve"> </w:t>
            </w:r>
            <w:proofErr w:type="spellStart"/>
            <w:r w:rsidRPr="004543E3">
              <w:rPr>
                <w:i/>
                <w:iCs/>
              </w:rPr>
              <w:t>quyết</w:t>
            </w:r>
            <w:proofErr w:type="spellEnd"/>
            <w:r w:rsidRPr="004543E3">
              <w:rPr>
                <w:i/>
                <w:iCs/>
              </w:rPr>
              <w:t xml:space="preserve"> </w:t>
            </w:r>
            <w:proofErr w:type="spellStart"/>
            <w:r w:rsidRPr="004543E3">
              <w:rPr>
                <w:i/>
                <w:iCs/>
              </w:rPr>
              <w:t>của</w:t>
            </w:r>
            <w:proofErr w:type="spellEnd"/>
            <w:r w:rsidRPr="004543E3">
              <w:rPr>
                <w:i/>
                <w:iCs/>
              </w:rPr>
              <w:t xml:space="preserve"> Quốc </w:t>
            </w:r>
            <w:proofErr w:type="spellStart"/>
            <w:r w:rsidRPr="004543E3">
              <w:rPr>
                <w:i/>
                <w:iCs/>
              </w:rPr>
              <w:t>hội</w:t>
            </w:r>
            <w:proofErr w:type="spellEnd"/>
            <w:r w:rsidRPr="004543E3">
              <w:rPr>
                <w:i/>
                <w:iCs/>
              </w:rPr>
              <w:t xml:space="preserve"> </w:t>
            </w:r>
            <w:proofErr w:type="spellStart"/>
            <w:r w:rsidRPr="004543E3">
              <w:rPr>
                <w:i/>
                <w:iCs/>
              </w:rPr>
              <w:t>có</w:t>
            </w:r>
            <w:proofErr w:type="spellEnd"/>
            <w:r w:rsidRPr="004543E3">
              <w:rPr>
                <w:i/>
                <w:iCs/>
              </w:rPr>
              <w:t xml:space="preserve"> </w:t>
            </w:r>
            <w:proofErr w:type="spellStart"/>
            <w:r w:rsidRPr="004543E3">
              <w:rPr>
                <w:i/>
                <w:iCs/>
              </w:rPr>
              <w:t>quy</w:t>
            </w:r>
            <w:proofErr w:type="spellEnd"/>
            <w:r w:rsidRPr="004543E3">
              <w:rPr>
                <w:i/>
                <w:iCs/>
              </w:rPr>
              <w:t xml:space="preserve"> </w:t>
            </w:r>
            <w:proofErr w:type="spellStart"/>
            <w:r w:rsidRPr="004543E3">
              <w:rPr>
                <w:i/>
                <w:iCs/>
              </w:rPr>
              <w:t>định</w:t>
            </w:r>
            <w:proofErr w:type="spellEnd"/>
            <w:r w:rsidRPr="004543E3">
              <w:rPr>
                <w:i/>
                <w:iCs/>
              </w:rPr>
              <w:t xml:space="preserve"> </w:t>
            </w:r>
            <w:proofErr w:type="spellStart"/>
            <w:r w:rsidRPr="004543E3">
              <w:rPr>
                <w:i/>
                <w:iCs/>
              </w:rPr>
              <w:t>khác</w:t>
            </w:r>
            <w:proofErr w:type="spellEnd"/>
            <w:r w:rsidRPr="004543E3">
              <w:rPr>
                <w:i/>
                <w:iCs/>
              </w:rPr>
              <w:t>”</w:t>
            </w:r>
            <w:r w:rsidRPr="004543E3">
              <w:t xml:space="preserve">. </w:t>
            </w:r>
          </w:p>
          <w:p w14:paraId="5D76648B" w14:textId="41B31628" w:rsidR="00BE5D3B" w:rsidRPr="004543E3" w:rsidRDefault="00BE5D3B" w:rsidP="009678B4">
            <w:pPr>
              <w:spacing w:after="0" w:line="240" w:lineRule="auto"/>
              <w:jc w:val="both"/>
            </w:pPr>
            <w:r w:rsidRPr="004543E3">
              <w:t xml:space="preserve">Do </w:t>
            </w:r>
            <w:proofErr w:type="spellStart"/>
            <w:r w:rsidRPr="004543E3">
              <w:t>vậy</w:t>
            </w:r>
            <w:proofErr w:type="spellEnd"/>
            <w:r w:rsidRPr="004543E3">
              <w:t xml:space="preserve">,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rà</w:t>
            </w:r>
            <w:proofErr w:type="spellEnd"/>
            <w:r w:rsidRPr="004543E3">
              <w:t xml:space="preserve"> </w:t>
            </w:r>
            <w:proofErr w:type="spellStart"/>
            <w:r w:rsidRPr="004543E3">
              <w:t>soát</w:t>
            </w:r>
            <w:proofErr w:type="spellEnd"/>
            <w:r w:rsidRPr="004543E3">
              <w:t xml:space="preserve"> </w:t>
            </w:r>
            <w:proofErr w:type="spellStart"/>
            <w:r w:rsidRPr="004543E3">
              <w:t>lại</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tại</w:t>
            </w:r>
            <w:proofErr w:type="spellEnd"/>
            <w:r w:rsidRPr="004543E3">
              <w:t xml:space="preserve"> </w:t>
            </w:r>
            <w:proofErr w:type="spellStart"/>
            <w:r w:rsidRPr="004543E3">
              <w:t>Khoản</w:t>
            </w:r>
            <w:proofErr w:type="spellEnd"/>
            <w:r w:rsidRPr="004543E3">
              <w:t xml:space="preserve"> 2 </w:t>
            </w:r>
            <w:proofErr w:type="spellStart"/>
            <w:r w:rsidRPr="004543E3">
              <w:t>và</w:t>
            </w:r>
            <w:proofErr w:type="spellEnd"/>
            <w:r w:rsidRPr="004543E3">
              <w:t xml:space="preserve"> </w:t>
            </w:r>
            <w:proofErr w:type="spellStart"/>
            <w:r w:rsidRPr="004543E3">
              <w:t>Khoản</w:t>
            </w:r>
            <w:proofErr w:type="spellEnd"/>
            <w:r w:rsidRPr="004543E3">
              <w:t xml:space="preserve"> 3, </w:t>
            </w:r>
            <w:proofErr w:type="spellStart"/>
            <w:r w:rsidRPr="004543E3">
              <w:t>Điều</w:t>
            </w:r>
            <w:proofErr w:type="spellEnd"/>
            <w:r w:rsidRPr="004543E3">
              <w:t xml:space="preserve"> 8 </w:t>
            </w:r>
            <w:proofErr w:type="spellStart"/>
            <w:r w:rsidRPr="004543E3">
              <w:t>dự</w:t>
            </w:r>
            <w:proofErr w:type="spellEnd"/>
            <w:r w:rsidRPr="004543E3">
              <w:t xml:space="preserve"> </w:t>
            </w:r>
            <w:proofErr w:type="spellStart"/>
            <w:r w:rsidRPr="004543E3">
              <w:t>thảo</w:t>
            </w:r>
            <w:proofErr w:type="spellEnd"/>
            <w:r w:rsidRPr="004543E3">
              <w:t xml:space="preserve"> Thông </w:t>
            </w:r>
            <w:proofErr w:type="spellStart"/>
            <w:r w:rsidRPr="004543E3">
              <w:t>tư</w:t>
            </w:r>
            <w:proofErr w:type="spellEnd"/>
            <w:r w:rsidRPr="004543E3">
              <w:t xml:space="preserve"> </w:t>
            </w:r>
            <w:proofErr w:type="spellStart"/>
            <w:r w:rsidRPr="004543E3">
              <w:t>tránh</w:t>
            </w:r>
            <w:proofErr w:type="spellEnd"/>
            <w:r w:rsidRPr="004543E3">
              <w:t xml:space="preserve"> </w:t>
            </w:r>
            <w:proofErr w:type="spellStart"/>
            <w:r w:rsidRPr="004543E3">
              <w:t>trùng</w:t>
            </w:r>
            <w:proofErr w:type="spellEnd"/>
            <w:r w:rsidRPr="004543E3">
              <w:t xml:space="preserve"> </w:t>
            </w:r>
            <w:proofErr w:type="spellStart"/>
            <w:r w:rsidRPr="004543E3">
              <w:t>dẫm</w:t>
            </w:r>
            <w:proofErr w:type="spellEnd"/>
            <w:r w:rsidRPr="004543E3">
              <w:t xml:space="preserve"> </w:t>
            </w:r>
            <w:proofErr w:type="spellStart"/>
            <w:r w:rsidRPr="004543E3">
              <w:t>về</w:t>
            </w:r>
            <w:proofErr w:type="spellEnd"/>
            <w:r w:rsidRPr="004543E3">
              <w:t xml:space="preserve"> </w:t>
            </w:r>
            <w:proofErr w:type="spellStart"/>
            <w:r w:rsidRPr="004543E3">
              <w:t>thẩm</w:t>
            </w:r>
            <w:proofErr w:type="spellEnd"/>
            <w:r w:rsidRPr="004543E3">
              <w:t xml:space="preserve"> </w:t>
            </w:r>
            <w:proofErr w:type="spellStart"/>
            <w:r w:rsidRPr="004543E3">
              <w:t>quyền</w:t>
            </w:r>
            <w:proofErr w:type="spellEnd"/>
            <w:r w:rsidRPr="004543E3">
              <w:t xml:space="preserve"> ban </w:t>
            </w:r>
            <w:proofErr w:type="spellStart"/>
            <w:r w:rsidRPr="004543E3">
              <w:t>hành</w:t>
            </w:r>
            <w:proofErr w:type="spellEnd"/>
            <w:r w:rsidRPr="004543E3">
              <w:t xml:space="preserve"> </w:t>
            </w:r>
            <w:proofErr w:type="spellStart"/>
            <w:r w:rsidRPr="004543E3">
              <w:t>của</w:t>
            </w:r>
            <w:proofErr w:type="spellEnd"/>
            <w:r w:rsidRPr="004543E3">
              <w:t xml:space="preserve"> </w:t>
            </w:r>
            <w:proofErr w:type="spellStart"/>
            <w:r w:rsidRPr="004543E3">
              <w:t>Bộ</w:t>
            </w:r>
            <w:proofErr w:type="spellEnd"/>
            <w:r w:rsidRPr="004543E3">
              <w:t xml:space="preserve"> </w:t>
            </w:r>
            <w:proofErr w:type="spellStart"/>
            <w:r w:rsidRPr="004543E3">
              <w:t>trưởng</w:t>
            </w:r>
            <w:proofErr w:type="spellEnd"/>
            <w:r w:rsidRPr="004543E3">
              <w:t xml:space="preserve"> </w:t>
            </w:r>
            <w:proofErr w:type="spellStart"/>
            <w:r w:rsidRPr="004543E3">
              <w:t>Bộ</w:t>
            </w:r>
            <w:proofErr w:type="spellEnd"/>
            <w:r w:rsidRPr="004543E3">
              <w:t xml:space="preserve"> </w:t>
            </w:r>
            <w:proofErr w:type="spellStart"/>
            <w:r w:rsidRPr="004543E3">
              <w:t>Nội</w:t>
            </w:r>
            <w:proofErr w:type="spellEnd"/>
            <w:r w:rsidRPr="004543E3">
              <w:t xml:space="preserve"> </w:t>
            </w:r>
            <w:proofErr w:type="spellStart"/>
            <w:r w:rsidRPr="004543E3">
              <w:t>vụ</w:t>
            </w:r>
            <w:proofErr w:type="spellEnd"/>
            <w:r w:rsidRPr="004543E3">
              <w:t xml:space="preserve">. Trường </w:t>
            </w:r>
            <w:proofErr w:type="spellStart"/>
            <w:r w:rsidRPr="004543E3">
              <w:t>hợp</w:t>
            </w:r>
            <w:proofErr w:type="spellEnd"/>
            <w:r w:rsidRPr="004543E3">
              <w:t xml:space="preserve"> </w:t>
            </w:r>
            <w:proofErr w:type="spellStart"/>
            <w:r w:rsidRPr="004543E3">
              <w:t>cần</w:t>
            </w:r>
            <w:proofErr w:type="spellEnd"/>
            <w:r w:rsidRPr="004543E3">
              <w:t xml:space="preserve"> </w:t>
            </w:r>
            <w:proofErr w:type="spellStart"/>
            <w:r w:rsidRPr="004543E3">
              <w:t>thiết</w:t>
            </w:r>
            <w:proofErr w:type="spellEnd"/>
            <w:r w:rsidRPr="004543E3">
              <w:t xml:space="preserve">, </w:t>
            </w:r>
            <w:proofErr w:type="spellStart"/>
            <w:r w:rsidRPr="004543E3">
              <w:t>Bộ</w:t>
            </w:r>
            <w:proofErr w:type="spellEnd"/>
            <w:r w:rsidRPr="004543E3">
              <w:t xml:space="preserve"> KH&amp;CN </w:t>
            </w:r>
            <w:proofErr w:type="spellStart"/>
            <w:r w:rsidRPr="004543E3">
              <w:t>cần</w:t>
            </w:r>
            <w:proofErr w:type="spellEnd"/>
            <w:r w:rsidRPr="004543E3">
              <w:t xml:space="preserve"> </w:t>
            </w:r>
            <w:proofErr w:type="spellStart"/>
            <w:r w:rsidRPr="004543E3">
              <w:t>trao</w:t>
            </w:r>
            <w:proofErr w:type="spellEnd"/>
            <w:r w:rsidRPr="004543E3">
              <w:t xml:space="preserve"> </w:t>
            </w:r>
            <w:proofErr w:type="spellStart"/>
            <w:r w:rsidRPr="004543E3">
              <w:t>đổi</w:t>
            </w:r>
            <w:proofErr w:type="spellEnd"/>
            <w:r w:rsidRPr="004543E3">
              <w:t xml:space="preserve"> </w:t>
            </w:r>
            <w:proofErr w:type="spellStart"/>
            <w:r w:rsidRPr="004543E3">
              <w:t>đối</w:t>
            </w:r>
            <w:proofErr w:type="spellEnd"/>
            <w:r w:rsidRPr="004543E3">
              <w:t xml:space="preserve"> </w:t>
            </w:r>
            <w:proofErr w:type="spellStart"/>
            <w:r w:rsidRPr="004543E3">
              <w:t>với</w:t>
            </w:r>
            <w:proofErr w:type="spellEnd"/>
            <w:r w:rsidRPr="004543E3">
              <w:t xml:space="preserve"> </w:t>
            </w:r>
            <w:proofErr w:type="spellStart"/>
            <w:r w:rsidRPr="004543E3">
              <w:t>Bộ</w:t>
            </w:r>
            <w:proofErr w:type="spellEnd"/>
            <w:r w:rsidRPr="004543E3">
              <w:t xml:space="preserve"> </w:t>
            </w:r>
            <w:proofErr w:type="spellStart"/>
            <w:r w:rsidRPr="004543E3">
              <w:t>Nội</w:t>
            </w:r>
            <w:proofErr w:type="spellEnd"/>
            <w:r w:rsidRPr="004543E3">
              <w:t xml:space="preserve"> </w:t>
            </w:r>
            <w:proofErr w:type="spellStart"/>
            <w:r w:rsidRPr="004543E3">
              <w:t>vụ</w:t>
            </w:r>
            <w:proofErr w:type="spellEnd"/>
            <w:r w:rsidRPr="004543E3">
              <w:t xml:space="preserve"> </w:t>
            </w:r>
            <w:proofErr w:type="spellStart"/>
            <w:r w:rsidRPr="004543E3">
              <w:t>về</w:t>
            </w:r>
            <w:proofErr w:type="spellEnd"/>
            <w:r w:rsidRPr="004543E3">
              <w:t xml:space="preserve"> </w:t>
            </w:r>
            <w:proofErr w:type="spellStart"/>
            <w:r w:rsidRPr="004543E3">
              <w:t>các</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về</w:t>
            </w:r>
            <w:proofErr w:type="spellEnd"/>
            <w:r w:rsidRPr="004543E3">
              <w:t xml:space="preserve"> </w:t>
            </w:r>
            <w:proofErr w:type="spellStart"/>
            <w:r w:rsidRPr="004543E3">
              <w:t>ngạch</w:t>
            </w:r>
            <w:proofErr w:type="spellEnd"/>
            <w:r w:rsidRPr="004543E3">
              <w:t xml:space="preserve"> </w:t>
            </w:r>
            <w:proofErr w:type="spellStart"/>
            <w:r w:rsidRPr="004543E3">
              <w:t>công</w:t>
            </w:r>
            <w:proofErr w:type="spellEnd"/>
            <w:r w:rsidRPr="004543E3">
              <w:t xml:space="preserve"> </w:t>
            </w:r>
            <w:proofErr w:type="spellStart"/>
            <w:r w:rsidRPr="004543E3">
              <w:t>chức</w:t>
            </w:r>
            <w:proofErr w:type="spellEnd"/>
            <w:r w:rsidRPr="004543E3">
              <w:t xml:space="preserve"> </w:t>
            </w:r>
            <w:proofErr w:type="spellStart"/>
            <w:r w:rsidRPr="004543E3">
              <w:t>chuyên</w:t>
            </w:r>
            <w:proofErr w:type="spellEnd"/>
            <w:r w:rsidRPr="004543E3">
              <w:t xml:space="preserve"> </w:t>
            </w:r>
            <w:proofErr w:type="spellStart"/>
            <w:r w:rsidRPr="004543E3">
              <w:t>ngành</w:t>
            </w:r>
            <w:proofErr w:type="spellEnd"/>
            <w:r w:rsidRPr="004543E3">
              <w:t xml:space="preserve"> KSVCLSPHH </w:t>
            </w:r>
            <w:proofErr w:type="spellStart"/>
            <w:r w:rsidRPr="004543E3">
              <w:t>đang</w:t>
            </w:r>
            <w:proofErr w:type="spellEnd"/>
            <w:r w:rsidRPr="004543E3">
              <w:t xml:space="preserve"> </w:t>
            </w:r>
            <w:proofErr w:type="spellStart"/>
            <w:r w:rsidRPr="004543E3">
              <w:t>có</w:t>
            </w:r>
            <w:proofErr w:type="spellEnd"/>
            <w:r w:rsidRPr="004543E3">
              <w:t xml:space="preserve"> </w:t>
            </w:r>
            <w:proofErr w:type="spellStart"/>
            <w:r w:rsidRPr="004543E3">
              <w:t>hiệu</w:t>
            </w:r>
            <w:proofErr w:type="spellEnd"/>
            <w:r w:rsidRPr="004543E3">
              <w:t xml:space="preserve"> </w:t>
            </w:r>
            <w:proofErr w:type="spellStart"/>
            <w:r w:rsidRPr="004543E3">
              <w:t>lực</w:t>
            </w:r>
            <w:proofErr w:type="spellEnd"/>
            <w:r w:rsidRPr="004543E3">
              <w:t xml:space="preserve"> </w:t>
            </w:r>
            <w:proofErr w:type="spellStart"/>
            <w:r w:rsidRPr="004543E3">
              <w:t>thi</w:t>
            </w:r>
            <w:proofErr w:type="spellEnd"/>
            <w:r w:rsidRPr="004543E3">
              <w:t xml:space="preserve"> </w:t>
            </w:r>
            <w:proofErr w:type="spellStart"/>
            <w:r w:rsidRPr="004543E3">
              <w:t>hành</w:t>
            </w:r>
            <w:proofErr w:type="spellEnd"/>
            <w:r w:rsidRPr="004543E3">
              <w:t xml:space="preserve"> </w:t>
            </w:r>
            <w:proofErr w:type="spellStart"/>
            <w:r w:rsidRPr="004543E3">
              <w:t>để</w:t>
            </w:r>
            <w:proofErr w:type="spellEnd"/>
            <w:r w:rsidRPr="004543E3">
              <w:t xml:space="preserve"> </w:t>
            </w:r>
            <w:proofErr w:type="spellStart"/>
            <w:r w:rsidRPr="004543E3">
              <w:t>bảo</w:t>
            </w:r>
            <w:proofErr w:type="spellEnd"/>
            <w:r w:rsidRPr="004543E3">
              <w:t xml:space="preserve"> </w:t>
            </w:r>
            <w:proofErr w:type="spellStart"/>
            <w:r w:rsidRPr="004543E3">
              <w:t>đảm</w:t>
            </w:r>
            <w:proofErr w:type="spellEnd"/>
            <w:r w:rsidRPr="004543E3">
              <w:t xml:space="preserve"> </w:t>
            </w:r>
            <w:proofErr w:type="spellStart"/>
            <w:r w:rsidRPr="004543E3">
              <w:t>việc</w:t>
            </w:r>
            <w:proofErr w:type="spellEnd"/>
            <w:r w:rsidRPr="004543E3">
              <w:t xml:space="preserve"> </w:t>
            </w:r>
            <w:proofErr w:type="spellStart"/>
            <w:r w:rsidRPr="004543E3">
              <w:t>thực</w:t>
            </w:r>
            <w:proofErr w:type="spellEnd"/>
            <w:r w:rsidRPr="004543E3">
              <w:t xml:space="preserve"> </w:t>
            </w:r>
            <w:proofErr w:type="spellStart"/>
            <w:r w:rsidRPr="004543E3">
              <w:t>hiện</w:t>
            </w:r>
            <w:proofErr w:type="spellEnd"/>
            <w:r w:rsidRPr="004543E3">
              <w:t xml:space="preserve"> </w:t>
            </w:r>
            <w:proofErr w:type="spellStart"/>
            <w:r w:rsidRPr="004543E3">
              <w:t>thống</w:t>
            </w:r>
            <w:proofErr w:type="spellEnd"/>
            <w:r w:rsidRPr="004543E3">
              <w:t xml:space="preserve"> </w:t>
            </w:r>
            <w:proofErr w:type="spellStart"/>
            <w:r w:rsidRPr="004543E3">
              <w:t>nhất</w:t>
            </w:r>
            <w:proofErr w:type="spellEnd"/>
            <w:r w:rsidRPr="004543E3">
              <w:t xml:space="preserve">, </w:t>
            </w:r>
            <w:proofErr w:type="spellStart"/>
            <w:r w:rsidRPr="004543E3">
              <w:t>phù</w:t>
            </w:r>
            <w:proofErr w:type="spellEnd"/>
            <w:r w:rsidRPr="004543E3">
              <w:t xml:space="preserve"> </w:t>
            </w:r>
            <w:proofErr w:type="spellStart"/>
            <w:r w:rsidRPr="004543E3">
              <w:t>hợp</w:t>
            </w:r>
            <w:proofErr w:type="spellEnd"/>
            <w:r w:rsidRPr="004543E3">
              <w:t xml:space="preserve"> </w:t>
            </w:r>
            <w:proofErr w:type="spellStart"/>
            <w:r w:rsidRPr="004543E3">
              <w:t>với</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tại</w:t>
            </w:r>
            <w:proofErr w:type="spellEnd"/>
            <w:r w:rsidRPr="004543E3">
              <w:t xml:space="preserve"> </w:t>
            </w:r>
            <w:proofErr w:type="spellStart"/>
            <w:r w:rsidRPr="004543E3">
              <w:t>Khoản</w:t>
            </w:r>
            <w:proofErr w:type="spellEnd"/>
            <w:r w:rsidRPr="004543E3">
              <w:t xml:space="preserve"> 4, </w:t>
            </w:r>
            <w:proofErr w:type="spellStart"/>
            <w:r w:rsidRPr="004543E3">
              <w:t>Điều</w:t>
            </w:r>
            <w:proofErr w:type="spellEnd"/>
            <w:r w:rsidRPr="004543E3">
              <w:t xml:space="preserve"> 16, </w:t>
            </w:r>
            <w:proofErr w:type="spellStart"/>
            <w:r w:rsidRPr="004543E3">
              <w:t>Nghị</w:t>
            </w:r>
            <w:proofErr w:type="spellEnd"/>
            <w:r w:rsidRPr="004543E3">
              <w:t xml:space="preserve"> </w:t>
            </w:r>
            <w:proofErr w:type="spellStart"/>
            <w:r w:rsidRPr="004543E3">
              <w:t>định</w:t>
            </w:r>
            <w:proofErr w:type="spellEnd"/>
            <w:r w:rsidRPr="004543E3">
              <w:t xml:space="preserve"> </w:t>
            </w:r>
            <w:proofErr w:type="spellStart"/>
            <w:r w:rsidRPr="004543E3">
              <w:t>số</w:t>
            </w:r>
            <w:proofErr w:type="spellEnd"/>
            <w:r w:rsidRPr="004543E3">
              <w:t xml:space="preserve"> 37/2025/NĐ-CP.</w:t>
            </w:r>
          </w:p>
        </w:tc>
        <w:tc>
          <w:tcPr>
            <w:tcW w:w="3165" w:type="dxa"/>
          </w:tcPr>
          <w:p w14:paraId="21FC0868" w14:textId="6F1F644B" w:rsidR="00BE5D3B" w:rsidRPr="004543E3" w:rsidRDefault="00BE5D3B" w:rsidP="00BE5D3B">
            <w:pPr>
              <w:spacing w:after="120" w:line="320" w:lineRule="exact"/>
              <w:jc w:val="both"/>
              <w:rPr>
                <w:szCs w:val="26"/>
              </w:rPr>
            </w:pPr>
            <w:r w:rsidRPr="004543E3">
              <w:rPr>
                <w:szCs w:val="26"/>
              </w:rPr>
              <w:t xml:space="preserve">- </w:t>
            </w:r>
            <w:proofErr w:type="spellStart"/>
            <w:r w:rsidRPr="004543E3">
              <w:rPr>
                <w:szCs w:val="26"/>
              </w:rPr>
              <w:t>Tiếp</w:t>
            </w:r>
            <w:proofErr w:type="spellEnd"/>
            <w:r w:rsidRPr="004543E3">
              <w:rPr>
                <w:szCs w:val="26"/>
              </w:rPr>
              <w:t xml:space="preserve"> </w:t>
            </w:r>
            <w:proofErr w:type="spellStart"/>
            <w:r w:rsidRPr="004543E3">
              <w:rPr>
                <w:szCs w:val="26"/>
              </w:rPr>
              <w:t>thu</w:t>
            </w:r>
            <w:proofErr w:type="spellEnd"/>
            <w:r w:rsidRPr="004543E3">
              <w:rPr>
                <w:szCs w:val="26"/>
              </w:rPr>
              <w:t xml:space="preserve"> ý </w:t>
            </w:r>
            <w:proofErr w:type="spellStart"/>
            <w:r w:rsidRPr="004543E3">
              <w:rPr>
                <w:szCs w:val="26"/>
              </w:rPr>
              <w:t>kiến</w:t>
            </w:r>
            <w:proofErr w:type="spellEnd"/>
          </w:p>
        </w:tc>
      </w:tr>
      <w:tr w:rsidR="00BE5D3B" w:rsidRPr="004543E3" w14:paraId="35CD7580" w14:textId="77777777" w:rsidTr="00FF0027">
        <w:tc>
          <w:tcPr>
            <w:tcW w:w="1098" w:type="dxa"/>
          </w:tcPr>
          <w:p w14:paraId="6F93EF27" w14:textId="2257956C" w:rsidR="00BE5D3B" w:rsidRPr="004543E3" w:rsidRDefault="00BE5D3B" w:rsidP="00BE5D3B">
            <w:pPr>
              <w:jc w:val="both"/>
            </w:pPr>
            <w:proofErr w:type="spellStart"/>
            <w:r w:rsidRPr="004543E3">
              <w:lastRenderedPageBreak/>
              <w:t>Điều</w:t>
            </w:r>
            <w:proofErr w:type="spellEnd"/>
            <w:r w:rsidRPr="004543E3">
              <w:t xml:space="preserve"> 9</w:t>
            </w:r>
          </w:p>
        </w:tc>
        <w:tc>
          <w:tcPr>
            <w:tcW w:w="5113" w:type="dxa"/>
          </w:tcPr>
          <w:p w14:paraId="194A9F3C" w14:textId="150C1399" w:rsidR="00BE5D3B" w:rsidRPr="004543E3" w:rsidRDefault="00BE5D3B" w:rsidP="009678B4">
            <w:pPr>
              <w:spacing w:after="0" w:line="240" w:lineRule="auto"/>
              <w:ind w:firstLine="709"/>
              <w:jc w:val="both"/>
              <w:rPr>
                <w:i/>
                <w:iCs/>
                <w:sz w:val="28"/>
                <w:szCs w:val="28"/>
                <w:lang w:val="de-DE"/>
              </w:rPr>
            </w:pPr>
            <w:proofErr w:type="spellStart"/>
            <w:r w:rsidRPr="004543E3">
              <w:rPr>
                <w:b/>
                <w:bCs/>
                <w:szCs w:val="26"/>
              </w:rPr>
              <w:t>Điều</w:t>
            </w:r>
            <w:proofErr w:type="spellEnd"/>
            <w:r w:rsidRPr="004543E3">
              <w:rPr>
                <w:b/>
                <w:bCs/>
                <w:szCs w:val="26"/>
              </w:rPr>
              <w:t xml:space="preserve"> 9. </w:t>
            </w:r>
            <w:proofErr w:type="spellStart"/>
            <w:r w:rsidRPr="004543E3">
              <w:rPr>
                <w:b/>
                <w:bCs/>
                <w:szCs w:val="26"/>
              </w:rPr>
              <w:t>Điều</w:t>
            </w:r>
            <w:proofErr w:type="spellEnd"/>
            <w:r w:rsidRPr="004543E3">
              <w:rPr>
                <w:b/>
                <w:bCs/>
                <w:szCs w:val="26"/>
              </w:rPr>
              <w:t xml:space="preserve"> </w:t>
            </w:r>
            <w:proofErr w:type="spellStart"/>
            <w:r w:rsidRPr="004543E3">
              <w:rPr>
                <w:b/>
                <w:bCs/>
                <w:szCs w:val="26"/>
              </w:rPr>
              <w:t>khoản</w:t>
            </w:r>
            <w:proofErr w:type="spellEnd"/>
            <w:r w:rsidRPr="004543E3">
              <w:rPr>
                <w:b/>
                <w:bCs/>
                <w:szCs w:val="26"/>
              </w:rPr>
              <w:t xml:space="preserve"> </w:t>
            </w:r>
            <w:proofErr w:type="spellStart"/>
            <w:r w:rsidRPr="004543E3">
              <w:rPr>
                <w:b/>
                <w:bCs/>
                <w:szCs w:val="26"/>
              </w:rPr>
              <w:t>chuyển</w:t>
            </w:r>
            <w:proofErr w:type="spellEnd"/>
            <w:r w:rsidRPr="004543E3">
              <w:rPr>
                <w:b/>
                <w:bCs/>
                <w:szCs w:val="26"/>
              </w:rPr>
              <w:t xml:space="preserve"> </w:t>
            </w:r>
            <w:proofErr w:type="spellStart"/>
            <w:r w:rsidRPr="004543E3">
              <w:rPr>
                <w:b/>
                <w:bCs/>
                <w:szCs w:val="26"/>
              </w:rPr>
              <w:t>tiếp</w:t>
            </w:r>
            <w:proofErr w:type="spellEnd"/>
          </w:p>
        </w:tc>
        <w:tc>
          <w:tcPr>
            <w:tcW w:w="5220" w:type="dxa"/>
          </w:tcPr>
          <w:p w14:paraId="5ECB8235" w14:textId="77777777" w:rsidR="00BE5D3B" w:rsidRPr="004543E3" w:rsidRDefault="00BE5D3B" w:rsidP="00BE5D3B">
            <w:pPr>
              <w:jc w:val="both"/>
            </w:pPr>
          </w:p>
        </w:tc>
        <w:tc>
          <w:tcPr>
            <w:tcW w:w="3165" w:type="dxa"/>
          </w:tcPr>
          <w:p w14:paraId="404F1B0C" w14:textId="77777777" w:rsidR="00BE5D3B" w:rsidRPr="004543E3" w:rsidRDefault="00BE5D3B" w:rsidP="00BE5D3B">
            <w:pPr>
              <w:spacing w:after="120" w:line="320" w:lineRule="exact"/>
              <w:jc w:val="both"/>
              <w:rPr>
                <w:szCs w:val="26"/>
              </w:rPr>
            </w:pPr>
          </w:p>
        </w:tc>
      </w:tr>
      <w:tr w:rsidR="00BE5D3B" w:rsidRPr="004543E3" w14:paraId="5187DFD9" w14:textId="77777777" w:rsidTr="00FF0027">
        <w:tc>
          <w:tcPr>
            <w:tcW w:w="1098" w:type="dxa"/>
          </w:tcPr>
          <w:p w14:paraId="4BE5F4EB" w14:textId="77777777" w:rsidR="00BE5D3B" w:rsidRPr="004543E3" w:rsidRDefault="00BE5D3B" w:rsidP="00BE5D3B">
            <w:pPr>
              <w:jc w:val="both"/>
            </w:pPr>
          </w:p>
        </w:tc>
        <w:tc>
          <w:tcPr>
            <w:tcW w:w="5113" w:type="dxa"/>
          </w:tcPr>
          <w:p w14:paraId="4FF1CAB7" w14:textId="4B3748B4" w:rsidR="00BE5D3B" w:rsidRPr="004543E3" w:rsidRDefault="00BE5D3B" w:rsidP="00D23166">
            <w:pPr>
              <w:spacing w:before="120" w:after="120" w:line="240" w:lineRule="auto"/>
              <w:jc w:val="both"/>
              <w:rPr>
                <w:i/>
                <w:iCs/>
                <w:sz w:val="28"/>
                <w:szCs w:val="28"/>
                <w:lang w:val="de-DE"/>
              </w:rPr>
            </w:pPr>
            <w:r w:rsidRPr="004543E3">
              <w:rPr>
                <w:szCs w:val="26"/>
              </w:rPr>
              <w:t xml:space="preserve">1. </w:t>
            </w:r>
            <w:proofErr w:type="spellStart"/>
            <w:r w:rsidRPr="004543E3">
              <w:rPr>
                <w:szCs w:val="26"/>
              </w:rPr>
              <w:t>Căn</w:t>
            </w:r>
            <w:proofErr w:type="spellEnd"/>
            <w:r w:rsidRPr="004543E3">
              <w:rPr>
                <w:szCs w:val="26"/>
              </w:rPr>
              <w:t xml:space="preserve"> </w:t>
            </w:r>
            <w:proofErr w:type="spellStart"/>
            <w:r w:rsidRPr="004543E3">
              <w:rPr>
                <w:szCs w:val="26"/>
              </w:rPr>
              <w:t>cứ</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định</w:t>
            </w:r>
            <w:proofErr w:type="spellEnd"/>
            <w:r w:rsidRPr="004543E3">
              <w:rPr>
                <w:szCs w:val="26"/>
              </w:rPr>
              <w:t xml:space="preserve"> </w:t>
            </w:r>
            <w:proofErr w:type="spellStart"/>
            <w:r w:rsidRPr="004543E3">
              <w:rPr>
                <w:szCs w:val="26"/>
              </w:rPr>
              <w:t>tại</w:t>
            </w:r>
            <w:proofErr w:type="spellEnd"/>
            <w:r w:rsidRPr="004543E3">
              <w:rPr>
                <w:szCs w:val="26"/>
              </w:rPr>
              <w:t xml:space="preserve"> Thông </w:t>
            </w:r>
            <w:proofErr w:type="spellStart"/>
            <w:r w:rsidRPr="004543E3">
              <w:rPr>
                <w:szCs w:val="26"/>
              </w:rPr>
              <w:t>tư</w:t>
            </w:r>
            <w:proofErr w:type="spellEnd"/>
            <w:r w:rsidRPr="004543E3">
              <w:rPr>
                <w:szCs w:val="26"/>
              </w:rPr>
              <w:t xml:space="preserve"> </w:t>
            </w:r>
            <w:proofErr w:type="spellStart"/>
            <w:r w:rsidRPr="004543E3">
              <w:rPr>
                <w:szCs w:val="26"/>
              </w:rPr>
              <w:t>này</w:t>
            </w:r>
            <w:proofErr w:type="spellEnd"/>
            <w:r w:rsidRPr="004543E3">
              <w:rPr>
                <w:szCs w:val="26"/>
              </w:rPr>
              <w:t xml:space="preserve">, </w:t>
            </w:r>
            <w:proofErr w:type="spellStart"/>
            <w:r w:rsidRPr="004543E3">
              <w:rPr>
                <w:szCs w:val="26"/>
              </w:rPr>
              <w:t>các</w:t>
            </w:r>
            <w:proofErr w:type="spellEnd"/>
            <w:r w:rsidRPr="004543E3">
              <w:rPr>
                <w:szCs w:val="26"/>
              </w:rPr>
              <w:t xml:space="preserve"> </w:t>
            </w:r>
            <w:proofErr w:type="spellStart"/>
            <w:r w:rsidRPr="004543E3">
              <w:rPr>
                <w:szCs w:val="26"/>
              </w:rPr>
              <w:t>Bộ</w:t>
            </w:r>
            <w:proofErr w:type="spellEnd"/>
            <w:r w:rsidRPr="004543E3">
              <w:rPr>
                <w:szCs w:val="26"/>
              </w:rPr>
              <w:t xml:space="preserve">, </w:t>
            </w:r>
            <w:proofErr w:type="spellStart"/>
            <w:r w:rsidRPr="004543E3">
              <w:rPr>
                <w:szCs w:val="26"/>
              </w:rPr>
              <w:t>ngành</w:t>
            </w:r>
            <w:proofErr w:type="spellEnd"/>
            <w:r w:rsidRPr="004543E3">
              <w:rPr>
                <w:szCs w:val="26"/>
              </w:rPr>
              <w:t xml:space="preserve">, </w:t>
            </w:r>
            <w:proofErr w:type="spellStart"/>
            <w:r w:rsidRPr="004543E3">
              <w:rPr>
                <w:szCs w:val="26"/>
              </w:rPr>
              <w:t>cơ</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thuộc</w:t>
            </w:r>
            <w:proofErr w:type="spellEnd"/>
            <w:r w:rsidRPr="004543E3">
              <w:rPr>
                <w:szCs w:val="26"/>
              </w:rPr>
              <w:t xml:space="preserve"> </w:t>
            </w:r>
            <w:proofErr w:type="spellStart"/>
            <w:r w:rsidRPr="004543E3">
              <w:rPr>
                <w:szCs w:val="26"/>
              </w:rPr>
              <w:t>Chính</w:t>
            </w:r>
            <w:proofErr w:type="spellEnd"/>
            <w:r w:rsidRPr="004543E3">
              <w:rPr>
                <w:szCs w:val="26"/>
              </w:rPr>
              <w:t xml:space="preserve"> </w:t>
            </w:r>
            <w:proofErr w:type="spellStart"/>
            <w:r w:rsidRPr="004543E3">
              <w:rPr>
                <w:szCs w:val="26"/>
              </w:rPr>
              <w:t>phu</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địa</w:t>
            </w:r>
            <w:proofErr w:type="spellEnd"/>
            <w:r w:rsidRPr="004543E3">
              <w:rPr>
                <w:szCs w:val="26"/>
              </w:rPr>
              <w:t xml:space="preserve"> </w:t>
            </w:r>
            <w:proofErr w:type="spellStart"/>
            <w:r w:rsidRPr="004543E3">
              <w:rPr>
                <w:szCs w:val="26"/>
              </w:rPr>
              <w:t>phương</w:t>
            </w:r>
            <w:proofErr w:type="spellEnd"/>
            <w:r w:rsidRPr="004543E3">
              <w:rPr>
                <w:szCs w:val="26"/>
              </w:rPr>
              <w:t xml:space="preserve"> </w:t>
            </w:r>
            <w:proofErr w:type="spellStart"/>
            <w:r w:rsidRPr="004543E3">
              <w:rPr>
                <w:szCs w:val="26"/>
              </w:rPr>
              <w:t>bố</w:t>
            </w:r>
            <w:proofErr w:type="spellEnd"/>
            <w:r w:rsidRPr="004543E3">
              <w:rPr>
                <w:szCs w:val="26"/>
              </w:rPr>
              <w:t xml:space="preserve"> </w:t>
            </w:r>
            <w:proofErr w:type="spellStart"/>
            <w:r w:rsidRPr="004543E3">
              <w:rPr>
                <w:szCs w:val="26"/>
              </w:rPr>
              <w:t>trí</w:t>
            </w:r>
            <w:proofErr w:type="spellEnd"/>
            <w:r w:rsidRPr="004543E3">
              <w:rPr>
                <w:szCs w:val="26"/>
              </w:rPr>
              <w:t xml:space="preserve">, </w:t>
            </w:r>
            <w:proofErr w:type="spellStart"/>
            <w:r w:rsidRPr="004543E3">
              <w:rPr>
                <w:szCs w:val="26"/>
              </w:rPr>
              <w:t>sắp</w:t>
            </w:r>
            <w:proofErr w:type="spellEnd"/>
            <w:r w:rsidRPr="004543E3">
              <w:rPr>
                <w:szCs w:val="26"/>
              </w:rPr>
              <w:t xml:space="preserve"> </w:t>
            </w:r>
            <w:proofErr w:type="spellStart"/>
            <w:r w:rsidRPr="004543E3">
              <w:rPr>
                <w:szCs w:val="26"/>
              </w:rPr>
              <w:t>xếp</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bổ</w:t>
            </w:r>
            <w:proofErr w:type="spellEnd"/>
            <w:r w:rsidRPr="004543E3">
              <w:rPr>
                <w:szCs w:val="26"/>
              </w:rPr>
              <w:t xml:space="preserve"> </w:t>
            </w:r>
            <w:proofErr w:type="spellStart"/>
            <w:r w:rsidRPr="004543E3">
              <w:rPr>
                <w:szCs w:val="26"/>
              </w:rPr>
              <w:t>nhiệm</w:t>
            </w:r>
            <w:proofErr w:type="spellEnd"/>
            <w:r w:rsidRPr="004543E3">
              <w:rPr>
                <w:szCs w:val="26"/>
              </w:rPr>
              <w:t xml:space="preserve"> </w:t>
            </w:r>
            <w:proofErr w:type="spellStart"/>
            <w:r w:rsidRPr="004543E3">
              <w:rPr>
                <w:szCs w:val="26"/>
              </w:rPr>
              <w:t>vào</w:t>
            </w:r>
            <w:proofErr w:type="spellEnd"/>
            <w:r w:rsidRPr="004543E3">
              <w:rPr>
                <w:szCs w:val="26"/>
              </w:rPr>
              <w:t xml:space="preserve"> </w:t>
            </w:r>
            <w:proofErr w:type="spellStart"/>
            <w:r w:rsidRPr="004543E3">
              <w:rPr>
                <w:szCs w:val="26"/>
              </w:rPr>
              <w:t>các</w:t>
            </w:r>
            <w:proofErr w:type="spellEnd"/>
            <w:r w:rsidRPr="004543E3">
              <w:rPr>
                <w:szCs w:val="26"/>
              </w:rPr>
              <w:t xml:space="preserve"> </w:t>
            </w:r>
            <w:proofErr w:type="spellStart"/>
            <w:r w:rsidRPr="004543E3">
              <w:rPr>
                <w:szCs w:val="26"/>
              </w:rPr>
              <w:t>ngạch</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danh</w:t>
            </w:r>
            <w:proofErr w:type="spellEnd"/>
            <w:r w:rsidRPr="004543E3">
              <w:rPr>
                <w:szCs w:val="26"/>
              </w:rPr>
              <w:t xml:space="preserve"> </w:t>
            </w:r>
            <w:proofErr w:type="spellStart"/>
            <w:r w:rsidRPr="004543E3">
              <w:rPr>
                <w:szCs w:val="26"/>
              </w:rPr>
              <w:t>nghề</w:t>
            </w:r>
            <w:proofErr w:type="spellEnd"/>
            <w:r w:rsidRPr="004543E3">
              <w:rPr>
                <w:szCs w:val="26"/>
              </w:rPr>
              <w:t xml:space="preserve"> </w:t>
            </w:r>
            <w:proofErr w:type="spellStart"/>
            <w:r w:rsidRPr="004543E3">
              <w:rPr>
                <w:szCs w:val="26"/>
              </w:rPr>
              <w:t>nghiệp</w:t>
            </w:r>
            <w:proofErr w:type="spellEnd"/>
            <w:r w:rsidRPr="004543E3">
              <w:rPr>
                <w:szCs w:val="26"/>
              </w:rPr>
              <w:t xml:space="preserve"> </w:t>
            </w:r>
            <w:proofErr w:type="spellStart"/>
            <w:r w:rsidRPr="004543E3">
              <w:rPr>
                <w:szCs w:val="26"/>
              </w:rPr>
              <w:t>tương</w:t>
            </w:r>
            <w:proofErr w:type="spellEnd"/>
            <w:r w:rsidRPr="004543E3">
              <w:rPr>
                <w:szCs w:val="26"/>
              </w:rPr>
              <w:t xml:space="preserve"> </w:t>
            </w:r>
            <w:proofErr w:type="spellStart"/>
            <w:r w:rsidRPr="004543E3">
              <w:rPr>
                <w:szCs w:val="26"/>
              </w:rPr>
              <w:t>ứng</w:t>
            </w:r>
            <w:proofErr w:type="spellEnd"/>
            <w:r w:rsidRPr="004543E3">
              <w:rPr>
                <w:szCs w:val="26"/>
              </w:rPr>
              <w:t xml:space="preserve"> </w:t>
            </w:r>
            <w:proofErr w:type="spellStart"/>
            <w:r w:rsidRPr="004543E3">
              <w:rPr>
                <w:szCs w:val="26"/>
              </w:rPr>
              <w:t>phu</w:t>
            </w:r>
            <w:proofErr w:type="spellEnd"/>
            <w:r w:rsidRPr="004543E3">
              <w:rPr>
                <w:szCs w:val="26"/>
              </w:rPr>
              <w:t xml:space="preserve">̀ </w:t>
            </w:r>
            <w:proofErr w:type="spellStart"/>
            <w:r w:rsidRPr="004543E3">
              <w:rPr>
                <w:szCs w:val="26"/>
              </w:rPr>
              <w:t>hợp</w:t>
            </w:r>
            <w:proofErr w:type="spellEnd"/>
            <w:r w:rsidRPr="004543E3">
              <w:rPr>
                <w:szCs w:val="26"/>
              </w:rPr>
              <w:t xml:space="preserve"> </w:t>
            </w:r>
            <w:proofErr w:type="spellStart"/>
            <w:r w:rsidRPr="004543E3">
              <w:rPr>
                <w:szCs w:val="26"/>
              </w:rPr>
              <w:t>đối</w:t>
            </w:r>
            <w:proofErr w:type="spellEnd"/>
            <w:r w:rsidRPr="004543E3">
              <w:rPr>
                <w:szCs w:val="26"/>
              </w:rPr>
              <w:t xml:space="preserve"> </w:t>
            </w:r>
            <w:proofErr w:type="spellStart"/>
            <w:r w:rsidRPr="004543E3">
              <w:rPr>
                <w:szCs w:val="26"/>
              </w:rPr>
              <w:t>với</w:t>
            </w:r>
            <w:proofErr w:type="spellEnd"/>
            <w:r w:rsidRPr="004543E3">
              <w:rPr>
                <w:szCs w:val="26"/>
              </w:rPr>
              <w:t xml:space="preserve"> vị trí </w:t>
            </w:r>
            <w:proofErr w:type="spellStart"/>
            <w:r w:rsidRPr="004543E3">
              <w:rPr>
                <w:szCs w:val="26"/>
              </w:rPr>
              <w:t>việc</w:t>
            </w:r>
            <w:proofErr w:type="spellEnd"/>
            <w:r w:rsidRPr="004543E3">
              <w:rPr>
                <w:szCs w:val="26"/>
              </w:rPr>
              <w:t xml:space="preserve"> </w:t>
            </w:r>
            <w:proofErr w:type="spellStart"/>
            <w:r w:rsidRPr="004543E3">
              <w:rPr>
                <w:szCs w:val="26"/>
              </w:rPr>
              <w:t>làm</w:t>
            </w:r>
            <w:proofErr w:type="spellEnd"/>
            <w:r w:rsidRPr="004543E3">
              <w:rPr>
                <w:szCs w:val="26"/>
              </w:rPr>
              <w:t xml:space="preserve"> </w:t>
            </w:r>
            <w:proofErr w:type="spellStart"/>
            <w:r w:rsidRPr="004543E3">
              <w:rPr>
                <w:szCs w:val="26"/>
              </w:rPr>
              <w:t>đa</w:t>
            </w:r>
            <w:proofErr w:type="spellEnd"/>
            <w:r w:rsidRPr="004543E3">
              <w:rPr>
                <w:szCs w:val="26"/>
              </w:rPr>
              <w:t xml:space="preserve">̃ </w:t>
            </w:r>
            <w:proofErr w:type="spellStart"/>
            <w:r w:rsidRPr="004543E3">
              <w:rPr>
                <w:szCs w:val="26"/>
              </w:rPr>
              <w:t>được</w:t>
            </w:r>
            <w:proofErr w:type="spellEnd"/>
            <w:r w:rsidRPr="004543E3">
              <w:rPr>
                <w:szCs w:val="26"/>
              </w:rPr>
              <w:t xml:space="preserve"> </w:t>
            </w:r>
            <w:proofErr w:type="spellStart"/>
            <w:r w:rsidRPr="004543E3">
              <w:rPr>
                <w:szCs w:val="26"/>
              </w:rPr>
              <w:t>cấp</w:t>
            </w:r>
            <w:proofErr w:type="spellEnd"/>
            <w:r w:rsidRPr="004543E3">
              <w:rPr>
                <w:szCs w:val="26"/>
              </w:rPr>
              <w:t xml:space="preserve"> có </w:t>
            </w:r>
            <w:proofErr w:type="spellStart"/>
            <w:r w:rsidRPr="004543E3">
              <w:rPr>
                <w:szCs w:val="26"/>
              </w:rPr>
              <w:t>thẩm</w:t>
            </w:r>
            <w:proofErr w:type="spellEnd"/>
            <w:r w:rsidRPr="004543E3">
              <w:rPr>
                <w:szCs w:val="26"/>
              </w:rPr>
              <w:t xml:space="preserve"> </w:t>
            </w:r>
            <w:proofErr w:type="spellStart"/>
            <w:r w:rsidRPr="004543E3">
              <w:rPr>
                <w:szCs w:val="26"/>
              </w:rPr>
              <w:t>quyền</w:t>
            </w:r>
            <w:proofErr w:type="spellEnd"/>
            <w:r w:rsidRPr="004543E3">
              <w:rPr>
                <w:szCs w:val="26"/>
              </w:rPr>
              <w:t xml:space="preserve"> </w:t>
            </w:r>
            <w:proofErr w:type="spellStart"/>
            <w:r w:rsidRPr="004543E3">
              <w:rPr>
                <w:szCs w:val="26"/>
              </w:rPr>
              <w:t>phê</w:t>
            </w:r>
            <w:proofErr w:type="spellEnd"/>
            <w:r w:rsidRPr="004543E3">
              <w:rPr>
                <w:szCs w:val="26"/>
              </w:rPr>
              <w:t xml:space="preserve"> </w:t>
            </w:r>
            <w:proofErr w:type="spellStart"/>
            <w:r w:rsidRPr="004543E3">
              <w:rPr>
                <w:szCs w:val="26"/>
              </w:rPr>
              <w:t>duyệt</w:t>
            </w:r>
            <w:proofErr w:type="spellEnd"/>
            <w:r w:rsidRPr="004543E3">
              <w:rPr>
                <w:szCs w:val="26"/>
              </w:rPr>
              <w:t xml:space="preserve"> </w:t>
            </w:r>
            <w:proofErr w:type="spellStart"/>
            <w:r w:rsidRPr="004543E3">
              <w:rPr>
                <w:szCs w:val="26"/>
              </w:rPr>
              <w:t>đối</w:t>
            </w:r>
            <w:proofErr w:type="spellEnd"/>
            <w:r w:rsidRPr="004543E3">
              <w:rPr>
                <w:szCs w:val="26"/>
              </w:rPr>
              <w:t xml:space="preserve"> </w:t>
            </w:r>
            <w:proofErr w:type="spellStart"/>
            <w:r w:rsidRPr="004543E3">
              <w:rPr>
                <w:szCs w:val="26"/>
              </w:rPr>
              <w:t>với</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đang</w:t>
            </w:r>
            <w:proofErr w:type="spellEnd"/>
            <w:r w:rsidRPr="004543E3">
              <w:rPr>
                <w:szCs w:val="26"/>
              </w:rPr>
              <w:t xml:space="preserve"> </w:t>
            </w:r>
            <w:proofErr w:type="spellStart"/>
            <w:r w:rsidRPr="004543E3">
              <w:rPr>
                <w:szCs w:val="26"/>
              </w:rPr>
              <w:t>làm</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tác</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soát</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 xml:space="preserve">. </w:t>
            </w:r>
            <w:proofErr w:type="spellStart"/>
            <w:r w:rsidRPr="004543E3">
              <w:rPr>
                <w:szCs w:val="26"/>
              </w:rPr>
              <w:t>Đối</w:t>
            </w:r>
            <w:proofErr w:type="spellEnd"/>
            <w:r w:rsidRPr="004543E3">
              <w:rPr>
                <w:szCs w:val="26"/>
              </w:rPr>
              <w:t xml:space="preserve"> </w:t>
            </w:r>
            <w:proofErr w:type="spellStart"/>
            <w:r w:rsidRPr="004543E3">
              <w:rPr>
                <w:szCs w:val="26"/>
              </w:rPr>
              <w:t>với</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chức</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hiện</w:t>
            </w:r>
            <w:proofErr w:type="spellEnd"/>
            <w:r w:rsidRPr="004543E3">
              <w:rPr>
                <w:szCs w:val="26"/>
              </w:rPr>
              <w:t xml:space="preserve"> </w:t>
            </w:r>
            <w:proofErr w:type="spellStart"/>
            <w:r w:rsidRPr="004543E3">
              <w:rPr>
                <w:szCs w:val="26"/>
              </w:rPr>
              <w:t>đang</w:t>
            </w:r>
            <w:proofErr w:type="spellEnd"/>
            <w:r w:rsidRPr="004543E3">
              <w:rPr>
                <w:szCs w:val="26"/>
              </w:rPr>
              <w:t xml:space="preserve"> </w:t>
            </w:r>
            <w:proofErr w:type="spellStart"/>
            <w:r w:rsidRPr="004543E3">
              <w:rPr>
                <w:szCs w:val="26"/>
              </w:rPr>
              <w:t>đảm</w:t>
            </w:r>
            <w:proofErr w:type="spellEnd"/>
            <w:r w:rsidRPr="004543E3">
              <w:rPr>
                <w:szCs w:val="26"/>
              </w:rPr>
              <w:t xml:space="preserve"> </w:t>
            </w:r>
            <w:proofErr w:type="spellStart"/>
            <w:r w:rsidRPr="004543E3">
              <w:rPr>
                <w:szCs w:val="26"/>
              </w:rPr>
              <w:t>nhận</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việc</w:t>
            </w:r>
            <w:proofErr w:type="spellEnd"/>
            <w:r w:rsidRPr="004543E3">
              <w:rPr>
                <w:szCs w:val="26"/>
              </w:rPr>
              <w:t xml:space="preserve"> </w:t>
            </w:r>
            <w:proofErr w:type="spellStart"/>
            <w:r w:rsidRPr="004543E3">
              <w:rPr>
                <w:szCs w:val="26"/>
              </w:rPr>
              <w:t>thuộc</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ngành</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soát</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 xml:space="preserve"> </w:t>
            </w:r>
            <w:proofErr w:type="spellStart"/>
            <w:r w:rsidRPr="004543E3">
              <w:rPr>
                <w:szCs w:val="26"/>
              </w:rPr>
              <w:t>tại</w:t>
            </w:r>
            <w:proofErr w:type="spellEnd"/>
            <w:r w:rsidRPr="004543E3">
              <w:rPr>
                <w:szCs w:val="26"/>
              </w:rPr>
              <w:t xml:space="preserve"> </w:t>
            </w:r>
            <w:proofErr w:type="spellStart"/>
            <w:r w:rsidRPr="004543E3">
              <w:rPr>
                <w:szCs w:val="26"/>
              </w:rPr>
              <w:t>các</w:t>
            </w:r>
            <w:proofErr w:type="spellEnd"/>
            <w:r w:rsidRPr="004543E3">
              <w:rPr>
                <w:szCs w:val="26"/>
              </w:rPr>
              <w:t xml:space="preserve"> </w:t>
            </w:r>
            <w:proofErr w:type="spellStart"/>
            <w:r w:rsidRPr="004543E3">
              <w:rPr>
                <w:szCs w:val="26"/>
              </w:rPr>
              <w:t>cơ</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đơn</w:t>
            </w:r>
            <w:proofErr w:type="spellEnd"/>
            <w:r w:rsidRPr="004543E3">
              <w:rPr>
                <w:szCs w:val="26"/>
              </w:rPr>
              <w:t xml:space="preserve"> </w:t>
            </w:r>
            <w:proofErr w:type="spellStart"/>
            <w:r w:rsidRPr="004543E3">
              <w:rPr>
                <w:szCs w:val="26"/>
              </w:rPr>
              <w:t>vị</w:t>
            </w:r>
            <w:proofErr w:type="spellEnd"/>
            <w:r w:rsidRPr="004543E3">
              <w:rPr>
                <w:szCs w:val="26"/>
              </w:rPr>
              <w:t xml:space="preserve">, </w:t>
            </w:r>
            <w:proofErr w:type="spellStart"/>
            <w:r w:rsidRPr="004543E3">
              <w:rPr>
                <w:szCs w:val="26"/>
              </w:rPr>
              <w:t>người</w:t>
            </w:r>
            <w:proofErr w:type="spellEnd"/>
            <w:r w:rsidRPr="004543E3">
              <w:rPr>
                <w:szCs w:val="26"/>
              </w:rPr>
              <w:t xml:space="preserve"> </w:t>
            </w:r>
            <w:proofErr w:type="spellStart"/>
            <w:r w:rsidRPr="004543E3">
              <w:rPr>
                <w:szCs w:val="26"/>
              </w:rPr>
              <w:t>đứng</w:t>
            </w:r>
            <w:proofErr w:type="spellEnd"/>
            <w:r w:rsidRPr="004543E3">
              <w:rPr>
                <w:szCs w:val="26"/>
              </w:rPr>
              <w:t xml:space="preserve"> </w:t>
            </w:r>
            <w:proofErr w:type="spellStart"/>
            <w:r w:rsidRPr="004543E3">
              <w:rPr>
                <w:szCs w:val="26"/>
              </w:rPr>
              <w:t>đầu</w:t>
            </w:r>
            <w:proofErr w:type="spellEnd"/>
            <w:r w:rsidRPr="004543E3">
              <w:rPr>
                <w:szCs w:val="26"/>
              </w:rPr>
              <w:t xml:space="preserve"> </w:t>
            </w:r>
            <w:proofErr w:type="spellStart"/>
            <w:r w:rsidRPr="004543E3">
              <w:rPr>
                <w:szCs w:val="26"/>
              </w:rPr>
              <w:t>các</w:t>
            </w:r>
            <w:proofErr w:type="spellEnd"/>
            <w:r w:rsidRPr="004543E3">
              <w:rPr>
                <w:szCs w:val="26"/>
              </w:rPr>
              <w:t xml:space="preserve"> </w:t>
            </w:r>
            <w:proofErr w:type="spellStart"/>
            <w:r w:rsidRPr="004543E3">
              <w:rPr>
                <w:szCs w:val="26"/>
              </w:rPr>
              <w:t>cơ</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đơn</w:t>
            </w:r>
            <w:proofErr w:type="spellEnd"/>
            <w:r w:rsidRPr="004543E3">
              <w:rPr>
                <w:szCs w:val="26"/>
              </w:rPr>
              <w:t xml:space="preserve"> vị </w:t>
            </w:r>
            <w:proofErr w:type="spellStart"/>
            <w:r w:rsidRPr="004543E3">
              <w:rPr>
                <w:szCs w:val="26"/>
              </w:rPr>
              <w:t>quản</w:t>
            </w:r>
            <w:proofErr w:type="spellEnd"/>
            <w:r w:rsidRPr="004543E3">
              <w:rPr>
                <w:szCs w:val="26"/>
              </w:rPr>
              <w:t xml:space="preserve"> </w:t>
            </w:r>
            <w:proofErr w:type="spellStart"/>
            <w:r w:rsidRPr="004543E3">
              <w:rPr>
                <w:szCs w:val="26"/>
              </w:rPr>
              <w:t>ly</w:t>
            </w:r>
            <w:proofErr w:type="spellEnd"/>
            <w:r w:rsidRPr="004543E3">
              <w:rPr>
                <w:szCs w:val="26"/>
              </w:rPr>
              <w:t xml:space="preserve">́, </w:t>
            </w:r>
            <w:proofErr w:type="spellStart"/>
            <w:r w:rsidRPr="004543E3">
              <w:rPr>
                <w:szCs w:val="26"/>
              </w:rPr>
              <w:t>sư</w:t>
            </w:r>
            <w:proofErr w:type="spellEnd"/>
            <w:r w:rsidRPr="004543E3">
              <w:rPr>
                <w:szCs w:val="26"/>
              </w:rPr>
              <w:t xml:space="preserve">̉ </w:t>
            </w:r>
            <w:proofErr w:type="spellStart"/>
            <w:r w:rsidRPr="004543E3">
              <w:rPr>
                <w:szCs w:val="26"/>
              </w:rPr>
              <w:t>dụng</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chức</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chức</w:t>
            </w:r>
            <w:proofErr w:type="spellEnd"/>
            <w:r w:rsidRPr="004543E3">
              <w:rPr>
                <w:szCs w:val="26"/>
              </w:rPr>
              <w:t xml:space="preserve"> </w:t>
            </w:r>
            <w:proofErr w:type="spellStart"/>
            <w:r w:rsidRPr="004543E3">
              <w:rPr>
                <w:szCs w:val="26"/>
              </w:rPr>
              <w:t>theo</w:t>
            </w:r>
            <w:proofErr w:type="spellEnd"/>
            <w:r w:rsidRPr="004543E3">
              <w:rPr>
                <w:szCs w:val="26"/>
              </w:rPr>
              <w:t xml:space="preserve"> </w:t>
            </w:r>
            <w:proofErr w:type="spellStart"/>
            <w:r w:rsidRPr="004543E3">
              <w:rPr>
                <w:szCs w:val="26"/>
              </w:rPr>
              <w:t>phân</w:t>
            </w:r>
            <w:proofErr w:type="spellEnd"/>
            <w:r w:rsidRPr="004543E3">
              <w:rPr>
                <w:szCs w:val="26"/>
              </w:rPr>
              <w:t xml:space="preserve"> </w:t>
            </w:r>
            <w:proofErr w:type="spellStart"/>
            <w:r w:rsidRPr="004543E3">
              <w:rPr>
                <w:szCs w:val="26"/>
              </w:rPr>
              <w:t>cấp</w:t>
            </w:r>
            <w:proofErr w:type="spellEnd"/>
            <w:r w:rsidRPr="004543E3">
              <w:rPr>
                <w:szCs w:val="26"/>
              </w:rPr>
              <w:t xml:space="preserve"> </w:t>
            </w:r>
            <w:proofErr w:type="spellStart"/>
            <w:r w:rsidRPr="004543E3">
              <w:rPr>
                <w:szCs w:val="26"/>
              </w:rPr>
              <w:t>thẩm</w:t>
            </w:r>
            <w:proofErr w:type="spellEnd"/>
            <w:r w:rsidRPr="004543E3">
              <w:rPr>
                <w:szCs w:val="26"/>
              </w:rPr>
              <w:t xml:space="preserve"> </w:t>
            </w:r>
            <w:proofErr w:type="spellStart"/>
            <w:r w:rsidRPr="004543E3">
              <w:rPr>
                <w:szCs w:val="26"/>
              </w:rPr>
              <w:t>quyền</w:t>
            </w:r>
            <w:proofErr w:type="spellEnd"/>
            <w:r w:rsidRPr="004543E3">
              <w:rPr>
                <w:szCs w:val="26"/>
              </w:rPr>
              <w:t xml:space="preserve"> </w:t>
            </w:r>
            <w:proofErr w:type="spellStart"/>
            <w:r w:rsidRPr="004543E3">
              <w:rPr>
                <w:szCs w:val="26"/>
              </w:rPr>
              <w:t>thực</w:t>
            </w:r>
            <w:proofErr w:type="spellEnd"/>
            <w:r w:rsidRPr="004543E3">
              <w:rPr>
                <w:szCs w:val="26"/>
              </w:rPr>
              <w:t xml:space="preserve"> </w:t>
            </w:r>
            <w:proofErr w:type="spellStart"/>
            <w:r w:rsidRPr="004543E3">
              <w:rPr>
                <w:szCs w:val="26"/>
              </w:rPr>
              <w:t>hiện</w:t>
            </w:r>
            <w:proofErr w:type="spellEnd"/>
            <w:r w:rsidRPr="004543E3">
              <w:rPr>
                <w:szCs w:val="26"/>
              </w:rPr>
              <w:t xml:space="preserve"> </w:t>
            </w:r>
            <w:proofErr w:type="spellStart"/>
            <w:r w:rsidRPr="004543E3">
              <w:rPr>
                <w:szCs w:val="26"/>
              </w:rPr>
              <w:t>thay</w:t>
            </w:r>
            <w:proofErr w:type="spellEnd"/>
            <w:r w:rsidRPr="004543E3">
              <w:rPr>
                <w:szCs w:val="26"/>
              </w:rPr>
              <w:t xml:space="preserve"> </w:t>
            </w:r>
            <w:proofErr w:type="spellStart"/>
            <w:r w:rsidRPr="004543E3">
              <w:rPr>
                <w:szCs w:val="26"/>
              </w:rPr>
              <w:t>đổi</w:t>
            </w:r>
            <w:proofErr w:type="spellEnd"/>
            <w:r w:rsidRPr="004543E3">
              <w:rPr>
                <w:szCs w:val="26"/>
              </w:rPr>
              <w:t xml:space="preserve"> vị trí </w:t>
            </w:r>
            <w:proofErr w:type="spellStart"/>
            <w:r w:rsidRPr="004543E3">
              <w:rPr>
                <w:szCs w:val="26"/>
              </w:rPr>
              <w:t>việc</w:t>
            </w:r>
            <w:proofErr w:type="spellEnd"/>
            <w:r w:rsidRPr="004543E3">
              <w:rPr>
                <w:szCs w:val="26"/>
              </w:rPr>
              <w:t xml:space="preserve"> </w:t>
            </w:r>
            <w:proofErr w:type="spellStart"/>
            <w:r w:rsidRPr="004543E3">
              <w:rPr>
                <w:szCs w:val="26"/>
              </w:rPr>
              <w:t>làm</w:t>
            </w:r>
            <w:proofErr w:type="spellEnd"/>
            <w:r w:rsidRPr="004543E3">
              <w:rPr>
                <w:szCs w:val="26"/>
              </w:rPr>
              <w:t xml:space="preserve"> </w:t>
            </w:r>
            <w:proofErr w:type="spellStart"/>
            <w:r w:rsidRPr="004543E3">
              <w:rPr>
                <w:szCs w:val="26"/>
              </w:rPr>
              <w:t>cho</w:t>
            </w:r>
            <w:proofErr w:type="spellEnd"/>
            <w:r w:rsidRPr="004543E3">
              <w:rPr>
                <w:szCs w:val="26"/>
              </w:rPr>
              <w:t xml:space="preserve"> </w:t>
            </w:r>
            <w:proofErr w:type="spellStart"/>
            <w:r w:rsidRPr="004543E3">
              <w:rPr>
                <w:szCs w:val="26"/>
              </w:rPr>
              <w:t>phù</w:t>
            </w:r>
            <w:proofErr w:type="spellEnd"/>
            <w:r w:rsidRPr="004543E3">
              <w:rPr>
                <w:szCs w:val="26"/>
              </w:rPr>
              <w:t xml:space="preserve"> </w:t>
            </w:r>
            <w:proofErr w:type="spellStart"/>
            <w:r w:rsidRPr="004543E3">
              <w:rPr>
                <w:szCs w:val="26"/>
              </w:rPr>
              <w:t>hợp</w:t>
            </w:r>
            <w:proofErr w:type="spellEnd"/>
            <w:r w:rsidRPr="004543E3">
              <w:rPr>
                <w:szCs w:val="26"/>
              </w:rPr>
              <w:t xml:space="preserve">, </w:t>
            </w:r>
            <w:proofErr w:type="spellStart"/>
            <w:r w:rsidRPr="004543E3">
              <w:rPr>
                <w:szCs w:val="26"/>
              </w:rPr>
              <w:t>không</w:t>
            </w:r>
            <w:proofErr w:type="spellEnd"/>
            <w:r w:rsidRPr="004543E3">
              <w:rPr>
                <w:szCs w:val="26"/>
              </w:rPr>
              <w:t xml:space="preserve"> </w:t>
            </w:r>
            <w:proofErr w:type="spellStart"/>
            <w:r w:rsidRPr="004543E3">
              <w:rPr>
                <w:szCs w:val="26"/>
              </w:rPr>
              <w:t>được</w:t>
            </w:r>
            <w:proofErr w:type="spellEnd"/>
            <w:r w:rsidRPr="004543E3">
              <w:rPr>
                <w:szCs w:val="26"/>
              </w:rPr>
              <w:t xml:space="preserve"> </w:t>
            </w:r>
            <w:proofErr w:type="spellStart"/>
            <w:r w:rsidRPr="004543E3">
              <w:rPr>
                <w:szCs w:val="26"/>
              </w:rPr>
              <w:t>kết</w:t>
            </w:r>
            <w:proofErr w:type="spellEnd"/>
            <w:r w:rsidRPr="004543E3">
              <w:rPr>
                <w:szCs w:val="26"/>
              </w:rPr>
              <w:t xml:space="preserve"> </w:t>
            </w:r>
            <w:proofErr w:type="spellStart"/>
            <w:r w:rsidRPr="004543E3">
              <w:rPr>
                <w:szCs w:val="26"/>
              </w:rPr>
              <w:t>hợp</w:t>
            </w:r>
            <w:proofErr w:type="spellEnd"/>
            <w:r w:rsidRPr="004543E3">
              <w:rPr>
                <w:szCs w:val="26"/>
              </w:rPr>
              <w:t xml:space="preserve"> </w:t>
            </w:r>
            <w:proofErr w:type="spellStart"/>
            <w:r w:rsidRPr="004543E3">
              <w:rPr>
                <w:szCs w:val="26"/>
              </w:rPr>
              <w:t>nâng</w:t>
            </w:r>
            <w:proofErr w:type="spellEnd"/>
            <w:r w:rsidRPr="004543E3">
              <w:rPr>
                <w:szCs w:val="26"/>
              </w:rPr>
              <w:t xml:space="preserve"> </w:t>
            </w:r>
            <w:proofErr w:type="spellStart"/>
            <w:r w:rsidRPr="004543E3">
              <w:rPr>
                <w:szCs w:val="26"/>
              </w:rPr>
              <w:t>bậc</w:t>
            </w:r>
            <w:proofErr w:type="spellEnd"/>
            <w:r w:rsidRPr="004543E3">
              <w:rPr>
                <w:szCs w:val="26"/>
              </w:rPr>
              <w:t xml:space="preserve"> </w:t>
            </w:r>
            <w:proofErr w:type="spellStart"/>
            <w:r w:rsidRPr="004543E3">
              <w:rPr>
                <w:szCs w:val="26"/>
              </w:rPr>
              <w:t>lương</w:t>
            </w:r>
            <w:proofErr w:type="spellEnd"/>
            <w:r w:rsidRPr="004543E3">
              <w:rPr>
                <w:szCs w:val="26"/>
              </w:rPr>
              <w:t xml:space="preserve"> </w:t>
            </w:r>
            <w:proofErr w:type="spellStart"/>
            <w:r w:rsidRPr="004543E3">
              <w:rPr>
                <w:szCs w:val="26"/>
              </w:rPr>
              <w:t>khi</w:t>
            </w:r>
            <w:proofErr w:type="spellEnd"/>
            <w:r w:rsidRPr="004543E3">
              <w:rPr>
                <w:szCs w:val="26"/>
              </w:rPr>
              <w:t xml:space="preserve"> </w:t>
            </w:r>
            <w:proofErr w:type="spellStart"/>
            <w:r w:rsidRPr="004543E3">
              <w:rPr>
                <w:szCs w:val="26"/>
              </w:rPr>
              <w:t>thay</w:t>
            </w:r>
            <w:proofErr w:type="spellEnd"/>
            <w:r w:rsidRPr="004543E3">
              <w:rPr>
                <w:szCs w:val="26"/>
              </w:rPr>
              <w:t xml:space="preserve"> </w:t>
            </w:r>
            <w:proofErr w:type="spellStart"/>
            <w:r w:rsidRPr="004543E3">
              <w:rPr>
                <w:szCs w:val="26"/>
              </w:rPr>
              <w:t>đổi</w:t>
            </w:r>
            <w:proofErr w:type="spellEnd"/>
            <w:r w:rsidRPr="004543E3">
              <w:rPr>
                <w:szCs w:val="26"/>
              </w:rPr>
              <w:t xml:space="preserve"> sang vị trí </w:t>
            </w:r>
            <w:proofErr w:type="spellStart"/>
            <w:r w:rsidRPr="004543E3">
              <w:rPr>
                <w:szCs w:val="26"/>
              </w:rPr>
              <w:t>việc</w:t>
            </w:r>
            <w:proofErr w:type="spellEnd"/>
            <w:r w:rsidRPr="004543E3">
              <w:rPr>
                <w:szCs w:val="26"/>
              </w:rPr>
              <w:t xml:space="preserve"> </w:t>
            </w:r>
            <w:proofErr w:type="spellStart"/>
            <w:r w:rsidRPr="004543E3">
              <w:rPr>
                <w:szCs w:val="26"/>
              </w:rPr>
              <w:t>làm</w:t>
            </w:r>
            <w:proofErr w:type="spellEnd"/>
            <w:r w:rsidRPr="004543E3">
              <w:rPr>
                <w:szCs w:val="26"/>
              </w:rPr>
              <w:t xml:space="preserve"> </w:t>
            </w:r>
            <w:proofErr w:type="spellStart"/>
            <w:r w:rsidRPr="004543E3">
              <w:rPr>
                <w:szCs w:val="26"/>
              </w:rPr>
              <w:t>mới</w:t>
            </w:r>
            <w:proofErr w:type="spellEnd"/>
            <w:r w:rsidRPr="004543E3">
              <w:rPr>
                <w:szCs w:val="26"/>
              </w:rPr>
              <w:t>.</w:t>
            </w:r>
          </w:p>
        </w:tc>
        <w:tc>
          <w:tcPr>
            <w:tcW w:w="5220" w:type="dxa"/>
          </w:tcPr>
          <w:p w14:paraId="601A8597" w14:textId="77777777" w:rsidR="00BE5D3B" w:rsidRPr="004543E3" w:rsidRDefault="00BE5D3B" w:rsidP="00BE5D3B">
            <w:pPr>
              <w:jc w:val="both"/>
              <w:rPr>
                <w:rFonts w:cs="Times New Roman"/>
                <w:b/>
                <w:bCs/>
              </w:rPr>
            </w:pPr>
            <w:r w:rsidRPr="004543E3">
              <w:rPr>
                <w:rFonts w:cs="Times New Roman"/>
                <w:b/>
                <w:bCs/>
              </w:rPr>
              <w:t xml:space="preserve">Ngân </w:t>
            </w:r>
            <w:proofErr w:type="spellStart"/>
            <w:r w:rsidRPr="004543E3">
              <w:rPr>
                <w:rFonts w:cs="Times New Roman"/>
                <w:b/>
                <w:bCs/>
              </w:rPr>
              <w:t>hàng</w:t>
            </w:r>
            <w:proofErr w:type="spellEnd"/>
            <w:r w:rsidRPr="004543E3">
              <w:rPr>
                <w:rFonts w:cs="Times New Roman"/>
                <w:b/>
                <w:bCs/>
              </w:rPr>
              <w:t xml:space="preserve"> Nhà </w:t>
            </w:r>
            <w:proofErr w:type="spellStart"/>
            <w:r w:rsidRPr="004543E3">
              <w:rPr>
                <w:rFonts w:cs="Times New Roman"/>
                <w:b/>
                <w:bCs/>
              </w:rPr>
              <w:t>nước</w:t>
            </w:r>
            <w:proofErr w:type="spellEnd"/>
            <w:r w:rsidRPr="004543E3">
              <w:rPr>
                <w:rFonts w:cs="Times New Roman"/>
                <w:b/>
                <w:bCs/>
              </w:rPr>
              <w:t xml:space="preserve"> </w:t>
            </w:r>
            <w:proofErr w:type="spellStart"/>
            <w:r w:rsidRPr="004543E3">
              <w:rPr>
                <w:rFonts w:cs="Times New Roman"/>
                <w:b/>
                <w:bCs/>
              </w:rPr>
              <w:t>Việt</w:t>
            </w:r>
            <w:proofErr w:type="spellEnd"/>
            <w:r w:rsidRPr="004543E3">
              <w:rPr>
                <w:rFonts w:cs="Times New Roman"/>
                <w:b/>
                <w:bCs/>
              </w:rPr>
              <w:t xml:space="preserve"> Nam:</w:t>
            </w:r>
          </w:p>
          <w:p w14:paraId="7483E923" w14:textId="77777777" w:rsidR="00BE5D3B" w:rsidRPr="004543E3" w:rsidRDefault="00BE5D3B" w:rsidP="00BE5D3B">
            <w:pPr>
              <w:tabs>
                <w:tab w:val="left" w:pos="5672"/>
              </w:tabs>
              <w:spacing w:after="160" w:line="278" w:lineRule="auto"/>
              <w:jc w:val="both"/>
              <w:rPr>
                <w:rFonts w:cs="Times New Roman"/>
              </w:rPr>
            </w:pPr>
            <w:proofErr w:type="spellStart"/>
            <w:r w:rsidRPr="004543E3">
              <w:rPr>
                <w:rFonts w:cs="Times New Roman"/>
              </w:rPr>
              <w:t>Khoản</w:t>
            </w:r>
            <w:proofErr w:type="spellEnd"/>
            <w:r w:rsidRPr="004543E3">
              <w:rPr>
                <w:rFonts w:cs="Times New Roman"/>
              </w:rPr>
              <w:t xml:space="preserve"> 1 </w:t>
            </w:r>
            <w:proofErr w:type="spellStart"/>
            <w:r w:rsidRPr="004543E3">
              <w:rPr>
                <w:rFonts w:cs="Times New Roman"/>
              </w:rPr>
              <w:t>Điều</w:t>
            </w:r>
            <w:proofErr w:type="spellEnd"/>
            <w:r w:rsidRPr="004543E3">
              <w:rPr>
                <w:rFonts w:cs="Times New Roman"/>
              </w:rPr>
              <w:t xml:space="preserve"> 9 </w:t>
            </w:r>
            <w:proofErr w:type="spellStart"/>
            <w:r w:rsidRPr="004543E3">
              <w:rPr>
                <w:rFonts w:cs="Times New Roman"/>
              </w:rPr>
              <w:t>đề</w:t>
            </w:r>
            <w:proofErr w:type="spellEnd"/>
            <w:r w:rsidRPr="004543E3">
              <w:rPr>
                <w:rFonts w:cs="Times New Roman"/>
              </w:rPr>
              <w:t xml:space="preserve"> </w:t>
            </w:r>
            <w:proofErr w:type="spellStart"/>
            <w:r w:rsidRPr="004543E3">
              <w:rPr>
                <w:rFonts w:cs="Times New Roman"/>
              </w:rPr>
              <w:t>nghị</w:t>
            </w:r>
            <w:proofErr w:type="spellEnd"/>
            <w:r w:rsidRPr="004543E3">
              <w:rPr>
                <w:rFonts w:cs="Times New Roman"/>
              </w:rPr>
              <w:t xml:space="preserve"> </w:t>
            </w:r>
            <w:proofErr w:type="spellStart"/>
            <w:r w:rsidRPr="004543E3">
              <w:rPr>
                <w:rFonts w:cs="Times New Roman"/>
              </w:rPr>
              <w:t>chỉnh</w:t>
            </w:r>
            <w:proofErr w:type="spellEnd"/>
            <w:r w:rsidRPr="004543E3">
              <w:rPr>
                <w:rFonts w:cs="Times New Roman"/>
              </w:rPr>
              <w:t xml:space="preserve"> </w:t>
            </w:r>
            <w:proofErr w:type="spellStart"/>
            <w:r w:rsidRPr="004543E3">
              <w:rPr>
                <w:rFonts w:cs="Times New Roman"/>
              </w:rPr>
              <w:t>sửa</w:t>
            </w:r>
            <w:proofErr w:type="spellEnd"/>
            <w:r w:rsidRPr="004543E3">
              <w:rPr>
                <w:rFonts w:cs="Times New Roman"/>
              </w:rPr>
              <w:t xml:space="preserve"> </w:t>
            </w:r>
            <w:proofErr w:type="spellStart"/>
            <w:r w:rsidRPr="004543E3">
              <w:rPr>
                <w:rFonts w:cs="Times New Roman"/>
              </w:rPr>
              <w:t>như</w:t>
            </w:r>
            <w:proofErr w:type="spellEnd"/>
            <w:r w:rsidRPr="004543E3">
              <w:rPr>
                <w:rFonts w:cs="Times New Roman"/>
              </w:rPr>
              <w:t xml:space="preserve"> </w:t>
            </w:r>
            <w:proofErr w:type="spellStart"/>
            <w:r w:rsidRPr="004543E3">
              <w:rPr>
                <w:rFonts w:cs="Times New Roman"/>
              </w:rPr>
              <w:t>sau</w:t>
            </w:r>
            <w:proofErr w:type="spellEnd"/>
            <w:r w:rsidRPr="004543E3">
              <w:rPr>
                <w:rFonts w:cs="Times New Roman"/>
              </w:rPr>
              <w:t>:</w:t>
            </w:r>
            <w:r w:rsidRPr="004543E3">
              <w:rPr>
                <w:rFonts w:cs="Times New Roman"/>
              </w:rPr>
              <w:br/>
              <w:t>“</w:t>
            </w:r>
            <w:proofErr w:type="spellStart"/>
            <w:r w:rsidRPr="004543E3">
              <w:rPr>
                <w:rFonts w:cs="Times New Roman"/>
              </w:rPr>
              <w:t>Căn</w:t>
            </w:r>
            <w:proofErr w:type="spellEnd"/>
            <w:r w:rsidRPr="004543E3">
              <w:rPr>
                <w:rFonts w:cs="Times New Roman"/>
              </w:rPr>
              <w:t xml:space="preserve"> </w:t>
            </w:r>
            <w:proofErr w:type="spellStart"/>
            <w:r w:rsidRPr="004543E3">
              <w:rPr>
                <w:rFonts w:cs="Times New Roman"/>
              </w:rPr>
              <w:t>cứ</w:t>
            </w:r>
            <w:proofErr w:type="spellEnd"/>
            <w:r w:rsidRPr="004543E3">
              <w:rPr>
                <w:rFonts w:cs="Times New Roman"/>
              </w:rPr>
              <w:t xml:space="preserve"> </w:t>
            </w:r>
            <w:proofErr w:type="spellStart"/>
            <w:r w:rsidRPr="004543E3">
              <w:rPr>
                <w:rFonts w:cs="Times New Roman"/>
              </w:rPr>
              <w:t>quy</w:t>
            </w:r>
            <w:proofErr w:type="spellEnd"/>
            <w:r w:rsidRPr="004543E3">
              <w:rPr>
                <w:rFonts w:cs="Times New Roman"/>
              </w:rPr>
              <w:t xml:space="preserve"> </w:t>
            </w:r>
            <w:proofErr w:type="spellStart"/>
            <w:r w:rsidRPr="004543E3">
              <w:rPr>
                <w:rFonts w:cs="Times New Roman"/>
              </w:rPr>
              <w:t>định</w:t>
            </w:r>
            <w:proofErr w:type="spellEnd"/>
            <w:r w:rsidRPr="004543E3">
              <w:rPr>
                <w:rFonts w:cs="Times New Roman"/>
              </w:rPr>
              <w:t xml:space="preserve"> </w:t>
            </w:r>
            <w:proofErr w:type="spellStart"/>
            <w:r w:rsidRPr="004543E3">
              <w:rPr>
                <w:rFonts w:cs="Times New Roman"/>
              </w:rPr>
              <w:t>tại</w:t>
            </w:r>
            <w:proofErr w:type="spellEnd"/>
            <w:r w:rsidRPr="004543E3">
              <w:rPr>
                <w:rFonts w:cs="Times New Roman"/>
              </w:rPr>
              <w:t xml:space="preserve"> Thông </w:t>
            </w:r>
            <w:proofErr w:type="spellStart"/>
            <w:r w:rsidRPr="004543E3">
              <w:rPr>
                <w:rFonts w:cs="Times New Roman"/>
              </w:rPr>
              <w:t>tư</w:t>
            </w:r>
            <w:proofErr w:type="spellEnd"/>
            <w:r w:rsidRPr="004543E3">
              <w:rPr>
                <w:rFonts w:cs="Times New Roman"/>
              </w:rPr>
              <w:t xml:space="preserve"> </w:t>
            </w:r>
            <w:proofErr w:type="spellStart"/>
            <w:r w:rsidRPr="004543E3">
              <w:rPr>
                <w:rFonts w:cs="Times New Roman"/>
              </w:rPr>
              <w:t>này</w:t>
            </w:r>
            <w:proofErr w:type="spellEnd"/>
            <w:r w:rsidRPr="004543E3">
              <w:rPr>
                <w:rFonts w:cs="Times New Roman"/>
              </w:rPr>
              <w:t xml:space="preserve">, </w:t>
            </w:r>
            <w:proofErr w:type="spellStart"/>
            <w:r w:rsidRPr="004543E3">
              <w:rPr>
                <w:rFonts w:cs="Times New Roman"/>
              </w:rPr>
              <w:t>các</w:t>
            </w:r>
            <w:proofErr w:type="spellEnd"/>
            <w:r w:rsidRPr="004543E3">
              <w:rPr>
                <w:rFonts w:cs="Times New Roman"/>
              </w:rPr>
              <w:t xml:space="preserve"> </w:t>
            </w:r>
            <w:proofErr w:type="spellStart"/>
            <w:r w:rsidRPr="004543E3">
              <w:rPr>
                <w:rFonts w:cs="Times New Roman"/>
              </w:rPr>
              <w:t>Bộ</w:t>
            </w:r>
            <w:proofErr w:type="spellEnd"/>
            <w:r w:rsidRPr="004543E3">
              <w:rPr>
                <w:rFonts w:cs="Times New Roman"/>
              </w:rPr>
              <w:t xml:space="preserve">, </w:t>
            </w:r>
            <w:proofErr w:type="spellStart"/>
            <w:r w:rsidRPr="004543E3">
              <w:rPr>
                <w:rFonts w:cs="Times New Roman"/>
                <w:b/>
                <w:bCs/>
              </w:rPr>
              <w:t>cơ</w:t>
            </w:r>
            <w:proofErr w:type="spellEnd"/>
            <w:r w:rsidRPr="004543E3">
              <w:rPr>
                <w:rFonts w:cs="Times New Roman"/>
                <w:b/>
                <w:bCs/>
              </w:rPr>
              <w:t xml:space="preserve"> </w:t>
            </w:r>
            <w:proofErr w:type="spellStart"/>
            <w:r w:rsidRPr="004543E3">
              <w:rPr>
                <w:rFonts w:cs="Times New Roman"/>
                <w:b/>
                <w:bCs/>
              </w:rPr>
              <w:t>quan</w:t>
            </w:r>
            <w:proofErr w:type="spellEnd"/>
            <w:r w:rsidRPr="004543E3">
              <w:rPr>
                <w:rFonts w:cs="Times New Roman"/>
                <w:b/>
                <w:bCs/>
              </w:rPr>
              <w:t xml:space="preserve"> </w:t>
            </w:r>
            <w:proofErr w:type="spellStart"/>
            <w:r w:rsidRPr="004543E3">
              <w:rPr>
                <w:rFonts w:cs="Times New Roman"/>
                <w:b/>
                <w:bCs/>
              </w:rPr>
              <w:t>ngang</w:t>
            </w:r>
            <w:proofErr w:type="spellEnd"/>
            <w:r w:rsidRPr="004543E3">
              <w:rPr>
                <w:rFonts w:cs="Times New Roman"/>
                <w:b/>
                <w:bCs/>
              </w:rPr>
              <w:t xml:space="preserve"> </w:t>
            </w:r>
            <w:proofErr w:type="spellStart"/>
            <w:r w:rsidRPr="004543E3">
              <w:rPr>
                <w:rFonts w:cs="Times New Roman"/>
                <w:b/>
                <w:bCs/>
              </w:rPr>
              <w:t>Bộ</w:t>
            </w:r>
            <w:proofErr w:type="spellEnd"/>
            <w:r w:rsidRPr="004543E3">
              <w:rPr>
                <w:rFonts w:cs="Times New Roman"/>
              </w:rPr>
              <w:t xml:space="preserve"> </w:t>
            </w:r>
            <w:proofErr w:type="spellStart"/>
            <w:r w:rsidRPr="004543E3">
              <w:rPr>
                <w:rFonts w:cs="Times New Roman"/>
                <w:strike/>
              </w:rPr>
              <w:t>ngành</w:t>
            </w:r>
            <w:proofErr w:type="spellEnd"/>
            <w:r w:rsidRPr="004543E3">
              <w:rPr>
                <w:rFonts w:cs="Times New Roman"/>
              </w:rPr>
              <w:t xml:space="preserve">, </w:t>
            </w:r>
            <w:proofErr w:type="spellStart"/>
            <w:r w:rsidRPr="004543E3">
              <w:rPr>
                <w:rFonts w:cs="Times New Roman"/>
              </w:rPr>
              <w:t>cơ</w:t>
            </w:r>
            <w:proofErr w:type="spellEnd"/>
            <w:r w:rsidRPr="004543E3">
              <w:rPr>
                <w:rFonts w:cs="Times New Roman"/>
              </w:rPr>
              <w:t xml:space="preserve"> </w:t>
            </w:r>
            <w:proofErr w:type="spellStart"/>
            <w:r w:rsidRPr="004543E3">
              <w:rPr>
                <w:rFonts w:cs="Times New Roman"/>
              </w:rPr>
              <w:t>quan</w:t>
            </w:r>
            <w:proofErr w:type="spellEnd"/>
            <w:r w:rsidRPr="004543E3">
              <w:rPr>
                <w:rFonts w:cs="Times New Roman"/>
              </w:rPr>
              <w:t xml:space="preserve"> </w:t>
            </w:r>
            <w:proofErr w:type="spellStart"/>
            <w:r w:rsidRPr="004543E3">
              <w:rPr>
                <w:rFonts w:cs="Times New Roman"/>
              </w:rPr>
              <w:t>thuộc</w:t>
            </w:r>
            <w:proofErr w:type="spellEnd"/>
            <w:r w:rsidRPr="004543E3">
              <w:rPr>
                <w:rFonts w:cs="Times New Roman"/>
              </w:rPr>
              <w:t xml:space="preserve"> </w:t>
            </w:r>
            <w:proofErr w:type="spellStart"/>
            <w:r w:rsidRPr="004543E3">
              <w:rPr>
                <w:rFonts w:cs="Times New Roman"/>
              </w:rPr>
              <w:t>Chính</w:t>
            </w:r>
            <w:proofErr w:type="spellEnd"/>
            <w:r w:rsidRPr="004543E3">
              <w:rPr>
                <w:rFonts w:cs="Times New Roman"/>
              </w:rPr>
              <w:t xml:space="preserve"> </w:t>
            </w:r>
            <w:proofErr w:type="spellStart"/>
            <w:r w:rsidRPr="004543E3">
              <w:rPr>
                <w:rFonts w:cs="Times New Roman"/>
              </w:rPr>
              <w:t>phủ</w:t>
            </w:r>
            <w:proofErr w:type="spellEnd"/>
            <w:r w:rsidRPr="004543E3">
              <w:rPr>
                <w:rFonts w:cs="Times New Roman"/>
              </w:rPr>
              <w:t xml:space="preserve"> </w:t>
            </w:r>
            <w:proofErr w:type="spellStart"/>
            <w:r w:rsidRPr="004543E3">
              <w:rPr>
                <w:rFonts w:cs="Times New Roman"/>
              </w:rPr>
              <w:t>và</w:t>
            </w:r>
            <w:proofErr w:type="spellEnd"/>
            <w:r w:rsidRPr="004543E3">
              <w:rPr>
                <w:rFonts w:cs="Times New Roman"/>
              </w:rPr>
              <w:t xml:space="preserve"> </w:t>
            </w:r>
            <w:proofErr w:type="spellStart"/>
            <w:r w:rsidRPr="004543E3">
              <w:rPr>
                <w:rFonts w:cs="Times New Roman"/>
                <w:b/>
                <w:bCs/>
              </w:rPr>
              <w:t>Ủy</w:t>
            </w:r>
            <w:proofErr w:type="spellEnd"/>
            <w:r w:rsidRPr="004543E3">
              <w:rPr>
                <w:rFonts w:cs="Times New Roman"/>
                <w:b/>
                <w:bCs/>
              </w:rPr>
              <w:t xml:space="preserve"> ban </w:t>
            </w:r>
            <w:proofErr w:type="spellStart"/>
            <w:r w:rsidRPr="004543E3">
              <w:rPr>
                <w:rFonts w:cs="Times New Roman"/>
                <w:b/>
                <w:bCs/>
              </w:rPr>
              <w:t>nhân</w:t>
            </w:r>
            <w:proofErr w:type="spellEnd"/>
            <w:r w:rsidRPr="004543E3">
              <w:rPr>
                <w:rFonts w:cs="Times New Roman"/>
                <w:b/>
                <w:bCs/>
              </w:rPr>
              <w:t xml:space="preserve"> </w:t>
            </w:r>
            <w:proofErr w:type="spellStart"/>
            <w:r w:rsidRPr="004543E3">
              <w:rPr>
                <w:rFonts w:cs="Times New Roman"/>
                <w:b/>
                <w:bCs/>
              </w:rPr>
              <w:t>dân</w:t>
            </w:r>
            <w:proofErr w:type="spellEnd"/>
            <w:r w:rsidRPr="004543E3">
              <w:rPr>
                <w:rFonts w:cs="Times New Roman"/>
                <w:b/>
                <w:bCs/>
              </w:rPr>
              <w:t xml:space="preserve"> </w:t>
            </w:r>
            <w:proofErr w:type="spellStart"/>
            <w:r w:rsidRPr="004543E3">
              <w:rPr>
                <w:rFonts w:cs="Times New Roman"/>
                <w:b/>
                <w:bCs/>
              </w:rPr>
              <w:t>tỉnh</w:t>
            </w:r>
            <w:proofErr w:type="spellEnd"/>
            <w:r w:rsidRPr="004543E3">
              <w:rPr>
                <w:rFonts w:cs="Times New Roman"/>
                <w:b/>
                <w:bCs/>
              </w:rPr>
              <w:t xml:space="preserve">, </w:t>
            </w:r>
            <w:proofErr w:type="spellStart"/>
            <w:r w:rsidRPr="004543E3">
              <w:rPr>
                <w:rFonts w:cs="Times New Roman"/>
                <w:b/>
                <w:bCs/>
              </w:rPr>
              <w:t>thành</w:t>
            </w:r>
            <w:proofErr w:type="spellEnd"/>
            <w:r w:rsidRPr="004543E3">
              <w:rPr>
                <w:rFonts w:cs="Times New Roman"/>
                <w:b/>
                <w:bCs/>
              </w:rPr>
              <w:t xml:space="preserve"> </w:t>
            </w:r>
            <w:proofErr w:type="spellStart"/>
            <w:r w:rsidRPr="004543E3">
              <w:rPr>
                <w:rFonts w:cs="Times New Roman"/>
                <w:b/>
                <w:bCs/>
              </w:rPr>
              <w:t>phố</w:t>
            </w:r>
            <w:proofErr w:type="spellEnd"/>
            <w:r w:rsidRPr="004543E3">
              <w:rPr>
                <w:rFonts w:cs="Times New Roman"/>
                <w:b/>
                <w:bCs/>
              </w:rPr>
              <w:t xml:space="preserve"> </w:t>
            </w:r>
            <w:proofErr w:type="spellStart"/>
            <w:r w:rsidRPr="004543E3">
              <w:rPr>
                <w:rFonts w:cs="Times New Roman"/>
                <w:b/>
                <w:bCs/>
              </w:rPr>
              <w:t>trực</w:t>
            </w:r>
            <w:proofErr w:type="spellEnd"/>
            <w:r w:rsidRPr="004543E3">
              <w:rPr>
                <w:rFonts w:cs="Times New Roman"/>
                <w:b/>
                <w:bCs/>
              </w:rPr>
              <w:t xml:space="preserve"> </w:t>
            </w:r>
            <w:proofErr w:type="spellStart"/>
            <w:r w:rsidRPr="004543E3">
              <w:rPr>
                <w:rFonts w:cs="Times New Roman"/>
                <w:b/>
                <w:bCs/>
              </w:rPr>
              <w:t>thuộc</w:t>
            </w:r>
            <w:proofErr w:type="spellEnd"/>
            <w:r w:rsidRPr="004543E3">
              <w:rPr>
                <w:rFonts w:cs="Times New Roman"/>
                <w:b/>
                <w:bCs/>
              </w:rPr>
              <w:t xml:space="preserve"> Trung </w:t>
            </w:r>
            <w:proofErr w:type="spellStart"/>
            <w:r w:rsidRPr="004543E3">
              <w:rPr>
                <w:rFonts w:cs="Times New Roman"/>
                <w:b/>
                <w:bCs/>
              </w:rPr>
              <w:t>ương</w:t>
            </w:r>
            <w:proofErr w:type="spellEnd"/>
            <w:r w:rsidRPr="004543E3">
              <w:rPr>
                <w:rFonts w:cs="Times New Roman"/>
              </w:rPr>
              <w:t xml:space="preserve"> </w:t>
            </w:r>
            <w:proofErr w:type="spellStart"/>
            <w:r w:rsidRPr="004543E3">
              <w:rPr>
                <w:rFonts w:cs="Times New Roman"/>
                <w:strike/>
              </w:rPr>
              <w:t>địa</w:t>
            </w:r>
            <w:proofErr w:type="spellEnd"/>
            <w:r w:rsidRPr="004543E3">
              <w:rPr>
                <w:rFonts w:cs="Times New Roman"/>
                <w:strike/>
              </w:rPr>
              <w:t xml:space="preserve"> </w:t>
            </w:r>
            <w:proofErr w:type="spellStart"/>
            <w:r w:rsidRPr="004543E3">
              <w:rPr>
                <w:rFonts w:cs="Times New Roman"/>
                <w:strike/>
              </w:rPr>
              <w:t>phương</w:t>
            </w:r>
            <w:proofErr w:type="spellEnd"/>
            <w:r w:rsidRPr="004543E3">
              <w:rPr>
                <w:rFonts w:cs="Times New Roman"/>
              </w:rPr>
              <w:t xml:space="preserve"> </w:t>
            </w:r>
            <w:proofErr w:type="spellStart"/>
            <w:r w:rsidRPr="004543E3">
              <w:rPr>
                <w:rFonts w:cs="Times New Roman"/>
              </w:rPr>
              <w:t>tổ</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bố</w:t>
            </w:r>
            <w:proofErr w:type="spellEnd"/>
            <w:r w:rsidRPr="004543E3">
              <w:rPr>
                <w:rFonts w:cs="Times New Roman"/>
              </w:rPr>
              <w:t xml:space="preserve"> </w:t>
            </w:r>
            <w:proofErr w:type="spellStart"/>
            <w:r w:rsidRPr="004543E3">
              <w:rPr>
                <w:rFonts w:cs="Times New Roman"/>
              </w:rPr>
              <w:t>trí</w:t>
            </w:r>
            <w:proofErr w:type="spellEnd"/>
            <w:r w:rsidRPr="004543E3">
              <w:rPr>
                <w:rFonts w:cs="Times New Roman"/>
              </w:rPr>
              <w:t xml:space="preserve">, </w:t>
            </w:r>
            <w:proofErr w:type="spellStart"/>
            <w:r w:rsidRPr="004543E3">
              <w:rPr>
                <w:rFonts w:cs="Times New Roman"/>
              </w:rPr>
              <w:t>sắp</w:t>
            </w:r>
            <w:proofErr w:type="spellEnd"/>
            <w:r w:rsidRPr="004543E3">
              <w:rPr>
                <w:rFonts w:cs="Times New Roman"/>
              </w:rPr>
              <w:t xml:space="preserve"> </w:t>
            </w:r>
            <w:proofErr w:type="spellStart"/>
            <w:r w:rsidRPr="004543E3">
              <w:rPr>
                <w:rFonts w:cs="Times New Roman"/>
              </w:rPr>
              <w:t>xếp</w:t>
            </w:r>
            <w:proofErr w:type="spellEnd"/>
            <w:r w:rsidRPr="004543E3">
              <w:rPr>
                <w:rFonts w:cs="Times New Roman"/>
              </w:rPr>
              <w:t xml:space="preserve"> </w:t>
            </w:r>
            <w:proofErr w:type="spellStart"/>
            <w:r w:rsidRPr="004543E3">
              <w:rPr>
                <w:rFonts w:cs="Times New Roman"/>
              </w:rPr>
              <w:t>và</w:t>
            </w:r>
            <w:proofErr w:type="spellEnd"/>
            <w:r w:rsidRPr="004543E3">
              <w:rPr>
                <w:rFonts w:cs="Times New Roman"/>
              </w:rPr>
              <w:t xml:space="preserve"> </w:t>
            </w:r>
            <w:proofErr w:type="spellStart"/>
            <w:r w:rsidRPr="004543E3">
              <w:rPr>
                <w:rFonts w:cs="Times New Roman"/>
              </w:rPr>
              <w:t>bổ</w:t>
            </w:r>
            <w:proofErr w:type="spellEnd"/>
            <w:r w:rsidRPr="004543E3">
              <w:rPr>
                <w:rFonts w:cs="Times New Roman"/>
              </w:rPr>
              <w:t xml:space="preserve"> </w:t>
            </w:r>
            <w:proofErr w:type="spellStart"/>
            <w:r w:rsidRPr="004543E3">
              <w:rPr>
                <w:rFonts w:cs="Times New Roman"/>
              </w:rPr>
              <w:t>nhiệm</w:t>
            </w:r>
            <w:proofErr w:type="spellEnd"/>
            <w:r w:rsidRPr="004543E3">
              <w:rPr>
                <w:rFonts w:cs="Times New Roman"/>
              </w:rPr>
              <w:t xml:space="preserve"> </w:t>
            </w:r>
            <w:proofErr w:type="spellStart"/>
            <w:r w:rsidRPr="004543E3">
              <w:rPr>
                <w:rFonts w:cs="Times New Roman"/>
              </w:rPr>
              <w:t>vào</w:t>
            </w:r>
            <w:proofErr w:type="spellEnd"/>
            <w:r w:rsidRPr="004543E3">
              <w:rPr>
                <w:rFonts w:cs="Times New Roman"/>
              </w:rPr>
              <w:t xml:space="preserve"> </w:t>
            </w:r>
            <w:proofErr w:type="spellStart"/>
            <w:r w:rsidRPr="004543E3">
              <w:rPr>
                <w:rFonts w:cs="Times New Roman"/>
              </w:rPr>
              <w:t>các</w:t>
            </w:r>
            <w:proofErr w:type="spellEnd"/>
            <w:r w:rsidRPr="004543E3">
              <w:rPr>
                <w:rFonts w:cs="Times New Roman"/>
              </w:rPr>
              <w:t xml:space="preserve"> </w:t>
            </w:r>
            <w:proofErr w:type="spellStart"/>
            <w:r w:rsidRPr="004543E3">
              <w:rPr>
                <w:rFonts w:cs="Times New Roman"/>
              </w:rPr>
              <w:t>ngạch</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danh</w:t>
            </w:r>
            <w:proofErr w:type="spellEnd"/>
            <w:r w:rsidRPr="004543E3">
              <w:rPr>
                <w:rFonts w:cs="Times New Roman"/>
              </w:rPr>
              <w:t xml:space="preserve"> </w:t>
            </w:r>
            <w:proofErr w:type="spellStart"/>
            <w:r w:rsidRPr="004543E3">
              <w:rPr>
                <w:rFonts w:cs="Times New Roman"/>
              </w:rPr>
              <w:t>nghề</w:t>
            </w:r>
            <w:proofErr w:type="spellEnd"/>
            <w:r w:rsidRPr="004543E3">
              <w:rPr>
                <w:rFonts w:cs="Times New Roman"/>
              </w:rPr>
              <w:t xml:space="preserve"> </w:t>
            </w:r>
            <w:proofErr w:type="spellStart"/>
            <w:r w:rsidRPr="004543E3">
              <w:rPr>
                <w:rFonts w:cs="Times New Roman"/>
              </w:rPr>
              <w:t>nghiệp</w:t>
            </w:r>
            <w:proofErr w:type="spellEnd"/>
            <w:r w:rsidRPr="004543E3">
              <w:rPr>
                <w:rFonts w:cs="Times New Roman"/>
              </w:rPr>
              <w:t xml:space="preserve"> </w:t>
            </w:r>
            <w:proofErr w:type="spellStart"/>
            <w:r w:rsidRPr="004543E3">
              <w:rPr>
                <w:rFonts w:cs="Times New Roman"/>
              </w:rPr>
              <w:t>tương</w:t>
            </w:r>
            <w:proofErr w:type="spellEnd"/>
            <w:r w:rsidRPr="004543E3">
              <w:rPr>
                <w:rFonts w:cs="Times New Roman"/>
              </w:rPr>
              <w:t xml:space="preserve"> </w:t>
            </w:r>
            <w:proofErr w:type="spellStart"/>
            <w:r w:rsidRPr="004543E3">
              <w:rPr>
                <w:rFonts w:cs="Times New Roman"/>
              </w:rPr>
              <w:t>ứng</w:t>
            </w:r>
            <w:proofErr w:type="spellEnd"/>
            <w:r w:rsidRPr="004543E3">
              <w:rPr>
                <w:rFonts w:cs="Times New Roman"/>
              </w:rPr>
              <w:t xml:space="preserve"> </w:t>
            </w:r>
            <w:proofErr w:type="spellStart"/>
            <w:r w:rsidRPr="004543E3">
              <w:rPr>
                <w:rFonts w:cs="Times New Roman"/>
              </w:rPr>
              <w:t>phù</w:t>
            </w:r>
            <w:proofErr w:type="spellEnd"/>
            <w:r w:rsidRPr="004543E3">
              <w:rPr>
                <w:rFonts w:cs="Times New Roman"/>
              </w:rPr>
              <w:t xml:space="preserve"> </w:t>
            </w:r>
            <w:proofErr w:type="spellStart"/>
            <w:r w:rsidRPr="004543E3">
              <w:rPr>
                <w:rFonts w:cs="Times New Roman"/>
              </w:rPr>
              <w:t>hợp</w:t>
            </w:r>
            <w:proofErr w:type="spellEnd"/>
            <w:r w:rsidRPr="004543E3">
              <w:rPr>
                <w:rFonts w:cs="Times New Roman"/>
              </w:rPr>
              <w:t xml:space="preserve"> </w:t>
            </w:r>
            <w:proofErr w:type="spellStart"/>
            <w:r w:rsidRPr="004543E3">
              <w:rPr>
                <w:rFonts w:cs="Times New Roman"/>
              </w:rPr>
              <w:t>với</w:t>
            </w:r>
            <w:proofErr w:type="spellEnd"/>
            <w:r w:rsidRPr="004543E3">
              <w:rPr>
                <w:rFonts w:cs="Times New Roman"/>
              </w:rPr>
              <w:t xml:space="preserve"> </w:t>
            </w:r>
            <w:proofErr w:type="spellStart"/>
            <w:r w:rsidRPr="004543E3">
              <w:rPr>
                <w:rFonts w:cs="Times New Roman"/>
              </w:rPr>
              <w:t>vị</w:t>
            </w:r>
            <w:proofErr w:type="spellEnd"/>
            <w:r w:rsidRPr="004543E3">
              <w:rPr>
                <w:rFonts w:cs="Times New Roman"/>
              </w:rPr>
              <w:t xml:space="preserve"> </w:t>
            </w:r>
            <w:proofErr w:type="spellStart"/>
            <w:r w:rsidRPr="004543E3">
              <w:rPr>
                <w:rFonts w:cs="Times New Roman"/>
              </w:rPr>
              <w:t>trí</w:t>
            </w:r>
            <w:proofErr w:type="spellEnd"/>
            <w:r w:rsidRPr="004543E3">
              <w:rPr>
                <w:rFonts w:cs="Times New Roman"/>
              </w:rPr>
              <w:t xml:space="preserve"> </w:t>
            </w:r>
            <w:proofErr w:type="spellStart"/>
            <w:r w:rsidRPr="004543E3">
              <w:rPr>
                <w:rFonts w:cs="Times New Roman"/>
              </w:rPr>
              <w:t>việc</w:t>
            </w:r>
            <w:proofErr w:type="spellEnd"/>
            <w:r w:rsidRPr="004543E3">
              <w:rPr>
                <w:rFonts w:cs="Times New Roman"/>
              </w:rPr>
              <w:t xml:space="preserve"> </w:t>
            </w:r>
            <w:proofErr w:type="spellStart"/>
            <w:r w:rsidRPr="004543E3">
              <w:rPr>
                <w:rFonts w:cs="Times New Roman"/>
              </w:rPr>
              <w:t>làm</w:t>
            </w:r>
            <w:proofErr w:type="spellEnd"/>
            <w:r w:rsidRPr="004543E3">
              <w:rPr>
                <w:rFonts w:cs="Times New Roman"/>
              </w:rPr>
              <w:t xml:space="preserve"> </w:t>
            </w:r>
            <w:proofErr w:type="spellStart"/>
            <w:r w:rsidRPr="004543E3">
              <w:rPr>
                <w:rFonts w:cs="Times New Roman"/>
              </w:rPr>
              <w:t>đã</w:t>
            </w:r>
            <w:proofErr w:type="spellEnd"/>
            <w:r w:rsidRPr="004543E3">
              <w:rPr>
                <w:rFonts w:cs="Times New Roman"/>
              </w:rPr>
              <w:t xml:space="preserve"> </w:t>
            </w:r>
            <w:proofErr w:type="spellStart"/>
            <w:r w:rsidRPr="004543E3">
              <w:rPr>
                <w:rFonts w:cs="Times New Roman"/>
              </w:rPr>
              <w:t>được</w:t>
            </w:r>
            <w:proofErr w:type="spellEnd"/>
            <w:r w:rsidRPr="004543E3">
              <w:rPr>
                <w:rFonts w:cs="Times New Roman"/>
              </w:rPr>
              <w:t xml:space="preserve"> </w:t>
            </w:r>
            <w:proofErr w:type="spellStart"/>
            <w:r w:rsidRPr="004543E3">
              <w:rPr>
                <w:rFonts w:cs="Times New Roman"/>
              </w:rPr>
              <w:t>cấp</w:t>
            </w:r>
            <w:proofErr w:type="spellEnd"/>
            <w:r w:rsidRPr="004543E3">
              <w:rPr>
                <w:rFonts w:cs="Times New Roman"/>
              </w:rPr>
              <w:t xml:space="preserve"> </w:t>
            </w:r>
            <w:proofErr w:type="spellStart"/>
            <w:r w:rsidRPr="004543E3">
              <w:rPr>
                <w:rFonts w:cs="Times New Roman"/>
              </w:rPr>
              <w:t>có</w:t>
            </w:r>
            <w:proofErr w:type="spellEnd"/>
            <w:r w:rsidRPr="004543E3">
              <w:rPr>
                <w:rFonts w:cs="Times New Roman"/>
              </w:rPr>
              <w:t xml:space="preserve"> </w:t>
            </w:r>
            <w:proofErr w:type="spellStart"/>
            <w:r w:rsidRPr="004543E3">
              <w:rPr>
                <w:rFonts w:cs="Times New Roman"/>
              </w:rPr>
              <w:t>thẩm</w:t>
            </w:r>
            <w:proofErr w:type="spellEnd"/>
            <w:r w:rsidRPr="004543E3">
              <w:rPr>
                <w:rFonts w:cs="Times New Roman"/>
              </w:rPr>
              <w:t xml:space="preserve"> </w:t>
            </w:r>
            <w:proofErr w:type="spellStart"/>
            <w:r w:rsidRPr="004543E3">
              <w:rPr>
                <w:rFonts w:cs="Times New Roman"/>
              </w:rPr>
              <w:t>quyền</w:t>
            </w:r>
            <w:proofErr w:type="spellEnd"/>
            <w:r w:rsidRPr="004543E3">
              <w:rPr>
                <w:rFonts w:cs="Times New Roman"/>
              </w:rPr>
              <w:t xml:space="preserve"> </w:t>
            </w:r>
            <w:proofErr w:type="spellStart"/>
            <w:r w:rsidRPr="004543E3">
              <w:rPr>
                <w:rFonts w:cs="Times New Roman"/>
              </w:rPr>
              <w:t>phê</w:t>
            </w:r>
            <w:proofErr w:type="spellEnd"/>
            <w:r w:rsidRPr="004543E3">
              <w:rPr>
                <w:rFonts w:cs="Times New Roman"/>
              </w:rPr>
              <w:t xml:space="preserve"> </w:t>
            </w:r>
            <w:proofErr w:type="spellStart"/>
            <w:r w:rsidRPr="004543E3">
              <w:rPr>
                <w:rFonts w:cs="Times New Roman"/>
              </w:rPr>
              <w:t>duyệt</w:t>
            </w:r>
            <w:proofErr w:type="spellEnd"/>
            <w:r w:rsidRPr="004543E3">
              <w:rPr>
                <w:rFonts w:cs="Times New Roman"/>
              </w:rPr>
              <w:t xml:space="preserve"> </w:t>
            </w:r>
            <w:proofErr w:type="spellStart"/>
            <w:r w:rsidRPr="004543E3">
              <w:rPr>
                <w:rFonts w:cs="Times New Roman"/>
              </w:rPr>
              <w:t>đối</w:t>
            </w:r>
            <w:proofErr w:type="spellEnd"/>
            <w:r w:rsidRPr="004543E3">
              <w:rPr>
                <w:rFonts w:cs="Times New Roman"/>
              </w:rPr>
              <w:t xml:space="preserve"> </w:t>
            </w:r>
            <w:proofErr w:type="spellStart"/>
            <w:r w:rsidRPr="004543E3">
              <w:rPr>
                <w:rFonts w:cs="Times New Roman"/>
              </w:rPr>
              <w:t>với</w:t>
            </w:r>
            <w:proofErr w:type="spellEnd"/>
            <w:r w:rsidRPr="004543E3">
              <w:rPr>
                <w:rFonts w:cs="Times New Roman"/>
              </w:rPr>
              <w:t xml:space="preserve"> </w:t>
            </w:r>
            <w:proofErr w:type="spellStart"/>
            <w:r w:rsidRPr="004543E3">
              <w:rPr>
                <w:rFonts w:cs="Times New Roman"/>
              </w:rPr>
              <w:t>công</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viên</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đang</w:t>
            </w:r>
            <w:proofErr w:type="spellEnd"/>
            <w:r w:rsidRPr="004543E3">
              <w:rPr>
                <w:rFonts w:cs="Times New Roman"/>
              </w:rPr>
              <w:t xml:space="preserve"> </w:t>
            </w:r>
            <w:proofErr w:type="spellStart"/>
            <w:r w:rsidRPr="004543E3">
              <w:rPr>
                <w:rFonts w:cs="Times New Roman"/>
              </w:rPr>
              <w:t>làm</w:t>
            </w:r>
            <w:proofErr w:type="spellEnd"/>
            <w:r w:rsidRPr="004543E3">
              <w:rPr>
                <w:rFonts w:cs="Times New Roman"/>
              </w:rPr>
              <w:t xml:space="preserve"> </w:t>
            </w:r>
            <w:proofErr w:type="spellStart"/>
            <w:r w:rsidRPr="004543E3">
              <w:rPr>
                <w:rFonts w:cs="Times New Roman"/>
              </w:rPr>
              <w:t>công</w:t>
            </w:r>
            <w:proofErr w:type="spellEnd"/>
            <w:r w:rsidRPr="004543E3">
              <w:rPr>
                <w:rFonts w:cs="Times New Roman"/>
              </w:rPr>
              <w:t xml:space="preserve"> </w:t>
            </w:r>
            <w:proofErr w:type="spellStart"/>
            <w:r w:rsidRPr="004543E3">
              <w:rPr>
                <w:rFonts w:cs="Times New Roman"/>
              </w:rPr>
              <w:t>tác</w:t>
            </w:r>
            <w:proofErr w:type="spellEnd"/>
            <w:r w:rsidRPr="004543E3">
              <w:rPr>
                <w:rFonts w:cs="Times New Roman"/>
              </w:rPr>
              <w:t xml:space="preserve"> </w:t>
            </w:r>
            <w:proofErr w:type="spellStart"/>
            <w:r w:rsidRPr="004543E3">
              <w:rPr>
                <w:rFonts w:cs="Times New Roman"/>
              </w:rPr>
              <w:t>kiểm</w:t>
            </w:r>
            <w:proofErr w:type="spellEnd"/>
            <w:r w:rsidRPr="004543E3">
              <w:rPr>
                <w:rFonts w:cs="Times New Roman"/>
              </w:rPr>
              <w:t xml:space="preserve"> </w:t>
            </w:r>
            <w:proofErr w:type="spellStart"/>
            <w:r w:rsidRPr="004543E3">
              <w:rPr>
                <w:rFonts w:cs="Times New Roman"/>
              </w:rPr>
              <w:t>soát</w:t>
            </w:r>
            <w:proofErr w:type="spellEnd"/>
            <w:r w:rsidRPr="004543E3">
              <w:rPr>
                <w:rFonts w:cs="Times New Roman"/>
              </w:rPr>
              <w:t xml:space="preserve"> </w:t>
            </w:r>
            <w:proofErr w:type="spellStart"/>
            <w:r w:rsidRPr="004543E3">
              <w:rPr>
                <w:rFonts w:cs="Times New Roman"/>
              </w:rPr>
              <w:t>chất</w:t>
            </w:r>
            <w:proofErr w:type="spellEnd"/>
            <w:r w:rsidRPr="004543E3">
              <w:rPr>
                <w:rFonts w:cs="Times New Roman"/>
              </w:rPr>
              <w:t xml:space="preserve"> </w:t>
            </w:r>
            <w:proofErr w:type="spellStart"/>
            <w:r w:rsidRPr="004543E3">
              <w:rPr>
                <w:rFonts w:cs="Times New Roman"/>
              </w:rPr>
              <w:t>lượng</w:t>
            </w:r>
            <w:proofErr w:type="spellEnd"/>
            <w:r w:rsidRPr="004543E3">
              <w:rPr>
                <w:rFonts w:cs="Times New Roman"/>
              </w:rPr>
              <w:t xml:space="preserve"> </w:t>
            </w:r>
            <w:proofErr w:type="spellStart"/>
            <w:r w:rsidRPr="004543E3">
              <w:rPr>
                <w:rFonts w:cs="Times New Roman"/>
              </w:rPr>
              <w:t>sản</w:t>
            </w:r>
            <w:proofErr w:type="spellEnd"/>
            <w:r w:rsidRPr="004543E3">
              <w:rPr>
                <w:rFonts w:cs="Times New Roman"/>
              </w:rPr>
              <w:t xml:space="preserve"> </w:t>
            </w:r>
            <w:proofErr w:type="spellStart"/>
            <w:r w:rsidRPr="004543E3">
              <w:rPr>
                <w:rFonts w:cs="Times New Roman"/>
              </w:rPr>
              <w:t>phẩm</w:t>
            </w:r>
            <w:proofErr w:type="spellEnd"/>
            <w:r w:rsidRPr="004543E3">
              <w:rPr>
                <w:rFonts w:cs="Times New Roman"/>
              </w:rPr>
              <w:t xml:space="preserve">, </w:t>
            </w:r>
            <w:proofErr w:type="spellStart"/>
            <w:r w:rsidRPr="004543E3">
              <w:rPr>
                <w:rFonts w:cs="Times New Roman"/>
              </w:rPr>
              <w:t>hàng</w:t>
            </w:r>
            <w:proofErr w:type="spellEnd"/>
            <w:r w:rsidRPr="004543E3">
              <w:rPr>
                <w:rFonts w:cs="Times New Roman"/>
              </w:rPr>
              <w:t xml:space="preserve"> </w:t>
            </w:r>
            <w:proofErr w:type="spellStart"/>
            <w:r w:rsidRPr="004543E3">
              <w:rPr>
                <w:rFonts w:cs="Times New Roman"/>
              </w:rPr>
              <w:t>hóa</w:t>
            </w:r>
            <w:proofErr w:type="spellEnd"/>
            <w:r w:rsidRPr="004543E3">
              <w:rPr>
                <w:rFonts w:cs="Times New Roman"/>
              </w:rPr>
              <w:t xml:space="preserve"> …”</w:t>
            </w:r>
          </w:p>
          <w:p w14:paraId="09FAA52D" w14:textId="77777777" w:rsidR="00BE5D3B" w:rsidRPr="004543E3" w:rsidRDefault="00BE5D3B" w:rsidP="00BE5D3B">
            <w:pPr>
              <w:jc w:val="both"/>
            </w:pPr>
          </w:p>
        </w:tc>
        <w:tc>
          <w:tcPr>
            <w:tcW w:w="3165" w:type="dxa"/>
          </w:tcPr>
          <w:p w14:paraId="6F9F68E4" w14:textId="0393EA84" w:rsidR="00BE5D3B" w:rsidRPr="004543E3" w:rsidRDefault="00BE5D3B" w:rsidP="00BE5D3B">
            <w:pPr>
              <w:spacing w:after="120" w:line="320" w:lineRule="exact"/>
              <w:jc w:val="both"/>
              <w:rPr>
                <w:szCs w:val="26"/>
              </w:rPr>
            </w:pPr>
            <w:proofErr w:type="spellStart"/>
            <w:r w:rsidRPr="004543E3">
              <w:rPr>
                <w:szCs w:val="26"/>
              </w:rPr>
              <w:t>Tiếp</w:t>
            </w:r>
            <w:proofErr w:type="spellEnd"/>
            <w:r w:rsidRPr="004543E3">
              <w:rPr>
                <w:szCs w:val="26"/>
              </w:rPr>
              <w:t xml:space="preserve"> </w:t>
            </w:r>
            <w:proofErr w:type="spellStart"/>
            <w:r w:rsidRPr="004543E3">
              <w:rPr>
                <w:szCs w:val="26"/>
              </w:rPr>
              <w:t>thu</w:t>
            </w:r>
            <w:proofErr w:type="spellEnd"/>
            <w:r w:rsidRPr="004543E3">
              <w:rPr>
                <w:szCs w:val="26"/>
              </w:rPr>
              <w:t xml:space="preserve"> ý </w:t>
            </w:r>
            <w:proofErr w:type="spellStart"/>
            <w:r w:rsidRPr="004543E3">
              <w:rPr>
                <w:szCs w:val="26"/>
              </w:rPr>
              <w:t>kiến</w:t>
            </w:r>
            <w:proofErr w:type="spellEnd"/>
            <w:r w:rsidRPr="004543E3">
              <w:rPr>
                <w:szCs w:val="26"/>
              </w:rPr>
              <w:t xml:space="preserve"> </w:t>
            </w:r>
            <w:proofErr w:type="spellStart"/>
            <w:r w:rsidRPr="004543E3">
              <w:rPr>
                <w:szCs w:val="26"/>
              </w:rPr>
              <w:t>va</w:t>
            </w:r>
            <w:proofErr w:type="spellEnd"/>
            <w:r w:rsidRPr="004543E3">
              <w:rPr>
                <w:szCs w:val="26"/>
              </w:rPr>
              <w:t xml:space="preserve">̀ </w:t>
            </w:r>
            <w:proofErr w:type="spellStart"/>
            <w:r w:rsidRPr="004543E3">
              <w:rPr>
                <w:szCs w:val="26"/>
              </w:rPr>
              <w:t>đa</w:t>
            </w:r>
            <w:proofErr w:type="spellEnd"/>
            <w:r w:rsidRPr="004543E3">
              <w:rPr>
                <w:szCs w:val="26"/>
              </w:rPr>
              <w:t xml:space="preserve">̃ </w:t>
            </w:r>
            <w:proofErr w:type="spellStart"/>
            <w:r w:rsidRPr="004543E3">
              <w:rPr>
                <w:szCs w:val="26"/>
              </w:rPr>
              <w:t>ra</w:t>
            </w:r>
            <w:proofErr w:type="spellEnd"/>
            <w:r w:rsidRPr="004543E3">
              <w:rPr>
                <w:szCs w:val="26"/>
              </w:rPr>
              <w:t xml:space="preserve">̀ </w:t>
            </w:r>
            <w:proofErr w:type="spellStart"/>
            <w:r w:rsidRPr="004543E3">
              <w:rPr>
                <w:szCs w:val="26"/>
              </w:rPr>
              <w:t>soát</w:t>
            </w:r>
            <w:proofErr w:type="spellEnd"/>
            <w:r w:rsidRPr="004543E3">
              <w:rPr>
                <w:szCs w:val="26"/>
              </w:rPr>
              <w:t xml:space="preserve">, </w:t>
            </w:r>
            <w:proofErr w:type="spellStart"/>
            <w:r w:rsidRPr="004543E3">
              <w:rPr>
                <w:szCs w:val="26"/>
              </w:rPr>
              <w:t>điều</w:t>
            </w:r>
            <w:proofErr w:type="spellEnd"/>
            <w:r w:rsidRPr="004543E3">
              <w:rPr>
                <w:szCs w:val="26"/>
              </w:rPr>
              <w:t xml:space="preserve"> </w:t>
            </w:r>
            <w:proofErr w:type="spellStart"/>
            <w:r w:rsidRPr="004543E3">
              <w:rPr>
                <w:szCs w:val="26"/>
              </w:rPr>
              <w:t>chỉnh</w:t>
            </w:r>
            <w:proofErr w:type="spellEnd"/>
            <w:r w:rsidRPr="004543E3">
              <w:rPr>
                <w:szCs w:val="26"/>
              </w:rPr>
              <w:t xml:space="preserve"> </w:t>
            </w:r>
            <w:proofErr w:type="spellStart"/>
            <w:r w:rsidRPr="004543E3">
              <w:rPr>
                <w:szCs w:val="26"/>
              </w:rPr>
              <w:t>lại</w:t>
            </w:r>
            <w:proofErr w:type="spellEnd"/>
            <w:r w:rsidRPr="004543E3">
              <w:rPr>
                <w:szCs w:val="26"/>
              </w:rPr>
              <w:t xml:space="preserve"> </w:t>
            </w:r>
            <w:proofErr w:type="spellStart"/>
            <w:r w:rsidRPr="004543E3">
              <w:rPr>
                <w:szCs w:val="26"/>
              </w:rPr>
              <w:t>nội</w:t>
            </w:r>
            <w:proofErr w:type="spellEnd"/>
            <w:r w:rsidRPr="004543E3">
              <w:rPr>
                <w:szCs w:val="26"/>
              </w:rPr>
              <w:t xml:space="preserve"> dung </w:t>
            </w:r>
            <w:proofErr w:type="spellStart"/>
            <w:r w:rsidRPr="004543E3">
              <w:rPr>
                <w:szCs w:val="26"/>
              </w:rPr>
              <w:t>cho</w:t>
            </w:r>
            <w:proofErr w:type="spellEnd"/>
            <w:r w:rsidRPr="004543E3">
              <w:rPr>
                <w:szCs w:val="26"/>
              </w:rPr>
              <w:t xml:space="preserve"> </w:t>
            </w:r>
            <w:proofErr w:type="spellStart"/>
            <w:r w:rsidRPr="004543E3">
              <w:rPr>
                <w:szCs w:val="26"/>
              </w:rPr>
              <w:t>phu</w:t>
            </w:r>
            <w:proofErr w:type="spellEnd"/>
            <w:r w:rsidRPr="004543E3">
              <w:rPr>
                <w:szCs w:val="26"/>
              </w:rPr>
              <w:t xml:space="preserve">̀ </w:t>
            </w:r>
            <w:proofErr w:type="spellStart"/>
            <w:r w:rsidRPr="004543E3">
              <w:rPr>
                <w:szCs w:val="26"/>
              </w:rPr>
              <w:t>hợp</w:t>
            </w:r>
            <w:proofErr w:type="spellEnd"/>
            <w:r w:rsidRPr="004543E3">
              <w:rPr>
                <w:szCs w:val="26"/>
              </w:rPr>
              <w:t xml:space="preserve"> </w:t>
            </w:r>
            <w:proofErr w:type="spellStart"/>
            <w:r w:rsidRPr="004543E3">
              <w:rPr>
                <w:szCs w:val="26"/>
              </w:rPr>
              <w:t>với</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định</w:t>
            </w:r>
            <w:proofErr w:type="spellEnd"/>
            <w:r w:rsidRPr="004543E3">
              <w:rPr>
                <w:szCs w:val="26"/>
              </w:rPr>
              <w:t xml:space="preserve"> </w:t>
            </w:r>
            <w:proofErr w:type="spellStart"/>
            <w:r w:rsidRPr="004543E3">
              <w:rPr>
                <w:szCs w:val="26"/>
              </w:rPr>
              <w:t>vê</w:t>
            </w:r>
            <w:proofErr w:type="spellEnd"/>
            <w:r w:rsidRPr="004543E3">
              <w:rPr>
                <w:szCs w:val="26"/>
              </w:rPr>
              <w:t xml:space="preserve">̀ </w:t>
            </w:r>
            <w:proofErr w:type="spellStart"/>
            <w:r w:rsidRPr="004543E3">
              <w:rPr>
                <w:szCs w:val="26"/>
              </w:rPr>
              <w:t>điều</w:t>
            </w:r>
            <w:proofErr w:type="spellEnd"/>
            <w:r w:rsidRPr="004543E3">
              <w:rPr>
                <w:szCs w:val="26"/>
              </w:rPr>
              <w:t xml:space="preserve"> </w:t>
            </w:r>
            <w:proofErr w:type="spellStart"/>
            <w:r w:rsidRPr="004543E3">
              <w:rPr>
                <w:szCs w:val="26"/>
              </w:rPr>
              <w:t>khoản</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tiếp</w:t>
            </w:r>
            <w:proofErr w:type="spellEnd"/>
            <w:r w:rsidRPr="004543E3">
              <w:rPr>
                <w:szCs w:val="26"/>
              </w:rPr>
              <w:t>.</w:t>
            </w:r>
          </w:p>
        </w:tc>
      </w:tr>
      <w:tr w:rsidR="00BE5D3B" w:rsidRPr="004543E3" w14:paraId="3DD8BAB7" w14:textId="77777777" w:rsidTr="00FF0027">
        <w:tc>
          <w:tcPr>
            <w:tcW w:w="1098" w:type="dxa"/>
          </w:tcPr>
          <w:p w14:paraId="056A12CE" w14:textId="77777777" w:rsidR="00BE5D3B" w:rsidRPr="004543E3" w:rsidRDefault="00BE5D3B" w:rsidP="00BE5D3B">
            <w:pPr>
              <w:jc w:val="both"/>
            </w:pPr>
          </w:p>
        </w:tc>
        <w:tc>
          <w:tcPr>
            <w:tcW w:w="5113" w:type="dxa"/>
          </w:tcPr>
          <w:p w14:paraId="51602E98" w14:textId="5C9874BC" w:rsidR="00BE5D3B" w:rsidRPr="004543E3" w:rsidRDefault="00BE5D3B" w:rsidP="00D23166">
            <w:pPr>
              <w:jc w:val="both"/>
              <w:rPr>
                <w:i/>
                <w:iCs/>
                <w:sz w:val="28"/>
                <w:szCs w:val="28"/>
                <w:lang w:val="de-DE"/>
              </w:rPr>
            </w:pPr>
            <w:r w:rsidRPr="004543E3">
              <w:rPr>
                <w:szCs w:val="26"/>
              </w:rPr>
              <w:t xml:space="preserve">2. Công </w:t>
            </w:r>
            <w:proofErr w:type="spellStart"/>
            <w:r w:rsidRPr="004543E3">
              <w:rPr>
                <w:szCs w:val="26"/>
              </w:rPr>
              <w:t>chức</w:t>
            </w:r>
            <w:proofErr w:type="spellEnd"/>
            <w:r w:rsidRPr="004543E3">
              <w:rPr>
                <w:szCs w:val="26"/>
              </w:rPr>
              <w:t xml:space="preserve"> </w:t>
            </w:r>
            <w:proofErr w:type="spellStart"/>
            <w:r w:rsidRPr="004543E3">
              <w:rPr>
                <w:szCs w:val="26"/>
              </w:rPr>
              <w:t>đã</w:t>
            </w:r>
            <w:proofErr w:type="spellEnd"/>
            <w:r w:rsidRPr="004543E3">
              <w:rPr>
                <w:szCs w:val="26"/>
              </w:rPr>
              <w:t xml:space="preserve"> </w:t>
            </w:r>
            <w:proofErr w:type="spellStart"/>
            <w:r w:rsidRPr="004543E3">
              <w:rPr>
                <w:szCs w:val="26"/>
              </w:rPr>
              <w:t>được</w:t>
            </w:r>
            <w:proofErr w:type="spellEnd"/>
            <w:r w:rsidRPr="004543E3">
              <w:rPr>
                <w:szCs w:val="26"/>
              </w:rPr>
              <w:t xml:space="preserve"> </w:t>
            </w:r>
            <w:proofErr w:type="spellStart"/>
            <w:r w:rsidRPr="004543E3">
              <w:rPr>
                <w:szCs w:val="26"/>
              </w:rPr>
              <w:t>bổ</w:t>
            </w:r>
            <w:proofErr w:type="spellEnd"/>
            <w:r w:rsidRPr="004543E3">
              <w:rPr>
                <w:szCs w:val="26"/>
              </w:rPr>
              <w:t xml:space="preserve"> </w:t>
            </w:r>
            <w:proofErr w:type="spellStart"/>
            <w:r w:rsidRPr="004543E3">
              <w:rPr>
                <w:szCs w:val="26"/>
              </w:rPr>
              <w:t>nhiệm</w:t>
            </w:r>
            <w:proofErr w:type="spellEnd"/>
            <w:r w:rsidRPr="004543E3">
              <w:rPr>
                <w:szCs w:val="26"/>
              </w:rPr>
              <w:t xml:space="preserve"> </w:t>
            </w:r>
            <w:proofErr w:type="spellStart"/>
            <w:r w:rsidRPr="004543E3">
              <w:rPr>
                <w:szCs w:val="26"/>
              </w:rPr>
              <w:t>vào</w:t>
            </w:r>
            <w:proofErr w:type="spellEnd"/>
            <w:r w:rsidRPr="004543E3">
              <w:rPr>
                <w:szCs w:val="26"/>
              </w:rPr>
              <w:t xml:space="preserve"> </w:t>
            </w:r>
            <w:proofErr w:type="spellStart"/>
            <w:r w:rsidRPr="004543E3">
              <w:rPr>
                <w:szCs w:val="26"/>
              </w:rPr>
              <w:t>các</w:t>
            </w:r>
            <w:proofErr w:type="spellEnd"/>
            <w:r w:rsidRPr="004543E3">
              <w:rPr>
                <w:szCs w:val="26"/>
              </w:rPr>
              <w:t xml:space="preserve"> </w:t>
            </w:r>
            <w:proofErr w:type="spellStart"/>
            <w:r w:rsidRPr="004543E3">
              <w:rPr>
                <w:szCs w:val="26"/>
              </w:rPr>
              <w:t>ngạch</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soát</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 xml:space="preserve"> </w:t>
            </w:r>
            <w:proofErr w:type="spellStart"/>
            <w:r w:rsidRPr="004543E3">
              <w:rPr>
                <w:szCs w:val="26"/>
              </w:rPr>
              <w:t>trước</w:t>
            </w:r>
            <w:proofErr w:type="spellEnd"/>
            <w:r w:rsidRPr="004543E3">
              <w:rPr>
                <w:szCs w:val="26"/>
              </w:rPr>
              <w:t xml:space="preserve"> </w:t>
            </w:r>
            <w:proofErr w:type="spellStart"/>
            <w:r w:rsidRPr="004543E3">
              <w:rPr>
                <w:szCs w:val="26"/>
              </w:rPr>
              <w:t>ngày</w:t>
            </w:r>
            <w:proofErr w:type="spellEnd"/>
            <w:r w:rsidRPr="004543E3">
              <w:rPr>
                <w:szCs w:val="26"/>
              </w:rPr>
              <w:t xml:space="preserve"> Thông </w:t>
            </w:r>
            <w:proofErr w:type="spellStart"/>
            <w:r w:rsidRPr="004543E3">
              <w:rPr>
                <w:szCs w:val="26"/>
              </w:rPr>
              <w:t>tư</w:t>
            </w:r>
            <w:proofErr w:type="spellEnd"/>
            <w:r w:rsidRPr="004543E3">
              <w:rPr>
                <w:szCs w:val="26"/>
              </w:rPr>
              <w:t xml:space="preserve"> </w:t>
            </w:r>
            <w:proofErr w:type="spellStart"/>
            <w:r w:rsidRPr="004543E3">
              <w:rPr>
                <w:szCs w:val="26"/>
              </w:rPr>
              <w:t>này</w:t>
            </w:r>
            <w:proofErr w:type="spellEnd"/>
            <w:r w:rsidRPr="004543E3">
              <w:rPr>
                <w:szCs w:val="26"/>
              </w:rPr>
              <w:t xml:space="preserve"> </w:t>
            </w:r>
            <w:proofErr w:type="spellStart"/>
            <w:r w:rsidRPr="004543E3">
              <w:rPr>
                <w:szCs w:val="26"/>
              </w:rPr>
              <w:t>có</w:t>
            </w:r>
            <w:proofErr w:type="spellEnd"/>
            <w:r w:rsidRPr="004543E3">
              <w:rPr>
                <w:szCs w:val="26"/>
              </w:rPr>
              <w:t xml:space="preserve"> </w:t>
            </w:r>
            <w:proofErr w:type="spellStart"/>
            <w:r w:rsidRPr="004543E3">
              <w:rPr>
                <w:szCs w:val="26"/>
              </w:rPr>
              <w:t>hiệu</w:t>
            </w:r>
            <w:proofErr w:type="spellEnd"/>
            <w:r w:rsidRPr="004543E3">
              <w:rPr>
                <w:szCs w:val="26"/>
              </w:rPr>
              <w:t xml:space="preserve"> </w:t>
            </w:r>
            <w:proofErr w:type="spellStart"/>
            <w:r w:rsidRPr="004543E3">
              <w:rPr>
                <w:szCs w:val="26"/>
              </w:rPr>
              <w:t>lực</w:t>
            </w:r>
            <w:proofErr w:type="spellEnd"/>
            <w:r w:rsidRPr="004543E3">
              <w:rPr>
                <w:szCs w:val="26"/>
              </w:rPr>
              <w:t xml:space="preserve"> </w:t>
            </w:r>
            <w:proofErr w:type="spellStart"/>
            <w:r w:rsidRPr="004543E3">
              <w:rPr>
                <w:szCs w:val="26"/>
              </w:rPr>
              <w:t>được</w:t>
            </w:r>
            <w:proofErr w:type="spellEnd"/>
            <w:r w:rsidRPr="004543E3">
              <w:rPr>
                <w:szCs w:val="26"/>
              </w:rPr>
              <w:t xml:space="preserve"> </w:t>
            </w:r>
            <w:proofErr w:type="spellStart"/>
            <w:r w:rsidRPr="004543E3">
              <w:rPr>
                <w:szCs w:val="26"/>
              </w:rPr>
              <w:t>xác</w:t>
            </w:r>
            <w:proofErr w:type="spellEnd"/>
            <w:r w:rsidRPr="004543E3">
              <w:rPr>
                <w:szCs w:val="26"/>
              </w:rPr>
              <w:t xml:space="preserve"> </w:t>
            </w:r>
            <w:proofErr w:type="spellStart"/>
            <w:r w:rsidRPr="004543E3">
              <w:rPr>
                <w:szCs w:val="26"/>
              </w:rPr>
              <w:t>định</w:t>
            </w:r>
            <w:proofErr w:type="spellEnd"/>
            <w:r w:rsidRPr="004543E3">
              <w:rPr>
                <w:szCs w:val="26"/>
              </w:rPr>
              <w:t xml:space="preserve"> </w:t>
            </w:r>
            <w:proofErr w:type="spellStart"/>
            <w:r w:rsidRPr="004543E3">
              <w:rPr>
                <w:szCs w:val="26"/>
              </w:rPr>
              <w:t>là</w:t>
            </w:r>
            <w:proofErr w:type="spellEnd"/>
            <w:r w:rsidRPr="004543E3">
              <w:rPr>
                <w:szCs w:val="26"/>
              </w:rPr>
              <w:t xml:space="preserve"> </w:t>
            </w:r>
            <w:proofErr w:type="spellStart"/>
            <w:r w:rsidRPr="004543E3">
              <w:rPr>
                <w:szCs w:val="26"/>
              </w:rPr>
              <w:t>đáp</w:t>
            </w:r>
            <w:proofErr w:type="spellEnd"/>
            <w:r w:rsidRPr="004543E3">
              <w:rPr>
                <w:szCs w:val="26"/>
              </w:rPr>
              <w:t xml:space="preserve"> </w:t>
            </w:r>
            <w:proofErr w:type="spellStart"/>
            <w:r w:rsidRPr="004543E3">
              <w:rPr>
                <w:szCs w:val="26"/>
              </w:rPr>
              <w:t>ứng</w:t>
            </w:r>
            <w:proofErr w:type="spellEnd"/>
            <w:r w:rsidRPr="004543E3">
              <w:rPr>
                <w:szCs w:val="26"/>
              </w:rPr>
              <w:t xml:space="preserve"> </w:t>
            </w:r>
            <w:proofErr w:type="spellStart"/>
            <w:r w:rsidRPr="004543E3">
              <w:rPr>
                <w:szCs w:val="26"/>
              </w:rPr>
              <w:t>tiêu</w:t>
            </w:r>
            <w:proofErr w:type="spellEnd"/>
            <w:r w:rsidRPr="004543E3">
              <w:rPr>
                <w:szCs w:val="26"/>
              </w:rPr>
              <w:t xml:space="preserve"> </w:t>
            </w:r>
            <w:proofErr w:type="spellStart"/>
            <w:r w:rsidRPr="004543E3">
              <w:rPr>
                <w:szCs w:val="26"/>
              </w:rPr>
              <w:t>chuẩn</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môn</w:t>
            </w:r>
            <w:proofErr w:type="spellEnd"/>
            <w:r w:rsidRPr="004543E3">
              <w:rPr>
                <w:szCs w:val="26"/>
              </w:rPr>
              <w:t xml:space="preserve">, </w:t>
            </w:r>
            <w:proofErr w:type="spellStart"/>
            <w:r w:rsidRPr="004543E3">
              <w:rPr>
                <w:szCs w:val="26"/>
              </w:rPr>
              <w:t>nghiệp</w:t>
            </w:r>
            <w:proofErr w:type="spellEnd"/>
            <w:r w:rsidRPr="004543E3">
              <w:rPr>
                <w:szCs w:val="26"/>
              </w:rPr>
              <w:t xml:space="preserve"> </w:t>
            </w:r>
            <w:proofErr w:type="spellStart"/>
            <w:r w:rsidRPr="004543E3">
              <w:rPr>
                <w:szCs w:val="26"/>
              </w:rPr>
              <w:t>vụ</w:t>
            </w:r>
            <w:proofErr w:type="spellEnd"/>
            <w:r w:rsidRPr="004543E3">
              <w:rPr>
                <w:szCs w:val="26"/>
              </w:rPr>
              <w:t xml:space="preserve"> </w:t>
            </w:r>
            <w:proofErr w:type="spellStart"/>
            <w:r w:rsidRPr="004543E3">
              <w:rPr>
                <w:szCs w:val="26"/>
              </w:rPr>
              <w:t>của</w:t>
            </w:r>
            <w:proofErr w:type="spellEnd"/>
            <w:r w:rsidRPr="004543E3">
              <w:rPr>
                <w:szCs w:val="26"/>
              </w:rPr>
              <w:t xml:space="preserve"> </w:t>
            </w:r>
            <w:proofErr w:type="spellStart"/>
            <w:r w:rsidRPr="004543E3">
              <w:rPr>
                <w:szCs w:val="26"/>
              </w:rPr>
              <w:t>các</w:t>
            </w:r>
            <w:proofErr w:type="spellEnd"/>
            <w:r w:rsidRPr="004543E3">
              <w:rPr>
                <w:szCs w:val="26"/>
              </w:rPr>
              <w:t xml:space="preserve"> </w:t>
            </w:r>
            <w:proofErr w:type="spellStart"/>
            <w:r w:rsidRPr="004543E3">
              <w:rPr>
                <w:szCs w:val="26"/>
              </w:rPr>
              <w:t>ngạch</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định</w:t>
            </w:r>
            <w:proofErr w:type="spellEnd"/>
            <w:r w:rsidRPr="004543E3">
              <w:rPr>
                <w:szCs w:val="26"/>
              </w:rPr>
              <w:t xml:space="preserve"> </w:t>
            </w:r>
            <w:proofErr w:type="spellStart"/>
            <w:r w:rsidRPr="004543E3">
              <w:rPr>
                <w:szCs w:val="26"/>
              </w:rPr>
              <w:t>tại</w:t>
            </w:r>
            <w:proofErr w:type="spellEnd"/>
            <w:r w:rsidRPr="004543E3">
              <w:rPr>
                <w:szCs w:val="26"/>
              </w:rPr>
              <w:t xml:space="preserve"> Thông </w:t>
            </w:r>
            <w:proofErr w:type="spellStart"/>
            <w:r w:rsidRPr="004543E3">
              <w:rPr>
                <w:szCs w:val="26"/>
              </w:rPr>
              <w:t>tư</w:t>
            </w:r>
            <w:proofErr w:type="spellEnd"/>
            <w:r w:rsidRPr="004543E3">
              <w:rPr>
                <w:szCs w:val="26"/>
              </w:rPr>
              <w:t xml:space="preserve"> </w:t>
            </w:r>
            <w:proofErr w:type="spellStart"/>
            <w:r w:rsidRPr="004543E3">
              <w:rPr>
                <w:szCs w:val="26"/>
              </w:rPr>
              <w:t>này</w:t>
            </w:r>
            <w:proofErr w:type="spellEnd"/>
            <w:r w:rsidRPr="004543E3">
              <w:rPr>
                <w:szCs w:val="26"/>
              </w:rPr>
              <w:t xml:space="preserve">. Trường </w:t>
            </w:r>
            <w:proofErr w:type="spellStart"/>
            <w:r w:rsidRPr="004543E3">
              <w:rPr>
                <w:szCs w:val="26"/>
              </w:rPr>
              <w:t>hợp</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chức</w:t>
            </w:r>
            <w:proofErr w:type="spellEnd"/>
            <w:r w:rsidRPr="004543E3">
              <w:rPr>
                <w:szCs w:val="26"/>
              </w:rPr>
              <w:t xml:space="preserve"> </w:t>
            </w:r>
            <w:proofErr w:type="spellStart"/>
            <w:r w:rsidRPr="004543E3">
              <w:rPr>
                <w:szCs w:val="26"/>
              </w:rPr>
              <w:t>chưa</w:t>
            </w:r>
            <w:proofErr w:type="spellEnd"/>
            <w:r w:rsidRPr="004543E3">
              <w:rPr>
                <w:szCs w:val="26"/>
              </w:rPr>
              <w:t xml:space="preserve"> </w:t>
            </w:r>
            <w:proofErr w:type="spellStart"/>
            <w:r w:rsidRPr="004543E3">
              <w:rPr>
                <w:szCs w:val="26"/>
              </w:rPr>
              <w:t>đáp</w:t>
            </w:r>
            <w:proofErr w:type="spellEnd"/>
            <w:r w:rsidRPr="004543E3">
              <w:rPr>
                <w:szCs w:val="26"/>
              </w:rPr>
              <w:t xml:space="preserve"> </w:t>
            </w:r>
            <w:proofErr w:type="spellStart"/>
            <w:r w:rsidRPr="004543E3">
              <w:rPr>
                <w:szCs w:val="26"/>
              </w:rPr>
              <w:t>ứng</w:t>
            </w:r>
            <w:proofErr w:type="spellEnd"/>
            <w:r w:rsidRPr="004543E3">
              <w:rPr>
                <w:szCs w:val="26"/>
              </w:rPr>
              <w:t xml:space="preserve"> </w:t>
            </w:r>
            <w:proofErr w:type="spellStart"/>
            <w:r w:rsidRPr="004543E3">
              <w:rPr>
                <w:szCs w:val="26"/>
              </w:rPr>
              <w:t>đủ</w:t>
            </w:r>
            <w:proofErr w:type="spellEnd"/>
            <w:r w:rsidRPr="004543E3">
              <w:rPr>
                <w:szCs w:val="26"/>
              </w:rPr>
              <w:t xml:space="preserve"> </w:t>
            </w:r>
            <w:proofErr w:type="spellStart"/>
            <w:r w:rsidRPr="004543E3">
              <w:rPr>
                <w:szCs w:val="26"/>
              </w:rPr>
              <w:t>tiêu</w:t>
            </w:r>
            <w:proofErr w:type="spellEnd"/>
            <w:r w:rsidRPr="004543E3">
              <w:rPr>
                <w:szCs w:val="26"/>
              </w:rPr>
              <w:t xml:space="preserve"> </w:t>
            </w:r>
            <w:proofErr w:type="spellStart"/>
            <w:r w:rsidRPr="004543E3">
              <w:rPr>
                <w:szCs w:val="26"/>
              </w:rPr>
              <w:t>chuẩn</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môn</w:t>
            </w:r>
            <w:proofErr w:type="spellEnd"/>
            <w:r w:rsidRPr="004543E3">
              <w:rPr>
                <w:szCs w:val="26"/>
              </w:rPr>
              <w:t xml:space="preserve">, </w:t>
            </w:r>
            <w:proofErr w:type="spellStart"/>
            <w:r w:rsidRPr="004543E3">
              <w:rPr>
                <w:szCs w:val="26"/>
              </w:rPr>
              <w:t>nghiệp</w:t>
            </w:r>
            <w:proofErr w:type="spellEnd"/>
            <w:r w:rsidRPr="004543E3">
              <w:rPr>
                <w:szCs w:val="26"/>
              </w:rPr>
              <w:t xml:space="preserve"> </w:t>
            </w:r>
            <w:proofErr w:type="spellStart"/>
            <w:r w:rsidRPr="004543E3">
              <w:rPr>
                <w:szCs w:val="26"/>
              </w:rPr>
              <w:t>vụ</w:t>
            </w:r>
            <w:proofErr w:type="spellEnd"/>
            <w:r w:rsidRPr="004543E3">
              <w:rPr>
                <w:szCs w:val="26"/>
              </w:rPr>
              <w:t xml:space="preserve"> </w:t>
            </w:r>
            <w:proofErr w:type="spellStart"/>
            <w:r w:rsidRPr="004543E3">
              <w:rPr>
                <w:szCs w:val="26"/>
              </w:rPr>
              <w:t>của</w:t>
            </w:r>
            <w:proofErr w:type="spellEnd"/>
            <w:r w:rsidRPr="004543E3">
              <w:rPr>
                <w:szCs w:val="26"/>
              </w:rPr>
              <w:t xml:space="preserve"> </w:t>
            </w:r>
            <w:proofErr w:type="spellStart"/>
            <w:r w:rsidRPr="004543E3">
              <w:rPr>
                <w:szCs w:val="26"/>
              </w:rPr>
              <w:t>các</w:t>
            </w:r>
            <w:proofErr w:type="spellEnd"/>
            <w:r w:rsidRPr="004543E3">
              <w:rPr>
                <w:szCs w:val="26"/>
              </w:rPr>
              <w:t xml:space="preserve"> </w:t>
            </w:r>
            <w:proofErr w:type="spellStart"/>
            <w:r w:rsidRPr="004543E3">
              <w:rPr>
                <w:szCs w:val="26"/>
              </w:rPr>
              <w:t>ngạch</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định</w:t>
            </w:r>
            <w:proofErr w:type="spellEnd"/>
            <w:r w:rsidRPr="004543E3">
              <w:rPr>
                <w:szCs w:val="26"/>
              </w:rPr>
              <w:t xml:space="preserve"> </w:t>
            </w:r>
            <w:proofErr w:type="spellStart"/>
            <w:r w:rsidRPr="004543E3">
              <w:rPr>
                <w:szCs w:val="26"/>
              </w:rPr>
              <w:t>tại</w:t>
            </w:r>
            <w:proofErr w:type="spellEnd"/>
            <w:r w:rsidRPr="004543E3">
              <w:rPr>
                <w:szCs w:val="26"/>
              </w:rPr>
              <w:t xml:space="preserve"> Thông </w:t>
            </w:r>
            <w:proofErr w:type="spellStart"/>
            <w:r w:rsidRPr="004543E3">
              <w:rPr>
                <w:szCs w:val="26"/>
              </w:rPr>
              <w:t>tư</w:t>
            </w:r>
            <w:proofErr w:type="spellEnd"/>
            <w:r w:rsidRPr="004543E3">
              <w:rPr>
                <w:szCs w:val="26"/>
              </w:rPr>
              <w:t xml:space="preserve"> </w:t>
            </w:r>
            <w:proofErr w:type="spellStart"/>
            <w:r w:rsidRPr="004543E3">
              <w:rPr>
                <w:szCs w:val="26"/>
              </w:rPr>
              <w:t>này</w:t>
            </w:r>
            <w:proofErr w:type="spellEnd"/>
            <w:r w:rsidRPr="004543E3">
              <w:rPr>
                <w:szCs w:val="26"/>
              </w:rPr>
              <w:t xml:space="preserve"> </w:t>
            </w:r>
            <w:proofErr w:type="spellStart"/>
            <w:r w:rsidRPr="004543E3">
              <w:rPr>
                <w:szCs w:val="26"/>
              </w:rPr>
              <w:t>thì</w:t>
            </w:r>
            <w:proofErr w:type="spellEnd"/>
            <w:r w:rsidRPr="004543E3">
              <w:rPr>
                <w:szCs w:val="26"/>
              </w:rPr>
              <w:t xml:space="preserve"> </w:t>
            </w:r>
            <w:proofErr w:type="spellStart"/>
            <w:r w:rsidRPr="004543E3">
              <w:rPr>
                <w:szCs w:val="26"/>
              </w:rPr>
              <w:t>cơ</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quản</w:t>
            </w:r>
            <w:proofErr w:type="spellEnd"/>
            <w:r w:rsidRPr="004543E3">
              <w:rPr>
                <w:szCs w:val="26"/>
              </w:rPr>
              <w:t xml:space="preserve"> </w:t>
            </w:r>
            <w:proofErr w:type="spellStart"/>
            <w:r w:rsidRPr="004543E3">
              <w:rPr>
                <w:szCs w:val="26"/>
              </w:rPr>
              <w:t>lý</w:t>
            </w:r>
            <w:proofErr w:type="spellEnd"/>
            <w:r w:rsidRPr="004543E3">
              <w:rPr>
                <w:szCs w:val="26"/>
              </w:rPr>
              <w:t xml:space="preserve">, </w:t>
            </w:r>
            <w:proofErr w:type="spellStart"/>
            <w:r w:rsidRPr="004543E3">
              <w:rPr>
                <w:szCs w:val="26"/>
              </w:rPr>
              <w:t>sử</w:t>
            </w:r>
            <w:proofErr w:type="spellEnd"/>
            <w:r w:rsidRPr="004543E3">
              <w:rPr>
                <w:szCs w:val="26"/>
              </w:rPr>
              <w:t xml:space="preserve"> </w:t>
            </w:r>
            <w:proofErr w:type="spellStart"/>
            <w:r w:rsidRPr="004543E3">
              <w:rPr>
                <w:szCs w:val="26"/>
              </w:rPr>
              <w:t>dụng</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chức</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chức</w:t>
            </w:r>
            <w:proofErr w:type="spellEnd"/>
            <w:r w:rsidRPr="004543E3">
              <w:rPr>
                <w:szCs w:val="26"/>
              </w:rPr>
              <w:t xml:space="preserve"> </w:t>
            </w:r>
            <w:proofErr w:type="spellStart"/>
            <w:r w:rsidRPr="004543E3">
              <w:rPr>
                <w:szCs w:val="26"/>
              </w:rPr>
              <w:t>có</w:t>
            </w:r>
            <w:proofErr w:type="spellEnd"/>
            <w:r w:rsidRPr="004543E3">
              <w:rPr>
                <w:szCs w:val="26"/>
              </w:rPr>
              <w:t xml:space="preserve"> </w:t>
            </w:r>
            <w:proofErr w:type="spellStart"/>
            <w:r w:rsidRPr="004543E3">
              <w:rPr>
                <w:szCs w:val="26"/>
              </w:rPr>
              <w:t>trách</w:t>
            </w:r>
            <w:proofErr w:type="spellEnd"/>
            <w:r w:rsidRPr="004543E3">
              <w:rPr>
                <w:szCs w:val="26"/>
              </w:rPr>
              <w:t xml:space="preserve"> </w:t>
            </w:r>
            <w:proofErr w:type="spellStart"/>
            <w:r w:rsidRPr="004543E3">
              <w:rPr>
                <w:szCs w:val="26"/>
              </w:rPr>
              <w:t>nhiệm</w:t>
            </w:r>
            <w:proofErr w:type="spellEnd"/>
            <w:r w:rsidRPr="004543E3">
              <w:rPr>
                <w:szCs w:val="26"/>
              </w:rPr>
              <w:t xml:space="preserve"> </w:t>
            </w:r>
            <w:proofErr w:type="spellStart"/>
            <w:r w:rsidRPr="004543E3">
              <w:rPr>
                <w:szCs w:val="26"/>
              </w:rPr>
              <w:t>tạo</w:t>
            </w:r>
            <w:proofErr w:type="spellEnd"/>
            <w:r w:rsidRPr="004543E3">
              <w:rPr>
                <w:szCs w:val="26"/>
              </w:rPr>
              <w:t xml:space="preserve"> </w:t>
            </w:r>
            <w:proofErr w:type="spellStart"/>
            <w:r w:rsidRPr="004543E3">
              <w:rPr>
                <w:szCs w:val="26"/>
              </w:rPr>
              <w:t>điều</w:t>
            </w:r>
            <w:proofErr w:type="spellEnd"/>
            <w:r w:rsidRPr="004543E3">
              <w:rPr>
                <w:szCs w:val="26"/>
              </w:rPr>
              <w:t xml:space="preserve"> </w:t>
            </w:r>
            <w:proofErr w:type="spellStart"/>
            <w:r w:rsidRPr="004543E3">
              <w:rPr>
                <w:szCs w:val="26"/>
              </w:rPr>
              <w:t>kiện</w:t>
            </w:r>
            <w:proofErr w:type="spellEnd"/>
            <w:r w:rsidRPr="004543E3">
              <w:rPr>
                <w:szCs w:val="26"/>
              </w:rPr>
              <w:t xml:space="preserve"> </w:t>
            </w:r>
            <w:proofErr w:type="spellStart"/>
            <w:r w:rsidRPr="004543E3">
              <w:rPr>
                <w:szCs w:val="26"/>
              </w:rPr>
              <w:t>để</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đó</w:t>
            </w:r>
            <w:proofErr w:type="spellEnd"/>
            <w:r w:rsidRPr="004543E3">
              <w:rPr>
                <w:szCs w:val="26"/>
              </w:rPr>
              <w:t xml:space="preserve"> </w:t>
            </w:r>
            <w:proofErr w:type="spellStart"/>
            <w:r w:rsidRPr="004543E3">
              <w:rPr>
                <w:szCs w:val="26"/>
              </w:rPr>
              <w:t>được</w:t>
            </w:r>
            <w:proofErr w:type="spellEnd"/>
            <w:r w:rsidRPr="004543E3">
              <w:rPr>
                <w:szCs w:val="26"/>
              </w:rPr>
              <w:t xml:space="preserve"> </w:t>
            </w:r>
            <w:proofErr w:type="spellStart"/>
            <w:r w:rsidRPr="004543E3">
              <w:rPr>
                <w:szCs w:val="26"/>
              </w:rPr>
              <w:t>đào</w:t>
            </w:r>
            <w:proofErr w:type="spellEnd"/>
            <w:r w:rsidRPr="004543E3">
              <w:rPr>
                <w:szCs w:val="26"/>
              </w:rPr>
              <w:t xml:space="preserve"> </w:t>
            </w:r>
            <w:proofErr w:type="spellStart"/>
            <w:r w:rsidRPr="004543E3">
              <w:rPr>
                <w:szCs w:val="26"/>
              </w:rPr>
              <w:t>tạo</w:t>
            </w:r>
            <w:proofErr w:type="spellEnd"/>
            <w:r w:rsidRPr="004543E3">
              <w:rPr>
                <w:szCs w:val="26"/>
              </w:rPr>
              <w:t xml:space="preserve">, </w:t>
            </w:r>
            <w:proofErr w:type="spellStart"/>
            <w:r w:rsidRPr="004543E3">
              <w:rPr>
                <w:szCs w:val="26"/>
              </w:rPr>
              <w:t>bồi</w:t>
            </w:r>
            <w:proofErr w:type="spellEnd"/>
            <w:r w:rsidRPr="004543E3">
              <w:rPr>
                <w:szCs w:val="26"/>
              </w:rPr>
              <w:t xml:space="preserve"> </w:t>
            </w:r>
            <w:proofErr w:type="spellStart"/>
            <w:r w:rsidRPr="004543E3">
              <w:rPr>
                <w:szCs w:val="26"/>
              </w:rPr>
              <w:t>dưỡng</w:t>
            </w:r>
            <w:proofErr w:type="spellEnd"/>
            <w:r w:rsidRPr="004543E3">
              <w:rPr>
                <w:szCs w:val="26"/>
              </w:rPr>
              <w:t xml:space="preserve"> </w:t>
            </w:r>
            <w:proofErr w:type="spellStart"/>
            <w:r w:rsidRPr="004543E3">
              <w:rPr>
                <w:szCs w:val="26"/>
              </w:rPr>
              <w:t>hoàn</w:t>
            </w:r>
            <w:proofErr w:type="spellEnd"/>
            <w:r w:rsidRPr="004543E3">
              <w:rPr>
                <w:szCs w:val="26"/>
              </w:rPr>
              <w:t xml:space="preserve"> </w:t>
            </w:r>
            <w:proofErr w:type="spellStart"/>
            <w:r w:rsidRPr="004543E3">
              <w:rPr>
                <w:szCs w:val="26"/>
              </w:rPr>
              <w:t>thiện</w:t>
            </w:r>
            <w:proofErr w:type="spellEnd"/>
            <w:r w:rsidRPr="004543E3">
              <w:rPr>
                <w:szCs w:val="26"/>
              </w:rPr>
              <w:t xml:space="preserve"> </w:t>
            </w:r>
            <w:proofErr w:type="spellStart"/>
            <w:r w:rsidRPr="004543E3">
              <w:rPr>
                <w:szCs w:val="26"/>
              </w:rPr>
              <w:t>tiêu</w:t>
            </w:r>
            <w:proofErr w:type="spellEnd"/>
            <w:r w:rsidRPr="004543E3">
              <w:rPr>
                <w:szCs w:val="26"/>
              </w:rPr>
              <w:t xml:space="preserve"> </w:t>
            </w:r>
            <w:proofErr w:type="spellStart"/>
            <w:r w:rsidRPr="004543E3">
              <w:rPr>
                <w:szCs w:val="26"/>
              </w:rPr>
              <w:t>chuẩn</w:t>
            </w:r>
            <w:proofErr w:type="spellEnd"/>
            <w:r w:rsidRPr="004543E3">
              <w:rPr>
                <w:szCs w:val="26"/>
              </w:rPr>
              <w:t xml:space="preserve"> </w:t>
            </w:r>
            <w:proofErr w:type="spellStart"/>
            <w:r w:rsidRPr="004543E3">
              <w:rPr>
                <w:szCs w:val="26"/>
              </w:rPr>
              <w:t>trong</w:t>
            </w:r>
            <w:proofErr w:type="spellEnd"/>
            <w:r w:rsidRPr="004543E3">
              <w:rPr>
                <w:szCs w:val="26"/>
              </w:rPr>
              <w:t xml:space="preserve"> </w:t>
            </w:r>
            <w:proofErr w:type="spellStart"/>
            <w:r w:rsidRPr="004543E3">
              <w:rPr>
                <w:szCs w:val="26"/>
              </w:rPr>
              <w:lastRenderedPageBreak/>
              <w:t>thời</w:t>
            </w:r>
            <w:proofErr w:type="spellEnd"/>
            <w:r w:rsidRPr="004543E3">
              <w:rPr>
                <w:szCs w:val="26"/>
              </w:rPr>
              <w:t xml:space="preserve"> </w:t>
            </w:r>
            <w:proofErr w:type="spellStart"/>
            <w:r w:rsidRPr="004543E3">
              <w:rPr>
                <w:szCs w:val="26"/>
              </w:rPr>
              <w:t>hạn</w:t>
            </w:r>
            <w:proofErr w:type="spellEnd"/>
            <w:r w:rsidRPr="004543E3">
              <w:rPr>
                <w:szCs w:val="26"/>
              </w:rPr>
              <w:t xml:space="preserve"> </w:t>
            </w:r>
            <w:proofErr w:type="spellStart"/>
            <w:r w:rsidRPr="004543E3">
              <w:rPr>
                <w:szCs w:val="26"/>
              </w:rPr>
              <w:t>tối</w:t>
            </w:r>
            <w:proofErr w:type="spellEnd"/>
            <w:r w:rsidRPr="004543E3">
              <w:rPr>
                <w:szCs w:val="26"/>
              </w:rPr>
              <w:t xml:space="preserve"> </w:t>
            </w:r>
            <w:proofErr w:type="spellStart"/>
            <w:r w:rsidRPr="004543E3">
              <w:rPr>
                <w:szCs w:val="26"/>
              </w:rPr>
              <w:t>đa</w:t>
            </w:r>
            <w:proofErr w:type="spellEnd"/>
            <w:r w:rsidRPr="004543E3">
              <w:rPr>
                <w:szCs w:val="26"/>
              </w:rPr>
              <w:t xml:space="preserve"> 01 </w:t>
            </w:r>
            <w:proofErr w:type="spellStart"/>
            <w:r w:rsidRPr="004543E3">
              <w:rPr>
                <w:szCs w:val="26"/>
              </w:rPr>
              <w:t>năm</w:t>
            </w:r>
            <w:proofErr w:type="spellEnd"/>
            <w:r w:rsidRPr="004543E3">
              <w:rPr>
                <w:szCs w:val="26"/>
              </w:rPr>
              <w:t xml:space="preserve"> </w:t>
            </w:r>
            <w:proofErr w:type="spellStart"/>
            <w:r w:rsidRPr="004543E3">
              <w:rPr>
                <w:szCs w:val="26"/>
              </w:rPr>
              <w:t>kể</w:t>
            </w:r>
            <w:proofErr w:type="spellEnd"/>
            <w:r w:rsidRPr="004543E3">
              <w:rPr>
                <w:szCs w:val="26"/>
              </w:rPr>
              <w:t xml:space="preserve"> </w:t>
            </w:r>
            <w:proofErr w:type="spellStart"/>
            <w:r w:rsidRPr="004543E3">
              <w:rPr>
                <w:szCs w:val="26"/>
              </w:rPr>
              <w:t>từ</w:t>
            </w:r>
            <w:proofErr w:type="spellEnd"/>
            <w:r w:rsidRPr="004543E3">
              <w:rPr>
                <w:szCs w:val="26"/>
              </w:rPr>
              <w:t xml:space="preserve"> </w:t>
            </w:r>
            <w:proofErr w:type="spellStart"/>
            <w:r w:rsidRPr="004543E3">
              <w:rPr>
                <w:szCs w:val="26"/>
              </w:rPr>
              <w:t>ngày</w:t>
            </w:r>
            <w:proofErr w:type="spellEnd"/>
            <w:r w:rsidRPr="004543E3">
              <w:rPr>
                <w:szCs w:val="26"/>
              </w:rPr>
              <w:t xml:space="preserve"> Thông </w:t>
            </w:r>
            <w:proofErr w:type="spellStart"/>
            <w:r w:rsidRPr="004543E3">
              <w:rPr>
                <w:szCs w:val="26"/>
              </w:rPr>
              <w:t>tư</w:t>
            </w:r>
            <w:proofErr w:type="spellEnd"/>
            <w:r w:rsidRPr="004543E3">
              <w:rPr>
                <w:szCs w:val="26"/>
              </w:rPr>
              <w:t xml:space="preserve"> </w:t>
            </w:r>
            <w:proofErr w:type="spellStart"/>
            <w:r w:rsidRPr="004543E3">
              <w:rPr>
                <w:szCs w:val="26"/>
              </w:rPr>
              <w:t>có</w:t>
            </w:r>
            <w:proofErr w:type="spellEnd"/>
            <w:r w:rsidRPr="004543E3">
              <w:rPr>
                <w:szCs w:val="26"/>
              </w:rPr>
              <w:t xml:space="preserve"> </w:t>
            </w:r>
            <w:proofErr w:type="spellStart"/>
            <w:r w:rsidRPr="004543E3">
              <w:rPr>
                <w:szCs w:val="26"/>
              </w:rPr>
              <w:t>hiệu</w:t>
            </w:r>
            <w:proofErr w:type="spellEnd"/>
            <w:r w:rsidRPr="004543E3">
              <w:rPr>
                <w:szCs w:val="26"/>
              </w:rPr>
              <w:t xml:space="preserve"> </w:t>
            </w:r>
            <w:proofErr w:type="spellStart"/>
            <w:r w:rsidRPr="004543E3">
              <w:rPr>
                <w:szCs w:val="26"/>
              </w:rPr>
              <w:t>lực</w:t>
            </w:r>
            <w:proofErr w:type="spellEnd"/>
            <w:r w:rsidRPr="004543E3">
              <w:rPr>
                <w:szCs w:val="26"/>
              </w:rPr>
              <w:t>.</w:t>
            </w:r>
          </w:p>
        </w:tc>
        <w:tc>
          <w:tcPr>
            <w:tcW w:w="5220" w:type="dxa"/>
          </w:tcPr>
          <w:p w14:paraId="5FC345A2" w14:textId="77777777" w:rsidR="00BE5D3B" w:rsidRPr="004543E3" w:rsidRDefault="00BE5D3B" w:rsidP="00594632">
            <w:pPr>
              <w:spacing w:before="120" w:after="120" w:line="240" w:lineRule="auto"/>
              <w:jc w:val="both"/>
              <w:rPr>
                <w:rFonts w:cs="Times New Roman"/>
                <w:b/>
                <w:bCs/>
              </w:rPr>
            </w:pPr>
            <w:r w:rsidRPr="004543E3">
              <w:rPr>
                <w:rFonts w:cs="Times New Roman"/>
                <w:b/>
                <w:bCs/>
              </w:rPr>
              <w:lastRenderedPageBreak/>
              <w:t xml:space="preserve">Ngân </w:t>
            </w:r>
            <w:proofErr w:type="spellStart"/>
            <w:r w:rsidRPr="004543E3">
              <w:rPr>
                <w:rFonts w:cs="Times New Roman"/>
                <w:b/>
                <w:bCs/>
              </w:rPr>
              <w:t>hàng</w:t>
            </w:r>
            <w:proofErr w:type="spellEnd"/>
            <w:r w:rsidRPr="004543E3">
              <w:rPr>
                <w:rFonts w:cs="Times New Roman"/>
                <w:b/>
                <w:bCs/>
              </w:rPr>
              <w:t xml:space="preserve"> Nhà </w:t>
            </w:r>
            <w:proofErr w:type="spellStart"/>
            <w:r w:rsidRPr="004543E3">
              <w:rPr>
                <w:rFonts w:cs="Times New Roman"/>
                <w:b/>
                <w:bCs/>
              </w:rPr>
              <w:t>nước</w:t>
            </w:r>
            <w:proofErr w:type="spellEnd"/>
            <w:r w:rsidRPr="004543E3">
              <w:rPr>
                <w:rFonts w:cs="Times New Roman"/>
                <w:b/>
                <w:bCs/>
              </w:rPr>
              <w:t xml:space="preserve"> </w:t>
            </w:r>
            <w:proofErr w:type="spellStart"/>
            <w:r w:rsidRPr="004543E3">
              <w:rPr>
                <w:rFonts w:cs="Times New Roman"/>
                <w:b/>
                <w:bCs/>
              </w:rPr>
              <w:t>Việt</w:t>
            </w:r>
            <w:proofErr w:type="spellEnd"/>
            <w:r w:rsidRPr="004543E3">
              <w:rPr>
                <w:rFonts w:cs="Times New Roman"/>
                <w:b/>
                <w:bCs/>
              </w:rPr>
              <w:t xml:space="preserve"> Nam:</w:t>
            </w:r>
          </w:p>
          <w:p w14:paraId="615342EC" w14:textId="77777777" w:rsidR="00BE5D3B" w:rsidRPr="004543E3" w:rsidRDefault="00BE5D3B" w:rsidP="00594632">
            <w:pPr>
              <w:spacing w:before="120" w:after="120" w:line="240" w:lineRule="auto"/>
              <w:jc w:val="both"/>
              <w:rPr>
                <w:rFonts w:cs="Times New Roman"/>
              </w:rPr>
            </w:pPr>
            <w:proofErr w:type="spellStart"/>
            <w:r w:rsidRPr="004543E3">
              <w:rPr>
                <w:rFonts w:cs="Times New Roman"/>
              </w:rPr>
              <w:t>Khoản</w:t>
            </w:r>
            <w:proofErr w:type="spellEnd"/>
            <w:r w:rsidRPr="004543E3">
              <w:rPr>
                <w:rFonts w:cs="Times New Roman"/>
              </w:rPr>
              <w:t xml:space="preserve"> 2 </w:t>
            </w:r>
            <w:proofErr w:type="spellStart"/>
            <w:r w:rsidRPr="004543E3">
              <w:rPr>
                <w:rFonts w:cs="Times New Roman"/>
              </w:rPr>
              <w:t>Điều</w:t>
            </w:r>
            <w:proofErr w:type="spellEnd"/>
            <w:r w:rsidRPr="004543E3">
              <w:rPr>
                <w:rFonts w:cs="Times New Roman"/>
              </w:rPr>
              <w:t xml:space="preserve"> 9 </w:t>
            </w:r>
            <w:proofErr w:type="spellStart"/>
            <w:r w:rsidRPr="004543E3">
              <w:rPr>
                <w:rFonts w:cs="Times New Roman"/>
              </w:rPr>
              <w:t>đề</w:t>
            </w:r>
            <w:proofErr w:type="spellEnd"/>
            <w:r w:rsidRPr="004543E3">
              <w:rPr>
                <w:rFonts w:cs="Times New Roman"/>
              </w:rPr>
              <w:t xml:space="preserve"> </w:t>
            </w:r>
            <w:proofErr w:type="spellStart"/>
            <w:r w:rsidRPr="004543E3">
              <w:rPr>
                <w:rFonts w:cs="Times New Roman"/>
              </w:rPr>
              <w:t>nghị</w:t>
            </w:r>
            <w:proofErr w:type="spellEnd"/>
            <w:r w:rsidRPr="004543E3">
              <w:rPr>
                <w:rFonts w:cs="Times New Roman"/>
              </w:rPr>
              <w:t xml:space="preserve"> </w:t>
            </w:r>
            <w:proofErr w:type="spellStart"/>
            <w:r w:rsidRPr="004543E3">
              <w:rPr>
                <w:rFonts w:cs="Times New Roman"/>
              </w:rPr>
              <w:t>chỉnh</w:t>
            </w:r>
            <w:proofErr w:type="spellEnd"/>
            <w:r w:rsidRPr="004543E3">
              <w:rPr>
                <w:rFonts w:cs="Times New Roman"/>
              </w:rPr>
              <w:t xml:space="preserve"> </w:t>
            </w:r>
            <w:proofErr w:type="spellStart"/>
            <w:r w:rsidRPr="004543E3">
              <w:rPr>
                <w:rFonts w:cs="Times New Roman"/>
              </w:rPr>
              <w:t>sửa</w:t>
            </w:r>
            <w:proofErr w:type="spellEnd"/>
            <w:r w:rsidRPr="004543E3">
              <w:rPr>
                <w:rFonts w:cs="Times New Roman"/>
              </w:rPr>
              <w:t xml:space="preserve"> </w:t>
            </w:r>
            <w:proofErr w:type="spellStart"/>
            <w:r w:rsidRPr="004543E3">
              <w:rPr>
                <w:rFonts w:cs="Times New Roman"/>
              </w:rPr>
              <w:t>như</w:t>
            </w:r>
            <w:proofErr w:type="spellEnd"/>
            <w:r w:rsidRPr="004543E3">
              <w:rPr>
                <w:rFonts w:cs="Times New Roman"/>
              </w:rPr>
              <w:t xml:space="preserve"> </w:t>
            </w:r>
            <w:proofErr w:type="spellStart"/>
            <w:r w:rsidRPr="004543E3">
              <w:rPr>
                <w:rFonts w:cs="Times New Roman"/>
              </w:rPr>
              <w:t>sau</w:t>
            </w:r>
            <w:proofErr w:type="spellEnd"/>
            <w:r w:rsidRPr="004543E3">
              <w:rPr>
                <w:rFonts w:cs="Times New Roman"/>
              </w:rPr>
              <w:t>:</w:t>
            </w:r>
            <w:r w:rsidRPr="004543E3">
              <w:rPr>
                <w:rFonts w:cs="Times New Roman"/>
              </w:rPr>
              <w:br/>
              <w:t xml:space="preserve">“Công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đã</w:t>
            </w:r>
            <w:proofErr w:type="spellEnd"/>
            <w:r w:rsidRPr="004543E3">
              <w:rPr>
                <w:rFonts w:cs="Times New Roman"/>
              </w:rPr>
              <w:t xml:space="preserve"> </w:t>
            </w:r>
            <w:proofErr w:type="spellStart"/>
            <w:r w:rsidRPr="004543E3">
              <w:rPr>
                <w:rFonts w:cs="Times New Roman"/>
              </w:rPr>
              <w:t>được</w:t>
            </w:r>
            <w:proofErr w:type="spellEnd"/>
            <w:r w:rsidRPr="004543E3">
              <w:rPr>
                <w:rFonts w:cs="Times New Roman"/>
              </w:rPr>
              <w:t xml:space="preserve"> </w:t>
            </w:r>
            <w:proofErr w:type="spellStart"/>
            <w:r w:rsidRPr="004543E3">
              <w:rPr>
                <w:rFonts w:cs="Times New Roman"/>
              </w:rPr>
              <w:t>bổ</w:t>
            </w:r>
            <w:proofErr w:type="spellEnd"/>
            <w:r w:rsidRPr="004543E3">
              <w:rPr>
                <w:rFonts w:cs="Times New Roman"/>
              </w:rPr>
              <w:t xml:space="preserve"> </w:t>
            </w:r>
            <w:proofErr w:type="spellStart"/>
            <w:r w:rsidRPr="004543E3">
              <w:rPr>
                <w:rFonts w:cs="Times New Roman"/>
              </w:rPr>
              <w:t>nhiệm</w:t>
            </w:r>
            <w:proofErr w:type="spellEnd"/>
            <w:r w:rsidRPr="004543E3">
              <w:rPr>
                <w:rFonts w:cs="Times New Roman"/>
              </w:rPr>
              <w:t xml:space="preserve"> </w:t>
            </w:r>
            <w:proofErr w:type="spellStart"/>
            <w:r w:rsidRPr="004543E3">
              <w:rPr>
                <w:rFonts w:cs="Times New Roman"/>
              </w:rPr>
              <w:t>vào</w:t>
            </w:r>
            <w:proofErr w:type="spellEnd"/>
            <w:r w:rsidRPr="004543E3">
              <w:rPr>
                <w:rFonts w:cs="Times New Roman"/>
              </w:rPr>
              <w:t xml:space="preserve"> </w:t>
            </w:r>
            <w:proofErr w:type="spellStart"/>
            <w:r w:rsidRPr="004543E3">
              <w:rPr>
                <w:rFonts w:cs="Times New Roman"/>
              </w:rPr>
              <w:t>các</w:t>
            </w:r>
            <w:proofErr w:type="spellEnd"/>
            <w:r w:rsidRPr="004543E3">
              <w:rPr>
                <w:rFonts w:cs="Times New Roman"/>
              </w:rPr>
              <w:t xml:space="preserve"> </w:t>
            </w:r>
            <w:proofErr w:type="spellStart"/>
            <w:r w:rsidRPr="004543E3">
              <w:rPr>
                <w:rFonts w:cs="Times New Roman"/>
              </w:rPr>
              <w:t>ngạch</w:t>
            </w:r>
            <w:proofErr w:type="spellEnd"/>
            <w:r w:rsidRPr="004543E3">
              <w:rPr>
                <w:rFonts w:cs="Times New Roman"/>
              </w:rPr>
              <w:t xml:space="preserve"> </w:t>
            </w:r>
            <w:proofErr w:type="spellStart"/>
            <w:r w:rsidRPr="004543E3">
              <w:rPr>
                <w:rFonts w:cs="Times New Roman"/>
              </w:rPr>
              <w:t>kiểm</w:t>
            </w:r>
            <w:proofErr w:type="spellEnd"/>
            <w:r w:rsidRPr="004543E3">
              <w:rPr>
                <w:rFonts w:cs="Times New Roman"/>
              </w:rPr>
              <w:t xml:space="preserve"> </w:t>
            </w:r>
            <w:proofErr w:type="spellStart"/>
            <w:r w:rsidRPr="004543E3">
              <w:rPr>
                <w:rFonts w:cs="Times New Roman"/>
              </w:rPr>
              <w:t>soát</w:t>
            </w:r>
            <w:proofErr w:type="spellEnd"/>
            <w:r w:rsidRPr="004543E3">
              <w:rPr>
                <w:rFonts w:cs="Times New Roman"/>
              </w:rPr>
              <w:t xml:space="preserve"> </w:t>
            </w:r>
            <w:proofErr w:type="spellStart"/>
            <w:r w:rsidRPr="004543E3">
              <w:rPr>
                <w:rFonts w:cs="Times New Roman"/>
              </w:rPr>
              <w:t>chất</w:t>
            </w:r>
            <w:proofErr w:type="spellEnd"/>
            <w:r w:rsidRPr="004543E3">
              <w:rPr>
                <w:rFonts w:cs="Times New Roman"/>
              </w:rPr>
              <w:t xml:space="preserve"> </w:t>
            </w:r>
            <w:proofErr w:type="spellStart"/>
            <w:r w:rsidRPr="004543E3">
              <w:rPr>
                <w:rFonts w:cs="Times New Roman"/>
              </w:rPr>
              <w:t>lượng</w:t>
            </w:r>
            <w:proofErr w:type="spellEnd"/>
            <w:r w:rsidRPr="004543E3">
              <w:rPr>
                <w:rFonts w:cs="Times New Roman"/>
              </w:rPr>
              <w:t xml:space="preserve"> </w:t>
            </w:r>
            <w:proofErr w:type="spellStart"/>
            <w:r w:rsidRPr="004543E3">
              <w:rPr>
                <w:rFonts w:cs="Times New Roman"/>
              </w:rPr>
              <w:t>sản</w:t>
            </w:r>
            <w:proofErr w:type="spellEnd"/>
            <w:r w:rsidRPr="004543E3">
              <w:rPr>
                <w:rFonts w:cs="Times New Roman"/>
              </w:rPr>
              <w:t xml:space="preserve"> </w:t>
            </w:r>
            <w:proofErr w:type="spellStart"/>
            <w:r w:rsidRPr="004543E3">
              <w:rPr>
                <w:rFonts w:cs="Times New Roman"/>
              </w:rPr>
              <w:t>phẩm</w:t>
            </w:r>
            <w:proofErr w:type="spellEnd"/>
            <w:r w:rsidRPr="004543E3">
              <w:rPr>
                <w:rFonts w:cs="Times New Roman"/>
              </w:rPr>
              <w:t xml:space="preserve">, </w:t>
            </w:r>
            <w:proofErr w:type="spellStart"/>
            <w:r w:rsidRPr="004543E3">
              <w:rPr>
                <w:rFonts w:cs="Times New Roman"/>
              </w:rPr>
              <w:t>hàng</w:t>
            </w:r>
            <w:proofErr w:type="spellEnd"/>
            <w:r w:rsidRPr="004543E3">
              <w:rPr>
                <w:rFonts w:cs="Times New Roman"/>
              </w:rPr>
              <w:t xml:space="preserve"> </w:t>
            </w:r>
            <w:proofErr w:type="spellStart"/>
            <w:r w:rsidRPr="004543E3">
              <w:rPr>
                <w:rFonts w:cs="Times New Roman"/>
              </w:rPr>
              <w:t>hóa</w:t>
            </w:r>
            <w:proofErr w:type="spellEnd"/>
            <w:r w:rsidRPr="004543E3">
              <w:rPr>
                <w:rFonts w:cs="Times New Roman"/>
              </w:rPr>
              <w:t xml:space="preserve"> </w:t>
            </w:r>
            <w:proofErr w:type="spellStart"/>
            <w:r w:rsidRPr="004543E3">
              <w:rPr>
                <w:rFonts w:cs="Times New Roman"/>
              </w:rPr>
              <w:t>trước</w:t>
            </w:r>
            <w:proofErr w:type="spellEnd"/>
            <w:r w:rsidRPr="004543E3">
              <w:rPr>
                <w:rFonts w:cs="Times New Roman"/>
              </w:rPr>
              <w:t xml:space="preserve"> </w:t>
            </w:r>
            <w:proofErr w:type="spellStart"/>
            <w:r w:rsidRPr="004543E3">
              <w:rPr>
                <w:rFonts w:cs="Times New Roman"/>
              </w:rPr>
              <w:t>ngày</w:t>
            </w:r>
            <w:proofErr w:type="spellEnd"/>
            <w:r w:rsidRPr="004543E3">
              <w:rPr>
                <w:rFonts w:cs="Times New Roman"/>
              </w:rPr>
              <w:t xml:space="preserve"> Thông </w:t>
            </w:r>
            <w:proofErr w:type="spellStart"/>
            <w:r w:rsidRPr="004543E3">
              <w:rPr>
                <w:rFonts w:cs="Times New Roman"/>
              </w:rPr>
              <w:t>tư</w:t>
            </w:r>
            <w:proofErr w:type="spellEnd"/>
            <w:r w:rsidRPr="004543E3">
              <w:rPr>
                <w:rFonts w:cs="Times New Roman"/>
              </w:rPr>
              <w:t xml:space="preserve"> </w:t>
            </w:r>
            <w:proofErr w:type="spellStart"/>
            <w:r w:rsidRPr="004543E3">
              <w:rPr>
                <w:rFonts w:cs="Times New Roman"/>
              </w:rPr>
              <w:t>này</w:t>
            </w:r>
            <w:proofErr w:type="spellEnd"/>
            <w:r w:rsidRPr="004543E3">
              <w:rPr>
                <w:rFonts w:cs="Times New Roman"/>
              </w:rPr>
              <w:t xml:space="preserve"> </w:t>
            </w:r>
            <w:proofErr w:type="spellStart"/>
            <w:r w:rsidRPr="004543E3">
              <w:rPr>
                <w:rFonts w:cs="Times New Roman"/>
              </w:rPr>
              <w:t>có</w:t>
            </w:r>
            <w:proofErr w:type="spellEnd"/>
            <w:r w:rsidRPr="004543E3">
              <w:rPr>
                <w:rFonts w:cs="Times New Roman"/>
              </w:rPr>
              <w:t xml:space="preserve"> </w:t>
            </w:r>
            <w:proofErr w:type="spellStart"/>
            <w:r w:rsidRPr="004543E3">
              <w:rPr>
                <w:rFonts w:cs="Times New Roman"/>
              </w:rPr>
              <w:t>hiệu</w:t>
            </w:r>
            <w:proofErr w:type="spellEnd"/>
            <w:r w:rsidRPr="004543E3">
              <w:rPr>
                <w:rFonts w:cs="Times New Roman"/>
              </w:rPr>
              <w:t xml:space="preserve"> </w:t>
            </w:r>
            <w:proofErr w:type="spellStart"/>
            <w:r w:rsidRPr="004543E3">
              <w:rPr>
                <w:rFonts w:cs="Times New Roman"/>
              </w:rPr>
              <w:t>lực</w:t>
            </w:r>
            <w:proofErr w:type="spellEnd"/>
            <w:r w:rsidRPr="004543E3">
              <w:rPr>
                <w:rFonts w:cs="Times New Roman"/>
              </w:rPr>
              <w:t xml:space="preserve"> </w:t>
            </w:r>
            <w:proofErr w:type="spellStart"/>
            <w:r w:rsidRPr="004543E3">
              <w:rPr>
                <w:rFonts w:cs="Times New Roman"/>
              </w:rPr>
              <w:t>được</w:t>
            </w:r>
            <w:proofErr w:type="spellEnd"/>
            <w:r w:rsidRPr="004543E3">
              <w:rPr>
                <w:rFonts w:cs="Times New Roman"/>
              </w:rPr>
              <w:t xml:space="preserve"> </w:t>
            </w:r>
            <w:proofErr w:type="spellStart"/>
            <w:r w:rsidRPr="004543E3">
              <w:rPr>
                <w:rFonts w:cs="Times New Roman"/>
              </w:rPr>
              <w:t>xác</w:t>
            </w:r>
            <w:proofErr w:type="spellEnd"/>
            <w:r w:rsidRPr="004543E3">
              <w:rPr>
                <w:rFonts w:cs="Times New Roman"/>
              </w:rPr>
              <w:t xml:space="preserve"> </w:t>
            </w:r>
            <w:proofErr w:type="spellStart"/>
            <w:r w:rsidRPr="004543E3">
              <w:rPr>
                <w:rFonts w:cs="Times New Roman"/>
              </w:rPr>
              <w:t>định</w:t>
            </w:r>
            <w:proofErr w:type="spellEnd"/>
            <w:r w:rsidRPr="004543E3">
              <w:rPr>
                <w:rFonts w:cs="Times New Roman"/>
              </w:rPr>
              <w:t xml:space="preserve"> </w:t>
            </w:r>
            <w:proofErr w:type="spellStart"/>
            <w:r w:rsidRPr="004543E3">
              <w:rPr>
                <w:rFonts w:cs="Times New Roman"/>
              </w:rPr>
              <w:t>là</w:t>
            </w:r>
            <w:proofErr w:type="spellEnd"/>
            <w:r w:rsidRPr="004543E3">
              <w:rPr>
                <w:rFonts w:cs="Times New Roman"/>
              </w:rPr>
              <w:t xml:space="preserve"> </w:t>
            </w:r>
            <w:proofErr w:type="spellStart"/>
            <w:r w:rsidRPr="004543E3">
              <w:rPr>
                <w:rFonts w:cs="Times New Roman"/>
              </w:rPr>
              <w:t>đáp</w:t>
            </w:r>
            <w:proofErr w:type="spellEnd"/>
            <w:r w:rsidRPr="004543E3">
              <w:rPr>
                <w:rFonts w:cs="Times New Roman"/>
              </w:rPr>
              <w:t xml:space="preserve"> </w:t>
            </w:r>
            <w:proofErr w:type="spellStart"/>
            <w:r w:rsidRPr="004543E3">
              <w:rPr>
                <w:rFonts w:cs="Times New Roman"/>
              </w:rPr>
              <w:t>ứng</w:t>
            </w:r>
            <w:proofErr w:type="spellEnd"/>
            <w:r w:rsidRPr="004543E3">
              <w:rPr>
                <w:rFonts w:cs="Times New Roman"/>
              </w:rPr>
              <w:t xml:space="preserve"> </w:t>
            </w:r>
            <w:proofErr w:type="spellStart"/>
            <w:r w:rsidRPr="004543E3">
              <w:rPr>
                <w:rFonts w:cs="Times New Roman"/>
              </w:rPr>
              <w:t>tiêu</w:t>
            </w:r>
            <w:proofErr w:type="spellEnd"/>
            <w:r w:rsidRPr="004543E3">
              <w:rPr>
                <w:rFonts w:cs="Times New Roman"/>
              </w:rPr>
              <w:t xml:space="preserve"> </w:t>
            </w:r>
            <w:proofErr w:type="spellStart"/>
            <w:r w:rsidRPr="004543E3">
              <w:rPr>
                <w:rFonts w:cs="Times New Roman"/>
              </w:rPr>
              <w:t>chuẩn</w:t>
            </w:r>
            <w:proofErr w:type="spellEnd"/>
            <w:r w:rsidRPr="004543E3">
              <w:rPr>
                <w:rFonts w:cs="Times New Roman"/>
              </w:rPr>
              <w:t xml:space="preserve"> </w:t>
            </w:r>
            <w:proofErr w:type="spellStart"/>
            <w:r w:rsidRPr="004543E3">
              <w:rPr>
                <w:rFonts w:cs="Times New Roman"/>
              </w:rPr>
              <w:t>chuyên</w:t>
            </w:r>
            <w:proofErr w:type="spellEnd"/>
            <w:r w:rsidRPr="004543E3">
              <w:rPr>
                <w:rFonts w:cs="Times New Roman"/>
              </w:rPr>
              <w:t xml:space="preserve"> </w:t>
            </w:r>
            <w:proofErr w:type="spellStart"/>
            <w:r w:rsidRPr="004543E3">
              <w:rPr>
                <w:rFonts w:cs="Times New Roman"/>
              </w:rPr>
              <w:t>môn</w:t>
            </w:r>
            <w:proofErr w:type="spellEnd"/>
            <w:r w:rsidRPr="004543E3">
              <w:rPr>
                <w:rFonts w:cs="Times New Roman"/>
              </w:rPr>
              <w:t xml:space="preserve">, </w:t>
            </w:r>
            <w:proofErr w:type="spellStart"/>
            <w:r w:rsidRPr="004543E3">
              <w:rPr>
                <w:rFonts w:cs="Times New Roman"/>
              </w:rPr>
              <w:t>nghiệp</w:t>
            </w:r>
            <w:proofErr w:type="spellEnd"/>
            <w:r w:rsidRPr="004543E3">
              <w:rPr>
                <w:rFonts w:cs="Times New Roman"/>
              </w:rPr>
              <w:t xml:space="preserve"> </w:t>
            </w:r>
            <w:proofErr w:type="spellStart"/>
            <w:r w:rsidRPr="004543E3">
              <w:rPr>
                <w:rFonts w:cs="Times New Roman"/>
              </w:rPr>
              <w:t>vụ</w:t>
            </w:r>
            <w:proofErr w:type="spellEnd"/>
            <w:r w:rsidRPr="004543E3">
              <w:rPr>
                <w:rFonts w:cs="Times New Roman"/>
              </w:rPr>
              <w:t xml:space="preserve"> </w:t>
            </w:r>
            <w:proofErr w:type="spellStart"/>
            <w:r w:rsidRPr="004543E3">
              <w:rPr>
                <w:rFonts w:cs="Times New Roman"/>
              </w:rPr>
              <w:t>của</w:t>
            </w:r>
            <w:proofErr w:type="spellEnd"/>
            <w:r w:rsidRPr="004543E3">
              <w:rPr>
                <w:rFonts w:cs="Times New Roman"/>
              </w:rPr>
              <w:t xml:space="preserve"> </w:t>
            </w:r>
            <w:proofErr w:type="spellStart"/>
            <w:r w:rsidRPr="004543E3">
              <w:rPr>
                <w:rFonts w:cs="Times New Roman"/>
              </w:rPr>
              <w:t>các</w:t>
            </w:r>
            <w:proofErr w:type="spellEnd"/>
            <w:r w:rsidRPr="004543E3">
              <w:rPr>
                <w:rFonts w:cs="Times New Roman"/>
              </w:rPr>
              <w:t xml:space="preserve"> </w:t>
            </w:r>
            <w:proofErr w:type="spellStart"/>
            <w:r w:rsidRPr="004543E3">
              <w:rPr>
                <w:rFonts w:cs="Times New Roman"/>
              </w:rPr>
              <w:t>ngạch</w:t>
            </w:r>
            <w:proofErr w:type="spellEnd"/>
            <w:r w:rsidRPr="004543E3">
              <w:rPr>
                <w:rFonts w:cs="Times New Roman"/>
              </w:rPr>
              <w:t xml:space="preserve"> </w:t>
            </w:r>
            <w:proofErr w:type="spellStart"/>
            <w:r w:rsidRPr="004543E3">
              <w:rPr>
                <w:rFonts w:cs="Times New Roman"/>
              </w:rPr>
              <w:t>quy</w:t>
            </w:r>
            <w:proofErr w:type="spellEnd"/>
            <w:r w:rsidRPr="004543E3">
              <w:rPr>
                <w:rFonts w:cs="Times New Roman"/>
              </w:rPr>
              <w:t xml:space="preserve"> </w:t>
            </w:r>
            <w:proofErr w:type="spellStart"/>
            <w:r w:rsidRPr="004543E3">
              <w:rPr>
                <w:rFonts w:cs="Times New Roman"/>
              </w:rPr>
              <w:t>định</w:t>
            </w:r>
            <w:proofErr w:type="spellEnd"/>
            <w:r w:rsidRPr="004543E3">
              <w:rPr>
                <w:rFonts w:cs="Times New Roman"/>
              </w:rPr>
              <w:t xml:space="preserve"> </w:t>
            </w:r>
            <w:proofErr w:type="spellStart"/>
            <w:r w:rsidRPr="004543E3">
              <w:rPr>
                <w:rFonts w:cs="Times New Roman"/>
              </w:rPr>
              <w:t>tại</w:t>
            </w:r>
            <w:proofErr w:type="spellEnd"/>
            <w:r w:rsidRPr="004543E3">
              <w:rPr>
                <w:rFonts w:cs="Times New Roman"/>
              </w:rPr>
              <w:t xml:space="preserve"> Thông </w:t>
            </w:r>
            <w:proofErr w:type="spellStart"/>
            <w:r w:rsidRPr="004543E3">
              <w:rPr>
                <w:rFonts w:cs="Times New Roman"/>
              </w:rPr>
              <w:t>tư</w:t>
            </w:r>
            <w:proofErr w:type="spellEnd"/>
            <w:r w:rsidRPr="004543E3">
              <w:rPr>
                <w:rFonts w:cs="Times New Roman"/>
              </w:rPr>
              <w:t xml:space="preserve"> </w:t>
            </w:r>
            <w:proofErr w:type="spellStart"/>
            <w:r w:rsidRPr="004543E3">
              <w:rPr>
                <w:rFonts w:cs="Times New Roman"/>
              </w:rPr>
              <w:t>này</w:t>
            </w:r>
            <w:proofErr w:type="spellEnd"/>
            <w:r w:rsidRPr="004543E3">
              <w:rPr>
                <w:rFonts w:cs="Times New Roman"/>
              </w:rPr>
              <w:t xml:space="preserve">. Trường </w:t>
            </w:r>
            <w:proofErr w:type="spellStart"/>
            <w:r w:rsidRPr="004543E3">
              <w:rPr>
                <w:rFonts w:cs="Times New Roman"/>
              </w:rPr>
              <w:t>hợp</w:t>
            </w:r>
            <w:proofErr w:type="spellEnd"/>
            <w:r w:rsidRPr="004543E3">
              <w:rPr>
                <w:rFonts w:cs="Times New Roman"/>
              </w:rPr>
              <w:t xml:space="preserve"> </w:t>
            </w:r>
            <w:proofErr w:type="spellStart"/>
            <w:r w:rsidRPr="004543E3">
              <w:rPr>
                <w:rFonts w:cs="Times New Roman"/>
              </w:rPr>
              <w:t>công</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viên</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chưa</w:t>
            </w:r>
            <w:proofErr w:type="spellEnd"/>
            <w:r w:rsidRPr="004543E3">
              <w:rPr>
                <w:rFonts w:cs="Times New Roman"/>
              </w:rPr>
              <w:t xml:space="preserve"> </w:t>
            </w:r>
            <w:proofErr w:type="spellStart"/>
            <w:r w:rsidRPr="004543E3">
              <w:rPr>
                <w:rFonts w:cs="Times New Roman"/>
              </w:rPr>
              <w:t>đáp</w:t>
            </w:r>
            <w:proofErr w:type="spellEnd"/>
            <w:r w:rsidRPr="004543E3">
              <w:rPr>
                <w:rFonts w:cs="Times New Roman"/>
              </w:rPr>
              <w:t xml:space="preserve"> </w:t>
            </w:r>
            <w:proofErr w:type="spellStart"/>
            <w:r w:rsidRPr="004543E3">
              <w:rPr>
                <w:rFonts w:cs="Times New Roman"/>
              </w:rPr>
              <w:t>ứng</w:t>
            </w:r>
            <w:proofErr w:type="spellEnd"/>
            <w:r w:rsidRPr="004543E3">
              <w:rPr>
                <w:rFonts w:cs="Times New Roman"/>
              </w:rPr>
              <w:t xml:space="preserve"> </w:t>
            </w:r>
            <w:proofErr w:type="spellStart"/>
            <w:r w:rsidRPr="004543E3">
              <w:rPr>
                <w:rFonts w:cs="Times New Roman"/>
              </w:rPr>
              <w:t>đủ</w:t>
            </w:r>
            <w:proofErr w:type="spellEnd"/>
            <w:r w:rsidRPr="004543E3">
              <w:rPr>
                <w:rFonts w:cs="Times New Roman"/>
              </w:rPr>
              <w:t xml:space="preserve"> </w:t>
            </w:r>
            <w:proofErr w:type="spellStart"/>
            <w:r w:rsidRPr="004543E3">
              <w:rPr>
                <w:rFonts w:cs="Times New Roman"/>
              </w:rPr>
              <w:t>tiêu</w:t>
            </w:r>
            <w:proofErr w:type="spellEnd"/>
            <w:r w:rsidRPr="004543E3">
              <w:rPr>
                <w:rFonts w:cs="Times New Roman"/>
              </w:rPr>
              <w:t xml:space="preserve"> </w:t>
            </w:r>
            <w:proofErr w:type="spellStart"/>
            <w:r w:rsidRPr="004543E3">
              <w:rPr>
                <w:rFonts w:cs="Times New Roman"/>
              </w:rPr>
              <w:t>chuẩn</w:t>
            </w:r>
            <w:proofErr w:type="spellEnd"/>
            <w:r w:rsidRPr="004543E3">
              <w:rPr>
                <w:rFonts w:cs="Times New Roman"/>
              </w:rPr>
              <w:t xml:space="preserve"> </w:t>
            </w:r>
            <w:proofErr w:type="spellStart"/>
            <w:r w:rsidRPr="004543E3">
              <w:rPr>
                <w:rFonts w:cs="Times New Roman"/>
              </w:rPr>
              <w:t>chuyên</w:t>
            </w:r>
            <w:proofErr w:type="spellEnd"/>
            <w:r w:rsidRPr="004543E3">
              <w:rPr>
                <w:rFonts w:cs="Times New Roman"/>
              </w:rPr>
              <w:t xml:space="preserve"> </w:t>
            </w:r>
            <w:proofErr w:type="spellStart"/>
            <w:r w:rsidRPr="004543E3">
              <w:rPr>
                <w:rFonts w:cs="Times New Roman"/>
              </w:rPr>
              <w:t>môn</w:t>
            </w:r>
            <w:proofErr w:type="spellEnd"/>
            <w:r w:rsidRPr="004543E3">
              <w:rPr>
                <w:rFonts w:cs="Times New Roman"/>
              </w:rPr>
              <w:t xml:space="preserve">, </w:t>
            </w:r>
            <w:proofErr w:type="spellStart"/>
            <w:r w:rsidRPr="004543E3">
              <w:rPr>
                <w:rFonts w:cs="Times New Roman"/>
              </w:rPr>
              <w:t>nghiệp</w:t>
            </w:r>
            <w:proofErr w:type="spellEnd"/>
            <w:r w:rsidRPr="004543E3">
              <w:rPr>
                <w:rFonts w:cs="Times New Roman"/>
              </w:rPr>
              <w:t xml:space="preserve"> </w:t>
            </w:r>
            <w:proofErr w:type="spellStart"/>
            <w:r w:rsidRPr="004543E3">
              <w:rPr>
                <w:rFonts w:cs="Times New Roman"/>
              </w:rPr>
              <w:t>vụ</w:t>
            </w:r>
            <w:proofErr w:type="spellEnd"/>
            <w:r w:rsidRPr="004543E3">
              <w:rPr>
                <w:rFonts w:cs="Times New Roman"/>
              </w:rPr>
              <w:t xml:space="preserve"> </w:t>
            </w:r>
            <w:proofErr w:type="spellStart"/>
            <w:r w:rsidRPr="004543E3">
              <w:rPr>
                <w:rFonts w:cs="Times New Roman"/>
              </w:rPr>
              <w:t>của</w:t>
            </w:r>
            <w:proofErr w:type="spellEnd"/>
            <w:r w:rsidRPr="004543E3">
              <w:rPr>
                <w:rFonts w:cs="Times New Roman"/>
              </w:rPr>
              <w:t xml:space="preserve"> </w:t>
            </w:r>
            <w:proofErr w:type="spellStart"/>
            <w:r w:rsidRPr="004543E3">
              <w:rPr>
                <w:rFonts w:cs="Times New Roman"/>
              </w:rPr>
              <w:t>các</w:t>
            </w:r>
            <w:proofErr w:type="spellEnd"/>
            <w:r w:rsidRPr="004543E3">
              <w:rPr>
                <w:rFonts w:cs="Times New Roman"/>
              </w:rPr>
              <w:t xml:space="preserve"> </w:t>
            </w:r>
            <w:proofErr w:type="spellStart"/>
            <w:r w:rsidRPr="004543E3">
              <w:rPr>
                <w:rFonts w:cs="Times New Roman"/>
              </w:rPr>
              <w:t>ngạch</w:t>
            </w:r>
            <w:proofErr w:type="spellEnd"/>
            <w:r w:rsidRPr="004543E3">
              <w:rPr>
                <w:rFonts w:cs="Times New Roman"/>
              </w:rPr>
              <w:t xml:space="preserve">, </w:t>
            </w:r>
            <w:proofErr w:type="spellStart"/>
            <w:r w:rsidRPr="004543E3">
              <w:rPr>
                <w:rFonts w:cs="Times New Roman"/>
                <w:b/>
                <w:bCs/>
              </w:rPr>
              <w:t>chức</w:t>
            </w:r>
            <w:proofErr w:type="spellEnd"/>
            <w:r w:rsidRPr="004543E3">
              <w:rPr>
                <w:rFonts w:cs="Times New Roman"/>
                <w:b/>
                <w:bCs/>
              </w:rPr>
              <w:t xml:space="preserve"> </w:t>
            </w:r>
            <w:proofErr w:type="spellStart"/>
            <w:r w:rsidRPr="004543E3">
              <w:rPr>
                <w:rFonts w:cs="Times New Roman"/>
                <w:b/>
                <w:bCs/>
              </w:rPr>
              <w:t>danh</w:t>
            </w:r>
            <w:proofErr w:type="spellEnd"/>
            <w:r w:rsidRPr="004543E3">
              <w:rPr>
                <w:rFonts w:cs="Times New Roman"/>
                <w:b/>
                <w:bCs/>
              </w:rPr>
              <w:t xml:space="preserve"> </w:t>
            </w:r>
            <w:proofErr w:type="spellStart"/>
            <w:r w:rsidRPr="004543E3">
              <w:rPr>
                <w:rFonts w:cs="Times New Roman"/>
                <w:b/>
                <w:bCs/>
              </w:rPr>
              <w:t>nghề</w:t>
            </w:r>
            <w:proofErr w:type="spellEnd"/>
            <w:r w:rsidRPr="004543E3">
              <w:rPr>
                <w:rFonts w:cs="Times New Roman"/>
                <w:b/>
                <w:bCs/>
              </w:rPr>
              <w:t xml:space="preserve"> </w:t>
            </w:r>
            <w:proofErr w:type="spellStart"/>
            <w:r w:rsidRPr="004543E3">
              <w:rPr>
                <w:rFonts w:cs="Times New Roman"/>
                <w:b/>
                <w:bCs/>
              </w:rPr>
              <w:t>nghiệp</w:t>
            </w:r>
            <w:proofErr w:type="spellEnd"/>
            <w:r w:rsidRPr="004543E3">
              <w:rPr>
                <w:rFonts w:cs="Times New Roman"/>
              </w:rPr>
              <w:t xml:space="preserve"> </w:t>
            </w:r>
            <w:proofErr w:type="spellStart"/>
            <w:r w:rsidRPr="004543E3">
              <w:rPr>
                <w:rFonts w:cs="Times New Roman"/>
              </w:rPr>
              <w:t>quy</w:t>
            </w:r>
            <w:proofErr w:type="spellEnd"/>
            <w:r w:rsidRPr="004543E3">
              <w:rPr>
                <w:rFonts w:cs="Times New Roman"/>
              </w:rPr>
              <w:t xml:space="preserve"> </w:t>
            </w:r>
            <w:proofErr w:type="spellStart"/>
            <w:r w:rsidRPr="004543E3">
              <w:rPr>
                <w:rFonts w:cs="Times New Roman"/>
              </w:rPr>
              <w:t>định</w:t>
            </w:r>
            <w:proofErr w:type="spellEnd"/>
            <w:r w:rsidRPr="004543E3">
              <w:rPr>
                <w:rFonts w:cs="Times New Roman"/>
              </w:rPr>
              <w:t xml:space="preserve"> </w:t>
            </w:r>
            <w:proofErr w:type="spellStart"/>
            <w:r w:rsidRPr="004543E3">
              <w:rPr>
                <w:rFonts w:cs="Times New Roman"/>
              </w:rPr>
              <w:t>tại</w:t>
            </w:r>
            <w:proofErr w:type="spellEnd"/>
            <w:r w:rsidRPr="004543E3">
              <w:rPr>
                <w:rFonts w:cs="Times New Roman"/>
              </w:rPr>
              <w:t xml:space="preserve"> Thông </w:t>
            </w:r>
            <w:proofErr w:type="spellStart"/>
            <w:r w:rsidRPr="004543E3">
              <w:rPr>
                <w:rFonts w:cs="Times New Roman"/>
              </w:rPr>
              <w:t>tư</w:t>
            </w:r>
            <w:proofErr w:type="spellEnd"/>
            <w:r w:rsidRPr="004543E3">
              <w:rPr>
                <w:rFonts w:cs="Times New Roman"/>
              </w:rPr>
              <w:t xml:space="preserve"> </w:t>
            </w:r>
            <w:proofErr w:type="spellStart"/>
            <w:r w:rsidRPr="004543E3">
              <w:rPr>
                <w:rFonts w:cs="Times New Roman"/>
              </w:rPr>
              <w:t>này</w:t>
            </w:r>
            <w:proofErr w:type="spellEnd"/>
            <w:r w:rsidRPr="004543E3">
              <w:rPr>
                <w:rFonts w:cs="Times New Roman"/>
              </w:rPr>
              <w:t xml:space="preserve"> </w:t>
            </w:r>
            <w:proofErr w:type="spellStart"/>
            <w:r w:rsidRPr="004543E3">
              <w:rPr>
                <w:rFonts w:cs="Times New Roman"/>
              </w:rPr>
              <w:t>thì</w:t>
            </w:r>
            <w:proofErr w:type="spellEnd"/>
            <w:r w:rsidRPr="004543E3">
              <w:rPr>
                <w:rFonts w:cs="Times New Roman"/>
              </w:rPr>
              <w:t xml:space="preserve"> </w:t>
            </w:r>
            <w:proofErr w:type="spellStart"/>
            <w:r w:rsidRPr="004543E3">
              <w:rPr>
                <w:rFonts w:cs="Times New Roman"/>
              </w:rPr>
              <w:t>cơ</w:t>
            </w:r>
            <w:proofErr w:type="spellEnd"/>
            <w:r w:rsidRPr="004543E3">
              <w:rPr>
                <w:rFonts w:cs="Times New Roman"/>
              </w:rPr>
              <w:t xml:space="preserve"> </w:t>
            </w:r>
            <w:proofErr w:type="spellStart"/>
            <w:r w:rsidRPr="004543E3">
              <w:rPr>
                <w:rFonts w:cs="Times New Roman"/>
              </w:rPr>
              <w:t>quan</w:t>
            </w:r>
            <w:proofErr w:type="spellEnd"/>
            <w:r w:rsidRPr="004543E3">
              <w:rPr>
                <w:rFonts w:cs="Times New Roman"/>
              </w:rPr>
              <w:t xml:space="preserve"> </w:t>
            </w:r>
            <w:proofErr w:type="spellStart"/>
            <w:r w:rsidRPr="004543E3">
              <w:rPr>
                <w:rFonts w:cs="Times New Roman"/>
              </w:rPr>
              <w:t>quản</w:t>
            </w:r>
            <w:proofErr w:type="spellEnd"/>
            <w:r w:rsidRPr="004543E3">
              <w:rPr>
                <w:rFonts w:cs="Times New Roman"/>
              </w:rPr>
              <w:t xml:space="preserve"> </w:t>
            </w:r>
            <w:proofErr w:type="spellStart"/>
            <w:r w:rsidRPr="004543E3">
              <w:rPr>
                <w:rFonts w:cs="Times New Roman"/>
              </w:rPr>
              <w:t>lý</w:t>
            </w:r>
            <w:proofErr w:type="spellEnd"/>
            <w:r w:rsidRPr="004543E3">
              <w:rPr>
                <w:rFonts w:cs="Times New Roman"/>
              </w:rPr>
              <w:t xml:space="preserve">, </w:t>
            </w:r>
            <w:proofErr w:type="spellStart"/>
            <w:r w:rsidRPr="004543E3">
              <w:rPr>
                <w:rFonts w:cs="Times New Roman"/>
              </w:rPr>
              <w:t>sử</w:t>
            </w:r>
            <w:proofErr w:type="spellEnd"/>
            <w:r w:rsidRPr="004543E3">
              <w:rPr>
                <w:rFonts w:cs="Times New Roman"/>
              </w:rPr>
              <w:t xml:space="preserve"> </w:t>
            </w:r>
            <w:proofErr w:type="spellStart"/>
            <w:r w:rsidRPr="004543E3">
              <w:rPr>
                <w:rFonts w:cs="Times New Roman"/>
              </w:rPr>
              <w:t>dụng</w:t>
            </w:r>
            <w:proofErr w:type="spellEnd"/>
            <w:r w:rsidRPr="004543E3">
              <w:rPr>
                <w:rFonts w:cs="Times New Roman"/>
              </w:rPr>
              <w:t xml:space="preserve"> </w:t>
            </w:r>
            <w:proofErr w:type="spellStart"/>
            <w:r w:rsidRPr="004543E3">
              <w:rPr>
                <w:rFonts w:cs="Times New Roman"/>
              </w:rPr>
              <w:t>công</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viên</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có</w:t>
            </w:r>
            <w:proofErr w:type="spellEnd"/>
            <w:r w:rsidRPr="004543E3">
              <w:rPr>
                <w:rFonts w:cs="Times New Roman"/>
              </w:rPr>
              <w:t xml:space="preserve"> </w:t>
            </w:r>
            <w:proofErr w:type="spellStart"/>
            <w:r w:rsidRPr="004543E3">
              <w:rPr>
                <w:rFonts w:cs="Times New Roman"/>
              </w:rPr>
              <w:t>trách</w:t>
            </w:r>
            <w:proofErr w:type="spellEnd"/>
            <w:r w:rsidRPr="004543E3">
              <w:rPr>
                <w:rFonts w:cs="Times New Roman"/>
              </w:rPr>
              <w:t xml:space="preserve"> </w:t>
            </w:r>
            <w:proofErr w:type="spellStart"/>
            <w:r w:rsidRPr="004543E3">
              <w:rPr>
                <w:rFonts w:cs="Times New Roman"/>
              </w:rPr>
              <w:t>nhiệm</w:t>
            </w:r>
            <w:proofErr w:type="spellEnd"/>
            <w:r w:rsidRPr="004543E3">
              <w:rPr>
                <w:rFonts w:cs="Times New Roman"/>
              </w:rPr>
              <w:t xml:space="preserve"> </w:t>
            </w:r>
            <w:proofErr w:type="spellStart"/>
            <w:r w:rsidRPr="004543E3">
              <w:rPr>
                <w:rFonts w:cs="Times New Roman"/>
              </w:rPr>
              <w:t>tạo</w:t>
            </w:r>
            <w:proofErr w:type="spellEnd"/>
            <w:r w:rsidRPr="004543E3">
              <w:rPr>
                <w:rFonts w:cs="Times New Roman"/>
              </w:rPr>
              <w:t xml:space="preserve"> </w:t>
            </w:r>
            <w:proofErr w:type="spellStart"/>
            <w:r w:rsidRPr="004543E3">
              <w:rPr>
                <w:rFonts w:cs="Times New Roman"/>
              </w:rPr>
              <w:t>điều</w:t>
            </w:r>
            <w:proofErr w:type="spellEnd"/>
            <w:r w:rsidRPr="004543E3">
              <w:rPr>
                <w:rFonts w:cs="Times New Roman"/>
              </w:rPr>
              <w:t xml:space="preserve"> </w:t>
            </w:r>
            <w:proofErr w:type="spellStart"/>
            <w:r w:rsidRPr="004543E3">
              <w:rPr>
                <w:rFonts w:cs="Times New Roman"/>
              </w:rPr>
              <w:t>kiện</w:t>
            </w:r>
            <w:proofErr w:type="spellEnd"/>
            <w:r w:rsidRPr="004543E3">
              <w:rPr>
                <w:rFonts w:cs="Times New Roman"/>
              </w:rPr>
              <w:t xml:space="preserve"> </w:t>
            </w:r>
            <w:proofErr w:type="spellStart"/>
            <w:r w:rsidRPr="004543E3">
              <w:rPr>
                <w:rFonts w:cs="Times New Roman"/>
              </w:rPr>
              <w:t>để</w:t>
            </w:r>
            <w:proofErr w:type="spellEnd"/>
            <w:r w:rsidRPr="004543E3">
              <w:rPr>
                <w:rFonts w:cs="Times New Roman"/>
              </w:rPr>
              <w:t xml:space="preserve"> </w:t>
            </w:r>
            <w:proofErr w:type="spellStart"/>
            <w:r w:rsidRPr="004543E3">
              <w:rPr>
                <w:rFonts w:cs="Times New Roman"/>
              </w:rPr>
              <w:t>công</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viên</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đó</w:t>
            </w:r>
            <w:proofErr w:type="spellEnd"/>
            <w:r w:rsidRPr="004543E3">
              <w:rPr>
                <w:rFonts w:cs="Times New Roman"/>
              </w:rPr>
              <w:t xml:space="preserve"> </w:t>
            </w:r>
            <w:proofErr w:type="spellStart"/>
            <w:r w:rsidRPr="004543E3">
              <w:rPr>
                <w:rFonts w:cs="Times New Roman"/>
              </w:rPr>
              <w:t>được</w:t>
            </w:r>
            <w:proofErr w:type="spellEnd"/>
            <w:r w:rsidRPr="004543E3">
              <w:rPr>
                <w:rFonts w:cs="Times New Roman"/>
              </w:rPr>
              <w:t xml:space="preserve"> </w:t>
            </w:r>
            <w:proofErr w:type="spellStart"/>
            <w:r w:rsidRPr="004543E3">
              <w:rPr>
                <w:rFonts w:cs="Times New Roman"/>
              </w:rPr>
              <w:t>đào</w:t>
            </w:r>
            <w:proofErr w:type="spellEnd"/>
            <w:r w:rsidRPr="004543E3">
              <w:rPr>
                <w:rFonts w:cs="Times New Roman"/>
              </w:rPr>
              <w:t xml:space="preserve"> </w:t>
            </w:r>
            <w:proofErr w:type="spellStart"/>
            <w:r w:rsidRPr="004543E3">
              <w:rPr>
                <w:rFonts w:cs="Times New Roman"/>
              </w:rPr>
              <w:t>tạo</w:t>
            </w:r>
            <w:proofErr w:type="spellEnd"/>
            <w:r w:rsidRPr="004543E3">
              <w:rPr>
                <w:rFonts w:cs="Times New Roman"/>
              </w:rPr>
              <w:t xml:space="preserve">, </w:t>
            </w:r>
            <w:proofErr w:type="spellStart"/>
            <w:r w:rsidRPr="004543E3">
              <w:rPr>
                <w:rFonts w:cs="Times New Roman"/>
              </w:rPr>
              <w:t>bồi</w:t>
            </w:r>
            <w:proofErr w:type="spellEnd"/>
            <w:r w:rsidRPr="004543E3">
              <w:rPr>
                <w:rFonts w:cs="Times New Roman"/>
              </w:rPr>
              <w:t xml:space="preserve"> </w:t>
            </w:r>
            <w:proofErr w:type="spellStart"/>
            <w:r w:rsidRPr="004543E3">
              <w:rPr>
                <w:rFonts w:cs="Times New Roman"/>
              </w:rPr>
              <w:t>dưỡng</w:t>
            </w:r>
            <w:proofErr w:type="spellEnd"/>
            <w:r w:rsidRPr="004543E3">
              <w:rPr>
                <w:rFonts w:cs="Times New Roman"/>
              </w:rPr>
              <w:t xml:space="preserve"> </w:t>
            </w:r>
            <w:proofErr w:type="spellStart"/>
            <w:r w:rsidRPr="004543E3">
              <w:rPr>
                <w:rFonts w:cs="Times New Roman"/>
              </w:rPr>
              <w:t>hoàn</w:t>
            </w:r>
            <w:proofErr w:type="spellEnd"/>
            <w:r w:rsidRPr="004543E3">
              <w:rPr>
                <w:rFonts w:cs="Times New Roman"/>
              </w:rPr>
              <w:t xml:space="preserve"> </w:t>
            </w:r>
            <w:proofErr w:type="spellStart"/>
            <w:r w:rsidRPr="004543E3">
              <w:rPr>
                <w:rFonts w:cs="Times New Roman"/>
              </w:rPr>
              <w:t>thiện</w:t>
            </w:r>
            <w:proofErr w:type="spellEnd"/>
            <w:r w:rsidRPr="004543E3">
              <w:rPr>
                <w:rFonts w:cs="Times New Roman"/>
              </w:rPr>
              <w:t xml:space="preserve"> </w:t>
            </w:r>
            <w:proofErr w:type="spellStart"/>
            <w:r w:rsidRPr="004543E3">
              <w:rPr>
                <w:rFonts w:cs="Times New Roman"/>
              </w:rPr>
              <w:lastRenderedPageBreak/>
              <w:t>tiêu</w:t>
            </w:r>
            <w:proofErr w:type="spellEnd"/>
            <w:r w:rsidRPr="004543E3">
              <w:rPr>
                <w:rFonts w:cs="Times New Roman"/>
              </w:rPr>
              <w:t xml:space="preserve"> </w:t>
            </w:r>
            <w:proofErr w:type="spellStart"/>
            <w:r w:rsidRPr="004543E3">
              <w:rPr>
                <w:rFonts w:cs="Times New Roman"/>
              </w:rPr>
              <w:t>chuẩn</w:t>
            </w:r>
            <w:proofErr w:type="spellEnd"/>
            <w:r w:rsidRPr="004543E3">
              <w:rPr>
                <w:rFonts w:cs="Times New Roman"/>
              </w:rPr>
              <w:t xml:space="preserve"> </w:t>
            </w:r>
            <w:proofErr w:type="spellStart"/>
            <w:r w:rsidRPr="004543E3">
              <w:rPr>
                <w:rFonts w:cs="Times New Roman"/>
              </w:rPr>
              <w:t>trong</w:t>
            </w:r>
            <w:proofErr w:type="spellEnd"/>
            <w:r w:rsidRPr="004543E3">
              <w:rPr>
                <w:rFonts w:cs="Times New Roman"/>
              </w:rPr>
              <w:t xml:space="preserve"> </w:t>
            </w:r>
            <w:proofErr w:type="spellStart"/>
            <w:r w:rsidRPr="004543E3">
              <w:rPr>
                <w:rFonts w:cs="Times New Roman"/>
              </w:rPr>
              <w:t>thời</w:t>
            </w:r>
            <w:proofErr w:type="spellEnd"/>
            <w:r w:rsidRPr="004543E3">
              <w:rPr>
                <w:rFonts w:cs="Times New Roman"/>
              </w:rPr>
              <w:t xml:space="preserve"> </w:t>
            </w:r>
            <w:proofErr w:type="spellStart"/>
            <w:r w:rsidRPr="004543E3">
              <w:rPr>
                <w:rFonts w:cs="Times New Roman"/>
              </w:rPr>
              <w:t>hạn</w:t>
            </w:r>
            <w:proofErr w:type="spellEnd"/>
            <w:r w:rsidRPr="004543E3">
              <w:rPr>
                <w:rFonts w:cs="Times New Roman"/>
              </w:rPr>
              <w:t xml:space="preserve"> </w:t>
            </w:r>
            <w:proofErr w:type="spellStart"/>
            <w:r w:rsidRPr="004543E3">
              <w:rPr>
                <w:rFonts w:cs="Times New Roman"/>
              </w:rPr>
              <w:t>tối</w:t>
            </w:r>
            <w:proofErr w:type="spellEnd"/>
            <w:r w:rsidRPr="004543E3">
              <w:rPr>
                <w:rFonts w:cs="Times New Roman"/>
              </w:rPr>
              <w:t xml:space="preserve"> </w:t>
            </w:r>
            <w:proofErr w:type="spellStart"/>
            <w:r w:rsidRPr="004543E3">
              <w:rPr>
                <w:rFonts w:cs="Times New Roman"/>
              </w:rPr>
              <w:t>đa</w:t>
            </w:r>
            <w:proofErr w:type="spellEnd"/>
            <w:r w:rsidRPr="004543E3">
              <w:rPr>
                <w:rFonts w:cs="Times New Roman"/>
              </w:rPr>
              <w:t xml:space="preserve"> 01 </w:t>
            </w:r>
            <w:proofErr w:type="spellStart"/>
            <w:r w:rsidRPr="004543E3">
              <w:rPr>
                <w:rFonts w:cs="Times New Roman"/>
              </w:rPr>
              <w:t>năm</w:t>
            </w:r>
            <w:proofErr w:type="spellEnd"/>
            <w:r w:rsidRPr="004543E3">
              <w:rPr>
                <w:rFonts w:cs="Times New Roman"/>
              </w:rPr>
              <w:t xml:space="preserve"> </w:t>
            </w:r>
            <w:proofErr w:type="spellStart"/>
            <w:r w:rsidRPr="004543E3">
              <w:rPr>
                <w:rFonts w:cs="Times New Roman"/>
              </w:rPr>
              <w:t>kể</w:t>
            </w:r>
            <w:proofErr w:type="spellEnd"/>
            <w:r w:rsidRPr="004543E3">
              <w:rPr>
                <w:rFonts w:cs="Times New Roman"/>
              </w:rPr>
              <w:t xml:space="preserve"> </w:t>
            </w:r>
            <w:proofErr w:type="spellStart"/>
            <w:r w:rsidRPr="004543E3">
              <w:rPr>
                <w:rFonts w:cs="Times New Roman"/>
              </w:rPr>
              <w:t>từ</w:t>
            </w:r>
            <w:proofErr w:type="spellEnd"/>
            <w:r w:rsidRPr="004543E3">
              <w:rPr>
                <w:rFonts w:cs="Times New Roman"/>
              </w:rPr>
              <w:t xml:space="preserve"> </w:t>
            </w:r>
            <w:proofErr w:type="spellStart"/>
            <w:r w:rsidRPr="004543E3">
              <w:rPr>
                <w:rFonts w:cs="Times New Roman"/>
              </w:rPr>
              <w:t>ngày</w:t>
            </w:r>
            <w:proofErr w:type="spellEnd"/>
            <w:r w:rsidRPr="004543E3">
              <w:rPr>
                <w:rFonts w:cs="Times New Roman"/>
              </w:rPr>
              <w:t xml:space="preserve"> Thông </w:t>
            </w:r>
            <w:proofErr w:type="spellStart"/>
            <w:r w:rsidRPr="004543E3">
              <w:rPr>
                <w:rFonts w:cs="Times New Roman"/>
              </w:rPr>
              <w:t>tư</w:t>
            </w:r>
            <w:proofErr w:type="spellEnd"/>
            <w:r w:rsidRPr="004543E3">
              <w:rPr>
                <w:rFonts w:cs="Times New Roman"/>
              </w:rPr>
              <w:t xml:space="preserve"> </w:t>
            </w:r>
            <w:proofErr w:type="spellStart"/>
            <w:r w:rsidRPr="004543E3">
              <w:rPr>
                <w:rFonts w:cs="Times New Roman"/>
              </w:rPr>
              <w:t>có</w:t>
            </w:r>
            <w:proofErr w:type="spellEnd"/>
            <w:r w:rsidRPr="004543E3">
              <w:rPr>
                <w:rFonts w:cs="Times New Roman"/>
              </w:rPr>
              <w:t xml:space="preserve"> </w:t>
            </w:r>
            <w:proofErr w:type="spellStart"/>
            <w:r w:rsidRPr="004543E3">
              <w:rPr>
                <w:rFonts w:cs="Times New Roman"/>
              </w:rPr>
              <w:t>hiệu</w:t>
            </w:r>
            <w:proofErr w:type="spellEnd"/>
            <w:r w:rsidRPr="004543E3">
              <w:rPr>
                <w:rFonts w:cs="Times New Roman"/>
              </w:rPr>
              <w:t xml:space="preserve"> </w:t>
            </w:r>
            <w:proofErr w:type="spellStart"/>
            <w:r w:rsidRPr="004543E3">
              <w:rPr>
                <w:rFonts w:cs="Times New Roman"/>
              </w:rPr>
              <w:t>lực</w:t>
            </w:r>
            <w:proofErr w:type="spellEnd"/>
            <w:r w:rsidRPr="004543E3">
              <w:rPr>
                <w:rFonts w:cs="Times New Roman"/>
              </w:rPr>
              <w:t xml:space="preserve">”; </w:t>
            </w:r>
            <w:proofErr w:type="spellStart"/>
            <w:r w:rsidRPr="004543E3">
              <w:rPr>
                <w:rFonts w:cs="Times New Roman"/>
              </w:rPr>
              <w:t>đồng</w:t>
            </w:r>
            <w:proofErr w:type="spellEnd"/>
            <w:r w:rsidRPr="004543E3">
              <w:rPr>
                <w:rFonts w:cs="Times New Roman"/>
              </w:rPr>
              <w:t xml:space="preserve"> </w:t>
            </w:r>
            <w:proofErr w:type="spellStart"/>
            <w:r w:rsidRPr="004543E3">
              <w:rPr>
                <w:rFonts w:cs="Times New Roman"/>
              </w:rPr>
              <w:t>thời</w:t>
            </w:r>
            <w:proofErr w:type="spellEnd"/>
            <w:r w:rsidRPr="004543E3">
              <w:rPr>
                <w:rFonts w:cs="Times New Roman"/>
              </w:rPr>
              <w:t xml:space="preserve"> </w:t>
            </w:r>
            <w:proofErr w:type="spellStart"/>
            <w:r w:rsidRPr="004543E3">
              <w:rPr>
                <w:rFonts w:cs="Times New Roman"/>
              </w:rPr>
              <w:t>rà</w:t>
            </w:r>
            <w:proofErr w:type="spellEnd"/>
            <w:r w:rsidRPr="004543E3">
              <w:rPr>
                <w:rFonts w:cs="Times New Roman"/>
              </w:rPr>
              <w:t xml:space="preserve"> </w:t>
            </w:r>
            <w:proofErr w:type="spellStart"/>
            <w:r w:rsidRPr="004543E3">
              <w:rPr>
                <w:rFonts w:cs="Times New Roman"/>
              </w:rPr>
              <w:t>soát</w:t>
            </w:r>
            <w:proofErr w:type="spellEnd"/>
            <w:r w:rsidRPr="004543E3">
              <w:rPr>
                <w:rFonts w:cs="Times New Roman"/>
              </w:rPr>
              <w:t xml:space="preserve">, </w:t>
            </w:r>
            <w:proofErr w:type="spellStart"/>
            <w:r w:rsidRPr="004543E3">
              <w:rPr>
                <w:rFonts w:cs="Times New Roman"/>
              </w:rPr>
              <w:t>chỉnh</w:t>
            </w:r>
            <w:proofErr w:type="spellEnd"/>
            <w:r w:rsidRPr="004543E3">
              <w:rPr>
                <w:rFonts w:cs="Times New Roman"/>
              </w:rPr>
              <w:t xml:space="preserve"> </w:t>
            </w:r>
            <w:proofErr w:type="spellStart"/>
            <w:r w:rsidRPr="004543E3">
              <w:rPr>
                <w:rFonts w:cs="Times New Roman"/>
              </w:rPr>
              <w:t>sửa</w:t>
            </w:r>
            <w:proofErr w:type="spellEnd"/>
            <w:r w:rsidRPr="004543E3">
              <w:rPr>
                <w:rFonts w:cs="Times New Roman"/>
              </w:rPr>
              <w:t xml:space="preserve"> </w:t>
            </w:r>
            <w:proofErr w:type="spellStart"/>
            <w:r w:rsidRPr="004543E3">
              <w:rPr>
                <w:rFonts w:cs="Times New Roman"/>
              </w:rPr>
              <w:t>nội</w:t>
            </w:r>
            <w:proofErr w:type="spellEnd"/>
            <w:r w:rsidRPr="004543E3">
              <w:rPr>
                <w:rFonts w:cs="Times New Roman"/>
              </w:rPr>
              <w:t xml:space="preserve"> dung </w:t>
            </w:r>
            <w:proofErr w:type="spellStart"/>
            <w:r w:rsidRPr="004543E3">
              <w:rPr>
                <w:rFonts w:cs="Times New Roman"/>
              </w:rPr>
              <w:t>này</w:t>
            </w:r>
            <w:proofErr w:type="spellEnd"/>
            <w:r w:rsidRPr="004543E3">
              <w:rPr>
                <w:rFonts w:cs="Times New Roman"/>
              </w:rPr>
              <w:t xml:space="preserve"> </w:t>
            </w:r>
            <w:proofErr w:type="spellStart"/>
            <w:r w:rsidRPr="004543E3">
              <w:rPr>
                <w:rFonts w:cs="Times New Roman"/>
              </w:rPr>
              <w:t>trong</w:t>
            </w:r>
            <w:proofErr w:type="spellEnd"/>
            <w:r w:rsidRPr="004543E3">
              <w:rPr>
                <w:rFonts w:cs="Times New Roman"/>
              </w:rPr>
              <w:t xml:space="preserve"> </w:t>
            </w:r>
            <w:proofErr w:type="spellStart"/>
            <w:r w:rsidRPr="004543E3">
              <w:rPr>
                <w:rFonts w:cs="Times New Roman"/>
              </w:rPr>
              <w:t>toàn</w:t>
            </w:r>
            <w:proofErr w:type="spellEnd"/>
            <w:r w:rsidRPr="004543E3">
              <w:rPr>
                <w:rFonts w:cs="Times New Roman"/>
              </w:rPr>
              <w:t xml:space="preserve"> </w:t>
            </w:r>
            <w:proofErr w:type="spellStart"/>
            <w:r w:rsidRPr="004543E3">
              <w:rPr>
                <w:rFonts w:cs="Times New Roman"/>
              </w:rPr>
              <w:t>dự</w:t>
            </w:r>
            <w:proofErr w:type="spellEnd"/>
            <w:r w:rsidRPr="004543E3">
              <w:rPr>
                <w:rFonts w:cs="Times New Roman"/>
              </w:rPr>
              <w:t xml:space="preserve"> </w:t>
            </w:r>
            <w:proofErr w:type="spellStart"/>
            <w:r w:rsidRPr="004543E3">
              <w:rPr>
                <w:rFonts w:cs="Times New Roman"/>
              </w:rPr>
              <w:t>thảo</w:t>
            </w:r>
            <w:proofErr w:type="spellEnd"/>
            <w:r w:rsidRPr="004543E3">
              <w:rPr>
                <w:rFonts w:cs="Times New Roman"/>
              </w:rPr>
              <w:t xml:space="preserve"> Thông </w:t>
            </w:r>
            <w:proofErr w:type="spellStart"/>
            <w:r w:rsidRPr="004543E3">
              <w:rPr>
                <w:rFonts w:cs="Times New Roman"/>
              </w:rPr>
              <w:t>tư</w:t>
            </w:r>
            <w:proofErr w:type="spellEnd"/>
            <w:r w:rsidRPr="004543E3">
              <w:rPr>
                <w:rFonts w:cs="Times New Roman"/>
              </w:rPr>
              <w:t xml:space="preserve"> </w:t>
            </w:r>
            <w:proofErr w:type="spellStart"/>
            <w:r w:rsidRPr="004543E3">
              <w:rPr>
                <w:rFonts w:cs="Times New Roman"/>
              </w:rPr>
              <w:t>đảm</w:t>
            </w:r>
            <w:proofErr w:type="spellEnd"/>
            <w:r w:rsidRPr="004543E3">
              <w:rPr>
                <w:rFonts w:cs="Times New Roman"/>
              </w:rPr>
              <w:t xml:space="preserve"> </w:t>
            </w:r>
            <w:proofErr w:type="spellStart"/>
            <w:r w:rsidRPr="004543E3">
              <w:rPr>
                <w:rFonts w:cs="Times New Roman"/>
              </w:rPr>
              <w:t>bảo</w:t>
            </w:r>
            <w:proofErr w:type="spellEnd"/>
            <w:r w:rsidRPr="004543E3">
              <w:rPr>
                <w:rFonts w:cs="Times New Roman"/>
              </w:rPr>
              <w:t xml:space="preserve"> </w:t>
            </w:r>
            <w:proofErr w:type="spellStart"/>
            <w:r w:rsidRPr="004543E3">
              <w:rPr>
                <w:rFonts w:cs="Times New Roman"/>
              </w:rPr>
              <w:t>thống</w:t>
            </w:r>
            <w:proofErr w:type="spellEnd"/>
            <w:r w:rsidRPr="004543E3">
              <w:rPr>
                <w:rFonts w:cs="Times New Roman"/>
              </w:rPr>
              <w:t xml:space="preserve"> </w:t>
            </w:r>
            <w:proofErr w:type="spellStart"/>
            <w:r w:rsidRPr="004543E3">
              <w:rPr>
                <w:rFonts w:cs="Times New Roman"/>
              </w:rPr>
              <w:t>nhất</w:t>
            </w:r>
            <w:proofErr w:type="spellEnd"/>
            <w:r w:rsidRPr="004543E3">
              <w:rPr>
                <w:rFonts w:cs="Times New Roman"/>
              </w:rPr>
              <w:t>.</w:t>
            </w:r>
          </w:p>
          <w:p w14:paraId="523B473A" w14:textId="77777777" w:rsidR="00BE5D3B" w:rsidRPr="004543E3" w:rsidRDefault="00BE5D3B" w:rsidP="00594632">
            <w:pPr>
              <w:spacing w:before="120" w:after="120" w:line="240" w:lineRule="auto"/>
              <w:jc w:val="both"/>
              <w:rPr>
                <w:rFonts w:cs="Times New Roman"/>
                <w:b/>
                <w:bCs/>
              </w:rPr>
            </w:pPr>
            <w:proofErr w:type="spellStart"/>
            <w:r w:rsidRPr="004543E3">
              <w:rPr>
                <w:rFonts w:cs="Times New Roman"/>
                <w:b/>
                <w:bCs/>
              </w:rPr>
              <w:t>Sơ</w:t>
            </w:r>
            <w:proofErr w:type="spellEnd"/>
            <w:r w:rsidRPr="004543E3">
              <w:rPr>
                <w:rFonts w:cs="Times New Roman"/>
                <w:b/>
                <w:bCs/>
              </w:rPr>
              <w:t xml:space="preserve">̉ KH&amp;CN </w:t>
            </w:r>
            <w:proofErr w:type="spellStart"/>
            <w:r w:rsidRPr="004543E3">
              <w:rPr>
                <w:rFonts w:cs="Times New Roman"/>
                <w:b/>
                <w:bCs/>
              </w:rPr>
              <w:t>tỉnh</w:t>
            </w:r>
            <w:proofErr w:type="spellEnd"/>
            <w:r w:rsidRPr="004543E3">
              <w:rPr>
                <w:rFonts w:cs="Times New Roman"/>
                <w:b/>
                <w:bCs/>
              </w:rPr>
              <w:t xml:space="preserve"> </w:t>
            </w:r>
            <w:proofErr w:type="spellStart"/>
            <w:r w:rsidRPr="004543E3">
              <w:rPr>
                <w:rFonts w:cs="Times New Roman"/>
                <w:b/>
                <w:bCs/>
              </w:rPr>
              <w:t>Đồng</w:t>
            </w:r>
            <w:proofErr w:type="spellEnd"/>
            <w:r w:rsidRPr="004543E3">
              <w:rPr>
                <w:rFonts w:cs="Times New Roman"/>
                <w:b/>
                <w:bCs/>
              </w:rPr>
              <w:t xml:space="preserve"> Nai:</w:t>
            </w:r>
          </w:p>
          <w:p w14:paraId="71E85B2D" w14:textId="49F9A3D5" w:rsidR="00BE5D3B" w:rsidRPr="004543E3" w:rsidRDefault="00BE5D3B" w:rsidP="00594632">
            <w:pPr>
              <w:spacing w:before="120" w:after="120" w:line="240" w:lineRule="auto"/>
              <w:jc w:val="both"/>
            </w:pPr>
            <w:proofErr w:type="spellStart"/>
            <w:r w:rsidRPr="004543E3">
              <w:t>Tại</w:t>
            </w:r>
            <w:proofErr w:type="spellEnd"/>
            <w:r w:rsidRPr="004543E3">
              <w:t xml:space="preserve"> </w:t>
            </w:r>
            <w:proofErr w:type="spellStart"/>
            <w:r w:rsidRPr="004543E3">
              <w:t>khoản</w:t>
            </w:r>
            <w:proofErr w:type="spellEnd"/>
            <w:r w:rsidRPr="004543E3">
              <w:t xml:space="preserve"> 2 </w:t>
            </w:r>
            <w:proofErr w:type="spellStart"/>
            <w:r w:rsidRPr="004543E3">
              <w:t>Điều</w:t>
            </w:r>
            <w:proofErr w:type="spellEnd"/>
            <w:r w:rsidRPr="004543E3">
              <w:t xml:space="preserve"> 9: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cơ</w:t>
            </w:r>
            <w:proofErr w:type="spellEnd"/>
            <w:r w:rsidRPr="004543E3">
              <w:t xml:space="preserve"> </w:t>
            </w:r>
            <w:proofErr w:type="spellStart"/>
            <w:r w:rsidRPr="004543E3">
              <w:t>quan</w:t>
            </w:r>
            <w:proofErr w:type="spellEnd"/>
            <w:r w:rsidRPr="004543E3">
              <w:t xml:space="preserve"> </w:t>
            </w:r>
            <w:proofErr w:type="spellStart"/>
            <w:r w:rsidRPr="004543E3">
              <w:t>soạn</w:t>
            </w:r>
            <w:proofErr w:type="spellEnd"/>
            <w:r w:rsidRPr="004543E3">
              <w:t xml:space="preserve"> </w:t>
            </w:r>
            <w:proofErr w:type="spellStart"/>
            <w:r w:rsidRPr="004543E3">
              <w:t>thảo</w:t>
            </w:r>
            <w:proofErr w:type="spellEnd"/>
            <w:r w:rsidRPr="004543E3">
              <w:t xml:space="preserve"> </w:t>
            </w:r>
            <w:proofErr w:type="spellStart"/>
            <w:r w:rsidRPr="004543E3">
              <w:t>cân</w:t>
            </w:r>
            <w:proofErr w:type="spellEnd"/>
            <w:r w:rsidRPr="004543E3">
              <w:t xml:space="preserve"> </w:t>
            </w:r>
            <w:proofErr w:type="spellStart"/>
            <w:r w:rsidRPr="004543E3">
              <w:t>nhắc</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thời</w:t>
            </w:r>
            <w:proofErr w:type="spellEnd"/>
            <w:r w:rsidRPr="004543E3">
              <w:t xml:space="preserve"> </w:t>
            </w:r>
            <w:proofErr w:type="spellStart"/>
            <w:r w:rsidRPr="004543E3">
              <w:t>hạn</w:t>
            </w:r>
            <w:proofErr w:type="spellEnd"/>
            <w:r w:rsidRPr="004543E3">
              <w:t xml:space="preserve"> “</w:t>
            </w:r>
            <w:proofErr w:type="spellStart"/>
            <w:r w:rsidRPr="004543E3">
              <w:t>tối</w:t>
            </w:r>
            <w:proofErr w:type="spellEnd"/>
            <w:r w:rsidRPr="004543E3">
              <w:t xml:space="preserve"> </w:t>
            </w:r>
            <w:proofErr w:type="spellStart"/>
            <w:r w:rsidRPr="004543E3">
              <w:t>đa</w:t>
            </w:r>
            <w:proofErr w:type="spellEnd"/>
            <w:r w:rsidRPr="004543E3">
              <w:t xml:space="preserve"> 01 </w:t>
            </w:r>
            <w:proofErr w:type="spellStart"/>
            <w:r w:rsidRPr="004543E3">
              <w:t>năm</w:t>
            </w:r>
            <w:proofErr w:type="spellEnd"/>
            <w:r w:rsidRPr="004543E3">
              <w:t xml:space="preserve">” </w:t>
            </w:r>
            <w:proofErr w:type="spellStart"/>
            <w:r w:rsidRPr="004543E3">
              <w:t>để</w:t>
            </w:r>
            <w:proofErr w:type="spellEnd"/>
            <w:r w:rsidRPr="004543E3">
              <w:t xml:space="preserve"> </w:t>
            </w:r>
            <w:proofErr w:type="spellStart"/>
            <w:r w:rsidRPr="004543E3">
              <w:t>công</w:t>
            </w:r>
            <w:proofErr w:type="spellEnd"/>
            <w:r w:rsidRPr="004543E3">
              <w:t xml:space="preserve"> </w:t>
            </w:r>
            <w:proofErr w:type="spellStart"/>
            <w:r w:rsidRPr="004543E3">
              <w:t>chức</w:t>
            </w:r>
            <w:proofErr w:type="spellEnd"/>
            <w:r w:rsidRPr="004543E3">
              <w:t xml:space="preserve">, </w:t>
            </w:r>
            <w:proofErr w:type="spellStart"/>
            <w:r w:rsidRPr="004543E3">
              <w:t>viên</w:t>
            </w:r>
            <w:proofErr w:type="spellEnd"/>
            <w:r w:rsidRPr="004543E3">
              <w:t xml:space="preserve"> </w:t>
            </w:r>
            <w:proofErr w:type="spellStart"/>
            <w:r w:rsidRPr="004543E3">
              <w:t>chức</w:t>
            </w:r>
            <w:proofErr w:type="spellEnd"/>
            <w:r w:rsidRPr="004543E3">
              <w:t xml:space="preserve"> </w:t>
            </w:r>
            <w:proofErr w:type="spellStart"/>
            <w:r w:rsidRPr="004543E3">
              <w:t>chưa</w:t>
            </w:r>
            <w:proofErr w:type="spellEnd"/>
            <w:r w:rsidRPr="004543E3">
              <w:t xml:space="preserve"> </w:t>
            </w:r>
            <w:proofErr w:type="spellStart"/>
            <w:r w:rsidRPr="004543E3">
              <w:t>đáp</w:t>
            </w:r>
            <w:proofErr w:type="spellEnd"/>
            <w:r w:rsidRPr="004543E3">
              <w:t xml:space="preserve"> </w:t>
            </w:r>
            <w:proofErr w:type="spellStart"/>
            <w:r w:rsidRPr="004543E3">
              <w:t>ứng</w:t>
            </w:r>
            <w:proofErr w:type="spellEnd"/>
            <w:r w:rsidRPr="004543E3">
              <w:t xml:space="preserve"> </w:t>
            </w:r>
            <w:proofErr w:type="spellStart"/>
            <w:r w:rsidRPr="004543E3">
              <w:t>đủ</w:t>
            </w:r>
            <w:proofErr w:type="spellEnd"/>
            <w:r w:rsidRPr="004543E3">
              <w:t xml:space="preserve"> </w:t>
            </w:r>
            <w:proofErr w:type="spellStart"/>
            <w:r w:rsidRPr="004543E3">
              <w:t>tiêu</w:t>
            </w:r>
            <w:proofErr w:type="spellEnd"/>
            <w:r w:rsidRPr="004543E3">
              <w:t xml:space="preserve"> </w:t>
            </w:r>
            <w:proofErr w:type="spellStart"/>
            <w:r w:rsidRPr="004543E3">
              <w:t>chuẩn</w:t>
            </w:r>
            <w:proofErr w:type="spellEnd"/>
            <w:r w:rsidRPr="004543E3">
              <w:t xml:space="preserve"> </w:t>
            </w:r>
            <w:proofErr w:type="spellStart"/>
            <w:r w:rsidRPr="004543E3">
              <w:t>hoàn</w:t>
            </w:r>
            <w:proofErr w:type="spellEnd"/>
            <w:r w:rsidRPr="004543E3">
              <w:t xml:space="preserve"> </w:t>
            </w:r>
            <w:proofErr w:type="spellStart"/>
            <w:r w:rsidRPr="004543E3">
              <w:t>thiện</w:t>
            </w:r>
            <w:proofErr w:type="spellEnd"/>
            <w:r w:rsidRPr="004543E3">
              <w:t xml:space="preserve"> </w:t>
            </w:r>
            <w:proofErr w:type="spellStart"/>
            <w:r w:rsidRPr="004543E3">
              <w:t>các</w:t>
            </w:r>
            <w:proofErr w:type="spellEnd"/>
            <w:r w:rsidRPr="004543E3">
              <w:t xml:space="preserve"> </w:t>
            </w:r>
            <w:proofErr w:type="spellStart"/>
            <w:r w:rsidRPr="004543E3">
              <w:t>tiêu</w:t>
            </w:r>
            <w:proofErr w:type="spellEnd"/>
            <w:r w:rsidRPr="004543E3">
              <w:t xml:space="preserve"> </w:t>
            </w:r>
            <w:proofErr w:type="spellStart"/>
            <w:r w:rsidRPr="004543E3">
              <w:t>chuẩn</w:t>
            </w:r>
            <w:proofErr w:type="spellEnd"/>
            <w:r w:rsidRPr="004543E3">
              <w:t xml:space="preserve"> </w:t>
            </w:r>
            <w:proofErr w:type="spellStart"/>
            <w:r w:rsidRPr="004543E3">
              <w:t>theo</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do </w:t>
            </w:r>
            <w:proofErr w:type="spellStart"/>
            <w:r w:rsidRPr="004543E3">
              <w:t>việc</w:t>
            </w:r>
            <w:proofErr w:type="spellEnd"/>
            <w:r w:rsidRPr="004543E3">
              <w:t xml:space="preserve"> </w:t>
            </w:r>
            <w:proofErr w:type="spellStart"/>
            <w:r w:rsidRPr="004543E3">
              <w:t>tham</w:t>
            </w:r>
            <w:proofErr w:type="spellEnd"/>
            <w:r w:rsidRPr="004543E3">
              <w:t xml:space="preserve"> </w:t>
            </w:r>
            <w:proofErr w:type="spellStart"/>
            <w:r w:rsidRPr="004543E3">
              <w:t>gia</w:t>
            </w:r>
            <w:proofErr w:type="spellEnd"/>
            <w:r w:rsidRPr="004543E3">
              <w:t xml:space="preserve"> </w:t>
            </w:r>
            <w:proofErr w:type="spellStart"/>
            <w:r w:rsidRPr="004543E3">
              <w:t>các</w:t>
            </w:r>
            <w:proofErr w:type="spellEnd"/>
            <w:r w:rsidRPr="004543E3">
              <w:t xml:space="preserve"> </w:t>
            </w:r>
            <w:proofErr w:type="spellStart"/>
            <w:r w:rsidRPr="004543E3">
              <w:t>khóa</w:t>
            </w:r>
            <w:proofErr w:type="spellEnd"/>
            <w:r w:rsidRPr="004543E3">
              <w:t xml:space="preserve"> </w:t>
            </w:r>
            <w:proofErr w:type="spellStart"/>
            <w:r w:rsidRPr="004543E3">
              <w:t>đào</w:t>
            </w:r>
            <w:proofErr w:type="spellEnd"/>
            <w:r w:rsidRPr="004543E3">
              <w:t xml:space="preserve"> </w:t>
            </w:r>
            <w:proofErr w:type="spellStart"/>
            <w:r w:rsidRPr="004543E3">
              <w:t>tạo</w:t>
            </w:r>
            <w:proofErr w:type="spellEnd"/>
            <w:r w:rsidRPr="004543E3">
              <w:t xml:space="preserve">, </w:t>
            </w:r>
            <w:proofErr w:type="spellStart"/>
            <w:r w:rsidRPr="004543E3">
              <w:t>bồi</w:t>
            </w:r>
            <w:proofErr w:type="spellEnd"/>
            <w:r w:rsidRPr="004543E3">
              <w:t xml:space="preserve"> </w:t>
            </w:r>
            <w:proofErr w:type="spellStart"/>
            <w:r w:rsidRPr="004543E3">
              <w:t>dưỡng</w:t>
            </w:r>
            <w:proofErr w:type="spellEnd"/>
            <w:r w:rsidRPr="004543E3">
              <w:t xml:space="preserve"> </w:t>
            </w:r>
            <w:proofErr w:type="spellStart"/>
            <w:r w:rsidRPr="004543E3">
              <w:t>có</w:t>
            </w:r>
            <w:proofErr w:type="spellEnd"/>
            <w:r w:rsidRPr="004543E3">
              <w:t xml:space="preserve"> </w:t>
            </w:r>
            <w:proofErr w:type="spellStart"/>
            <w:r w:rsidRPr="004543E3">
              <w:t>thể</w:t>
            </w:r>
            <w:proofErr w:type="spellEnd"/>
            <w:r w:rsidRPr="004543E3">
              <w:t xml:space="preserve"> </w:t>
            </w:r>
            <w:proofErr w:type="spellStart"/>
            <w:r w:rsidRPr="004543E3">
              <w:t>phụ</w:t>
            </w:r>
            <w:proofErr w:type="spellEnd"/>
            <w:r w:rsidRPr="004543E3">
              <w:t xml:space="preserve"> </w:t>
            </w:r>
            <w:proofErr w:type="spellStart"/>
            <w:r w:rsidRPr="004543E3">
              <w:t>thuộc</w:t>
            </w:r>
            <w:proofErr w:type="spellEnd"/>
            <w:r w:rsidRPr="004543E3">
              <w:t xml:space="preserve"> </w:t>
            </w:r>
            <w:proofErr w:type="spellStart"/>
            <w:r w:rsidRPr="004543E3">
              <w:t>vào</w:t>
            </w:r>
            <w:proofErr w:type="spellEnd"/>
            <w:r w:rsidRPr="004543E3">
              <w:t xml:space="preserve"> </w:t>
            </w:r>
            <w:proofErr w:type="spellStart"/>
            <w:r w:rsidRPr="004543E3">
              <w:t>kế</w:t>
            </w:r>
            <w:proofErr w:type="spellEnd"/>
            <w:r w:rsidRPr="004543E3">
              <w:t xml:space="preserve"> </w:t>
            </w:r>
            <w:proofErr w:type="spellStart"/>
            <w:r w:rsidRPr="004543E3">
              <w:t>hoạch</w:t>
            </w:r>
            <w:proofErr w:type="spellEnd"/>
            <w:r w:rsidRPr="004543E3">
              <w:t xml:space="preserve"> </w:t>
            </w:r>
            <w:proofErr w:type="spellStart"/>
            <w:r w:rsidRPr="004543E3">
              <w:t>tổ</w:t>
            </w:r>
            <w:proofErr w:type="spellEnd"/>
            <w:r w:rsidRPr="004543E3">
              <w:t xml:space="preserve"> </w:t>
            </w:r>
            <w:proofErr w:type="spellStart"/>
            <w:r w:rsidRPr="004543E3">
              <w:t>chức</w:t>
            </w:r>
            <w:proofErr w:type="spellEnd"/>
            <w:r w:rsidRPr="004543E3">
              <w:t xml:space="preserve"> </w:t>
            </w:r>
            <w:proofErr w:type="spellStart"/>
            <w:r w:rsidRPr="004543E3">
              <w:t>lớp</w:t>
            </w:r>
            <w:proofErr w:type="spellEnd"/>
            <w:r w:rsidRPr="004543E3">
              <w:t xml:space="preserve"> </w:t>
            </w:r>
            <w:proofErr w:type="spellStart"/>
            <w:r w:rsidRPr="004543E3">
              <w:t>và</w:t>
            </w:r>
            <w:proofErr w:type="spellEnd"/>
            <w:r w:rsidRPr="004543E3">
              <w:t xml:space="preserve"> </w:t>
            </w:r>
            <w:proofErr w:type="spellStart"/>
            <w:r w:rsidRPr="004543E3">
              <w:t>điều</w:t>
            </w:r>
            <w:proofErr w:type="spellEnd"/>
            <w:r w:rsidRPr="004543E3">
              <w:t xml:space="preserve"> </w:t>
            </w:r>
            <w:proofErr w:type="spellStart"/>
            <w:r w:rsidRPr="004543E3">
              <w:t>kiện</w:t>
            </w:r>
            <w:proofErr w:type="spellEnd"/>
            <w:r w:rsidRPr="004543E3">
              <w:t xml:space="preserve"> </w:t>
            </w:r>
            <w:proofErr w:type="spellStart"/>
            <w:r w:rsidRPr="004543E3">
              <w:t>thực</w:t>
            </w:r>
            <w:proofErr w:type="spellEnd"/>
            <w:r w:rsidRPr="004543E3">
              <w:t xml:space="preserve"> </w:t>
            </w:r>
            <w:proofErr w:type="spellStart"/>
            <w:r w:rsidRPr="004543E3">
              <w:t>tế</w:t>
            </w:r>
            <w:proofErr w:type="spellEnd"/>
            <w:r w:rsidRPr="004543E3">
              <w:t xml:space="preserve"> </w:t>
            </w:r>
            <w:proofErr w:type="spellStart"/>
            <w:r w:rsidRPr="004543E3">
              <w:t>của</w:t>
            </w:r>
            <w:proofErr w:type="spellEnd"/>
            <w:r w:rsidRPr="004543E3">
              <w:t xml:space="preserve"> </w:t>
            </w:r>
            <w:proofErr w:type="spellStart"/>
            <w:r w:rsidRPr="004543E3">
              <w:t>cơ</w:t>
            </w:r>
            <w:proofErr w:type="spellEnd"/>
            <w:r w:rsidRPr="004543E3">
              <w:t xml:space="preserve"> </w:t>
            </w:r>
            <w:proofErr w:type="spellStart"/>
            <w:r w:rsidRPr="004543E3">
              <w:t>quan</w:t>
            </w:r>
            <w:proofErr w:type="spellEnd"/>
            <w:r w:rsidRPr="004543E3">
              <w:t xml:space="preserve">, </w:t>
            </w:r>
            <w:proofErr w:type="spellStart"/>
            <w:r w:rsidRPr="004543E3">
              <w:t>đơn</w:t>
            </w:r>
            <w:proofErr w:type="spellEnd"/>
            <w:r w:rsidRPr="004543E3">
              <w:t xml:space="preserve"> </w:t>
            </w:r>
            <w:proofErr w:type="spellStart"/>
            <w:r w:rsidRPr="004543E3">
              <w:t>vị</w:t>
            </w:r>
            <w:proofErr w:type="spellEnd"/>
            <w:r w:rsidRPr="004543E3">
              <w:t>.</w:t>
            </w:r>
          </w:p>
        </w:tc>
        <w:tc>
          <w:tcPr>
            <w:tcW w:w="3165" w:type="dxa"/>
          </w:tcPr>
          <w:p w14:paraId="11F4A622" w14:textId="77777777" w:rsidR="00BE5D3B" w:rsidRPr="00D23166" w:rsidRDefault="00BE5D3B" w:rsidP="00594632">
            <w:pPr>
              <w:spacing w:before="120" w:after="120" w:line="240" w:lineRule="auto"/>
              <w:jc w:val="both"/>
              <w:rPr>
                <w:spacing w:val="-4"/>
                <w:szCs w:val="26"/>
              </w:rPr>
            </w:pPr>
            <w:r w:rsidRPr="00D23166">
              <w:rPr>
                <w:spacing w:val="-4"/>
                <w:szCs w:val="26"/>
              </w:rPr>
              <w:lastRenderedPageBreak/>
              <w:t xml:space="preserve">- Ban </w:t>
            </w:r>
            <w:proofErr w:type="spellStart"/>
            <w:r w:rsidRPr="00D23166">
              <w:rPr>
                <w:spacing w:val="-4"/>
                <w:szCs w:val="26"/>
              </w:rPr>
              <w:t>soạn</w:t>
            </w:r>
            <w:proofErr w:type="spellEnd"/>
            <w:r w:rsidRPr="00D23166">
              <w:rPr>
                <w:spacing w:val="-4"/>
                <w:szCs w:val="26"/>
              </w:rPr>
              <w:t xml:space="preserve"> </w:t>
            </w:r>
            <w:proofErr w:type="spellStart"/>
            <w:r w:rsidRPr="00D23166">
              <w:rPr>
                <w:spacing w:val="-4"/>
                <w:szCs w:val="26"/>
              </w:rPr>
              <w:t>thảo</w:t>
            </w:r>
            <w:proofErr w:type="spellEnd"/>
            <w:r w:rsidRPr="00D23166">
              <w:rPr>
                <w:spacing w:val="-4"/>
                <w:szCs w:val="26"/>
              </w:rPr>
              <w:t xml:space="preserve"> </w:t>
            </w:r>
            <w:proofErr w:type="spellStart"/>
            <w:r w:rsidRPr="00D23166">
              <w:rPr>
                <w:spacing w:val="-4"/>
                <w:szCs w:val="26"/>
              </w:rPr>
              <w:t>đa</w:t>
            </w:r>
            <w:proofErr w:type="spellEnd"/>
            <w:r w:rsidRPr="00D23166">
              <w:rPr>
                <w:spacing w:val="-4"/>
                <w:szCs w:val="26"/>
              </w:rPr>
              <w:t xml:space="preserve">̃ </w:t>
            </w:r>
            <w:proofErr w:type="spellStart"/>
            <w:r w:rsidRPr="00D23166">
              <w:rPr>
                <w:spacing w:val="-4"/>
                <w:szCs w:val="26"/>
              </w:rPr>
              <w:t>nghiên</w:t>
            </w:r>
            <w:proofErr w:type="spellEnd"/>
            <w:r w:rsidRPr="00D23166">
              <w:rPr>
                <w:spacing w:val="-4"/>
                <w:szCs w:val="26"/>
              </w:rPr>
              <w:t xml:space="preserve"> </w:t>
            </w:r>
            <w:proofErr w:type="spellStart"/>
            <w:r w:rsidRPr="00D23166">
              <w:rPr>
                <w:spacing w:val="-4"/>
                <w:szCs w:val="26"/>
              </w:rPr>
              <w:t>cứu</w:t>
            </w:r>
            <w:proofErr w:type="spellEnd"/>
            <w:r w:rsidRPr="00D23166">
              <w:rPr>
                <w:spacing w:val="-4"/>
                <w:szCs w:val="26"/>
              </w:rPr>
              <w:t xml:space="preserve"> </w:t>
            </w:r>
            <w:proofErr w:type="spellStart"/>
            <w:r w:rsidRPr="00D23166">
              <w:rPr>
                <w:spacing w:val="-4"/>
                <w:szCs w:val="26"/>
              </w:rPr>
              <w:t>điều</w:t>
            </w:r>
            <w:proofErr w:type="spellEnd"/>
            <w:r w:rsidRPr="00D23166">
              <w:rPr>
                <w:spacing w:val="-4"/>
                <w:szCs w:val="26"/>
              </w:rPr>
              <w:t xml:space="preserve"> </w:t>
            </w:r>
            <w:proofErr w:type="spellStart"/>
            <w:r w:rsidRPr="00D23166">
              <w:rPr>
                <w:spacing w:val="-4"/>
                <w:szCs w:val="26"/>
              </w:rPr>
              <w:t>chỉnh</w:t>
            </w:r>
            <w:proofErr w:type="spellEnd"/>
            <w:r w:rsidRPr="00D23166">
              <w:rPr>
                <w:spacing w:val="-4"/>
                <w:szCs w:val="26"/>
              </w:rPr>
              <w:t xml:space="preserve"> </w:t>
            </w:r>
            <w:proofErr w:type="spellStart"/>
            <w:r w:rsidRPr="00D23166">
              <w:rPr>
                <w:spacing w:val="-4"/>
                <w:szCs w:val="26"/>
              </w:rPr>
              <w:t>vào</w:t>
            </w:r>
            <w:proofErr w:type="spellEnd"/>
            <w:r w:rsidRPr="00D23166">
              <w:rPr>
                <w:spacing w:val="-4"/>
                <w:szCs w:val="26"/>
              </w:rPr>
              <w:t xml:space="preserve"> </w:t>
            </w:r>
            <w:proofErr w:type="spellStart"/>
            <w:r w:rsidRPr="00D23166">
              <w:rPr>
                <w:spacing w:val="-4"/>
                <w:szCs w:val="26"/>
              </w:rPr>
              <w:t>dư</w:t>
            </w:r>
            <w:proofErr w:type="spellEnd"/>
            <w:r w:rsidRPr="00D23166">
              <w:rPr>
                <w:spacing w:val="-4"/>
                <w:szCs w:val="26"/>
              </w:rPr>
              <w:t xml:space="preserve">̣ </w:t>
            </w:r>
            <w:proofErr w:type="spellStart"/>
            <w:r w:rsidRPr="00D23166">
              <w:rPr>
                <w:spacing w:val="-4"/>
                <w:szCs w:val="26"/>
              </w:rPr>
              <w:t>thảo</w:t>
            </w:r>
            <w:proofErr w:type="spellEnd"/>
            <w:r w:rsidRPr="00D23166">
              <w:rPr>
                <w:spacing w:val="-4"/>
                <w:szCs w:val="26"/>
              </w:rPr>
              <w:t xml:space="preserve"> Thông </w:t>
            </w:r>
            <w:proofErr w:type="spellStart"/>
            <w:r w:rsidRPr="00D23166">
              <w:rPr>
                <w:spacing w:val="-4"/>
                <w:szCs w:val="26"/>
              </w:rPr>
              <w:t>tư</w:t>
            </w:r>
            <w:proofErr w:type="spellEnd"/>
            <w:r w:rsidRPr="00D23166">
              <w:rPr>
                <w:spacing w:val="-4"/>
                <w:szCs w:val="26"/>
              </w:rPr>
              <w:t xml:space="preserve"> </w:t>
            </w:r>
            <w:proofErr w:type="spellStart"/>
            <w:r w:rsidRPr="00D23166">
              <w:rPr>
                <w:spacing w:val="-4"/>
                <w:szCs w:val="26"/>
              </w:rPr>
              <w:t>theo</w:t>
            </w:r>
            <w:proofErr w:type="spellEnd"/>
            <w:r w:rsidRPr="00D23166">
              <w:rPr>
                <w:spacing w:val="-4"/>
                <w:szCs w:val="26"/>
              </w:rPr>
              <w:t xml:space="preserve"> </w:t>
            </w:r>
            <w:proofErr w:type="spellStart"/>
            <w:r w:rsidRPr="00D23166">
              <w:rPr>
                <w:spacing w:val="-4"/>
                <w:szCs w:val="26"/>
              </w:rPr>
              <w:t>hướng</w:t>
            </w:r>
            <w:proofErr w:type="spellEnd"/>
            <w:r w:rsidRPr="00D23166">
              <w:rPr>
                <w:spacing w:val="-4"/>
                <w:szCs w:val="26"/>
              </w:rPr>
              <w:t xml:space="preserve"> </w:t>
            </w:r>
            <w:proofErr w:type="spellStart"/>
            <w:r w:rsidRPr="00D23166">
              <w:rPr>
                <w:spacing w:val="-4"/>
                <w:szCs w:val="26"/>
              </w:rPr>
              <w:t>quy</w:t>
            </w:r>
            <w:proofErr w:type="spellEnd"/>
            <w:r w:rsidRPr="00D23166">
              <w:rPr>
                <w:spacing w:val="-4"/>
                <w:szCs w:val="26"/>
              </w:rPr>
              <w:t xml:space="preserve"> </w:t>
            </w:r>
            <w:proofErr w:type="spellStart"/>
            <w:r w:rsidRPr="00D23166">
              <w:rPr>
                <w:spacing w:val="-4"/>
                <w:szCs w:val="26"/>
              </w:rPr>
              <w:t>định</w:t>
            </w:r>
            <w:proofErr w:type="spellEnd"/>
            <w:r w:rsidRPr="00D23166">
              <w:rPr>
                <w:spacing w:val="-4"/>
                <w:szCs w:val="26"/>
              </w:rPr>
              <w:t xml:space="preserve"> </w:t>
            </w:r>
            <w:r w:rsidRPr="00D23166">
              <w:rPr>
                <w:i/>
                <w:iCs/>
                <w:spacing w:val="-4"/>
                <w:szCs w:val="26"/>
              </w:rPr>
              <w:t>“</w:t>
            </w:r>
            <w:proofErr w:type="spellStart"/>
            <w:r w:rsidRPr="00D23166">
              <w:rPr>
                <w:i/>
                <w:iCs/>
                <w:spacing w:val="-4"/>
                <w:szCs w:val="26"/>
              </w:rPr>
              <w:t>cơ</w:t>
            </w:r>
            <w:proofErr w:type="spellEnd"/>
            <w:r w:rsidRPr="00D23166">
              <w:rPr>
                <w:i/>
                <w:iCs/>
                <w:spacing w:val="-4"/>
                <w:szCs w:val="26"/>
              </w:rPr>
              <w:t xml:space="preserve"> </w:t>
            </w:r>
            <w:proofErr w:type="spellStart"/>
            <w:r w:rsidRPr="00D23166">
              <w:rPr>
                <w:i/>
                <w:iCs/>
                <w:spacing w:val="-4"/>
                <w:szCs w:val="26"/>
              </w:rPr>
              <w:t>quan</w:t>
            </w:r>
            <w:proofErr w:type="spellEnd"/>
            <w:r w:rsidRPr="00D23166">
              <w:rPr>
                <w:i/>
                <w:iCs/>
                <w:spacing w:val="-4"/>
                <w:szCs w:val="26"/>
              </w:rPr>
              <w:t xml:space="preserve"> </w:t>
            </w:r>
            <w:proofErr w:type="spellStart"/>
            <w:r w:rsidRPr="00D23166">
              <w:rPr>
                <w:i/>
                <w:iCs/>
                <w:spacing w:val="-4"/>
                <w:szCs w:val="26"/>
              </w:rPr>
              <w:t>quản</w:t>
            </w:r>
            <w:proofErr w:type="spellEnd"/>
            <w:r w:rsidRPr="00D23166">
              <w:rPr>
                <w:i/>
                <w:iCs/>
                <w:spacing w:val="-4"/>
                <w:szCs w:val="26"/>
              </w:rPr>
              <w:t xml:space="preserve"> </w:t>
            </w:r>
            <w:proofErr w:type="spellStart"/>
            <w:r w:rsidRPr="00D23166">
              <w:rPr>
                <w:i/>
                <w:iCs/>
                <w:spacing w:val="-4"/>
                <w:szCs w:val="26"/>
              </w:rPr>
              <w:t>lý</w:t>
            </w:r>
            <w:proofErr w:type="spellEnd"/>
            <w:r w:rsidRPr="00D23166">
              <w:rPr>
                <w:i/>
                <w:iCs/>
                <w:spacing w:val="-4"/>
                <w:szCs w:val="26"/>
              </w:rPr>
              <w:t xml:space="preserve">, </w:t>
            </w:r>
            <w:proofErr w:type="spellStart"/>
            <w:r w:rsidRPr="00D23166">
              <w:rPr>
                <w:i/>
                <w:iCs/>
                <w:spacing w:val="-4"/>
                <w:szCs w:val="26"/>
              </w:rPr>
              <w:t>sử</w:t>
            </w:r>
            <w:proofErr w:type="spellEnd"/>
            <w:r w:rsidRPr="00D23166">
              <w:rPr>
                <w:i/>
                <w:iCs/>
                <w:spacing w:val="-4"/>
                <w:szCs w:val="26"/>
              </w:rPr>
              <w:t xml:space="preserve"> </w:t>
            </w:r>
            <w:proofErr w:type="spellStart"/>
            <w:r w:rsidRPr="00D23166">
              <w:rPr>
                <w:i/>
                <w:iCs/>
                <w:spacing w:val="-4"/>
                <w:szCs w:val="26"/>
              </w:rPr>
              <w:t>dụng</w:t>
            </w:r>
            <w:proofErr w:type="spellEnd"/>
            <w:r w:rsidRPr="00D23166">
              <w:rPr>
                <w:i/>
                <w:iCs/>
                <w:spacing w:val="-4"/>
                <w:szCs w:val="26"/>
              </w:rPr>
              <w:t xml:space="preserve"> </w:t>
            </w:r>
            <w:proofErr w:type="spellStart"/>
            <w:r w:rsidRPr="00D23166">
              <w:rPr>
                <w:i/>
                <w:iCs/>
                <w:spacing w:val="-4"/>
                <w:szCs w:val="26"/>
              </w:rPr>
              <w:t>công</w:t>
            </w:r>
            <w:proofErr w:type="spellEnd"/>
            <w:r w:rsidRPr="00D23166">
              <w:rPr>
                <w:i/>
                <w:iCs/>
                <w:spacing w:val="-4"/>
                <w:szCs w:val="26"/>
              </w:rPr>
              <w:t xml:space="preserve"> </w:t>
            </w:r>
            <w:proofErr w:type="spellStart"/>
            <w:r w:rsidRPr="00D23166">
              <w:rPr>
                <w:i/>
                <w:iCs/>
                <w:spacing w:val="-4"/>
                <w:szCs w:val="26"/>
              </w:rPr>
              <w:t>chức</w:t>
            </w:r>
            <w:proofErr w:type="spellEnd"/>
            <w:r w:rsidRPr="00D23166">
              <w:rPr>
                <w:i/>
                <w:iCs/>
                <w:spacing w:val="-4"/>
                <w:szCs w:val="26"/>
              </w:rPr>
              <w:t xml:space="preserve">, </w:t>
            </w:r>
            <w:proofErr w:type="spellStart"/>
            <w:r w:rsidRPr="00D23166">
              <w:rPr>
                <w:i/>
                <w:iCs/>
                <w:spacing w:val="-4"/>
                <w:szCs w:val="26"/>
              </w:rPr>
              <w:t>viên</w:t>
            </w:r>
            <w:proofErr w:type="spellEnd"/>
            <w:r w:rsidRPr="00D23166">
              <w:rPr>
                <w:i/>
                <w:iCs/>
                <w:spacing w:val="-4"/>
                <w:szCs w:val="26"/>
              </w:rPr>
              <w:t xml:space="preserve"> </w:t>
            </w:r>
            <w:proofErr w:type="spellStart"/>
            <w:r w:rsidRPr="00D23166">
              <w:rPr>
                <w:i/>
                <w:iCs/>
                <w:spacing w:val="-4"/>
                <w:szCs w:val="26"/>
              </w:rPr>
              <w:t>chức</w:t>
            </w:r>
            <w:proofErr w:type="spellEnd"/>
            <w:r w:rsidRPr="00D23166">
              <w:rPr>
                <w:i/>
                <w:iCs/>
                <w:spacing w:val="-4"/>
                <w:szCs w:val="26"/>
              </w:rPr>
              <w:t xml:space="preserve"> </w:t>
            </w:r>
            <w:proofErr w:type="spellStart"/>
            <w:r w:rsidRPr="00D23166">
              <w:rPr>
                <w:i/>
                <w:iCs/>
                <w:spacing w:val="-4"/>
                <w:szCs w:val="26"/>
              </w:rPr>
              <w:t>có</w:t>
            </w:r>
            <w:proofErr w:type="spellEnd"/>
            <w:r w:rsidRPr="00D23166">
              <w:rPr>
                <w:i/>
                <w:iCs/>
                <w:spacing w:val="-4"/>
                <w:szCs w:val="26"/>
              </w:rPr>
              <w:t xml:space="preserve"> </w:t>
            </w:r>
            <w:proofErr w:type="spellStart"/>
            <w:r w:rsidRPr="00D23166">
              <w:rPr>
                <w:i/>
                <w:iCs/>
                <w:spacing w:val="-4"/>
                <w:szCs w:val="26"/>
              </w:rPr>
              <w:t>trách</w:t>
            </w:r>
            <w:proofErr w:type="spellEnd"/>
            <w:r w:rsidRPr="00D23166">
              <w:rPr>
                <w:i/>
                <w:iCs/>
                <w:spacing w:val="-4"/>
                <w:szCs w:val="26"/>
              </w:rPr>
              <w:t xml:space="preserve"> </w:t>
            </w:r>
            <w:proofErr w:type="spellStart"/>
            <w:r w:rsidRPr="00D23166">
              <w:rPr>
                <w:i/>
                <w:iCs/>
                <w:spacing w:val="-4"/>
                <w:szCs w:val="26"/>
              </w:rPr>
              <w:t>nhiệm</w:t>
            </w:r>
            <w:proofErr w:type="spellEnd"/>
            <w:r w:rsidRPr="00D23166">
              <w:rPr>
                <w:i/>
                <w:iCs/>
                <w:spacing w:val="-4"/>
                <w:szCs w:val="26"/>
              </w:rPr>
              <w:t xml:space="preserve"> </w:t>
            </w:r>
            <w:proofErr w:type="spellStart"/>
            <w:r w:rsidRPr="00D23166">
              <w:rPr>
                <w:i/>
                <w:iCs/>
                <w:spacing w:val="-4"/>
                <w:szCs w:val="26"/>
              </w:rPr>
              <w:t>tạo</w:t>
            </w:r>
            <w:proofErr w:type="spellEnd"/>
            <w:r w:rsidRPr="00D23166">
              <w:rPr>
                <w:i/>
                <w:iCs/>
                <w:spacing w:val="-4"/>
                <w:szCs w:val="26"/>
              </w:rPr>
              <w:t xml:space="preserve"> </w:t>
            </w:r>
            <w:proofErr w:type="spellStart"/>
            <w:r w:rsidRPr="00D23166">
              <w:rPr>
                <w:i/>
                <w:iCs/>
                <w:spacing w:val="-4"/>
                <w:szCs w:val="26"/>
              </w:rPr>
              <w:t>điều</w:t>
            </w:r>
            <w:proofErr w:type="spellEnd"/>
            <w:r w:rsidRPr="00D23166">
              <w:rPr>
                <w:i/>
                <w:iCs/>
                <w:spacing w:val="-4"/>
                <w:szCs w:val="26"/>
              </w:rPr>
              <w:t xml:space="preserve"> </w:t>
            </w:r>
            <w:proofErr w:type="spellStart"/>
            <w:r w:rsidRPr="00D23166">
              <w:rPr>
                <w:i/>
                <w:iCs/>
                <w:spacing w:val="-4"/>
                <w:szCs w:val="26"/>
              </w:rPr>
              <w:t>kiện</w:t>
            </w:r>
            <w:proofErr w:type="spellEnd"/>
            <w:r w:rsidRPr="00D23166">
              <w:rPr>
                <w:i/>
                <w:iCs/>
                <w:spacing w:val="-4"/>
                <w:szCs w:val="26"/>
              </w:rPr>
              <w:t xml:space="preserve"> </w:t>
            </w:r>
            <w:proofErr w:type="spellStart"/>
            <w:r w:rsidRPr="00D23166">
              <w:rPr>
                <w:i/>
                <w:iCs/>
                <w:spacing w:val="-4"/>
                <w:szCs w:val="26"/>
              </w:rPr>
              <w:t>để</w:t>
            </w:r>
            <w:proofErr w:type="spellEnd"/>
            <w:r w:rsidRPr="00D23166">
              <w:rPr>
                <w:i/>
                <w:iCs/>
                <w:spacing w:val="-4"/>
                <w:szCs w:val="26"/>
              </w:rPr>
              <w:t xml:space="preserve"> </w:t>
            </w:r>
            <w:proofErr w:type="spellStart"/>
            <w:r w:rsidRPr="00D23166">
              <w:rPr>
                <w:i/>
                <w:iCs/>
                <w:spacing w:val="-4"/>
                <w:szCs w:val="26"/>
              </w:rPr>
              <w:t>công</w:t>
            </w:r>
            <w:proofErr w:type="spellEnd"/>
            <w:r w:rsidRPr="00D23166">
              <w:rPr>
                <w:i/>
                <w:iCs/>
                <w:spacing w:val="-4"/>
                <w:szCs w:val="26"/>
              </w:rPr>
              <w:t xml:space="preserve"> </w:t>
            </w:r>
            <w:proofErr w:type="spellStart"/>
            <w:r w:rsidRPr="00D23166">
              <w:rPr>
                <w:i/>
                <w:iCs/>
                <w:spacing w:val="-4"/>
                <w:szCs w:val="26"/>
              </w:rPr>
              <w:t>chức</w:t>
            </w:r>
            <w:proofErr w:type="spellEnd"/>
            <w:r w:rsidRPr="00D23166">
              <w:rPr>
                <w:i/>
                <w:iCs/>
                <w:spacing w:val="-4"/>
                <w:szCs w:val="26"/>
              </w:rPr>
              <w:t xml:space="preserve">, </w:t>
            </w:r>
            <w:proofErr w:type="spellStart"/>
            <w:r w:rsidRPr="00D23166">
              <w:rPr>
                <w:i/>
                <w:iCs/>
                <w:spacing w:val="-4"/>
                <w:szCs w:val="26"/>
              </w:rPr>
              <w:t>viên</w:t>
            </w:r>
            <w:proofErr w:type="spellEnd"/>
            <w:r w:rsidRPr="00D23166">
              <w:rPr>
                <w:i/>
                <w:iCs/>
                <w:spacing w:val="-4"/>
                <w:szCs w:val="26"/>
              </w:rPr>
              <w:t xml:space="preserve"> </w:t>
            </w:r>
            <w:proofErr w:type="spellStart"/>
            <w:r w:rsidRPr="00D23166">
              <w:rPr>
                <w:i/>
                <w:iCs/>
                <w:spacing w:val="-4"/>
                <w:szCs w:val="26"/>
              </w:rPr>
              <w:t>chức</w:t>
            </w:r>
            <w:proofErr w:type="spellEnd"/>
            <w:r w:rsidRPr="00D23166">
              <w:rPr>
                <w:i/>
                <w:iCs/>
                <w:spacing w:val="-4"/>
                <w:szCs w:val="26"/>
              </w:rPr>
              <w:t xml:space="preserve"> </w:t>
            </w:r>
            <w:proofErr w:type="spellStart"/>
            <w:r w:rsidRPr="00D23166">
              <w:rPr>
                <w:i/>
                <w:iCs/>
                <w:spacing w:val="-4"/>
                <w:szCs w:val="26"/>
              </w:rPr>
              <w:t>đó</w:t>
            </w:r>
            <w:proofErr w:type="spellEnd"/>
            <w:r w:rsidRPr="00D23166">
              <w:rPr>
                <w:i/>
                <w:iCs/>
                <w:spacing w:val="-4"/>
                <w:szCs w:val="26"/>
              </w:rPr>
              <w:t xml:space="preserve"> </w:t>
            </w:r>
            <w:proofErr w:type="spellStart"/>
            <w:r w:rsidRPr="00D23166">
              <w:rPr>
                <w:i/>
                <w:iCs/>
                <w:spacing w:val="-4"/>
                <w:szCs w:val="26"/>
              </w:rPr>
              <w:t>được</w:t>
            </w:r>
            <w:proofErr w:type="spellEnd"/>
            <w:r w:rsidRPr="00D23166">
              <w:rPr>
                <w:i/>
                <w:iCs/>
                <w:spacing w:val="-4"/>
                <w:szCs w:val="26"/>
              </w:rPr>
              <w:t xml:space="preserve"> </w:t>
            </w:r>
            <w:proofErr w:type="spellStart"/>
            <w:r w:rsidRPr="00D23166">
              <w:rPr>
                <w:i/>
                <w:iCs/>
                <w:spacing w:val="-4"/>
                <w:szCs w:val="26"/>
              </w:rPr>
              <w:t>đào</w:t>
            </w:r>
            <w:proofErr w:type="spellEnd"/>
            <w:r w:rsidRPr="00D23166">
              <w:rPr>
                <w:i/>
                <w:iCs/>
                <w:spacing w:val="-4"/>
                <w:szCs w:val="26"/>
              </w:rPr>
              <w:t xml:space="preserve"> </w:t>
            </w:r>
            <w:proofErr w:type="spellStart"/>
            <w:r w:rsidRPr="00D23166">
              <w:rPr>
                <w:i/>
                <w:iCs/>
                <w:spacing w:val="-4"/>
                <w:szCs w:val="26"/>
              </w:rPr>
              <w:t>tạo</w:t>
            </w:r>
            <w:proofErr w:type="spellEnd"/>
            <w:r w:rsidRPr="00D23166">
              <w:rPr>
                <w:i/>
                <w:iCs/>
                <w:spacing w:val="-4"/>
                <w:szCs w:val="26"/>
              </w:rPr>
              <w:t xml:space="preserve">, </w:t>
            </w:r>
            <w:proofErr w:type="spellStart"/>
            <w:r w:rsidRPr="00D23166">
              <w:rPr>
                <w:i/>
                <w:iCs/>
                <w:spacing w:val="-4"/>
                <w:szCs w:val="26"/>
              </w:rPr>
              <w:t>bồi</w:t>
            </w:r>
            <w:proofErr w:type="spellEnd"/>
            <w:r w:rsidRPr="00D23166">
              <w:rPr>
                <w:i/>
                <w:iCs/>
                <w:spacing w:val="-4"/>
                <w:szCs w:val="26"/>
              </w:rPr>
              <w:t xml:space="preserve"> </w:t>
            </w:r>
            <w:proofErr w:type="spellStart"/>
            <w:r w:rsidRPr="00D23166">
              <w:rPr>
                <w:i/>
                <w:iCs/>
                <w:spacing w:val="-4"/>
                <w:szCs w:val="26"/>
              </w:rPr>
              <w:t>dưỡng</w:t>
            </w:r>
            <w:proofErr w:type="spellEnd"/>
            <w:r w:rsidRPr="00D23166">
              <w:rPr>
                <w:i/>
                <w:iCs/>
                <w:spacing w:val="-4"/>
                <w:szCs w:val="26"/>
              </w:rPr>
              <w:t xml:space="preserve"> </w:t>
            </w:r>
            <w:proofErr w:type="spellStart"/>
            <w:r w:rsidRPr="00D23166">
              <w:rPr>
                <w:i/>
                <w:iCs/>
                <w:spacing w:val="-4"/>
                <w:szCs w:val="26"/>
              </w:rPr>
              <w:t>hoàn</w:t>
            </w:r>
            <w:proofErr w:type="spellEnd"/>
            <w:r w:rsidRPr="00D23166">
              <w:rPr>
                <w:i/>
                <w:iCs/>
                <w:spacing w:val="-4"/>
                <w:szCs w:val="26"/>
              </w:rPr>
              <w:t xml:space="preserve"> </w:t>
            </w:r>
            <w:proofErr w:type="spellStart"/>
            <w:r w:rsidRPr="00D23166">
              <w:rPr>
                <w:i/>
                <w:iCs/>
                <w:spacing w:val="-4"/>
                <w:szCs w:val="26"/>
              </w:rPr>
              <w:t>thiện</w:t>
            </w:r>
            <w:proofErr w:type="spellEnd"/>
            <w:r w:rsidRPr="00D23166">
              <w:rPr>
                <w:i/>
                <w:iCs/>
                <w:spacing w:val="-4"/>
                <w:szCs w:val="26"/>
              </w:rPr>
              <w:t xml:space="preserve"> </w:t>
            </w:r>
            <w:proofErr w:type="spellStart"/>
            <w:r w:rsidRPr="00D23166">
              <w:rPr>
                <w:i/>
                <w:iCs/>
                <w:spacing w:val="-4"/>
                <w:szCs w:val="26"/>
              </w:rPr>
              <w:t>tiêu</w:t>
            </w:r>
            <w:proofErr w:type="spellEnd"/>
            <w:r w:rsidRPr="00D23166">
              <w:rPr>
                <w:i/>
                <w:iCs/>
                <w:spacing w:val="-4"/>
                <w:szCs w:val="26"/>
              </w:rPr>
              <w:t xml:space="preserve"> </w:t>
            </w:r>
            <w:proofErr w:type="spellStart"/>
            <w:r w:rsidRPr="00D23166">
              <w:rPr>
                <w:i/>
                <w:iCs/>
                <w:spacing w:val="-4"/>
                <w:szCs w:val="26"/>
              </w:rPr>
              <w:t>chuẩn</w:t>
            </w:r>
            <w:proofErr w:type="spellEnd"/>
            <w:r w:rsidRPr="00D23166">
              <w:rPr>
                <w:i/>
                <w:iCs/>
                <w:spacing w:val="-4"/>
                <w:szCs w:val="26"/>
              </w:rPr>
              <w:t xml:space="preserve"> </w:t>
            </w:r>
            <w:proofErr w:type="spellStart"/>
            <w:r w:rsidRPr="00D23166">
              <w:rPr>
                <w:i/>
                <w:iCs/>
                <w:spacing w:val="-4"/>
                <w:szCs w:val="26"/>
              </w:rPr>
              <w:t>trong</w:t>
            </w:r>
            <w:proofErr w:type="spellEnd"/>
            <w:r w:rsidRPr="00D23166">
              <w:rPr>
                <w:i/>
                <w:iCs/>
                <w:spacing w:val="-4"/>
                <w:szCs w:val="26"/>
              </w:rPr>
              <w:t xml:space="preserve"> </w:t>
            </w:r>
            <w:proofErr w:type="spellStart"/>
            <w:r w:rsidRPr="00D23166">
              <w:rPr>
                <w:i/>
                <w:iCs/>
                <w:spacing w:val="-4"/>
                <w:szCs w:val="26"/>
              </w:rPr>
              <w:t>thời</w:t>
            </w:r>
            <w:proofErr w:type="spellEnd"/>
            <w:r w:rsidRPr="00D23166">
              <w:rPr>
                <w:i/>
                <w:iCs/>
                <w:spacing w:val="-4"/>
                <w:szCs w:val="26"/>
              </w:rPr>
              <w:t xml:space="preserve"> </w:t>
            </w:r>
            <w:proofErr w:type="spellStart"/>
            <w:r w:rsidRPr="00D23166">
              <w:rPr>
                <w:i/>
                <w:iCs/>
                <w:spacing w:val="-4"/>
                <w:szCs w:val="26"/>
              </w:rPr>
              <w:t>hạn</w:t>
            </w:r>
            <w:proofErr w:type="spellEnd"/>
            <w:r w:rsidRPr="00D23166">
              <w:rPr>
                <w:i/>
                <w:iCs/>
                <w:spacing w:val="-4"/>
                <w:szCs w:val="26"/>
              </w:rPr>
              <w:t xml:space="preserve"> </w:t>
            </w:r>
            <w:proofErr w:type="spellStart"/>
            <w:r w:rsidRPr="00D23166">
              <w:rPr>
                <w:i/>
                <w:iCs/>
                <w:spacing w:val="-4"/>
                <w:szCs w:val="26"/>
              </w:rPr>
              <w:t>tối</w:t>
            </w:r>
            <w:proofErr w:type="spellEnd"/>
            <w:r w:rsidRPr="00D23166">
              <w:rPr>
                <w:i/>
                <w:iCs/>
                <w:spacing w:val="-4"/>
                <w:szCs w:val="26"/>
              </w:rPr>
              <w:t xml:space="preserve"> </w:t>
            </w:r>
            <w:proofErr w:type="spellStart"/>
            <w:r w:rsidRPr="00D23166">
              <w:rPr>
                <w:i/>
                <w:iCs/>
                <w:spacing w:val="-4"/>
                <w:szCs w:val="26"/>
              </w:rPr>
              <w:t>đa</w:t>
            </w:r>
            <w:proofErr w:type="spellEnd"/>
            <w:r w:rsidRPr="00D23166">
              <w:rPr>
                <w:i/>
                <w:iCs/>
                <w:spacing w:val="-4"/>
                <w:szCs w:val="26"/>
              </w:rPr>
              <w:t xml:space="preserve"> 36 </w:t>
            </w:r>
            <w:proofErr w:type="spellStart"/>
            <w:r w:rsidRPr="00D23166">
              <w:rPr>
                <w:i/>
                <w:iCs/>
                <w:spacing w:val="-4"/>
                <w:szCs w:val="26"/>
              </w:rPr>
              <w:t>tháng</w:t>
            </w:r>
            <w:proofErr w:type="spellEnd"/>
            <w:r w:rsidRPr="00D23166">
              <w:rPr>
                <w:i/>
                <w:iCs/>
                <w:spacing w:val="-4"/>
                <w:szCs w:val="26"/>
              </w:rPr>
              <w:t xml:space="preserve"> </w:t>
            </w:r>
            <w:proofErr w:type="spellStart"/>
            <w:r w:rsidRPr="00D23166">
              <w:rPr>
                <w:i/>
                <w:iCs/>
                <w:spacing w:val="-4"/>
                <w:szCs w:val="26"/>
              </w:rPr>
              <w:t>kể</w:t>
            </w:r>
            <w:proofErr w:type="spellEnd"/>
            <w:r w:rsidRPr="00D23166">
              <w:rPr>
                <w:i/>
                <w:iCs/>
                <w:spacing w:val="-4"/>
                <w:szCs w:val="26"/>
              </w:rPr>
              <w:t xml:space="preserve"> </w:t>
            </w:r>
            <w:proofErr w:type="spellStart"/>
            <w:r w:rsidRPr="00D23166">
              <w:rPr>
                <w:i/>
                <w:iCs/>
                <w:spacing w:val="-4"/>
                <w:szCs w:val="26"/>
              </w:rPr>
              <w:t>từ</w:t>
            </w:r>
            <w:proofErr w:type="spellEnd"/>
            <w:r w:rsidRPr="00D23166">
              <w:rPr>
                <w:i/>
                <w:iCs/>
                <w:spacing w:val="-4"/>
                <w:szCs w:val="26"/>
              </w:rPr>
              <w:t xml:space="preserve"> </w:t>
            </w:r>
            <w:proofErr w:type="spellStart"/>
            <w:r w:rsidRPr="00D23166">
              <w:rPr>
                <w:i/>
                <w:iCs/>
                <w:spacing w:val="-4"/>
                <w:szCs w:val="26"/>
              </w:rPr>
              <w:t>ngày</w:t>
            </w:r>
            <w:proofErr w:type="spellEnd"/>
            <w:r w:rsidRPr="00D23166">
              <w:rPr>
                <w:i/>
                <w:iCs/>
                <w:spacing w:val="-4"/>
                <w:szCs w:val="26"/>
              </w:rPr>
              <w:t xml:space="preserve"> Thông </w:t>
            </w:r>
            <w:proofErr w:type="spellStart"/>
            <w:r w:rsidRPr="00D23166">
              <w:rPr>
                <w:i/>
                <w:iCs/>
                <w:spacing w:val="-4"/>
                <w:szCs w:val="26"/>
              </w:rPr>
              <w:t>tư</w:t>
            </w:r>
            <w:proofErr w:type="spellEnd"/>
            <w:r w:rsidRPr="00D23166">
              <w:rPr>
                <w:i/>
                <w:iCs/>
                <w:spacing w:val="-4"/>
                <w:szCs w:val="26"/>
              </w:rPr>
              <w:t xml:space="preserve"> </w:t>
            </w:r>
            <w:proofErr w:type="spellStart"/>
            <w:r w:rsidRPr="00D23166">
              <w:rPr>
                <w:i/>
                <w:iCs/>
                <w:spacing w:val="-4"/>
                <w:szCs w:val="26"/>
              </w:rPr>
              <w:t>này</w:t>
            </w:r>
            <w:proofErr w:type="spellEnd"/>
            <w:r w:rsidRPr="00D23166">
              <w:rPr>
                <w:i/>
                <w:iCs/>
                <w:spacing w:val="-4"/>
                <w:szCs w:val="26"/>
              </w:rPr>
              <w:t xml:space="preserve"> </w:t>
            </w:r>
            <w:proofErr w:type="spellStart"/>
            <w:r w:rsidRPr="00D23166">
              <w:rPr>
                <w:i/>
                <w:iCs/>
                <w:spacing w:val="-4"/>
                <w:szCs w:val="26"/>
              </w:rPr>
              <w:t>có</w:t>
            </w:r>
            <w:proofErr w:type="spellEnd"/>
            <w:r w:rsidRPr="00D23166">
              <w:rPr>
                <w:i/>
                <w:iCs/>
                <w:spacing w:val="-4"/>
                <w:szCs w:val="26"/>
              </w:rPr>
              <w:t xml:space="preserve"> </w:t>
            </w:r>
            <w:proofErr w:type="spellStart"/>
            <w:r w:rsidRPr="00D23166">
              <w:rPr>
                <w:i/>
                <w:iCs/>
                <w:spacing w:val="-4"/>
                <w:szCs w:val="26"/>
              </w:rPr>
              <w:t>hiệu</w:t>
            </w:r>
            <w:proofErr w:type="spellEnd"/>
            <w:r w:rsidRPr="00D23166">
              <w:rPr>
                <w:i/>
                <w:iCs/>
                <w:spacing w:val="-4"/>
                <w:szCs w:val="26"/>
              </w:rPr>
              <w:t xml:space="preserve"> </w:t>
            </w:r>
            <w:proofErr w:type="spellStart"/>
            <w:r w:rsidRPr="00D23166">
              <w:rPr>
                <w:i/>
                <w:iCs/>
                <w:spacing w:val="-4"/>
                <w:szCs w:val="26"/>
              </w:rPr>
              <w:t>lực</w:t>
            </w:r>
            <w:proofErr w:type="spellEnd"/>
            <w:r w:rsidRPr="00D23166">
              <w:rPr>
                <w:i/>
                <w:iCs/>
                <w:spacing w:val="-4"/>
                <w:szCs w:val="26"/>
              </w:rPr>
              <w:t xml:space="preserve"> </w:t>
            </w:r>
            <w:proofErr w:type="spellStart"/>
            <w:r w:rsidRPr="00D23166">
              <w:rPr>
                <w:i/>
                <w:iCs/>
                <w:spacing w:val="-4"/>
                <w:szCs w:val="26"/>
              </w:rPr>
              <w:t>thi</w:t>
            </w:r>
            <w:proofErr w:type="spellEnd"/>
            <w:r w:rsidRPr="00D23166">
              <w:rPr>
                <w:i/>
                <w:iCs/>
                <w:spacing w:val="-4"/>
                <w:szCs w:val="26"/>
              </w:rPr>
              <w:t xml:space="preserve"> </w:t>
            </w:r>
            <w:proofErr w:type="spellStart"/>
            <w:r w:rsidRPr="00D23166">
              <w:rPr>
                <w:i/>
                <w:iCs/>
                <w:spacing w:val="-4"/>
                <w:szCs w:val="26"/>
              </w:rPr>
              <w:t>hành</w:t>
            </w:r>
            <w:proofErr w:type="spellEnd"/>
            <w:r w:rsidRPr="00D23166">
              <w:rPr>
                <w:i/>
                <w:iCs/>
                <w:spacing w:val="-4"/>
                <w:szCs w:val="26"/>
              </w:rPr>
              <w:t xml:space="preserve">” </w:t>
            </w:r>
            <w:proofErr w:type="spellStart"/>
            <w:r w:rsidRPr="00D23166">
              <w:rPr>
                <w:spacing w:val="-4"/>
                <w:szCs w:val="26"/>
              </w:rPr>
              <w:t>va</w:t>
            </w:r>
            <w:proofErr w:type="spellEnd"/>
            <w:r w:rsidRPr="00D23166">
              <w:rPr>
                <w:spacing w:val="-4"/>
                <w:szCs w:val="26"/>
              </w:rPr>
              <w:t xml:space="preserve">̀ </w:t>
            </w:r>
            <w:proofErr w:type="spellStart"/>
            <w:r w:rsidRPr="00D23166">
              <w:rPr>
                <w:spacing w:val="-4"/>
                <w:szCs w:val="26"/>
              </w:rPr>
              <w:t>không</w:t>
            </w:r>
            <w:proofErr w:type="spellEnd"/>
            <w:r w:rsidRPr="00D23166">
              <w:rPr>
                <w:spacing w:val="-4"/>
                <w:szCs w:val="26"/>
              </w:rPr>
              <w:t xml:space="preserve"> </w:t>
            </w:r>
            <w:proofErr w:type="spellStart"/>
            <w:r w:rsidRPr="00D23166">
              <w:rPr>
                <w:spacing w:val="-4"/>
                <w:szCs w:val="26"/>
              </w:rPr>
              <w:t>sư</w:t>
            </w:r>
            <w:proofErr w:type="spellEnd"/>
            <w:r w:rsidRPr="00D23166">
              <w:rPr>
                <w:spacing w:val="-4"/>
                <w:szCs w:val="26"/>
              </w:rPr>
              <w:t xml:space="preserve">̉ </w:t>
            </w:r>
            <w:proofErr w:type="spellStart"/>
            <w:r w:rsidRPr="00D23166">
              <w:rPr>
                <w:spacing w:val="-4"/>
                <w:szCs w:val="26"/>
              </w:rPr>
              <w:t>dụng</w:t>
            </w:r>
            <w:proofErr w:type="spellEnd"/>
            <w:r w:rsidRPr="00D23166">
              <w:rPr>
                <w:spacing w:val="-4"/>
                <w:szCs w:val="26"/>
              </w:rPr>
              <w:t xml:space="preserve"> </w:t>
            </w:r>
            <w:proofErr w:type="spellStart"/>
            <w:r w:rsidRPr="00D23166">
              <w:rPr>
                <w:spacing w:val="-4"/>
                <w:szCs w:val="26"/>
              </w:rPr>
              <w:t>chức</w:t>
            </w:r>
            <w:proofErr w:type="spellEnd"/>
            <w:r w:rsidRPr="00D23166">
              <w:rPr>
                <w:spacing w:val="-4"/>
                <w:szCs w:val="26"/>
              </w:rPr>
              <w:t xml:space="preserve"> </w:t>
            </w:r>
            <w:proofErr w:type="spellStart"/>
            <w:r w:rsidRPr="00D23166">
              <w:rPr>
                <w:spacing w:val="-4"/>
                <w:szCs w:val="26"/>
              </w:rPr>
              <w:t>danh</w:t>
            </w:r>
            <w:proofErr w:type="spellEnd"/>
            <w:r w:rsidRPr="00D23166">
              <w:rPr>
                <w:spacing w:val="-4"/>
                <w:szCs w:val="26"/>
              </w:rPr>
              <w:t xml:space="preserve"> </w:t>
            </w:r>
            <w:proofErr w:type="spellStart"/>
            <w:r w:rsidRPr="00D23166">
              <w:rPr>
                <w:spacing w:val="-4"/>
                <w:szCs w:val="26"/>
              </w:rPr>
              <w:t>nghê</w:t>
            </w:r>
            <w:proofErr w:type="spellEnd"/>
            <w:r w:rsidRPr="00D23166">
              <w:rPr>
                <w:spacing w:val="-4"/>
                <w:szCs w:val="26"/>
              </w:rPr>
              <w:t xml:space="preserve">̀ </w:t>
            </w:r>
            <w:proofErr w:type="spellStart"/>
            <w:r w:rsidRPr="00D23166">
              <w:rPr>
                <w:spacing w:val="-4"/>
                <w:szCs w:val="26"/>
              </w:rPr>
              <w:t>nghiệp</w:t>
            </w:r>
            <w:proofErr w:type="spellEnd"/>
            <w:r w:rsidRPr="00D23166">
              <w:rPr>
                <w:spacing w:val="-4"/>
                <w:szCs w:val="26"/>
              </w:rPr>
              <w:t xml:space="preserve"> </w:t>
            </w:r>
            <w:proofErr w:type="spellStart"/>
            <w:r w:rsidRPr="00D23166">
              <w:rPr>
                <w:spacing w:val="-4"/>
                <w:szCs w:val="26"/>
              </w:rPr>
              <w:t>hoặc</w:t>
            </w:r>
            <w:proofErr w:type="spellEnd"/>
            <w:r w:rsidRPr="00D23166">
              <w:rPr>
                <w:spacing w:val="-4"/>
                <w:szCs w:val="26"/>
              </w:rPr>
              <w:t xml:space="preserve"> </w:t>
            </w:r>
            <w:proofErr w:type="spellStart"/>
            <w:r w:rsidRPr="00D23166">
              <w:rPr>
                <w:spacing w:val="-4"/>
                <w:szCs w:val="26"/>
              </w:rPr>
              <w:t>hạng</w:t>
            </w:r>
            <w:proofErr w:type="spellEnd"/>
            <w:r w:rsidRPr="00D23166">
              <w:rPr>
                <w:spacing w:val="-4"/>
                <w:szCs w:val="26"/>
              </w:rPr>
              <w:t xml:space="preserve"> I, II, III </w:t>
            </w:r>
            <w:proofErr w:type="spellStart"/>
            <w:r w:rsidRPr="00D23166">
              <w:rPr>
                <w:spacing w:val="-4"/>
                <w:szCs w:val="26"/>
              </w:rPr>
              <w:t>trong</w:t>
            </w:r>
            <w:proofErr w:type="spellEnd"/>
            <w:r w:rsidRPr="00D23166">
              <w:rPr>
                <w:spacing w:val="-4"/>
                <w:szCs w:val="26"/>
              </w:rPr>
              <w:t xml:space="preserve"> </w:t>
            </w:r>
            <w:proofErr w:type="spellStart"/>
            <w:r w:rsidRPr="00D23166">
              <w:rPr>
                <w:spacing w:val="-4"/>
                <w:szCs w:val="26"/>
              </w:rPr>
              <w:t>toàn</w:t>
            </w:r>
            <w:proofErr w:type="spellEnd"/>
            <w:r w:rsidRPr="00D23166">
              <w:rPr>
                <w:spacing w:val="-4"/>
                <w:szCs w:val="26"/>
              </w:rPr>
              <w:t xml:space="preserve"> </w:t>
            </w:r>
            <w:proofErr w:type="spellStart"/>
            <w:r w:rsidRPr="00D23166">
              <w:rPr>
                <w:spacing w:val="-4"/>
                <w:szCs w:val="26"/>
              </w:rPr>
              <w:lastRenderedPageBreak/>
              <w:t>dư</w:t>
            </w:r>
            <w:proofErr w:type="spellEnd"/>
            <w:r w:rsidRPr="00D23166">
              <w:rPr>
                <w:spacing w:val="-4"/>
                <w:szCs w:val="26"/>
              </w:rPr>
              <w:t xml:space="preserve">̣ </w:t>
            </w:r>
            <w:proofErr w:type="spellStart"/>
            <w:r w:rsidRPr="00D23166">
              <w:rPr>
                <w:spacing w:val="-4"/>
                <w:szCs w:val="26"/>
              </w:rPr>
              <w:t>thảo</w:t>
            </w:r>
            <w:proofErr w:type="spellEnd"/>
            <w:r w:rsidRPr="00D23166">
              <w:rPr>
                <w:spacing w:val="-4"/>
                <w:szCs w:val="26"/>
              </w:rPr>
              <w:t xml:space="preserve"> Thông </w:t>
            </w:r>
            <w:proofErr w:type="spellStart"/>
            <w:r w:rsidRPr="00D23166">
              <w:rPr>
                <w:spacing w:val="-4"/>
                <w:szCs w:val="26"/>
              </w:rPr>
              <w:t>tư</w:t>
            </w:r>
            <w:proofErr w:type="spellEnd"/>
            <w:r w:rsidRPr="00D23166">
              <w:rPr>
                <w:spacing w:val="-4"/>
                <w:szCs w:val="26"/>
              </w:rPr>
              <w:t xml:space="preserve"> </w:t>
            </w:r>
            <w:proofErr w:type="spellStart"/>
            <w:r w:rsidRPr="00D23166">
              <w:rPr>
                <w:spacing w:val="-4"/>
                <w:szCs w:val="26"/>
              </w:rPr>
              <w:t>đê</w:t>
            </w:r>
            <w:proofErr w:type="spellEnd"/>
            <w:r w:rsidRPr="00D23166">
              <w:rPr>
                <w:spacing w:val="-4"/>
                <w:szCs w:val="26"/>
              </w:rPr>
              <w:t xml:space="preserve">̉ </w:t>
            </w:r>
            <w:proofErr w:type="spellStart"/>
            <w:r w:rsidRPr="00D23166">
              <w:rPr>
                <w:spacing w:val="-4"/>
                <w:szCs w:val="26"/>
              </w:rPr>
              <w:t>phu</w:t>
            </w:r>
            <w:proofErr w:type="spellEnd"/>
            <w:r w:rsidRPr="00D23166">
              <w:rPr>
                <w:spacing w:val="-4"/>
                <w:szCs w:val="26"/>
              </w:rPr>
              <w:t xml:space="preserve">̀ </w:t>
            </w:r>
            <w:proofErr w:type="spellStart"/>
            <w:r w:rsidRPr="00D23166">
              <w:rPr>
                <w:spacing w:val="-4"/>
                <w:szCs w:val="26"/>
              </w:rPr>
              <w:t>hợp</w:t>
            </w:r>
            <w:proofErr w:type="spellEnd"/>
            <w:r w:rsidRPr="00D23166">
              <w:rPr>
                <w:spacing w:val="-4"/>
                <w:szCs w:val="26"/>
              </w:rPr>
              <w:t xml:space="preserve"> </w:t>
            </w:r>
            <w:proofErr w:type="spellStart"/>
            <w:r w:rsidRPr="00D23166">
              <w:rPr>
                <w:spacing w:val="-4"/>
                <w:szCs w:val="26"/>
              </w:rPr>
              <w:t>với</w:t>
            </w:r>
            <w:proofErr w:type="spellEnd"/>
            <w:r w:rsidRPr="00D23166">
              <w:rPr>
                <w:spacing w:val="-4"/>
                <w:szCs w:val="26"/>
              </w:rPr>
              <w:t xml:space="preserve"> </w:t>
            </w:r>
            <w:proofErr w:type="spellStart"/>
            <w:r w:rsidRPr="00D23166">
              <w:rPr>
                <w:spacing w:val="-4"/>
                <w:szCs w:val="26"/>
              </w:rPr>
              <w:t>các</w:t>
            </w:r>
            <w:proofErr w:type="spellEnd"/>
            <w:r w:rsidRPr="00D23166">
              <w:rPr>
                <w:spacing w:val="-4"/>
                <w:szCs w:val="26"/>
              </w:rPr>
              <w:t xml:space="preserve"> </w:t>
            </w:r>
            <w:proofErr w:type="spellStart"/>
            <w:r w:rsidRPr="00D23166">
              <w:rPr>
                <w:spacing w:val="-4"/>
                <w:szCs w:val="26"/>
              </w:rPr>
              <w:t>văn</w:t>
            </w:r>
            <w:proofErr w:type="spellEnd"/>
            <w:r w:rsidRPr="00D23166">
              <w:rPr>
                <w:spacing w:val="-4"/>
                <w:szCs w:val="26"/>
              </w:rPr>
              <w:t xml:space="preserve"> </w:t>
            </w:r>
            <w:proofErr w:type="spellStart"/>
            <w:r w:rsidRPr="00D23166">
              <w:rPr>
                <w:spacing w:val="-4"/>
                <w:szCs w:val="26"/>
              </w:rPr>
              <w:t>bản</w:t>
            </w:r>
            <w:proofErr w:type="spellEnd"/>
            <w:r w:rsidRPr="00D23166">
              <w:rPr>
                <w:spacing w:val="-4"/>
                <w:szCs w:val="26"/>
              </w:rPr>
              <w:t xml:space="preserve"> </w:t>
            </w:r>
            <w:proofErr w:type="spellStart"/>
            <w:r w:rsidRPr="00D23166">
              <w:rPr>
                <w:spacing w:val="-4"/>
                <w:szCs w:val="26"/>
              </w:rPr>
              <w:t>hiện</w:t>
            </w:r>
            <w:proofErr w:type="spellEnd"/>
            <w:r w:rsidRPr="00D23166">
              <w:rPr>
                <w:spacing w:val="-4"/>
                <w:szCs w:val="26"/>
              </w:rPr>
              <w:t xml:space="preserve"> </w:t>
            </w:r>
            <w:proofErr w:type="spellStart"/>
            <w:r w:rsidRPr="00D23166">
              <w:rPr>
                <w:spacing w:val="-4"/>
                <w:szCs w:val="26"/>
              </w:rPr>
              <w:t>hành</w:t>
            </w:r>
            <w:proofErr w:type="spellEnd"/>
            <w:r w:rsidRPr="00D23166">
              <w:rPr>
                <w:spacing w:val="-4"/>
                <w:szCs w:val="26"/>
              </w:rPr>
              <w:t>.</w:t>
            </w:r>
          </w:p>
          <w:p w14:paraId="79FEC501" w14:textId="23AF61E3" w:rsidR="00BE5D3B" w:rsidRPr="00D23166" w:rsidRDefault="00BE5D3B" w:rsidP="00594632">
            <w:pPr>
              <w:spacing w:before="120" w:after="120" w:line="240" w:lineRule="auto"/>
              <w:jc w:val="both"/>
              <w:rPr>
                <w:spacing w:val="-4"/>
                <w:szCs w:val="26"/>
              </w:rPr>
            </w:pPr>
            <w:r w:rsidRPr="00D23166">
              <w:rPr>
                <w:spacing w:val="-4"/>
                <w:szCs w:val="26"/>
              </w:rPr>
              <w:t xml:space="preserve">- Ban </w:t>
            </w:r>
            <w:proofErr w:type="spellStart"/>
            <w:r w:rsidRPr="00D23166">
              <w:rPr>
                <w:spacing w:val="-4"/>
                <w:szCs w:val="26"/>
              </w:rPr>
              <w:t>soạn</w:t>
            </w:r>
            <w:proofErr w:type="spellEnd"/>
            <w:r w:rsidRPr="00D23166">
              <w:rPr>
                <w:spacing w:val="-4"/>
                <w:szCs w:val="26"/>
              </w:rPr>
              <w:t xml:space="preserve"> </w:t>
            </w:r>
            <w:proofErr w:type="spellStart"/>
            <w:r w:rsidRPr="00D23166">
              <w:rPr>
                <w:spacing w:val="-4"/>
                <w:szCs w:val="26"/>
              </w:rPr>
              <w:t>thảo</w:t>
            </w:r>
            <w:proofErr w:type="spellEnd"/>
            <w:r w:rsidRPr="00D23166">
              <w:rPr>
                <w:spacing w:val="-4"/>
                <w:szCs w:val="26"/>
              </w:rPr>
              <w:t xml:space="preserve"> sẽ </w:t>
            </w:r>
            <w:proofErr w:type="spellStart"/>
            <w:r w:rsidRPr="00D23166">
              <w:rPr>
                <w:spacing w:val="-4"/>
                <w:szCs w:val="26"/>
              </w:rPr>
              <w:t>điều</w:t>
            </w:r>
            <w:proofErr w:type="spellEnd"/>
            <w:r w:rsidRPr="00D23166">
              <w:rPr>
                <w:spacing w:val="-4"/>
                <w:szCs w:val="26"/>
              </w:rPr>
              <w:t xml:space="preserve"> </w:t>
            </w:r>
            <w:proofErr w:type="spellStart"/>
            <w:r w:rsidRPr="00D23166">
              <w:rPr>
                <w:spacing w:val="-4"/>
                <w:szCs w:val="26"/>
              </w:rPr>
              <w:t>chỉnh</w:t>
            </w:r>
            <w:proofErr w:type="spellEnd"/>
            <w:r w:rsidRPr="00D23166">
              <w:rPr>
                <w:spacing w:val="-4"/>
                <w:szCs w:val="26"/>
              </w:rPr>
              <w:t xml:space="preserve"> </w:t>
            </w:r>
            <w:proofErr w:type="spellStart"/>
            <w:r w:rsidRPr="00D23166">
              <w:rPr>
                <w:spacing w:val="-4"/>
                <w:szCs w:val="26"/>
              </w:rPr>
              <w:t>theo</w:t>
            </w:r>
            <w:proofErr w:type="spellEnd"/>
            <w:r w:rsidRPr="00D23166">
              <w:rPr>
                <w:spacing w:val="-4"/>
                <w:szCs w:val="26"/>
              </w:rPr>
              <w:t xml:space="preserve"> </w:t>
            </w:r>
            <w:proofErr w:type="spellStart"/>
            <w:r w:rsidRPr="00D23166">
              <w:rPr>
                <w:spacing w:val="-4"/>
                <w:szCs w:val="26"/>
              </w:rPr>
              <w:t>hướng</w:t>
            </w:r>
            <w:proofErr w:type="spellEnd"/>
            <w:r w:rsidRPr="00D23166">
              <w:rPr>
                <w:spacing w:val="-4"/>
                <w:szCs w:val="26"/>
              </w:rPr>
              <w:t xml:space="preserve"> </w:t>
            </w:r>
            <w:proofErr w:type="spellStart"/>
            <w:r w:rsidRPr="00D23166">
              <w:rPr>
                <w:spacing w:val="-4"/>
                <w:szCs w:val="26"/>
              </w:rPr>
              <w:t>quy</w:t>
            </w:r>
            <w:proofErr w:type="spellEnd"/>
            <w:r w:rsidRPr="00D23166">
              <w:rPr>
                <w:spacing w:val="-4"/>
                <w:szCs w:val="26"/>
              </w:rPr>
              <w:t xml:space="preserve"> </w:t>
            </w:r>
            <w:proofErr w:type="spellStart"/>
            <w:r w:rsidRPr="00D23166">
              <w:rPr>
                <w:spacing w:val="-4"/>
                <w:szCs w:val="26"/>
              </w:rPr>
              <w:t>định</w:t>
            </w:r>
            <w:proofErr w:type="spellEnd"/>
            <w:r w:rsidRPr="00D23166">
              <w:rPr>
                <w:spacing w:val="-4"/>
                <w:szCs w:val="26"/>
              </w:rPr>
              <w:t xml:space="preserve"> </w:t>
            </w:r>
            <w:r w:rsidRPr="00D23166">
              <w:rPr>
                <w:i/>
                <w:iCs/>
                <w:spacing w:val="-4"/>
                <w:szCs w:val="26"/>
              </w:rPr>
              <w:t>“</w:t>
            </w:r>
            <w:proofErr w:type="spellStart"/>
            <w:r w:rsidRPr="00D23166">
              <w:rPr>
                <w:i/>
                <w:iCs/>
                <w:spacing w:val="-4"/>
                <w:szCs w:val="26"/>
              </w:rPr>
              <w:t>cơ</w:t>
            </w:r>
            <w:proofErr w:type="spellEnd"/>
            <w:r w:rsidRPr="00D23166">
              <w:rPr>
                <w:i/>
                <w:iCs/>
                <w:spacing w:val="-4"/>
                <w:szCs w:val="26"/>
              </w:rPr>
              <w:t xml:space="preserve"> </w:t>
            </w:r>
            <w:proofErr w:type="spellStart"/>
            <w:r w:rsidRPr="00D23166">
              <w:rPr>
                <w:i/>
                <w:iCs/>
                <w:spacing w:val="-4"/>
                <w:szCs w:val="26"/>
              </w:rPr>
              <w:t>quan</w:t>
            </w:r>
            <w:proofErr w:type="spellEnd"/>
            <w:r w:rsidRPr="00D23166">
              <w:rPr>
                <w:i/>
                <w:iCs/>
                <w:spacing w:val="-4"/>
                <w:szCs w:val="26"/>
              </w:rPr>
              <w:t xml:space="preserve"> </w:t>
            </w:r>
            <w:proofErr w:type="spellStart"/>
            <w:r w:rsidRPr="00D23166">
              <w:rPr>
                <w:i/>
                <w:iCs/>
                <w:spacing w:val="-4"/>
                <w:szCs w:val="26"/>
              </w:rPr>
              <w:t>quản</w:t>
            </w:r>
            <w:proofErr w:type="spellEnd"/>
            <w:r w:rsidRPr="00D23166">
              <w:rPr>
                <w:i/>
                <w:iCs/>
                <w:spacing w:val="-4"/>
                <w:szCs w:val="26"/>
              </w:rPr>
              <w:t xml:space="preserve"> </w:t>
            </w:r>
            <w:proofErr w:type="spellStart"/>
            <w:r w:rsidRPr="00D23166">
              <w:rPr>
                <w:i/>
                <w:iCs/>
                <w:spacing w:val="-4"/>
                <w:szCs w:val="26"/>
              </w:rPr>
              <w:t>lý</w:t>
            </w:r>
            <w:proofErr w:type="spellEnd"/>
            <w:r w:rsidRPr="00D23166">
              <w:rPr>
                <w:i/>
                <w:iCs/>
                <w:spacing w:val="-4"/>
                <w:szCs w:val="26"/>
              </w:rPr>
              <w:t xml:space="preserve">, </w:t>
            </w:r>
            <w:proofErr w:type="spellStart"/>
            <w:r w:rsidRPr="00D23166">
              <w:rPr>
                <w:i/>
                <w:iCs/>
                <w:spacing w:val="-4"/>
                <w:szCs w:val="26"/>
              </w:rPr>
              <w:t>sử</w:t>
            </w:r>
            <w:proofErr w:type="spellEnd"/>
            <w:r w:rsidRPr="00D23166">
              <w:rPr>
                <w:i/>
                <w:iCs/>
                <w:spacing w:val="-4"/>
                <w:szCs w:val="26"/>
              </w:rPr>
              <w:t xml:space="preserve"> </w:t>
            </w:r>
            <w:proofErr w:type="spellStart"/>
            <w:r w:rsidRPr="00D23166">
              <w:rPr>
                <w:i/>
                <w:iCs/>
                <w:spacing w:val="-4"/>
                <w:szCs w:val="26"/>
              </w:rPr>
              <w:t>dụng</w:t>
            </w:r>
            <w:proofErr w:type="spellEnd"/>
            <w:r w:rsidRPr="00D23166">
              <w:rPr>
                <w:i/>
                <w:iCs/>
                <w:spacing w:val="-4"/>
                <w:szCs w:val="26"/>
              </w:rPr>
              <w:t xml:space="preserve"> </w:t>
            </w:r>
            <w:proofErr w:type="spellStart"/>
            <w:r w:rsidRPr="00D23166">
              <w:rPr>
                <w:i/>
                <w:iCs/>
                <w:spacing w:val="-4"/>
                <w:szCs w:val="26"/>
              </w:rPr>
              <w:t>công</w:t>
            </w:r>
            <w:proofErr w:type="spellEnd"/>
            <w:r w:rsidRPr="00D23166">
              <w:rPr>
                <w:i/>
                <w:iCs/>
                <w:spacing w:val="-4"/>
                <w:szCs w:val="26"/>
              </w:rPr>
              <w:t xml:space="preserve"> </w:t>
            </w:r>
            <w:proofErr w:type="spellStart"/>
            <w:r w:rsidRPr="00D23166">
              <w:rPr>
                <w:i/>
                <w:iCs/>
                <w:spacing w:val="-4"/>
                <w:szCs w:val="26"/>
              </w:rPr>
              <w:t>chức</w:t>
            </w:r>
            <w:proofErr w:type="spellEnd"/>
            <w:r w:rsidRPr="00D23166">
              <w:rPr>
                <w:i/>
                <w:iCs/>
                <w:spacing w:val="-4"/>
                <w:szCs w:val="26"/>
              </w:rPr>
              <w:t xml:space="preserve">, </w:t>
            </w:r>
            <w:proofErr w:type="spellStart"/>
            <w:r w:rsidRPr="00D23166">
              <w:rPr>
                <w:i/>
                <w:iCs/>
                <w:spacing w:val="-4"/>
                <w:szCs w:val="26"/>
              </w:rPr>
              <w:t>viên</w:t>
            </w:r>
            <w:proofErr w:type="spellEnd"/>
            <w:r w:rsidRPr="00D23166">
              <w:rPr>
                <w:i/>
                <w:iCs/>
                <w:spacing w:val="-4"/>
                <w:szCs w:val="26"/>
              </w:rPr>
              <w:t xml:space="preserve"> </w:t>
            </w:r>
            <w:proofErr w:type="spellStart"/>
            <w:r w:rsidRPr="00D23166">
              <w:rPr>
                <w:i/>
                <w:iCs/>
                <w:spacing w:val="-4"/>
                <w:szCs w:val="26"/>
              </w:rPr>
              <w:t>chức</w:t>
            </w:r>
            <w:proofErr w:type="spellEnd"/>
            <w:r w:rsidRPr="00D23166">
              <w:rPr>
                <w:i/>
                <w:iCs/>
                <w:spacing w:val="-4"/>
                <w:szCs w:val="26"/>
              </w:rPr>
              <w:t xml:space="preserve"> </w:t>
            </w:r>
            <w:proofErr w:type="spellStart"/>
            <w:r w:rsidRPr="00D23166">
              <w:rPr>
                <w:i/>
                <w:iCs/>
                <w:spacing w:val="-4"/>
                <w:szCs w:val="26"/>
              </w:rPr>
              <w:t>có</w:t>
            </w:r>
            <w:proofErr w:type="spellEnd"/>
            <w:r w:rsidRPr="00D23166">
              <w:rPr>
                <w:i/>
                <w:iCs/>
                <w:spacing w:val="-4"/>
                <w:szCs w:val="26"/>
              </w:rPr>
              <w:t xml:space="preserve"> </w:t>
            </w:r>
            <w:proofErr w:type="spellStart"/>
            <w:r w:rsidRPr="00D23166">
              <w:rPr>
                <w:i/>
                <w:iCs/>
                <w:spacing w:val="-4"/>
                <w:szCs w:val="26"/>
              </w:rPr>
              <w:t>trách</w:t>
            </w:r>
            <w:proofErr w:type="spellEnd"/>
            <w:r w:rsidRPr="00D23166">
              <w:rPr>
                <w:i/>
                <w:iCs/>
                <w:spacing w:val="-4"/>
                <w:szCs w:val="26"/>
              </w:rPr>
              <w:t xml:space="preserve"> </w:t>
            </w:r>
            <w:proofErr w:type="spellStart"/>
            <w:r w:rsidRPr="00D23166">
              <w:rPr>
                <w:i/>
                <w:iCs/>
                <w:spacing w:val="-4"/>
                <w:szCs w:val="26"/>
              </w:rPr>
              <w:t>nhiệm</w:t>
            </w:r>
            <w:proofErr w:type="spellEnd"/>
            <w:r w:rsidRPr="00D23166">
              <w:rPr>
                <w:i/>
                <w:iCs/>
                <w:spacing w:val="-4"/>
                <w:szCs w:val="26"/>
              </w:rPr>
              <w:t xml:space="preserve"> </w:t>
            </w:r>
            <w:proofErr w:type="spellStart"/>
            <w:r w:rsidRPr="00D23166">
              <w:rPr>
                <w:i/>
                <w:iCs/>
                <w:spacing w:val="-4"/>
                <w:szCs w:val="26"/>
              </w:rPr>
              <w:t>tạo</w:t>
            </w:r>
            <w:proofErr w:type="spellEnd"/>
            <w:r w:rsidRPr="00D23166">
              <w:rPr>
                <w:i/>
                <w:iCs/>
                <w:spacing w:val="-4"/>
                <w:szCs w:val="26"/>
              </w:rPr>
              <w:t xml:space="preserve"> </w:t>
            </w:r>
            <w:proofErr w:type="spellStart"/>
            <w:r w:rsidRPr="00D23166">
              <w:rPr>
                <w:i/>
                <w:iCs/>
                <w:spacing w:val="-4"/>
                <w:szCs w:val="26"/>
              </w:rPr>
              <w:t>điều</w:t>
            </w:r>
            <w:proofErr w:type="spellEnd"/>
            <w:r w:rsidRPr="00D23166">
              <w:rPr>
                <w:i/>
                <w:iCs/>
                <w:spacing w:val="-4"/>
                <w:szCs w:val="26"/>
              </w:rPr>
              <w:t xml:space="preserve"> </w:t>
            </w:r>
            <w:proofErr w:type="spellStart"/>
            <w:r w:rsidRPr="00D23166">
              <w:rPr>
                <w:i/>
                <w:iCs/>
                <w:spacing w:val="-4"/>
                <w:szCs w:val="26"/>
              </w:rPr>
              <w:t>kiện</w:t>
            </w:r>
            <w:proofErr w:type="spellEnd"/>
            <w:r w:rsidRPr="00D23166">
              <w:rPr>
                <w:i/>
                <w:iCs/>
                <w:spacing w:val="-4"/>
                <w:szCs w:val="26"/>
              </w:rPr>
              <w:t xml:space="preserve"> </w:t>
            </w:r>
            <w:proofErr w:type="spellStart"/>
            <w:r w:rsidRPr="00D23166">
              <w:rPr>
                <w:i/>
                <w:iCs/>
                <w:spacing w:val="-4"/>
                <w:szCs w:val="26"/>
              </w:rPr>
              <w:t>để</w:t>
            </w:r>
            <w:proofErr w:type="spellEnd"/>
            <w:r w:rsidRPr="00D23166">
              <w:rPr>
                <w:i/>
                <w:iCs/>
                <w:spacing w:val="-4"/>
                <w:szCs w:val="26"/>
              </w:rPr>
              <w:t xml:space="preserve"> </w:t>
            </w:r>
            <w:proofErr w:type="spellStart"/>
            <w:r w:rsidRPr="00D23166">
              <w:rPr>
                <w:i/>
                <w:iCs/>
                <w:spacing w:val="-4"/>
                <w:szCs w:val="26"/>
              </w:rPr>
              <w:t>công</w:t>
            </w:r>
            <w:proofErr w:type="spellEnd"/>
            <w:r w:rsidRPr="00D23166">
              <w:rPr>
                <w:i/>
                <w:iCs/>
                <w:spacing w:val="-4"/>
                <w:szCs w:val="26"/>
              </w:rPr>
              <w:t xml:space="preserve"> </w:t>
            </w:r>
            <w:proofErr w:type="spellStart"/>
            <w:r w:rsidRPr="00D23166">
              <w:rPr>
                <w:i/>
                <w:iCs/>
                <w:spacing w:val="-4"/>
                <w:szCs w:val="26"/>
              </w:rPr>
              <w:t>chức</w:t>
            </w:r>
            <w:proofErr w:type="spellEnd"/>
            <w:r w:rsidRPr="00D23166">
              <w:rPr>
                <w:i/>
                <w:iCs/>
                <w:spacing w:val="-4"/>
                <w:szCs w:val="26"/>
              </w:rPr>
              <w:t xml:space="preserve">, </w:t>
            </w:r>
            <w:proofErr w:type="spellStart"/>
            <w:r w:rsidRPr="00D23166">
              <w:rPr>
                <w:i/>
                <w:iCs/>
                <w:spacing w:val="-4"/>
                <w:szCs w:val="26"/>
              </w:rPr>
              <w:t>viên</w:t>
            </w:r>
            <w:proofErr w:type="spellEnd"/>
            <w:r w:rsidRPr="00D23166">
              <w:rPr>
                <w:i/>
                <w:iCs/>
                <w:spacing w:val="-4"/>
                <w:szCs w:val="26"/>
              </w:rPr>
              <w:t xml:space="preserve"> </w:t>
            </w:r>
            <w:proofErr w:type="spellStart"/>
            <w:r w:rsidRPr="00D23166">
              <w:rPr>
                <w:i/>
                <w:iCs/>
                <w:spacing w:val="-4"/>
                <w:szCs w:val="26"/>
              </w:rPr>
              <w:t>chức</w:t>
            </w:r>
            <w:proofErr w:type="spellEnd"/>
            <w:r w:rsidRPr="00D23166">
              <w:rPr>
                <w:i/>
                <w:iCs/>
                <w:spacing w:val="-4"/>
                <w:szCs w:val="26"/>
              </w:rPr>
              <w:t xml:space="preserve"> </w:t>
            </w:r>
            <w:proofErr w:type="spellStart"/>
            <w:r w:rsidRPr="00D23166">
              <w:rPr>
                <w:i/>
                <w:iCs/>
                <w:spacing w:val="-4"/>
                <w:szCs w:val="26"/>
              </w:rPr>
              <w:t>đó</w:t>
            </w:r>
            <w:proofErr w:type="spellEnd"/>
            <w:r w:rsidRPr="00D23166">
              <w:rPr>
                <w:i/>
                <w:iCs/>
                <w:spacing w:val="-4"/>
                <w:szCs w:val="26"/>
              </w:rPr>
              <w:t xml:space="preserve"> </w:t>
            </w:r>
            <w:proofErr w:type="spellStart"/>
            <w:r w:rsidRPr="00D23166">
              <w:rPr>
                <w:i/>
                <w:iCs/>
                <w:spacing w:val="-4"/>
                <w:szCs w:val="26"/>
              </w:rPr>
              <w:t>được</w:t>
            </w:r>
            <w:proofErr w:type="spellEnd"/>
            <w:r w:rsidRPr="00D23166">
              <w:rPr>
                <w:i/>
                <w:iCs/>
                <w:spacing w:val="-4"/>
                <w:szCs w:val="26"/>
              </w:rPr>
              <w:t xml:space="preserve"> </w:t>
            </w:r>
            <w:proofErr w:type="spellStart"/>
            <w:r w:rsidRPr="00D23166">
              <w:rPr>
                <w:i/>
                <w:iCs/>
                <w:spacing w:val="-4"/>
                <w:szCs w:val="26"/>
              </w:rPr>
              <w:t>đào</w:t>
            </w:r>
            <w:proofErr w:type="spellEnd"/>
            <w:r w:rsidRPr="00D23166">
              <w:rPr>
                <w:i/>
                <w:iCs/>
                <w:spacing w:val="-4"/>
                <w:szCs w:val="26"/>
              </w:rPr>
              <w:t xml:space="preserve"> </w:t>
            </w:r>
            <w:proofErr w:type="spellStart"/>
            <w:r w:rsidRPr="00D23166">
              <w:rPr>
                <w:i/>
                <w:iCs/>
                <w:spacing w:val="-4"/>
                <w:szCs w:val="26"/>
              </w:rPr>
              <w:t>tạo</w:t>
            </w:r>
            <w:proofErr w:type="spellEnd"/>
            <w:r w:rsidRPr="00D23166">
              <w:rPr>
                <w:i/>
                <w:iCs/>
                <w:spacing w:val="-4"/>
                <w:szCs w:val="26"/>
              </w:rPr>
              <w:t xml:space="preserve">, </w:t>
            </w:r>
            <w:proofErr w:type="spellStart"/>
            <w:r w:rsidRPr="00D23166">
              <w:rPr>
                <w:i/>
                <w:iCs/>
                <w:spacing w:val="-4"/>
                <w:szCs w:val="26"/>
              </w:rPr>
              <w:t>bồi</w:t>
            </w:r>
            <w:proofErr w:type="spellEnd"/>
            <w:r w:rsidRPr="00D23166">
              <w:rPr>
                <w:i/>
                <w:iCs/>
                <w:spacing w:val="-4"/>
                <w:szCs w:val="26"/>
              </w:rPr>
              <w:t xml:space="preserve"> </w:t>
            </w:r>
            <w:proofErr w:type="spellStart"/>
            <w:r w:rsidRPr="00D23166">
              <w:rPr>
                <w:i/>
                <w:iCs/>
                <w:spacing w:val="-4"/>
                <w:szCs w:val="26"/>
              </w:rPr>
              <w:t>dưỡng</w:t>
            </w:r>
            <w:proofErr w:type="spellEnd"/>
            <w:r w:rsidRPr="00D23166">
              <w:rPr>
                <w:i/>
                <w:iCs/>
                <w:spacing w:val="-4"/>
                <w:szCs w:val="26"/>
              </w:rPr>
              <w:t xml:space="preserve"> </w:t>
            </w:r>
            <w:proofErr w:type="spellStart"/>
            <w:r w:rsidRPr="00D23166">
              <w:rPr>
                <w:i/>
                <w:iCs/>
                <w:spacing w:val="-4"/>
                <w:szCs w:val="26"/>
              </w:rPr>
              <w:t>hoàn</w:t>
            </w:r>
            <w:proofErr w:type="spellEnd"/>
            <w:r w:rsidRPr="00D23166">
              <w:rPr>
                <w:i/>
                <w:iCs/>
                <w:spacing w:val="-4"/>
                <w:szCs w:val="26"/>
              </w:rPr>
              <w:t xml:space="preserve"> </w:t>
            </w:r>
            <w:proofErr w:type="spellStart"/>
            <w:r w:rsidRPr="00D23166">
              <w:rPr>
                <w:i/>
                <w:iCs/>
                <w:spacing w:val="-4"/>
                <w:szCs w:val="26"/>
              </w:rPr>
              <w:t>thiện</w:t>
            </w:r>
            <w:proofErr w:type="spellEnd"/>
            <w:r w:rsidRPr="00D23166">
              <w:rPr>
                <w:i/>
                <w:iCs/>
                <w:spacing w:val="-4"/>
                <w:szCs w:val="26"/>
              </w:rPr>
              <w:t xml:space="preserve"> </w:t>
            </w:r>
            <w:proofErr w:type="spellStart"/>
            <w:r w:rsidRPr="00D23166">
              <w:rPr>
                <w:i/>
                <w:iCs/>
                <w:spacing w:val="-4"/>
                <w:szCs w:val="26"/>
              </w:rPr>
              <w:t>tiêu</w:t>
            </w:r>
            <w:proofErr w:type="spellEnd"/>
            <w:r w:rsidRPr="00D23166">
              <w:rPr>
                <w:i/>
                <w:iCs/>
                <w:spacing w:val="-4"/>
                <w:szCs w:val="26"/>
              </w:rPr>
              <w:t xml:space="preserve"> </w:t>
            </w:r>
            <w:proofErr w:type="spellStart"/>
            <w:r w:rsidRPr="00D23166">
              <w:rPr>
                <w:i/>
                <w:iCs/>
                <w:spacing w:val="-4"/>
                <w:szCs w:val="26"/>
              </w:rPr>
              <w:t>chuẩn</w:t>
            </w:r>
            <w:proofErr w:type="spellEnd"/>
            <w:r w:rsidRPr="00D23166">
              <w:rPr>
                <w:i/>
                <w:iCs/>
                <w:spacing w:val="-4"/>
                <w:szCs w:val="26"/>
              </w:rPr>
              <w:t xml:space="preserve"> </w:t>
            </w:r>
            <w:proofErr w:type="spellStart"/>
            <w:r w:rsidRPr="00D23166">
              <w:rPr>
                <w:i/>
                <w:iCs/>
                <w:spacing w:val="-4"/>
                <w:szCs w:val="26"/>
              </w:rPr>
              <w:t>trong</w:t>
            </w:r>
            <w:proofErr w:type="spellEnd"/>
            <w:r w:rsidRPr="00D23166">
              <w:rPr>
                <w:i/>
                <w:iCs/>
                <w:spacing w:val="-4"/>
                <w:szCs w:val="26"/>
              </w:rPr>
              <w:t xml:space="preserve"> </w:t>
            </w:r>
            <w:proofErr w:type="spellStart"/>
            <w:r w:rsidRPr="00D23166">
              <w:rPr>
                <w:i/>
                <w:iCs/>
                <w:spacing w:val="-4"/>
                <w:szCs w:val="26"/>
              </w:rPr>
              <w:t>thời</w:t>
            </w:r>
            <w:proofErr w:type="spellEnd"/>
            <w:r w:rsidRPr="00D23166">
              <w:rPr>
                <w:i/>
                <w:iCs/>
                <w:spacing w:val="-4"/>
                <w:szCs w:val="26"/>
              </w:rPr>
              <w:t xml:space="preserve"> </w:t>
            </w:r>
            <w:proofErr w:type="spellStart"/>
            <w:r w:rsidRPr="00D23166">
              <w:rPr>
                <w:i/>
                <w:iCs/>
                <w:spacing w:val="-4"/>
                <w:szCs w:val="26"/>
              </w:rPr>
              <w:t>hạn</w:t>
            </w:r>
            <w:proofErr w:type="spellEnd"/>
            <w:r w:rsidRPr="00D23166">
              <w:rPr>
                <w:i/>
                <w:iCs/>
                <w:spacing w:val="-4"/>
                <w:szCs w:val="26"/>
              </w:rPr>
              <w:t xml:space="preserve"> </w:t>
            </w:r>
            <w:proofErr w:type="spellStart"/>
            <w:r w:rsidRPr="00D23166">
              <w:rPr>
                <w:i/>
                <w:iCs/>
                <w:spacing w:val="-4"/>
                <w:szCs w:val="26"/>
              </w:rPr>
              <w:t>tối</w:t>
            </w:r>
            <w:proofErr w:type="spellEnd"/>
            <w:r w:rsidRPr="00D23166">
              <w:rPr>
                <w:i/>
                <w:iCs/>
                <w:spacing w:val="-4"/>
                <w:szCs w:val="26"/>
              </w:rPr>
              <w:t xml:space="preserve"> </w:t>
            </w:r>
            <w:proofErr w:type="spellStart"/>
            <w:r w:rsidRPr="00D23166">
              <w:rPr>
                <w:i/>
                <w:iCs/>
                <w:spacing w:val="-4"/>
                <w:szCs w:val="26"/>
              </w:rPr>
              <w:t>đa</w:t>
            </w:r>
            <w:proofErr w:type="spellEnd"/>
            <w:r w:rsidRPr="00D23166">
              <w:rPr>
                <w:i/>
                <w:iCs/>
                <w:spacing w:val="-4"/>
                <w:szCs w:val="26"/>
              </w:rPr>
              <w:t xml:space="preserve"> 36 </w:t>
            </w:r>
            <w:proofErr w:type="spellStart"/>
            <w:r w:rsidRPr="00D23166">
              <w:rPr>
                <w:i/>
                <w:iCs/>
                <w:spacing w:val="-4"/>
                <w:szCs w:val="26"/>
              </w:rPr>
              <w:t>tháng</w:t>
            </w:r>
            <w:proofErr w:type="spellEnd"/>
            <w:r w:rsidRPr="00D23166">
              <w:rPr>
                <w:i/>
                <w:iCs/>
                <w:spacing w:val="-4"/>
                <w:szCs w:val="26"/>
              </w:rPr>
              <w:t xml:space="preserve"> </w:t>
            </w:r>
            <w:proofErr w:type="spellStart"/>
            <w:r w:rsidRPr="00D23166">
              <w:rPr>
                <w:i/>
                <w:iCs/>
                <w:spacing w:val="-4"/>
                <w:szCs w:val="26"/>
              </w:rPr>
              <w:t>kể</w:t>
            </w:r>
            <w:proofErr w:type="spellEnd"/>
            <w:r w:rsidRPr="00D23166">
              <w:rPr>
                <w:i/>
                <w:iCs/>
                <w:spacing w:val="-4"/>
                <w:szCs w:val="26"/>
              </w:rPr>
              <w:t xml:space="preserve"> </w:t>
            </w:r>
            <w:proofErr w:type="spellStart"/>
            <w:r w:rsidRPr="00D23166">
              <w:rPr>
                <w:i/>
                <w:iCs/>
                <w:spacing w:val="-4"/>
                <w:szCs w:val="26"/>
              </w:rPr>
              <w:t>từ</w:t>
            </w:r>
            <w:proofErr w:type="spellEnd"/>
            <w:r w:rsidRPr="00D23166">
              <w:rPr>
                <w:i/>
                <w:iCs/>
                <w:spacing w:val="-4"/>
                <w:szCs w:val="26"/>
              </w:rPr>
              <w:t xml:space="preserve"> </w:t>
            </w:r>
            <w:proofErr w:type="spellStart"/>
            <w:r w:rsidRPr="00D23166">
              <w:rPr>
                <w:i/>
                <w:iCs/>
                <w:spacing w:val="-4"/>
                <w:szCs w:val="26"/>
              </w:rPr>
              <w:t>ngày</w:t>
            </w:r>
            <w:proofErr w:type="spellEnd"/>
            <w:r w:rsidRPr="00D23166">
              <w:rPr>
                <w:i/>
                <w:iCs/>
                <w:spacing w:val="-4"/>
                <w:szCs w:val="26"/>
              </w:rPr>
              <w:t xml:space="preserve"> Thông </w:t>
            </w:r>
            <w:proofErr w:type="spellStart"/>
            <w:r w:rsidRPr="00D23166">
              <w:rPr>
                <w:i/>
                <w:iCs/>
                <w:spacing w:val="-4"/>
                <w:szCs w:val="26"/>
              </w:rPr>
              <w:t>tư</w:t>
            </w:r>
            <w:proofErr w:type="spellEnd"/>
            <w:r w:rsidRPr="00D23166">
              <w:rPr>
                <w:i/>
                <w:iCs/>
                <w:spacing w:val="-4"/>
                <w:szCs w:val="26"/>
              </w:rPr>
              <w:t xml:space="preserve"> </w:t>
            </w:r>
            <w:proofErr w:type="spellStart"/>
            <w:r w:rsidRPr="00D23166">
              <w:rPr>
                <w:i/>
                <w:iCs/>
                <w:spacing w:val="-4"/>
                <w:szCs w:val="26"/>
              </w:rPr>
              <w:t>này</w:t>
            </w:r>
            <w:proofErr w:type="spellEnd"/>
            <w:r w:rsidRPr="00D23166">
              <w:rPr>
                <w:i/>
                <w:iCs/>
                <w:spacing w:val="-4"/>
                <w:szCs w:val="26"/>
              </w:rPr>
              <w:t xml:space="preserve"> </w:t>
            </w:r>
            <w:proofErr w:type="spellStart"/>
            <w:r w:rsidRPr="00D23166">
              <w:rPr>
                <w:i/>
                <w:iCs/>
                <w:spacing w:val="-4"/>
                <w:szCs w:val="26"/>
              </w:rPr>
              <w:t>có</w:t>
            </w:r>
            <w:proofErr w:type="spellEnd"/>
            <w:r w:rsidRPr="00D23166">
              <w:rPr>
                <w:i/>
                <w:iCs/>
                <w:spacing w:val="-4"/>
                <w:szCs w:val="26"/>
              </w:rPr>
              <w:t xml:space="preserve"> </w:t>
            </w:r>
            <w:proofErr w:type="spellStart"/>
            <w:r w:rsidRPr="00D23166">
              <w:rPr>
                <w:i/>
                <w:iCs/>
                <w:spacing w:val="-4"/>
                <w:szCs w:val="26"/>
              </w:rPr>
              <w:t>hiệu</w:t>
            </w:r>
            <w:proofErr w:type="spellEnd"/>
            <w:r w:rsidRPr="00D23166">
              <w:rPr>
                <w:i/>
                <w:iCs/>
                <w:spacing w:val="-4"/>
                <w:szCs w:val="26"/>
              </w:rPr>
              <w:t xml:space="preserve"> </w:t>
            </w:r>
            <w:proofErr w:type="spellStart"/>
            <w:r w:rsidRPr="00D23166">
              <w:rPr>
                <w:i/>
                <w:iCs/>
                <w:spacing w:val="-4"/>
                <w:szCs w:val="26"/>
              </w:rPr>
              <w:t>lực</w:t>
            </w:r>
            <w:proofErr w:type="spellEnd"/>
            <w:r w:rsidRPr="00D23166">
              <w:rPr>
                <w:i/>
                <w:iCs/>
                <w:spacing w:val="-4"/>
                <w:szCs w:val="26"/>
              </w:rPr>
              <w:t xml:space="preserve"> </w:t>
            </w:r>
            <w:proofErr w:type="spellStart"/>
            <w:r w:rsidRPr="00D23166">
              <w:rPr>
                <w:i/>
                <w:iCs/>
                <w:spacing w:val="-4"/>
                <w:szCs w:val="26"/>
              </w:rPr>
              <w:t>thi</w:t>
            </w:r>
            <w:proofErr w:type="spellEnd"/>
            <w:r w:rsidRPr="00D23166">
              <w:rPr>
                <w:i/>
                <w:iCs/>
                <w:spacing w:val="-4"/>
                <w:szCs w:val="26"/>
              </w:rPr>
              <w:t xml:space="preserve"> </w:t>
            </w:r>
            <w:proofErr w:type="spellStart"/>
            <w:r w:rsidRPr="00D23166">
              <w:rPr>
                <w:i/>
                <w:iCs/>
                <w:spacing w:val="-4"/>
                <w:szCs w:val="26"/>
              </w:rPr>
              <w:t>hành</w:t>
            </w:r>
            <w:proofErr w:type="spellEnd"/>
            <w:r w:rsidRPr="00D23166">
              <w:rPr>
                <w:i/>
                <w:iCs/>
                <w:spacing w:val="-4"/>
                <w:szCs w:val="26"/>
              </w:rPr>
              <w:t>”.</w:t>
            </w:r>
          </w:p>
        </w:tc>
      </w:tr>
      <w:tr w:rsidR="00BE5D3B" w:rsidRPr="004543E3" w14:paraId="6E972EFA" w14:textId="77777777" w:rsidTr="00FF0027">
        <w:tc>
          <w:tcPr>
            <w:tcW w:w="1098" w:type="dxa"/>
          </w:tcPr>
          <w:p w14:paraId="42C233D5" w14:textId="77777777" w:rsidR="00BE5D3B" w:rsidRPr="004543E3" w:rsidRDefault="00BE5D3B" w:rsidP="00BE5D3B">
            <w:pPr>
              <w:jc w:val="both"/>
            </w:pPr>
          </w:p>
        </w:tc>
        <w:tc>
          <w:tcPr>
            <w:tcW w:w="5113" w:type="dxa"/>
          </w:tcPr>
          <w:p w14:paraId="648EF714" w14:textId="77777777" w:rsidR="00BE5D3B" w:rsidRPr="004543E3" w:rsidRDefault="00BE5D3B" w:rsidP="001B5312">
            <w:pPr>
              <w:spacing w:after="0" w:line="240" w:lineRule="auto"/>
              <w:ind w:firstLine="709"/>
              <w:jc w:val="both"/>
              <w:rPr>
                <w:szCs w:val="26"/>
              </w:rPr>
            </w:pPr>
            <w:r w:rsidRPr="004543E3">
              <w:rPr>
                <w:szCs w:val="26"/>
              </w:rPr>
              <w:t xml:space="preserve">3. </w:t>
            </w:r>
            <w:proofErr w:type="spellStart"/>
            <w:r w:rsidRPr="004543E3">
              <w:rPr>
                <w:szCs w:val="26"/>
              </w:rPr>
              <w:t>Đối</w:t>
            </w:r>
            <w:proofErr w:type="spellEnd"/>
            <w:r w:rsidRPr="004543E3">
              <w:rPr>
                <w:szCs w:val="26"/>
              </w:rPr>
              <w:t xml:space="preserve"> </w:t>
            </w:r>
            <w:proofErr w:type="spellStart"/>
            <w:r w:rsidRPr="004543E3">
              <w:rPr>
                <w:szCs w:val="26"/>
              </w:rPr>
              <w:t>với</w:t>
            </w:r>
            <w:proofErr w:type="spellEnd"/>
            <w:r w:rsidRPr="004543E3">
              <w:rPr>
                <w:szCs w:val="26"/>
              </w:rPr>
              <w:t xml:space="preserve"> </w:t>
            </w:r>
            <w:proofErr w:type="spellStart"/>
            <w:r w:rsidRPr="004543E3">
              <w:rPr>
                <w:szCs w:val="26"/>
              </w:rPr>
              <w:t>nhiệm</w:t>
            </w:r>
            <w:proofErr w:type="spellEnd"/>
            <w:r w:rsidRPr="004543E3">
              <w:rPr>
                <w:szCs w:val="26"/>
              </w:rPr>
              <w:t xml:space="preserve"> </w:t>
            </w:r>
            <w:proofErr w:type="spellStart"/>
            <w:r w:rsidRPr="004543E3">
              <w:rPr>
                <w:szCs w:val="26"/>
              </w:rPr>
              <w:t>vụ</w:t>
            </w:r>
            <w:proofErr w:type="spellEnd"/>
            <w:r w:rsidRPr="004543E3">
              <w:rPr>
                <w:szCs w:val="26"/>
              </w:rPr>
              <w:t xml:space="preserve"> khoa </w:t>
            </w:r>
            <w:proofErr w:type="spellStart"/>
            <w:r w:rsidRPr="004543E3">
              <w:rPr>
                <w:szCs w:val="26"/>
              </w:rPr>
              <w:t>học</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nghệ</w:t>
            </w:r>
            <w:proofErr w:type="spellEnd"/>
            <w:r w:rsidRPr="004543E3">
              <w:rPr>
                <w:szCs w:val="26"/>
              </w:rPr>
              <w:t xml:space="preserve"> </w:t>
            </w:r>
            <w:proofErr w:type="spellStart"/>
            <w:r w:rsidRPr="004543E3">
              <w:rPr>
                <w:szCs w:val="26"/>
              </w:rPr>
              <w:t>đã</w:t>
            </w:r>
            <w:proofErr w:type="spellEnd"/>
            <w:r w:rsidRPr="004543E3">
              <w:rPr>
                <w:szCs w:val="26"/>
              </w:rPr>
              <w:t xml:space="preserve"> </w:t>
            </w:r>
            <w:proofErr w:type="spellStart"/>
            <w:r w:rsidRPr="004543E3">
              <w:rPr>
                <w:szCs w:val="26"/>
              </w:rPr>
              <w:t>được</w:t>
            </w:r>
            <w:proofErr w:type="spellEnd"/>
            <w:r w:rsidRPr="004543E3">
              <w:rPr>
                <w:szCs w:val="26"/>
              </w:rPr>
              <w:t xml:space="preserve"> </w:t>
            </w:r>
            <w:proofErr w:type="spellStart"/>
            <w:r w:rsidRPr="004543E3">
              <w:rPr>
                <w:szCs w:val="26"/>
              </w:rPr>
              <w:t>nghiệm</w:t>
            </w:r>
            <w:proofErr w:type="spellEnd"/>
            <w:r w:rsidRPr="004543E3">
              <w:rPr>
                <w:szCs w:val="26"/>
              </w:rPr>
              <w:t xml:space="preserve"> </w:t>
            </w:r>
            <w:proofErr w:type="spellStart"/>
            <w:r w:rsidRPr="004543E3">
              <w:rPr>
                <w:szCs w:val="26"/>
              </w:rPr>
              <w:t>thu</w:t>
            </w:r>
            <w:proofErr w:type="spellEnd"/>
            <w:r w:rsidRPr="004543E3">
              <w:rPr>
                <w:szCs w:val="26"/>
              </w:rPr>
              <w:t xml:space="preserve"> </w:t>
            </w:r>
            <w:proofErr w:type="spellStart"/>
            <w:r w:rsidRPr="004543E3">
              <w:rPr>
                <w:szCs w:val="26"/>
              </w:rPr>
              <w:t>theo</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định</w:t>
            </w:r>
            <w:proofErr w:type="spellEnd"/>
            <w:r w:rsidRPr="004543E3">
              <w:rPr>
                <w:szCs w:val="26"/>
              </w:rPr>
              <w:t xml:space="preserve"> </w:t>
            </w:r>
            <w:proofErr w:type="spellStart"/>
            <w:r w:rsidRPr="004543E3">
              <w:rPr>
                <w:szCs w:val="26"/>
              </w:rPr>
              <w:t>của</w:t>
            </w:r>
            <w:proofErr w:type="spellEnd"/>
            <w:r w:rsidRPr="004543E3">
              <w:rPr>
                <w:szCs w:val="26"/>
              </w:rPr>
              <w:t xml:space="preserve"> </w:t>
            </w:r>
            <w:proofErr w:type="spellStart"/>
            <w:r w:rsidRPr="004543E3">
              <w:rPr>
                <w:szCs w:val="26"/>
              </w:rPr>
              <w:t>Luật</w:t>
            </w:r>
            <w:proofErr w:type="spellEnd"/>
            <w:r w:rsidRPr="004543E3">
              <w:rPr>
                <w:szCs w:val="26"/>
              </w:rPr>
              <w:t xml:space="preserve"> Khoa </w:t>
            </w:r>
            <w:proofErr w:type="spellStart"/>
            <w:r w:rsidRPr="004543E3">
              <w:rPr>
                <w:szCs w:val="26"/>
              </w:rPr>
              <w:t>học</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nghệ</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văn</w:t>
            </w:r>
            <w:proofErr w:type="spellEnd"/>
            <w:r w:rsidRPr="004543E3">
              <w:rPr>
                <w:szCs w:val="26"/>
              </w:rPr>
              <w:t xml:space="preserve"> </w:t>
            </w:r>
            <w:proofErr w:type="spellStart"/>
            <w:r w:rsidRPr="004543E3">
              <w:rPr>
                <w:szCs w:val="26"/>
              </w:rPr>
              <w:t>bản</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định</w:t>
            </w:r>
            <w:proofErr w:type="spellEnd"/>
            <w:r w:rsidRPr="004543E3">
              <w:rPr>
                <w:szCs w:val="26"/>
              </w:rPr>
              <w:t xml:space="preserve"> chi </w:t>
            </w:r>
            <w:proofErr w:type="spellStart"/>
            <w:r w:rsidRPr="004543E3">
              <w:rPr>
                <w:szCs w:val="26"/>
              </w:rPr>
              <w:t>tiết</w:t>
            </w:r>
            <w:proofErr w:type="spellEnd"/>
            <w:r w:rsidRPr="004543E3">
              <w:rPr>
                <w:szCs w:val="26"/>
              </w:rPr>
              <w:t xml:space="preserve">, </w:t>
            </w:r>
            <w:proofErr w:type="spellStart"/>
            <w:r w:rsidRPr="004543E3">
              <w:rPr>
                <w:szCs w:val="26"/>
              </w:rPr>
              <w:t>hướng</w:t>
            </w:r>
            <w:proofErr w:type="spellEnd"/>
            <w:r w:rsidRPr="004543E3">
              <w:rPr>
                <w:szCs w:val="26"/>
              </w:rPr>
              <w:t xml:space="preserve"> </w:t>
            </w:r>
            <w:proofErr w:type="spellStart"/>
            <w:r w:rsidRPr="004543E3">
              <w:rPr>
                <w:szCs w:val="26"/>
              </w:rPr>
              <w:t>dẫn</w:t>
            </w:r>
            <w:proofErr w:type="spellEnd"/>
            <w:r w:rsidRPr="004543E3">
              <w:rPr>
                <w:szCs w:val="26"/>
              </w:rPr>
              <w:t xml:space="preserve"> </w:t>
            </w:r>
            <w:proofErr w:type="spellStart"/>
            <w:r w:rsidRPr="004543E3">
              <w:rPr>
                <w:szCs w:val="26"/>
              </w:rPr>
              <w:t>thi</w:t>
            </w:r>
            <w:proofErr w:type="spellEnd"/>
            <w:r w:rsidRPr="004543E3">
              <w:rPr>
                <w:szCs w:val="26"/>
              </w:rPr>
              <w:t xml:space="preserve"> </w:t>
            </w:r>
            <w:proofErr w:type="spellStart"/>
            <w:r w:rsidRPr="004543E3">
              <w:rPr>
                <w:szCs w:val="26"/>
              </w:rPr>
              <w:t>hành</w:t>
            </w:r>
            <w:proofErr w:type="spellEnd"/>
            <w:r w:rsidRPr="004543E3">
              <w:rPr>
                <w:szCs w:val="26"/>
              </w:rPr>
              <w:t xml:space="preserve"> </w:t>
            </w:r>
            <w:proofErr w:type="spellStart"/>
            <w:r w:rsidRPr="004543E3">
              <w:rPr>
                <w:szCs w:val="26"/>
              </w:rPr>
              <w:t>Luật</w:t>
            </w:r>
            <w:proofErr w:type="spellEnd"/>
            <w:r w:rsidRPr="004543E3">
              <w:rPr>
                <w:szCs w:val="26"/>
              </w:rPr>
              <w:t xml:space="preserve"> Khoa </w:t>
            </w:r>
            <w:proofErr w:type="spellStart"/>
            <w:r w:rsidRPr="004543E3">
              <w:rPr>
                <w:szCs w:val="26"/>
              </w:rPr>
              <w:t>học</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nghệ</w:t>
            </w:r>
            <w:proofErr w:type="spellEnd"/>
            <w:r w:rsidRPr="004543E3">
              <w:rPr>
                <w:szCs w:val="26"/>
              </w:rPr>
              <w:t xml:space="preserve"> </w:t>
            </w:r>
            <w:proofErr w:type="spellStart"/>
            <w:r w:rsidRPr="004543E3">
              <w:rPr>
                <w:szCs w:val="26"/>
              </w:rPr>
              <w:t>được</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đổi</w:t>
            </w:r>
            <w:proofErr w:type="spellEnd"/>
            <w:r w:rsidRPr="004543E3">
              <w:rPr>
                <w:szCs w:val="26"/>
              </w:rPr>
              <w:t xml:space="preserve"> </w:t>
            </w:r>
            <w:proofErr w:type="spellStart"/>
            <w:r w:rsidRPr="004543E3">
              <w:rPr>
                <w:szCs w:val="26"/>
              </w:rPr>
              <w:t>tương</w:t>
            </w:r>
            <w:proofErr w:type="spellEnd"/>
            <w:r w:rsidRPr="004543E3">
              <w:rPr>
                <w:szCs w:val="26"/>
              </w:rPr>
              <w:t xml:space="preserve"> </w:t>
            </w:r>
            <w:proofErr w:type="spellStart"/>
            <w:r w:rsidRPr="004543E3">
              <w:rPr>
                <w:szCs w:val="26"/>
              </w:rPr>
              <w:t>đương</w:t>
            </w:r>
            <w:proofErr w:type="spellEnd"/>
            <w:r w:rsidRPr="004543E3">
              <w:rPr>
                <w:szCs w:val="26"/>
              </w:rPr>
              <w:t xml:space="preserve"> </w:t>
            </w:r>
            <w:proofErr w:type="spellStart"/>
            <w:r w:rsidRPr="004543E3">
              <w:rPr>
                <w:szCs w:val="26"/>
              </w:rPr>
              <w:t>với</w:t>
            </w:r>
            <w:proofErr w:type="spellEnd"/>
            <w:r w:rsidRPr="004543E3">
              <w:rPr>
                <w:szCs w:val="26"/>
              </w:rPr>
              <w:t xml:space="preserve"> </w:t>
            </w:r>
            <w:proofErr w:type="spellStart"/>
            <w:r w:rsidRPr="004543E3">
              <w:rPr>
                <w:szCs w:val="26"/>
              </w:rPr>
              <w:t>nhiệm</w:t>
            </w:r>
            <w:proofErr w:type="spellEnd"/>
            <w:r w:rsidRPr="004543E3">
              <w:rPr>
                <w:szCs w:val="26"/>
              </w:rPr>
              <w:t xml:space="preserve"> </w:t>
            </w:r>
            <w:proofErr w:type="spellStart"/>
            <w:r w:rsidRPr="004543E3">
              <w:rPr>
                <w:szCs w:val="26"/>
              </w:rPr>
              <w:t>vụ</w:t>
            </w:r>
            <w:proofErr w:type="spellEnd"/>
            <w:r w:rsidRPr="004543E3">
              <w:rPr>
                <w:szCs w:val="26"/>
              </w:rPr>
              <w:t xml:space="preserve"> khoa </w:t>
            </w:r>
            <w:proofErr w:type="spellStart"/>
            <w:r w:rsidRPr="004543E3">
              <w:rPr>
                <w:szCs w:val="26"/>
              </w:rPr>
              <w:t>học</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nghệ</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đổi</w:t>
            </w:r>
            <w:proofErr w:type="spellEnd"/>
            <w:r w:rsidRPr="004543E3">
              <w:rPr>
                <w:szCs w:val="26"/>
              </w:rPr>
              <w:t xml:space="preserve"> </w:t>
            </w:r>
            <w:proofErr w:type="spellStart"/>
            <w:r w:rsidRPr="004543E3">
              <w:rPr>
                <w:szCs w:val="26"/>
              </w:rPr>
              <w:t>mới</w:t>
            </w:r>
            <w:proofErr w:type="spellEnd"/>
            <w:r w:rsidRPr="004543E3">
              <w:rPr>
                <w:szCs w:val="26"/>
              </w:rPr>
              <w:t xml:space="preserve"> </w:t>
            </w:r>
            <w:proofErr w:type="spellStart"/>
            <w:r w:rsidRPr="004543E3">
              <w:rPr>
                <w:szCs w:val="26"/>
              </w:rPr>
              <w:t>sáng</w:t>
            </w:r>
            <w:proofErr w:type="spellEnd"/>
            <w:r w:rsidRPr="004543E3">
              <w:rPr>
                <w:szCs w:val="26"/>
              </w:rPr>
              <w:t xml:space="preserve"> </w:t>
            </w:r>
            <w:proofErr w:type="spellStart"/>
            <w:r w:rsidRPr="004543E3">
              <w:rPr>
                <w:szCs w:val="26"/>
              </w:rPr>
              <w:t>tạo</w:t>
            </w:r>
            <w:proofErr w:type="spellEnd"/>
            <w:r w:rsidRPr="004543E3">
              <w:rPr>
                <w:szCs w:val="26"/>
              </w:rPr>
              <w:t xml:space="preserve"> </w:t>
            </w:r>
            <w:proofErr w:type="spellStart"/>
            <w:r w:rsidRPr="004543E3">
              <w:rPr>
                <w:szCs w:val="26"/>
              </w:rPr>
              <w:t>đã</w:t>
            </w:r>
            <w:proofErr w:type="spellEnd"/>
            <w:r w:rsidRPr="004543E3">
              <w:rPr>
                <w:szCs w:val="26"/>
              </w:rPr>
              <w:t xml:space="preserve"> </w:t>
            </w:r>
            <w:proofErr w:type="spellStart"/>
            <w:r w:rsidRPr="004543E3">
              <w:rPr>
                <w:szCs w:val="26"/>
              </w:rPr>
              <w:t>được</w:t>
            </w:r>
            <w:proofErr w:type="spellEnd"/>
            <w:r w:rsidRPr="004543E3">
              <w:rPr>
                <w:szCs w:val="26"/>
              </w:rPr>
              <w:t xml:space="preserve"> </w:t>
            </w:r>
            <w:proofErr w:type="spellStart"/>
            <w:r w:rsidRPr="004543E3">
              <w:rPr>
                <w:szCs w:val="26"/>
              </w:rPr>
              <w:t>đánh</w:t>
            </w:r>
            <w:proofErr w:type="spellEnd"/>
            <w:r w:rsidRPr="004543E3">
              <w:rPr>
                <w:szCs w:val="26"/>
              </w:rPr>
              <w:t xml:space="preserve"> </w:t>
            </w:r>
            <w:proofErr w:type="spellStart"/>
            <w:r w:rsidRPr="004543E3">
              <w:rPr>
                <w:szCs w:val="26"/>
              </w:rPr>
              <w:t>giá</w:t>
            </w:r>
            <w:proofErr w:type="spellEnd"/>
            <w:r w:rsidRPr="004543E3">
              <w:rPr>
                <w:szCs w:val="26"/>
              </w:rPr>
              <w:t xml:space="preserve"> </w:t>
            </w:r>
            <w:proofErr w:type="spellStart"/>
            <w:r w:rsidRPr="004543E3">
              <w:rPr>
                <w:szCs w:val="26"/>
              </w:rPr>
              <w:t>cuối</w:t>
            </w:r>
            <w:proofErr w:type="spellEnd"/>
            <w:r w:rsidRPr="004543E3">
              <w:rPr>
                <w:szCs w:val="26"/>
              </w:rPr>
              <w:t xml:space="preserve"> </w:t>
            </w:r>
            <w:proofErr w:type="spellStart"/>
            <w:r w:rsidRPr="004543E3">
              <w:rPr>
                <w:szCs w:val="26"/>
              </w:rPr>
              <w:t>kỳ</w:t>
            </w:r>
            <w:proofErr w:type="spellEnd"/>
            <w:r w:rsidRPr="004543E3">
              <w:rPr>
                <w:szCs w:val="26"/>
              </w:rPr>
              <w:t xml:space="preserve"> </w:t>
            </w:r>
            <w:proofErr w:type="spellStart"/>
            <w:r w:rsidRPr="004543E3">
              <w:rPr>
                <w:szCs w:val="26"/>
              </w:rPr>
              <w:t>đạt</w:t>
            </w:r>
            <w:proofErr w:type="spellEnd"/>
            <w:r w:rsidRPr="004543E3">
              <w:rPr>
                <w:szCs w:val="26"/>
              </w:rPr>
              <w:t xml:space="preserve"> </w:t>
            </w:r>
            <w:proofErr w:type="spellStart"/>
            <w:r w:rsidRPr="004543E3">
              <w:rPr>
                <w:szCs w:val="26"/>
              </w:rPr>
              <w:t>kết</w:t>
            </w:r>
            <w:proofErr w:type="spellEnd"/>
            <w:r w:rsidRPr="004543E3">
              <w:rPr>
                <w:szCs w:val="26"/>
              </w:rPr>
              <w:t xml:space="preserve"> </w:t>
            </w:r>
            <w:proofErr w:type="spellStart"/>
            <w:r w:rsidRPr="004543E3">
              <w:rPr>
                <w:szCs w:val="26"/>
              </w:rPr>
              <w:t>quả</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mục</w:t>
            </w:r>
            <w:proofErr w:type="spellEnd"/>
            <w:r w:rsidRPr="004543E3">
              <w:rPr>
                <w:szCs w:val="26"/>
              </w:rPr>
              <w:t xml:space="preserve"> </w:t>
            </w:r>
            <w:proofErr w:type="spellStart"/>
            <w:r w:rsidRPr="004543E3">
              <w:rPr>
                <w:szCs w:val="26"/>
              </w:rPr>
              <w:t>tiêu</w:t>
            </w:r>
            <w:proofErr w:type="spellEnd"/>
            <w:r w:rsidRPr="004543E3">
              <w:rPr>
                <w:szCs w:val="26"/>
              </w:rPr>
              <w:t xml:space="preserve"> </w:t>
            </w:r>
            <w:proofErr w:type="spellStart"/>
            <w:r w:rsidRPr="004543E3">
              <w:rPr>
                <w:szCs w:val="26"/>
              </w:rPr>
              <w:t>đề</w:t>
            </w:r>
            <w:proofErr w:type="spellEnd"/>
            <w:r w:rsidRPr="004543E3">
              <w:rPr>
                <w:szCs w:val="26"/>
              </w:rPr>
              <w:t xml:space="preserve"> </w:t>
            </w:r>
            <w:proofErr w:type="spellStart"/>
            <w:r w:rsidRPr="004543E3">
              <w:rPr>
                <w:szCs w:val="26"/>
              </w:rPr>
              <w:t>ra</w:t>
            </w:r>
            <w:proofErr w:type="spellEnd"/>
            <w:r w:rsidRPr="004543E3">
              <w:rPr>
                <w:szCs w:val="26"/>
              </w:rPr>
              <w:t xml:space="preserve"> </w:t>
            </w:r>
            <w:proofErr w:type="spellStart"/>
            <w:r w:rsidRPr="004543E3">
              <w:rPr>
                <w:szCs w:val="26"/>
              </w:rPr>
              <w:t>theo</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định</w:t>
            </w:r>
            <w:proofErr w:type="spellEnd"/>
            <w:r w:rsidRPr="004543E3">
              <w:rPr>
                <w:szCs w:val="26"/>
              </w:rPr>
              <w:t xml:space="preserve"> </w:t>
            </w:r>
            <w:proofErr w:type="spellStart"/>
            <w:r w:rsidRPr="004543E3">
              <w:rPr>
                <w:szCs w:val="26"/>
              </w:rPr>
              <w:t>của</w:t>
            </w:r>
            <w:proofErr w:type="spellEnd"/>
            <w:r w:rsidRPr="004543E3">
              <w:rPr>
                <w:szCs w:val="26"/>
              </w:rPr>
              <w:t xml:space="preserve"> </w:t>
            </w:r>
            <w:proofErr w:type="spellStart"/>
            <w:r w:rsidRPr="004543E3">
              <w:rPr>
                <w:szCs w:val="26"/>
              </w:rPr>
              <w:t>Luật</w:t>
            </w:r>
            <w:proofErr w:type="spellEnd"/>
            <w:r w:rsidRPr="004543E3">
              <w:rPr>
                <w:szCs w:val="26"/>
              </w:rPr>
              <w:t xml:space="preserve"> Khoa </w:t>
            </w:r>
            <w:proofErr w:type="spellStart"/>
            <w:r w:rsidRPr="004543E3">
              <w:rPr>
                <w:szCs w:val="26"/>
              </w:rPr>
              <w:t>học</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nghệ</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đổi</w:t>
            </w:r>
            <w:proofErr w:type="spellEnd"/>
            <w:r w:rsidRPr="004543E3">
              <w:rPr>
                <w:szCs w:val="26"/>
              </w:rPr>
              <w:t xml:space="preserve"> </w:t>
            </w:r>
            <w:proofErr w:type="spellStart"/>
            <w:r w:rsidRPr="004543E3">
              <w:rPr>
                <w:szCs w:val="26"/>
              </w:rPr>
              <w:t>mới</w:t>
            </w:r>
            <w:proofErr w:type="spellEnd"/>
            <w:r w:rsidRPr="004543E3">
              <w:rPr>
                <w:szCs w:val="26"/>
              </w:rPr>
              <w:t xml:space="preserve"> </w:t>
            </w:r>
            <w:proofErr w:type="spellStart"/>
            <w:r w:rsidRPr="004543E3">
              <w:rPr>
                <w:szCs w:val="26"/>
              </w:rPr>
              <w:t>sáng</w:t>
            </w:r>
            <w:proofErr w:type="spellEnd"/>
            <w:r w:rsidRPr="004543E3">
              <w:rPr>
                <w:szCs w:val="26"/>
              </w:rPr>
              <w:t xml:space="preserve"> </w:t>
            </w:r>
            <w:proofErr w:type="spellStart"/>
            <w:r w:rsidRPr="004543E3">
              <w:rPr>
                <w:szCs w:val="26"/>
              </w:rPr>
              <w:t>tạo</w:t>
            </w:r>
            <w:proofErr w:type="spellEnd"/>
            <w:r w:rsidRPr="004543E3">
              <w:rPr>
                <w:szCs w:val="26"/>
              </w:rPr>
              <w:t xml:space="preserve"> </w:t>
            </w:r>
            <w:proofErr w:type="spellStart"/>
            <w:r w:rsidRPr="004543E3">
              <w:rPr>
                <w:szCs w:val="26"/>
              </w:rPr>
              <w:t>như</w:t>
            </w:r>
            <w:proofErr w:type="spellEnd"/>
            <w:r w:rsidRPr="004543E3">
              <w:rPr>
                <w:szCs w:val="26"/>
              </w:rPr>
              <w:t xml:space="preserve"> </w:t>
            </w:r>
            <w:proofErr w:type="spellStart"/>
            <w:r w:rsidRPr="004543E3">
              <w:rPr>
                <w:szCs w:val="26"/>
              </w:rPr>
              <w:t>sau</w:t>
            </w:r>
            <w:proofErr w:type="spellEnd"/>
            <w:r w:rsidRPr="004543E3">
              <w:rPr>
                <w:szCs w:val="26"/>
              </w:rPr>
              <w:t>:</w:t>
            </w:r>
          </w:p>
          <w:p w14:paraId="5BA9A8DC" w14:textId="77777777" w:rsidR="00BE5D3B" w:rsidRPr="004543E3" w:rsidRDefault="00BE5D3B" w:rsidP="001B5312">
            <w:pPr>
              <w:spacing w:after="0" w:line="240" w:lineRule="auto"/>
              <w:ind w:firstLine="709"/>
              <w:jc w:val="both"/>
              <w:rPr>
                <w:szCs w:val="26"/>
              </w:rPr>
            </w:pPr>
            <w:r w:rsidRPr="004543E3">
              <w:rPr>
                <w:szCs w:val="26"/>
              </w:rPr>
              <w:t xml:space="preserve">a) </w:t>
            </w:r>
            <w:proofErr w:type="spellStart"/>
            <w:r w:rsidRPr="004543E3">
              <w:rPr>
                <w:szCs w:val="26"/>
              </w:rPr>
              <w:t>Nhiệm</w:t>
            </w:r>
            <w:proofErr w:type="spellEnd"/>
            <w:r w:rsidRPr="004543E3">
              <w:rPr>
                <w:szCs w:val="26"/>
              </w:rPr>
              <w:t xml:space="preserve"> </w:t>
            </w:r>
            <w:proofErr w:type="spellStart"/>
            <w:r w:rsidRPr="004543E3">
              <w:rPr>
                <w:szCs w:val="26"/>
              </w:rPr>
              <w:t>vụ</w:t>
            </w:r>
            <w:proofErr w:type="spellEnd"/>
            <w:r w:rsidRPr="004543E3">
              <w:rPr>
                <w:szCs w:val="26"/>
              </w:rPr>
              <w:t xml:space="preserve"> khoa </w:t>
            </w:r>
            <w:proofErr w:type="spellStart"/>
            <w:r w:rsidRPr="004543E3">
              <w:rPr>
                <w:szCs w:val="26"/>
              </w:rPr>
              <w:t>học</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nghệ</w:t>
            </w:r>
            <w:proofErr w:type="spellEnd"/>
            <w:r w:rsidRPr="004543E3">
              <w:rPr>
                <w:szCs w:val="26"/>
              </w:rPr>
              <w:t xml:space="preserve"> </w:t>
            </w:r>
            <w:proofErr w:type="spellStart"/>
            <w:r w:rsidRPr="004543E3">
              <w:rPr>
                <w:szCs w:val="26"/>
              </w:rPr>
              <w:t>cấp</w:t>
            </w:r>
            <w:proofErr w:type="spellEnd"/>
            <w:r w:rsidRPr="004543E3">
              <w:rPr>
                <w:szCs w:val="26"/>
              </w:rPr>
              <w:t xml:space="preserve"> </w:t>
            </w:r>
            <w:proofErr w:type="spellStart"/>
            <w:r w:rsidRPr="004543E3">
              <w:rPr>
                <w:szCs w:val="26"/>
              </w:rPr>
              <w:t>quốc</w:t>
            </w:r>
            <w:proofErr w:type="spellEnd"/>
            <w:r w:rsidRPr="004543E3">
              <w:rPr>
                <w:szCs w:val="26"/>
              </w:rPr>
              <w:t xml:space="preserve"> </w:t>
            </w:r>
            <w:proofErr w:type="spellStart"/>
            <w:r w:rsidRPr="004543E3">
              <w:rPr>
                <w:szCs w:val="26"/>
              </w:rPr>
              <w:t>gia</w:t>
            </w:r>
            <w:proofErr w:type="spellEnd"/>
            <w:r w:rsidRPr="004543E3">
              <w:rPr>
                <w:szCs w:val="26"/>
              </w:rPr>
              <w:t xml:space="preserve"> </w:t>
            </w:r>
            <w:proofErr w:type="spellStart"/>
            <w:r w:rsidRPr="004543E3">
              <w:rPr>
                <w:szCs w:val="26"/>
              </w:rPr>
              <w:t>tương</w:t>
            </w:r>
            <w:proofErr w:type="spellEnd"/>
            <w:r w:rsidRPr="004543E3">
              <w:rPr>
                <w:szCs w:val="26"/>
              </w:rPr>
              <w:t xml:space="preserve"> </w:t>
            </w:r>
            <w:proofErr w:type="spellStart"/>
            <w:r w:rsidRPr="004543E3">
              <w:rPr>
                <w:szCs w:val="26"/>
              </w:rPr>
              <w:t>đương</w:t>
            </w:r>
            <w:proofErr w:type="spellEnd"/>
            <w:r w:rsidRPr="004543E3">
              <w:rPr>
                <w:szCs w:val="26"/>
              </w:rPr>
              <w:t xml:space="preserve"> </w:t>
            </w:r>
            <w:proofErr w:type="spellStart"/>
            <w:r w:rsidRPr="004543E3">
              <w:rPr>
                <w:szCs w:val="26"/>
              </w:rPr>
              <w:t>nhiệm</w:t>
            </w:r>
            <w:proofErr w:type="spellEnd"/>
            <w:r w:rsidRPr="004543E3">
              <w:rPr>
                <w:szCs w:val="26"/>
              </w:rPr>
              <w:t xml:space="preserve"> </w:t>
            </w:r>
            <w:proofErr w:type="spellStart"/>
            <w:r w:rsidRPr="004543E3">
              <w:rPr>
                <w:szCs w:val="26"/>
              </w:rPr>
              <w:t>vụ</w:t>
            </w:r>
            <w:proofErr w:type="spellEnd"/>
            <w:r w:rsidRPr="004543E3">
              <w:rPr>
                <w:szCs w:val="26"/>
              </w:rPr>
              <w:t xml:space="preserve"> khoa </w:t>
            </w:r>
            <w:proofErr w:type="spellStart"/>
            <w:r w:rsidRPr="004543E3">
              <w:rPr>
                <w:szCs w:val="26"/>
              </w:rPr>
              <w:t>học</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nghệ</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đổi</w:t>
            </w:r>
            <w:proofErr w:type="spellEnd"/>
            <w:r w:rsidRPr="004543E3">
              <w:rPr>
                <w:szCs w:val="26"/>
              </w:rPr>
              <w:t xml:space="preserve"> </w:t>
            </w:r>
            <w:proofErr w:type="spellStart"/>
            <w:r w:rsidRPr="004543E3">
              <w:rPr>
                <w:szCs w:val="26"/>
              </w:rPr>
              <w:t>mới</w:t>
            </w:r>
            <w:proofErr w:type="spellEnd"/>
            <w:r w:rsidRPr="004543E3">
              <w:rPr>
                <w:szCs w:val="26"/>
              </w:rPr>
              <w:t xml:space="preserve"> </w:t>
            </w:r>
            <w:proofErr w:type="spellStart"/>
            <w:r w:rsidRPr="004543E3">
              <w:rPr>
                <w:szCs w:val="26"/>
              </w:rPr>
              <w:t>sáng</w:t>
            </w:r>
            <w:proofErr w:type="spellEnd"/>
            <w:r w:rsidRPr="004543E3">
              <w:rPr>
                <w:szCs w:val="26"/>
              </w:rPr>
              <w:t xml:space="preserve"> </w:t>
            </w:r>
            <w:proofErr w:type="spellStart"/>
            <w:r w:rsidRPr="004543E3">
              <w:rPr>
                <w:szCs w:val="26"/>
              </w:rPr>
              <w:t>tạo</w:t>
            </w:r>
            <w:proofErr w:type="spellEnd"/>
            <w:r w:rsidRPr="004543E3">
              <w:rPr>
                <w:szCs w:val="26"/>
              </w:rPr>
              <w:t xml:space="preserve"> </w:t>
            </w:r>
            <w:proofErr w:type="spellStart"/>
            <w:r w:rsidRPr="004543E3">
              <w:rPr>
                <w:szCs w:val="26"/>
              </w:rPr>
              <w:t>trong</w:t>
            </w:r>
            <w:proofErr w:type="spellEnd"/>
            <w:r w:rsidRPr="004543E3">
              <w:rPr>
                <w:szCs w:val="26"/>
              </w:rPr>
              <w:t xml:space="preserve"> </w:t>
            </w:r>
            <w:proofErr w:type="spellStart"/>
            <w:r w:rsidRPr="004543E3">
              <w:rPr>
                <w:szCs w:val="26"/>
              </w:rPr>
              <w:t>khuôn</w:t>
            </w:r>
            <w:proofErr w:type="spellEnd"/>
            <w:r w:rsidRPr="004543E3">
              <w:rPr>
                <w:szCs w:val="26"/>
              </w:rPr>
              <w:t xml:space="preserve"> </w:t>
            </w:r>
            <w:proofErr w:type="spellStart"/>
            <w:r w:rsidRPr="004543E3">
              <w:rPr>
                <w:szCs w:val="26"/>
              </w:rPr>
              <w:t>khổ</w:t>
            </w:r>
            <w:proofErr w:type="spellEnd"/>
            <w:r w:rsidRPr="004543E3">
              <w:rPr>
                <w:szCs w:val="26"/>
              </w:rPr>
              <w:t xml:space="preserve"> </w:t>
            </w:r>
            <w:proofErr w:type="spellStart"/>
            <w:r w:rsidRPr="004543E3">
              <w:rPr>
                <w:szCs w:val="26"/>
              </w:rPr>
              <w:t>chương</w:t>
            </w:r>
            <w:proofErr w:type="spellEnd"/>
            <w:r w:rsidRPr="004543E3">
              <w:rPr>
                <w:szCs w:val="26"/>
              </w:rPr>
              <w:t xml:space="preserve"> </w:t>
            </w:r>
            <w:proofErr w:type="spellStart"/>
            <w:r w:rsidRPr="004543E3">
              <w:rPr>
                <w:szCs w:val="26"/>
              </w:rPr>
              <w:t>trình</w:t>
            </w:r>
            <w:proofErr w:type="spellEnd"/>
            <w:r w:rsidRPr="004543E3">
              <w:rPr>
                <w:szCs w:val="26"/>
              </w:rPr>
              <w:t xml:space="preserve"> khoa </w:t>
            </w:r>
            <w:proofErr w:type="spellStart"/>
            <w:r w:rsidRPr="004543E3">
              <w:rPr>
                <w:szCs w:val="26"/>
              </w:rPr>
              <w:t>học</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nghệ</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đổi</w:t>
            </w:r>
            <w:proofErr w:type="spellEnd"/>
            <w:r w:rsidRPr="004543E3">
              <w:rPr>
                <w:szCs w:val="26"/>
              </w:rPr>
              <w:t xml:space="preserve"> </w:t>
            </w:r>
            <w:proofErr w:type="spellStart"/>
            <w:r w:rsidRPr="004543E3">
              <w:rPr>
                <w:szCs w:val="26"/>
              </w:rPr>
              <w:t>mới</w:t>
            </w:r>
            <w:proofErr w:type="spellEnd"/>
            <w:r w:rsidRPr="004543E3">
              <w:rPr>
                <w:szCs w:val="26"/>
              </w:rPr>
              <w:t xml:space="preserve"> </w:t>
            </w:r>
            <w:proofErr w:type="spellStart"/>
            <w:r w:rsidRPr="004543E3">
              <w:rPr>
                <w:szCs w:val="26"/>
              </w:rPr>
              <w:t>sáng</w:t>
            </w:r>
            <w:proofErr w:type="spellEnd"/>
            <w:r w:rsidRPr="004543E3">
              <w:rPr>
                <w:szCs w:val="26"/>
              </w:rPr>
              <w:t xml:space="preserve"> </w:t>
            </w:r>
            <w:proofErr w:type="spellStart"/>
            <w:r w:rsidRPr="004543E3">
              <w:rPr>
                <w:szCs w:val="26"/>
              </w:rPr>
              <w:t>tạo</w:t>
            </w:r>
            <w:proofErr w:type="spellEnd"/>
            <w:r w:rsidRPr="004543E3">
              <w:rPr>
                <w:szCs w:val="26"/>
              </w:rPr>
              <w:t xml:space="preserve"> </w:t>
            </w:r>
            <w:proofErr w:type="spellStart"/>
            <w:r w:rsidRPr="004543E3">
              <w:rPr>
                <w:szCs w:val="26"/>
              </w:rPr>
              <w:t>quốc</w:t>
            </w:r>
            <w:proofErr w:type="spellEnd"/>
            <w:r w:rsidRPr="004543E3">
              <w:rPr>
                <w:szCs w:val="26"/>
              </w:rPr>
              <w:t xml:space="preserve"> </w:t>
            </w:r>
            <w:proofErr w:type="spellStart"/>
            <w:r w:rsidRPr="004543E3">
              <w:rPr>
                <w:szCs w:val="26"/>
              </w:rPr>
              <w:t>gia</w:t>
            </w:r>
            <w:proofErr w:type="spellEnd"/>
            <w:r w:rsidRPr="004543E3">
              <w:rPr>
                <w:szCs w:val="26"/>
              </w:rPr>
              <w:t>;</w:t>
            </w:r>
          </w:p>
          <w:p w14:paraId="16BFDDA9" w14:textId="77777777" w:rsidR="00BE5D3B" w:rsidRPr="004543E3" w:rsidRDefault="00BE5D3B" w:rsidP="001B5312">
            <w:pPr>
              <w:spacing w:after="0" w:line="240" w:lineRule="auto"/>
              <w:ind w:firstLine="709"/>
              <w:jc w:val="both"/>
              <w:rPr>
                <w:szCs w:val="26"/>
              </w:rPr>
            </w:pPr>
            <w:r w:rsidRPr="004543E3">
              <w:rPr>
                <w:szCs w:val="26"/>
              </w:rPr>
              <w:t xml:space="preserve">b) </w:t>
            </w:r>
            <w:proofErr w:type="spellStart"/>
            <w:r w:rsidRPr="004543E3">
              <w:rPr>
                <w:szCs w:val="26"/>
              </w:rPr>
              <w:t>Nhiệm</w:t>
            </w:r>
            <w:proofErr w:type="spellEnd"/>
            <w:r w:rsidRPr="004543E3">
              <w:rPr>
                <w:szCs w:val="26"/>
              </w:rPr>
              <w:t xml:space="preserve"> </w:t>
            </w:r>
            <w:proofErr w:type="spellStart"/>
            <w:r w:rsidRPr="004543E3">
              <w:rPr>
                <w:szCs w:val="26"/>
              </w:rPr>
              <w:t>vụ</w:t>
            </w:r>
            <w:proofErr w:type="spellEnd"/>
            <w:r w:rsidRPr="004543E3">
              <w:rPr>
                <w:szCs w:val="26"/>
              </w:rPr>
              <w:t xml:space="preserve"> khoa </w:t>
            </w:r>
            <w:proofErr w:type="spellStart"/>
            <w:r w:rsidRPr="004543E3">
              <w:rPr>
                <w:szCs w:val="26"/>
              </w:rPr>
              <w:t>học</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nghệ</w:t>
            </w:r>
            <w:proofErr w:type="spellEnd"/>
            <w:r w:rsidRPr="004543E3">
              <w:rPr>
                <w:szCs w:val="26"/>
              </w:rPr>
              <w:t xml:space="preserve"> </w:t>
            </w:r>
            <w:proofErr w:type="spellStart"/>
            <w:r w:rsidRPr="004543E3">
              <w:rPr>
                <w:szCs w:val="26"/>
              </w:rPr>
              <w:t>cấp</w:t>
            </w:r>
            <w:proofErr w:type="spellEnd"/>
            <w:r w:rsidRPr="004543E3">
              <w:rPr>
                <w:szCs w:val="26"/>
              </w:rPr>
              <w:t xml:space="preserve"> </w:t>
            </w:r>
            <w:proofErr w:type="spellStart"/>
            <w:r w:rsidRPr="004543E3">
              <w:rPr>
                <w:szCs w:val="26"/>
              </w:rPr>
              <w:t>bộ</w:t>
            </w:r>
            <w:proofErr w:type="spellEnd"/>
            <w:r w:rsidRPr="004543E3">
              <w:rPr>
                <w:szCs w:val="26"/>
              </w:rPr>
              <w:t xml:space="preserve">, </w:t>
            </w:r>
            <w:proofErr w:type="spellStart"/>
            <w:r w:rsidRPr="004543E3">
              <w:rPr>
                <w:szCs w:val="26"/>
              </w:rPr>
              <w:t>cấp</w:t>
            </w:r>
            <w:proofErr w:type="spellEnd"/>
            <w:r w:rsidRPr="004543E3">
              <w:rPr>
                <w:szCs w:val="26"/>
              </w:rPr>
              <w:t xml:space="preserve"> </w:t>
            </w:r>
            <w:proofErr w:type="spellStart"/>
            <w:r w:rsidRPr="004543E3">
              <w:rPr>
                <w:szCs w:val="26"/>
              </w:rPr>
              <w:t>tỉnh</w:t>
            </w:r>
            <w:proofErr w:type="spellEnd"/>
            <w:r w:rsidRPr="004543E3">
              <w:rPr>
                <w:szCs w:val="26"/>
              </w:rPr>
              <w:t xml:space="preserve"> </w:t>
            </w:r>
            <w:proofErr w:type="spellStart"/>
            <w:r w:rsidRPr="004543E3">
              <w:rPr>
                <w:szCs w:val="26"/>
              </w:rPr>
              <w:t>tương</w:t>
            </w:r>
            <w:proofErr w:type="spellEnd"/>
            <w:r w:rsidRPr="004543E3">
              <w:rPr>
                <w:szCs w:val="26"/>
              </w:rPr>
              <w:t xml:space="preserve"> </w:t>
            </w:r>
            <w:proofErr w:type="spellStart"/>
            <w:r w:rsidRPr="004543E3">
              <w:rPr>
                <w:szCs w:val="26"/>
              </w:rPr>
              <w:t>đương</w:t>
            </w:r>
            <w:proofErr w:type="spellEnd"/>
            <w:r w:rsidRPr="004543E3">
              <w:rPr>
                <w:szCs w:val="26"/>
              </w:rPr>
              <w:t xml:space="preserve"> </w:t>
            </w:r>
            <w:proofErr w:type="spellStart"/>
            <w:r w:rsidRPr="004543E3">
              <w:rPr>
                <w:szCs w:val="26"/>
              </w:rPr>
              <w:t>nhiệm</w:t>
            </w:r>
            <w:proofErr w:type="spellEnd"/>
            <w:r w:rsidRPr="004543E3">
              <w:rPr>
                <w:szCs w:val="26"/>
              </w:rPr>
              <w:t xml:space="preserve"> </w:t>
            </w:r>
            <w:proofErr w:type="spellStart"/>
            <w:r w:rsidRPr="004543E3">
              <w:rPr>
                <w:szCs w:val="26"/>
              </w:rPr>
              <w:t>vụ</w:t>
            </w:r>
            <w:proofErr w:type="spellEnd"/>
            <w:r w:rsidRPr="004543E3">
              <w:rPr>
                <w:szCs w:val="26"/>
              </w:rPr>
              <w:t xml:space="preserve"> khoa </w:t>
            </w:r>
            <w:proofErr w:type="spellStart"/>
            <w:r w:rsidRPr="004543E3">
              <w:rPr>
                <w:szCs w:val="26"/>
              </w:rPr>
              <w:t>học</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nghệ</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đổi</w:t>
            </w:r>
            <w:proofErr w:type="spellEnd"/>
            <w:r w:rsidRPr="004543E3">
              <w:rPr>
                <w:szCs w:val="26"/>
              </w:rPr>
              <w:t xml:space="preserve"> </w:t>
            </w:r>
            <w:proofErr w:type="spellStart"/>
            <w:r w:rsidRPr="004543E3">
              <w:rPr>
                <w:szCs w:val="26"/>
              </w:rPr>
              <w:t>mới</w:t>
            </w:r>
            <w:proofErr w:type="spellEnd"/>
            <w:r w:rsidRPr="004543E3">
              <w:rPr>
                <w:szCs w:val="26"/>
              </w:rPr>
              <w:t xml:space="preserve"> </w:t>
            </w:r>
            <w:proofErr w:type="spellStart"/>
            <w:r w:rsidRPr="004543E3">
              <w:rPr>
                <w:szCs w:val="26"/>
              </w:rPr>
              <w:t>sáng</w:t>
            </w:r>
            <w:proofErr w:type="spellEnd"/>
            <w:r w:rsidRPr="004543E3">
              <w:rPr>
                <w:szCs w:val="26"/>
              </w:rPr>
              <w:t xml:space="preserve"> </w:t>
            </w:r>
            <w:proofErr w:type="spellStart"/>
            <w:r w:rsidRPr="004543E3">
              <w:rPr>
                <w:szCs w:val="26"/>
              </w:rPr>
              <w:t>tạo</w:t>
            </w:r>
            <w:proofErr w:type="spellEnd"/>
            <w:r w:rsidRPr="004543E3">
              <w:rPr>
                <w:szCs w:val="26"/>
              </w:rPr>
              <w:t xml:space="preserve"> </w:t>
            </w:r>
            <w:proofErr w:type="spellStart"/>
            <w:r w:rsidRPr="004543E3">
              <w:rPr>
                <w:szCs w:val="26"/>
              </w:rPr>
              <w:t>trong</w:t>
            </w:r>
            <w:proofErr w:type="spellEnd"/>
            <w:r w:rsidRPr="004543E3">
              <w:rPr>
                <w:szCs w:val="26"/>
              </w:rPr>
              <w:t xml:space="preserve"> </w:t>
            </w:r>
            <w:proofErr w:type="spellStart"/>
            <w:r w:rsidRPr="004543E3">
              <w:rPr>
                <w:szCs w:val="26"/>
              </w:rPr>
              <w:t>khuôn</w:t>
            </w:r>
            <w:proofErr w:type="spellEnd"/>
            <w:r w:rsidRPr="004543E3">
              <w:rPr>
                <w:szCs w:val="26"/>
              </w:rPr>
              <w:t xml:space="preserve"> </w:t>
            </w:r>
            <w:proofErr w:type="spellStart"/>
            <w:r w:rsidRPr="004543E3">
              <w:rPr>
                <w:szCs w:val="26"/>
              </w:rPr>
              <w:t>khổ</w:t>
            </w:r>
            <w:proofErr w:type="spellEnd"/>
            <w:r w:rsidRPr="004543E3">
              <w:rPr>
                <w:szCs w:val="26"/>
              </w:rPr>
              <w:t xml:space="preserve"> </w:t>
            </w:r>
            <w:proofErr w:type="spellStart"/>
            <w:r w:rsidRPr="004543E3">
              <w:rPr>
                <w:szCs w:val="26"/>
              </w:rPr>
              <w:t>chương</w:t>
            </w:r>
            <w:proofErr w:type="spellEnd"/>
            <w:r w:rsidRPr="004543E3">
              <w:rPr>
                <w:szCs w:val="26"/>
              </w:rPr>
              <w:t xml:space="preserve"> </w:t>
            </w:r>
            <w:proofErr w:type="spellStart"/>
            <w:r w:rsidRPr="004543E3">
              <w:rPr>
                <w:szCs w:val="26"/>
              </w:rPr>
              <w:t>trình</w:t>
            </w:r>
            <w:proofErr w:type="spellEnd"/>
            <w:r w:rsidRPr="004543E3">
              <w:rPr>
                <w:szCs w:val="26"/>
              </w:rPr>
              <w:t xml:space="preserve"> khoa </w:t>
            </w:r>
            <w:proofErr w:type="spellStart"/>
            <w:r w:rsidRPr="004543E3">
              <w:rPr>
                <w:szCs w:val="26"/>
              </w:rPr>
              <w:t>học</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nghệ</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đổi</w:t>
            </w:r>
            <w:proofErr w:type="spellEnd"/>
            <w:r w:rsidRPr="004543E3">
              <w:rPr>
                <w:szCs w:val="26"/>
              </w:rPr>
              <w:t xml:space="preserve"> </w:t>
            </w:r>
            <w:proofErr w:type="spellStart"/>
            <w:r w:rsidRPr="004543E3">
              <w:rPr>
                <w:szCs w:val="26"/>
              </w:rPr>
              <w:t>mới</w:t>
            </w:r>
            <w:proofErr w:type="spellEnd"/>
            <w:r w:rsidRPr="004543E3">
              <w:rPr>
                <w:szCs w:val="26"/>
              </w:rPr>
              <w:t xml:space="preserve"> </w:t>
            </w:r>
            <w:proofErr w:type="spellStart"/>
            <w:r w:rsidRPr="004543E3">
              <w:rPr>
                <w:szCs w:val="26"/>
              </w:rPr>
              <w:lastRenderedPageBreak/>
              <w:t>sáng</w:t>
            </w:r>
            <w:proofErr w:type="spellEnd"/>
            <w:r w:rsidRPr="004543E3">
              <w:rPr>
                <w:szCs w:val="26"/>
              </w:rPr>
              <w:t xml:space="preserve"> </w:t>
            </w:r>
            <w:proofErr w:type="spellStart"/>
            <w:r w:rsidRPr="004543E3">
              <w:rPr>
                <w:szCs w:val="26"/>
              </w:rPr>
              <w:t>tạo</w:t>
            </w:r>
            <w:proofErr w:type="spellEnd"/>
            <w:r w:rsidRPr="004543E3">
              <w:rPr>
                <w:szCs w:val="26"/>
              </w:rPr>
              <w:t xml:space="preserve"> </w:t>
            </w:r>
            <w:proofErr w:type="spellStart"/>
            <w:r w:rsidRPr="004543E3">
              <w:rPr>
                <w:szCs w:val="26"/>
              </w:rPr>
              <w:t>của</w:t>
            </w:r>
            <w:proofErr w:type="spellEnd"/>
            <w:r w:rsidRPr="004543E3">
              <w:rPr>
                <w:szCs w:val="26"/>
              </w:rPr>
              <w:t xml:space="preserve"> </w:t>
            </w:r>
            <w:proofErr w:type="spellStart"/>
            <w:r w:rsidRPr="004543E3">
              <w:rPr>
                <w:szCs w:val="26"/>
              </w:rPr>
              <w:t>Bộ</w:t>
            </w:r>
            <w:proofErr w:type="spellEnd"/>
            <w:r w:rsidRPr="004543E3">
              <w:rPr>
                <w:szCs w:val="26"/>
              </w:rPr>
              <w:t xml:space="preserve">, </w:t>
            </w:r>
            <w:proofErr w:type="spellStart"/>
            <w:r w:rsidRPr="004543E3">
              <w:rPr>
                <w:szCs w:val="26"/>
              </w:rPr>
              <w:t>cơ</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ngang</w:t>
            </w:r>
            <w:proofErr w:type="spellEnd"/>
            <w:r w:rsidRPr="004543E3">
              <w:rPr>
                <w:szCs w:val="26"/>
              </w:rPr>
              <w:t xml:space="preserve"> </w:t>
            </w:r>
            <w:proofErr w:type="spellStart"/>
            <w:r w:rsidRPr="004543E3">
              <w:rPr>
                <w:szCs w:val="26"/>
              </w:rPr>
              <w:t>Bộ</w:t>
            </w:r>
            <w:proofErr w:type="spellEnd"/>
            <w:r w:rsidRPr="004543E3">
              <w:rPr>
                <w:szCs w:val="26"/>
              </w:rPr>
              <w:t xml:space="preserve">, </w:t>
            </w:r>
            <w:proofErr w:type="spellStart"/>
            <w:r w:rsidRPr="004543E3">
              <w:rPr>
                <w:szCs w:val="26"/>
              </w:rPr>
              <w:t>cơ</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thuộc</w:t>
            </w:r>
            <w:proofErr w:type="spellEnd"/>
            <w:r w:rsidRPr="004543E3">
              <w:rPr>
                <w:szCs w:val="26"/>
              </w:rPr>
              <w:t xml:space="preserve"> </w:t>
            </w:r>
            <w:proofErr w:type="spellStart"/>
            <w:r w:rsidRPr="004543E3">
              <w:rPr>
                <w:szCs w:val="26"/>
              </w:rPr>
              <w:t>Chính</w:t>
            </w:r>
            <w:proofErr w:type="spellEnd"/>
            <w:r w:rsidRPr="004543E3">
              <w:rPr>
                <w:szCs w:val="26"/>
              </w:rPr>
              <w:t xml:space="preserve"> </w:t>
            </w:r>
            <w:proofErr w:type="spellStart"/>
            <w:r w:rsidRPr="004543E3">
              <w:rPr>
                <w:szCs w:val="26"/>
              </w:rPr>
              <w:t>phủ</w:t>
            </w:r>
            <w:proofErr w:type="spellEnd"/>
            <w:r w:rsidRPr="004543E3">
              <w:rPr>
                <w:szCs w:val="26"/>
              </w:rPr>
              <w:t xml:space="preserve">, </w:t>
            </w:r>
            <w:proofErr w:type="spellStart"/>
            <w:r w:rsidRPr="004543E3">
              <w:rPr>
                <w:szCs w:val="26"/>
              </w:rPr>
              <w:t>cơ</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khác</w:t>
            </w:r>
            <w:proofErr w:type="spellEnd"/>
            <w:r w:rsidRPr="004543E3">
              <w:rPr>
                <w:szCs w:val="26"/>
              </w:rPr>
              <w:t xml:space="preserve"> ở </w:t>
            </w:r>
            <w:proofErr w:type="spellStart"/>
            <w:r w:rsidRPr="004543E3">
              <w:rPr>
                <w:szCs w:val="26"/>
              </w:rPr>
              <w:t>trung</w:t>
            </w:r>
            <w:proofErr w:type="spellEnd"/>
            <w:r w:rsidRPr="004543E3">
              <w:rPr>
                <w:szCs w:val="26"/>
              </w:rPr>
              <w:t xml:space="preserve"> </w:t>
            </w:r>
            <w:proofErr w:type="spellStart"/>
            <w:r w:rsidRPr="004543E3">
              <w:rPr>
                <w:szCs w:val="26"/>
              </w:rPr>
              <w:t>ương</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Ủy</w:t>
            </w:r>
            <w:proofErr w:type="spellEnd"/>
            <w:r w:rsidRPr="004543E3">
              <w:rPr>
                <w:szCs w:val="26"/>
              </w:rPr>
              <w:t xml:space="preserve"> ban </w:t>
            </w:r>
            <w:proofErr w:type="spellStart"/>
            <w:r w:rsidRPr="004543E3">
              <w:rPr>
                <w:szCs w:val="26"/>
              </w:rPr>
              <w:t>nhân</w:t>
            </w:r>
            <w:proofErr w:type="spellEnd"/>
            <w:r w:rsidRPr="004543E3">
              <w:rPr>
                <w:szCs w:val="26"/>
              </w:rPr>
              <w:t xml:space="preserve"> </w:t>
            </w:r>
            <w:proofErr w:type="spellStart"/>
            <w:r w:rsidRPr="004543E3">
              <w:rPr>
                <w:szCs w:val="26"/>
              </w:rPr>
              <w:t>dân</w:t>
            </w:r>
            <w:proofErr w:type="spellEnd"/>
            <w:r w:rsidRPr="004543E3">
              <w:rPr>
                <w:szCs w:val="26"/>
              </w:rPr>
              <w:t xml:space="preserve"> </w:t>
            </w:r>
            <w:proofErr w:type="spellStart"/>
            <w:r w:rsidRPr="004543E3">
              <w:rPr>
                <w:szCs w:val="26"/>
              </w:rPr>
              <w:t>cấp</w:t>
            </w:r>
            <w:proofErr w:type="spellEnd"/>
            <w:r w:rsidRPr="004543E3">
              <w:rPr>
                <w:szCs w:val="26"/>
              </w:rPr>
              <w:t xml:space="preserve"> </w:t>
            </w:r>
            <w:proofErr w:type="spellStart"/>
            <w:r w:rsidRPr="004543E3">
              <w:rPr>
                <w:szCs w:val="26"/>
              </w:rPr>
              <w:t>tỉnh</w:t>
            </w:r>
            <w:proofErr w:type="spellEnd"/>
            <w:r w:rsidRPr="004543E3">
              <w:rPr>
                <w:szCs w:val="26"/>
              </w:rPr>
              <w:t>;</w:t>
            </w:r>
          </w:p>
          <w:p w14:paraId="2F4B4E8B" w14:textId="59A758C9" w:rsidR="00BE5D3B" w:rsidRPr="004543E3" w:rsidRDefault="00BE5D3B" w:rsidP="001B5312">
            <w:pPr>
              <w:spacing w:after="0" w:line="240" w:lineRule="auto"/>
              <w:ind w:firstLine="709"/>
              <w:jc w:val="both"/>
              <w:rPr>
                <w:i/>
                <w:iCs/>
                <w:sz w:val="28"/>
                <w:szCs w:val="28"/>
                <w:lang w:val="de-DE"/>
              </w:rPr>
            </w:pPr>
            <w:r w:rsidRPr="004543E3">
              <w:rPr>
                <w:szCs w:val="26"/>
              </w:rPr>
              <w:t xml:space="preserve">c) </w:t>
            </w:r>
            <w:proofErr w:type="spellStart"/>
            <w:r w:rsidRPr="004543E3">
              <w:rPr>
                <w:szCs w:val="26"/>
              </w:rPr>
              <w:t>Nhiệm</w:t>
            </w:r>
            <w:proofErr w:type="spellEnd"/>
            <w:r w:rsidRPr="004543E3">
              <w:rPr>
                <w:szCs w:val="26"/>
              </w:rPr>
              <w:t xml:space="preserve"> </w:t>
            </w:r>
            <w:proofErr w:type="spellStart"/>
            <w:r w:rsidRPr="004543E3">
              <w:rPr>
                <w:szCs w:val="26"/>
              </w:rPr>
              <w:t>vụ</w:t>
            </w:r>
            <w:proofErr w:type="spellEnd"/>
            <w:r w:rsidRPr="004543E3">
              <w:rPr>
                <w:szCs w:val="26"/>
              </w:rPr>
              <w:t xml:space="preserve"> khoa </w:t>
            </w:r>
            <w:proofErr w:type="spellStart"/>
            <w:r w:rsidRPr="004543E3">
              <w:rPr>
                <w:szCs w:val="26"/>
              </w:rPr>
              <w:t>học</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nghệ</w:t>
            </w:r>
            <w:proofErr w:type="spellEnd"/>
            <w:r w:rsidRPr="004543E3">
              <w:rPr>
                <w:szCs w:val="26"/>
              </w:rPr>
              <w:t xml:space="preserve"> </w:t>
            </w:r>
            <w:proofErr w:type="spellStart"/>
            <w:r w:rsidRPr="004543E3">
              <w:rPr>
                <w:szCs w:val="26"/>
              </w:rPr>
              <w:t>cấp</w:t>
            </w:r>
            <w:proofErr w:type="spellEnd"/>
            <w:r w:rsidRPr="004543E3">
              <w:rPr>
                <w:szCs w:val="26"/>
              </w:rPr>
              <w:t xml:space="preserve"> </w:t>
            </w:r>
            <w:proofErr w:type="spellStart"/>
            <w:r w:rsidRPr="004543E3">
              <w:rPr>
                <w:szCs w:val="26"/>
              </w:rPr>
              <w:t>cơ</w:t>
            </w:r>
            <w:proofErr w:type="spellEnd"/>
            <w:r w:rsidRPr="004543E3">
              <w:rPr>
                <w:szCs w:val="26"/>
              </w:rPr>
              <w:t xml:space="preserve"> </w:t>
            </w:r>
            <w:proofErr w:type="spellStart"/>
            <w:r w:rsidRPr="004543E3">
              <w:rPr>
                <w:szCs w:val="26"/>
              </w:rPr>
              <w:t>sở</w:t>
            </w:r>
            <w:proofErr w:type="spellEnd"/>
            <w:r w:rsidRPr="004543E3">
              <w:rPr>
                <w:szCs w:val="26"/>
              </w:rPr>
              <w:t xml:space="preserve"> </w:t>
            </w:r>
            <w:proofErr w:type="spellStart"/>
            <w:r w:rsidRPr="004543E3">
              <w:rPr>
                <w:szCs w:val="26"/>
              </w:rPr>
              <w:t>tương</w:t>
            </w:r>
            <w:proofErr w:type="spellEnd"/>
            <w:r w:rsidRPr="004543E3">
              <w:rPr>
                <w:szCs w:val="26"/>
              </w:rPr>
              <w:t xml:space="preserve"> </w:t>
            </w:r>
            <w:proofErr w:type="spellStart"/>
            <w:r w:rsidRPr="004543E3">
              <w:rPr>
                <w:szCs w:val="26"/>
              </w:rPr>
              <w:t>đương</w:t>
            </w:r>
            <w:proofErr w:type="spellEnd"/>
            <w:r w:rsidRPr="004543E3">
              <w:rPr>
                <w:szCs w:val="26"/>
              </w:rPr>
              <w:t xml:space="preserve"> </w:t>
            </w:r>
            <w:proofErr w:type="spellStart"/>
            <w:r w:rsidRPr="004543E3">
              <w:rPr>
                <w:szCs w:val="26"/>
              </w:rPr>
              <w:t>nhiệm</w:t>
            </w:r>
            <w:proofErr w:type="spellEnd"/>
            <w:r w:rsidRPr="004543E3">
              <w:rPr>
                <w:szCs w:val="26"/>
              </w:rPr>
              <w:t xml:space="preserve"> </w:t>
            </w:r>
            <w:proofErr w:type="spellStart"/>
            <w:r w:rsidRPr="004543E3">
              <w:rPr>
                <w:szCs w:val="26"/>
              </w:rPr>
              <w:t>vụ</w:t>
            </w:r>
            <w:proofErr w:type="spellEnd"/>
            <w:r w:rsidRPr="004543E3">
              <w:rPr>
                <w:szCs w:val="26"/>
              </w:rPr>
              <w:t xml:space="preserve"> khoa </w:t>
            </w:r>
            <w:proofErr w:type="spellStart"/>
            <w:r w:rsidRPr="004543E3">
              <w:rPr>
                <w:szCs w:val="26"/>
              </w:rPr>
              <w:t>học</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nghệ</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đổi</w:t>
            </w:r>
            <w:proofErr w:type="spellEnd"/>
            <w:r w:rsidRPr="004543E3">
              <w:rPr>
                <w:szCs w:val="26"/>
              </w:rPr>
              <w:t xml:space="preserve"> </w:t>
            </w:r>
            <w:proofErr w:type="spellStart"/>
            <w:r w:rsidRPr="004543E3">
              <w:rPr>
                <w:szCs w:val="26"/>
              </w:rPr>
              <w:t>mới</w:t>
            </w:r>
            <w:proofErr w:type="spellEnd"/>
            <w:r w:rsidRPr="004543E3">
              <w:rPr>
                <w:szCs w:val="26"/>
              </w:rPr>
              <w:t xml:space="preserve"> </w:t>
            </w:r>
            <w:proofErr w:type="spellStart"/>
            <w:r w:rsidRPr="004543E3">
              <w:rPr>
                <w:szCs w:val="26"/>
              </w:rPr>
              <w:t>sáng</w:t>
            </w:r>
            <w:proofErr w:type="spellEnd"/>
            <w:r w:rsidRPr="004543E3">
              <w:rPr>
                <w:szCs w:val="26"/>
              </w:rPr>
              <w:t xml:space="preserve"> </w:t>
            </w:r>
            <w:proofErr w:type="spellStart"/>
            <w:r w:rsidRPr="004543E3">
              <w:rPr>
                <w:szCs w:val="26"/>
              </w:rPr>
              <w:t>tạo</w:t>
            </w:r>
            <w:proofErr w:type="spellEnd"/>
            <w:r w:rsidRPr="004543E3">
              <w:rPr>
                <w:szCs w:val="26"/>
              </w:rPr>
              <w:t xml:space="preserve"> </w:t>
            </w:r>
            <w:proofErr w:type="spellStart"/>
            <w:r w:rsidRPr="004543E3">
              <w:rPr>
                <w:szCs w:val="26"/>
              </w:rPr>
              <w:t>cơ</w:t>
            </w:r>
            <w:proofErr w:type="spellEnd"/>
            <w:r w:rsidRPr="004543E3">
              <w:rPr>
                <w:szCs w:val="26"/>
              </w:rPr>
              <w:t xml:space="preserve"> </w:t>
            </w:r>
            <w:proofErr w:type="spellStart"/>
            <w:r w:rsidRPr="004543E3">
              <w:rPr>
                <w:szCs w:val="26"/>
              </w:rPr>
              <w:t>sở</w:t>
            </w:r>
            <w:proofErr w:type="spellEnd"/>
            <w:r w:rsidRPr="004543E3">
              <w:rPr>
                <w:szCs w:val="26"/>
              </w:rPr>
              <w:t>.</w:t>
            </w:r>
          </w:p>
        </w:tc>
        <w:tc>
          <w:tcPr>
            <w:tcW w:w="5220" w:type="dxa"/>
          </w:tcPr>
          <w:p w14:paraId="0406004C" w14:textId="77777777" w:rsidR="00BE5D3B" w:rsidRPr="004543E3" w:rsidRDefault="00BE5D3B" w:rsidP="009678B4">
            <w:pPr>
              <w:spacing w:after="120" w:line="240" w:lineRule="auto"/>
              <w:rPr>
                <w:b/>
                <w:bCs/>
              </w:rPr>
            </w:pPr>
            <w:proofErr w:type="spellStart"/>
            <w:r w:rsidRPr="004543E3">
              <w:rPr>
                <w:b/>
                <w:bCs/>
              </w:rPr>
              <w:lastRenderedPageBreak/>
              <w:t>Bô</w:t>
            </w:r>
            <w:proofErr w:type="spellEnd"/>
            <w:r w:rsidRPr="004543E3">
              <w:rPr>
                <w:b/>
                <w:bCs/>
              </w:rPr>
              <w:t xml:space="preserve">̣ Công </w:t>
            </w:r>
            <w:proofErr w:type="spellStart"/>
            <w:r w:rsidRPr="004543E3">
              <w:rPr>
                <w:b/>
                <w:bCs/>
              </w:rPr>
              <w:t>thương</w:t>
            </w:r>
            <w:proofErr w:type="spellEnd"/>
            <w:r w:rsidRPr="004543E3">
              <w:rPr>
                <w:b/>
                <w:bCs/>
              </w:rPr>
              <w:t>:</w:t>
            </w:r>
          </w:p>
          <w:p w14:paraId="75461EF3" w14:textId="77777777" w:rsidR="00BE5D3B" w:rsidRPr="004543E3" w:rsidRDefault="00BE5D3B" w:rsidP="009678B4">
            <w:pPr>
              <w:spacing w:after="120" w:line="240" w:lineRule="auto"/>
              <w:jc w:val="both"/>
            </w:pPr>
            <w:proofErr w:type="spellStart"/>
            <w:r w:rsidRPr="004543E3">
              <w:t>Khoản</w:t>
            </w:r>
            <w:proofErr w:type="spellEnd"/>
            <w:r w:rsidRPr="004543E3">
              <w:t xml:space="preserve"> 3 </w:t>
            </w:r>
            <w:proofErr w:type="spellStart"/>
            <w:r w:rsidRPr="004543E3">
              <w:t>Điều</w:t>
            </w:r>
            <w:proofErr w:type="spellEnd"/>
            <w:r w:rsidRPr="004543E3">
              <w:t xml:space="preserve"> 9 </w:t>
            </w:r>
            <w:proofErr w:type="spellStart"/>
            <w:r w:rsidRPr="004543E3">
              <w:t>dự</w:t>
            </w:r>
            <w:proofErr w:type="spellEnd"/>
            <w:r w:rsidRPr="004543E3">
              <w:t xml:space="preserve"> </w:t>
            </w:r>
            <w:proofErr w:type="spellStart"/>
            <w:r w:rsidRPr="004543E3">
              <w:t>thảo</w:t>
            </w:r>
            <w:proofErr w:type="spellEnd"/>
            <w:r w:rsidRPr="004543E3">
              <w:t xml:space="preserve"> </w:t>
            </w:r>
            <w:proofErr w:type="spellStart"/>
            <w:r w:rsidRPr="004543E3">
              <w:t>về</w:t>
            </w:r>
            <w:proofErr w:type="spellEnd"/>
            <w:r w:rsidRPr="004543E3">
              <w:t xml:space="preserve"> </w:t>
            </w:r>
            <w:proofErr w:type="spellStart"/>
            <w:r w:rsidRPr="004543E3">
              <w:t>điều</w:t>
            </w:r>
            <w:proofErr w:type="spellEnd"/>
            <w:r w:rsidRPr="004543E3">
              <w:t xml:space="preserve"> </w:t>
            </w:r>
            <w:proofErr w:type="spellStart"/>
            <w:r w:rsidRPr="004543E3">
              <w:t>khoản</w:t>
            </w:r>
            <w:proofErr w:type="spellEnd"/>
            <w:r w:rsidRPr="004543E3">
              <w:t xml:space="preserve"> </w:t>
            </w:r>
            <w:proofErr w:type="spellStart"/>
            <w:r w:rsidRPr="004543E3">
              <w:t>chuyển</w:t>
            </w:r>
            <w:proofErr w:type="spellEnd"/>
            <w:r w:rsidRPr="004543E3">
              <w:t xml:space="preserve"> </w:t>
            </w:r>
            <w:proofErr w:type="spellStart"/>
            <w:r w:rsidRPr="004543E3">
              <w:t>tiếp</w:t>
            </w:r>
            <w:proofErr w:type="spellEnd"/>
            <w:r w:rsidRPr="004543E3">
              <w:t xml:space="preserve"> </w:t>
            </w:r>
            <w:proofErr w:type="spellStart"/>
            <w:r w:rsidRPr="004543E3">
              <w:t>đang</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nội</w:t>
            </w:r>
            <w:proofErr w:type="spellEnd"/>
            <w:r w:rsidRPr="004543E3">
              <w:t xml:space="preserve"> dung </w:t>
            </w:r>
            <w:proofErr w:type="spellStart"/>
            <w:r w:rsidRPr="004543E3">
              <w:t>đối</w:t>
            </w:r>
            <w:proofErr w:type="spellEnd"/>
            <w:r w:rsidRPr="004543E3">
              <w:t xml:space="preserve"> </w:t>
            </w:r>
            <w:proofErr w:type="spellStart"/>
            <w:r w:rsidRPr="004543E3">
              <w:t>với</w:t>
            </w:r>
            <w:proofErr w:type="spellEnd"/>
            <w:r w:rsidRPr="004543E3">
              <w:t xml:space="preserve"> </w:t>
            </w:r>
            <w:proofErr w:type="spellStart"/>
            <w:r w:rsidRPr="004543E3">
              <w:t>nhiệm</w:t>
            </w:r>
            <w:proofErr w:type="spellEnd"/>
            <w:r w:rsidRPr="004543E3">
              <w:t xml:space="preserve"> </w:t>
            </w:r>
            <w:proofErr w:type="spellStart"/>
            <w:r w:rsidRPr="004543E3">
              <w:t>vụ</w:t>
            </w:r>
            <w:proofErr w:type="spellEnd"/>
            <w:r w:rsidRPr="004543E3">
              <w:t xml:space="preserve"> khoa </w:t>
            </w:r>
            <w:proofErr w:type="spellStart"/>
            <w:r w:rsidRPr="004543E3">
              <w:t>học</w:t>
            </w:r>
            <w:proofErr w:type="spellEnd"/>
            <w:r w:rsidRPr="004543E3">
              <w:t xml:space="preserve"> </w:t>
            </w:r>
            <w:proofErr w:type="spellStart"/>
            <w:r w:rsidRPr="004543E3">
              <w:t>và</w:t>
            </w:r>
            <w:proofErr w:type="spellEnd"/>
            <w:r w:rsidRPr="004543E3">
              <w:t xml:space="preserve"> </w:t>
            </w:r>
            <w:proofErr w:type="spellStart"/>
            <w:r w:rsidRPr="004543E3">
              <w:t>công</w:t>
            </w:r>
            <w:proofErr w:type="spellEnd"/>
            <w:r w:rsidRPr="004543E3">
              <w:t xml:space="preserve"> </w:t>
            </w:r>
            <w:proofErr w:type="spellStart"/>
            <w:r w:rsidRPr="004543E3">
              <w:t>nghệ</w:t>
            </w:r>
            <w:proofErr w:type="spellEnd"/>
            <w:r w:rsidRPr="004543E3">
              <w:t xml:space="preserve">.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cơ</w:t>
            </w:r>
            <w:proofErr w:type="spellEnd"/>
            <w:r w:rsidRPr="004543E3">
              <w:t xml:space="preserve"> </w:t>
            </w:r>
            <w:proofErr w:type="spellStart"/>
            <w:r w:rsidRPr="004543E3">
              <w:t>quan</w:t>
            </w:r>
            <w:proofErr w:type="spellEnd"/>
            <w:r w:rsidRPr="004543E3">
              <w:t xml:space="preserve"> </w:t>
            </w:r>
            <w:proofErr w:type="spellStart"/>
            <w:r w:rsidRPr="004543E3">
              <w:t>chủ</w:t>
            </w:r>
            <w:proofErr w:type="spellEnd"/>
            <w:r w:rsidRPr="004543E3">
              <w:t xml:space="preserve"> </w:t>
            </w:r>
            <w:proofErr w:type="spellStart"/>
            <w:r w:rsidRPr="004543E3">
              <w:t>trì</w:t>
            </w:r>
            <w:proofErr w:type="spellEnd"/>
            <w:r w:rsidRPr="004543E3">
              <w:t xml:space="preserve"> </w:t>
            </w:r>
            <w:proofErr w:type="spellStart"/>
            <w:r w:rsidRPr="004543E3">
              <w:t>soạn</w:t>
            </w:r>
            <w:proofErr w:type="spellEnd"/>
            <w:r w:rsidRPr="004543E3">
              <w:t xml:space="preserve"> </w:t>
            </w:r>
            <w:proofErr w:type="spellStart"/>
            <w:r w:rsidRPr="004543E3">
              <w:t>thảo</w:t>
            </w:r>
            <w:proofErr w:type="spellEnd"/>
            <w:r w:rsidRPr="004543E3">
              <w:t xml:space="preserve"> </w:t>
            </w:r>
            <w:proofErr w:type="spellStart"/>
            <w:r w:rsidRPr="004543E3">
              <w:t>rà</w:t>
            </w:r>
            <w:proofErr w:type="spellEnd"/>
            <w:r w:rsidRPr="004543E3">
              <w:t xml:space="preserve"> </w:t>
            </w:r>
            <w:proofErr w:type="spellStart"/>
            <w:r w:rsidRPr="004543E3">
              <w:t>soát</w:t>
            </w:r>
            <w:proofErr w:type="spellEnd"/>
            <w:r w:rsidRPr="004543E3">
              <w:t xml:space="preserve">, </w:t>
            </w:r>
            <w:proofErr w:type="spellStart"/>
            <w:r w:rsidRPr="004543E3">
              <w:t>cân</w:t>
            </w:r>
            <w:proofErr w:type="spellEnd"/>
            <w:r w:rsidRPr="004543E3">
              <w:t xml:space="preserve"> </w:t>
            </w:r>
            <w:proofErr w:type="spellStart"/>
            <w:r w:rsidRPr="004543E3">
              <w:t>nhắc</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về</w:t>
            </w:r>
            <w:proofErr w:type="spellEnd"/>
            <w:r w:rsidRPr="004543E3">
              <w:t xml:space="preserve"> </w:t>
            </w:r>
            <w:proofErr w:type="spellStart"/>
            <w:r w:rsidRPr="004543E3">
              <w:t>nội</w:t>
            </w:r>
            <w:proofErr w:type="spellEnd"/>
            <w:r w:rsidRPr="004543E3">
              <w:t xml:space="preserve"> dung </w:t>
            </w:r>
            <w:proofErr w:type="spellStart"/>
            <w:r w:rsidRPr="004543E3">
              <w:t>này</w:t>
            </w:r>
            <w:proofErr w:type="spellEnd"/>
            <w:r w:rsidRPr="004543E3">
              <w:t xml:space="preserve"> do </w:t>
            </w:r>
            <w:proofErr w:type="spellStart"/>
            <w:r w:rsidRPr="004543E3">
              <w:t>không</w:t>
            </w:r>
            <w:proofErr w:type="spellEnd"/>
            <w:r w:rsidRPr="004543E3">
              <w:t xml:space="preserve"> </w:t>
            </w:r>
            <w:proofErr w:type="spellStart"/>
            <w:r w:rsidRPr="004543E3">
              <w:t>thuộc</w:t>
            </w:r>
            <w:proofErr w:type="spellEnd"/>
            <w:r w:rsidRPr="004543E3">
              <w:t xml:space="preserve"> </w:t>
            </w:r>
            <w:proofErr w:type="spellStart"/>
            <w:r w:rsidRPr="004543E3">
              <w:t>phạm</w:t>
            </w:r>
            <w:proofErr w:type="spellEnd"/>
            <w:r w:rsidRPr="004543E3">
              <w:t xml:space="preserve"> vi </w:t>
            </w:r>
            <w:proofErr w:type="spellStart"/>
            <w:r w:rsidRPr="004543E3">
              <w:t>điều</w:t>
            </w:r>
            <w:proofErr w:type="spellEnd"/>
            <w:r w:rsidRPr="004543E3">
              <w:t xml:space="preserve"> </w:t>
            </w:r>
            <w:proofErr w:type="spellStart"/>
            <w:r w:rsidRPr="004543E3">
              <w:t>chỉnh</w:t>
            </w:r>
            <w:proofErr w:type="spellEnd"/>
            <w:r w:rsidRPr="004543E3">
              <w:t xml:space="preserve"> </w:t>
            </w:r>
            <w:proofErr w:type="spellStart"/>
            <w:r w:rsidRPr="004543E3">
              <w:t>của</w:t>
            </w:r>
            <w:proofErr w:type="spellEnd"/>
            <w:r w:rsidRPr="004543E3">
              <w:t xml:space="preserve"> Thông </w:t>
            </w:r>
            <w:proofErr w:type="spellStart"/>
            <w:r w:rsidRPr="004543E3">
              <w:t>tư</w:t>
            </w:r>
            <w:proofErr w:type="spellEnd"/>
            <w:r w:rsidRPr="004543E3">
              <w:t>.</w:t>
            </w:r>
          </w:p>
          <w:p w14:paraId="4C06A431" w14:textId="77777777" w:rsidR="00BE5D3B" w:rsidRPr="004543E3" w:rsidRDefault="00BE5D3B" w:rsidP="009678B4">
            <w:pPr>
              <w:spacing w:after="120" w:line="240" w:lineRule="auto"/>
              <w:jc w:val="both"/>
              <w:rPr>
                <w:b/>
                <w:bCs/>
              </w:rPr>
            </w:pPr>
            <w:proofErr w:type="spellStart"/>
            <w:r w:rsidRPr="004543E3">
              <w:rPr>
                <w:b/>
                <w:bCs/>
              </w:rPr>
              <w:t>Bô</w:t>
            </w:r>
            <w:proofErr w:type="spellEnd"/>
            <w:r w:rsidRPr="004543E3">
              <w:rPr>
                <w:b/>
                <w:bCs/>
              </w:rPr>
              <w:t>̣ Công an:</w:t>
            </w:r>
          </w:p>
          <w:p w14:paraId="7710EE01" w14:textId="35D5C14B" w:rsidR="00BE5D3B" w:rsidRPr="004543E3" w:rsidRDefault="00BE5D3B" w:rsidP="009678B4">
            <w:pPr>
              <w:spacing w:after="120" w:line="240" w:lineRule="auto"/>
              <w:jc w:val="both"/>
            </w:pP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bỏ</w:t>
            </w:r>
            <w:proofErr w:type="spellEnd"/>
            <w:r w:rsidRPr="004543E3">
              <w:t xml:space="preserve"> </w:t>
            </w:r>
            <w:proofErr w:type="spellStart"/>
            <w:r w:rsidRPr="004543E3">
              <w:t>Khoản</w:t>
            </w:r>
            <w:proofErr w:type="spellEnd"/>
            <w:r w:rsidRPr="004543E3">
              <w:t xml:space="preserve"> 3, </w:t>
            </w:r>
            <w:proofErr w:type="spellStart"/>
            <w:r w:rsidRPr="004543E3">
              <w:t>Điều</w:t>
            </w:r>
            <w:proofErr w:type="spellEnd"/>
            <w:r w:rsidRPr="004543E3">
              <w:t xml:space="preserve"> 9, </w:t>
            </w:r>
            <w:proofErr w:type="spellStart"/>
            <w:r w:rsidRPr="004543E3">
              <w:t>dự</w:t>
            </w:r>
            <w:proofErr w:type="spellEnd"/>
            <w:r w:rsidRPr="004543E3">
              <w:t xml:space="preserve"> </w:t>
            </w:r>
            <w:proofErr w:type="spellStart"/>
            <w:r w:rsidRPr="004543E3">
              <w:t>thảo</w:t>
            </w:r>
            <w:proofErr w:type="spellEnd"/>
            <w:r w:rsidRPr="004543E3">
              <w:t xml:space="preserve"> Thông </w:t>
            </w:r>
            <w:proofErr w:type="spellStart"/>
            <w:r w:rsidRPr="004543E3">
              <w:t>tư</w:t>
            </w:r>
            <w:proofErr w:type="spellEnd"/>
            <w:r w:rsidRPr="004543E3">
              <w:t xml:space="preserve"> </w:t>
            </w:r>
            <w:r w:rsidRPr="004543E3">
              <w:rPr>
                <w:i/>
                <w:iCs/>
              </w:rPr>
              <w:t>“</w:t>
            </w:r>
            <w:proofErr w:type="spellStart"/>
            <w:r w:rsidRPr="004543E3">
              <w:rPr>
                <w:i/>
                <w:iCs/>
              </w:rPr>
              <w:t>Đối</w:t>
            </w:r>
            <w:proofErr w:type="spellEnd"/>
            <w:r w:rsidRPr="004543E3">
              <w:rPr>
                <w:i/>
                <w:iCs/>
              </w:rPr>
              <w:t xml:space="preserve"> </w:t>
            </w:r>
            <w:proofErr w:type="spellStart"/>
            <w:r w:rsidRPr="004543E3">
              <w:rPr>
                <w:i/>
                <w:iCs/>
              </w:rPr>
              <w:t>với</w:t>
            </w:r>
            <w:proofErr w:type="spellEnd"/>
            <w:r w:rsidRPr="004543E3">
              <w:rPr>
                <w:i/>
                <w:iCs/>
              </w:rPr>
              <w:t xml:space="preserve"> </w:t>
            </w:r>
            <w:proofErr w:type="spellStart"/>
            <w:r w:rsidRPr="004543E3">
              <w:rPr>
                <w:i/>
                <w:iCs/>
              </w:rPr>
              <w:t>nhiệm</w:t>
            </w:r>
            <w:proofErr w:type="spellEnd"/>
            <w:r w:rsidRPr="004543E3">
              <w:rPr>
                <w:i/>
                <w:iCs/>
              </w:rPr>
              <w:t xml:space="preserve"> </w:t>
            </w:r>
            <w:proofErr w:type="spellStart"/>
            <w:r w:rsidRPr="004543E3">
              <w:rPr>
                <w:i/>
                <w:iCs/>
              </w:rPr>
              <w:t>vụ</w:t>
            </w:r>
            <w:proofErr w:type="spellEnd"/>
            <w:r w:rsidRPr="004543E3">
              <w:rPr>
                <w:i/>
                <w:iCs/>
              </w:rPr>
              <w:t xml:space="preserve"> KH&amp;CN </w:t>
            </w:r>
            <w:proofErr w:type="spellStart"/>
            <w:r w:rsidRPr="004543E3">
              <w:rPr>
                <w:i/>
                <w:iCs/>
              </w:rPr>
              <w:t>đã</w:t>
            </w:r>
            <w:proofErr w:type="spellEnd"/>
            <w:r w:rsidRPr="004543E3">
              <w:rPr>
                <w:i/>
                <w:iCs/>
              </w:rPr>
              <w:t xml:space="preserve"> </w:t>
            </w:r>
            <w:proofErr w:type="spellStart"/>
            <w:r w:rsidRPr="004543E3">
              <w:rPr>
                <w:i/>
                <w:iCs/>
              </w:rPr>
              <w:t>được</w:t>
            </w:r>
            <w:proofErr w:type="spellEnd"/>
            <w:r w:rsidRPr="004543E3">
              <w:rPr>
                <w:i/>
                <w:iCs/>
              </w:rPr>
              <w:t xml:space="preserve"> </w:t>
            </w:r>
            <w:proofErr w:type="spellStart"/>
            <w:r w:rsidRPr="004543E3">
              <w:rPr>
                <w:i/>
                <w:iCs/>
              </w:rPr>
              <w:t>nghiệm</w:t>
            </w:r>
            <w:proofErr w:type="spellEnd"/>
            <w:r w:rsidRPr="004543E3">
              <w:rPr>
                <w:i/>
                <w:iCs/>
              </w:rPr>
              <w:t xml:space="preserve"> </w:t>
            </w:r>
            <w:proofErr w:type="spellStart"/>
            <w:r w:rsidRPr="004543E3">
              <w:rPr>
                <w:i/>
                <w:iCs/>
              </w:rPr>
              <w:t>thu</w:t>
            </w:r>
            <w:proofErr w:type="spellEnd"/>
            <w:r w:rsidRPr="004543E3">
              <w:rPr>
                <w:i/>
                <w:iCs/>
              </w:rPr>
              <w:t xml:space="preserve"> </w:t>
            </w:r>
            <w:proofErr w:type="spellStart"/>
            <w:r w:rsidRPr="004543E3">
              <w:rPr>
                <w:i/>
                <w:iCs/>
              </w:rPr>
              <w:t>theo</w:t>
            </w:r>
            <w:proofErr w:type="spellEnd"/>
            <w:r w:rsidRPr="004543E3">
              <w:rPr>
                <w:i/>
                <w:iCs/>
              </w:rPr>
              <w:t xml:space="preserve"> </w:t>
            </w:r>
            <w:proofErr w:type="spellStart"/>
            <w:r w:rsidRPr="004543E3">
              <w:rPr>
                <w:i/>
                <w:iCs/>
              </w:rPr>
              <w:t>quy</w:t>
            </w:r>
            <w:proofErr w:type="spellEnd"/>
            <w:r w:rsidRPr="004543E3">
              <w:rPr>
                <w:i/>
                <w:iCs/>
              </w:rPr>
              <w:t xml:space="preserve"> </w:t>
            </w:r>
            <w:proofErr w:type="spellStart"/>
            <w:r w:rsidRPr="004543E3">
              <w:rPr>
                <w:i/>
                <w:iCs/>
              </w:rPr>
              <w:t>định</w:t>
            </w:r>
            <w:proofErr w:type="spellEnd"/>
            <w:r w:rsidRPr="004543E3">
              <w:rPr>
                <w:i/>
                <w:iCs/>
              </w:rPr>
              <w:t xml:space="preserve"> </w:t>
            </w:r>
            <w:proofErr w:type="spellStart"/>
            <w:r w:rsidRPr="004543E3">
              <w:rPr>
                <w:i/>
                <w:iCs/>
              </w:rPr>
              <w:t>của</w:t>
            </w:r>
            <w:proofErr w:type="spellEnd"/>
            <w:r w:rsidRPr="004543E3">
              <w:rPr>
                <w:i/>
                <w:iCs/>
              </w:rPr>
              <w:t xml:space="preserve"> </w:t>
            </w:r>
            <w:proofErr w:type="spellStart"/>
            <w:r w:rsidRPr="004543E3">
              <w:rPr>
                <w:i/>
                <w:iCs/>
              </w:rPr>
              <w:t>Luật</w:t>
            </w:r>
            <w:proofErr w:type="spellEnd"/>
            <w:r w:rsidRPr="004543E3">
              <w:rPr>
                <w:i/>
                <w:iCs/>
              </w:rPr>
              <w:t xml:space="preserve"> KH&amp;CN…”</w:t>
            </w:r>
            <w:r w:rsidRPr="004543E3">
              <w:t xml:space="preserve">; </w:t>
            </w:r>
            <w:proofErr w:type="spellStart"/>
            <w:r w:rsidRPr="004543E3">
              <w:t>bởi</w:t>
            </w:r>
            <w:proofErr w:type="spellEnd"/>
            <w:r w:rsidRPr="004543E3">
              <w:t xml:space="preserve"> </w:t>
            </w:r>
            <w:proofErr w:type="spellStart"/>
            <w:r w:rsidRPr="004543E3">
              <w:t>vì</w:t>
            </w:r>
            <w:proofErr w:type="spellEnd"/>
            <w:r w:rsidRPr="004543E3">
              <w:t xml:space="preserve"> </w:t>
            </w:r>
            <w:proofErr w:type="spellStart"/>
            <w:r w:rsidRPr="004543E3">
              <w:t>nội</w:t>
            </w:r>
            <w:proofErr w:type="spellEnd"/>
            <w:r w:rsidRPr="004543E3">
              <w:t xml:space="preserve"> dung </w:t>
            </w:r>
            <w:proofErr w:type="spellStart"/>
            <w:r w:rsidRPr="004543E3">
              <w:t>này</w:t>
            </w:r>
            <w:proofErr w:type="spellEnd"/>
            <w:r w:rsidRPr="004543E3">
              <w:t xml:space="preserve"> </w:t>
            </w:r>
            <w:proofErr w:type="spellStart"/>
            <w:r w:rsidRPr="004543E3">
              <w:t>không</w:t>
            </w:r>
            <w:proofErr w:type="spellEnd"/>
            <w:r w:rsidRPr="004543E3">
              <w:t xml:space="preserve"> </w:t>
            </w:r>
            <w:proofErr w:type="spellStart"/>
            <w:r w:rsidRPr="004543E3">
              <w:t>thuộc</w:t>
            </w:r>
            <w:proofErr w:type="spellEnd"/>
            <w:r w:rsidRPr="004543E3">
              <w:t xml:space="preserve"> </w:t>
            </w:r>
            <w:proofErr w:type="spellStart"/>
            <w:r w:rsidRPr="004543E3">
              <w:t>phạm</w:t>
            </w:r>
            <w:proofErr w:type="spellEnd"/>
            <w:r w:rsidRPr="004543E3">
              <w:t xml:space="preserve"> vi </w:t>
            </w:r>
            <w:proofErr w:type="spellStart"/>
            <w:r w:rsidRPr="004543E3">
              <w:t>điều</w:t>
            </w:r>
            <w:proofErr w:type="spellEnd"/>
            <w:r w:rsidRPr="004543E3">
              <w:t xml:space="preserve"> </w:t>
            </w:r>
            <w:proofErr w:type="spellStart"/>
            <w:r w:rsidRPr="004543E3">
              <w:t>chỉnh</w:t>
            </w:r>
            <w:proofErr w:type="spellEnd"/>
            <w:r w:rsidRPr="004543E3">
              <w:t xml:space="preserve"> </w:t>
            </w:r>
            <w:proofErr w:type="spellStart"/>
            <w:r w:rsidRPr="004543E3">
              <w:t>của</w:t>
            </w:r>
            <w:proofErr w:type="spellEnd"/>
            <w:r w:rsidRPr="004543E3">
              <w:t xml:space="preserve"> </w:t>
            </w:r>
            <w:proofErr w:type="spellStart"/>
            <w:r w:rsidRPr="004543E3">
              <w:t>dự</w:t>
            </w:r>
            <w:proofErr w:type="spellEnd"/>
            <w:r w:rsidRPr="004543E3">
              <w:t xml:space="preserve"> </w:t>
            </w:r>
            <w:proofErr w:type="spellStart"/>
            <w:r w:rsidRPr="004543E3">
              <w:t>thảo</w:t>
            </w:r>
            <w:proofErr w:type="spellEnd"/>
            <w:r w:rsidRPr="004543E3">
              <w:t xml:space="preserve"> Thông </w:t>
            </w:r>
            <w:proofErr w:type="spellStart"/>
            <w:r w:rsidRPr="004543E3">
              <w:t>tư</w:t>
            </w:r>
            <w:proofErr w:type="spellEnd"/>
            <w:r w:rsidRPr="004543E3">
              <w:t>.</w:t>
            </w:r>
          </w:p>
        </w:tc>
        <w:tc>
          <w:tcPr>
            <w:tcW w:w="3165" w:type="dxa"/>
          </w:tcPr>
          <w:p w14:paraId="64653DC0" w14:textId="77777777" w:rsidR="00BE5D3B" w:rsidRPr="004543E3" w:rsidRDefault="00BE5D3B" w:rsidP="00BE5D3B">
            <w:pPr>
              <w:jc w:val="both"/>
              <w:rPr>
                <w:szCs w:val="26"/>
              </w:rPr>
            </w:pPr>
          </w:p>
          <w:p w14:paraId="1AFED0FC" w14:textId="77777777" w:rsidR="00BE5D3B" w:rsidRPr="004543E3" w:rsidRDefault="00BE5D3B" w:rsidP="00BE5D3B">
            <w:pPr>
              <w:jc w:val="both"/>
              <w:rPr>
                <w:szCs w:val="26"/>
              </w:rPr>
            </w:pPr>
            <w:r w:rsidRPr="004543E3">
              <w:rPr>
                <w:szCs w:val="26"/>
              </w:rPr>
              <w:t xml:space="preserve">- </w:t>
            </w:r>
            <w:proofErr w:type="spellStart"/>
            <w:r w:rsidRPr="004543E3">
              <w:rPr>
                <w:szCs w:val="26"/>
              </w:rPr>
              <w:t>Tiếp</w:t>
            </w:r>
            <w:proofErr w:type="spellEnd"/>
            <w:r w:rsidRPr="004543E3">
              <w:rPr>
                <w:szCs w:val="26"/>
              </w:rPr>
              <w:t xml:space="preserve"> </w:t>
            </w:r>
            <w:proofErr w:type="spellStart"/>
            <w:r w:rsidRPr="004543E3">
              <w:rPr>
                <w:szCs w:val="26"/>
              </w:rPr>
              <w:t>thu</w:t>
            </w:r>
            <w:proofErr w:type="spellEnd"/>
            <w:r w:rsidRPr="004543E3">
              <w:rPr>
                <w:szCs w:val="26"/>
              </w:rPr>
              <w:t xml:space="preserve"> ý </w:t>
            </w:r>
            <w:proofErr w:type="spellStart"/>
            <w:r w:rsidRPr="004543E3">
              <w:rPr>
                <w:szCs w:val="26"/>
              </w:rPr>
              <w:t>kiến</w:t>
            </w:r>
            <w:proofErr w:type="spellEnd"/>
            <w:r w:rsidRPr="004543E3">
              <w:rPr>
                <w:szCs w:val="26"/>
              </w:rPr>
              <w:t xml:space="preserve"> </w:t>
            </w:r>
            <w:proofErr w:type="spellStart"/>
            <w:r w:rsidRPr="004543E3">
              <w:rPr>
                <w:szCs w:val="26"/>
              </w:rPr>
              <w:t>va</w:t>
            </w:r>
            <w:proofErr w:type="spellEnd"/>
            <w:r w:rsidRPr="004543E3">
              <w:rPr>
                <w:szCs w:val="26"/>
              </w:rPr>
              <w:t xml:space="preserve">̀ </w:t>
            </w:r>
            <w:proofErr w:type="spellStart"/>
            <w:r w:rsidRPr="004543E3">
              <w:rPr>
                <w:szCs w:val="26"/>
              </w:rPr>
              <w:t>đưa</w:t>
            </w:r>
            <w:proofErr w:type="spellEnd"/>
            <w:r w:rsidRPr="004543E3">
              <w:rPr>
                <w:szCs w:val="26"/>
              </w:rPr>
              <w:t xml:space="preserve"> </w:t>
            </w:r>
            <w:proofErr w:type="spellStart"/>
            <w:r w:rsidRPr="004543E3">
              <w:rPr>
                <w:szCs w:val="26"/>
              </w:rPr>
              <w:t>ra</w:t>
            </w:r>
            <w:proofErr w:type="spellEnd"/>
            <w:r w:rsidRPr="004543E3">
              <w:rPr>
                <w:szCs w:val="26"/>
              </w:rPr>
              <w:t xml:space="preserve"> </w:t>
            </w:r>
            <w:proofErr w:type="spellStart"/>
            <w:r w:rsidRPr="004543E3">
              <w:rPr>
                <w:szCs w:val="26"/>
              </w:rPr>
              <w:t>khỏi</w:t>
            </w:r>
            <w:proofErr w:type="spellEnd"/>
            <w:r w:rsidRPr="004543E3">
              <w:rPr>
                <w:szCs w:val="26"/>
              </w:rPr>
              <w:t xml:space="preserve"> </w:t>
            </w:r>
            <w:proofErr w:type="spellStart"/>
            <w:r w:rsidRPr="004543E3">
              <w:rPr>
                <w:szCs w:val="26"/>
              </w:rPr>
              <w:t>dư</w:t>
            </w:r>
            <w:proofErr w:type="spellEnd"/>
            <w:r w:rsidRPr="004543E3">
              <w:rPr>
                <w:szCs w:val="26"/>
              </w:rPr>
              <w:t xml:space="preserve">̣ </w:t>
            </w:r>
            <w:proofErr w:type="spellStart"/>
            <w:r w:rsidRPr="004543E3">
              <w:rPr>
                <w:szCs w:val="26"/>
              </w:rPr>
              <w:t>thảo</w:t>
            </w:r>
            <w:proofErr w:type="spellEnd"/>
            <w:r w:rsidRPr="004543E3">
              <w:rPr>
                <w:szCs w:val="26"/>
              </w:rPr>
              <w:t xml:space="preserve"> Thông </w:t>
            </w:r>
            <w:proofErr w:type="spellStart"/>
            <w:r w:rsidRPr="004543E3">
              <w:rPr>
                <w:szCs w:val="26"/>
              </w:rPr>
              <w:t>tư</w:t>
            </w:r>
            <w:proofErr w:type="spellEnd"/>
          </w:p>
          <w:p w14:paraId="3CA40C0B" w14:textId="77777777" w:rsidR="00BE5D3B" w:rsidRPr="004543E3" w:rsidRDefault="00BE5D3B" w:rsidP="00BE5D3B">
            <w:pPr>
              <w:jc w:val="both"/>
              <w:rPr>
                <w:szCs w:val="26"/>
              </w:rPr>
            </w:pPr>
          </w:p>
          <w:p w14:paraId="43B53542" w14:textId="77777777" w:rsidR="00BE5D3B" w:rsidRPr="004543E3" w:rsidRDefault="00BE5D3B" w:rsidP="00BE5D3B">
            <w:pPr>
              <w:jc w:val="both"/>
              <w:rPr>
                <w:szCs w:val="26"/>
              </w:rPr>
            </w:pPr>
          </w:p>
          <w:p w14:paraId="50E9D251" w14:textId="77777777" w:rsidR="00BE5D3B" w:rsidRPr="004543E3" w:rsidRDefault="00BE5D3B" w:rsidP="00BE5D3B">
            <w:pPr>
              <w:spacing w:after="0" w:line="240" w:lineRule="auto"/>
              <w:jc w:val="both"/>
              <w:rPr>
                <w:szCs w:val="26"/>
              </w:rPr>
            </w:pPr>
          </w:p>
          <w:p w14:paraId="3536604B" w14:textId="77777777" w:rsidR="00BE5D3B" w:rsidRPr="004543E3" w:rsidRDefault="00BE5D3B" w:rsidP="00BE5D3B">
            <w:pPr>
              <w:jc w:val="both"/>
              <w:rPr>
                <w:szCs w:val="26"/>
              </w:rPr>
            </w:pPr>
            <w:r w:rsidRPr="004543E3">
              <w:rPr>
                <w:szCs w:val="26"/>
              </w:rPr>
              <w:t xml:space="preserve">- </w:t>
            </w:r>
            <w:proofErr w:type="spellStart"/>
            <w:r w:rsidRPr="004543E3">
              <w:rPr>
                <w:szCs w:val="26"/>
              </w:rPr>
              <w:t>Tiếp</w:t>
            </w:r>
            <w:proofErr w:type="spellEnd"/>
            <w:r w:rsidRPr="004543E3">
              <w:rPr>
                <w:szCs w:val="26"/>
              </w:rPr>
              <w:t xml:space="preserve"> </w:t>
            </w:r>
            <w:proofErr w:type="spellStart"/>
            <w:r w:rsidRPr="004543E3">
              <w:rPr>
                <w:szCs w:val="26"/>
              </w:rPr>
              <w:t>thu</w:t>
            </w:r>
            <w:proofErr w:type="spellEnd"/>
            <w:r w:rsidRPr="004543E3">
              <w:rPr>
                <w:szCs w:val="26"/>
              </w:rPr>
              <w:t xml:space="preserve"> ý </w:t>
            </w:r>
            <w:proofErr w:type="spellStart"/>
            <w:r w:rsidRPr="004543E3">
              <w:rPr>
                <w:szCs w:val="26"/>
              </w:rPr>
              <w:t>kiến</w:t>
            </w:r>
            <w:proofErr w:type="spellEnd"/>
          </w:p>
          <w:p w14:paraId="5F878F74" w14:textId="77777777" w:rsidR="00BE5D3B" w:rsidRPr="004543E3" w:rsidRDefault="00BE5D3B" w:rsidP="00BE5D3B">
            <w:pPr>
              <w:spacing w:after="120" w:line="320" w:lineRule="exact"/>
              <w:jc w:val="both"/>
              <w:rPr>
                <w:szCs w:val="26"/>
              </w:rPr>
            </w:pPr>
          </w:p>
        </w:tc>
      </w:tr>
      <w:tr w:rsidR="00BE5D3B" w:rsidRPr="004543E3" w14:paraId="1A4410F9" w14:textId="77777777" w:rsidTr="00FF0027">
        <w:tc>
          <w:tcPr>
            <w:tcW w:w="1098" w:type="dxa"/>
          </w:tcPr>
          <w:p w14:paraId="760567C7" w14:textId="77777777" w:rsidR="00BE5D3B" w:rsidRPr="004543E3" w:rsidRDefault="00BE5D3B" w:rsidP="00BE5D3B">
            <w:pPr>
              <w:jc w:val="both"/>
            </w:pPr>
          </w:p>
        </w:tc>
        <w:tc>
          <w:tcPr>
            <w:tcW w:w="5113" w:type="dxa"/>
          </w:tcPr>
          <w:p w14:paraId="0218E22F" w14:textId="77777777" w:rsidR="00BE5D3B" w:rsidRPr="00434A89" w:rsidRDefault="00BE5D3B" w:rsidP="00D23166">
            <w:pPr>
              <w:spacing w:before="120" w:after="120" w:line="240" w:lineRule="auto"/>
              <w:jc w:val="both"/>
              <w:rPr>
                <w:spacing w:val="-10"/>
                <w:szCs w:val="26"/>
              </w:rPr>
            </w:pPr>
            <w:r w:rsidRPr="00434A89">
              <w:rPr>
                <w:spacing w:val="-10"/>
                <w:szCs w:val="26"/>
              </w:rPr>
              <w:t xml:space="preserve">4. Các </w:t>
            </w:r>
            <w:proofErr w:type="spellStart"/>
            <w:r w:rsidRPr="00434A89">
              <w:rPr>
                <w:spacing w:val="-10"/>
                <w:szCs w:val="26"/>
              </w:rPr>
              <w:t>ngạch</w:t>
            </w:r>
            <w:proofErr w:type="spellEnd"/>
            <w:r w:rsidRPr="00434A89">
              <w:rPr>
                <w:spacing w:val="-10"/>
                <w:szCs w:val="26"/>
              </w:rPr>
              <w:t xml:space="preserve"> </w:t>
            </w:r>
            <w:proofErr w:type="spellStart"/>
            <w:r w:rsidRPr="00434A89">
              <w:rPr>
                <w:spacing w:val="-10"/>
                <w:szCs w:val="26"/>
              </w:rPr>
              <w:t>công</w:t>
            </w:r>
            <w:proofErr w:type="spellEnd"/>
            <w:r w:rsidRPr="00434A89">
              <w:rPr>
                <w:spacing w:val="-10"/>
                <w:szCs w:val="26"/>
              </w:rPr>
              <w:t xml:space="preserve"> </w:t>
            </w:r>
            <w:proofErr w:type="spellStart"/>
            <w:r w:rsidRPr="00434A89">
              <w:rPr>
                <w:spacing w:val="-10"/>
                <w:szCs w:val="26"/>
              </w:rPr>
              <w:t>chức</w:t>
            </w:r>
            <w:proofErr w:type="spellEnd"/>
            <w:r w:rsidRPr="00434A89">
              <w:rPr>
                <w:spacing w:val="-10"/>
                <w:szCs w:val="26"/>
              </w:rPr>
              <w:t xml:space="preserve">, </w:t>
            </w:r>
            <w:proofErr w:type="spellStart"/>
            <w:r w:rsidRPr="00434A89">
              <w:rPr>
                <w:spacing w:val="-10"/>
                <w:szCs w:val="26"/>
              </w:rPr>
              <w:t>viên</w:t>
            </w:r>
            <w:proofErr w:type="spellEnd"/>
            <w:r w:rsidRPr="00434A89">
              <w:rPr>
                <w:spacing w:val="-10"/>
                <w:szCs w:val="26"/>
              </w:rPr>
              <w:t xml:space="preserve"> </w:t>
            </w:r>
            <w:proofErr w:type="spellStart"/>
            <w:r w:rsidRPr="00434A89">
              <w:rPr>
                <w:spacing w:val="-10"/>
                <w:szCs w:val="26"/>
              </w:rPr>
              <w:t>chức</w:t>
            </w:r>
            <w:proofErr w:type="spellEnd"/>
            <w:r w:rsidRPr="00434A89">
              <w:rPr>
                <w:spacing w:val="-10"/>
                <w:szCs w:val="26"/>
              </w:rPr>
              <w:t xml:space="preserve"> </w:t>
            </w:r>
            <w:proofErr w:type="spellStart"/>
            <w:r w:rsidRPr="00434A89">
              <w:rPr>
                <w:spacing w:val="-10"/>
                <w:szCs w:val="26"/>
              </w:rPr>
              <w:t>chuyên</w:t>
            </w:r>
            <w:proofErr w:type="spellEnd"/>
            <w:r w:rsidRPr="00434A89">
              <w:rPr>
                <w:spacing w:val="-10"/>
                <w:szCs w:val="26"/>
              </w:rPr>
              <w:t xml:space="preserve"> </w:t>
            </w:r>
            <w:proofErr w:type="spellStart"/>
            <w:r w:rsidRPr="00434A89">
              <w:rPr>
                <w:spacing w:val="-10"/>
                <w:szCs w:val="26"/>
              </w:rPr>
              <w:t>ngành</w:t>
            </w:r>
            <w:proofErr w:type="spellEnd"/>
            <w:r w:rsidRPr="00434A89">
              <w:rPr>
                <w:spacing w:val="-10"/>
                <w:szCs w:val="26"/>
              </w:rPr>
              <w:t xml:space="preserve"> </w:t>
            </w:r>
            <w:proofErr w:type="spellStart"/>
            <w:r w:rsidRPr="00434A89">
              <w:rPr>
                <w:spacing w:val="-10"/>
                <w:szCs w:val="26"/>
              </w:rPr>
              <w:t>Kiểm</w:t>
            </w:r>
            <w:proofErr w:type="spellEnd"/>
            <w:r w:rsidRPr="00434A89">
              <w:rPr>
                <w:spacing w:val="-10"/>
                <w:szCs w:val="26"/>
              </w:rPr>
              <w:t xml:space="preserve"> </w:t>
            </w:r>
            <w:proofErr w:type="spellStart"/>
            <w:r w:rsidRPr="00434A89">
              <w:rPr>
                <w:spacing w:val="-10"/>
                <w:szCs w:val="26"/>
              </w:rPr>
              <w:t>soát</w:t>
            </w:r>
            <w:proofErr w:type="spellEnd"/>
            <w:r w:rsidRPr="00434A89">
              <w:rPr>
                <w:spacing w:val="-10"/>
                <w:szCs w:val="26"/>
              </w:rPr>
              <w:t xml:space="preserve"> </w:t>
            </w:r>
            <w:proofErr w:type="spellStart"/>
            <w:r w:rsidRPr="00434A89">
              <w:rPr>
                <w:spacing w:val="-10"/>
                <w:szCs w:val="26"/>
              </w:rPr>
              <w:t>chất</w:t>
            </w:r>
            <w:proofErr w:type="spellEnd"/>
            <w:r w:rsidRPr="00434A89">
              <w:rPr>
                <w:spacing w:val="-10"/>
                <w:szCs w:val="26"/>
              </w:rPr>
              <w:t xml:space="preserve"> </w:t>
            </w:r>
            <w:proofErr w:type="spellStart"/>
            <w:r w:rsidRPr="00434A89">
              <w:rPr>
                <w:spacing w:val="-10"/>
                <w:szCs w:val="26"/>
              </w:rPr>
              <w:t>lượng</w:t>
            </w:r>
            <w:proofErr w:type="spellEnd"/>
            <w:r w:rsidRPr="00434A89">
              <w:rPr>
                <w:spacing w:val="-10"/>
                <w:szCs w:val="26"/>
              </w:rPr>
              <w:t xml:space="preserve"> </w:t>
            </w:r>
            <w:proofErr w:type="spellStart"/>
            <w:r w:rsidRPr="00434A89">
              <w:rPr>
                <w:spacing w:val="-10"/>
                <w:szCs w:val="26"/>
              </w:rPr>
              <w:t>sản</w:t>
            </w:r>
            <w:proofErr w:type="spellEnd"/>
            <w:r w:rsidRPr="00434A89">
              <w:rPr>
                <w:spacing w:val="-10"/>
                <w:szCs w:val="26"/>
              </w:rPr>
              <w:t xml:space="preserve"> </w:t>
            </w:r>
            <w:proofErr w:type="spellStart"/>
            <w:r w:rsidRPr="00434A89">
              <w:rPr>
                <w:spacing w:val="-10"/>
                <w:szCs w:val="26"/>
              </w:rPr>
              <w:t>phẩm</w:t>
            </w:r>
            <w:proofErr w:type="spellEnd"/>
            <w:r w:rsidRPr="00434A89">
              <w:rPr>
                <w:spacing w:val="-10"/>
                <w:szCs w:val="26"/>
              </w:rPr>
              <w:t xml:space="preserve">, </w:t>
            </w:r>
            <w:proofErr w:type="spellStart"/>
            <w:r w:rsidRPr="00434A89">
              <w:rPr>
                <w:spacing w:val="-10"/>
                <w:szCs w:val="26"/>
              </w:rPr>
              <w:t>hàng</w:t>
            </w:r>
            <w:proofErr w:type="spellEnd"/>
            <w:r w:rsidRPr="00434A89">
              <w:rPr>
                <w:spacing w:val="-10"/>
                <w:szCs w:val="26"/>
              </w:rPr>
              <w:t xml:space="preserve"> </w:t>
            </w:r>
            <w:proofErr w:type="spellStart"/>
            <w:r w:rsidRPr="00434A89">
              <w:rPr>
                <w:spacing w:val="-10"/>
                <w:szCs w:val="26"/>
              </w:rPr>
              <w:t>hóa</w:t>
            </w:r>
            <w:proofErr w:type="spellEnd"/>
            <w:r w:rsidRPr="00434A89">
              <w:rPr>
                <w:spacing w:val="-10"/>
                <w:szCs w:val="26"/>
              </w:rPr>
              <w:t xml:space="preserve"> </w:t>
            </w:r>
            <w:proofErr w:type="spellStart"/>
            <w:r w:rsidRPr="00434A89">
              <w:rPr>
                <w:spacing w:val="-10"/>
                <w:szCs w:val="26"/>
              </w:rPr>
              <w:t>quy</w:t>
            </w:r>
            <w:proofErr w:type="spellEnd"/>
            <w:r w:rsidRPr="00434A89">
              <w:rPr>
                <w:spacing w:val="-10"/>
                <w:szCs w:val="26"/>
              </w:rPr>
              <w:t xml:space="preserve"> </w:t>
            </w:r>
            <w:proofErr w:type="spellStart"/>
            <w:r w:rsidRPr="00434A89">
              <w:rPr>
                <w:spacing w:val="-10"/>
                <w:szCs w:val="26"/>
              </w:rPr>
              <w:t>định</w:t>
            </w:r>
            <w:proofErr w:type="spellEnd"/>
            <w:r w:rsidRPr="00434A89">
              <w:rPr>
                <w:spacing w:val="-10"/>
                <w:szCs w:val="26"/>
              </w:rPr>
              <w:t xml:space="preserve"> </w:t>
            </w:r>
            <w:proofErr w:type="spellStart"/>
            <w:r w:rsidRPr="00434A89">
              <w:rPr>
                <w:spacing w:val="-10"/>
                <w:szCs w:val="26"/>
              </w:rPr>
              <w:t>tại</w:t>
            </w:r>
            <w:proofErr w:type="spellEnd"/>
            <w:r w:rsidRPr="00434A89">
              <w:rPr>
                <w:spacing w:val="-10"/>
                <w:szCs w:val="26"/>
              </w:rPr>
              <w:t xml:space="preserve"> Thông </w:t>
            </w:r>
            <w:proofErr w:type="spellStart"/>
            <w:r w:rsidRPr="00434A89">
              <w:rPr>
                <w:spacing w:val="-10"/>
                <w:szCs w:val="26"/>
              </w:rPr>
              <w:t>tư</w:t>
            </w:r>
            <w:proofErr w:type="spellEnd"/>
            <w:r w:rsidRPr="00434A89">
              <w:rPr>
                <w:spacing w:val="-10"/>
                <w:szCs w:val="26"/>
              </w:rPr>
              <w:t xml:space="preserve"> </w:t>
            </w:r>
            <w:proofErr w:type="spellStart"/>
            <w:r w:rsidRPr="00434A89">
              <w:rPr>
                <w:spacing w:val="-10"/>
                <w:szCs w:val="26"/>
              </w:rPr>
              <w:t>này</w:t>
            </w:r>
            <w:proofErr w:type="spellEnd"/>
            <w:r w:rsidRPr="00434A89">
              <w:rPr>
                <w:spacing w:val="-10"/>
                <w:szCs w:val="26"/>
              </w:rPr>
              <w:t xml:space="preserve"> </w:t>
            </w:r>
            <w:proofErr w:type="spellStart"/>
            <w:r w:rsidRPr="00434A89">
              <w:rPr>
                <w:spacing w:val="-10"/>
                <w:szCs w:val="26"/>
              </w:rPr>
              <w:t>vận</w:t>
            </w:r>
            <w:proofErr w:type="spellEnd"/>
            <w:r w:rsidRPr="00434A89">
              <w:rPr>
                <w:spacing w:val="-10"/>
                <w:szCs w:val="26"/>
              </w:rPr>
              <w:t xml:space="preserve"> </w:t>
            </w:r>
            <w:proofErr w:type="spellStart"/>
            <w:r w:rsidRPr="00434A89">
              <w:rPr>
                <w:spacing w:val="-10"/>
                <w:szCs w:val="26"/>
              </w:rPr>
              <w:t>dụng</w:t>
            </w:r>
            <w:proofErr w:type="spellEnd"/>
            <w:r w:rsidRPr="00434A89">
              <w:rPr>
                <w:spacing w:val="-10"/>
                <w:szCs w:val="26"/>
              </w:rPr>
              <w:t xml:space="preserve"> </w:t>
            </w:r>
            <w:proofErr w:type="spellStart"/>
            <w:r w:rsidRPr="00434A89">
              <w:rPr>
                <w:spacing w:val="-10"/>
                <w:szCs w:val="26"/>
              </w:rPr>
              <w:t>theo</w:t>
            </w:r>
            <w:proofErr w:type="spellEnd"/>
            <w:r w:rsidRPr="00434A89">
              <w:rPr>
                <w:spacing w:val="-10"/>
                <w:szCs w:val="26"/>
              </w:rPr>
              <w:t xml:space="preserve"> </w:t>
            </w:r>
            <w:proofErr w:type="spellStart"/>
            <w:r w:rsidRPr="00434A89">
              <w:rPr>
                <w:spacing w:val="-10"/>
                <w:szCs w:val="26"/>
              </w:rPr>
              <w:t>Bảng</w:t>
            </w:r>
            <w:proofErr w:type="spellEnd"/>
            <w:r w:rsidRPr="00434A89">
              <w:rPr>
                <w:spacing w:val="-10"/>
                <w:szCs w:val="26"/>
              </w:rPr>
              <w:t xml:space="preserve"> 2 (</w:t>
            </w:r>
            <w:proofErr w:type="spellStart"/>
            <w:r w:rsidRPr="00434A89">
              <w:rPr>
                <w:spacing w:val="-10"/>
                <w:szCs w:val="26"/>
              </w:rPr>
              <w:t>Bảng</w:t>
            </w:r>
            <w:proofErr w:type="spellEnd"/>
            <w:r w:rsidRPr="00434A89">
              <w:rPr>
                <w:spacing w:val="-10"/>
                <w:szCs w:val="26"/>
              </w:rPr>
              <w:t xml:space="preserve"> </w:t>
            </w:r>
            <w:proofErr w:type="spellStart"/>
            <w:r w:rsidRPr="00434A89">
              <w:rPr>
                <w:spacing w:val="-10"/>
                <w:szCs w:val="26"/>
              </w:rPr>
              <w:t>lương</w:t>
            </w:r>
            <w:proofErr w:type="spellEnd"/>
            <w:r w:rsidRPr="00434A89">
              <w:rPr>
                <w:spacing w:val="-10"/>
                <w:szCs w:val="26"/>
              </w:rPr>
              <w:t xml:space="preserve"> </w:t>
            </w:r>
            <w:proofErr w:type="spellStart"/>
            <w:r w:rsidRPr="00434A89">
              <w:rPr>
                <w:spacing w:val="-10"/>
                <w:szCs w:val="26"/>
              </w:rPr>
              <w:t>chuyên</w:t>
            </w:r>
            <w:proofErr w:type="spellEnd"/>
            <w:r w:rsidRPr="00434A89">
              <w:rPr>
                <w:spacing w:val="-10"/>
                <w:szCs w:val="26"/>
              </w:rPr>
              <w:t xml:space="preserve"> </w:t>
            </w:r>
            <w:proofErr w:type="spellStart"/>
            <w:r w:rsidRPr="00434A89">
              <w:rPr>
                <w:spacing w:val="-10"/>
                <w:szCs w:val="26"/>
              </w:rPr>
              <w:t>môn</w:t>
            </w:r>
            <w:proofErr w:type="spellEnd"/>
            <w:r w:rsidRPr="00434A89">
              <w:rPr>
                <w:spacing w:val="-10"/>
                <w:szCs w:val="26"/>
              </w:rPr>
              <w:t xml:space="preserve">, </w:t>
            </w:r>
            <w:proofErr w:type="spellStart"/>
            <w:r w:rsidRPr="00434A89">
              <w:rPr>
                <w:spacing w:val="-10"/>
                <w:szCs w:val="26"/>
              </w:rPr>
              <w:t>nghiệp</w:t>
            </w:r>
            <w:proofErr w:type="spellEnd"/>
            <w:r w:rsidRPr="00434A89">
              <w:rPr>
                <w:spacing w:val="-10"/>
                <w:szCs w:val="26"/>
              </w:rPr>
              <w:t xml:space="preserve"> </w:t>
            </w:r>
            <w:proofErr w:type="spellStart"/>
            <w:r w:rsidRPr="00434A89">
              <w:rPr>
                <w:spacing w:val="-10"/>
                <w:szCs w:val="26"/>
              </w:rPr>
              <w:t>vụ</w:t>
            </w:r>
            <w:proofErr w:type="spellEnd"/>
            <w:r w:rsidRPr="00434A89">
              <w:rPr>
                <w:spacing w:val="-10"/>
                <w:szCs w:val="26"/>
              </w:rPr>
              <w:t xml:space="preserve"> </w:t>
            </w:r>
            <w:proofErr w:type="spellStart"/>
            <w:r w:rsidRPr="00434A89">
              <w:rPr>
                <w:spacing w:val="-10"/>
                <w:szCs w:val="26"/>
              </w:rPr>
              <w:t>đối</w:t>
            </w:r>
            <w:proofErr w:type="spellEnd"/>
            <w:r w:rsidRPr="00434A89">
              <w:rPr>
                <w:spacing w:val="-10"/>
                <w:szCs w:val="26"/>
              </w:rPr>
              <w:t xml:space="preserve"> </w:t>
            </w:r>
            <w:proofErr w:type="spellStart"/>
            <w:r w:rsidRPr="00434A89">
              <w:rPr>
                <w:spacing w:val="-10"/>
                <w:szCs w:val="26"/>
              </w:rPr>
              <w:t>với</w:t>
            </w:r>
            <w:proofErr w:type="spellEnd"/>
            <w:r w:rsidRPr="00434A89">
              <w:rPr>
                <w:spacing w:val="-10"/>
                <w:szCs w:val="26"/>
              </w:rPr>
              <w:t xml:space="preserve"> </w:t>
            </w:r>
            <w:proofErr w:type="spellStart"/>
            <w:r w:rsidRPr="00434A89">
              <w:rPr>
                <w:spacing w:val="-10"/>
                <w:szCs w:val="26"/>
              </w:rPr>
              <w:t>cán</w:t>
            </w:r>
            <w:proofErr w:type="spellEnd"/>
            <w:r w:rsidRPr="00434A89">
              <w:rPr>
                <w:spacing w:val="-10"/>
                <w:szCs w:val="26"/>
              </w:rPr>
              <w:t xml:space="preserve"> </w:t>
            </w:r>
            <w:proofErr w:type="spellStart"/>
            <w:r w:rsidRPr="00434A89">
              <w:rPr>
                <w:spacing w:val="-10"/>
                <w:szCs w:val="26"/>
              </w:rPr>
              <w:t>bộ</w:t>
            </w:r>
            <w:proofErr w:type="spellEnd"/>
            <w:r w:rsidRPr="00434A89">
              <w:rPr>
                <w:spacing w:val="-10"/>
                <w:szCs w:val="26"/>
              </w:rPr>
              <w:t xml:space="preserve">, </w:t>
            </w:r>
            <w:proofErr w:type="spellStart"/>
            <w:r w:rsidRPr="00434A89">
              <w:rPr>
                <w:spacing w:val="-10"/>
                <w:szCs w:val="26"/>
              </w:rPr>
              <w:t>công</w:t>
            </w:r>
            <w:proofErr w:type="spellEnd"/>
            <w:r w:rsidRPr="00434A89">
              <w:rPr>
                <w:spacing w:val="-10"/>
                <w:szCs w:val="26"/>
              </w:rPr>
              <w:t xml:space="preserve"> </w:t>
            </w:r>
            <w:proofErr w:type="spellStart"/>
            <w:r w:rsidRPr="00434A89">
              <w:rPr>
                <w:spacing w:val="-10"/>
                <w:szCs w:val="26"/>
              </w:rPr>
              <w:t>chức</w:t>
            </w:r>
            <w:proofErr w:type="spellEnd"/>
            <w:r w:rsidRPr="00434A89">
              <w:rPr>
                <w:spacing w:val="-10"/>
                <w:szCs w:val="26"/>
              </w:rPr>
              <w:t xml:space="preserve"> </w:t>
            </w:r>
            <w:proofErr w:type="spellStart"/>
            <w:r w:rsidRPr="00434A89">
              <w:rPr>
                <w:spacing w:val="-10"/>
                <w:szCs w:val="26"/>
              </w:rPr>
              <w:t>trong</w:t>
            </w:r>
            <w:proofErr w:type="spellEnd"/>
            <w:r w:rsidRPr="00434A89">
              <w:rPr>
                <w:spacing w:val="-10"/>
                <w:szCs w:val="26"/>
              </w:rPr>
              <w:t xml:space="preserve"> </w:t>
            </w:r>
            <w:proofErr w:type="spellStart"/>
            <w:r w:rsidRPr="00434A89">
              <w:rPr>
                <w:spacing w:val="-10"/>
                <w:szCs w:val="26"/>
              </w:rPr>
              <w:t>các</w:t>
            </w:r>
            <w:proofErr w:type="spellEnd"/>
            <w:r w:rsidRPr="00434A89">
              <w:rPr>
                <w:spacing w:val="-10"/>
                <w:szCs w:val="26"/>
              </w:rPr>
              <w:t xml:space="preserve"> </w:t>
            </w:r>
            <w:proofErr w:type="spellStart"/>
            <w:r w:rsidRPr="00434A89">
              <w:rPr>
                <w:spacing w:val="-10"/>
                <w:szCs w:val="26"/>
              </w:rPr>
              <w:t>cơ</w:t>
            </w:r>
            <w:proofErr w:type="spellEnd"/>
            <w:r w:rsidRPr="00434A89">
              <w:rPr>
                <w:spacing w:val="-10"/>
                <w:szCs w:val="26"/>
              </w:rPr>
              <w:t xml:space="preserve"> </w:t>
            </w:r>
            <w:proofErr w:type="spellStart"/>
            <w:r w:rsidRPr="00434A89">
              <w:rPr>
                <w:spacing w:val="-10"/>
                <w:szCs w:val="26"/>
              </w:rPr>
              <w:t>quan</w:t>
            </w:r>
            <w:proofErr w:type="spellEnd"/>
            <w:r w:rsidRPr="00434A89">
              <w:rPr>
                <w:spacing w:val="-10"/>
                <w:szCs w:val="26"/>
              </w:rPr>
              <w:t xml:space="preserve"> </w:t>
            </w:r>
            <w:proofErr w:type="spellStart"/>
            <w:r w:rsidRPr="00434A89">
              <w:rPr>
                <w:spacing w:val="-10"/>
                <w:szCs w:val="26"/>
              </w:rPr>
              <w:t>nhà</w:t>
            </w:r>
            <w:proofErr w:type="spellEnd"/>
            <w:r w:rsidRPr="00434A89">
              <w:rPr>
                <w:spacing w:val="-10"/>
                <w:szCs w:val="26"/>
              </w:rPr>
              <w:t xml:space="preserve"> </w:t>
            </w:r>
            <w:proofErr w:type="spellStart"/>
            <w:r w:rsidRPr="00434A89">
              <w:rPr>
                <w:spacing w:val="-10"/>
                <w:szCs w:val="26"/>
              </w:rPr>
              <w:t>nước</w:t>
            </w:r>
            <w:proofErr w:type="spellEnd"/>
            <w:r w:rsidRPr="00434A89">
              <w:rPr>
                <w:spacing w:val="-10"/>
                <w:szCs w:val="26"/>
              </w:rPr>
              <w:t xml:space="preserve">) ban </w:t>
            </w:r>
            <w:proofErr w:type="spellStart"/>
            <w:r w:rsidRPr="00434A89">
              <w:rPr>
                <w:spacing w:val="-10"/>
                <w:szCs w:val="26"/>
              </w:rPr>
              <w:t>hành</w:t>
            </w:r>
            <w:proofErr w:type="spellEnd"/>
            <w:r w:rsidRPr="00434A89">
              <w:rPr>
                <w:spacing w:val="-10"/>
                <w:szCs w:val="26"/>
              </w:rPr>
              <w:t xml:space="preserve"> </w:t>
            </w:r>
            <w:proofErr w:type="spellStart"/>
            <w:r w:rsidRPr="00434A89">
              <w:rPr>
                <w:spacing w:val="-10"/>
                <w:szCs w:val="26"/>
              </w:rPr>
              <w:t>kèm</w:t>
            </w:r>
            <w:proofErr w:type="spellEnd"/>
            <w:r w:rsidRPr="00434A89">
              <w:rPr>
                <w:spacing w:val="-10"/>
                <w:szCs w:val="26"/>
              </w:rPr>
              <w:t xml:space="preserve"> </w:t>
            </w:r>
            <w:proofErr w:type="spellStart"/>
            <w:r w:rsidRPr="00434A89">
              <w:rPr>
                <w:spacing w:val="-10"/>
                <w:szCs w:val="26"/>
              </w:rPr>
              <w:t>theo</w:t>
            </w:r>
            <w:proofErr w:type="spellEnd"/>
            <w:r w:rsidRPr="00434A89">
              <w:rPr>
                <w:spacing w:val="-10"/>
                <w:szCs w:val="26"/>
              </w:rPr>
              <w:t xml:space="preserve"> </w:t>
            </w:r>
            <w:proofErr w:type="spellStart"/>
            <w:r w:rsidRPr="00434A89">
              <w:rPr>
                <w:spacing w:val="-10"/>
                <w:szCs w:val="26"/>
              </w:rPr>
              <w:t>Nghị</w:t>
            </w:r>
            <w:proofErr w:type="spellEnd"/>
            <w:r w:rsidRPr="00434A89">
              <w:rPr>
                <w:spacing w:val="-10"/>
                <w:szCs w:val="26"/>
              </w:rPr>
              <w:t xml:space="preserve"> </w:t>
            </w:r>
            <w:proofErr w:type="spellStart"/>
            <w:r w:rsidRPr="00434A89">
              <w:rPr>
                <w:spacing w:val="-10"/>
                <w:szCs w:val="26"/>
              </w:rPr>
              <w:t>định</w:t>
            </w:r>
            <w:proofErr w:type="spellEnd"/>
            <w:r w:rsidRPr="00434A89">
              <w:rPr>
                <w:spacing w:val="-10"/>
                <w:szCs w:val="26"/>
              </w:rPr>
              <w:t xml:space="preserve"> </w:t>
            </w:r>
            <w:proofErr w:type="spellStart"/>
            <w:r w:rsidRPr="00434A89">
              <w:rPr>
                <w:spacing w:val="-10"/>
                <w:szCs w:val="26"/>
              </w:rPr>
              <w:t>số</w:t>
            </w:r>
            <w:proofErr w:type="spellEnd"/>
            <w:r w:rsidRPr="00434A89">
              <w:rPr>
                <w:spacing w:val="-10"/>
                <w:szCs w:val="26"/>
              </w:rPr>
              <w:t xml:space="preserve"> 204/2004/NĐ-CP </w:t>
            </w:r>
            <w:proofErr w:type="spellStart"/>
            <w:r w:rsidRPr="00434A89">
              <w:rPr>
                <w:spacing w:val="-10"/>
                <w:szCs w:val="26"/>
              </w:rPr>
              <w:t>ngày</w:t>
            </w:r>
            <w:proofErr w:type="spellEnd"/>
            <w:r w:rsidRPr="00434A89">
              <w:rPr>
                <w:spacing w:val="-10"/>
                <w:szCs w:val="26"/>
              </w:rPr>
              <w:t xml:space="preserve"> 14 </w:t>
            </w:r>
            <w:proofErr w:type="spellStart"/>
            <w:r w:rsidRPr="00434A89">
              <w:rPr>
                <w:spacing w:val="-10"/>
                <w:szCs w:val="26"/>
              </w:rPr>
              <w:t>tháng</w:t>
            </w:r>
            <w:proofErr w:type="spellEnd"/>
            <w:r w:rsidRPr="00434A89">
              <w:rPr>
                <w:spacing w:val="-10"/>
                <w:szCs w:val="26"/>
              </w:rPr>
              <w:t xml:space="preserve"> 12 </w:t>
            </w:r>
            <w:proofErr w:type="spellStart"/>
            <w:r w:rsidRPr="00434A89">
              <w:rPr>
                <w:spacing w:val="-10"/>
                <w:szCs w:val="26"/>
              </w:rPr>
              <w:t>năm</w:t>
            </w:r>
            <w:proofErr w:type="spellEnd"/>
            <w:r w:rsidRPr="00434A89">
              <w:rPr>
                <w:spacing w:val="-10"/>
                <w:szCs w:val="26"/>
              </w:rPr>
              <w:t xml:space="preserve"> 2004 </w:t>
            </w:r>
            <w:proofErr w:type="spellStart"/>
            <w:r w:rsidRPr="00434A89">
              <w:rPr>
                <w:spacing w:val="-10"/>
                <w:szCs w:val="26"/>
              </w:rPr>
              <w:t>của</w:t>
            </w:r>
            <w:proofErr w:type="spellEnd"/>
            <w:r w:rsidRPr="00434A89">
              <w:rPr>
                <w:spacing w:val="-10"/>
                <w:szCs w:val="26"/>
              </w:rPr>
              <w:t xml:space="preserve"> </w:t>
            </w:r>
            <w:proofErr w:type="spellStart"/>
            <w:r w:rsidRPr="00434A89">
              <w:rPr>
                <w:spacing w:val="-10"/>
                <w:szCs w:val="26"/>
              </w:rPr>
              <w:t>Chính</w:t>
            </w:r>
            <w:proofErr w:type="spellEnd"/>
            <w:r w:rsidRPr="00434A89">
              <w:rPr>
                <w:spacing w:val="-10"/>
                <w:szCs w:val="26"/>
              </w:rPr>
              <w:t xml:space="preserve"> </w:t>
            </w:r>
            <w:proofErr w:type="spellStart"/>
            <w:r w:rsidRPr="00434A89">
              <w:rPr>
                <w:spacing w:val="-10"/>
                <w:szCs w:val="26"/>
              </w:rPr>
              <w:t>phủ</w:t>
            </w:r>
            <w:proofErr w:type="spellEnd"/>
            <w:r w:rsidRPr="00434A89">
              <w:rPr>
                <w:spacing w:val="-10"/>
                <w:szCs w:val="26"/>
              </w:rPr>
              <w:t xml:space="preserve"> </w:t>
            </w:r>
            <w:proofErr w:type="spellStart"/>
            <w:r w:rsidRPr="00434A89">
              <w:rPr>
                <w:spacing w:val="-10"/>
                <w:szCs w:val="26"/>
              </w:rPr>
              <w:t>về</w:t>
            </w:r>
            <w:proofErr w:type="spellEnd"/>
            <w:r w:rsidRPr="00434A89">
              <w:rPr>
                <w:spacing w:val="-10"/>
                <w:szCs w:val="26"/>
              </w:rPr>
              <w:t xml:space="preserve"> </w:t>
            </w:r>
            <w:proofErr w:type="spellStart"/>
            <w:r w:rsidRPr="00434A89">
              <w:rPr>
                <w:spacing w:val="-10"/>
                <w:szCs w:val="26"/>
              </w:rPr>
              <w:t>chế</w:t>
            </w:r>
            <w:proofErr w:type="spellEnd"/>
            <w:r w:rsidRPr="00434A89">
              <w:rPr>
                <w:spacing w:val="-10"/>
                <w:szCs w:val="26"/>
              </w:rPr>
              <w:t xml:space="preserve"> </w:t>
            </w:r>
            <w:proofErr w:type="spellStart"/>
            <w:r w:rsidRPr="00434A89">
              <w:rPr>
                <w:spacing w:val="-10"/>
                <w:szCs w:val="26"/>
              </w:rPr>
              <w:t>độ</w:t>
            </w:r>
            <w:proofErr w:type="spellEnd"/>
            <w:r w:rsidRPr="00434A89">
              <w:rPr>
                <w:spacing w:val="-10"/>
                <w:szCs w:val="26"/>
              </w:rPr>
              <w:t xml:space="preserve"> </w:t>
            </w:r>
            <w:proofErr w:type="spellStart"/>
            <w:r w:rsidRPr="00434A89">
              <w:rPr>
                <w:spacing w:val="-10"/>
                <w:szCs w:val="26"/>
              </w:rPr>
              <w:t>tiền</w:t>
            </w:r>
            <w:proofErr w:type="spellEnd"/>
            <w:r w:rsidRPr="00434A89">
              <w:rPr>
                <w:spacing w:val="-10"/>
                <w:szCs w:val="26"/>
              </w:rPr>
              <w:t xml:space="preserve"> </w:t>
            </w:r>
            <w:proofErr w:type="spellStart"/>
            <w:r w:rsidRPr="00434A89">
              <w:rPr>
                <w:spacing w:val="-10"/>
                <w:szCs w:val="26"/>
              </w:rPr>
              <w:t>lương</w:t>
            </w:r>
            <w:proofErr w:type="spellEnd"/>
            <w:r w:rsidRPr="00434A89">
              <w:rPr>
                <w:spacing w:val="-10"/>
                <w:szCs w:val="26"/>
              </w:rPr>
              <w:t xml:space="preserve"> </w:t>
            </w:r>
            <w:proofErr w:type="spellStart"/>
            <w:r w:rsidRPr="00434A89">
              <w:rPr>
                <w:spacing w:val="-10"/>
                <w:szCs w:val="26"/>
              </w:rPr>
              <w:t>đối</w:t>
            </w:r>
            <w:proofErr w:type="spellEnd"/>
            <w:r w:rsidRPr="00434A89">
              <w:rPr>
                <w:spacing w:val="-10"/>
                <w:szCs w:val="26"/>
              </w:rPr>
              <w:t xml:space="preserve"> </w:t>
            </w:r>
            <w:proofErr w:type="spellStart"/>
            <w:r w:rsidRPr="00434A89">
              <w:rPr>
                <w:spacing w:val="-10"/>
                <w:szCs w:val="26"/>
              </w:rPr>
              <w:t>với</w:t>
            </w:r>
            <w:proofErr w:type="spellEnd"/>
            <w:r w:rsidRPr="00434A89">
              <w:rPr>
                <w:spacing w:val="-10"/>
                <w:szCs w:val="26"/>
              </w:rPr>
              <w:t xml:space="preserve"> </w:t>
            </w:r>
            <w:proofErr w:type="spellStart"/>
            <w:r w:rsidRPr="00434A89">
              <w:rPr>
                <w:spacing w:val="-10"/>
                <w:szCs w:val="26"/>
              </w:rPr>
              <w:t>cán</w:t>
            </w:r>
            <w:proofErr w:type="spellEnd"/>
            <w:r w:rsidRPr="00434A89">
              <w:rPr>
                <w:spacing w:val="-10"/>
                <w:szCs w:val="26"/>
              </w:rPr>
              <w:t xml:space="preserve"> </w:t>
            </w:r>
            <w:proofErr w:type="spellStart"/>
            <w:r w:rsidRPr="00434A89">
              <w:rPr>
                <w:spacing w:val="-10"/>
                <w:szCs w:val="26"/>
              </w:rPr>
              <w:t>bộ</w:t>
            </w:r>
            <w:proofErr w:type="spellEnd"/>
            <w:r w:rsidRPr="00434A89">
              <w:rPr>
                <w:spacing w:val="-10"/>
                <w:szCs w:val="26"/>
              </w:rPr>
              <w:t xml:space="preserve">, </w:t>
            </w:r>
            <w:proofErr w:type="spellStart"/>
            <w:r w:rsidRPr="00434A89">
              <w:rPr>
                <w:spacing w:val="-10"/>
                <w:szCs w:val="26"/>
              </w:rPr>
              <w:t>công</w:t>
            </w:r>
            <w:proofErr w:type="spellEnd"/>
            <w:r w:rsidRPr="00434A89">
              <w:rPr>
                <w:spacing w:val="-10"/>
                <w:szCs w:val="26"/>
              </w:rPr>
              <w:t xml:space="preserve"> </w:t>
            </w:r>
            <w:proofErr w:type="spellStart"/>
            <w:r w:rsidRPr="00434A89">
              <w:rPr>
                <w:spacing w:val="-10"/>
                <w:szCs w:val="26"/>
              </w:rPr>
              <w:t>chức</w:t>
            </w:r>
            <w:proofErr w:type="spellEnd"/>
            <w:r w:rsidRPr="00434A89">
              <w:rPr>
                <w:spacing w:val="-10"/>
                <w:szCs w:val="26"/>
              </w:rPr>
              <w:t xml:space="preserve">, </w:t>
            </w:r>
            <w:proofErr w:type="spellStart"/>
            <w:r w:rsidRPr="00434A89">
              <w:rPr>
                <w:spacing w:val="-10"/>
                <w:szCs w:val="26"/>
              </w:rPr>
              <w:t>viên</w:t>
            </w:r>
            <w:proofErr w:type="spellEnd"/>
            <w:r w:rsidRPr="00434A89">
              <w:rPr>
                <w:spacing w:val="-10"/>
                <w:szCs w:val="26"/>
              </w:rPr>
              <w:t xml:space="preserve"> </w:t>
            </w:r>
            <w:proofErr w:type="spellStart"/>
            <w:r w:rsidRPr="00434A89">
              <w:rPr>
                <w:spacing w:val="-10"/>
                <w:szCs w:val="26"/>
              </w:rPr>
              <w:t>chức</w:t>
            </w:r>
            <w:proofErr w:type="spellEnd"/>
            <w:r w:rsidRPr="00434A89">
              <w:rPr>
                <w:spacing w:val="-10"/>
                <w:szCs w:val="26"/>
              </w:rPr>
              <w:t xml:space="preserve"> </w:t>
            </w:r>
            <w:proofErr w:type="spellStart"/>
            <w:r w:rsidRPr="00434A89">
              <w:rPr>
                <w:spacing w:val="-10"/>
                <w:szCs w:val="26"/>
              </w:rPr>
              <w:t>và</w:t>
            </w:r>
            <w:proofErr w:type="spellEnd"/>
            <w:r w:rsidRPr="00434A89">
              <w:rPr>
                <w:spacing w:val="-10"/>
                <w:szCs w:val="26"/>
              </w:rPr>
              <w:t xml:space="preserve"> </w:t>
            </w:r>
            <w:proofErr w:type="spellStart"/>
            <w:r w:rsidRPr="00434A89">
              <w:rPr>
                <w:spacing w:val="-10"/>
                <w:szCs w:val="26"/>
              </w:rPr>
              <w:t>lực</w:t>
            </w:r>
            <w:proofErr w:type="spellEnd"/>
            <w:r w:rsidRPr="00434A89">
              <w:rPr>
                <w:spacing w:val="-10"/>
                <w:szCs w:val="26"/>
              </w:rPr>
              <w:t xml:space="preserve"> </w:t>
            </w:r>
            <w:proofErr w:type="spellStart"/>
            <w:r w:rsidRPr="00434A89">
              <w:rPr>
                <w:spacing w:val="-10"/>
                <w:szCs w:val="26"/>
              </w:rPr>
              <w:t>lượng</w:t>
            </w:r>
            <w:proofErr w:type="spellEnd"/>
            <w:r w:rsidRPr="00434A89">
              <w:rPr>
                <w:spacing w:val="-10"/>
                <w:szCs w:val="26"/>
              </w:rPr>
              <w:t xml:space="preserve"> </w:t>
            </w:r>
            <w:proofErr w:type="spellStart"/>
            <w:r w:rsidRPr="00434A89">
              <w:rPr>
                <w:spacing w:val="-10"/>
                <w:szCs w:val="26"/>
              </w:rPr>
              <w:t>vũ</w:t>
            </w:r>
            <w:proofErr w:type="spellEnd"/>
            <w:r w:rsidRPr="00434A89">
              <w:rPr>
                <w:spacing w:val="-10"/>
                <w:szCs w:val="26"/>
              </w:rPr>
              <w:t xml:space="preserve"> </w:t>
            </w:r>
            <w:proofErr w:type="spellStart"/>
            <w:r w:rsidRPr="00434A89">
              <w:rPr>
                <w:spacing w:val="-10"/>
                <w:szCs w:val="26"/>
              </w:rPr>
              <w:t>trang</w:t>
            </w:r>
            <w:proofErr w:type="spellEnd"/>
            <w:r w:rsidRPr="00434A89">
              <w:rPr>
                <w:spacing w:val="-10"/>
                <w:szCs w:val="26"/>
              </w:rPr>
              <w:t xml:space="preserve"> </w:t>
            </w:r>
            <w:proofErr w:type="spellStart"/>
            <w:r w:rsidRPr="00434A89">
              <w:rPr>
                <w:spacing w:val="-10"/>
                <w:szCs w:val="26"/>
              </w:rPr>
              <w:t>như</w:t>
            </w:r>
            <w:proofErr w:type="spellEnd"/>
            <w:r w:rsidRPr="00434A89">
              <w:rPr>
                <w:spacing w:val="-10"/>
                <w:szCs w:val="26"/>
              </w:rPr>
              <w:t xml:space="preserve"> </w:t>
            </w:r>
            <w:proofErr w:type="spellStart"/>
            <w:r w:rsidRPr="00434A89">
              <w:rPr>
                <w:spacing w:val="-10"/>
                <w:szCs w:val="26"/>
              </w:rPr>
              <w:t>sau</w:t>
            </w:r>
            <w:proofErr w:type="spellEnd"/>
            <w:r w:rsidRPr="00434A89">
              <w:rPr>
                <w:spacing w:val="-10"/>
                <w:szCs w:val="26"/>
              </w:rPr>
              <w:t>:</w:t>
            </w:r>
          </w:p>
          <w:p w14:paraId="0FA9DCC0" w14:textId="77777777" w:rsidR="00BE5D3B" w:rsidRPr="00434A89" w:rsidRDefault="00BE5D3B" w:rsidP="00D23166">
            <w:pPr>
              <w:spacing w:before="120" w:after="120" w:line="240" w:lineRule="auto"/>
              <w:jc w:val="both"/>
              <w:rPr>
                <w:spacing w:val="-10"/>
                <w:szCs w:val="26"/>
              </w:rPr>
            </w:pPr>
            <w:r w:rsidRPr="00434A89">
              <w:rPr>
                <w:spacing w:val="-10"/>
                <w:szCs w:val="26"/>
              </w:rPr>
              <w:t xml:space="preserve">a) </w:t>
            </w:r>
            <w:proofErr w:type="spellStart"/>
            <w:r w:rsidRPr="00434A89">
              <w:rPr>
                <w:spacing w:val="-10"/>
                <w:szCs w:val="26"/>
              </w:rPr>
              <w:t>Ngạch</w:t>
            </w:r>
            <w:proofErr w:type="spellEnd"/>
            <w:r w:rsidRPr="00434A89">
              <w:rPr>
                <w:spacing w:val="-10"/>
                <w:szCs w:val="26"/>
              </w:rPr>
              <w:t xml:space="preserve"> </w:t>
            </w:r>
            <w:proofErr w:type="spellStart"/>
            <w:r w:rsidRPr="00434A89">
              <w:rPr>
                <w:spacing w:val="-10"/>
                <w:szCs w:val="26"/>
              </w:rPr>
              <w:t>Kiểm</w:t>
            </w:r>
            <w:proofErr w:type="spellEnd"/>
            <w:r w:rsidRPr="00434A89">
              <w:rPr>
                <w:spacing w:val="-10"/>
                <w:szCs w:val="26"/>
              </w:rPr>
              <w:t xml:space="preserve"> </w:t>
            </w:r>
            <w:proofErr w:type="spellStart"/>
            <w:r w:rsidRPr="00434A89">
              <w:rPr>
                <w:spacing w:val="-10"/>
                <w:szCs w:val="26"/>
              </w:rPr>
              <w:t>soát</w:t>
            </w:r>
            <w:proofErr w:type="spellEnd"/>
            <w:r w:rsidRPr="00434A89">
              <w:rPr>
                <w:spacing w:val="-10"/>
                <w:szCs w:val="26"/>
              </w:rPr>
              <w:t xml:space="preserve"> </w:t>
            </w:r>
            <w:proofErr w:type="spellStart"/>
            <w:r w:rsidRPr="00434A89">
              <w:rPr>
                <w:spacing w:val="-10"/>
                <w:szCs w:val="26"/>
              </w:rPr>
              <w:t>viên</w:t>
            </w:r>
            <w:proofErr w:type="spellEnd"/>
            <w:r w:rsidRPr="00434A89">
              <w:rPr>
                <w:spacing w:val="-10"/>
                <w:szCs w:val="26"/>
              </w:rPr>
              <w:t xml:space="preserve"> </w:t>
            </w:r>
            <w:proofErr w:type="spellStart"/>
            <w:r w:rsidRPr="00434A89">
              <w:rPr>
                <w:spacing w:val="-10"/>
                <w:szCs w:val="26"/>
              </w:rPr>
              <w:t>cao</w:t>
            </w:r>
            <w:proofErr w:type="spellEnd"/>
            <w:r w:rsidRPr="00434A89">
              <w:rPr>
                <w:spacing w:val="-10"/>
                <w:szCs w:val="26"/>
              </w:rPr>
              <w:t xml:space="preserve"> </w:t>
            </w:r>
            <w:proofErr w:type="spellStart"/>
            <w:r w:rsidRPr="00434A89">
              <w:rPr>
                <w:spacing w:val="-10"/>
                <w:szCs w:val="26"/>
              </w:rPr>
              <w:t>cấp</w:t>
            </w:r>
            <w:proofErr w:type="spellEnd"/>
            <w:r w:rsidRPr="00434A89">
              <w:rPr>
                <w:spacing w:val="-10"/>
                <w:szCs w:val="26"/>
              </w:rPr>
              <w:t xml:space="preserve"> </w:t>
            </w:r>
            <w:proofErr w:type="spellStart"/>
            <w:r w:rsidRPr="00434A89">
              <w:rPr>
                <w:spacing w:val="-10"/>
                <w:szCs w:val="26"/>
              </w:rPr>
              <w:t>chất</w:t>
            </w:r>
            <w:proofErr w:type="spellEnd"/>
            <w:r w:rsidRPr="00434A89">
              <w:rPr>
                <w:spacing w:val="-10"/>
                <w:szCs w:val="26"/>
              </w:rPr>
              <w:t xml:space="preserve"> </w:t>
            </w:r>
            <w:proofErr w:type="spellStart"/>
            <w:r w:rsidRPr="00434A89">
              <w:rPr>
                <w:spacing w:val="-10"/>
                <w:szCs w:val="26"/>
              </w:rPr>
              <w:t>lượng</w:t>
            </w:r>
            <w:proofErr w:type="spellEnd"/>
            <w:r w:rsidRPr="00434A89">
              <w:rPr>
                <w:spacing w:val="-10"/>
                <w:szCs w:val="26"/>
              </w:rPr>
              <w:t xml:space="preserve"> </w:t>
            </w:r>
            <w:proofErr w:type="spellStart"/>
            <w:r w:rsidRPr="00434A89">
              <w:rPr>
                <w:spacing w:val="-10"/>
                <w:szCs w:val="26"/>
              </w:rPr>
              <w:t>sản</w:t>
            </w:r>
            <w:proofErr w:type="spellEnd"/>
            <w:r w:rsidRPr="00434A89">
              <w:rPr>
                <w:spacing w:val="-10"/>
                <w:szCs w:val="26"/>
              </w:rPr>
              <w:t xml:space="preserve"> </w:t>
            </w:r>
            <w:proofErr w:type="spellStart"/>
            <w:r w:rsidRPr="00434A89">
              <w:rPr>
                <w:spacing w:val="-10"/>
                <w:szCs w:val="26"/>
              </w:rPr>
              <w:t>phẩm</w:t>
            </w:r>
            <w:proofErr w:type="spellEnd"/>
            <w:r w:rsidRPr="00434A89">
              <w:rPr>
                <w:spacing w:val="-10"/>
                <w:szCs w:val="26"/>
              </w:rPr>
              <w:t xml:space="preserve">, </w:t>
            </w:r>
            <w:proofErr w:type="spellStart"/>
            <w:r w:rsidRPr="00434A89">
              <w:rPr>
                <w:spacing w:val="-10"/>
                <w:szCs w:val="26"/>
              </w:rPr>
              <w:t>hàng</w:t>
            </w:r>
            <w:proofErr w:type="spellEnd"/>
            <w:r w:rsidRPr="00434A89">
              <w:rPr>
                <w:spacing w:val="-10"/>
                <w:szCs w:val="26"/>
              </w:rPr>
              <w:t xml:space="preserve"> </w:t>
            </w:r>
            <w:proofErr w:type="spellStart"/>
            <w:r w:rsidRPr="00434A89">
              <w:rPr>
                <w:spacing w:val="-10"/>
                <w:szCs w:val="26"/>
              </w:rPr>
              <w:t>hóa</w:t>
            </w:r>
            <w:proofErr w:type="spellEnd"/>
            <w:r w:rsidRPr="00434A89">
              <w:rPr>
                <w:spacing w:val="-10"/>
                <w:szCs w:val="26"/>
              </w:rPr>
              <w:t xml:space="preserve"> (</w:t>
            </w:r>
            <w:proofErr w:type="spellStart"/>
            <w:r w:rsidRPr="00434A89">
              <w:rPr>
                <w:spacing w:val="-10"/>
                <w:szCs w:val="26"/>
              </w:rPr>
              <w:t>hạng</w:t>
            </w:r>
            <w:proofErr w:type="spellEnd"/>
            <w:r w:rsidRPr="00434A89">
              <w:rPr>
                <w:spacing w:val="-10"/>
                <w:szCs w:val="26"/>
              </w:rPr>
              <w:t xml:space="preserve"> I); </w:t>
            </w:r>
            <w:proofErr w:type="spellStart"/>
            <w:r w:rsidRPr="00434A89">
              <w:rPr>
                <w:spacing w:val="-10"/>
                <w:szCs w:val="26"/>
              </w:rPr>
              <w:t>mã</w:t>
            </w:r>
            <w:proofErr w:type="spellEnd"/>
            <w:r w:rsidRPr="00434A89">
              <w:rPr>
                <w:spacing w:val="-10"/>
                <w:szCs w:val="26"/>
              </w:rPr>
              <w:t xml:space="preserve"> </w:t>
            </w:r>
            <w:proofErr w:type="spellStart"/>
            <w:r w:rsidRPr="00434A89">
              <w:rPr>
                <w:spacing w:val="-10"/>
                <w:szCs w:val="26"/>
              </w:rPr>
              <w:t>số</w:t>
            </w:r>
            <w:proofErr w:type="spellEnd"/>
            <w:r w:rsidRPr="00434A89">
              <w:rPr>
                <w:spacing w:val="-10"/>
                <w:szCs w:val="26"/>
              </w:rPr>
              <w:t xml:space="preserve"> </w:t>
            </w:r>
            <w:proofErr w:type="spellStart"/>
            <w:r w:rsidRPr="00434A89">
              <w:rPr>
                <w:spacing w:val="-10"/>
                <w:szCs w:val="26"/>
              </w:rPr>
              <w:t>ngạch</w:t>
            </w:r>
            <w:proofErr w:type="spellEnd"/>
            <w:r w:rsidRPr="00434A89">
              <w:rPr>
                <w:spacing w:val="-10"/>
                <w:szCs w:val="26"/>
              </w:rPr>
              <w:t xml:space="preserve"> </w:t>
            </w:r>
            <w:proofErr w:type="spellStart"/>
            <w:r w:rsidRPr="00434A89">
              <w:rPr>
                <w:spacing w:val="-10"/>
                <w:szCs w:val="26"/>
              </w:rPr>
              <w:t>công</w:t>
            </w:r>
            <w:proofErr w:type="spellEnd"/>
            <w:r w:rsidRPr="00434A89">
              <w:rPr>
                <w:spacing w:val="-10"/>
                <w:szCs w:val="26"/>
              </w:rPr>
              <w:t xml:space="preserve"> </w:t>
            </w:r>
            <w:proofErr w:type="spellStart"/>
            <w:r w:rsidRPr="00434A89">
              <w:rPr>
                <w:spacing w:val="-10"/>
                <w:szCs w:val="26"/>
              </w:rPr>
              <w:t>chức</w:t>
            </w:r>
            <w:proofErr w:type="spellEnd"/>
            <w:r w:rsidRPr="00434A89">
              <w:rPr>
                <w:spacing w:val="-10"/>
                <w:szCs w:val="26"/>
              </w:rPr>
              <w:t xml:space="preserve">: 13.280; </w:t>
            </w:r>
            <w:proofErr w:type="spellStart"/>
            <w:r w:rsidRPr="00434A89">
              <w:rPr>
                <w:spacing w:val="-10"/>
                <w:szCs w:val="26"/>
              </w:rPr>
              <w:t>mã</w:t>
            </w:r>
            <w:proofErr w:type="spellEnd"/>
            <w:r w:rsidRPr="00434A89">
              <w:rPr>
                <w:spacing w:val="-10"/>
                <w:szCs w:val="26"/>
              </w:rPr>
              <w:t xml:space="preserve"> </w:t>
            </w:r>
            <w:proofErr w:type="spellStart"/>
            <w:r w:rsidRPr="00434A89">
              <w:rPr>
                <w:spacing w:val="-10"/>
                <w:szCs w:val="26"/>
              </w:rPr>
              <w:t>số</w:t>
            </w:r>
            <w:proofErr w:type="spellEnd"/>
            <w:r w:rsidRPr="00434A89">
              <w:rPr>
                <w:spacing w:val="-10"/>
                <w:szCs w:val="26"/>
              </w:rPr>
              <w:t xml:space="preserve"> </w:t>
            </w:r>
            <w:proofErr w:type="spellStart"/>
            <w:r w:rsidRPr="00434A89">
              <w:rPr>
                <w:spacing w:val="-10"/>
                <w:szCs w:val="26"/>
              </w:rPr>
              <w:t>chức</w:t>
            </w:r>
            <w:proofErr w:type="spellEnd"/>
            <w:r w:rsidRPr="00434A89">
              <w:rPr>
                <w:spacing w:val="-10"/>
                <w:szCs w:val="26"/>
              </w:rPr>
              <w:t xml:space="preserve"> </w:t>
            </w:r>
            <w:proofErr w:type="spellStart"/>
            <w:r w:rsidRPr="00434A89">
              <w:rPr>
                <w:spacing w:val="-10"/>
                <w:szCs w:val="26"/>
              </w:rPr>
              <w:t>danh</w:t>
            </w:r>
            <w:proofErr w:type="spellEnd"/>
            <w:r w:rsidRPr="00434A89">
              <w:rPr>
                <w:spacing w:val="-10"/>
                <w:szCs w:val="26"/>
              </w:rPr>
              <w:t xml:space="preserve"> </w:t>
            </w:r>
            <w:proofErr w:type="spellStart"/>
            <w:r w:rsidRPr="00434A89">
              <w:rPr>
                <w:spacing w:val="-10"/>
                <w:szCs w:val="26"/>
              </w:rPr>
              <w:t>nghề</w:t>
            </w:r>
            <w:proofErr w:type="spellEnd"/>
            <w:r w:rsidRPr="00434A89">
              <w:rPr>
                <w:spacing w:val="-10"/>
                <w:szCs w:val="26"/>
              </w:rPr>
              <w:t xml:space="preserve"> </w:t>
            </w:r>
            <w:proofErr w:type="spellStart"/>
            <w:r w:rsidRPr="00434A89">
              <w:rPr>
                <w:spacing w:val="-10"/>
                <w:szCs w:val="26"/>
              </w:rPr>
              <w:t>nghiệp</w:t>
            </w:r>
            <w:proofErr w:type="spellEnd"/>
            <w:r w:rsidRPr="00434A89">
              <w:rPr>
                <w:spacing w:val="-10"/>
                <w:szCs w:val="26"/>
              </w:rPr>
              <w:t xml:space="preserve"> </w:t>
            </w:r>
            <w:proofErr w:type="spellStart"/>
            <w:r w:rsidRPr="00434A89">
              <w:rPr>
                <w:spacing w:val="-10"/>
                <w:szCs w:val="26"/>
              </w:rPr>
              <w:t>viên</w:t>
            </w:r>
            <w:proofErr w:type="spellEnd"/>
            <w:r w:rsidRPr="00434A89">
              <w:rPr>
                <w:spacing w:val="-10"/>
                <w:szCs w:val="26"/>
              </w:rPr>
              <w:t xml:space="preserve"> </w:t>
            </w:r>
            <w:proofErr w:type="spellStart"/>
            <w:r w:rsidRPr="00434A89">
              <w:rPr>
                <w:spacing w:val="-10"/>
                <w:szCs w:val="26"/>
              </w:rPr>
              <w:t>chức</w:t>
            </w:r>
            <w:proofErr w:type="spellEnd"/>
            <w:r w:rsidRPr="00434A89">
              <w:rPr>
                <w:spacing w:val="-10"/>
                <w:szCs w:val="26"/>
              </w:rPr>
              <w:t xml:space="preserve">: V.05.03.09 </w:t>
            </w:r>
            <w:proofErr w:type="spellStart"/>
            <w:r w:rsidRPr="00434A89">
              <w:rPr>
                <w:spacing w:val="-10"/>
                <w:szCs w:val="26"/>
              </w:rPr>
              <w:t>áp</w:t>
            </w:r>
            <w:proofErr w:type="spellEnd"/>
            <w:r w:rsidRPr="00434A89">
              <w:rPr>
                <w:spacing w:val="-10"/>
                <w:szCs w:val="26"/>
              </w:rPr>
              <w:t xml:space="preserve"> </w:t>
            </w:r>
            <w:proofErr w:type="spellStart"/>
            <w:r w:rsidRPr="00434A89">
              <w:rPr>
                <w:spacing w:val="-10"/>
                <w:szCs w:val="26"/>
              </w:rPr>
              <w:t>dụng</w:t>
            </w:r>
            <w:proofErr w:type="spellEnd"/>
            <w:r w:rsidRPr="00434A89">
              <w:rPr>
                <w:spacing w:val="-10"/>
                <w:szCs w:val="26"/>
              </w:rPr>
              <w:t xml:space="preserve"> </w:t>
            </w:r>
            <w:proofErr w:type="spellStart"/>
            <w:r w:rsidRPr="00434A89">
              <w:rPr>
                <w:spacing w:val="-10"/>
                <w:szCs w:val="26"/>
              </w:rPr>
              <w:t>bảng</w:t>
            </w:r>
            <w:proofErr w:type="spellEnd"/>
            <w:r w:rsidRPr="00434A89">
              <w:rPr>
                <w:spacing w:val="-10"/>
                <w:szCs w:val="26"/>
              </w:rPr>
              <w:t xml:space="preserve"> </w:t>
            </w:r>
            <w:proofErr w:type="spellStart"/>
            <w:r w:rsidRPr="00434A89">
              <w:rPr>
                <w:spacing w:val="-10"/>
                <w:szCs w:val="26"/>
              </w:rPr>
              <w:t>lương</w:t>
            </w:r>
            <w:proofErr w:type="spellEnd"/>
            <w:r w:rsidRPr="00434A89">
              <w:rPr>
                <w:spacing w:val="-10"/>
                <w:szCs w:val="26"/>
              </w:rPr>
              <w:t xml:space="preserve"> </w:t>
            </w:r>
            <w:proofErr w:type="spellStart"/>
            <w:r w:rsidRPr="00434A89">
              <w:rPr>
                <w:spacing w:val="-10"/>
                <w:szCs w:val="26"/>
              </w:rPr>
              <w:t>công</w:t>
            </w:r>
            <w:proofErr w:type="spellEnd"/>
            <w:r w:rsidRPr="00434A89">
              <w:rPr>
                <w:spacing w:val="-10"/>
                <w:szCs w:val="26"/>
              </w:rPr>
              <w:t xml:space="preserve"> </w:t>
            </w:r>
            <w:proofErr w:type="spellStart"/>
            <w:r w:rsidRPr="00434A89">
              <w:rPr>
                <w:spacing w:val="-10"/>
                <w:szCs w:val="26"/>
              </w:rPr>
              <w:t>chức</w:t>
            </w:r>
            <w:proofErr w:type="spellEnd"/>
            <w:r w:rsidRPr="00434A89">
              <w:rPr>
                <w:spacing w:val="-10"/>
                <w:szCs w:val="26"/>
              </w:rPr>
              <w:t xml:space="preserve"> </w:t>
            </w:r>
            <w:proofErr w:type="spellStart"/>
            <w:r w:rsidRPr="00434A89">
              <w:rPr>
                <w:spacing w:val="-10"/>
                <w:szCs w:val="26"/>
              </w:rPr>
              <w:t>loại</w:t>
            </w:r>
            <w:proofErr w:type="spellEnd"/>
            <w:r w:rsidRPr="00434A89">
              <w:rPr>
                <w:spacing w:val="-10"/>
                <w:szCs w:val="26"/>
              </w:rPr>
              <w:t xml:space="preserve"> A3, </w:t>
            </w:r>
            <w:proofErr w:type="spellStart"/>
            <w:r w:rsidRPr="00434A89">
              <w:rPr>
                <w:spacing w:val="-10"/>
                <w:szCs w:val="26"/>
              </w:rPr>
              <w:t>nhóm</w:t>
            </w:r>
            <w:proofErr w:type="spellEnd"/>
            <w:r w:rsidRPr="00434A89">
              <w:rPr>
                <w:spacing w:val="-10"/>
                <w:szCs w:val="26"/>
              </w:rPr>
              <w:t xml:space="preserve"> 1 (A3.1), </w:t>
            </w:r>
            <w:proofErr w:type="spellStart"/>
            <w:r w:rsidRPr="00434A89">
              <w:rPr>
                <w:spacing w:val="-10"/>
                <w:szCs w:val="26"/>
              </w:rPr>
              <w:t>từ</w:t>
            </w:r>
            <w:proofErr w:type="spellEnd"/>
            <w:r w:rsidRPr="00434A89">
              <w:rPr>
                <w:spacing w:val="-10"/>
                <w:szCs w:val="26"/>
              </w:rPr>
              <w:t xml:space="preserve"> </w:t>
            </w:r>
            <w:proofErr w:type="spellStart"/>
            <w:r w:rsidRPr="00434A89">
              <w:rPr>
                <w:spacing w:val="-10"/>
                <w:szCs w:val="26"/>
              </w:rPr>
              <w:t>hệ</w:t>
            </w:r>
            <w:proofErr w:type="spellEnd"/>
            <w:r w:rsidRPr="00434A89">
              <w:rPr>
                <w:spacing w:val="-10"/>
                <w:szCs w:val="26"/>
              </w:rPr>
              <w:t xml:space="preserve"> </w:t>
            </w:r>
            <w:proofErr w:type="spellStart"/>
            <w:r w:rsidRPr="00434A89">
              <w:rPr>
                <w:spacing w:val="-10"/>
                <w:szCs w:val="26"/>
              </w:rPr>
              <w:t>số</w:t>
            </w:r>
            <w:proofErr w:type="spellEnd"/>
            <w:r w:rsidRPr="00434A89">
              <w:rPr>
                <w:spacing w:val="-10"/>
                <w:szCs w:val="26"/>
              </w:rPr>
              <w:t xml:space="preserve"> </w:t>
            </w:r>
            <w:proofErr w:type="spellStart"/>
            <w:r w:rsidRPr="00434A89">
              <w:rPr>
                <w:spacing w:val="-10"/>
                <w:szCs w:val="26"/>
              </w:rPr>
              <w:t>lương</w:t>
            </w:r>
            <w:proofErr w:type="spellEnd"/>
            <w:r w:rsidRPr="00434A89">
              <w:rPr>
                <w:spacing w:val="-10"/>
                <w:szCs w:val="26"/>
              </w:rPr>
              <w:t xml:space="preserve"> 6,20 </w:t>
            </w:r>
            <w:proofErr w:type="spellStart"/>
            <w:r w:rsidRPr="00434A89">
              <w:rPr>
                <w:spacing w:val="-10"/>
                <w:szCs w:val="26"/>
              </w:rPr>
              <w:t>đến</w:t>
            </w:r>
            <w:proofErr w:type="spellEnd"/>
            <w:r w:rsidRPr="00434A89">
              <w:rPr>
                <w:spacing w:val="-10"/>
                <w:szCs w:val="26"/>
              </w:rPr>
              <w:t xml:space="preserve"> </w:t>
            </w:r>
            <w:proofErr w:type="spellStart"/>
            <w:r w:rsidRPr="00434A89">
              <w:rPr>
                <w:spacing w:val="-10"/>
                <w:szCs w:val="26"/>
              </w:rPr>
              <w:t>hệ</w:t>
            </w:r>
            <w:proofErr w:type="spellEnd"/>
            <w:r w:rsidRPr="00434A89">
              <w:rPr>
                <w:spacing w:val="-10"/>
                <w:szCs w:val="26"/>
              </w:rPr>
              <w:t xml:space="preserve"> </w:t>
            </w:r>
            <w:proofErr w:type="spellStart"/>
            <w:r w:rsidRPr="00434A89">
              <w:rPr>
                <w:spacing w:val="-10"/>
                <w:szCs w:val="26"/>
              </w:rPr>
              <w:t>số</w:t>
            </w:r>
            <w:proofErr w:type="spellEnd"/>
            <w:r w:rsidRPr="00434A89">
              <w:rPr>
                <w:spacing w:val="-10"/>
                <w:szCs w:val="26"/>
              </w:rPr>
              <w:t xml:space="preserve"> </w:t>
            </w:r>
            <w:proofErr w:type="spellStart"/>
            <w:r w:rsidRPr="00434A89">
              <w:rPr>
                <w:spacing w:val="-10"/>
                <w:szCs w:val="26"/>
              </w:rPr>
              <w:t>lương</w:t>
            </w:r>
            <w:proofErr w:type="spellEnd"/>
            <w:r w:rsidRPr="00434A89">
              <w:rPr>
                <w:spacing w:val="-10"/>
                <w:szCs w:val="26"/>
              </w:rPr>
              <w:t xml:space="preserve"> 8,00; </w:t>
            </w:r>
            <w:proofErr w:type="spellStart"/>
            <w:r w:rsidRPr="00434A89">
              <w:rPr>
                <w:spacing w:val="-10"/>
                <w:szCs w:val="26"/>
              </w:rPr>
              <w:t>viên</w:t>
            </w:r>
            <w:proofErr w:type="spellEnd"/>
            <w:r w:rsidRPr="00434A89">
              <w:rPr>
                <w:spacing w:val="-10"/>
                <w:szCs w:val="26"/>
              </w:rPr>
              <w:t xml:space="preserve"> </w:t>
            </w:r>
            <w:proofErr w:type="spellStart"/>
            <w:r w:rsidRPr="00434A89">
              <w:rPr>
                <w:spacing w:val="-10"/>
                <w:szCs w:val="26"/>
              </w:rPr>
              <w:t>chức</w:t>
            </w:r>
            <w:proofErr w:type="spellEnd"/>
            <w:r w:rsidRPr="00434A89">
              <w:rPr>
                <w:spacing w:val="-10"/>
                <w:szCs w:val="26"/>
              </w:rPr>
              <w:t xml:space="preserve"> </w:t>
            </w:r>
            <w:proofErr w:type="spellStart"/>
            <w:r w:rsidRPr="00434A89">
              <w:rPr>
                <w:spacing w:val="-10"/>
                <w:szCs w:val="26"/>
              </w:rPr>
              <w:t>loại</w:t>
            </w:r>
            <w:proofErr w:type="spellEnd"/>
            <w:r w:rsidRPr="00434A89">
              <w:rPr>
                <w:spacing w:val="-10"/>
                <w:szCs w:val="26"/>
              </w:rPr>
              <w:t xml:space="preserve"> A3, </w:t>
            </w:r>
            <w:proofErr w:type="spellStart"/>
            <w:r w:rsidRPr="00434A89">
              <w:rPr>
                <w:spacing w:val="-10"/>
                <w:szCs w:val="26"/>
              </w:rPr>
              <w:t>nhóm</w:t>
            </w:r>
            <w:proofErr w:type="spellEnd"/>
            <w:r w:rsidRPr="00434A89">
              <w:rPr>
                <w:spacing w:val="-10"/>
                <w:szCs w:val="26"/>
              </w:rPr>
              <w:t xml:space="preserve"> 1 (A3.1), </w:t>
            </w:r>
            <w:proofErr w:type="spellStart"/>
            <w:r w:rsidRPr="00434A89">
              <w:rPr>
                <w:spacing w:val="-10"/>
                <w:szCs w:val="26"/>
              </w:rPr>
              <w:t>từ</w:t>
            </w:r>
            <w:proofErr w:type="spellEnd"/>
            <w:r w:rsidRPr="00434A89">
              <w:rPr>
                <w:spacing w:val="-10"/>
                <w:szCs w:val="26"/>
              </w:rPr>
              <w:t xml:space="preserve"> </w:t>
            </w:r>
            <w:proofErr w:type="spellStart"/>
            <w:r w:rsidRPr="00434A89">
              <w:rPr>
                <w:spacing w:val="-10"/>
                <w:szCs w:val="26"/>
              </w:rPr>
              <w:t>hệ</w:t>
            </w:r>
            <w:proofErr w:type="spellEnd"/>
            <w:r w:rsidRPr="00434A89">
              <w:rPr>
                <w:spacing w:val="-10"/>
                <w:szCs w:val="26"/>
              </w:rPr>
              <w:t xml:space="preserve"> </w:t>
            </w:r>
            <w:proofErr w:type="spellStart"/>
            <w:r w:rsidRPr="00434A89">
              <w:rPr>
                <w:spacing w:val="-10"/>
                <w:szCs w:val="26"/>
              </w:rPr>
              <w:t>số</w:t>
            </w:r>
            <w:proofErr w:type="spellEnd"/>
            <w:r w:rsidRPr="00434A89">
              <w:rPr>
                <w:spacing w:val="-10"/>
                <w:szCs w:val="26"/>
              </w:rPr>
              <w:t xml:space="preserve"> 6,20 </w:t>
            </w:r>
            <w:proofErr w:type="spellStart"/>
            <w:r w:rsidRPr="00434A89">
              <w:rPr>
                <w:spacing w:val="-10"/>
                <w:szCs w:val="26"/>
              </w:rPr>
              <w:t>đến</w:t>
            </w:r>
            <w:proofErr w:type="spellEnd"/>
            <w:r w:rsidRPr="00434A89">
              <w:rPr>
                <w:spacing w:val="-10"/>
                <w:szCs w:val="26"/>
              </w:rPr>
              <w:t xml:space="preserve"> 8,20.</w:t>
            </w:r>
          </w:p>
          <w:p w14:paraId="028663A9" w14:textId="77777777" w:rsidR="00BE5D3B" w:rsidRPr="00434A89" w:rsidRDefault="00BE5D3B" w:rsidP="00D23166">
            <w:pPr>
              <w:spacing w:before="120" w:after="120" w:line="240" w:lineRule="auto"/>
              <w:jc w:val="both"/>
              <w:rPr>
                <w:spacing w:val="-10"/>
                <w:szCs w:val="26"/>
              </w:rPr>
            </w:pPr>
            <w:r w:rsidRPr="00434A89">
              <w:rPr>
                <w:spacing w:val="-10"/>
                <w:szCs w:val="26"/>
              </w:rPr>
              <w:t xml:space="preserve">b) </w:t>
            </w:r>
            <w:proofErr w:type="spellStart"/>
            <w:r w:rsidRPr="00434A89">
              <w:rPr>
                <w:spacing w:val="-10"/>
                <w:szCs w:val="26"/>
              </w:rPr>
              <w:t>Ngạch</w:t>
            </w:r>
            <w:proofErr w:type="spellEnd"/>
            <w:r w:rsidRPr="00434A89">
              <w:rPr>
                <w:spacing w:val="-10"/>
                <w:szCs w:val="26"/>
              </w:rPr>
              <w:t xml:space="preserve"> </w:t>
            </w:r>
            <w:proofErr w:type="spellStart"/>
            <w:r w:rsidRPr="00434A89">
              <w:rPr>
                <w:spacing w:val="-10"/>
                <w:szCs w:val="26"/>
              </w:rPr>
              <w:t>Kiểm</w:t>
            </w:r>
            <w:proofErr w:type="spellEnd"/>
            <w:r w:rsidRPr="00434A89">
              <w:rPr>
                <w:spacing w:val="-10"/>
                <w:szCs w:val="26"/>
              </w:rPr>
              <w:t xml:space="preserve"> </w:t>
            </w:r>
            <w:proofErr w:type="spellStart"/>
            <w:r w:rsidRPr="00434A89">
              <w:rPr>
                <w:spacing w:val="-10"/>
                <w:szCs w:val="26"/>
              </w:rPr>
              <w:t>soát</w:t>
            </w:r>
            <w:proofErr w:type="spellEnd"/>
            <w:r w:rsidRPr="00434A89">
              <w:rPr>
                <w:spacing w:val="-10"/>
                <w:szCs w:val="26"/>
              </w:rPr>
              <w:t xml:space="preserve"> </w:t>
            </w:r>
            <w:proofErr w:type="spellStart"/>
            <w:r w:rsidRPr="00434A89">
              <w:rPr>
                <w:spacing w:val="-10"/>
                <w:szCs w:val="26"/>
              </w:rPr>
              <w:t>viên</w:t>
            </w:r>
            <w:proofErr w:type="spellEnd"/>
            <w:r w:rsidRPr="00434A89">
              <w:rPr>
                <w:spacing w:val="-10"/>
                <w:szCs w:val="26"/>
              </w:rPr>
              <w:t xml:space="preserve"> </w:t>
            </w:r>
            <w:proofErr w:type="spellStart"/>
            <w:r w:rsidRPr="00434A89">
              <w:rPr>
                <w:spacing w:val="-10"/>
                <w:szCs w:val="26"/>
              </w:rPr>
              <w:t>chính</w:t>
            </w:r>
            <w:proofErr w:type="spellEnd"/>
            <w:r w:rsidRPr="00434A89">
              <w:rPr>
                <w:spacing w:val="-10"/>
                <w:szCs w:val="26"/>
              </w:rPr>
              <w:t xml:space="preserve"> </w:t>
            </w:r>
            <w:proofErr w:type="spellStart"/>
            <w:r w:rsidRPr="00434A89">
              <w:rPr>
                <w:spacing w:val="-10"/>
                <w:szCs w:val="26"/>
              </w:rPr>
              <w:t>chất</w:t>
            </w:r>
            <w:proofErr w:type="spellEnd"/>
            <w:r w:rsidRPr="00434A89">
              <w:rPr>
                <w:spacing w:val="-10"/>
                <w:szCs w:val="26"/>
              </w:rPr>
              <w:t xml:space="preserve"> </w:t>
            </w:r>
            <w:proofErr w:type="spellStart"/>
            <w:r w:rsidRPr="00434A89">
              <w:rPr>
                <w:spacing w:val="-10"/>
                <w:szCs w:val="26"/>
              </w:rPr>
              <w:t>lượng</w:t>
            </w:r>
            <w:proofErr w:type="spellEnd"/>
            <w:r w:rsidRPr="00434A89">
              <w:rPr>
                <w:spacing w:val="-10"/>
                <w:szCs w:val="26"/>
              </w:rPr>
              <w:t xml:space="preserve"> </w:t>
            </w:r>
            <w:proofErr w:type="spellStart"/>
            <w:r w:rsidRPr="00434A89">
              <w:rPr>
                <w:spacing w:val="-10"/>
                <w:szCs w:val="26"/>
              </w:rPr>
              <w:t>sản</w:t>
            </w:r>
            <w:proofErr w:type="spellEnd"/>
            <w:r w:rsidRPr="00434A89">
              <w:rPr>
                <w:spacing w:val="-10"/>
                <w:szCs w:val="26"/>
              </w:rPr>
              <w:t xml:space="preserve"> </w:t>
            </w:r>
            <w:proofErr w:type="spellStart"/>
            <w:r w:rsidRPr="00434A89">
              <w:rPr>
                <w:spacing w:val="-10"/>
                <w:szCs w:val="26"/>
              </w:rPr>
              <w:t>phẩm</w:t>
            </w:r>
            <w:proofErr w:type="spellEnd"/>
            <w:r w:rsidRPr="00434A89">
              <w:rPr>
                <w:spacing w:val="-10"/>
                <w:szCs w:val="26"/>
              </w:rPr>
              <w:t xml:space="preserve">, </w:t>
            </w:r>
            <w:proofErr w:type="spellStart"/>
            <w:r w:rsidRPr="00434A89">
              <w:rPr>
                <w:spacing w:val="-10"/>
                <w:szCs w:val="26"/>
              </w:rPr>
              <w:t>hàng</w:t>
            </w:r>
            <w:proofErr w:type="spellEnd"/>
            <w:r w:rsidRPr="00434A89">
              <w:rPr>
                <w:spacing w:val="-10"/>
                <w:szCs w:val="26"/>
              </w:rPr>
              <w:t xml:space="preserve"> </w:t>
            </w:r>
            <w:proofErr w:type="spellStart"/>
            <w:r w:rsidRPr="00434A89">
              <w:rPr>
                <w:spacing w:val="-10"/>
                <w:szCs w:val="26"/>
              </w:rPr>
              <w:t>hóa</w:t>
            </w:r>
            <w:proofErr w:type="spellEnd"/>
            <w:r w:rsidRPr="00434A89">
              <w:rPr>
                <w:spacing w:val="-10"/>
                <w:szCs w:val="26"/>
              </w:rPr>
              <w:t xml:space="preserve"> (</w:t>
            </w:r>
            <w:proofErr w:type="spellStart"/>
            <w:r w:rsidRPr="00434A89">
              <w:rPr>
                <w:spacing w:val="-10"/>
                <w:szCs w:val="26"/>
              </w:rPr>
              <w:t>hạng</w:t>
            </w:r>
            <w:proofErr w:type="spellEnd"/>
            <w:r w:rsidRPr="00434A89">
              <w:rPr>
                <w:spacing w:val="-10"/>
                <w:szCs w:val="26"/>
              </w:rPr>
              <w:t xml:space="preserve"> II); </w:t>
            </w:r>
            <w:proofErr w:type="spellStart"/>
            <w:r w:rsidRPr="00434A89">
              <w:rPr>
                <w:spacing w:val="-10"/>
                <w:szCs w:val="26"/>
              </w:rPr>
              <w:t>mã</w:t>
            </w:r>
            <w:proofErr w:type="spellEnd"/>
            <w:r w:rsidRPr="00434A89">
              <w:rPr>
                <w:spacing w:val="-10"/>
                <w:szCs w:val="26"/>
              </w:rPr>
              <w:t xml:space="preserve"> </w:t>
            </w:r>
            <w:proofErr w:type="spellStart"/>
            <w:r w:rsidRPr="00434A89">
              <w:rPr>
                <w:spacing w:val="-10"/>
                <w:szCs w:val="26"/>
              </w:rPr>
              <w:t>số</w:t>
            </w:r>
            <w:proofErr w:type="spellEnd"/>
            <w:r w:rsidRPr="00434A89">
              <w:rPr>
                <w:spacing w:val="-10"/>
                <w:szCs w:val="26"/>
              </w:rPr>
              <w:t xml:space="preserve"> </w:t>
            </w:r>
            <w:proofErr w:type="spellStart"/>
            <w:r w:rsidRPr="00434A89">
              <w:rPr>
                <w:spacing w:val="-10"/>
                <w:szCs w:val="26"/>
              </w:rPr>
              <w:t>ngạch</w:t>
            </w:r>
            <w:proofErr w:type="spellEnd"/>
            <w:r w:rsidRPr="00434A89">
              <w:rPr>
                <w:spacing w:val="-10"/>
                <w:szCs w:val="26"/>
              </w:rPr>
              <w:t xml:space="preserve"> </w:t>
            </w:r>
            <w:proofErr w:type="spellStart"/>
            <w:r w:rsidRPr="00434A89">
              <w:rPr>
                <w:spacing w:val="-10"/>
                <w:szCs w:val="26"/>
              </w:rPr>
              <w:t>công</w:t>
            </w:r>
            <w:proofErr w:type="spellEnd"/>
            <w:r w:rsidRPr="00434A89">
              <w:rPr>
                <w:spacing w:val="-10"/>
                <w:szCs w:val="26"/>
              </w:rPr>
              <w:t xml:space="preserve"> </w:t>
            </w:r>
            <w:proofErr w:type="spellStart"/>
            <w:r w:rsidRPr="00434A89">
              <w:rPr>
                <w:spacing w:val="-10"/>
                <w:szCs w:val="26"/>
              </w:rPr>
              <w:t>chức</w:t>
            </w:r>
            <w:proofErr w:type="spellEnd"/>
            <w:r w:rsidRPr="00434A89">
              <w:rPr>
                <w:spacing w:val="-10"/>
                <w:szCs w:val="26"/>
              </w:rPr>
              <w:t xml:space="preserve">: 13.281; </w:t>
            </w:r>
            <w:proofErr w:type="spellStart"/>
            <w:r w:rsidRPr="00434A89">
              <w:rPr>
                <w:spacing w:val="-10"/>
                <w:szCs w:val="26"/>
              </w:rPr>
              <w:t>mã</w:t>
            </w:r>
            <w:proofErr w:type="spellEnd"/>
            <w:r w:rsidRPr="00434A89">
              <w:rPr>
                <w:spacing w:val="-10"/>
                <w:szCs w:val="26"/>
              </w:rPr>
              <w:t xml:space="preserve"> </w:t>
            </w:r>
            <w:proofErr w:type="spellStart"/>
            <w:r w:rsidRPr="00434A89">
              <w:rPr>
                <w:spacing w:val="-10"/>
                <w:szCs w:val="26"/>
              </w:rPr>
              <w:t>số</w:t>
            </w:r>
            <w:proofErr w:type="spellEnd"/>
            <w:r w:rsidRPr="00434A89">
              <w:rPr>
                <w:spacing w:val="-10"/>
                <w:szCs w:val="26"/>
              </w:rPr>
              <w:t xml:space="preserve"> </w:t>
            </w:r>
            <w:proofErr w:type="spellStart"/>
            <w:r w:rsidRPr="00434A89">
              <w:rPr>
                <w:spacing w:val="-10"/>
                <w:szCs w:val="26"/>
              </w:rPr>
              <w:t>chức</w:t>
            </w:r>
            <w:proofErr w:type="spellEnd"/>
            <w:r w:rsidRPr="00434A89">
              <w:rPr>
                <w:spacing w:val="-10"/>
                <w:szCs w:val="26"/>
              </w:rPr>
              <w:t xml:space="preserve"> </w:t>
            </w:r>
            <w:proofErr w:type="spellStart"/>
            <w:r w:rsidRPr="00434A89">
              <w:rPr>
                <w:spacing w:val="-10"/>
                <w:szCs w:val="26"/>
              </w:rPr>
              <w:t>danh</w:t>
            </w:r>
            <w:proofErr w:type="spellEnd"/>
            <w:r w:rsidRPr="00434A89">
              <w:rPr>
                <w:spacing w:val="-10"/>
                <w:szCs w:val="26"/>
              </w:rPr>
              <w:t xml:space="preserve"> </w:t>
            </w:r>
            <w:proofErr w:type="spellStart"/>
            <w:r w:rsidRPr="00434A89">
              <w:rPr>
                <w:spacing w:val="-10"/>
                <w:szCs w:val="26"/>
              </w:rPr>
              <w:t>nghề</w:t>
            </w:r>
            <w:proofErr w:type="spellEnd"/>
            <w:r w:rsidRPr="00434A89">
              <w:rPr>
                <w:spacing w:val="-10"/>
                <w:szCs w:val="26"/>
              </w:rPr>
              <w:t xml:space="preserve"> </w:t>
            </w:r>
            <w:proofErr w:type="spellStart"/>
            <w:r w:rsidRPr="00434A89">
              <w:rPr>
                <w:spacing w:val="-10"/>
                <w:szCs w:val="26"/>
              </w:rPr>
              <w:t>nghiệp</w:t>
            </w:r>
            <w:proofErr w:type="spellEnd"/>
            <w:r w:rsidRPr="00434A89">
              <w:rPr>
                <w:spacing w:val="-10"/>
                <w:szCs w:val="26"/>
              </w:rPr>
              <w:t xml:space="preserve"> </w:t>
            </w:r>
            <w:proofErr w:type="spellStart"/>
            <w:r w:rsidRPr="00434A89">
              <w:rPr>
                <w:spacing w:val="-10"/>
                <w:szCs w:val="26"/>
              </w:rPr>
              <w:t>viên</w:t>
            </w:r>
            <w:proofErr w:type="spellEnd"/>
            <w:r w:rsidRPr="00434A89">
              <w:rPr>
                <w:spacing w:val="-10"/>
                <w:szCs w:val="26"/>
              </w:rPr>
              <w:t xml:space="preserve"> </w:t>
            </w:r>
            <w:proofErr w:type="spellStart"/>
            <w:r w:rsidRPr="00434A89">
              <w:rPr>
                <w:spacing w:val="-10"/>
                <w:szCs w:val="26"/>
              </w:rPr>
              <w:t>chức</w:t>
            </w:r>
            <w:proofErr w:type="spellEnd"/>
            <w:r w:rsidRPr="00434A89">
              <w:rPr>
                <w:spacing w:val="-10"/>
                <w:szCs w:val="26"/>
              </w:rPr>
              <w:t xml:space="preserve">: V.05.03.10 </w:t>
            </w:r>
            <w:proofErr w:type="spellStart"/>
            <w:r w:rsidRPr="00434A89">
              <w:rPr>
                <w:spacing w:val="-10"/>
                <w:szCs w:val="26"/>
              </w:rPr>
              <w:t>áp</w:t>
            </w:r>
            <w:proofErr w:type="spellEnd"/>
            <w:r w:rsidRPr="00434A89">
              <w:rPr>
                <w:spacing w:val="-10"/>
                <w:szCs w:val="26"/>
              </w:rPr>
              <w:t xml:space="preserve"> </w:t>
            </w:r>
            <w:proofErr w:type="spellStart"/>
            <w:r w:rsidRPr="00434A89">
              <w:rPr>
                <w:spacing w:val="-10"/>
                <w:szCs w:val="26"/>
              </w:rPr>
              <w:t>dụng</w:t>
            </w:r>
            <w:proofErr w:type="spellEnd"/>
            <w:r w:rsidRPr="00434A89">
              <w:rPr>
                <w:spacing w:val="-10"/>
                <w:szCs w:val="26"/>
              </w:rPr>
              <w:t xml:space="preserve"> </w:t>
            </w:r>
            <w:proofErr w:type="spellStart"/>
            <w:r w:rsidRPr="00434A89">
              <w:rPr>
                <w:spacing w:val="-10"/>
                <w:szCs w:val="26"/>
              </w:rPr>
              <w:t>bảng</w:t>
            </w:r>
            <w:proofErr w:type="spellEnd"/>
            <w:r w:rsidRPr="00434A89">
              <w:rPr>
                <w:spacing w:val="-10"/>
                <w:szCs w:val="26"/>
              </w:rPr>
              <w:t xml:space="preserve"> </w:t>
            </w:r>
            <w:proofErr w:type="spellStart"/>
            <w:r w:rsidRPr="00434A89">
              <w:rPr>
                <w:spacing w:val="-10"/>
                <w:szCs w:val="26"/>
              </w:rPr>
              <w:t>lương</w:t>
            </w:r>
            <w:proofErr w:type="spellEnd"/>
            <w:r w:rsidRPr="00434A89">
              <w:rPr>
                <w:spacing w:val="-10"/>
                <w:szCs w:val="26"/>
              </w:rPr>
              <w:t xml:space="preserve"> </w:t>
            </w:r>
            <w:proofErr w:type="spellStart"/>
            <w:r w:rsidRPr="00434A89">
              <w:rPr>
                <w:spacing w:val="-10"/>
                <w:szCs w:val="26"/>
              </w:rPr>
              <w:t>công</w:t>
            </w:r>
            <w:proofErr w:type="spellEnd"/>
            <w:r w:rsidRPr="00434A89">
              <w:rPr>
                <w:spacing w:val="-10"/>
                <w:szCs w:val="26"/>
              </w:rPr>
              <w:t xml:space="preserve"> </w:t>
            </w:r>
            <w:proofErr w:type="spellStart"/>
            <w:r w:rsidRPr="00434A89">
              <w:rPr>
                <w:spacing w:val="-10"/>
                <w:szCs w:val="26"/>
              </w:rPr>
              <w:t>chức</w:t>
            </w:r>
            <w:proofErr w:type="spellEnd"/>
            <w:r w:rsidRPr="00434A89">
              <w:rPr>
                <w:spacing w:val="-10"/>
                <w:szCs w:val="26"/>
              </w:rPr>
              <w:t xml:space="preserve"> </w:t>
            </w:r>
            <w:proofErr w:type="spellStart"/>
            <w:r w:rsidRPr="00434A89">
              <w:rPr>
                <w:spacing w:val="-10"/>
                <w:szCs w:val="26"/>
              </w:rPr>
              <w:t>loại</w:t>
            </w:r>
            <w:proofErr w:type="spellEnd"/>
            <w:r w:rsidRPr="00434A89">
              <w:rPr>
                <w:spacing w:val="-10"/>
                <w:szCs w:val="26"/>
              </w:rPr>
              <w:t xml:space="preserve"> A2, </w:t>
            </w:r>
            <w:proofErr w:type="spellStart"/>
            <w:r w:rsidRPr="00434A89">
              <w:rPr>
                <w:spacing w:val="-10"/>
                <w:szCs w:val="26"/>
              </w:rPr>
              <w:t>nhóm</w:t>
            </w:r>
            <w:proofErr w:type="spellEnd"/>
            <w:r w:rsidRPr="00434A89">
              <w:rPr>
                <w:spacing w:val="-10"/>
                <w:szCs w:val="26"/>
              </w:rPr>
              <w:t xml:space="preserve"> 1 (A2.1), </w:t>
            </w:r>
            <w:proofErr w:type="spellStart"/>
            <w:r w:rsidRPr="00434A89">
              <w:rPr>
                <w:spacing w:val="-10"/>
                <w:szCs w:val="26"/>
              </w:rPr>
              <w:t>từ</w:t>
            </w:r>
            <w:proofErr w:type="spellEnd"/>
            <w:r w:rsidRPr="00434A89">
              <w:rPr>
                <w:spacing w:val="-10"/>
                <w:szCs w:val="26"/>
              </w:rPr>
              <w:t xml:space="preserve"> </w:t>
            </w:r>
            <w:proofErr w:type="spellStart"/>
            <w:r w:rsidRPr="00434A89">
              <w:rPr>
                <w:spacing w:val="-10"/>
                <w:szCs w:val="26"/>
              </w:rPr>
              <w:t>hệ</w:t>
            </w:r>
            <w:proofErr w:type="spellEnd"/>
            <w:r w:rsidRPr="00434A89">
              <w:rPr>
                <w:spacing w:val="-10"/>
                <w:szCs w:val="26"/>
              </w:rPr>
              <w:t xml:space="preserve"> </w:t>
            </w:r>
            <w:proofErr w:type="spellStart"/>
            <w:r w:rsidRPr="00434A89">
              <w:rPr>
                <w:spacing w:val="-10"/>
                <w:szCs w:val="26"/>
              </w:rPr>
              <w:t>số</w:t>
            </w:r>
            <w:proofErr w:type="spellEnd"/>
            <w:r w:rsidRPr="00434A89">
              <w:rPr>
                <w:spacing w:val="-10"/>
                <w:szCs w:val="26"/>
              </w:rPr>
              <w:t xml:space="preserve"> </w:t>
            </w:r>
            <w:proofErr w:type="spellStart"/>
            <w:r w:rsidRPr="00434A89">
              <w:rPr>
                <w:spacing w:val="-10"/>
                <w:szCs w:val="26"/>
              </w:rPr>
              <w:t>lương</w:t>
            </w:r>
            <w:proofErr w:type="spellEnd"/>
            <w:r w:rsidRPr="00434A89">
              <w:rPr>
                <w:spacing w:val="-10"/>
                <w:szCs w:val="26"/>
              </w:rPr>
              <w:t xml:space="preserve"> 4,40 </w:t>
            </w:r>
            <w:proofErr w:type="spellStart"/>
            <w:r w:rsidRPr="00434A89">
              <w:rPr>
                <w:spacing w:val="-10"/>
                <w:szCs w:val="26"/>
              </w:rPr>
              <w:t>đến</w:t>
            </w:r>
            <w:proofErr w:type="spellEnd"/>
            <w:r w:rsidRPr="00434A89">
              <w:rPr>
                <w:spacing w:val="-10"/>
                <w:szCs w:val="26"/>
              </w:rPr>
              <w:t xml:space="preserve"> </w:t>
            </w:r>
            <w:proofErr w:type="spellStart"/>
            <w:r w:rsidRPr="00434A89">
              <w:rPr>
                <w:spacing w:val="-10"/>
                <w:szCs w:val="26"/>
              </w:rPr>
              <w:t>hệ</w:t>
            </w:r>
            <w:proofErr w:type="spellEnd"/>
            <w:r w:rsidRPr="00434A89">
              <w:rPr>
                <w:spacing w:val="-10"/>
                <w:szCs w:val="26"/>
              </w:rPr>
              <w:t xml:space="preserve"> </w:t>
            </w:r>
            <w:proofErr w:type="spellStart"/>
            <w:r w:rsidRPr="00434A89">
              <w:rPr>
                <w:spacing w:val="-10"/>
                <w:szCs w:val="26"/>
              </w:rPr>
              <w:t>số</w:t>
            </w:r>
            <w:proofErr w:type="spellEnd"/>
            <w:r w:rsidRPr="00434A89">
              <w:rPr>
                <w:spacing w:val="-10"/>
                <w:szCs w:val="26"/>
              </w:rPr>
              <w:t xml:space="preserve"> </w:t>
            </w:r>
            <w:proofErr w:type="spellStart"/>
            <w:r w:rsidRPr="00434A89">
              <w:rPr>
                <w:spacing w:val="-10"/>
                <w:szCs w:val="26"/>
              </w:rPr>
              <w:t>lương</w:t>
            </w:r>
            <w:proofErr w:type="spellEnd"/>
            <w:r w:rsidRPr="00434A89">
              <w:rPr>
                <w:spacing w:val="-10"/>
                <w:szCs w:val="26"/>
              </w:rPr>
              <w:t xml:space="preserve"> 6,78; </w:t>
            </w:r>
            <w:proofErr w:type="spellStart"/>
            <w:r w:rsidRPr="00434A89">
              <w:rPr>
                <w:spacing w:val="-10"/>
                <w:szCs w:val="26"/>
              </w:rPr>
              <w:t>viên</w:t>
            </w:r>
            <w:proofErr w:type="spellEnd"/>
            <w:r w:rsidRPr="00434A89">
              <w:rPr>
                <w:spacing w:val="-10"/>
                <w:szCs w:val="26"/>
              </w:rPr>
              <w:t xml:space="preserve"> </w:t>
            </w:r>
            <w:proofErr w:type="spellStart"/>
            <w:r w:rsidRPr="00434A89">
              <w:rPr>
                <w:spacing w:val="-10"/>
                <w:szCs w:val="26"/>
              </w:rPr>
              <w:t>chức</w:t>
            </w:r>
            <w:proofErr w:type="spellEnd"/>
            <w:r w:rsidRPr="00434A89">
              <w:rPr>
                <w:spacing w:val="-10"/>
                <w:szCs w:val="26"/>
              </w:rPr>
              <w:t xml:space="preserve"> </w:t>
            </w:r>
            <w:proofErr w:type="spellStart"/>
            <w:r w:rsidRPr="00434A89">
              <w:rPr>
                <w:spacing w:val="-10"/>
                <w:szCs w:val="26"/>
              </w:rPr>
              <w:t>loại</w:t>
            </w:r>
            <w:proofErr w:type="spellEnd"/>
            <w:r w:rsidRPr="00434A89">
              <w:rPr>
                <w:spacing w:val="-10"/>
                <w:szCs w:val="26"/>
              </w:rPr>
              <w:t xml:space="preserve"> A2, </w:t>
            </w:r>
            <w:proofErr w:type="spellStart"/>
            <w:r w:rsidRPr="00434A89">
              <w:rPr>
                <w:spacing w:val="-10"/>
                <w:szCs w:val="26"/>
              </w:rPr>
              <w:t>nhóm</w:t>
            </w:r>
            <w:proofErr w:type="spellEnd"/>
            <w:r w:rsidRPr="00434A89">
              <w:rPr>
                <w:spacing w:val="-10"/>
                <w:szCs w:val="26"/>
              </w:rPr>
              <w:t xml:space="preserve"> 1 (A2.1), </w:t>
            </w:r>
            <w:proofErr w:type="spellStart"/>
            <w:r w:rsidRPr="00434A89">
              <w:rPr>
                <w:spacing w:val="-10"/>
                <w:szCs w:val="26"/>
              </w:rPr>
              <w:t>từ</w:t>
            </w:r>
            <w:proofErr w:type="spellEnd"/>
            <w:r w:rsidRPr="00434A89">
              <w:rPr>
                <w:spacing w:val="-10"/>
                <w:szCs w:val="26"/>
              </w:rPr>
              <w:t xml:space="preserve"> </w:t>
            </w:r>
            <w:proofErr w:type="spellStart"/>
            <w:r w:rsidRPr="00434A89">
              <w:rPr>
                <w:spacing w:val="-10"/>
                <w:szCs w:val="26"/>
              </w:rPr>
              <w:t>hệ</w:t>
            </w:r>
            <w:proofErr w:type="spellEnd"/>
            <w:r w:rsidRPr="00434A89">
              <w:rPr>
                <w:spacing w:val="-10"/>
                <w:szCs w:val="26"/>
              </w:rPr>
              <w:t xml:space="preserve"> </w:t>
            </w:r>
            <w:proofErr w:type="spellStart"/>
            <w:r w:rsidRPr="00434A89">
              <w:rPr>
                <w:spacing w:val="-10"/>
                <w:szCs w:val="26"/>
              </w:rPr>
              <w:t>số</w:t>
            </w:r>
            <w:proofErr w:type="spellEnd"/>
            <w:r w:rsidRPr="00434A89">
              <w:rPr>
                <w:spacing w:val="-10"/>
                <w:szCs w:val="26"/>
              </w:rPr>
              <w:t xml:space="preserve"> 4,40 </w:t>
            </w:r>
            <w:proofErr w:type="spellStart"/>
            <w:r w:rsidRPr="00434A89">
              <w:rPr>
                <w:spacing w:val="-10"/>
                <w:szCs w:val="26"/>
              </w:rPr>
              <w:t>đến</w:t>
            </w:r>
            <w:proofErr w:type="spellEnd"/>
            <w:r w:rsidRPr="00434A89">
              <w:rPr>
                <w:spacing w:val="-10"/>
                <w:szCs w:val="26"/>
              </w:rPr>
              <w:t xml:space="preserve"> 6,78.</w:t>
            </w:r>
          </w:p>
          <w:p w14:paraId="486B3D7F" w14:textId="78A9ED75" w:rsidR="00BE5D3B" w:rsidRPr="00434A89" w:rsidRDefault="00BE5D3B" w:rsidP="00D23166">
            <w:pPr>
              <w:spacing w:before="120" w:after="120" w:line="240" w:lineRule="auto"/>
              <w:jc w:val="both"/>
              <w:rPr>
                <w:i/>
                <w:iCs/>
                <w:spacing w:val="-10"/>
                <w:sz w:val="28"/>
                <w:szCs w:val="28"/>
                <w:lang w:val="de-DE"/>
              </w:rPr>
            </w:pPr>
            <w:r w:rsidRPr="00434A89">
              <w:rPr>
                <w:spacing w:val="-10"/>
                <w:szCs w:val="26"/>
              </w:rPr>
              <w:lastRenderedPageBreak/>
              <w:t xml:space="preserve">c) </w:t>
            </w:r>
            <w:proofErr w:type="spellStart"/>
            <w:r w:rsidRPr="00434A89">
              <w:rPr>
                <w:spacing w:val="-10"/>
                <w:szCs w:val="26"/>
              </w:rPr>
              <w:t>Ngạch</w:t>
            </w:r>
            <w:proofErr w:type="spellEnd"/>
            <w:r w:rsidRPr="00434A89">
              <w:rPr>
                <w:spacing w:val="-10"/>
                <w:szCs w:val="26"/>
              </w:rPr>
              <w:t xml:space="preserve"> </w:t>
            </w:r>
            <w:proofErr w:type="spellStart"/>
            <w:r w:rsidRPr="00434A89">
              <w:rPr>
                <w:spacing w:val="-10"/>
                <w:szCs w:val="26"/>
              </w:rPr>
              <w:t>Kiểm</w:t>
            </w:r>
            <w:proofErr w:type="spellEnd"/>
            <w:r w:rsidRPr="00434A89">
              <w:rPr>
                <w:spacing w:val="-10"/>
                <w:szCs w:val="26"/>
              </w:rPr>
              <w:t xml:space="preserve"> </w:t>
            </w:r>
            <w:proofErr w:type="spellStart"/>
            <w:r w:rsidRPr="00434A89">
              <w:rPr>
                <w:spacing w:val="-10"/>
                <w:szCs w:val="26"/>
              </w:rPr>
              <w:t>soát</w:t>
            </w:r>
            <w:proofErr w:type="spellEnd"/>
            <w:r w:rsidRPr="00434A89">
              <w:rPr>
                <w:spacing w:val="-10"/>
                <w:szCs w:val="26"/>
              </w:rPr>
              <w:t xml:space="preserve"> </w:t>
            </w:r>
            <w:proofErr w:type="spellStart"/>
            <w:r w:rsidRPr="00434A89">
              <w:rPr>
                <w:spacing w:val="-10"/>
                <w:szCs w:val="26"/>
              </w:rPr>
              <w:t>viên</w:t>
            </w:r>
            <w:proofErr w:type="spellEnd"/>
            <w:r w:rsidRPr="00434A89">
              <w:rPr>
                <w:spacing w:val="-10"/>
                <w:szCs w:val="26"/>
              </w:rPr>
              <w:t xml:space="preserve"> </w:t>
            </w:r>
            <w:proofErr w:type="spellStart"/>
            <w:r w:rsidRPr="00434A89">
              <w:rPr>
                <w:spacing w:val="-10"/>
                <w:szCs w:val="26"/>
              </w:rPr>
              <w:t>chất</w:t>
            </w:r>
            <w:proofErr w:type="spellEnd"/>
            <w:r w:rsidRPr="00434A89">
              <w:rPr>
                <w:spacing w:val="-10"/>
                <w:szCs w:val="26"/>
              </w:rPr>
              <w:t xml:space="preserve"> </w:t>
            </w:r>
            <w:proofErr w:type="spellStart"/>
            <w:r w:rsidRPr="00434A89">
              <w:rPr>
                <w:spacing w:val="-10"/>
                <w:szCs w:val="26"/>
              </w:rPr>
              <w:t>lượng</w:t>
            </w:r>
            <w:proofErr w:type="spellEnd"/>
            <w:r w:rsidRPr="00434A89">
              <w:rPr>
                <w:spacing w:val="-10"/>
                <w:szCs w:val="26"/>
              </w:rPr>
              <w:t xml:space="preserve"> </w:t>
            </w:r>
            <w:proofErr w:type="spellStart"/>
            <w:r w:rsidRPr="00434A89">
              <w:rPr>
                <w:spacing w:val="-10"/>
                <w:szCs w:val="26"/>
              </w:rPr>
              <w:t>sản</w:t>
            </w:r>
            <w:proofErr w:type="spellEnd"/>
            <w:r w:rsidRPr="00434A89">
              <w:rPr>
                <w:spacing w:val="-10"/>
                <w:szCs w:val="26"/>
              </w:rPr>
              <w:t xml:space="preserve"> </w:t>
            </w:r>
            <w:proofErr w:type="spellStart"/>
            <w:r w:rsidRPr="00434A89">
              <w:rPr>
                <w:spacing w:val="-10"/>
                <w:szCs w:val="26"/>
              </w:rPr>
              <w:t>phẩm</w:t>
            </w:r>
            <w:proofErr w:type="spellEnd"/>
            <w:r w:rsidRPr="00434A89">
              <w:rPr>
                <w:spacing w:val="-10"/>
                <w:szCs w:val="26"/>
              </w:rPr>
              <w:t xml:space="preserve">, </w:t>
            </w:r>
            <w:proofErr w:type="spellStart"/>
            <w:r w:rsidRPr="00434A89">
              <w:rPr>
                <w:spacing w:val="-10"/>
                <w:szCs w:val="26"/>
              </w:rPr>
              <w:t>hàng</w:t>
            </w:r>
            <w:proofErr w:type="spellEnd"/>
            <w:r w:rsidRPr="00434A89">
              <w:rPr>
                <w:spacing w:val="-10"/>
                <w:szCs w:val="26"/>
              </w:rPr>
              <w:t xml:space="preserve"> </w:t>
            </w:r>
            <w:proofErr w:type="spellStart"/>
            <w:r w:rsidRPr="00434A89">
              <w:rPr>
                <w:spacing w:val="-10"/>
                <w:szCs w:val="26"/>
              </w:rPr>
              <w:t>hóa</w:t>
            </w:r>
            <w:proofErr w:type="spellEnd"/>
            <w:r w:rsidRPr="00434A89">
              <w:rPr>
                <w:spacing w:val="-10"/>
                <w:szCs w:val="26"/>
              </w:rPr>
              <w:t xml:space="preserve"> (</w:t>
            </w:r>
            <w:proofErr w:type="spellStart"/>
            <w:r w:rsidRPr="00434A89">
              <w:rPr>
                <w:spacing w:val="-10"/>
                <w:szCs w:val="26"/>
              </w:rPr>
              <w:t>hạng</w:t>
            </w:r>
            <w:proofErr w:type="spellEnd"/>
            <w:r w:rsidRPr="00434A89">
              <w:rPr>
                <w:spacing w:val="-10"/>
                <w:szCs w:val="26"/>
              </w:rPr>
              <w:t xml:space="preserve"> III); </w:t>
            </w:r>
            <w:proofErr w:type="spellStart"/>
            <w:r w:rsidRPr="00434A89">
              <w:rPr>
                <w:spacing w:val="-10"/>
                <w:szCs w:val="26"/>
              </w:rPr>
              <w:t>mã</w:t>
            </w:r>
            <w:proofErr w:type="spellEnd"/>
            <w:r w:rsidRPr="00434A89">
              <w:rPr>
                <w:spacing w:val="-10"/>
                <w:szCs w:val="26"/>
              </w:rPr>
              <w:t xml:space="preserve"> </w:t>
            </w:r>
            <w:proofErr w:type="spellStart"/>
            <w:r w:rsidRPr="00434A89">
              <w:rPr>
                <w:spacing w:val="-10"/>
                <w:szCs w:val="26"/>
              </w:rPr>
              <w:t>số</w:t>
            </w:r>
            <w:proofErr w:type="spellEnd"/>
            <w:r w:rsidRPr="00434A89">
              <w:rPr>
                <w:spacing w:val="-10"/>
                <w:szCs w:val="26"/>
              </w:rPr>
              <w:t xml:space="preserve"> </w:t>
            </w:r>
            <w:proofErr w:type="spellStart"/>
            <w:r w:rsidRPr="00434A89">
              <w:rPr>
                <w:spacing w:val="-10"/>
                <w:szCs w:val="26"/>
              </w:rPr>
              <w:t>ngạch</w:t>
            </w:r>
            <w:proofErr w:type="spellEnd"/>
            <w:r w:rsidRPr="00434A89">
              <w:rPr>
                <w:spacing w:val="-10"/>
                <w:szCs w:val="26"/>
              </w:rPr>
              <w:t xml:space="preserve"> </w:t>
            </w:r>
            <w:proofErr w:type="spellStart"/>
            <w:r w:rsidRPr="00434A89">
              <w:rPr>
                <w:spacing w:val="-10"/>
                <w:szCs w:val="26"/>
              </w:rPr>
              <w:t>công</w:t>
            </w:r>
            <w:proofErr w:type="spellEnd"/>
            <w:r w:rsidRPr="00434A89">
              <w:rPr>
                <w:spacing w:val="-10"/>
                <w:szCs w:val="26"/>
              </w:rPr>
              <w:t xml:space="preserve"> </w:t>
            </w:r>
            <w:proofErr w:type="spellStart"/>
            <w:r w:rsidRPr="00434A89">
              <w:rPr>
                <w:spacing w:val="-10"/>
                <w:szCs w:val="26"/>
              </w:rPr>
              <w:t>chức</w:t>
            </w:r>
            <w:proofErr w:type="spellEnd"/>
            <w:r w:rsidRPr="00434A89">
              <w:rPr>
                <w:spacing w:val="-10"/>
                <w:szCs w:val="26"/>
              </w:rPr>
              <w:t xml:space="preserve">: 13.282; </w:t>
            </w:r>
            <w:proofErr w:type="spellStart"/>
            <w:r w:rsidRPr="00434A89">
              <w:rPr>
                <w:spacing w:val="-10"/>
                <w:szCs w:val="26"/>
              </w:rPr>
              <w:t>mã</w:t>
            </w:r>
            <w:proofErr w:type="spellEnd"/>
            <w:r w:rsidRPr="00434A89">
              <w:rPr>
                <w:spacing w:val="-10"/>
                <w:szCs w:val="26"/>
              </w:rPr>
              <w:t xml:space="preserve"> </w:t>
            </w:r>
            <w:proofErr w:type="spellStart"/>
            <w:r w:rsidRPr="00434A89">
              <w:rPr>
                <w:spacing w:val="-10"/>
                <w:szCs w:val="26"/>
              </w:rPr>
              <w:t>số</w:t>
            </w:r>
            <w:proofErr w:type="spellEnd"/>
            <w:r w:rsidRPr="00434A89">
              <w:rPr>
                <w:spacing w:val="-10"/>
                <w:szCs w:val="26"/>
              </w:rPr>
              <w:t xml:space="preserve"> </w:t>
            </w:r>
            <w:proofErr w:type="spellStart"/>
            <w:r w:rsidRPr="00434A89">
              <w:rPr>
                <w:spacing w:val="-10"/>
                <w:szCs w:val="26"/>
              </w:rPr>
              <w:t>chức</w:t>
            </w:r>
            <w:proofErr w:type="spellEnd"/>
            <w:r w:rsidRPr="00434A89">
              <w:rPr>
                <w:spacing w:val="-10"/>
                <w:szCs w:val="26"/>
              </w:rPr>
              <w:t xml:space="preserve"> </w:t>
            </w:r>
            <w:proofErr w:type="spellStart"/>
            <w:r w:rsidRPr="00434A89">
              <w:rPr>
                <w:spacing w:val="-10"/>
                <w:szCs w:val="26"/>
              </w:rPr>
              <w:t>danh</w:t>
            </w:r>
            <w:proofErr w:type="spellEnd"/>
            <w:r w:rsidRPr="00434A89">
              <w:rPr>
                <w:spacing w:val="-10"/>
                <w:szCs w:val="26"/>
              </w:rPr>
              <w:t xml:space="preserve"> </w:t>
            </w:r>
            <w:proofErr w:type="spellStart"/>
            <w:r w:rsidRPr="00434A89">
              <w:rPr>
                <w:spacing w:val="-10"/>
                <w:szCs w:val="26"/>
              </w:rPr>
              <w:t>nghề</w:t>
            </w:r>
            <w:proofErr w:type="spellEnd"/>
            <w:r w:rsidRPr="00434A89">
              <w:rPr>
                <w:spacing w:val="-10"/>
                <w:szCs w:val="26"/>
              </w:rPr>
              <w:t xml:space="preserve"> </w:t>
            </w:r>
            <w:proofErr w:type="spellStart"/>
            <w:r w:rsidRPr="00434A89">
              <w:rPr>
                <w:spacing w:val="-10"/>
                <w:szCs w:val="26"/>
              </w:rPr>
              <w:t>nghiệp</w:t>
            </w:r>
            <w:proofErr w:type="spellEnd"/>
            <w:r w:rsidRPr="00434A89">
              <w:rPr>
                <w:spacing w:val="-10"/>
                <w:szCs w:val="26"/>
              </w:rPr>
              <w:t xml:space="preserve"> </w:t>
            </w:r>
            <w:proofErr w:type="spellStart"/>
            <w:r w:rsidRPr="00434A89">
              <w:rPr>
                <w:spacing w:val="-10"/>
                <w:szCs w:val="26"/>
              </w:rPr>
              <w:t>viên</w:t>
            </w:r>
            <w:proofErr w:type="spellEnd"/>
            <w:r w:rsidRPr="00434A89">
              <w:rPr>
                <w:spacing w:val="-10"/>
                <w:szCs w:val="26"/>
              </w:rPr>
              <w:t xml:space="preserve"> </w:t>
            </w:r>
            <w:proofErr w:type="spellStart"/>
            <w:r w:rsidRPr="00434A89">
              <w:rPr>
                <w:spacing w:val="-10"/>
                <w:szCs w:val="26"/>
              </w:rPr>
              <w:t>chức</w:t>
            </w:r>
            <w:proofErr w:type="spellEnd"/>
            <w:r w:rsidRPr="00434A89">
              <w:rPr>
                <w:spacing w:val="-10"/>
                <w:szCs w:val="26"/>
              </w:rPr>
              <w:t xml:space="preserve">: V.05.03.11 </w:t>
            </w:r>
            <w:proofErr w:type="spellStart"/>
            <w:r w:rsidRPr="00434A89">
              <w:rPr>
                <w:spacing w:val="-10"/>
                <w:szCs w:val="26"/>
              </w:rPr>
              <w:t>áp</w:t>
            </w:r>
            <w:proofErr w:type="spellEnd"/>
            <w:r w:rsidRPr="00434A89">
              <w:rPr>
                <w:spacing w:val="-10"/>
                <w:szCs w:val="26"/>
              </w:rPr>
              <w:t xml:space="preserve"> </w:t>
            </w:r>
            <w:proofErr w:type="spellStart"/>
            <w:r w:rsidRPr="00434A89">
              <w:rPr>
                <w:spacing w:val="-10"/>
                <w:szCs w:val="26"/>
              </w:rPr>
              <w:t>dụng</w:t>
            </w:r>
            <w:proofErr w:type="spellEnd"/>
            <w:r w:rsidRPr="00434A89">
              <w:rPr>
                <w:spacing w:val="-10"/>
                <w:szCs w:val="26"/>
              </w:rPr>
              <w:t xml:space="preserve"> </w:t>
            </w:r>
            <w:proofErr w:type="spellStart"/>
            <w:r w:rsidRPr="00434A89">
              <w:rPr>
                <w:spacing w:val="-10"/>
                <w:szCs w:val="26"/>
              </w:rPr>
              <w:t>bảng</w:t>
            </w:r>
            <w:proofErr w:type="spellEnd"/>
            <w:r w:rsidRPr="00434A89">
              <w:rPr>
                <w:spacing w:val="-10"/>
                <w:szCs w:val="26"/>
              </w:rPr>
              <w:t xml:space="preserve"> </w:t>
            </w:r>
            <w:proofErr w:type="spellStart"/>
            <w:r w:rsidRPr="00434A89">
              <w:rPr>
                <w:spacing w:val="-10"/>
                <w:szCs w:val="26"/>
              </w:rPr>
              <w:t>lương</w:t>
            </w:r>
            <w:proofErr w:type="spellEnd"/>
            <w:r w:rsidRPr="00434A89">
              <w:rPr>
                <w:spacing w:val="-10"/>
                <w:szCs w:val="26"/>
              </w:rPr>
              <w:t xml:space="preserve"> </w:t>
            </w:r>
            <w:proofErr w:type="spellStart"/>
            <w:r w:rsidRPr="00434A89">
              <w:rPr>
                <w:spacing w:val="-10"/>
                <w:szCs w:val="26"/>
              </w:rPr>
              <w:t>công</w:t>
            </w:r>
            <w:proofErr w:type="spellEnd"/>
            <w:r w:rsidRPr="00434A89">
              <w:rPr>
                <w:spacing w:val="-10"/>
                <w:szCs w:val="26"/>
              </w:rPr>
              <w:t xml:space="preserve"> </w:t>
            </w:r>
            <w:proofErr w:type="spellStart"/>
            <w:r w:rsidRPr="00434A89">
              <w:rPr>
                <w:spacing w:val="-10"/>
                <w:szCs w:val="26"/>
              </w:rPr>
              <w:t>chức</w:t>
            </w:r>
            <w:proofErr w:type="spellEnd"/>
            <w:r w:rsidRPr="00434A89">
              <w:rPr>
                <w:spacing w:val="-10"/>
                <w:szCs w:val="26"/>
              </w:rPr>
              <w:t xml:space="preserve"> </w:t>
            </w:r>
            <w:proofErr w:type="spellStart"/>
            <w:r w:rsidRPr="00434A89">
              <w:rPr>
                <w:spacing w:val="-10"/>
                <w:szCs w:val="26"/>
              </w:rPr>
              <w:t>loại</w:t>
            </w:r>
            <w:proofErr w:type="spellEnd"/>
            <w:r w:rsidRPr="00434A89">
              <w:rPr>
                <w:spacing w:val="-10"/>
                <w:szCs w:val="26"/>
              </w:rPr>
              <w:t xml:space="preserve"> A1, </w:t>
            </w:r>
            <w:proofErr w:type="spellStart"/>
            <w:r w:rsidRPr="00434A89">
              <w:rPr>
                <w:spacing w:val="-10"/>
                <w:szCs w:val="26"/>
              </w:rPr>
              <w:t>từ</w:t>
            </w:r>
            <w:proofErr w:type="spellEnd"/>
            <w:r w:rsidRPr="00434A89">
              <w:rPr>
                <w:spacing w:val="-10"/>
                <w:szCs w:val="26"/>
              </w:rPr>
              <w:t xml:space="preserve"> </w:t>
            </w:r>
            <w:proofErr w:type="spellStart"/>
            <w:r w:rsidRPr="00434A89">
              <w:rPr>
                <w:spacing w:val="-10"/>
                <w:szCs w:val="26"/>
              </w:rPr>
              <w:t>hệ</w:t>
            </w:r>
            <w:proofErr w:type="spellEnd"/>
            <w:r w:rsidRPr="00434A89">
              <w:rPr>
                <w:spacing w:val="-10"/>
                <w:szCs w:val="26"/>
              </w:rPr>
              <w:t xml:space="preserve"> </w:t>
            </w:r>
            <w:proofErr w:type="spellStart"/>
            <w:r w:rsidRPr="00434A89">
              <w:rPr>
                <w:spacing w:val="-10"/>
                <w:szCs w:val="26"/>
              </w:rPr>
              <w:t>số</w:t>
            </w:r>
            <w:proofErr w:type="spellEnd"/>
            <w:r w:rsidRPr="00434A89">
              <w:rPr>
                <w:spacing w:val="-10"/>
                <w:szCs w:val="26"/>
              </w:rPr>
              <w:t xml:space="preserve"> </w:t>
            </w:r>
            <w:proofErr w:type="spellStart"/>
            <w:r w:rsidRPr="00434A89">
              <w:rPr>
                <w:spacing w:val="-10"/>
                <w:szCs w:val="26"/>
              </w:rPr>
              <w:t>lương</w:t>
            </w:r>
            <w:proofErr w:type="spellEnd"/>
            <w:r w:rsidRPr="00434A89">
              <w:rPr>
                <w:spacing w:val="-10"/>
                <w:szCs w:val="26"/>
              </w:rPr>
              <w:t xml:space="preserve"> 2,34 </w:t>
            </w:r>
            <w:proofErr w:type="spellStart"/>
            <w:r w:rsidRPr="00434A89">
              <w:rPr>
                <w:spacing w:val="-10"/>
                <w:szCs w:val="26"/>
              </w:rPr>
              <w:t>đến</w:t>
            </w:r>
            <w:proofErr w:type="spellEnd"/>
            <w:r w:rsidRPr="00434A89">
              <w:rPr>
                <w:spacing w:val="-10"/>
                <w:szCs w:val="26"/>
              </w:rPr>
              <w:t xml:space="preserve"> </w:t>
            </w:r>
            <w:proofErr w:type="spellStart"/>
            <w:r w:rsidRPr="00434A89">
              <w:rPr>
                <w:spacing w:val="-10"/>
                <w:szCs w:val="26"/>
              </w:rPr>
              <w:t>hệ</w:t>
            </w:r>
            <w:proofErr w:type="spellEnd"/>
            <w:r w:rsidRPr="00434A89">
              <w:rPr>
                <w:spacing w:val="-10"/>
                <w:szCs w:val="26"/>
              </w:rPr>
              <w:t xml:space="preserve"> </w:t>
            </w:r>
            <w:proofErr w:type="spellStart"/>
            <w:r w:rsidRPr="00434A89">
              <w:rPr>
                <w:spacing w:val="-10"/>
                <w:szCs w:val="26"/>
              </w:rPr>
              <w:t>số</w:t>
            </w:r>
            <w:proofErr w:type="spellEnd"/>
            <w:r w:rsidRPr="00434A89">
              <w:rPr>
                <w:spacing w:val="-10"/>
                <w:szCs w:val="26"/>
              </w:rPr>
              <w:t xml:space="preserve"> </w:t>
            </w:r>
            <w:proofErr w:type="spellStart"/>
            <w:r w:rsidRPr="00434A89">
              <w:rPr>
                <w:spacing w:val="-10"/>
                <w:szCs w:val="26"/>
              </w:rPr>
              <w:t>lương</w:t>
            </w:r>
            <w:proofErr w:type="spellEnd"/>
            <w:r w:rsidRPr="00434A89">
              <w:rPr>
                <w:spacing w:val="-10"/>
                <w:szCs w:val="26"/>
              </w:rPr>
              <w:t xml:space="preserve"> 4,98; </w:t>
            </w:r>
            <w:proofErr w:type="spellStart"/>
            <w:r w:rsidRPr="00434A89">
              <w:rPr>
                <w:spacing w:val="-10"/>
                <w:szCs w:val="26"/>
              </w:rPr>
              <w:t>viên</w:t>
            </w:r>
            <w:proofErr w:type="spellEnd"/>
            <w:r w:rsidRPr="00434A89">
              <w:rPr>
                <w:spacing w:val="-10"/>
                <w:szCs w:val="26"/>
              </w:rPr>
              <w:t xml:space="preserve"> </w:t>
            </w:r>
            <w:proofErr w:type="spellStart"/>
            <w:r w:rsidRPr="00434A89">
              <w:rPr>
                <w:spacing w:val="-10"/>
                <w:szCs w:val="26"/>
              </w:rPr>
              <w:t>chức</w:t>
            </w:r>
            <w:proofErr w:type="spellEnd"/>
            <w:r w:rsidRPr="00434A89">
              <w:rPr>
                <w:spacing w:val="-10"/>
                <w:szCs w:val="26"/>
              </w:rPr>
              <w:t xml:space="preserve"> </w:t>
            </w:r>
            <w:proofErr w:type="spellStart"/>
            <w:r w:rsidRPr="00434A89">
              <w:rPr>
                <w:spacing w:val="-10"/>
                <w:szCs w:val="26"/>
              </w:rPr>
              <w:t>loại</w:t>
            </w:r>
            <w:proofErr w:type="spellEnd"/>
            <w:r w:rsidRPr="00434A89">
              <w:rPr>
                <w:spacing w:val="-10"/>
                <w:szCs w:val="26"/>
              </w:rPr>
              <w:t xml:space="preserve"> A1, </w:t>
            </w:r>
            <w:proofErr w:type="spellStart"/>
            <w:r w:rsidRPr="00434A89">
              <w:rPr>
                <w:spacing w:val="-10"/>
                <w:szCs w:val="26"/>
              </w:rPr>
              <w:t>nhóm</w:t>
            </w:r>
            <w:proofErr w:type="spellEnd"/>
            <w:r w:rsidRPr="00434A89">
              <w:rPr>
                <w:spacing w:val="-10"/>
                <w:szCs w:val="26"/>
              </w:rPr>
              <w:t xml:space="preserve"> 1 (A1.1), </w:t>
            </w:r>
            <w:proofErr w:type="spellStart"/>
            <w:r w:rsidRPr="00434A89">
              <w:rPr>
                <w:spacing w:val="-10"/>
                <w:szCs w:val="26"/>
              </w:rPr>
              <w:t>từ</w:t>
            </w:r>
            <w:proofErr w:type="spellEnd"/>
            <w:r w:rsidRPr="00434A89">
              <w:rPr>
                <w:spacing w:val="-10"/>
                <w:szCs w:val="26"/>
              </w:rPr>
              <w:t xml:space="preserve"> </w:t>
            </w:r>
            <w:proofErr w:type="spellStart"/>
            <w:r w:rsidRPr="00434A89">
              <w:rPr>
                <w:spacing w:val="-10"/>
                <w:szCs w:val="26"/>
              </w:rPr>
              <w:t>hệ</w:t>
            </w:r>
            <w:proofErr w:type="spellEnd"/>
            <w:r w:rsidRPr="00434A89">
              <w:rPr>
                <w:spacing w:val="-10"/>
                <w:szCs w:val="26"/>
              </w:rPr>
              <w:t xml:space="preserve"> </w:t>
            </w:r>
            <w:proofErr w:type="spellStart"/>
            <w:r w:rsidRPr="00434A89">
              <w:rPr>
                <w:spacing w:val="-10"/>
                <w:szCs w:val="26"/>
              </w:rPr>
              <w:t>số</w:t>
            </w:r>
            <w:proofErr w:type="spellEnd"/>
            <w:r w:rsidRPr="00434A89">
              <w:rPr>
                <w:spacing w:val="-10"/>
                <w:szCs w:val="26"/>
              </w:rPr>
              <w:t xml:space="preserve"> 2,34 </w:t>
            </w:r>
            <w:proofErr w:type="spellStart"/>
            <w:r w:rsidRPr="00434A89">
              <w:rPr>
                <w:spacing w:val="-10"/>
                <w:szCs w:val="26"/>
              </w:rPr>
              <w:t>đến</w:t>
            </w:r>
            <w:proofErr w:type="spellEnd"/>
            <w:r w:rsidRPr="00434A89">
              <w:rPr>
                <w:spacing w:val="-10"/>
                <w:szCs w:val="26"/>
              </w:rPr>
              <w:t xml:space="preserve"> 4,98.</w:t>
            </w:r>
          </w:p>
        </w:tc>
        <w:tc>
          <w:tcPr>
            <w:tcW w:w="5220" w:type="dxa"/>
          </w:tcPr>
          <w:p w14:paraId="2A07A203" w14:textId="77777777" w:rsidR="00BE5D3B" w:rsidRPr="004543E3" w:rsidRDefault="00BE5D3B" w:rsidP="009678B4">
            <w:pPr>
              <w:spacing w:before="120" w:after="120" w:line="240" w:lineRule="auto"/>
              <w:jc w:val="both"/>
              <w:rPr>
                <w:b/>
                <w:bCs/>
              </w:rPr>
            </w:pPr>
            <w:proofErr w:type="spellStart"/>
            <w:r w:rsidRPr="004543E3">
              <w:rPr>
                <w:b/>
                <w:bCs/>
              </w:rPr>
              <w:lastRenderedPageBreak/>
              <w:t>Sơ</w:t>
            </w:r>
            <w:proofErr w:type="spellEnd"/>
            <w:r w:rsidRPr="004543E3">
              <w:rPr>
                <w:b/>
                <w:bCs/>
              </w:rPr>
              <w:t xml:space="preserve">̉ KH&amp;CN </w:t>
            </w:r>
            <w:proofErr w:type="spellStart"/>
            <w:r w:rsidRPr="004543E3">
              <w:rPr>
                <w:b/>
                <w:bCs/>
              </w:rPr>
              <w:t>tỉnh</w:t>
            </w:r>
            <w:proofErr w:type="spellEnd"/>
            <w:r w:rsidRPr="004543E3">
              <w:rPr>
                <w:b/>
                <w:bCs/>
              </w:rPr>
              <w:t xml:space="preserve"> Lai Châu:</w:t>
            </w:r>
          </w:p>
          <w:p w14:paraId="01DF04EA" w14:textId="77777777" w:rsidR="00BE5D3B" w:rsidRPr="004543E3" w:rsidRDefault="00BE5D3B" w:rsidP="009678B4">
            <w:pPr>
              <w:spacing w:before="120" w:after="120" w:line="240" w:lineRule="auto"/>
              <w:jc w:val="both"/>
            </w:pPr>
            <w:r w:rsidRPr="004543E3">
              <w:t xml:space="preserve"> </w:t>
            </w:r>
            <w:proofErr w:type="spellStart"/>
            <w:r w:rsidRPr="004543E3">
              <w:t>Tại</w:t>
            </w:r>
            <w:proofErr w:type="spellEnd"/>
            <w:r w:rsidRPr="004543E3">
              <w:t xml:space="preserve"> </w:t>
            </w:r>
            <w:proofErr w:type="spellStart"/>
            <w:r w:rsidRPr="004543E3">
              <w:t>nội</w:t>
            </w:r>
            <w:proofErr w:type="spellEnd"/>
            <w:r w:rsidRPr="004543E3">
              <w:t xml:space="preserve"> dung </w:t>
            </w:r>
            <w:proofErr w:type="spellStart"/>
            <w:r w:rsidRPr="004543E3">
              <w:t>khoản</w:t>
            </w:r>
            <w:proofErr w:type="spellEnd"/>
            <w:r w:rsidRPr="004543E3">
              <w:t xml:space="preserve"> 4 </w:t>
            </w:r>
            <w:proofErr w:type="spellStart"/>
            <w:r w:rsidRPr="004543E3">
              <w:t>Điều</w:t>
            </w:r>
            <w:proofErr w:type="spellEnd"/>
            <w:r w:rsidRPr="004543E3">
              <w:t xml:space="preserve"> 9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cơ</w:t>
            </w:r>
            <w:proofErr w:type="spellEnd"/>
            <w:r w:rsidRPr="004543E3">
              <w:t xml:space="preserve"> </w:t>
            </w:r>
            <w:proofErr w:type="spellStart"/>
            <w:r w:rsidRPr="004543E3">
              <w:t>quan</w:t>
            </w:r>
            <w:proofErr w:type="spellEnd"/>
            <w:r w:rsidRPr="004543E3">
              <w:t xml:space="preserve"> </w:t>
            </w:r>
            <w:proofErr w:type="spellStart"/>
            <w:r w:rsidRPr="004543E3">
              <w:t>soạn</w:t>
            </w:r>
            <w:proofErr w:type="spellEnd"/>
            <w:r w:rsidRPr="004543E3">
              <w:t xml:space="preserve"> </w:t>
            </w:r>
            <w:proofErr w:type="spellStart"/>
            <w:r w:rsidRPr="004543E3">
              <w:t>thảo</w:t>
            </w:r>
            <w:proofErr w:type="spellEnd"/>
            <w:r w:rsidRPr="004543E3">
              <w:t xml:space="preserve"> </w:t>
            </w:r>
            <w:proofErr w:type="spellStart"/>
            <w:r w:rsidRPr="004543E3">
              <w:t>điều</w:t>
            </w:r>
            <w:proofErr w:type="spellEnd"/>
            <w:r w:rsidRPr="004543E3">
              <w:t xml:space="preserve"> </w:t>
            </w:r>
            <w:proofErr w:type="spellStart"/>
            <w:r w:rsidRPr="004543E3">
              <w:t>chỉnh</w:t>
            </w:r>
            <w:proofErr w:type="spellEnd"/>
            <w:r w:rsidRPr="004543E3">
              <w:t xml:space="preserve"> </w:t>
            </w:r>
            <w:proofErr w:type="spellStart"/>
            <w:r w:rsidRPr="004543E3">
              <w:t>hệ</w:t>
            </w:r>
            <w:proofErr w:type="spellEnd"/>
            <w:r w:rsidRPr="004543E3">
              <w:t xml:space="preserve"> </w:t>
            </w:r>
            <w:proofErr w:type="spellStart"/>
            <w:r w:rsidRPr="004543E3">
              <w:t>số</w:t>
            </w:r>
            <w:proofErr w:type="spellEnd"/>
            <w:r w:rsidRPr="004543E3">
              <w:t xml:space="preserve"> </w:t>
            </w:r>
            <w:proofErr w:type="spellStart"/>
            <w:r w:rsidRPr="004543E3">
              <w:t>của</w:t>
            </w:r>
            <w:proofErr w:type="spellEnd"/>
            <w:r w:rsidRPr="004543E3">
              <w:t xml:space="preserve"> “</w:t>
            </w:r>
            <w:proofErr w:type="spellStart"/>
            <w:r w:rsidRPr="004543E3">
              <w:t>viên</w:t>
            </w:r>
            <w:proofErr w:type="spellEnd"/>
            <w:r w:rsidRPr="004543E3">
              <w:t xml:space="preserve"> </w:t>
            </w:r>
            <w:proofErr w:type="spellStart"/>
            <w:r w:rsidRPr="004543E3">
              <w:t>chức</w:t>
            </w:r>
            <w:proofErr w:type="spellEnd"/>
            <w:r w:rsidRPr="004543E3">
              <w:t xml:space="preserve"> </w:t>
            </w:r>
            <w:proofErr w:type="spellStart"/>
            <w:r w:rsidRPr="004543E3">
              <w:t>loại</w:t>
            </w:r>
            <w:proofErr w:type="spellEnd"/>
            <w:r w:rsidRPr="004543E3">
              <w:t xml:space="preserve"> A3, </w:t>
            </w:r>
            <w:proofErr w:type="spellStart"/>
            <w:r w:rsidRPr="004543E3">
              <w:t>nhóm</w:t>
            </w:r>
            <w:proofErr w:type="spellEnd"/>
            <w:r w:rsidRPr="004543E3">
              <w:t xml:space="preserve"> 1 (A3.1), </w:t>
            </w:r>
            <w:proofErr w:type="spellStart"/>
            <w:r w:rsidRPr="004543E3">
              <w:t>từ</w:t>
            </w:r>
            <w:proofErr w:type="spellEnd"/>
            <w:r w:rsidRPr="004543E3">
              <w:t xml:space="preserve"> </w:t>
            </w:r>
            <w:proofErr w:type="spellStart"/>
            <w:r w:rsidRPr="004543E3">
              <w:t>hệ</w:t>
            </w:r>
            <w:proofErr w:type="spellEnd"/>
            <w:r w:rsidRPr="004543E3">
              <w:t xml:space="preserve"> </w:t>
            </w:r>
            <w:proofErr w:type="spellStart"/>
            <w:r w:rsidRPr="004543E3">
              <w:t>số</w:t>
            </w:r>
            <w:proofErr w:type="spellEnd"/>
            <w:r w:rsidRPr="004543E3">
              <w:t xml:space="preserve"> 6,20 </w:t>
            </w:r>
            <w:proofErr w:type="spellStart"/>
            <w:r w:rsidRPr="004543E3">
              <w:t>đến</w:t>
            </w:r>
            <w:proofErr w:type="spellEnd"/>
            <w:r w:rsidRPr="004543E3">
              <w:t xml:space="preserve"> 8,20” </w:t>
            </w:r>
            <w:proofErr w:type="spellStart"/>
            <w:r w:rsidRPr="004543E3">
              <w:t>thành</w:t>
            </w:r>
            <w:proofErr w:type="spellEnd"/>
            <w:r w:rsidRPr="004543E3">
              <w:t xml:space="preserve"> “</w:t>
            </w:r>
            <w:proofErr w:type="spellStart"/>
            <w:r w:rsidRPr="004543E3">
              <w:t>viên</w:t>
            </w:r>
            <w:proofErr w:type="spellEnd"/>
            <w:r w:rsidRPr="004543E3">
              <w:t xml:space="preserve"> </w:t>
            </w:r>
            <w:proofErr w:type="spellStart"/>
            <w:r w:rsidRPr="004543E3">
              <w:t>chức</w:t>
            </w:r>
            <w:proofErr w:type="spellEnd"/>
            <w:r w:rsidRPr="004543E3">
              <w:t xml:space="preserve"> </w:t>
            </w:r>
            <w:proofErr w:type="spellStart"/>
            <w:r w:rsidRPr="004543E3">
              <w:t>loại</w:t>
            </w:r>
            <w:proofErr w:type="spellEnd"/>
            <w:r w:rsidRPr="004543E3">
              <w:t xml:space="preserve"> A3, </w:t>
            </w:r>
            <w:proofErr w:type="spellStart"/>
            <w:r w:rsidRPr="004543E3">
              <w:t>nhóm</w:t>
            </w:r>
            <w:proofErr w:type="spellEnd"/>
            <w:r w:rsidRPr="004543E3">
              <w:t xml:space="preserve"> 1 (A3.1), </w:t>
            </w:r>
            <w:proofErr w:type="spellStart"/>
            <w:r w:rsidRPr="004543E3">
              <w:t>từ</w:t>
            </w:r>
            <w:proofErr w:type="spellEnd"/>
            <w:r w:rsidRPr="004543E3">
              <w:t xml:space="preserve"> </w:t>
            </w:r>
            <w:proofErr w:type="spellStart"/>
            <w:r w:rsidRPr="004543E3">
              <w:t>hệ</w:t>
            </w:r>
            <w:proofErr w:type="spellEnd"/>
            <w:r w:rsidRPr="004543E3">
              <w:t xml:space="preserve"> </w:t>
            </w:r>
            <w:proofErr w:type="spellStart"/>
            <w:r w:rsidRPr="004543E3">
              <w:t>số</w:t>
            </w:r>
            <w:proofErr w:type="spellEnd"/>
            <w:r w:rsidRPr="004543E3">
              <w:t xml:space="preserve"> 6,20 </w:t>
            </w:r>
            <w:proofErr w:type="spellStart"/>
            <w:r w:rsidRPr="004543E3">
              <w:t>đến</w:t>
            </w:r>
            <w:proofErr w:type="spellEnd"/>
            <w:r w:rsidRPr="004543E3">
              <w:t xml:space="preserve"> 8,00”. </w:t>
            </w:r>
          </w:p>
          <w:p w14:paraId="63CC44D8" w14:textId="77777777" w:rsidR="00BE5D3B" w:rsidRPr="004543E3" w:rsidRDefault="00BE5D3B" w:rsidP="009678B4">
            <w:pPr>
              <w:spacing w:before="120" w:after="120" w:line="240" w:lineRule="auto"/>
              <w:jc w:val="both"/>
            </w:pPr>
            <w:r w:rsidRPr="004543E3">
              <w:t xml:space="preserve">Lý </w:t>
            </w:r>
            <w:proofErr w:type="gramStart"/>
            <w:r w:rsidRPr="004543E3">
              <w:t>do</w:t>
            </w:r>
            <w:proofErr w:type="gramEnd"/>
            <w:r w:rsidRPr="004543E3">
              <w:t xml:space="preserve">: Theo </w:t>
            </w:r>
            <w:proofErr w:type="spellStart"/>
            <w:r w:rsidRPr="004543E3">
              <w:t>Bảng</w:t>
            </w:r>
            <w:proofErr w:type="spellEnd"/>
            <w:r w:rsidRPr="004543E3">
              <w:t xml:space="preserve"> 2 ban </w:t>
            </w:r>
            <w:proofErr w:type="spellStart"/>
            <w:r w:rsidRPr="004543E3">
              <w:t>hành</w:t>
            </w:r>
            <w:proofErr w:type="spellEnd"/>
            <w:r w:rsidRPr="004543E3">
              <w:t xml:space="preserve"> </w:t>
            </w:r>
            <w:proofErr w:type="spellStart"/>
            <w:r w:rsidRPr="004543E3">
              <w:t>kèm</w:t>
            </w:r>
            <w:proofErr w:type="spellEnd"/>
            <w:r w:rsidRPr="004543E3">
              <w:t xml:space="preserve"> </w:t>
            </w:r>
            <w:proofErr w:type="spellStart"/>
            <w:r w:rsidRPr="004543E3">
              <w:t>Nghị</w:t>
            </w:r>
            <w:proofErr w:type="spellEnd"/>
            <w:r w:rsidRPr="004543E3">
              <w:t xml:space="preserve"> </w:t>
            </w:r>
            <w:proofErr w:type="spellStart"/>
            <w:r w:rsidRPr="004543E3">
              <w:t>định</w:t>
            </w:r>
            <w:proofErr w:type="spellEnd"/>
            <w:r w:rsidRPr="004543E3">
              <w:t xml:space="preserve"> </w:t>
            </w:r>
            <w:proofErr w:type="spellStart"/>
            <w:r w:rsidRPr="004543E3">
              <w:t>số</w:t>
            </w:r>
            <w:proofErr w:type="spellEnd"/>
            <w:r w:rsidRPr="004543E3">
              <w:t xml:space="preserve"> 204/2004/NĐ-CP, </w:t>
            </w:r>
            <w:proofErr w:type="spellStart"/>
            <w:r w:rsidRPr="004543E3">
              <w:t>không</w:t>
            </w:r>
            <w:proofErr w:type="spellEnd"/>
            <w:r w:rsidRPr="004543E3">
              <w:t xml:space="preserve"> </w:t>
            </w:r>
            <w:proofErr w:type="spellStart"/>
            <w:r w:rsidRPr="004543E3">
              <w:t>có</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đối</w:t>
            </w:r>
            <w:proofErr w:type="spellEnd"/>
            <w:r w:rsidRPr="004543E3">
              <w:t xml:space="preserve"> </w:t>
            </w:r>
            <w:proofErr w:type="spellStart"/>
            <w:r w:rsidRPr="004543E3">
              <w:t>với</w:t>
            </w:r>
            <w:proofErr w:type="spellEnd"/>
            <w:r w:rsidRPr="004543E3">
              <w:t xml:space="preserve"> </w:t>
            </w:r>
            <w:proofErr w:type="spellStart"/>
            <w:r w:rsidRPr="004543E3">
              <w:t>chức</w:t>
            </w:r>
            <w:proofErr w:type="spellEnd"/>
            <w:r w:rsidRPr="004543E3">
              <w:t xml:space="preserve"> </w:t>
            </w:r>
            <w:proofErr w:type="spellStart"/>
            <w:r w:rsidRPr="004543E3">
              <w:t>danh</w:t>
            </w:r>
            <w:proofErr w:type="spellEnd"/>
            <w:r w:rsidRPr="004543E3">
              <w:t xml:space="preserve"> </w:t>
            </w:r>
            <w:proofErr w:type="spellStart"/>
            <w:r w:rsidRPr="004543E3">
              <w:t>viên</w:t>
            </w:r>
            <w:proofErr w:type="spellEnd"/>
            <w:r w:rsidRPr="004543E3">
              <w:t xml:space="preserve"> </w:t>
            </w:r>
            <w:proofErr w:type="spellStart"/>
            <w:r w:rsidRPr="004543E3">
              <w:t>chức</w:t>
            </w:r>
            <w:proofErr w:type="spellEnd"/>
            <w:r w:rsidRPr="004543E3">
              <w:t xml:space="preserve"> </w:t>
            </w:r>
            <w:proofErr w:type="spellStart"/>
            <w:r w:rsidRPr="004543E3">
              <w:t>loại</w:t>
            </w:r>
            <w:proofErr w:type="spellEnd"/>
            <w:r w:rsidRPr="004543E3">
              <w:t xml:space="preserve"> A3, </w:t>
            </w:r>
            <w:proofErr w:type="spellStart"/>
            <w:r w:rsidRPr="004543E3">
              <w:t>nhóm</w:t>
            </w:r>
            <w:proofErr w:type="spellEnd"/>
            <w:r w:rsidRPr="004543E3">
              <w:t xml:space="preserve"> (A3.1) </w:t>
            </w:r>
            <w:proofErr w:type="spellStart"/>
            <w:r w:rsidRPr="004543E3">
              <w:t>có</w:t>
            </w:r>
            <w:proofErr w:type="spellEnd"/>
            <w:r w:rsidRPr="004543E3">
              <w:t xml:space="preserve"> </w:t>
            </w:r>
            <w:proofErr w:type="spellStart"/>
            <w:r w:rsidRPr="004543E3">
              <w:t>hệ</w:t>
            </w:r>
            <w:proofErr w:type="spellEnd"/>
            <w:r w:rsidRPr="004543E3">
              <w:t xml:space="preserve"> </w:t>
            </w:r>
            <w:proofErr w:type="spellStart"/>
            <w:r w:rsidRPr="004543E3">
              <w:t>số</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từ</w:t>
            </w:r>
            <w:proofErr w:type="spellEnd"/>
            <w:r w:rsidRPr="004543E3">
              <w:t xml:space="preserve"> 6,20 </w:t>
            </w:r>
            <w:proofErr w:type="spellStart"/>
            <w:r w:rsidRPr="004543E3">
              <w:t>đến</w:t>
            </w:r>
            <w:proofErr w:type="spellEnd"/>
            <w:r w:rsidRPr="004543E3">
              <w:t xml:space="preserve"> 8,20.</w:t>
            </w:r>
          </w:p>
          <w:p w14:paraId="2E7A0962" w14:textId="77777777" w:rsidR="00BE5D3B" w:rsidRPr="004543E3" w:rsidRDefault="00BE5D3B" w:rsidP="009678B4">
            <w:pPr>
              <w:spacing w:before="120" w:after="120" w:line="240" w:lineRule="auto"/>
              <w:jc w:val="both"/>
              <w:rPr>
                <w:b/>
                <w:bCs/>
              </w:rPr>
            </w:pPr>
            <w:r w:rsidRPr="004543E3">
              <w:rPr>
                <w:b/>
                <w:bCs/>
              </w:rPr>
              <w:t xml:space="preserve">UBND </w:t>
            </w:r>
            <w:proofErr w:type="spellStart"/>
            <w:r w:rsidRPr="004543E3">
              <w:rPr>
                <w:b/>
                <w:bCs/>
              </w:rPr>
              <w:t>tỉnh</w:t>
            </w:r>
            <w:proofErr w:type="spellEnd"/>
            <w:r w:rsidRPr="004543E3">
              <w:rPr>
                <w:b/>
                <w:bCs/>
              </w:rPr>
              <w:t xml:space="preserve"> </w:t>
            </w:r>
            <w:proofErr w:type="spellStart"/>
            <w:r w:rsidRPr="004543E3">
              <w:rPr>
                <w:b/>
                <w:bCs/>
              </w:rPr>
              <w:t>Điện</w:t>
            </w:r>
            <w:proofErr w:type="spellEnd"/>
            <w:r w:rsidRPr="004543E3">
              <w:rPr>
                <w:b/>
                <w:bCs/>
              </w:rPr>
              <w:t xml:space="preserve"> </w:t>
            </w:r>
            <w:proofErr w:type="spellStart"/>
            <w:r w:rsidRPr="004543E3">
              <w:rPr>
                <w:b/>
                <w:bCs/>
              </w:rPr>
              <w:t>Biên</w:t>
            </w:r>
            <w:proofErr w:type="spellEnd"/>
            <w:r w:rsidRPr="004543E3">
              <w:rPr>
                <w:b/>
                <w:bCs/>
              </w:rPr>
              <w:t>:</w:t>
            </w:r>
          </w:p>
          <w:p w14:paraId="1AC6C933" w14:textId="77777777" w:rsidR="00BE5D3B" w:rsidRPr="004543E3" w:rsidRDefault="00BE5D3B" w:rsidP="009678B4">
            <w:pPr>
              <w:spacing w:before="120" w:after="120" w:line="240" w:lineRule="auto"/>
              <w:jc w:val="both"/>
            </w:pPr>
            <w:proofErr w:type="spellStart"/>
            <w:r w:rsidRPr="004543E3">
              <w:t>Tại</w:t>
            </w:r>
            <w:proofErr w:type="spellEnd"/>
            <w:r w:rsidRPr="004543E3">
              <w:t xml:space="preserve"> </w:t>
            </w:r>
            <w:proofErr w:type="spellStart"/>
            <w:r w:rsidRPr="004543E3">
              <w:t>điểm</w:t>
            </w:r>
            <w:proofErr w:type="spellEnd"/>
            <w:r w:rsidRPr="004543E3">
              <w:t xml:space="preserve"> a </w:t>
            </w:r>
            <w:proofErr w:type="spellStart"/>
            <w:r w:rsidRPr="004543E3">
              <w:t>khoản</w:t>
            </w:r>
            <w:proofErr w:type="spellEnd"/>
            <w:r w:rsidRPr="004543E3">
              <w:t xml:space="preserve"> 4 </w:t>
            </w:r>
            <w:proofErr w:type="spellStart"/>
            <w:r w:rsidRPr="004543E3">
              <w:t>Điều</w:t>
            </w:r>
            <w:proofErr w:type="spellEnd"/>
            <w:r w:rsidRPr="004543E3">
              <w:t xml:space="preserve"> 9 </w:t>
            </w:r>
          </w:p>
          <w:p w14:paraId="57215FC6" w14:textId="77777777" w:rsidR="00BE5D3B" w:rsidRPr="004543E3" w:rsidRDefault="00BE5D3B" w:rsidP="009678B4">
            <w:pPr>
              <w:spacing w:before="120" w:after="120" w:line="240" w:lineRule="auto"/>
              <w:jc w:val="both"/>
            </w:pPr>
            <w:r w:rsidRPr="004543E3">
              <w:t xml:space="preserve">“a) </w:t>
            </w:r>
            <w:proofErr w:type="spellStart"/>
            <w:r w:rsidRPr="004543E3">
              <w:t>Ngạch</w:t>
            </w:r>
            <w:proofErr w:type="spellEnd"/>
            <w:r w:rsidRPr="004543E3">
              <w:t xml:space="preserve"> </w:t>
            </w:r>
            <w:proofErr w:type="spellStart"/>
            <w:r w:rsidRPr="004543E3">
              <w:t>Kiểm</w:t>
            </w:r>
            <w:proofErr w:type="spellEnd"/>
            <w:r w:rsidRPr="004543E3">
              <w:t xml:space="preserve"> </w:t>
            </w:r>
            <w:proofErr w:type="spellStart"/>
            <w:r w:rsidRPr="004543E3">
              <w:t>soát</w:t>
            </w:r>
            <w:proofErr w:type="spellEnd"/>
            <w:r w:rsidRPr="004543E3">
              <w:t xml:space="preserve"> </w:t>
            </w:r>
            <w:proofErr w:type="spellStart"/>
            <w:r w:rsidRPr="004543E3">
              <w:t>viên</w:t>
            </w:r>
            <w:proofErr w:type="spellEnd"/>
            <w:r w:rsidRPr="004543E3">
              <w:t xml:space="preserve"> </w:t>
            </w:r>
            <w:proofErr w:type="spellStart"/>
            <w:r w:rsidRPr="004543E3">
              <w:t>cao</w:t>
            </w:r>
            <w:proofErr w:type="spellEnd"/>
            <w:r w:rsidRPr="004543E3">
              <w:t xml:space="preserve"> </w:t>
            </w:r>
            <w:proofErr w:type="spellStart"/>
            <w:r w:rsidRPr="004543E3">
              <w:t>cấp</w:t>
            </w:r>
            <w:proofErr w:type="spellEnd"/>
            <w:r w:rsidRPr="004543E3">
              <w:t xml:space="preserve"> </w:t>
            </w:r>
            <w:proofErr w:type="spellStart"/>
            <w:r w:rsidRPr="004543E3">
              <w:t>chất</w:t>
            </w:r>
            <w:proofErr w:type="spellEnd"/>
            <w:r w:rsidRPr="004543E3">
              <w:t xml:space="preserve"> </w:t>
            </w:r>
            <w:proofErr w:type="spellStart"/>
            <w:r w:rsidRPr="004543E3">
              <w:t>lượng</w:t>
            </w:r>
            <w:proofErr w:type="spellEnd"/>
            <w:r w:rsidRPr="004543E3">
              <w:t xml:space="preserve"> </w:t>
            </w:r>
            <w:proofErr w:type="spellStart"/>
            <w:r w:rsidRPr="004543E3">
              <w:t>sản</w:t>
            </w:r>
            <w:proofErr w:type="spellEnd"/>
            <w:r w:rsidRPr="004543E3">
              <w:t xml:space="preserve"> </w:t>
            </w:r>
            <w:proofErr w:type="spellStart"/>
            <w:r w:rsidRPr="004543E3">
              <w:t>phẩm</w:t>
            </w:r>
            <w:proofErr w:type="spellEnd"/>
            <w:r w:rsidRPr="004543E3">
              <w:t xml:space="preserve">, </w:t>
            </w:r>
            <w:proofErr w:type="spellStart"/>
            <w:r w:rsidRPr="004543E3">
              <w:t>hàng</w:t>
            </w:r>
            <w:proofErr w:type="spellEnd"/>
            <w:r w:rsidRPr="004543E3">
              <w:t xml:space="preserve"> </w:t>
            </w:r>
            <w:proofErr w:type="spellStart"/>
            <w:r w:rsidRPr="004543E3">
              <w:t>hóa</w:t>
            </w:r>
            <w:proofErr w:type="spellEnd"/>
            <w:r w:rsidRPr="004543E3">
              <w:t xml:space="preserve"> (</w:t>
            </w:r>
            <w:proofErr w:type="spellStart"/>
            <w:r w:rsidRPr="004543E3">
              <w:t>hạng</w:t>
            </w:r>
            <w:proofErr w:type="spellEnd"/>
            <w:r w:rsidRPr="004543E3">
              <w:t xml:space="preserve"> I); </w:t>
            </w:r>
            <w:proofErr w:type="spellStart"/>
            <w:r w:rsidRPr="004543E3">
              <w:t>mã</w:t>
            </w:r>
            <w:proofErr w:type="spellEnd"/>
            <w:r w:rsidRPr="004543E3">
              <w:t xml:space="preserve"> </w:t>
            </w:r>
            <w:proofErr w:type="spellStart"/>
            <w:r w:rsidRPr="004543E3">
              <w:t>số</w:t>
            </w:r>
            <w:proofErr w:type="spellEnd"/>
            <w:r w:rsidRPr="004543E3">
              <w:t xml:space="preserve"> </w:t>
            </w:r>
            <w:proofErr w:type="spellStart"/>
            <w:r w:rsidRPr="004543E3">
              <w:t>ngạch</w:t>
            </w:r>
            <w:proofErr w:type="spellEnd"/>
            <w:r w:rsidRPr="004543E3">
              <w:t xml:space="preserve"> </w:t>
            </w:r>
            <w:proofErr w:type="spellStart"/>
            <w:r w:rsidRPr="004543E3">
              <w:t>công</w:t>
            </w:r>
            <w:proofErr w:type="spellEnd"/>
            <w:r w:rsidRPr="004543E3">
              <w:t xml:space="preserve"> </w:t>
            </w:r>
            <w:proofErr w:type="spellStart"/>
            <w:r w:rsidRPr="004543E3">
              <w:t>chức</w:t>
            </w:r>
            <w:proofErr w:type="spellEnd"/>
            <w:r w:rsidRPr="004543E3">
              <w:t>: …</w:t>
            </w:r>
            <w:proofErr w:type="spellStart"/>
            <w:r w:rsidRPr="004543E3">
              <w:t>từ</w:t>
            </w:r>
            <w:proofErr w:type="spellEnd"/>
            <w:r w:rsidRPr="004543E3">
              <w:t xml:space="preserve"> </w:t>
            </w:r>
            <w:proofErr w:type="spellStart"/>
            <w:r w:rsidRPr="004543E3">
              <w:t>hệ</w:t>
            </w:r>
            <w:proofErr w:type="spellEnd"/>
            <w:r w:rsidRPr="004543E3">
              <w:t xml:space="preserve"> </w:t>
            </w:r>
            <w:proofErr w:type="spellStart"/>
            <w:r w:rsidRPr="004543E3">
              <w:t>số</w:t>
            </w:r>
            <w:proofErr w:type="spellEnd"/>
            <w:r w:rsidRPr="004543E3">
              <w:t xml:space="preserve"> 6,20 </w:t>
            </w:r>
            <w:proofErr w:type="spellStart"/>
            <w:r w:rsidRPr="004543E3">
              <w:t>đến</w:t>
            </w:r>
            <w:proofErr w:type="spellEnd"/>
            <w:r w:rsidRPr="004543E3">
              <w:t xml:space="preserve"> </w:t>
            </w:r>
            <w:r w:rsidRPr="004543E3">
              <w:rPr>
                <w:b/>
                <w:bCs/>
              </w:rPr>
              <w:t>8,20</w:t>
            </w:r>
            <w:r w:rsidRPr="004543E3">
              <w:t xml:space="preserve">”.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sửa</w:t>
            </w:r>
            <w:proofErr w:type="spellEnd"/>
            <w:r w:rsidRPr="004543E3">
              <w:t xml:space="preserve"> </w:t>
            </w:r>
            <w:proofErr w:type="spellStart"/>
            <w:r w:rsidRPr="004543E3">
              <w:t>thành</w:t>
            </w:r>
            <w:proofErr w:type="spellEnd"/>
            <w:r w:rsidRPr="004543E3">
              <w:t xml:space="preserve">: “a) </w:t>
            </w:r>
            <w:proofErr w:type="spellStart"/>
            <w:r w:rsidRPr="004543E3">
              <w:t>Ngạch</w:t>
            </w:r>
            <w:proofErr w:type="spellEnd"/>
            <w:r w:rsidRPr="004543E3">
              <w:t xml:space="preserve"> </w:t>
            </w:r>
            <w:proofErr w:type="spellStart"/>
            <w:r w:rsidRPr="004543E3">
              <w:t>Kiểm</w:t>
            </w:r>
            <w:proofErr w:type="spellEnd"/>
            <w:r w:rsidRPr="004543E3">
              <w:t xml:space="preserve"> </w:t>
            </w:r>
            <w:proofErr w:type="spellStart"/>
            <w:r w:rsidRPr="004543E3">
              <w:t>soát</w:t>
            </w:r>
            <w:proofErr w:type="spellEnd"/>
            <w:r w:rsidRPr="004543E3">
              <w:t xml:space="preserve"> </w:t>
            </w:r>
            <w:proofErr w:type="spellStart"/>
            <w:r w:rsidRPr="004543E3">
              <w:t>viên</w:t>
            </w:r>
            <w:proofErr w:type="spellEnd"/>
            <w:r w:rsidRPr="004543E3">
              <w:t xml:space="preserve"> </w:t>
            </w:r>
            <w:proofErr w:type="spellStart"/>
            <w:r w:rsidRPr="004543E3">
              <w:t>cao</w:t>
            </w:r>
            <w:proofErr w:type="spellEnd"/>
            <w:r w:rsidRPr="004543E3">
              <w:t xml:space="preserve"> </w:t>
            </w:r>
            <w:proofErr w:type="spellStart"/>
            <w:r w:rsidRPr="004543E3">
              <w:t>cấp</w:t>
            </w:r>
            <w:proofErr w:type="spellEnd"/>
            <w:r w:rsidRPr="004543E3">
              <w:t xml:space="preserve"> </w:t>
            </w:r>
            <w:proofErr w:type="spellStart"/>
            <w:r w:rsidRPr="004543E3">
              <w:t>chất</w:t>
            </w:r>
            <w:proofErr w:type="spellEnd"/>
            <w:r w:rsidRPr="004543E3">
              <w:t xml:space="preserve"> </w:t>
            </w:r>
            <w:proofErr w:type="spellStart"/>
            <w:r w:rsidRPr="004543E3">
              <w:t>lượng</w:t>
            </w:r>
            <w:proofErr w:type="spellEnd"/>
            <w:r w:rsidRPr="004543E3">
              <w:t xml:space="preserve"> </w:t>
            </w:r>
            <w:proofErr w:type="spellStart"/>
            <w:r w:rsidRPr="004543E3">
              <w:t>sản</w:t>
            </w:r>
            <w:proofErr w:type="spellEnd"/>
            <w:r w:rsidRPr="004543E3">
              <w:t xml:space="preserve"> </w:t>
            </w:r>
            <w:proofErr w:type="spellStart"/>
            <w:r w:rsidRPr="004543E3">
              <w:t>phẩm</w:t>
            </w:r>
            <w:proofErr w:type="spellEnd"/>
            <w:r w:rsidRPr="004543E3">
              <w:t xml:space="preserve">, </w:t>
            </w:r>
            <w:proofErr w:type="spellStart"/>
            <w:r w:rsidRPr="004543E3">
              <w:t>hàng</w:t>
            </w:r>
            <w:proofErr w:type="spellEnd"/>
            <w:r w:rsidRPr="004543E3">
              <w:t xml:space="preserve"> </w:t>
            </w:r>
            <w:proofErr w:type="spellStart"/>
            <w:r w:rsidRPr="004543E3">
              <w:t>hóa</w:t>
            </w:r>
            <w:proofErr w:type="spellEnd"/>
            <w:r w:rsidRPr="004543E3">
              <w:t xml:space="preserve"> (</w:t>
            </w:r>
            <w:proofErr w:type="spellStart"/>
            <w:r w:rsidRPr="004543E3">
              <w:t>hạng</w:t>
            </w:r>
            <w:proofErr w:type="spellEnd"/>
            <w:r w:rsidRPr="004543E3">
              <w:t xml:space="preserve"> I); </w:t>
            </w:r>
            <w:proofErr w:type="spellStart"/>
            <w:r w:rsidRPr="004543E3">
              <w:t>mã</w:t>
            </w:r>
            <w:proofErr w:type="spellEnd"/>
            <w:r w:rsidRPr="004543E3">
              <w:t xml:space="preserve"> </w:t>
            </w:r>
            <w:proofErr w:type="spellStart"/>
            <w:r w:rsidRPr="004543E3">
              <w:t>số</w:t>
            </w:r>
            <w:proofErr w:type="spellEnd"/>
            <w:r w:rsidRPr="004543E3">
              <w:t xml:space="preserve"> </w:t>
            </w:r>
            <w:proofErr w:type="spellStart"/>
            <w:r w:rsidRPr="004543E3">
              <w:t>ngạch</w:t>
            </w:r>
            <w:proofErr w:type="spellEnd"/>
            <w:r w:rsidRPr="004543E3">
              <w:t xml:space="preserve"> </w:t>
            </w:r>
            <w:proofErr w:type="spellStart"/>
            <w:r w:rsidRPr="004543E3">
              <w:t>công</w:t>
            </w:r>
            <w:proofErr w:type="spellEnd"/>
            <w:r w:rsidRPr="004543E3">
              <w:t xml:space="preserve"> </w:t>
            </w:r>
            <w:proofErr w:type="spellStart"/>
            <w:r w:rsidRPr="004543E3">
              <w:t>chức</w:t>
            </w:r>
            <w:proofErr w:type="spellEnd"/>
            <w:r w:rsidRPr="004543E3">
              <w:t>: …</w:t>
            </w:r>
            <w:proofErr w:type="spellStart"/>
            <w:r w:rsidRPr="004543E3">
              <w:t>từ</w:t>
            </w:r>
            <w:proofErr w:type="spellEnd"/>
            <w:r w:rsidRPr="004543E3">
              <w:t xml:space="preserve"> </w:t>
            </w:r>
            <w:proofErr w:type="spellStart"/>
            <w:r w:rsidRPr="004543E3">
              <w:t>hệ</w:t>
            </w:r>
            <w:proofErr w:type="spellEnd"/>
            <w:r w:rsidRPr="004543E3">
              <w:t xml:space="preserve"> </w:t>
            </w:r>
            <w:proofErr w:type="spellStart"/>
            <w:r w:rsidRPr="004543E3">
              <w:t>số</w:t>
            </w:r>
            <w:proofErr w:type="spellEnd"/>
            <w:r w:rsidRPr="004543E3">
              <w:t xml:space="preserve"> 6,20 </w:t>
            </w:r>
            <w:proofErr w:type="spellStart"/>
            <w:r w:rsidRPr="004543E3">
              <w:t>đến</w:t>
            </w:r>
            <w:proofErr w:type="spellEnd"/>
            <w:r w:rsidRPr="004543E3">
              <w:t xml:space="preserve"> </w:t>
            </w:r>
            <w:r w:rsidRPr="004543E3">
              <w:rPr>
                <w:b/>
                <w:bCs/>
              </w:rPr>
              <w:t>8,00</w:t>
            </w:r>
            <w:r w:rsidRPr="004543E3">
              <w:t xml:space="preserve">” </w:t>
            </w:r>
            <w:proofErr w:type="spellStart"/>
            <w:r w:rsidRPr="004543E3">
              <w:t>để</w:t>
            </w:r>
            <w:proofErr w:type="spellEnd"/>
            <w:r w:rsidRPr="004543E3">
              <w:t xml:space="preserve"> </w:t>
            </w:r>
            <w:proofErr w:type="spellStart"/>
            <w:r w:rsidRPr="004543E3">
              <w:t>đúng</w:t>
            </w:r>
            <w:proofErr w:type="spellEnd"/>
            <w:r w:rsidRPr="004543E3">
              <w:t xml:space="preserve"> </w:t>
            </w:r>
            <w:proofErr w:type="spellStart"/>
            <w:r w:rsidRPr="004543E3">
              <w:t>với</w:t>
            </w:r>
            <w:proofErr w:type="spellEnd"/>
            <w:r w:rsidRPr="004543E3">
              <w:t xml:space="preserve"> </w:t>
            </w:r>
            <w:proofErr w:type="spellStart"/>
            <w:r w:rsidRPr="004543E3">
              <w:t>bảng</w:t>
            </w:r>
            <w:proofErr w:type="spellEnd"/>
            <w:r w:rsidRPr="004543E3">
              <w:t xml:space="preserve"> </w:t>
            </w:r>
            <w:proofErr w:type="spellStart"/>
            <w:r w:rsidRPr="004543E3">
              <w:t>lương</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tại</w:t>
            </w:r>
            <w:proofErr w:type="spellEnd"/>
            <w:r w:rsidRPr="004543E3">
              <w:t xml:space="preserve"> </w:t>
            </w:r>
            <w:proofErr w:type="spellStart"/>
            <w:r w:rsidRPr="004543E3">
              <w:t>Nghị</w:t>
            </w:r>
            <w:proofErr w:type="spellEnd"/>
            <w:r w:rsidRPr="004543E3">
              <w:t xml:space="preserve"> </w:t>
            </w:r>
            <w:proofErr w:type="spellStart"/>
            <w:r w:rsidRPr="004543E3">
              <w:t>định</w:t>
            </w:r>
            <w:proofErr w:type="spellEnd"/>
            <w:r w:rsidRPr="004543E3">
              <w:t xml:space="preserve"> </w:t>
            </w:r>
            <w:proofErr w:type="spellStart"/>
            <w:r w:rsidRPr="004543E3">
              <w:t>số</w:t>
            </w:r>
            <w:proofErr w:type="spellEnd"/>
            <w:r w:rsidRPr="004543E3">
              <w:t xml:space="preserve"> 204/2004/NĐ-CP </w:t>
            </w:r>
            <w:proofErr w:type="spellStart"/>
            <w:r w:rsidRPr="004543E3">
              <w:t>ngày</w:t>
            </w:r>
            <w:proofErr w:type="spellEnd"/>
            <w:r w:rsidRPr="004543E3">
              <w:t xml:space="preserve"> 14/12/2004 </w:t>
            </w:r>
            <w:proofErr w:type="spellStart"/>
            <w:r w:rsidRPr="004543E3">
              <w:t>của</w:t>
            </w:r>
            <w:proofErr w:type="spellEnd"/>
            <w:r w:rsidRPr="004543E3">
              <w:t xml:space="preserve"> </w:t>
            </w:r>
            <w:proofErr w:type="spellStart"/>
            <w:r w:rsidRPr="004543E3">
              <w:t>Chính</w:t>
            </w:r>
            <w:proofErr w:type="spellEnd"/>
            <w:r w:rsidRPr="004543E3">
              <w:t xml:space="preserve"> </w:t>
            </w:r>
            <w:proofErr w:type="spellStart"/>
            <w:r w:rsidRPr="004543E3">
              <w:t>phủ</w:t>
            </w:r>
            <w:proofErr w:type="spellEnd"/>
            <w:r w:rsidRPr="004543E3">
              <w:t xml:space="preserve"> </w:t>
            </w:r>
            <w:proofErr w:type="spellStart"/>
            <w:r w:rsidRPr="004543E3">
              <w:t>về</w:t>
            </w:r>
            <w:proofErr w:type="spellEnd"/>
            <w:r w:rsidRPr="004543E3">
              <w:t xml:space="preserve"> </w:t>
            </w:r>
            <w:proofErr w:type="spellStart"/>
            <w:r w:rsidRPr="004543E3">
              <w:t>chế</w:t>
            </w:r>
            <w:proofErr w:type="spellEnd"/>
            <w:r w:rsidRPr="004543E3">
              <w:t xml:space="preserve"> </w:t>
            </w:r>
            <w:proofErr w:type="spellStart"/>
            <w:r w:rsidRPr="004543E3">
              <w:t>độ</w:t>
            </w:r>
            <w:proofErr w:type="spellEnd"/>
            <w:r w:rsidRPr="004543E3">
              <w:t xml:space="preserve"> </w:t>
            </w:r>
            <w:proofErr w:type="spellStart"/>
            <w:r w:rsidRPr="004543E3">
              <w:t>tiền</w:t>
            </w:r>
            <w:proofErr w:type="spellEnd"/>
            <w:r w:rsidRPr="004543E3">
              <w:t xml:space="preserve"> </w:t>
            </w:r>
            <w:proofErr w:type="spellStart"/>
            <w:r w:rsidRPr="004543E3">
              <w:t>lương</w:t>
            </w:r>
            <w:proofErr w:type="spellEnd"/>
            <w:r w:rsidRPr="004543E3">
              <w:t xml:space="preserve"> </w:t>
            </w:r>
            <w:proofErr w:type="spellStart"/>
            <w:r w:rsidRPr="004543E3">
              <w:t>đối</w:t>
            </w:r>
            <w:proofErr w:type="spellEnd"/>
            <w:r w:rsidRPr="004543E3">
              <w:t xml:space="preserve"> </w:t>
            </w:r>
            <w:proofErr w:type="spellStart"/>
            <w:r w:rsidRPr="004543E3">
              <w:t>với</w:t>
            </w:r>
            <w:proofErr w:type="spellEnd"/>
            <w:r w:rsidRPr="004543E3">
              <w:t xml:space="preserve"> </w:t>
            </w:r>
            <w:proofErr w:type="spellStart"/>
            <w:r w:rsidRPr="004543E3">
              <w:t>cán</w:t>
            </w:r>
            <w:proofErr w:type="spellEnd"/>
            <w:r w:rsidRPr="004543E3">
              <w:t xml:space="preserve"> </w:t>
            </w:r>
            <w:proofErr w:type="spellStart"/>
            <w:r w:rsidRPr="004543E3">
              <w:t>bộ</w:t>
            </w:r>
            <w:proofErr w:type="spellEnd"/>
            <w:r w:rsidRPr="004543E3">
              <w:t xml:space="preserve">, </w:t>
            </w:r>
            <w:proofErr w:type="spellStart"/>
            <w:r w:rsidRPr="004543E3">
              <w:t>công</w:t>
            </w:r>
            <w:proofErr w:type="spellEnd"/>
            <w:r w:rsidRPr="004543E3">
              <w:t xml:space="preserve"> </w:t>
            </w:r>
            <w:proofErr w:type="spellStart"/>
            <w:r w:rsidRPr="004543E3">
              <w:t>chức</w:t>
            </w:r>
            <w:proofErr w:type="spellEnd"/>
            <w:r w:rsidRPr="004543E3">
              <w:t xml:space="preserve">, </w:t>
            </w:r>
            <w:proofErr w:type="spellStart"/>
            <w:r w:rsidRPr="004543E3">
              <w:t>viên</w:t>
            </w:r>
            <w:proofErr w:type="spellEnd"/>
            <w:r w:rsidRPr="004543E3">
              <w:t xml:space="preserve"> </w:t>
            </w:r>
            <w:proofErr w:type="spellStart"/>
            <w:r w:rsidRPr="004543E3">
              <w:t>chức</w:t>
            </w:r>
            <w:proofErr w:type="spellEnd"/>
            <w:r w:rsidRPr="004543E3">
              <w:t xml:space="preserve"> </w:t>
            </w:r>
            <w:proofErr w:type="spellStart"/>
            <w:r w:rsidRPr="004543E3">
              <w:t>và</w:t>
            </w:r>
            <w:proofErr w:type="spellEnd"/>
            <w:r w:rsidRPr="004543E3">
              <w:t xml:space="preserve"> </w:t>
            </w:r>
            <w:proofErr w:type="spellStart"/>
            <w:r w:rsidRPr="004543E3">
              <w:t>lực</w:t>
            </w:r>
            <w:proofErr w:type="spellEnd"/>
            <w:r w:rsidRPr="004543E3">
              <w:t xml:space="preserve"> </w:t>
            </w:r>
            <w:proofErr w:type="spellStart"/>
            <w:r w:rsidRPr="004543E3">
              <w:t>lượng</w:t>
            </w:r>
            <w:proofErr w:type="spellEnd"/>
            <w:r w:rsidRPr="004543E3">
              <w:t xml:space="preserve"> </w:t>
            </w:r>
            <w:proofErr w:type="spellStart"/>
            <w:r w:rsidRPr="004543E3">
              <w:t>vũ</w:t>
            </w:r>
            <w:proofErr w:type="spellEnd"/>
            <w:r w:rsidRPr="004543E3">
              <w:t xml:space="preserve"> </w:t>
            </w:r>
            <w:proofErr w:type="spellStart"/>
            <w:r w:rsidRPr="004543E3">
              <w:t>trang</w:t>
            </w:r>
            <w:proofErr w:type="spellEnd"/>
            <w:r w:rsidRPr="004543E3">
              <w:t>.</w:t>
            </w:r>
          </w:p>
          <w:p w14:paraId="552302E2" w14:textId="4B81DA08" w:rsidR="00BE5D3B" w:rsidRPr="004543E3" w:rsidRDefault="00BE5D3B" w:rsidP="009678B4">
            <w:pPr>
              <w:spacing w:before="120" w:after="120" w:line="240" w:lineRule="auto"/>
              <w:jc w:val="both"/>
            </w:pPr>
          </w:p>
        </w:tc>
        <w:tc>
          <w:tcPr>
            <w:tcW w:w="3165" w:type="dxa"/>
          </w:tcPr>
          <w:p w14:paraId="76017677" w14:textId="77777777" w:rsidR="00BE5D3B" w:rsidRPr="004543E3" w:rsidRDefault="00BE5D3B" w:rsidP="00BE5D3B">
            <w:pPr>
              <w:jc w:val="both"/>
            </w:pPr>
            <w:r w:rsidRPr="004543E3">
              <w:rPr>
                <w:szCs w:val="26"/>
              </w:rPr>
              <w:lastRenderedPageBreak/>
              <w:t xml:space="preserve">- </w:t>
            </w:r>
            <w:proofErr w:type="spellStart"/>
            <w:r w:rsidRPr="004543E3">
              <w:rPr>
                <w:szCs w:val="26"/>
              </w:rPr>
              <w:t>Tiếp</w:t>
            </w:r>
            <w:proofErr w:type="spellEnd"/>
            <w:r w:rsidRPr="004543E3">
              <w:rPr>
                <w:szCs w:val="26"/>
              </w:rPr>
              <w:t xml:space="preserve"> </w:t>
            </w:r>
            <w:proofErr w:type="spellStart"/>
            <w:r w:rsidRPr="004543E3">
              <w:rPr>
                <w:szCs w:val="26"/>
              </w:rPr>
              <w:t>thu</w:t>
            </w:r>
            <w:proofErr w:type="spellEnd"/>
            <w:r w:rsidRPr="004543E3">
              <w:rPr>
                <w:szCs w:val="26"/>
              </w:rPr>
              <w:t xml:space="preserve"> ý </w:t>
            </w:r>
            <w:proofErr w:type="spellStart"/>
            <w:r w:rsidRPr="004543E3">
              <w:rPr>
                <w:szCs w:val="26"/>
              </w:rPr>
              <w:t>kiến</w:t>
            </w:r>
            <w:proofErr w:type="spellEnd"/>
            <w:r w:rsidRPr="004543E3">
              <w:rPr>
                <w:szCs w:val="26"/>
              </w:rPr>
              <w:t xml:space="preserve"> </w:t>
            </w:r>
            <w:proofErr w:type="spellStart"/>
            <w:r w:rsidRPr="004543E3">
              <w:rPr>
                <w:szCs w:val="26"/>
              </w:rPr>
              <w:t>va</w:t>
            </w:r>
            <w:proofErr w:type="spellEnd"/>
            <w:r w:rsidRPr="004543E3">
              <w:rPr>
                <w:szCs w:val="26"/>
              </w:rPr>
              <w:t xml:space="preserve">̀ Ban </w:t>
            </w:r>
            <w:proofErr w:type="spellStart"/>
            <w:r w:rsidRPr="004543E3">
              <w:rPr>
                <w:szCs w:val="26"/>
              </w:rPr>
              <w:t>soạn</w:t>
            </w:r>
            <w:proofErr w:type="spellEnd"/>
            <w:r w:rsidRPr="004543E3">
              <w:rPr>
                <w:szCs w:val="26"/>
              </w:rPr>
              <w:t xml:space="preserve"> </w:t>
            </w:r>
            <w:proofErr w:type="spellStart"/>
            <w:r w:rsidRPr="004543E3">
              <w:rPr>
                <w:szCs w:val="26"/>
              </w:rPr>
              <w:t>thảo</w:t>
            </w:r>
            <w:proofErr w:type="spellEnd"/>
            <w:r w:rsidRPr="004543E3">
              <w:rPr>
                <w:szCs w:val="26"/>
              </w:rPr>
              <w:t xml:space="preserve"> </w:t>
            </w:r>
            <w:proofErr w:type="spellStart"/>
            <w:r w:rsidRPr="004543E3">
              <w:rPr>
                <w:szCs w:val="26"/>
              </w:rPr>
              <w:t>đa</w:t>
            </w:r>
            <w:proofErr w:type="spellEnd"/>
            <w:r w:rsidRPr="004543E3">
              <w:rPr>
                <w:szCs w:val="26"/>
              </w:rPr>
              <w:t xml:space="preserve">̃ </w:t>
            </w:r>
            <w:proofErr w:type="spellStart"/>
            <w:r w:rsidRPr="004543E3">
              <w:rPr>
                <w:szCs w:val="26"/>
              </w:rPr>
              <w:t>điều</w:t>
            </w:r>
            <w:proofErr w:type="spellEnd"/>
            <w:r w:rsidRPr="004543E3">
              <w:rPr>
                <w:szCs w:val="26"/>
              </w:rPr>
              <w:t xml:space="preserve"> </w:t>
            </w:r>
            <w:proofErr w:type="spellStart"/>
            <w:r w:rsidRPr="004543E3">
              <w:rPr>
                <w:szCs w:val="26"/>
              </w:rPr>
              <w:t>chỉnh</w:t>
            </w:r>
            <w:proofErr w:type="spellEnd"/>
            <w:r w:rsidRPr="004543E3">
              <w:rPr>
                <w:szCs w:val="26"/>
              </w:rPr>
              <w:t xml:space="preserve"> </w:t>
            </w:r>
            <w:proofErr w:type="spellStart"/>
            <w:r w:rsidRPr="004543E3">
              <w:rPr>
                <w:szCs w:val="26"/>
              </w:rPr>
              <w:t>lại</w:t>
            </w:r>
            <w:proofErr w:type="spellEnd"/>
            <w:r w:rsidRPr="004543E3">
              <w:rPr>
                <w:szCs w:val="26"/>
              </w:rPr>
              <w:t xml:space="preserve"> </w:t>
            </w:r>
            <w:proofErr w:type="spellStart"/>
            <w:r w:rsidRPr="004543E3">
              <w:rPr>
                <w:szCs w:val="26"/>
              </w:rPr>
              <w:t>hê</w:t>
            </w:r>
            <w:proofErr w:type="spellEnd"/>
            <w:r w:rsidRPr="004543E3">
              <w:rPr>
                <w:szCs w:val="26"/>
              </w:rPr>
              <w:t xml:space="preserve">̣ </w:t>
            </w:r>
            <w:proofErr w:type="spellStart"/>
            <w:r w:rsidRPr="004543E3">
              <w:rPr>
                <w:szCs w:val="26"/>
              </w:rPr>
              <w:t>sô</w:t>
            </w:r>
            <w:proofErr w:type="spellEnd"/>
            <w:r w:rsidRPr="004543E3">
              <w:rPr>
                <w:szCs w:val="26"/>
              </w:rPr>
              <w:t xml:space="preserve">́ </w:t>
            </w:r>
            <w:proofErr w:type="spellStart"/>
            <w:r w:rsidRPr="004543E3">
              <w:rPr>
                <w:szCs w:val="26"/>
              </w:rPr>
              <w:t>lương</w:t>
            </w:r>
            <w:proofErr w:type="spellEnd"/>
            <w:r w:rsidRPr="004543E3">
              <w:rPr>
                <w:szCs w:val="26"/>
              </w:rPr>
              <w:t xml:space="preserve"> </w:t>
            </w:r>
            <w:proofErr w:type="spellStart"/>
            <w:r w:rsidRPr="004543E3">
              <w:rPr>
                <w:szCs w:val="26"/>
              </w:rPr>
              <w:t>của</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chức</w:t>
            </w:r>
            <w:proofErr w:type="spellEnd"/>
            <w:r w:rsidRPr="004543E3">
              <w:rPr>
                <w:szCs w:val="26"/>
              </w:rPr>
              <w:t xml:space="preserve"> </w:t>
            </w:r>
            <w:proofErr w:type="spellStart"/>
            <w:r w:rsidRPr="004543E3">
              <w:rPr>
                <w:szCs w:val="26"/>
              </w:rPr>
              <w:t>theo</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định</w:t>
            </w:r>
            <w:proofErr w:type="spellEnd"/>
            <w:r w:rsidRPr="004543E3">
              <w:rPr>
                <w:szCs w:val="26"/>
              </w:rPr>
              <w:t xml:space="preserve"> </w:t>
            </w:r>
            <w:proofErr w:type="spellStart"/>
            <w:r w:rsidRPr="004543E3">
              <w:rPr>
                <w:szCs w:val="26"/>
              </w:rPr>
              <w:t>của</w:t>
            </w:r>
            <w:proofErr w:type="spellEnd"/>
            <w:r w:rsidRPr="004543E3">
              <w:rPr>
                <w:szCs w:val="26"/>
              </w:rPr>
              <w:t xml:space="preserve"> </w:t>
            </w:r>
            <w:proofErr w:type="spellStart"/>
            <w:r w:rsidRPr="004543E3">
              <w:t>Nghị</w:t>
            </w:r>
            <w:proofErr w:type="spellEnd"/>
            <w:r w:rsidRPr="004543E3">
              <w:t xml:space="preserve"> </w:t>
            </w:r>
            <w:proofErr w:type="spellStart"/>
            <w:r w:rsidRPr="004543E3">
              <w:t>định</w:t>
            </w:r>
            <w:proofErr w:type="spellEnd"/>
            <w:r w:rsidRPr="004543E3">
              <w:t xml:space="preserve"> </w:t>
            </w:r>
            <w:proofErr w:type="spellStart"/>
            <w:r w:rsidRPr="004543E3">
              <w:t>số</w:t>
            </w:r>
            <w:proofErr w:type="spellEnd"/>
            <w:r w:rsidRPr="004543E3">
              <w:t xml:space="preserve"> 204/2004/NĐ-CP.</w:t>
            </w:r>
          </w:p>
          <w:p w14:paraId="5A4B1050" w14:textId="77777777" w:rsidR="00BE5D3B" w:rsidRPr="004543E3" w:rsidRDefault="00BE5D3B" w:rsidP="00BE5D3B">
            <w:pPr>
              <w:jc w:val="both"/>
            </w:pPr>
          </w:p>
          <w:p w14:paraId="0CBDB78A" w14:textId="77777777" w:rsidR="00BE5D3B" w:rsidRDefault="00BE5D3B" w:rsidP="00BE5D3B">
            <w:pPr>
              <w:jc w:val="both"/>
            </w:pPr>
          </w:p>
          <w:p w14:paraId="6536E0E1" w14:textId="77777777" w:rsidR="00BE5D3B" w:rsidRPr="004543E3" w:rsidRDefault="00BE5D3B" w:rsidP="00BE5D3B">
            <w:pPr>
              <w:jc w:val="both"/>
            </w:pPr>
          </w:p>
          <w:p w14:paraId="055DF6FA" w14:textId="77777777" w:rsidR="00BE5D3B" w:rsidRPr="004543E3" w:rsidRDefault="00BE5D3B" w:rsidP="00BE5D3B">
            <w:pPr>
              <w:jc w:val="both"/>
            </w:pPr>
            <w:r w:rsidRPr="004543E3">
              <w:t xml:space="preserve">- </w:t>
            </w:r>
            <w:proofErr w:type="spellStart"/>
            <w:r w:rsidRPr="004543E3">
              <w:rPr>
                <w:szCs w:val="26"/>
              </w:rPr>
              <w:t>Tiếp</w:t>
            </w:r>
            <w:proofErr w:type="spellEnd"/>
            <w:r w:rsidRPr="004543E3">
              <w:rPr>
                <w:szCs w:val="26"/>
              </w:rPr>
              <w:t xml:space="preserve"> </w:t>
            </w:r>
            <w:proofErr w:type="spellStart"/>
            <w:r w:rsidRPr="004543E3">
              <w:rPr>
                <w:szCs w:val="26"/>
              </w:rPr>
              <w:t>thu</w:t>
            </w:r>
            <w:proofErr w:type="spellEnd"/>
            <w:r w:rsidRPr="004543E3">
              <w:rPr>
                <w:szCs w:val="26"/>
              </w:rPr>
              <w:t xml:space="preserve"> ý </w:t>
            </w:r>
            <w:proofErr w:type="spellStart"/>
            <w:r w:rsidRPr="004543E3">
              <w:rPr>
                <w:szCs w:val="26"/>
              </w:rPr>
              <w:t>kiến</w:t>
            </w:r>
            <w:proofErr w:type="spellEnd"/>
            <w:r w:rsidRPr="004543E3">
              <w:rPr>
                <w:szCs w:val="26"/>
              </w:rPr>
              <w:t xml:space="preserve"> </w:t>
            </w:r>
            <w:proofErr w:type="spellStart"/>
            <w:r w:rsidRPr="004543E3">
              <w:rPr>
                <w:szCs w:val="26"/>
              </w:rPr>
              <w:t>va</w:t>
            </w:r>
            <w:proofErr w:type="spellEnd"/>
            <w:r w:rsidRPr="004543E3">
              <w:rPr>
                <w:szCs w:val="26"/>
              </w:rPr>
              <w:t xml:space="preserve">̀ Ban </w:t>
            </w:r>
            <w:proofErr w:type="spellStart"/>
            <w:r w:rsidRPr="004543E3">
              <w:rPr>
                <w:szCs w:val="26"/>
              </w:rPr>
              <w:t>soạn</w:t>
            </w:r>
            <w:proofErr w:type="spellEnd"/>
            <w:r w:rsidRPr="004543E3">
              <w:rPr>
                <w:szCs w:val="26"/>
              </w:rPr>
              <w:t xml:space="preserve"> </w:t>
            </w:r>
            <w:proofErr w:type="spellStart"/>
            <w:r w:rsidRPr="004543E3">
              <w:rPr>
                <w:szCs w:val="26"/>
              </w:rPr>
              <w:t>thảo</w:t>
            </w:r>
            <w:proofErr w:type="spellEnd"/>
            <w:r w:rsidRPr="004543E3">
              <w:rPr>
                <w:szCs w:val="26"/>
              </w:rPr>
              <w:t xml:space="preserve"> </w:t>
            </w:r>
            <w:proofErr w:type="spellStart"/>
            <w:r w:rsidRPr="004543E3">
              <w:rPr>
                <w:szCs w:val="26"/>
              </w:rPr>
              <w:t>đa</w:t>
            </w:r>
            <w:proofErr w:type="spellEnd"/>
            <w:r w:rsidRPr="004543E3">
              <w:rPr>
                <w:szCs w:val="26"/>
              </w:rPr>
              <w:t xml:space="preserve">̃ </w:t>
            </w:r>
            <w:proofErr w:type="spellStart"/>
            <w:r w:rsidRPr="004543E3">
              <w:rPr>
                <w:szCs w:val="26"/>
              </w:rPr>
              <w:t>điều</w:t>
            </w:r>
            <w:proofErr w:type="spellEnd"/>
            <w:r w:rsidRPr="004543E3">
              <w:rPr>
                <w:szCs w:val="26"/>
              </w:rPr>
              <w:t xml:space="preserve"> </w:t>
            </w:r>
            <w:proofErr w:type="spellStart"/>
            <w:r w:rsidRPr="004543E3">
              <w:rPr>
                <w:szCs w:val="26"/>
              </w:rPr>
              <w:t>chỉnh</w:t>
            </w:r>
            <w:proofErr w:type="spellEnd"/>
            <w:r w:rsidRPr="004543E3">
              <w:rPr>
                <w:szCs w:val="26"/>
              </w:rPr>
              <w:t xml:space="preserve"> </w:t>
            </w:r>
            <w:proofErr w:type="spellStart"/>
            <w:r w:rsidRPr="004543E3">
              <w:rPr>
                <w:szCs w:val="26"/>
              </w:rPr>
              <w:t>lại</w:t>
            </w:r>
            <w:proofErr w:type="spellEnd"/>
            <w:r w:rsidRPr="004543E3">
              <w:rPr>
                <w:szCs w:val="26"/>
              </w:rPr>
              <w:t xml:space="preserve"> </w:t>
            </w:r>
            <w:proofErr w:type="spellStart"/>
            <w:r w:rsidRPr="004543E3">
              <w:rPr>
                <w:szCs w:val="26"/>
              </w:rPr>
              <w:t>hê</w:t>
            </w:r>
            <w:proofErr w:type="spellEnd"/>
            <w:r w:rsidRPr="004543E3">
              <w:rPr>
                <w:szCs w:val="26"/>
              </w:rPr>
              <w:t xml:space="preserve">̣ </w:t>
            </w:r>
            <w:proofErr w:type="spellStart"/>
            <w:r w:rsidRPr="004543E3">
              <w:rPr>
                <w:szCs w:val="26"/>
              </w:rPr>
              <w:t>sô</w:t>
            </w:r>
            <w:proofErr w:type="spellEnd"/>
            <w:r w:rsidRPr="004543E3">
              <w:rPr>
                <w:szCs w:val="26"/>
              </w:rPr>
              <w:t xml:space="preserve">́ </w:t>
            </w:r>
            <w:proofErr w:type="spellStart"/>
            <w:r w:rsidRPr="004543E3">
              <w:rPr>
                <w:szCs w:val="26"/>
              </w:rPr>
              <w:t>lương</w:t>
            </w:r>
            <w:proofErr w:type="spellEnd"/>
            <w:r w:rsidRPr="004543E3">
              <w:rPr>
                <w:szCs w:val="26"/>
              </w:rPr>
              <w:t xml:space="preserve"> </w:t>
            </w:r>
            <w:proofErr w:type="spellStart"/>
            <w:r w:rsidRPr="004543E3">
              <w:rPr>
                <w:szCs w:val="26"/>
              </w:rPr>
              <w:t>của</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chức</w:t>
            </w:r>
            <w:proofErr w:type="spellEnd"/>
            <w:r w:rsidRPr="004543E3">
              <w:rPr>
                <w:szCs w:val="26"/>
              </w:rPr>
              <w:t xml:space="preserve"> </w:t>
            </w:r>
            <w:proofErr w:type="spellStart"/>
            <w:r w:rsidRPr="004543E3">
              <w:rPr>
                <w:szCs w:val="26"/>
              </w:rPr>
              <w:t>theo</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định</w:t>
            </w:r>
            <w:proofErr w:type="spellEnd"/>
            <w:r w:rsidRPr="004543E3">
              <w:rPr>
                <w:szCs w:val="26"/>
              </w:rPr>
              <w:t xml:space="preserve"> </w:t>
            </w:r>
            <w:proofErr w:type="spellStart"/>
            <w:r w:rsidRPr="004543E3">
              <w:rPr>
                <w:szCs w:val="26"/>
              </w:rPr>
              <w:t>của</w:t>
            </w:r>
            <w:proofErr w:type="spellEnd"/>
            <w:r w:rsidRPr="004543E3">
              <w:rPr>
                <w:szCs w:val="26"/>
              </w:rPr>
              <w:t xml:space="preserve"> </w:t>
            </w:r>
            <w:proofErr w:type="spellStart"/>
            <w:r w:rsidRPr="004543E3">
              <w:t>Nghị</w:t>
            </w:r>
            <w:proofErr w:type="spellEnd"/>
            <w:r w:rsidRPr="004543E3">
              <w:t xml:space="preserve"> </w:t>
            </w:r>
            <w:proofErr w:type="spellStart"/>
            <w:r w:rsidRPr="004543E3">
              <w:t>định</w:t>
            </w:r>
            <w:proofErr w:type="spellEnd"/>
            <w:r w:rsidRPr="004543E3">
              <w:t xml:space="preserve"> </w:t>
            </w:r>
            <w:proofErr w:type="spellStart"/>
            <w:r w:rsidRPr="004543E3">
              <w:t>số</w:t>
            </w:r>
            <w:proofErr w:type="spellEnd"/>
            <w:r w:rsidRPr="004543E3">
              <w:t xml:space="preserve"> 204/2004/NĐ-CP.</w:t>
            </w:r>
          </w:p>
          <w:p w14:paraId="07F5B299" w14:textId="77777777" w:rsidR="00BE5D3B" w:rsidRPr="004543E3" w:rsidRDefault="00BE5D3B" w:rsidP="00BE5D3B">
            <w:pPr>
              <w:jc w:val="both"/>
            </w:pPr>
          </w:p>
          <w:p w14:paraId="77D15878" w14:textId="77777777" w:rsidR="00BE5D3B" w:rsidRPr="004543E3" w:rsidRDefault="00BE5D3B" w:rsidP="00BE5D3B">
            <w:pPr>
              <w:jc w:val="both"/>
            </w:pPr>
          </w:p>
          <w:p w14:paraId="353BD8F9" w14:textId="77777777" w:rsidR="00BE5D3B" w:rsidRPr="004543E3" w:rsidRDefault="00BE5D3B" w:rsidP="00BE5D3B">
            <w:pPr>
              <w:jc w:val="both"/>
            </w:pPr>
          </w:p>
          <w:p w14:paraId="3B327876" w14:textId="5369E560" w:rsidR="00BE5D3B" w:rsidRPr="004543E3" w:rsidRDefault="00BE5D3B" w:rsidP="00BE5D3B">
            <w:pPr>
              <w:spacing w:after="120" w:line="320" w:lineRule="exact"/>
              <w:jc w:val="both"/>
              <w:rPr>
                <w:szCs w:val="26"/>
              </w:rPr>
            </w:pPr>
          </w:p>
        </w:tc>
      </w:tr>
      <w:tr w:rsidR="00BE5D3B" w:rsidRPr="004543E3" w14:paraId="4A798184" w14:textId="77777777" w:rsidTr="00FF0027">
        <w:tc>
          <w:tcPr>
            <w:tcW w:w="1098" w:type="dxa"/>
          </w:tcPr>
          <w:p w14:paraId="02964639" w14:textId="77777777" w:rsidR="00BE5D3B" w:rsidRPr="004543E3" w:rsidRDefault="00BE5D3B" w:rsidP="00BE5D3B">
            <w:pPr>
              <w:jc w:val="both"/>
            </w:pPr>
          </w:p>
        </w:tc>
        <w:tc>
          <w:tcPr>
            <w:tcW w:w="5113" w:type="dxa"/>
          </w:tcPr>
          <w:p w14:paraId="5A10A97C" w14:textId="4D42EEC5" w:rsidR="00BE5D3B" w:rsidRPr="004543E3" w:rsidRDefault="00BE5D3B" w:rsidP="00D23166">
            <w:pPr>
              <w:spacing w:before="120" w:after="120" w:line="240" w:lineRule="auto"/>
              <w:jc w:val="both"/>
              <w:rPr>
                <w:i/>
                <w:iCs/>
                <w:sz w:val="28"/>
                <w:szCs w:val="28"/>
                <w:lang w:val="de-DE"/>
              </w:rPr>
            </w:pPr>
            <w:r w:rsidRPr="004543E3">
              <w:rPr>
                <w:szCs w:val="26"/>
              </w:rPr>
              <w:t xml:space="preserve">5. </w:t>
            </w:r>
            <w:proofErr w:type="spellStart"/>
            <w:r w:rsidRPr="004543E3">
              <w:rPr>
                <w:szCs w:val="26"/>
              </w:rPr>
              <w:t>Việc</w:t>
            </w:r>
            <w:proofErr w:type="spellEnd"/>
            <w:r w:rsidRPr="004543E3">
              <w:rPr>
                <w:szCs w:val="26"/>
              </w:rPr>
              <w:t xml:space="preserve"> </w:t>
            </w:r>
            <w:proofErr w:type="spellStart"/>
            <w:r w:rsidRPr="004543E3">
              <w:rPr>
                <w:szCs w:val="26"/>
              </w:rPr>
              <w:t>chuyển</w:t>
            </w:r>
            <w:proofErr w:type="spellEnd"/>
            <w:r w:rsidRPr="004543E3">
              <w:rPr>
                <w:szCs w:val="26"/>
              </w:rPr>
              <w:t xml:space="preserve"> </w:t>
            </w:r>
            <w:proofErr w:type="spellStart"/>
            <w:r w:rsidRPr="004543E3">
              <w:rPr>
                <w:szCs w:val="26"/>
              </w:rPr>
              <w:t>xếp</w:t>
            </w:r>
            <w:proofErr w:type="spellEnd"/>
            <w:r w:rsidRPr="004543E3">
              <w:rPr>
                <w:szCs w:val="26"/>
              </w:rPr>
              <w:t xml:space="preserve"> </w:t>
            </w:r>
            <w:proofErr w:type="spellStart"/>
            <w:r w:rsidRPr="004543E3">
              <w:rPr>
                <w:szCs w:val="26"/>
              </w:rPr>
              <w:t>lương</w:t>
            </w:r>
            <w:proofErr w:type="spellEnd"/>
            <w:r w:rsidRPr="004543E3">
              <w:rPr>
                <w:szCs w:val="26"/>
              </w:rPr>
              <w:t xml:space="preserve"> </w:t>
            </w:r>
            <w:proofErr w:type="spellStart"/>
            <w:r w:rsidRPr="004543E3">
              <w:rPr>
                <w:szCs w:val="26"/>
              </w:rPr>
              <w:t>từ</w:t>
            </w:r>
            <w:proofErr w:type="spellEnd"/>
            <w:r w:rsidRPr="004543E3">
              <w:rPr>
                <w:szCs w:val="26"/>
              </w:rPr>
              <w:t xml:space="preserve"> </w:t>
            </w:r>
            <w:proofErr w:type="spellStart"/>
            <w:r w:rsidRPr="004543E3">
              <w:rPr>
                <w:szCs w:val="26"/>
              </w:rPr>
              <w:t>ngạch</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chức</w:t>
            </w:r>
            <w:proofErr w:type="spellEnd"/>
            <w:r w:rsidRPr="004543E3">
              <w:rPr>
                <w:szCs w:val="26"/>
              </w:rPr>
              <w:t xml:space="preserve"> </w:t>
            </w:r>
            <w:proofErr w:type="spellStart"/>
            <w:r w:rsidRPr="004543E3">
              <w:rPr>
                <w:szCs w:val="26"/>
              </w:rPr>
              <w:t>hiện</w:t>
            </w:r>
            <w:proofErr w:type="spellEnd"/>
            <w:r w:rsidRPr="004543E3">
              <w:rPr>
                <w:szCs w:val="26"/>
              </w:rPr>
              <w:t xml:space="preserve"> </w:t>
            </w:r>
            <w:proofErr w:type="spellStart"/>
            <w:r w:rsidRPr="004543E3">
              <w:rPr>
                <w:szCs w:val="26"/>
              </w:rPr>
              <w:t>giữ</w:t>
            </w:r>
            <w:proofErr w:type="spellEnd"/>
            <w:r w:rsidRPr="004543E3">
              <w:rPr>
                <w:szCs w:val="26"/>
              </w:rPr>
              <w:t xml:space="preserve"> sang </w:t>
            </w:r>
            <w:proofErr w:type="spellStart"/>
            <w:r w:rsidRPr="004543E3">
              <w:rPr>
                <w:szCs w:val="26"/>
              </w:rPr>
              <w:t>ngạch</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chức</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ngành</w:t>
            </w:r>
            <w:proofErr w:type="spellEnd"/>
            <w:r w:rsidRPr="004543E3">
              <w:rPr>
                <w:szCs w:val="26"/>
              </w:rPr>
              <w:t xml:space="preserve"> </w:t>
            </w:r>
            <w:proofErr w:type="spellStart"/>
            <w:r w:rsidRPr="004543E3">
              <w:rPr>
                <w:szCs w:val="26"/>
              </w:rPr>
              <w:t>Kiểm</w:t>
            </w:r>
            <w:proofErr w:type="spellEnd"/>
            <w:r w:rsidRPr="004543E3">
              <w:rPr>
                <w:szCs w:val="26"/>
              </w:rPr>
              <w:t xml:space="preserve"> </w:t>
            </w:r>
            <w:proofErr w:type="spellStart"/>
            <w:r w:rsidRPr="004543E3">
              <w:rPr>
                <w:szCs w:val="26"/>
              </w:rPr>
              <w:t>soát</w:t>
            </w:r>
            <w:proofErr w:type="spellEnd"/>
            <w:r w:rsidRPr="004543E3">
              <w:rPr>
                <w:szCs w:val="26"/>
              </w:rPr>
              <w:t xml:space="preserve"> </w:t>
            </w:r>
            <w:proofErr w:type="spellStart"/>
            <w:r w:rsidRPr="004543E3">
              <w:rPr>
                <w:szCs w:val="26"/>
              </w:rPr>
              <w:t>chất</w:t>
            </w:r>
            <w:proofErr w:type="spellEnd"/>
            <w:r w:rsidRPr="004543E3">
              <w:rPr>
                <w:szCs w:val="26"/>
              </w:rPr>
              <w:t xml:space="preserve"> </w:t>
            </w:r>
            <w:proofErr w:type="spellStart"/>
            <w:r w:rsidRPr="004543E3">
              <w:rPr>
                <w:szCs w:val="26"/>
              </w:rPr>
              <w:t>lượng</w:t>
            </w:r>
            <w:proofErr w:type="spellEnd"/>
            <w:r w:rsidRPr="004543E3">
              <w:rPr>
                <w:szCs w:val="26"/>
              </w:rPr>
              <w:t xml:space="preserve"> </w:t>
            </w:r>
            <w:proofErr w:type="spellStart"/>
            <w:r w:rsidRPr="004543E3">
              <w:rPr>
                <w:szCs w:val="26"/>
              </w:rPr>
              <w:t>sản</w:t>
            </w:r>
            <w:proofErr w:type="spellEnd"/>
            <w:r w:rsidRPr="004543E3">
              <w:rPr>
                <w:szCs w:val="26"/>
              </w:rPr>
              <w:t xml:space="preserve"> </w:t>
            </w:r>
            <w:proofErr w:type="spellStart"/>
            <w:r w:rsidRPr="004543E3">
              <w:rPr>
                <w:szCs w:val="26"/>
              </w:rPr>
              <w:t>phẩm</w:t>
            </w:r>
            <w:proofErr w:type="spellEnd"/>
            <w:r w:rsidRPr="004543E3">
              <w:rPr>
                <w:szCs w:val="26"/>
              </w:rPr>
              <w:t xml:space="preserve">, </w:t>
            </w:r>
            <w:proofErr w:type="spellStart"/>
            <w:r w:rsidRPr="004543E3">
              <w:rPr>
                <w:szCs w:val="26"/>
              </w:rPr>
              <w:t>hàng</w:t>
            </w:r>
            <w:proofErr w:type="spellEnd"/>
            <w:r w:rsidRPr="004543E3">
              <w:rPr>
                <w:szCs w:val="26"/>
              </w:rPr>
              <w:t xml:space="preserve"> </w:t>
            </w:r>
            <w:proofErr w:type="spellStart"/>
            <w:r w:rsidRPr="004543E3">
              <w:rPr>
                <w:szCs w:val="26"/>
              </w:rPr>
              <w:t>hóa</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định</w:t>
            </w:r>
            <w:proofErr w:type="spellEnd"/>
            <w:r w:rsidRPr="004543E3">
              <w:rPr>
                <w:szCs w:val="26"/>
              </w:rPr>
              <w:t xml:space="preserve"> </w:t>
            </w:r>
            <w:proofErr w:type="spellStart"/>
            <w:r w:rsidRPr="004543E3">
              <w:rPr>
                <w:szCs w:val="26"/>
              </w:rPr>
              <w:t>tại</w:t>
            </w:r>
            <w:proofErr w:type="spellEnd"/>
            <w:r w:rsidRPr="004543E3">
              <w:rPr>
                <w:szCs w:val="26"/>
              </w:rPr>
              <w:t xml:space="preserve"> Thông </w:t>
            </w:r>
            <w:proofErr w:type="spellStart"/>
            <w:r w:rsidRPr="004543E3">
              <w:rPr>
                <w:szCs w:val="26"/>
              </w:rPr>
              <w:t>tư</w:t>
            </w:r>
            <w:proofErr w:type="spellEnd"/>
            <w:r w:rsidRPr="004543E3">
              <w:rPr>
                <w:szCs w:val="26"/>
              </w:rPr>
              <w:t xml:space="preserve"> </w:t>
            </w:r>
            <w:proofErr w:type="spellStart"/>
            <w:r w:rsidRPr="004543E3">
              <w:rPr>
                <w:szCs w:val="26"/>
              </w:rPr>
              <w:t>này</w:t>
            </w:r>
            <w:proofErr w:type="spellEnd"/>
            <w:r w:rsidRPr="004543E3">
              <w:rPr>
                <w:szCs w:val="26"/>
              </w:rPr>
              <w:t xml:space="preserve"> </w:t>
            </w:r>
            <w:proofErr w:type="spellStart"/>
            <w:r w:rsidRPr="004543E3">
              <w:rPr>
                <w:szCs w:val="26"/>
              </w:rPr>
              <w:t>được</w:t>
            </w:r>
            <w:proofErr w:type="spellEnd"/>
            <w:r w:rsidRPr="004543E3">
              <w:rPr>
                <w:szCs w:val="26"/>
              </w:rPr>
              <w:t xml:space="preserve"> </w:t>
            </w:r>
            <w:proofErr w:type="spellStart"/>
            <w:r w:rsidRPr="004543E3">
              <w:rPr>
                <w:szCs w:val="26"/>
              </w:rPr>
              <w:t>thực</w:t>
            </w:r>
            <w:proofErr w:type="spellEnd"/>
            <w:r w:rsidRPr="004543E3">
              <w:rPr>
                <w:szCs w:val="26"/>
              </w:rPr>
              <w:t xml:space="preserve"> </w:t>
            </w:r>
            <w:proofErr w:type="spellStart"/>
            <w:r w:rsidRPr="004543E3">
              <w:rPr>
                <w:szCs w:val="26"/>
              </w:rPr>
              <w:t>hiện</w:t>
            </w:r>
            <w:proofErr w:type="spellEnd"/>
            <w:r w:rsidRPr="004543E3">
              <w:rPr>
                <w:szCs w:val="26"/>
              </w:rPr>
              <w:t xml:space="preserve"> </w:t>
            </w:r>
            <w:proofErr w:type="spellStart"/>
            <w:r w:rsidRPr="004543E3">
              <w:rPr>
                <w:szCs w:val="26"/>
              </w:rPr>
              <w:t>theo</w:t>
            </w:r>
            <w:proofErr w:type="spellEnd"/>
            <w:r w:rsidRPr="004543E3">
              <w:rPr>
                <w:szCs w:val="26"/>
              </w:rPr>
              <w:t xml:space="preserve"> </w:t>
            </w:r>
            <w:proofErr w:type="spellStart"/>
            <w:r w:rsidRPr="004543E3">
              <w:rPr>
                <w:szCs w:val="26"/>
              </w:rPr>
              <w:t>các</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định</w:t>
            </w:r>
            <w:proofErr w:type="spellEnd"/>
            <w:r w:rsidRPr="004543E3">
              <w:rPr>
                <w:szCs w:val="26"/>
              </w:rPr>
              <w:t xml:space="preserve"> </w:t>
            </w:r>
            <w:proofErr w:type="spellStart"/>
            <w:r w:rsidRPr="004543E3">
              <w:rPr>
                <w:szCs w:val="26"/>
              </w:rPr>
              <w:t>hiện</w:t>
            </w:r>
            <w:proofErr w:type="spellEnd"/>
            <w:r w:rsidRPr="004543E3">
              <w:rPr>
                <w:szCs w:val="26"/>
              </w:rPr>
              <w:t xml:space="preserve"> </w:t>
            </w:r>
            <w:proofErr w:type="spellStart"/>
            <w:r w:rsidRPr="004543E3">
              <w:rPr>
                <w:szCs w:val="26"/>
              </w:rPr>
              <w:t>hành</w:t>
            </w:r>
            <w:proofErr w:type="spellEnd"/>
            <w:r w:rsidRPr="004543E3">
              <w:rPr>
                <w:szCs w:val="26"/>
              </w:rPr>
              <w:t>.</w:t>
            </w:r>
          </w:p>
        </w:tc>
        <w:tc>
          <w:tcPr>
            <w:tcW w:w="5220" w:type="dxa"/>
          </w:tcPr>
          <w:p w14:paraId="4C42DD67" w14:textId="77777777" w:rsidR="00BE5D3B" w:rsidRPr="004543E3" w:rsidRDefault="00BE5D3B" w:rsidP="00BE5D3B">
            <w:pPr>
              <w:jc w:val="both"/>
            </w:pPr>
          </w:p>
        </w:tc>
        <w:tc>
          <w:tcPr>
            <w:tcW w:w="3165" w:type="dxa"/>
          </w:tcPr>
          <w:p w14:paraId="3C34A3B7" w14:textId="77777777" w:rsidR="00BE5D3B" w:rsidRPr="004543E3" w:rsidRDefault="00BE5D3B" w:rsidP="00BE5D3B">
            <w:pPr>
              <w:spacing w:after="120" w:line="320" w:lineRule="exact"/>
              <w:jc w:val="both"/>
              <w:rPr>
                <w:szCs w:val="26"/>
              </w:rPr>
            </w:pPr>
          </w:p>
        </w:tc>
      </w:tr>
      <w:tr w:rsidR="00BE5D3B" w:rsidRPr="004543E3" w14:paraId="27F3F057" w14:textId="77777777" w:rsidTr="00FF0027">
        <w:tc>
          <w:tcPr>
            <w:tcW w:w="1098" w:type="dxa"/>
          </w:tcPr>
          <w:p w14:paraId="5DF7D4AE" w14:textId="1BCED2DC" w:rsidR="00BE5D3B" w:rsidRPr="004543E3" w:rsidRDefault="00BE5D3B" w:rsidP="00BE5D3B">
            <w:pPr>
              <w:jc w:val="both"/>
            </w:pPr>
            <w:proofErr w:type="spellStart"/>
            <w:r w:rsidRPr="004543E3">
              <w:t>Điều</w:t>
            </w:r>
            <w:proofErr w:type="spellEnd"/>
            <w:r w:rsidRPr="004543E3">
              <w:t xml:space="preserve"> 10</w:t>
            </w:r>
          </w:p>
        </w:tc>
        <w:tc>
          <w:tcPr>
            <w:tcW w:w="5113" w:type="dxa"/>
          </w:tcPr>
          <w:p w14:paraId="687C0CD9" w14:textId="77777777" w:rsidR="00BE5D3B" w:rsidRPr="004543E3" w:rsidRDefault="00BE5D3B" w:rsidP="00D23166">
            <w:pPr>
              <w:pStyle w:val="FirstParagraph"/>
              <w:spacing w:before="120" w:after="120"/>
              <w:jc w:val="both"/>
              <w:rPr>
                <w:rFonts w:ascii="Times New Roman" w:hAnsi="Times New Roman"/>
                <w:b/>
                <w:bCs/>
                <w:sz w:val="26"/>
                <w:szCs w:val="26"/>
                <w:lang w:val="en-US"/>
              </w:rPr>
            </w:pPr>
            <w:r w:rsidRPr="004543E3">
              <w:rPr>
                <w:rFonts w:ascii="Times New Roman" w:hAnsi="Times New Roman"/>
                <w:b/>
                <w:bCs/>
                <w:sz w:val="26"/>
                <w:szCs w:val="26"/>
              </w:rPr>
              <w:t xml:space="preserve">Điều </w:t>
            </w:r>
            <w:r w:rsidRPr="004543E3">
              <w:rPr>
                <w:rFonts w:ascii="Times New Roman" w:hAnsi="Times New Roman"/>
                <w:b/>
                <w:bCs/>
                <w:sz w:val="26"/>
                <w:szCs w:val="26"/>
                <w:lang w:val="en-US"/>
              </w:rPr>
              <w:t>10</w:t>
            </w:r>
            <w:r w:rsidRPr="004543E3">
              <w:rPr>
                <w:rFonts w:ascii="Times New Roman" w:hAnsi="Times New Roman"/>
                <w:b/>
                <w:bCs/>
                <w:sz w:val="26"/>
                <w:szCs w:val="26"/>
              </w:rPr>
              <w:t xml:space="preserve">. </w:t>
            </w:r>
            <w:proofErr w:type="spellStart"/>
            <w:r w:rsidRPr="004543E3">
              <w:rPr>
                <w:rFonts w:ascii="Times New Roman" w:hAnsi="Times New Roman"/>
                <w:b/>
                <w:bCs/>
                <w:sz w:val="26"/>
                <w:szCs w:val="26"/>
                <w:lang w:val="en-US"/>
              </w:rPr>
              <w:t>Trách</w:t>
            </w:r>
            <w:proofErr w:type="spellEnd"/>
            <w:r w:rsidRPr="004543E3">
              <w:rPr>
                <w:rFonts w:ascii="Times New Roman" w:hAnsi="Times New Roman"/>
                <w:b/>
                <w:bCs/>
                <w:sz w:val="26"/>
                <w:szCs w:val="26"/>
                <w:lang w:val="en-US"/>
              </w:rPr>
              <w:t xml:space="preserve"> </w:t>
            </w:r>
            <w:proofErr w:type="spellStart"/>
            <w:r w:rsidRPr="004543E3">
              <w:rPr>
                <w:rFonts w:ascii="Times New Roman" w:hAnsi="Times New Roman"/>
                <w:b/>
                <w:bCs/>
                <w:sz w:val="26"/>
                <w:szCs w:val="26"/>
                <w:lang w:val="en-US"/>
              </w:rPr>
              <w:t>nhiệm</w:t>
            </w:r>
            <w:proofErr w:type="spellEnd"/>
            <w:r w:rsidRPr="004543E3">
              <w:rPr>
                <w:rFonts w:ascii="Times New Roman" w:hAnsi="Times New Roman"/>
                <w:b/>
                <w:bCs/>
                <w:sz w:val="26"/>
                <w:szCs w:val="26"/>
                <w:lang w:val="en-US"/>
              </w:rPr>
              <w:t xml:space="preserve"> </w:t>
            </w:r>
            <w:r w:rsidRPr="004543E3">
              <w:rPr>
                <w:rFonts w:ascii="Times New Roman" w:hAnsi="Times New Roman"/>
                <w:b/>
                <w:bCs/>
                <w:sz w:val="26"/>
                <w:szCs w:val="26"/>
              </w:rPr>
              <w:t>thi hành</w:t>
            </w:r>
          </w:p>
          <w:p w14:paraId="31479DDA" w14:textId="77777777" w:rsidR="00D23166" w:rsidRDefault="00BE5D3B" w:rsidP="00D23166">
            <w:pPr>
              <w:spacing w:before="120" w:after="120" w:line="240" w:lineRule="auto"/>
              <w:jc w:val="both"/>
              <w:rPr>
                <w:szCs w:val="26"/>
              </w:rPr>
            </w:pPr>
            <w:r w:rsidRPr="004543E3">
              <w:rPr>
                <w:szCs w:val="26"/>
                <w:lang w:val="de-DE"/>
              </w:rPr>
              <w:t xml:space="preserve">1. </w:t>
            </w:r>
            <w:proofErr w:type="spellStart"/>
            <w:r w:rsidRPr="004543E3">
              <w:rPr>
                <w:szCs w:val="26"/>
              </w:rPr>
              <w:t>Bộ</w:t>
            </w:r>
            <w:proofErr w:type="spellEnd"/>
            <w:r w:rsidRPr="004543E3">
              <w:rPr>
                <w:szCs w:val="26"/>
              </w:rPr>
              <w:t xml:space="preserve"> </w:t>
            </w:r>
            <w:proofErr w:type="spellStart"/>
            <w:r w:rsidRPr="004543E3">
              <w:rPr>
                <w:szCs w:val="26"/>
              </w:rPr>
              <w:t>trưởng</w:t>
            </w:r>
            <w:proofErr w:type="spellEnd"/>
            <w:r w:rsidRPr="004543E3">
              <w:rPr>
                <w:szCs w:val="26"/>
              </w:rPr>
              <w:t xml:space="preserve">, </w:t>
            </w:r>
            <w:proofErr w:type="spellStart"/>
            <w:r w:rsidRPr="004543E3">
              <w:rPr>
                <w:szCs w:val="26"/>
              </w:rPr>
              <w:t>Thủ</w:t>
            </w:r>
            <w:proofErr w:type="spellEnd"/>
            <w:r w:rsidRPr="004543E3">
              <w:rPr>
                <w:szCs w:val="26"/>
              </w:rPr>
              <w:t xml:space="preserve"> </w:t>
            </w:r>
            <w:proofErr w:type="spellStart"/>
            <w:r w:rsidRPr="004543E3">
              <w:rPr>
                <w:szCs w:val="26"/>
              </w:rPr>
              <w:t>trưởng</w:t>
            </w:r>
            <w:proofErr w:type="spellEnd"/>
            <w:r w:rsidRPr="004543E3">
              <w:rPr>
                <w:szCs w:val="26"/>
              </w:rPr>
              <w:t xml:space="preserve"> </w:t>
            </w:r>
            <w:proofErr w:type="spellStart"/>
            <w:r w:rsidRPr="004543E3">
              <w:rPr>
                <w:szCs w:val="26"/>
              </w:rPr>
              <w:t>cơ</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ngang</w:t>
            </w:r>
            <w:proofErr w:type="spellEnd"/>
            <w:r w:rsidRPr="004543E3">
              <w:rPr>
                <w:szCs w:val="26"/>
              </w:rPr>
              <w:t xml:space="preserve"> </w:t>
            </w:r>
            <w:proofErr w:type="spellStart"/>
            <w:r w:rsidRPr="004543E3">
              <w:rPr>
                <w:szCs w:val="26"/>
              </w:rPr>
              <w:t>Bộ</w:t>
            </w:r>
            <w:proofErr w:type="spellEnd"/>
            <w:r w:rsidRPr="004543E3">
              <w:rPr>
                <w:szCs w:val="26"/>
              </w:rPr>
              <w:t xml:space="preserve">, Thủ </w:t>
            </w:r>
            <w:proofErr w:type="spellStart"/>
            <w:r w:rsidRPr="004543E3">
              <w:rPr>
                <w:szCs w:val="26"/>
              </w:rPr>
              <w:t>trưởng</w:t>
            </w:r>
            <w:proofErr w:type="spellEnd"/>
            <w:r w:rsidRPr="004543E3">
              <w:rPr>
                <w:szCs w:val="26"/>
              </w:rPr>
              <w:t xml:space="preserve"> </w:t>
            </w:r>
            <w:proofErr w:type="spellStart"/>
            <w:r w:rsidRPr="004543E3">
              <w:rPr>
                <w:szCs w:val="26"/>
              </w:rPr>
              <w:t>cơ</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thuộc</w:t>
            </w:r>
            <w:proofErr w:type="spellEnd"/>
            <w:r w:rsidRPr="004543E3">
              <w:rPr>
                <w:szCs w:val="26"/>
              </w:rPr>
              <w:t xml:space="preserve"> </w:t>
            </w:r>
            <w:proofErr w:type="spellStart"/>
            <w:r w:rsidRPr="004543E3">
              <w:rPr>
                <w:szCs w:val="26"/>
              </w:rPr>
              <w:t>Chính</w:t>
            </w:r>
            <w:proofErr w:type="spellEnd"/>
            <w:r w:rsidRPr="004543E3">
              <w:rPr>
                <w:szCs w:val="26"/>
              </w:rPr>
              <w:t xml:space="preserve"> </w:t>
            </w:r>
            <w:proofErr w:type="spellStart"/>
            <w:r w:rsidRPr="004543E3">
              <w:rPr>
                <w:szCs w:val="26"/>
              </w:rPr>
              <w:t>phủ</w:t>
            </w:r>
            <w:proofErr w:type="spellEnd"/>
            <w:r w:rsidRPr="004543E3">
              <w:rPr>
                <w:szCs w:val="26"/>
              </w:rPr>
              <w:t xml:space="preserve">, </w:t>
            </w:r>
            <w:proofErr w:type="spellStart"/>
            <w:r w:rsidRPr="004543E3">
              <w:rPr>
                <w:szCs w:val="26"/>
              </w:rPr>
              <w:t>Chủ</w:t>
            </w:r>
            <w:proofErr w:type="spellEnd"/>
            <w:r w:rsidRPr="004543E3">
              <w:rPr>
                <w:szCs w:val="26"/>
              </w:rPr>
              <w:t xml:space="preserve"> </w:t>
            </w:r>
            <w:proofErr w:type="spellStart"/>
            <w:r w:rsidRPr="004543E3">
              <w:rPr>
                <w:szCs w:val="26"/>
              </w:rPr>
              <w:t>tịch</w:t>
            </w:r>
            <w:proofErr w:type="spellEnd"/>
            <w:r w:rsidRPr="004543E3">
              <w:rPr>
                <w:szCs w:val="26"/>
              </w:rPr>
              <w:t xml:space="preserve"> </w:t>
            </w:r>
            <w:proofErr w:type="spellStart"/>
            <w:r w:rsidRPr="004543E3">
              <w:rPr>
                <w:szCs w:val="26"/>
              </w:rPr>
              <w:t>Ủy</w:t>
            </w:r>
            <w:proofErr w:type="spellEnd"/>
            <w:r w:rsidRPr="004543E3">
              <w:rPr>
                <w:szCs w:val="26"/>
              </w:rPr>
              <w:t xml:space="preserve"> ban </w:t>
            </w:r>
            <w:proofErr w:type="spellStart"/>
            <w:r w:rsidRPr="004543E3">
              <w:rPr>
                <w:szCs w:val="26"/>
              </w:rPr>
              <w:t>nhân</w:t>
            </w:r>
            <w:proofErr w:type="spellEnd"/>
            <w:r w:rsidRPr="004543E3">
              <w:rPr>
                <w:szCs w:val="26"/>
              </w:rPr>
              <w:t xml:space="preserve"> </w:t>
            </w:r>
            <w:proofErr w:type="spellStart"/>
            <w:r w:rsidRPr="004543E3">
              <w:rPr>
                <w:szCs w:val="26"/>
              </w:rPr>
              <w:t>dân</w:t>
            </w:r>
            <w:proofErr w:type="spellEnd"/>
            <w:r w:rsidRPr="004543E3">
              <w:rPr>
                <w:szCs w:val="26"/>
              </w:rPr>
              <w:t xml:space="preserve"> </w:t>
            </w:r>
            <w:proofErr w:type="spellStart"/>
            <w:r w:rsidRPr="004543E3">
              <w:rPr>
                <w:szCs w:val="26"/>
              </w:rPr>
              <w:t>cấp</w:t>
            </w:r>
            <w:proofErr w:type="spellEnd"/>
            <w:r w:rsidRPr="004543E3">
              <w:rPr>
                <w:szCs w:val="26"/>
              </w:rPr>
              <w:t xml:space="preserve"> </w:t>
            </w:r>
            <w:proofErr w:type="spellStart"/>
            <w:r w:rsidRPr="004543E3">
              <w:rPr>
                <w:szCs w:val="26"/>
              </w:rPr>
              <w:t>tỉnh</w:t>
            </w:r>
            <w:proofErr w:type="spellEnd"/>
            <w:r w:rsidRPr="004543E3">
              <w:rPr>
                <w:szCs w:val="26"/>
              </w:rPr>
              <w:t xml:space="preserve">, </w:t>
            </w:r>
            <w:proofErr w:type="spellStart"/>
            <w:r w:rsidRPr="004543E3">
              <w:rPr>
                <w:szCs w:val="26"/>
              </w:rPr>
              <w:t>thành</w:t>
            </w:r>
            <w:proofErr w:type="spellEnd"/>
            <w:r w:rsidRPr="004543E3">
              <w:rPr>
                <w:szCs w:val="26"/>
              </w:rPr>
              <w:t xml:space="preserve"> </w:t>
            </w:r>
            <w:proofErr w:type="spellStart"/>
            <w:r w:rsidRPr="004543E3">
              <w:rPr>
                <w:szCs w:val="26"/>
              </w:rPr>
              <w:t>phô</w:t>
            </w:r>
            <w:proofErr w:type="spellEnd"/>
            <w:r w:rsidRPr="004543E3">
              <w:rPr>
                <w:szCs w:val="26"/>
              </w:rPr>
              <w:t xml:space="preserve">́ </w:t>
            </w:r>
            <w:proofErr w:type="spellStart"/>
            <w:r w:rsidRPr="004543E3">
              <w:rPr>
                <w:szCs w:val="26"/>
              </w:rPr>
              <w:t>trực</w:t>
            </w:r>
            <w:proofErr w:type="spellEnd"/>
            <w:r w:rsidRPr="004543E3">
              <w:rPr>
                <w:szCs w:val="26"/>
              </w:rPr>
              <w:t xml:space="preserve"> </w:t>
            </w:r>
            <w:proofErr w:type="spellStart"/>
            <w:r w:rsidRPr="004543E3">
              <w:rPr>
                <w:szCs w:val="26"/>
              </w:rPr>
              <w:t>thuộc</w:t>
            </w:r>
            <w:proofErr w:type="spellEnd"/>
            <w:r w:rsidRPr="004543E3">
              <w:rPr>
                <w:szCs w:val="26"/>
              </w:rPr>
              <w:t xml:space="preserve"> Trung </w:t>
            </w:r>
            <w:proofErr w:type="spellStart"/>
            <w:r w:rsidRPr="004543E3">
              <w:rPr>
                <w:szCs w:val="26"/>
              </w:rPr>
              <w:t>ương</w:t>
            </w:r>
            <w:proofErr w:type="spellEnd"/>
            <w:r w:rsidRPr="004543E3">
              <w:rPr>
                <w:szCs w:val="26"/>
              </w:rPr>
              <w:t xml:space="preserve">, </w:t>
            </w:r>
            <w:proofErr w:type="spellStart"/>
            <w:r w:rsidRPr="004543E3">
              <w:rPr>
                <w:szCs w:val="26"/>
              </w:rPr>
              <w:t>các</w:t>
            </w:r>
            <w:proofErr w:type="spellEnd"/>
            <w:r w:rsidRPr="004543E3">
              <w:rPr>
                <w:szCs w:val="26"/>
              </w:rPr>
              <w:t xml:space="preserve"> </w:t>
            </w:r>
            <w:proofErr w:type="spellStart"/>
            <w:r w:rsidRPr="004543E3">
              <w:rPr>
                <w:szCs w:val="26"/>
              </w:rPr>
              <w:t>cơ</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tô</w:t>
            </w:r>
            <w:proofErr w:type="spellEnd"/>
            <w:r w:rsidRPr="004543E3">
              <w:rPr>
                <w:szCs w:val="26"/>
              </w:rPr>
              <w:t xml:space="preserve">̉ </w:t>
            </w:r>
            <w:proofErr w:type="spellStart"/>
            <w:r w:rsidRPr="004543E3">
              <w:rPr>
                <w:szCs w:val="26"/>
              </w:rPr>
              <w:t>chức</w:t>
            </w:r>
            <w:proofErr w:type="spellEnd"/>
            <w:r w:rsidRPr="004543E3">
              <w:rPr>
                <w:szCs w:val="26"/>
              </w:rPr>
              <w:t xml:space="preserve"> </w:t>
            </w:r>
            <w:proofErr w:type="spellStart"/>
            <w:r w:rsidRPr="004543E3">
              <w:rPr>
                <w:szCs w:val="26"/>
              </w:rPr>
              <w:t>va</w:t>
            </w:r>
            <w:proofErr w:type="spellEnd"/>
            <w:r w:rsidRPr="004543E3">
              <w:rPr>
                <w:szCs w:val="26"/>
              </w:rPr>
              <w:t xml:space="preserve">̀ cá </w:t>
            </w:r>
            <w:proofErr w:type="spellStart"/>
            <w:r w:rsidRPr="004543E3">
              <w:rPr>
                <w:szCs w:val="26"/>
              </w:rPr>
              <w:t>nhân</w:t>
            </w:r>
            <w:proofErr w:type="spellEnd"/>
            <w:r w:rsidRPr="004543E3">
              <w:rPr>
                <w:szCs w:val="26"/>
              </w:rPr>
              <w:t xml:space="preserve"> có </w:t>
            </w:r>
            <w:proofErr w:type="spellStart"/>
            <w:r w:rsidRPr="004543E3">
              <w:rPr>
                <w:szCs w:val="26"/>
              </w:rPr>
              <w:t>liên</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chịu</w:t>
            </w:r>
            <w:proofErr w:type="spellEnd"/>
            <w:r w:rsidRPr="004543E3">
              <w:rPr>
                <w:szCs w:val="26"/>
              </w:rPr>
              <w:t xml:space="preserve"> </w:t>
            </w:r>
            <w:proofErr w:type="spellStart"/>
            <w:r w:rsidRPr="004543E3">
              <w:rPr>
                <w:szCs w:val="26"/>
              </w:rPr>
              <w:t>trách</w:t>
            </w:r>
            <w:proofErr w:type="spellEnd"/>
            <w:r w:rsidRPr="004543E3">
              <w:rPr>
                <w:szCs w:val="26"/>
              </w:rPr>
              <w:t xml:space="preserve"> </w:t>
            </w:r>
            <w:proofErr w:type="spellStart"/>
            <w:r w:rsidRPr="004543E3">
              <w:rPr>
                <w:szCs w:val="26"/>
              </w:rPr>
              <w:t>nhiệm</w:t>
            </w:r>
            <w:proofErr w:type="spellEnd"/>
            <w:r w:rsidRPr="004543E3">
              <w:rPr>
                <w:szCs w:val="26"/>
              </w:rPr>
              <w:t xml:space="preserve"> </w:t>
            </w:r>
            <w:proofErr w:type="spellStart"/>
            <w:r w:rsidRPr="004543E3">
              <w:rPr>
                <w:szCs w:val="26"/>
              </w:rPr>
              <w:t>thi</w:t>
            </w:r>
            <w:proofErr w:type="spellEnd"/>
            <w:r w:rsidRPr="004543E3">
              <w:rPr>
                <w:szCs w:val="26"/>
              </w:rPr>
              <w:t xml:space="preserve"> </w:t>
            </w:r>
            <w:proofErr w:type="spellStart"/>
            <w:r w:rsidRPr="004543E3">
              <w:rPr>
                <w:szCs w:val="26"/>
              </w:rPr>
              <w:t>hành</w:t>
            </w:r>
            <w:proofErr w:type="spellEnd"/>
            <w:r w:rsidRPr="004543E3">
              <w:rPr>
                <w:szCs w:val="26"/>
              </w:rPr>
              <w:t xml:space="preserve"> Thông </w:t>
            </w:r>
            <w:proofErr w:type="spellStart"/>
            <w:r w:rsidRPr="004543E3">
              <w:rPr>
                <w:szCs w:val="26"/>
              </w:rPr>
              <w:t>tư</w:t>
            </w:r>
            <w:proofErr w:type="spellEnd"/>
            <w:r w:rsidRPr="004543E3">
              <w:rPr>
                <w:szCs w:val="26"/>
              </w:rPr>
              <w:t xml:space="preserve"> </w:t>
            </w:r>
            <w:proofErr w:type="spellStart"/>
            <w:r w:rsidRPr="004543E3">
              <w:rPr>
                <w:szCs w:val="26"/>
              </w:rPr>
              <w:t>này</w:t>
            </w:r>
            <w:proofErr w:type="spellEnd"/>
            <w:r w:rsidRPr="004543E3">
              <w:rPr>
                <w:szCs w:val="26"/>
              </w:rPr>
              <w:t>.</w:t>
            </w:r>
          </w:p>
          <w:p w14:paraId="07A6EDE8" w14:textId="49C54DD4" w:rsidR="00BE5D3B" w:rsidRPr="00D23166" w:rsidRDefault="00BE5D3B" w:rsidP="00D23166">
            <w:pPr>
              <w:spacing w:before="120" w:after="120" w:line="240" w:lineRule="auto"/>
              <w:jc w:val="both"/>
              <w:rPr>
                <w:szCs w:val="26"/>
              </w:rPr>
            </w:pPr>
            <w:r w:rsidRPr="004543E3">
              <w:rPr>
                <w:szCs w:val="26"/>
                <w:lang w:val="de-DE"/>
              </w:rPr>
              <w:t>2. Trong quá trình thực hiện nếu có vướng mắc, đề nghị phản ánh về Bộ Khoa học và Công nghệ để được hướng dẫn hoặc xem xét, giải quyết./.</w:t>
            </w:r>
          </w:p>
        </w:tc>
        <w:tc>
          <w:tcPr>
            <w:tcW w:w="5220" w:type="dxa"/>
          </w:tcPr>
          <w:p w14:paraId="4BB0C635" w14:textId="77777777" w:rsidR="00BE5D3B" w:rsidRPr="00D23166" w:rsidRDefault="00BE5D3B" w:rsidP="001B5312">
            <w:pPr>
              <w:spacing w:after="0" w:line="240" w:lineRule="auto"/>
              <w:jc w:val="both"/>
              <w:rPr>
                <w:b/>
                <w:bCs/>
                <w:spacing w:val="-12"/>
              </w:rPr>
            </w:pPr>
            <w:r w:rsidRPr="00D23166">
              <w:rPr>
                <w:b/>
                <w:bCs/>
                <w:spacing w:val="-12"/>
              </w:rPr>
              <w:t xml:space="preserve">UBND </w:t>
            </w:r>
            <w:proofErr w:type="spellStart"/>
            <w:r w:rsidRPr="00D23166">
              <w:rPr>
                <w:b/>
                <w:bCs/>
                <w:spacing w:val="-12"/>
              </w:rPr>
              <w:t>tỉnh</w:t>
            </w:r>
            <w:proofErr w:type="spellEnd"/>
            <w:r w:rsidRPr="00D23166">
              <w:rPr>
                <w:b/>
                <w:bCs/>
                <w:spacing w:val="-12"/>
              </w:rPr>
              <w:t xml:space="preserve"> </w:t>
            </w:r>
            <w:proofErr w:type="spellStart"/>
            <w:r w:rsidRPr="00D23166">
              <w:rPr>
                <w:b/>
                <w:bCs/>
                <w:spacing w:val="-12"/>
              </w:rPr>
              <w:t>Điện</w:t>
            </w:r>
            <w:proofErr w:type="spellEnd"/>
            <w:r w:rsidRPr="00D23166">
              <w:rPr>
                <w:b/>
                <w:bCs/>
                <w:spacing w:val="-12"/>
              </w:rPr>
              <w:t xml:space="preserve"> </w:t>
            </w:r>
            <w:proofErr w:type="spellStart"/>
            <w:r w:rsidRPr="00D23166">
              <w:rPr>
                <w:b/>
                <w:bCs/>
                <w:spacing w:val="-12"/>
              </w:rPr>
              <w:t>Biên</w:t>
            </w:r>
            <w:proofErr w:type="spellEnd"/>
            <w:r w:rsidRPr="00D23166">
              <w:rPr>
                <w:b/>
                <w:bCs/>
                <w:spacing w:val="-12"/>
              </w:rPr>
              <w:t>:</w:t>
            </w:r>
          </w:p>
          <w:p w14:paraId="57B0C335" w14:textId="77777777" w:rsidR="00BE5D3B" w:rsidRPr="00D23166" w:rsidRDefault="00BE5D3B" w:rsidP="001B5312">
            <w:pPr>
              <w:spacing w:after="0" w:line="240" w:lineRule="auto"/>
              <w:jc w:val="both"/>
              <w:rPr>
                <w:spacing w:val="-12"/>
              </w:rPr>
            </w:pPr>
            <w:r w:rsidRPr="00D23166">
              <w:rPr>
                <w:spacing w:val="-12"/>
              </w:rPr>
              <w:t>“</w:t>
            </w:r>
            <w:proofErr w:type="spellStart"/>
            <w:r w:rsidRPr="00D23166">
              <w:rPr>
                <w:spacing w:val="-12"/>
              </w:rPr>
              <w:t>Điều</w:t>
            </w:r>
            <w:proofErr w:type="spellEnd"/>
            <w:r w:rsidRPr="00D23166">
              <w:rPr>
                <w:spacing w:val="-12"/>
              </w:rPr>
              <w:t xml:space="preserve"> 8. </w:t>
            </w:r>
            <w:proofErr w:type="spellStart"/>
            <w:r w:rsidRPr="00D23166">
              <w:rPr>
                <w:spacing w:val="-12"/>
              </w:rPr>
              <w:t>Điều</w:t>
            </w:r>
            <w:proofErr w:type="spellEnd"/>
            <w:r w:rsidRPr="00D23166">
              <w:rPr>
                <w:spacing w:val="-12"/>
              </w:rPr>
              <w:t xml:space="preserve"> </w:t>
            </w:r>
            <w:proofErr w:type="spellStart"/>
            <w:r w:rsidRPr="00D23166">
              <w:rPr>
                <w:spacing w:val="-12"/>
              </w:rPr>
              <w:t>khoản</w:t>
            </w:r>
            <w:proofErr w:type="spellEnd"/>
            <w:r w:rsidRPr="00D23166">
              <w:rPr>
                <w:spacing w:val="-12"/>
              </w:rPr>
              <w:t xml:space="preserve"> </w:t>
            </w:r>
            <w:proofErr w:type="spellStart"/>
            <w:r w:rsidRPr="00D23166">
              <w:rPr>
                <w:spacing w:val="-12"/>
              </w:rPr>
              <w:t>thi</w:t>
            </w:r>
            <w:proofErr w:type="spellEnd"/>
            <w:r w:rsidRPr="00D23166">
              <w:rPr>
                <w:spacing w:val="-12"/>
              </w:rPr>
              <w:t xml:space="preserve"> </w:t>
            </w:r>
            <w:proofErr w:type="spellStart"/>
            <w:r w:rsidRPr="00D23166">
              <w:rPr>
                <w:spacing w:val="-12"/>
              </w:rPr>
              <w:t>hành</w:t>
            </w:r>
            <w:proofErr w:type="spellEnd"/>
            <w:r w:rsidRPr="00D23166">
              <w:rPr>
                <w:spacing w:val="-12"/>
              </w:rPr>
              <w:t xml:space="preserve"> </w:t>
            </w:r>
          </w:p>
          <w:p w14:paraId="333DADEF" w14:textId="77777777" w:rsidR="00BE5D3B" w:rsidRPr="00D23166" w:rsidRDefault="00BE5D3B" w:rsidP="001B5312">
            <w:pPr>
              <w:spacing w:after="0" w:line="240" w:lineRule="auto"/>
              <w:jc w:val="both"/>
              <w:rPr>
                <w:spacing w:val="-12"/>
              </w:rPr>
            </w:pPr>
            <w:r w:rsidRPr="00D23166">
              <w:rPr>
                <w:spacing w:val="-12"/>
              </w:rPr>
              <w:t xml:space="preserve">1. Thông </w:t>
            </w:r>
            <w:proofErr w:type="spellStart"/>
            <w:r w:rsidRPr="00D23166">
              <w:rPr>
                <w:spacing w:val="-12"/>
              </w:rPr>
              <w:t>tư</w:t>
            </w:r>
            <w:proofErr w:type="spellEnd"/>
            <w:r w:rsidRPr="00D23166">
              <w:rPr>
                <w:spacing w:val="-12"/>
              </w:rPr>
              <w:t xml:space="preserve"> </w:t>
            </w:r>
            <w:proofErr w:type="spellStart"/>
            <w:r w:rsidRPr="00D23166">
              <w:rPr>
                <w:spacing w:val="-12"/>
              </w:rPr>
              <w:t>này</w:t>
            </w:r>
            <w:proofErr w:type="spellEnd"/>
            <w:r w:rsidRPr="00D23166">
              <w:rPr>
                <w:spacing w:val="-12"/>
              </w:rPr>
              <w:t xml:space="preserve"> có </w:t>
            </w:r>
            <w:proofErr w:type="spellStart"/>
            <w:r w:rsidRPr="00D23166">
              <w:rPr>
                <w:spacing w:val="-12"/>
              </w:rPr>
              <w:t>hiệu</w:t>
            </w:r>
            <w:proofErr w:type="spellEnd"/>
            <w:r w:rsidRPr="00D23166">
              <w:rPr>
                <w:spacing w:val="-12"/>
              </w:rPr>
              <w:t xml:space="preserve"> </w:t>
            </w:r>
            <w:proofErr w:type="spellStart"/>
            <w:r w:rsidRPr="00D23166">
              <w:rPr>
                <w:spacing w:val="-12"/>
              </w:rPr>
              <w:t>lực</w:t>
            </w:r>
            <w:proofErr w:type="spellEnd"/>
            <w:r w:rsidRPr="00D23166">
              <w:rPr>
                <w:spacing w:val="-12"/>
              </w:rPr>
              <w:t xml:space="preserve"> </w:t>
            </w:r>
            <w:proofErr w:type="spellStart"/>
            <w:r w:rsidRPr="00D23166">
              <w:rPr>
                <w:spacing w:val="-12"/>
              </w:rPr>
              <w:t>thi</w:t>
            </w:r>
            <w:proofErr w:type="spellEnd"/>
            <w:r w:rsidRPr="00D23166">
              <w:rPr>
                <w:spacing w:val="-12"/>
              </w:rPr>
              <w:t xml:space="preserve"> </w:t>
            </w:r>
            <w:proofErr w:type="spellStart"/>
            <w:r w:rsidRPr="00D23166">
              <w:rPr>
                <w:spacing w:val="-12"/>
              </w:rPr>
              <w:t>hành</w:t>
            </w:r>
            <w:proofErr w:type="spellEnd"/>
            <w:r w:rsidRPr="00D23166">
              <w:rPr>
                <w:spacing w:val="-12"/>
              </w:rPr>
              <w:t xml:space="preserve"> </w:t>
            </w:r>
            <w:proofErr w:type="spellStart"/>
            <w:r w:rsidRPr="00D23166">
              <w:rPr>
                <w:spacing w:val="-12"/>
              </w:rPr>
              <w:t>kê</w:t>
            </w:r>
            <w:proofErr w:type="spellEnd"/>
            <w:r w:rsidRPr="00D23166">
              <w:rPr>
                <w:spacing w:val="-12"/>
              </w:rPr>
              <w:t xml:space="preserve">̉ </w:t>
            </w:r>
            <w:proofErr w:type="spellStart"/>
            <w:r w:rsidRPr="00D23166">
              <w:rPr>
                <w:spacing w:val="-12"/>
              </w:rPr>
              <w:t>tư</w:t>
            </w:r>
            <w:proofErr w:type="spellEnd"/>
            <w:r w:rsidRPr="00D23166">
              <w:rPr>
                <w:spacing w:val="-12"/>
              </w:rPr>
              <w:t xml:space="preserve">̀ </w:t>
            </w:r>
            <w:proofErr w:type="spellStart"/>
            <w:r w:rsidRPr="00D23166">
              <w:rPr>
                <w:spacing w:val="-12"/>
              </w:rPr>
              <w:t>ngày</w:t>
            </w:r>
            <w:proofErr w:type="spellEnd"/>
            <w:r w:rsidRPr="00D23166">
              <w:rPr>
                <w:spacing w:val="-12"/>
              </w:rPr>
              <w:t xml:space="preserve"> 01 </w:t>
            </w:r>
            <w:proofErr w:type="spellStart"/>
            <w:r w:rsidRPr="00D23166">
              <w:rPr>
                <w:spacing w:val="-12"/>
              </w:rPr>
              <w:t>tháng</w:t>
            </w:r>
            <w:proofErr w:type="spellEnd"/>
            <w:r w:rsidRPr="00D23166">
              <w:rPr>
                <w:spacing w:val="-12"/>
              </w:rPr>
              <w:t xml:space="preserve"> 7 </w:t>
            </w:r>
            <w:proofErr w:type="spellStart"/>
            <w:r w:rsidRPr="00D23166">
              <w:rPr>
                <w:spacing w:val="-12"/>
              </w:rPr>
              <w:t>năm</w:t>
            </w:r>
            <w:proofErr w:type="spellEnd"/>
            <w:r w:rsidRPr="00D23166">
              <w:rPr>
                <w:spacing w:val="-12"/>
              </w:rPr>
              <w:t xml:space="preserve"> 2026 </w:t>
            </w:r>
            <w:proofErr w:type="spellStart"/>
            <w:r w:rsidRPr="00D23166">
              <w:rPr>
                <w:spacing w:val="-12"/>
              </w:rPr>
              <w:t>và</w:t>
            </w:r>
            <w:proofErr w:type="spellEnd"/>
            <w:r w:rsidRPr="00D23166">
              <w:rPr>
                <w:spacing w:val="-12"/>
              </w:rPr>
              <w:t xml:space="preserve"> </w:t>
            </w:r>
            <w:proofErr w:type="spellStart"/>
            <w:r w:rsidRPr="00D23166">
              <w:rPr>
                <w:spacing w:val="-12"/>
              </w:rPr>
              <w:t>thay</w:t>
            </w:r>
            <w:proofErr w:type="spellEnd"/>
            <w:r w:rsidRPr="00D23166">
              <w:rPr>
                <w:spacing w:val="-12"/>
              </w:rPr>
              <w:t xml:space="preserve"> </w:t>
            </w:r>
            <w:proofErr w:type="spellStart"/>
            <w:r w:rsidRPr="00D23166">
              <w:rPr>
                <w:spacing w:val="-12"/>
              </w:rPr>
              <w:t>thế</w:t>
            </w:r>
            <w:proofErr w:type="spellEnd"/>
            <w:r w:rsidRPr="00D23166">
              <w:rPr>
                <w:spacing w:val="-12"/>
              </w:rPr>
              <w:t xml:space="preserve"> Thông </w:t>
            </w:r>
            <w:proofErr w:type="spellStart"/>
            <w:r w:rsidRPr="00D23166">
              <w:rPr>
                <w:spacing w:val="-12"/>
              </w:rPr>
              <w:t>tư</w:t>
            </w:r>
            <w:proofErr w:type="spellEnd"/>
            <w:r w:rsidRPr="00D23166">
              <w:rPr>
                <w:spacing w:val="-12"/>
              </w:rPr>
              <w:t xml:space="preserve"> </w:t>
            </w:r>
            <w:proofErr w:type="spellStart"/>
            <w:r w:rsidRPr="00D23166">
              <w:rPr>
                <w:spacing w:val="-12"/>
              </w:rPr>
              <w:t>số</w:t>
            </w:r>
            <w:proofErr w:type="spellEnd"/>
            <w:r w:rsidRPr="00D23166">
              <w:rPr>
                <w:spacing w:val="-12"/>
              </w:rPr>
              <w:t xml:space="preserve"> 10/2009/TT-BNV </w:t>
            </w:r>
            <w:proofErr w:type="spellStart"/>
            <w:r w:rsidRPr="00D23166">
              <w:rPr>
                <w:spacing w:val="-12"/>
              </w:rPr>
              <w:t>ngày</w:t>
            </w:r>
            <w:proofErr w:type="spellEnd"/>
            <w:r w:rsidRPr="00D23166">
              <w:rPr>
                <w:spacing w:val="-12"/>
              </w:rPr>
              <w:t xml:space="preserve"> 21 </w:t>
            </w:r>
            <w:proofErr w:type="spellStart"/>
            <w:r w:rsidRPr="00D23166">
              <w:rPr>
                <w:spacing w:val="-12"/>
              </w:rPr>
              <w:t>tháng</w:t>
            </w:r>
            <w:proofErr w:type="spellEnd"/>
            <w:r w:rsidRPr="00D23166">
              <w:rPr>
                <w:spacing w:val="-12"/>
              </w:rPr>
              <w:t xml:space="preserve"> 10 </w:t>
            </w:r>
            <w:proofErr w:type="spellStart"/>
            <w:r w:rsidRPr="00D23166">
              <w:rPr>
                <w:spacing w:val="-12"/>
              </w:rPr>
              <w:t>năm</w:t>
            </w:r>
            <w:proofErr w:type="spellEnd"/>
            <w:r w:rsidRPr="00D23166">
              <w:rPr>
                <w:spacing w:val="-12"/>
              </w:rPr>
              <w:t xml:space="preserve"> 2009 </w:t>
            </w:r>
            <w:proofErr w:type="spellStart"/>
            <w:r w:rsidRPr="00D23166">
              <w:rPr>
                <w:spacing w:val="-12"/>
              </w:rPr>
              <w:t>của</w:t>
            </w:r>
            <w:proofErr w:type="spellEnd"/>
            <w:r w:rsidRPr="00D23166">
              <w:rPr>
                <w:spacing w:val="-12"/>
              </w:rPr>
              <w:t xml:space="preserve"> </w:t>
            </w:r>
            <w:proofErr w:type="spellStart"/>
            <w:r w:rsidRPr="00D23166">
              <w:rPr>
                <w:spacing w:val="-12"/>
              </w:rPr>
              <w:t>Bộ</w:t>
            </w:r>
            <w:proofErr w:type="spellEnd"/>
            <w:r w:rsidRPr="00D23166">
              <w:rPr>
                <w:spacing w:val="-12"/>
              </w:rPr>
              <w:t xml:space="preserve"> </w:t>
            </w:r>
            <w:proofErr w:type="spellStart"/>
            <w:r w:rsidRPr="00D23166">
              <w:rPr>
                <w:spacing w:val="-12"/>
              </w:rPr>
              <w:t>trưởng</w:t>
            </w:r>
            <w:proofErr w:type="spellEnd"/>
            <w:r w:rsidRPr="00D23166">
              <w:rPr>
                <w:spacing w:val="-12"/>
              </w:rPr>
              <w:t xml:space="preserve"> </w:t>
            </w:r>
            <w:proofErr w:type="spellStart"/>
            <w:r w:rsidRPr="00D23166">
              <w:rPr>
                <w:spacing w:val="-12"/>
              </w:rPr>
              <w:t>Bộ</w:t>
            </w:r>
            <w:proofErr w:type="spellEnd"/>
            <w:r w:rsidRPr="00D23166">
              <w:rPr>
                <w:spacing w:val="-12"/>
              </w:rPr>
              <w:t xml:space="preserve"> </w:t>
            </w:r>
            <w:proofErr w:type="spellStart"/>
            <w:r w:rsidRPr="00D23166">
              <w:rPr>
                <w:spacing w:val="-12"/>
              </w:rPr>
              <w:t>Nội</w:t>
            </w:r>
            <w:proofErr w:type="spellEnd"/>
            <w:r w:rsidRPr="00D23166">
              <w:rPr>
                <w:spacing w:val="-12"/>
              </w:rPr>
              <w:t xml:space="preserve"> </w:t>
            </w:r>
            <w:proofErr w:type="spellStart"/>
            <w:r w:rsidRPr="00D23166">
              <w:rPr>
                <w:spacing w:val="-12"/>
              </w:rPr>
              <w:t>vụ</w:t>
            </w:r>
            <w:proofErr w:type="spellEnd"/>
            <w:r w:rsidRPr="00D23166">
              <w:rPr>
                <w:spacing w:val="-12"/>
              </w:rPr>
              <w:t xml:space="preserve"> </w:t>
            </w:r>
            <w:proofErr w:type="spellStart"/>
            <w:r w:rsidRPr="00D23166">
              <w:rPr>
                <w:spacing w:val="-12"/>
              </w:rPr>
              <w:t>quy</w:t>
            </w:r>
            <w:proofErr w:type="spellEnd"/>
            <w:r w:rsidRPr="00D23166">
              <w:rPr>
                <w:spacing w:val="-12"/>
              </w:rPr>
              <w:t xml:space="preserve"> </w:t>
            </w:r>
            <w:proofErr w:type="spellStart"/>
            <w:r w:rsidRPr="00D23166">
              <w:rPr>
                <w:spacing w:val="-12"/>
              </w:rPr>
              <w:t>định</w:t>
            </w:r>
            <w:proofErr w:type="spellEnd"/>
            <w:r w:rsidRPr="00D23166">
              <w:rPr>
                <w:spacing w:val="-12"/>
              </w:rPr>
              <w:t xml:space="preserve"> </w:t>
            </w:r>
            <w:proofErr w:type="spellStart"/>
            <w:r w:rsidRPr="00D23166">
              <w:rPr>
                <w:spacing w:val="-12"/>
              </w:rPr>
              <w:t>chức</w:t>
            </w:r>
            <w:proofErr w:type="spellEnd"/>
            <w:r w:rsidRPr="00D23166">
              <w:rPr>
                <w:spacing w:val="-12"/>
              </w:rPr>
              <w:t xml:space="preserve"> </w:t>
            </w:r>
            <w:proofErr w:type="spellStart"/>
            <w:r w:rsidRPr="00D23166">
              <w:rPr>
                <w:spacing w:val="-12"/>
              </w:rPr>
              <w:t>danh</w:t>
            </w:r>
            <w:proofErr w:type="spellEnd"/>
            <w:r w:rsidRPr="00D23166">
              <w:rPr>
                <w:spacing w:val="-12"/>
              </w:rPr>
              <w:t xml:space="preserve">, </w:t>
            </w:r>
            <w:proofErr w:type="spellStart"/>
            <w:r w:rsidRPr="00D23166">
              <w:rPr>
                <w:spacing w:val="-12"/>
              </w:rPr>
              <w:t>mã</w:t>
            </w:r>
            <w:proofErr w:type="spellEnd"/>
            <w:r w:rsidRPr="00D23166">
              <w:rPr>
                <w:spacing w:val="-12"/>
              </w:rPr>
              <w:t xml:space="preserve"> </w:t>
            </w:r>
            <w:proofErr w:type="spellStart"/>
            <w:r w:rsidRPr="00D23166">
              <w:rPr>
                <w:spacing w:val="-12"/>
              </w:rPr>
              <w:t>số</w:t>
            </w:r>
            <w:proofErr w:type="spellEnd"/>
            <w:r w:rsidRPr="00D23166">
              <w:rPr>
                <w:spacing w:val="-12"/>
              </w:rPr>
              <w:t xml:space="preserve"> </w:t>
            </w:r>
            <w:proofErr w:type="spellStart"/>
            <w:r w:rsidRPr="00D23166">
              <w:rPr>
                <w:spacing w:val="-12"/>
              </w:rPr>
              <w:t>ngạch</w:t>
            </w:r>
            <w:proofErr w:type="spellEnd"/>
            <w:r w:rsidRPr="00D23166">
              <w:rPr>
                <w:spacing w:val="-12"/>
              </w:rPr>
              <w:t xml:space="preserve"> </w:t>
            </w:r>
            <w:proofErr w:type="spellStart"/>
            <w:r w:rsidRPr="00D23166">
              <w:rPr>
                <w:spacing w:val="-12"/>
              </w:rPr>
              <w:t>và</w:t>
            </w:r>
            <w:proofErr w:type="spellEnd"/>
            <w:r w:rsidRPr="00D23166">
              <w:rPr>
                <w:spacing w:val="-12"/>
              </w:rPr>
              <w:t xml:space="preserve"> </w:t>
            </w:r>
            <w:proofErr w:type="spellStart"/>
            <w:r w:rsidRPr="00D23166">
              <w:rPr>
                <w:spacing w:val="-12"/>
              </w:rPr>
              <w:t>tiêu</w:t>
            </w:r>
            <w:proofErr w:type="spellEnd"/>
            <w:r w:rsidRPr="00D23166">
              <w:rPr>
                <w:spacing w:val="-12"/>
              </w:rPr>
              <w:t xml:space="preserve"> </w:t>
            </w:r>
            <w:proofErr w:type="spellStart"/>
            <w:r w:rsidRPr="00D23166">
              <w:rPr>
                <w:spacing w:val="-12"/>
              </w:rPr>
              <w:t>chuẩn</w:t>
            </w:r>
            <w:proofErr w:type="spellEnd"/>
            <w:r w:rsidRPr="00D23166">
              <w:rPr>
                <w:spacing w:val="-12"/>
              </w:rPr>
              <w:t xml:space="preserve"> </w:t>
            </w:r>
            <w:proofErr w:type="spellStart"/>
            <w:r w:rsidRPr="00D23166">
              <w:rPr>
                <w:spacing w:val="-12"/>
              </w:rPr>
              <w:t>nghiệp</w:t>
            </w:r>
            <w:proofErr w:type="spellEnd"/>
            <w:r w:rsidRPr="00D23166">
              <w:rPr>
                <w:spacing w:val="-12"/>
              </w:rPr>
              <w:t xml:space="preserve"> </w:t>
            </w:r>
            <w:proofErr w:type="spellStart"/>
            <w:r w:rsidRPr="00D23166">
              <w:rPr>
                <w:spacing w:val="-12"/>
              </w:rPr>
              <w:t>vụ</w:t>
            </w:r>
            <w:proofErr w:type="spellEnd"/>
            <w:r w:rsidRPr="00D23166">
              <w:rPr>
                <w:spacing w:val="-12"/>
              </w:rPr>
              <w:t xml:space="preserve"> </w:t>
            </w:r>
            <w:proofErr w:type="spellStart"/>
            <w:r w:rsidRPr="00D23166">
              <w:rPr>
                <w:spacing w:val="-12"/>
              </w:rPr>
              <w:t>các</w:t>
            </w:r>
            <w:proofErr w:type="spellEnd"/>
            <w:r w:rsidRPr="00D23166">
              <w:rPr>
                <w:spacing w:val="-12"/>
              </w:rPr>
              <w:t xml:space="preserve"> </w:t>
            </w:r>
            <w:proofErr w:type="spellStart"/>
            <w:r w:rsidRPr="00D23166">
              <w:rPr>
                <w:spacing w:val="-12"/>
              </w:rPr>
              <w:t>ngạch</w:t>
            </w:r>
            <w:proofErr w:type="spellEnd"/>
            <w:r w:rsidRPr="00D23166">
              <w:rPr>
                <w:spacing w:val="-12"/>
              </w:rPr>
              <w:t xml:space="preserve"> </w:t>
            </w:r>
            <w:proofErr w:type="spellStart"/>
            <w:r w:rsidRPr="00D23166">
              <w:rPr>
                <w:spacing w:val="-12"/>
              </w:rPr>
              <w:t>công</w:t>
            </w:r>
            <w:proofErr w:type="spellEnd"/>
            <w:r w:rsidRPr="00D23166">
              <w:rPr>
                <w:spacing w:val="-12"/>
              </w:rPr>
              <w:t xml:space="preserve"> </w:t>
            </w:r>
            <w:proofErr w:type="spellStart"/>
            <w:r w:rsidRPr="00D23166">
              <w:rPr>
                <w:spacing w:val="-12"/>
              </w:rPr>
              <w:t>chức</w:t>
            </w:r>
            <w:proofErr w:type="spellEnd"/>
            <w:r w:rsidRPr="00D23166">
              <w:rPr>
                <w:spacing w:val="-12"/>
              </w:rPr>
              <w:t xml:space="preserve"> </w:t>
            </w:r>
            <w:proofErr w:type="spellStart"/>
            <w:r w:rsidRPr="00D23166">
              <w:rPr>
                <w:spacing w:val="-12"/>
              </w:rPr>
              <w:t>chuyên</w:t>
            </w:r>
            <w:proofErr w:type="spellEnd"/>
            <w:r w:rsidRPr="00D23166">
              <w:rPr>
                <w:spacing w:val="-12"/>
              </w:rPr>
              <w:t xml:space="preserve"> </w:t>
            </w:r>
            <w:proofErr w:type="spellStart"/>
            <w:r w:rsidRPr="00D23166">
              <w:rPr>
                <w:spacing w:val="-12"/>
              </w:rPr>
              <w:t>ngành</w:t>
            </w:r>
            <w:proofErr w:type="spellEnd"/>
            <w:r w:rsidRPr="00D23166">
              <w:rPr>
                <w:spacing w:val="-12"/>
              </w:rPr>
              <w:t xml:space="preserve"> </w:t>
            </w:r>
            <w:proofErr w:type="spellStart"/>
            <w:r w:rsidRPr="00D23166">
              <w:rPr>
                <w:spacing w:val="-12"/>
              </w:rPr>
              <w:t>kiểm</w:t>
            </w:r>
            <w:proofErr w:type="spellEnd"/>
            <w:r w:rsidRPr="00D23166">
              <w:rPr>
                <w:spacing w:val="-12"/>
              </w:rPr>
              <w:t xml:space="preserve"> </w:t>
            </w:r>
            <w:proofErr w:type="spellStart"/>
            <w:r w:rsidRPr="00D23166">
              <w:rPr>
                <w:spacing w:val="-12"/>
              </w:rPr>
              <w:t>soát</w:t>
            </w:r>
            <w:proofErr w:type="spellEnd"/>
            <w:r w:rsidRPr="00D23166">
              <w:rPr>
                <w:spacing w:val="-12"/>
              </w:rPr>
              <w:t xml:space="preserve"> </w:t>
            </w:r>
            <w:proofErr w:type="spellStart"/>
            <w:r w:rsidRPr="00D23166">
              <w:rPr>
                <w:spacing w:val="-12"/>
              </w:rPr>
              <w:t>chất</w:t>
            </w:r>
            <w:proofErr w:type="spellEnd"/>
            <w:r w:rsidRPr="00D23166">
              <w:rPr>
                <w:spacing w:val="-12"/>
              </w:rPr>
              <w:t xml:space="preserve"> </w:t>
            </w:r>
            <w:proofErr w:type="spellStart"/>
            <w:r w:rsidRPr="00D23166">
              <w:rPr>
                <w:spacing w:val="-12"/>
              </w:rPr>
              <w:t>lượng</w:t>
            </w:r>
            <w:proofErr w:type="spellEnd"/>
            <w:r w:rsidRPr="00D23166">
              <w:rPr>
                <w:spacing w:val="-12"/>
              </w:rPr>
              <w:t xml:space="preserve"> </w:t>
            </w:r>
            <w:proofErr w:type="spellStart"/>
            <w:r w:rsidRPr="00D23166">
              <w:rPr>
                <w:spacing w:val="-12"/>
              </w:rPr>
              <w:t>sản</w:t>
            </w:r>
            <w:proofErr w:type="spellEnd"/>
            <w:r w:rsidRPr="00D23166">
              <w:rPr>
                <w:spacing w:val="-12"/>
              </w:rPr>
              <w:t xml:space="preserve"> </w:t>
            </w:r>
            <w:proofErr w:type="spellStart"/>
            <w:r w:rsidRPr="00D23166">
              <w:rPr>
                <w:spacing w:val="-12"/>
              </w:rPr>
              <w:t>phẩm</w:t>
            </w:r>
            <w:proofErr w:type="spellEnd"/>
            <w:r w:rsidRPr="00D23166">
              <w:rPr>
                <w:spacing w:val="-12"/>
              </w:rPr>
              <w:t xml:space="preserve">, </w:t>
            </w:r>
            <w:proofErr w:type="spellStart"/>
            <w:r w:rsidRPr="00D23166">
              <w:rPr>
                <w:spacing w:val="-12"/>
              </w:rPr>
              <w:t>hàng</w:t>
            </w:r>
            <w:proofErr w:type="spellEnd"/>
            <w:r w:rsidRPr="00D23166">
              <w:rPr>
                <w:spacing w:val="-12"/>
              </w:rPr>
              <w:t xml:space="preserve"> </w:t>
            </w:r>
            <w:proofErr w:type="spellStart"/>
            <w:r w:rsidRPr="00D23166">
              <w:rPr>
                <w:spacing w:val="-12"/>
              </w:rPr>
              <w:t>hóa</w:t>
            </w:r>
            <w:proofErr w:type="spellEnd"/>
            <w:r w:rsidRPr="00D23166">
              <w:rPr>
                <w:spacing w:val="-12"/>
              </w:rPr>
              <w:t>.</w:t>
            </w:r>
          </w:p>
          <w:p w14:paraId="60466FF5" w14:textId="77777777" w:rsidR="00BE5D3B" w:rsidRPr="00D23166" w:rsidRDefault="00BE5D3B" w:rsidP="001B5312">
            <w:pPr>
              <w:spacing w:after="0" w:line="240" w:lineRule="auto"/>
              <w:jc w:val="both"/>
              <w:rPr>
                <w:spacing w:val="-12"/>
              </w:rPr>
            </w:pPr>
            <w:r w:rsidRPr="00D23166">
              <w:rPr>
                <w:spacing w:val="-12"/>
              </w:rPr>
              <w:t xml:space="preserve">2. </w:t>
            </w:r>
            <w:proofErr w:type="spellStart"/>
            <w:r w:rsidRPr="00D23166">
              <w:rPr>
                <w:spacing w:val="-12"/>
              </w:rPr>
              <w:t>Bộ</w:t>
            </w:r>
            <w:proofErr w:type="spellEnd"/>
            <w:r w:rsidRPr="00D23166">
              <w:rPr>
                <w:spacing w:val="-12"/>
              </w:rPr>
              <w:t xml:space="preserve"> </w:t>
            </w:r>
            <w:proofErr w:type="spellStart"/>
            <w:r w:rsidRPr="00D23166">
              <w:rPr>
                <w:spacing w:val="-12"/>
              </w:rPr>
              <w:t>trưởng</w:t>
            </w:r>
            <w:proofErr w:type="spellEnd"/>
            <w:r w:rsidRPr="00D23166">
              <w:rPr>
                <w:spacing w:val="-12"/>
              </w:rPr>
              <w:t xml:space="preserve">, </w:t>
            </w:r>
            <w:proofErr w:type="spellStart"/>
            <w:r w:rsidRPr="00D23166">
              <w:rPr>
                <w:spacing w:val="-12"/>
              </w:rPr>
              <w:t>Thủ</w:t>
            </w:r>
            <w:proofErr w:type="spellEnd"/>
            <w:r w:rsidRPr="00D23166">
              <w:rPr>
                <w:spacing w:val="-12"/>
              </w:rPr>
              <w:t xml:space="preserve"> </w:t>
            </w:r>
            <w:proofErr w:type="spellStart"/>
            <w:r w:rsidRPr="00D23166">
              <w:rPr>
                <w:spacing w:val="-12"/>
              </w:rPr>
              <w:t>trưởng</w:t>
            </w:r>
            <w:proofErr w:type="spellEnd"/>
            <w:r w:rsidRPr="00D23166">
              <w:rPr>
                <w:spacing w:val="-12"/>
              </w:rPr>
              <w:t xml:space="preserve"> </w:t>
            </w:r>
            <w:proofErr w:type="spellStart"/>
            <w:r w:rsidRPr="00D23166">
              <w:rPr>
                <w:spacing w:val="-12"/>
              </w:rPr>
              <w:t>cơ</w:t>
            </w:r>
            <w:proofErr w:type="spellEnd"/>
            <w:r w:rsidRPr="00D23166">
              <w:rPr>
                <w:spacing w:val="-12"/>
              </w:rPr>
              <w:t xml:space="preserve"> </w:t>
            </w:r>
            <w:proofErr w:type="spellStart"/>
            <w:r w:rsidRPr="00D23166">
              <w:rPr>
                <w:spacing w:val="-12"/>
              </w:rPr>
              <w:t>quan</w:t>
            </w:r>
            <w:proofErr w:type="spellEnd"/>
            <w:r w:rsidRPr="00D23166">
              <w:rPr>
                <w:spacing w:val="-12"/>
              </w:rPr>
              <w:t xml:space="preserve"> </w:t>
            </w:r>
            <w:proofErr w:type="spellStart"/>
            <w:r w:rsidRPr="00D23166">
              <w:rPr>
                <w:spacing w:val="-12"/>
              </w:rPr>
              <w:t>ngang</w:t>
            </w:r>
            <w:proofErr w:type="spellEnd"/>
            <w:r w:rsidRPr="00D23166">
              <w:rPr>
                <w:spacing w:val="-12"/>
              </w:rPr>
              <w:t xml:space="preserve"> </w:t>
            </w:r>
            <w:proofErr w:type="spellStart"/>
            <w:r w:rsidRPr="00D23166">
              <w:rPr>
                <w:spacing w:val="-12"/>
              </w:rPr>
              <w:t>Bộ</w:t>
            </w:r>
            <w:proofErr w:type="spellEnd"/>
            <w:r w:rsidRPr="00D23166">
              <w:rPr>
                <w:spacing w:val="-12"/>
              </w:rPr>
              <w:t xml:space="preserve">, Thủ </w:t>
            </w:r>
            <w:proofErr w:type="spellStart"/>
            <w:r w:rsidRPr="00D23166">
              <w:rPr>
                <w:spacing w:val="-12"/>
              </w:rPr>
              <w:t>trưởng</w:t>
            </w:r>
            <w:proofErr w:type="spellEnd"/>
            <w:r w:rsidRPr="00D23166">
              <w:rPr>
                <w:spacing w:val="-12"/>
              </w:rPr>
              <w:t xml:space="preserve"> </w:t>
            </w:r>
            <w:proofErr w:type="spellStart"/>
            <w:r w:rsidRPr="00D23166">
              <w:rPr>
                <w:spacing w:val="-12"/>
              </w:rPr>
              <w:t>cơ</w:t>
            </w:r>
            <w:proofErr w:type="spellEnd"/>
            <w:r w:rsidRPr="00D23166">
              <w:rPr>
                <w:spacing w:val="-12"/>
              </w:rPr>
              <w:t xml:space="preserve"> </w:t>
            </w:r>
            <w:proofErr w:type="spellStart"/>
            <w:r w:rsidRPr="00D23166">
              <w:rPr>
                <w:spacing w:val="-12"/>
              </w:rPr>
              <w:t>quan</w:t>
            </w:r>
            <w:proofErr w:type="spellEnd"/>
            <w:r w:rsidRPr="00D23166">
              <w:rPr>
                <w:spacing w:val="-12"/>
              </w:rPr>
              <w:t xml:space="preserve"> </w:t>
            </w:r>
            <w:proofErr w:type="spellStart"/>
            <w:r w:rsidRPr="00D23166">
              <w:rPr>
                <w:spacing w:val="-12"/>
              </w:rPr>
              <w:t>thuộc</w:t>
            </w:r>
            <w:proofErr w:type="spellEnd"/>
            <w:r w:rsidRPr="00D23166">
              <w:rPr>
                <w:spacing w:val="-12"/>
              </w:rPr>
              <w:t xml:space="preserve"> </w:t>
            </w:r>
            <w:proofErr w:type="spellStart"/>
            <w:r w:rsidRPr="00D23166">
              <w:rPr>
                <w:spacing w:val="-12"/>
              </w:rPr>
              <w:t>Chính</w:t>
            </w:r>
            <w:proofErr w:type="spellEnd"/>
            <w:r w:rsidRPr="00D23166">
              <w:rPr>
                <w:spacing w:val="-12"/>
              </w:rPr>
              <w:t xml:space="preserve"> </w:t>
            </w:r>
            <w:proofErr w:type="spellStart"/>
            <w:r w:rsidRPr="00D23166">
              <w:rPr>
                <w:spacing w:val="-12"/>
              </w:rPr>
              <w:t>phủ</w:t>
            </w:r>
            <w:proofErr w:type="spellEnd"/>
            <w:r w:rsidRPr="00D23166">
              <w:rPr>
                <w:spacing w:val="-12"/>
              </w:rPr>
              <w:t xml:space="preserve">, </w:t>
            </w:r>
            <w:proofErr w:type="spellStart"/>
            <w:r w:rsidRPr="00D23166">
              <w:rPr>
                <w:spacing w:val="-12"/>
              </w:rPr>
              <w:t>Chủ</w:t>
            </w:r>
            <w:proofErr w:type="spellEnd"/>
            <w:r w:rsidRPr="00D23166">
              <w:rPr>
                <w:spacing w:val="-12"/>
              </w:rPr>
              <w:t xml:space="preserve"> </w:t>
            </w:r>
            <w:proofErr w:type="spellStart"/>
            <w:r w:rsidRPr="00D23166">
              <w:rPr>
                <w:spacing w:val="-12"/>
              </w:rPr>
              <w:t>tịch</w:t>
            </w:r>
            <w:proofErr w:type="spellEnd"/>
            <w:r w:rsidRPr="00D23166">
              <w:rPr>
                <w:spacing w:val="-12"/>
              </w:rPr>
              <w:t xml:space="preserve"> </w:t>
            </w:r>
            <w:proofErr w:type="spellStart"/>
            <w:r w:rsidRPr="00D23166">
              <w:rPr>
                <w:spacing w:val="-12"/>
              </w:rPr>
              <w:t>Ủy</w:t>
            </w:r>
            <w:proofErr w:type="spellEnd"/>
            <w:r w:rsidRPr="00D23166">
              <w:rPr>
                <w:spacing w:val="-12"/>
              </w:rPr>
              <w:t xml:space="preserve"> ban </w:t>
            </w:r>
            <w:proofErr w:type="spellStart"/>
            <w:r w:rsidRPr="00D23166">
              <w:rPr>
                <w:spacing w:val="-12"/>
              </w:rPr>
              <w:t>nhân</w:t>
            </w:r>
            <w:proofErr w:type="spellEnd"/>
            <w:r w:rsidRPr="00D23166">
              <w:rPr>
                <w:spacing w:val="-12"/>
              </w:rPr>
              <w:t xml:space="preserve"> </w:t>
            </w:r>
            <w:proofErr w:type="spellStart"/>
            <w:r w:rsidRPr="00D23166">
              <w:rPr>
                <w:spacing w:val="-12"/>
              </w:rPr>
              <w:t>dân</w:t>
            </w:r>
            <w:proofErr w:type="spellEnd"/>
            <w:r w:rsidRPr="00D23166">
              <w:rPr>
                <w:spacing w:val="-12"/>
              </w:rPr>
              <w:t xml:space="preserve"> </w:t>
            </w:r>
            <w:proofErr w:type="spellStart"/>
            <w:r w:rsidRPr="00D23166">
              <w:rPr>
                <w:spacing w:val="-12"/>
              </w:rPr>
              <w:t>các</w:t>
            </w:r>
            <w:proofErr w:type="spellEnd"/>
            <w:r w:rsidRPr="00D23166">
              <w:rPr>
                <w:spacing w:val="-12"/>
              </w:rPr>
              <w:t xml:space="preserve"> </w:t>
            </w:r>
            <w:proofErr w:type="spellStart"/>
            <w:r w:rsidRPr="00D23166">
              <w:rPr>
                <w:spacing w:val="-12"/>
              </w:rPr>
              <w:t>tỉnh</w:t>
            </w:r>
            <w:proofErr w:type="spellEnd"/>
            <w:r w:rsidRPr="00D23166">
              <w:rPr>
                <w:spacing w:val="-12"/>
              </w:rPr>
              <w:t xml:space="preserve">, </w:t>
            </w:r>
            <w:proofErr w:type="spellStart"/>
            <w:r w:rsidRPr="00D23166">
              <w:rPr>
                <w:spacing w:val="-12"/>
              </w:rPr>
              <w:t>thành</w:t>
            </w:r>
            <w:proofErr w:type="spellEnd"/>
            <w:r w:rsidRPr="00D23166">
              <w:rPr>
                <w:spacing w:val="-12"/>
              </w:rPr>
              <w:t xml:space="preserve"> </w:t>
            </w:r>
            <w:proofErr w:type="spellStart"/>
            <w:r w:rsidRPr="00D23166">
              <w:rPr>
                <w:spacing w:val="-12"/>
              </w:rPr>
              <w:t>phô</w:t>
            </w:r>
            <w:proofErr w:type="spellEnd"/>
            <w:r w:rsidRPr="00D23166">
              <w:rPr>
                <w:spacing w:val="-12"/>
              </w:rPr>
              <w:t xml:space="preserve">́ </w:t>
            </w:r>
            <w:proofErr w:type="spellStart"/>
            <w:r w:rsidRPr="00D23166">
              <w:rPr>
                <w:spacing w:val="-12"/>
              </w:rPr>
              <w:t>trực</w:t>
            </w:r>
            <w:proofErr w:type="spellEnd"/>
            <w:r w:rsidRPr="00D23166">
              <w:rPr>
                <w:spacing w:val="-12"/>
              </w:rPr>
              <w:t xml:space="preserve"> </w:t>
            </w:r>
            <w:proofErr w:type="spellStart"/>
            <w:r w:rsidRPr="00D23166">
              <w:rPr>
                <w:spacing w:val="-12"/>
              </w:rPr>
              <w:t>thuộc</w:t>
            </w:r>
            <w:proofErr w:type="spellEnd"/>
            <w:r w:rsidRPr="00D23166">
              <w:rPr>
                <w:spacing w:val="-12"/>
              </w:rPr>
              <w:t xml:space="preserve"> Trung </w:t>
            </w:r>
            <w:proofErr w:type="spellStart"/>
            <w:r w:rsidRPr="00D23166">
              <w:rPr>
                <w:spacing w:val="-12"/>
              </w:rPr>
              <w:t>ương</w:t>
            </w:r>
            <w:proofErr w:type="spellEnd"/>
            <w:r w:rsidRPr="00D23166">
              <w:rPr>
                <w:spacing w:val="-12"/>
              </w:rPr>
              <w:t xml:space="preserve">, </w:t>
            </w:r>
            <w:proofErr w:type="spellStart"/>
            <w:r w:rsidRPr="00D23166">
              <w:rPr>
                <w:spacing w:val="-12"/>
              </w:rPr>
              <w:t>các</w:t>
            </w:r>
            <w:proofErr w:type="spellEnd"/>
            <w:r w:rsidRPr="00D23166">
              <w:rPr>
                <w:spacing w:val="-12"/>
              </w:rPr>
              <w:t xml:space="preserve"> </w:t>
            </w:r>
            <w:proofErr w:type="spellStart"/>
            <w:r w:rsidRPr="00D23166">
              <w:rPr>
                <w:spacing w:val="-12"/>
              </w:rPr>
              <w:t>cơ</w:t>
            </w:r>
            <w:proofErr w:type="spellEnd"/>
            <w:r w:rsidRPr="00D23166">
              <w:rPr>
                <w:spacing w:val="-12"/>
              </w:rPr>
              <w:t xml:space="preserve"> </w:t>
            </w:r>
            <w:proofErr w:type="spellStart"/>
            <w:r w:rsidRPr="00D23166">
              <w:rPr>
                <w:spacing w:val="-12"/>
              </w:rPr>
              <w:t>quan</w:t>
            </w:r>
            <w:proofErr w:type="spellEnd"/>
            <w:r w:rsidRPr="00D23166">
              <w:rPr>
                <w:spacing w:val="-12"/>
              </w:rPr>
              <w:t xml:space="preserve">, </w:t>
            </w:r>
            <w:proofErr w:type="spellStart"/>
            <w:r w:rsidRPr="00D23166">
              <w:rPr>
                <w:spacing w:val="-12"/>
              </w:rPr>
              <w:t>tô</w:t>
            </w:r>
            <w:proofErr w:type="spellEnd"/>
            <w:r w:rsidRPr="00D23166">
              <w:rPr>
                <w:spacing w:val="-12"/>
              </w:rPr>
              <w:t xml:space="preserve">̉ </w:t>
            </w:r>
            <w:proofErr w:type="spellStart"/>
            <w:r w:rsidRPr="00D23166">
              <w:rPr>
                <w:spacing w:val="-12"/>
              </w:rPr>
              <w:t>chức</w:t>
            </w:r>
            <w:proofErr w:type="spellEnd"/>
            <w:r w:rsidRPr="00D23166">
              <w:rPr>
                <w:spacing w:val="-12"/>
              </w:rPr>
              <w:t xml:space="preserve"> </w:t>
            </w:r>
            <w:proofErr w:type="spellStart"/>
            <w:r w:rsidRPr="00D23166">
              <w:rPr>
                <w:spacing w:val="-12"/>
              </w:rPr>
              <w:t>va</w:t>
            </w:r>
            <w:proofErr w:type="spellEnd"/>
            <w:r w:rsidRPr="00D23166">
              <w:rPr>
                <w:spacing w:val="-12"/>
              </w:rPr>
              <w:t xml:space="preserve">̀ cá </w:t>
            </w:r>
            <w:proofErr w:type="spellStart"/>
            <w:r w:rsidRPr="00D23166">
              <w:rPr>
                <w:spacing w:val="-12"/>
              </w:rPr>
              <w:t>nhân</w:t>
            </w:r>
            <w:proofErr w:type="spellEnd"/>
            <w:r w:rsidRPr="00D23166">
              <w:rPr>
                <w:spacing w:val="-12"/>
              </w:rPr>
              <w:t xml:space="preserve"> có </w:t>
            </w:r>
            <w:proofErr w:type="spellStart"/>
            <w:r w:rsidRPr="00D23166">
              <w:rPr>
                <w:spacing w:val="-12"/>
              </w:rPr>
              <w:t>liên</w:t>
            </w:r>
            <w:proofErr w:type="spellEnd"/>
            <w:r w:rsidRPr="00D23166">
              <w:rPr>
                <w:spacing w:val="-12"/>
              </w:rPr>
              <w:t xml:space="preserve"> </w:t>
            </w:r>
            <w:proofErr w:type="spellStart"/>
            <w:r w:rsidRPr="00D23166">
              <w:rPr>
                <w:spacing w:val="-12"/>
              </w:rPr>
              <w:t>quan</w:t>
            </w:r>
            <w:proofErr w:type="spellEnd"/>
            <w:r w:rsidRPr="00D23166">
              <w:rPr>
                <w:spacing w:val="-12"/>
              </w:rPr>
              <w:t xml:space="preserve"> </w:t>
            </w:r>
            <w:proofErr w:type="spellStart"/>
            <w:r w:rsidRPr="00D23166">
              <w:rPr>
                <w:spacing w:val="-12"/>
              </w:rPr>
              <w:t>chịu</w:t>
            </w:r>
            <w:proofErr w:type="spellEnd"/>
            <w:r w:rsidRPr="00D23166">
              <w:rPr>
                <w:spacing w:val="-12"/>
              </w:rPr>
              <w:t xml:space="preserve"> </w:t>
            </w:r>
            <w:proofErr w:type="spellStart"/>
            <w:r w:rsidRPr="00D23166">
              <w:rPr>
                <w:spacing w:val="-12"/>
              </w:rPr>
              <w:t>trách</w:t>
            </w:r>
            <w:proofErr w:type="spellEnd"/>
            <w:r w:rsidRPr="00D23166">
              <w:rPr>
                <w:spacing w:val="-12"/>
              </w:rPr>
              <w:t xml:space="preserve"> </w:t>
            </w:r>
            <w:proofErr w:type="spellStart"/>
            <w:r w:rsidRPr="00D23166">
              <w:rPr>
                <w:spacing w:val="-12"/>
              </w:rPr>
              <w:t>nhiệm</w:t>
            </w:r>
            <w:proofErr w:type="spellEnd"/>
            <w:r w:rsidRPr="00D23166">
              <w:rPr>
                <w:spacing w:val="-12"/>
              </w:rPr>
              <w:t xml:space="preserve"> </w:t>
            </w:r>
            <w:proofErr w:type="spellStart"/>
            <w:r w:rsidRPr="00D23166">
              <w:rPr>
                <w:spacing w:val="-12"/>
              </w:rPr>
              <w:t>thi</w:t>
            </w:r>
            <w:proofErr w:type="spellEnd"/>
            <w:r w:rsidRPr="00D23166">
              <w:rPr>
                <w:spacing w:val="-12"/>
              </w:rPr>
              <w:t xml:space="preserve"> </w:t>
            </w:r>
            <w:proofErr w:type="spellStart"/>
            <w:r w:rsidRPr="00D23166">
              <w:rPr>
                <w:spacing w:val="-12"/>
              </w:rPr>
              <w:t>hành</w:t>
            </w:r>
            <w:proofErr w:type="spellEnd"/>
            <w:r w:rsidRPr="00D23166">
              <w:rPr>
                <w:spacing w:val="-12"/>
              </w:rPr>
              <w:t xml:space="preserve"> Thông </w:t>
            </w:r>
            <w:proofErr w:type="spellStart"/>
            <w:r w:rsidRPr="00D23166">
              <w:rPr>
                <w:spacing w:val="-12"/>
              </w:rPr>
              <w:t>tư</w:t>
            </w:r>
            <w:proofErr w:type="spellEnd"/>
            <w:r w:rsidRPr="00D23166">
              <w:rPr>
                <w:spacing w:val="-12"/>
              </w:rPr>
              <w:t xml:space="preserve"> </w:t>
            </w:r>
            <w:proofErr w:type="spellStart"/>
            <w:r w:rsidRPr="00D23166">
              <w:rPr>
                <w:spacing w:val="-12"/>
              </w:rPr>
              <w:t>này</w:t>
            </w:r>
            <w:proofErr w:type="spellEnd"/>
            <w:r w:rsidRPr="00D23166">
              <w:rPr>
                <w:spacing w:val="-12"/>
              </w:rPr>
              <w:t>.</w:t>
            </w:r>
          </w:p>
          <w:p w14:paraId="2A0196D4" w14:textId="0941E472" w:rsidR="00BE5D3B" w:rsidRPr="00D23166" w:rsidRDefault="00BE5D3B" w:rsidP="001B5312">
            <w:pPr>
              <w:spacing w:after="0" w:line="240" w:lineRule="auto"/>
              <w:jc w:val="both"/>
              <w:rPr>
                <w:spacing w:val="-12"/>
              </w:rPr>
            </w:pPr>
            <w:r w:rsidRPr="00D23166">
              <w:rPr>
                <w:spacing w:val="-12"/>
              </w:rPr>
              <w:t xml:space="preserve">3. Trong quá </w:t>
            </w:r>
            <w:proofErr w:type="spellStart"/>
            <w:r w:rsidRPr="00D23166">
              <w:rPr>
                <w:spacing w:val="-12"/>
              </w:rPr>
              <w:t>trình</w:t>
            </w:r>
            <w:proofErr w:type="spellEnd"/>
            <w:r w:rsidRPr="00D23166">
              <w:rPr>
                <w:spacing w:val="-12"/>
              </w:rPr>
              <w:t xml:space="preserve"> </w:t>
            </w:r>
            <w:proofErr w:type="spellStart"/>
            <w:r w:rsidRPr="00D23166">
              <w:rPr>
                <w:spacing w:val="-12"/>
              </w:rPr>
              <w:t>thực</w:t>
            </w:r>
            <w:proofErr w:type="spellEnd"/>
            <w:r w:rsidRPr="00D23166">
              <w:rPr>
                <w:spacing w:val="-12"/>
              </w:rPr>
              <w:t xml:space="preserve"> </w:t>
            </w:r>
            <w:proofErr w:type="spellStart"/>
            <w:r w:rsidRPr="00D23166">
              <w:rPr>
                <w:spacing w:val="-12"/>
              </w:rPr>
              <w:t>hiện</w:t>
            </w:r>
            <w:proofErr w:type="spellEnd"/>
            <w:r w:rsidRPr="00D23166">
              <w:rPr>
                <w:spacing w:val="-12"/>
              </w:rPr>
              <w:t xml:space="preserve"> </w:t>
            </w:r>
            <w:proofErr w:type="spellStart"/>
            <w:r w:rsidRPr="00D23166">
              <w:rPr>
                <w:spacing w:val="-12"/>
              </w:rPr>
              <w:t>nếu</w:t>
            </w:r>
            <w:proofErr w:type="spellEnd"/>
            <w:r w:rsidRPr="00D23166">
              <w:rPr>
                <w:spacing w:val="-12"/>
              </w:rPr>
              <w:t xml:space="preserve"> có </w:t>
            </w:r>
            <w:proofErr w:type="spellStart"/>
            <w:r w:rsidRPr="00D23166">
              <w:rPr>
                <w:spacing w:val="-12"/>
              </w:rPr>
              <w:t>vướng</w:t>
            </w:r>
            <w:proofErr w:type="spellEnd"/>
            <w:r w:rsidRPr="00D23166">
              <w:rPr>
                <w:spacing w:val="-12"/>
              </w:rPr>
              <w:t xml:space="preserve"> </w:t>
            </w:r>
            <w:proofErr w:type="spellStart"/>
            <w:r w:rsidRPr="00D23166">
              <w:rPr>
                <w:spacing w:val="-12"/>
              </w:rPr>
              <w:t>mắc</w:t>
            </w:r>
            <w:proofErr w:type="spellEnd"/>
            <w:r w:rsidRPr="00D23166">
              <w:rPr>
                <w:spacing w:val="-12"/>
              </w:rPr>
              <w:t xml:space="preserve">, </w:t>
            </w:r>
            <w:proofErr w:type="spellStart"/>
            <w:r w:rsidRPr="00D23166">
              <w:rPr>
                <w:spacing w:val="-12"/>
              </w:rPr>
              <w:t>đê</w:t>
            </w:r>
            <w:proofErr w:type="spellEnd"/>
            <w:r w:rsidRPr="00D23166">
              <w:rPr>
                <w:spacing w:val="-12"/>
              </w:rPr>
              <w:t xml:space="preserve">̀ </w:t>
            </w:r>
            <w:proofErr w:type="spellStart"/>
            <w:r w:rsidRPr="00D23166">
              <w:rPr>
                <w:spacing w:val="-12"/>
              </w:rPr>
              <w:t>nghi</w:t>
            </w:r>
            <w:proofErr w:type="spellEnd"/>
            <w:r w:rsidRPr="00D23166">
              <w:rPr>
                <w:spacing w:val="-12"/>
              </w:rPr>
              <w:t xml:space="preserve">̣ </w:t>
            </w:r>
            <w:proofErr w:type="spellStart"/>
            <w:r w:rsidRPr="00D23166">
              <w:rPr>
                <w:spacing w:val="-12"/>
              </w:rPr>
              <w:t>cơ</w:t>
            </w:r>
            <w:proofErr w:type="spellEnd"/>
            <w:r w:rsidRPr="00D23166">
              <w:rPr>
                <w:spacing w:val="-12"/>
              </w:rPr>
              <w:t xml:space="preserve"> </w:t>
            </w:r>
            <w:proofErr w:type="spellStart"/>
            <w:r w:rsidRPr="00D23166">
              <w:rPr>
                <w:spacing w:val="-12"/>
              </w:rPr>
              <w:t>quan</w:t>
            </w:r>
            <w:proofErr w:type="spellEnd"/>
            <w:r w:rsidRPr="00D23166">
              <w:rPr>
                <w:spacing w:val="-12"/>
              </w:rPr>
              <w:t xml:space="preserve">, </w:t>
            </w:r>
            <w:proofErr w:type="spellStart"/>
            <w:r w:rsidRPr="00D23166">
              <w:rPr>
                <w:spacing w:val="-12"/>
              </w:rPr>
              <w:t>tổ</w:t>
            </w:r>
            <w:proofErr w:type="spellEnd"/>
            <w:r w:rsidRPr="00D23166">
              <w:rPr>
                <w:spacing w:val="-12"/>
              </w:rPr>
              <w:t xml:space="preserve"> </w:t>
            </w:r>
            <w:proofErr w:type="spellStart"/>
            <w:r w:rsidRPr="00D23166">
              <w:rPr>
                <w:spacing w:val="-12"/>
              </w:rPr>
              <w:t>chức</w:t>
            </w:r>
            <w:proofErr w:type="spellEnd"/>
            <w:r w:rsidRPr="00D23166">
              <w:rPr>
                <w:spacing w:val="-12"/>
              </w:rPr>
              <w:t xml:space="preserve">, </w:t>
            </w:r>
            <w:proofErr w:type="spellStart"/>
            <w:r w:rsidRPr="00D23166">
              <w:rPr>
                <w:spacing w:val="-12"/>
              </w:rPr>
              <w:t>cá</w:t>
            </w:r>
            <w:proofErr w:type="spellEnd"/>
            <w:r w:rsidRPr="00D23166">
              <w:rPr>
                <w:spacing w:val="-12"/>
              </w:rPr>
              <w:t xml:space="preserve"> </w:t>
            </w:r>
            <w:proofErr w:type="spellStart"/>
            <w:r w:rsidRPr="00D23166">
              <w:rPr>
                <w:spacing w:val="-12"/>
              </w:rPr>
              <w:t>nhân</w:t>
            </w:r>
            <w:proofErr w:type="spellEnd"/>
            <w:r w:rsidRPr="00D23166">
              <w:rPr>
                <w:spacing w:val="-12"/>
              </w:rPr>
              <w:t xml:space="preserve"> </w:t>
            </w:r>
            <w:proofErr w:type="spellStart"/>
            <w:r w:rsidRPr="00D23166">
              <w:rPr>
                <w:spacing w:val="-12"/>
              </w:rPr>
              <w:t>phản</w:t>
            </w:r>
            <w:proofErr w:type="spellEnd"/>
            <w:r w:rsidRPr="00D23166">
              <w:rPr>
                <w:spacing w:val="-12"/>
              </w:rPr>
              <w:t xml:space="preserve"> </w:t>
            </w:r>
            <w:proofErr w:type="spellStart"/>
            <w:r w:rsidRPr="00D23166">
              <w:rPr>
                <w:spacing w:val="-12"/>
              </w:rPr>
              <w:t>ánh</w:t>
            </w:r>
            <w:proofErr w:type="spellEnd"/>
            <w:r w:rsidRPr="00D23166">
              <w:rPr>
                <w:spacing w:val="-12"/>
              </w:rPr>
              <w:t xml:space="preserve"> </w:t>
            </w:r>
            <w:proofErr w:type="spellStart"/>
            <w:r w:rsidRPr="00D23166">
              <w:rPr>
                <w:spacing w:val="-12"/>
              </w:rPr>
              <w:t>vê</w:t>
            </w:r>
            <w:proofErr w:type="spellEnd"/>
            <w:r w:rsidRPr="00D23166">
              <w:rPr>
                <w:spacing w:val="-12"/>
              </w:rPr>
              <w:t xml:space="preserve">̀ </w:t>
            </w:r>
            <w:proofErr w:type="spellStart"/>
            <w:r w:rsidRPr="00D23166">
              <w:rPr>
                <w:spacing w:val="-12"/>
              </w:rPr>
              <w:t>Bô</w:t>
            </w:r>
            <w:proofErr w:type="spellEnd"/>
            <w:r w:rsidRPr="00D23166">
              <w:rPr>
                <w:spacing w:val="-12"/>
              </w:rPr>
              <w:t xml:space="preserve">̣ Khoa </w:t>
            </w:r>
            <w:proofErr w:type="spellStart"/>
            <w:r w:rsidRPr="00D23166">
              <w:rPr>
                <w:spacing w:val="-12"/>
              </w:rPr>
              <w:t>học</w:t>
            </w:r>
            <w:proofErr w:type="spellEnd"/>
            <w:r w:rsidRPr="00D23166">
              <w:rPr>
                <w:spacing w:val="-12"/>
              </w:rPr>
              <w:t xml:space="preserve"> </w:t>
            </w:r>
            <w:proofErr w:type="spellStart"/>
            <w:r w:rsidRPr="00D23166">
              <w:rPr>
                <w:spacing w:val="-12"/>
              </w:rPr>
              <w:t>va</w:t>
            </w:r>
            <w:proofErr w:type="spellEnd"/>
            <w:r w:rsidRPr="00D23166">
              <w:rPr>
                <w:spacing w:val="-12"/>
              </w:rPr>
              <w:t xml:space="preserve">̀ Công </w:t>
            </w:r>
            <w:proofErr w:type="spellStart"/>
            <w:r w:rsidRPr="00D23166">
              <w:rPr>
                <w:spacing w:val="-12"/>
              </w:rPr>
              <w:t>nghê</w:t>
            </w:r>
            <w:proofErr w:type="spellEnd"/>
            <w:r w:rsidRPr="00D23166">
              <w:rPr>
                <w:spacing w:val="-12"/>
              </w:rPr>
              <w:t xml:space="preserve">̣ (qua ...) </w:t>
            </w:r>
            <w:proofErr w:type="spellStart"/>
            <w:r w:rsidRPr="00D23166">
              <w:rPr>
                <w:spacing w:val="-12"/>
              </w:rPr>
              <w:t>đê</w:t>
            </w:r>
            <w:proofErr w:type="spellEnd"/>
            <w:r w:rsidRPr="00D23166">
              <w:rPr>
                <w:spacing w:val="-12"/>
              </w:rPr>
              <w:t xml:space="preserve">̉ </w:t>
            </w:r>
            <w:proofErr w:type="spellStart"/>
            <w:r w:rsidRPr="00D23166">
              <w:rPr>
                <w:spacing w:val="-12"/>
              </w:rPr>
              <w:t>được</w:t>
            </w:r>
            <w:proofErr w:type="spellEnd"/>
            <w:r w:rsidRPr="00D23166">
              <w:rPr>
                <w:spacing w:val="-12"/>
              </w:rPr>
              <w:t xml:space="preserve"> </w:t>
            </w:r>
            <w:proofErr w:type="spellStart"/>
            <w:r w:rsidRPr="00D23166">
              <w:rPr>
                <w:spacing w:val="-12"/>
              </w:rPr>
              <w:t>hướng</w:t>
            </w:r>
            <w:proofErr w:type="spellEnd"/>
            <w:r w:rsidRPr="00D23166">
              <w:rPr>
                <w:spacing w:val="-12"/>
              </w:rPr>
              <w:t xml:space="preserve"> </w:t>
            </w:r>
            <w:proofErr w:type="spellStart"/>
            <w:r w:rsidRPr="00D23166">
              <w:rPr>
                <w:spacing w:val="-12"/>
              </w:rPr>
              <w:t>dẫn</w:t>
            </w:r>
            <w:proofErr w:type="spellEnd"/>
            <w:r w:rsidRPr="00D23166">
              <w:rPr>
                <w:spacing w:val="-12"/>
              </w:rPr>
              <w:t xml:space="preserve"> </w:t>
            </w:r>
            <w:proofErr w:type="spellStart"/>
            <w:r w:rsidRPr="00D23166">
              <w:rPr>
                <w:spacing w:val="-12"/>
              </w:rPr>
              <w:t>hoặc</w:t>
            </w:r>
            <w:proofErr w:type="spellEnd"/>
            <w:r w:rsidRPr="00D23166">
              <w:rPr>
                <w:spacing w:val="-12"/>
              </w:rPr>
              <w:t xml:space="preserve"> </w:t>
            </w:r>
            <w:proofErr w:type="spellStart"/>
            <w:r w:rsidRPr="00D23166">
              <w:rPr>
                <w:spacing w:val="-12"/>
              </w:rPr>
              <w:t>xem</w:t>
            </w:r>
            <w:proofErr w:type="spellEnd"/>
            <w:r w:rsidRPr="00D23166">
              <w:rPr>
                <w:spacing w:val="-12"/>
              </w:rPr>
              <w:t xml:space="preserve"> </w:t>
            </w:r>
            <w:proofErr w:type="spellStart"/>
            <w:r w:rsidRPr="00D23166">
              <w:rPr>
                <w:spacing w:val="-12"/>
              </w:rPr>
              <w:t>xét</w:t>
            </w:r>
            <w:proofErr w:type="spellEnd"/>
            <w:r w:rsidRPr="00D23166">
              <w:rPr>
                <w:spacing w:val="-12"/>
              </w:rPr>
              <w:t xml:space="preserve">, </w:t>
            </w:r>
            <w:proofErr w:type="spellStart"/>
            <w:r w:rsidRPr="00D23166">
              <w:rPr>
                <w:spacing w:val="-12"/>
              </w:rPr>
              <w:t>giải</w:t>
            </w:r>
            <w:proofErr w:type="spellEnd"/>
            <w:r w:rsidRPr="00D23166">
              <w:rPr>
                <w:spacing w:val="-12"/>
              </w:rPr>
              <w:t xml:space="preserve"> </w:t>
            </w:r>
            <w:proofErr w:type="spellStart"/>
            <w:r w:rsidRPr="00D23166">
              <w:rPr>
                <w:spacing w:val="-12"/>
              </w:rPr>
              <w:t>quyết</w:t>
            </w:r>
            <w:proofErr w:type="spellEnd"/>
            <w:r w:rsidRPr="00D23166">
              <w:rPr>
                <w:spacing w:val="-12"/>
              </w:rPr>
              <w:t>./.”</w:t>
            </w:r>
          </w:p>
        </w:tc>
        <w:tc>
          <w:tcPr>
            <w:tcW w:w="3165" w:type="dxa"/>
          </w:tcPr>
          <w:p w14:paraId="1A0409AD" w14:textId="68223897" w:rsidR="00BE5D3B" w:rsidRPr="004543E3" w:rsidRDefault="00BE5D3B" w:rsidP="00434A89">
            <w:pPr>
              <w:spacing w:before="120" w:after="120" w:line="240" w:lineRule="auto"/>
              <w:jc w:val="both"/>
              <w:rPr>
                <w:szCs w:val="26"/>
              </w:rPr>
            </w:pPr>
            <w:r w:rsidRPr="004543E3">
              <w:rPr>
                <w:szCs w:val="26"/>
              </w:rPr>
              <w:t xml:space="preserve">- </w:t>
            </w:r>
            <w:proofErr w:type="spellStart"/>
            <w:r w:rsidRPr="004543E3">
              <w:rPr>
                <w:szCs w:val="26"/>
              </w:rPr>
              <w:t>Tiếp</w:t>
            </w:r>
            <w:proofErr w:type="spellEnd"/>
            <w:r w:rsidRPr="004543E3">
              <w:rPr>
                <w:szCs w:val="26"/>
              </w:rPr>
              <w:t xml:space="preserve"> </w:t>
            </w:r>
            <w:proofErr w:type="spellStart"/>
            <w:r w:rsidRPr="004543E3">
              <w:rPr>
                <w:szCs w:val="26"/>
              </w:rPr>
              <w:t>thu</w:t>
            </w:r>
            <w:proofErr w:type="spellEnd"/>
            <w:r w:rsidRPr="004543E3">
              <w:rPr>
                <w:szCs w:val="26"/>
              </w:rPr>
              <w:t xml:space="preserve"> ý </w:t>
            </w:r>
            <w:proofErr w:type="spellStart"/>
            <w:r w:rsidRPr="004543E3">
              <w:rPr>
                <w:szCs w:val="26"/>
              </w:rPr>
              <w:t>kiến</w:t>
            </w:r>
            <w:proofErr w:type="spellEnd"/>
            <w:r w:rsidRPr="004543E3">
              <w:rPr>
                <w:szCs w:val="26"/>
              </w:rPr>
              <w:t xml:space="preserve"> </w:t>
            </w:r>
            <w:proofErr w:type="spellStart"/>
            <w:r w:rsidRPr="004543E3">
              <w:rPr>
                <w:szCs w:val="26"/>
              </w:rPr>
              <w:t>va</w:t>
            </w:r>
            <w:proofErr w:type="spellEnd"/>
            <w:r w:rsidRPr="004543E3">
              <w:rPr>
                <w:szCs w:val="26"/>
              </w:rPr>
              <w:t xml:space="preserve">̀ </w:t>
            </w:r>
            <w:proofErr w:type="spellStart"/>
            <w:r w:rsidRPr="004543E3">
              <w:rPr>
                <w:szCs w:val="26"/>
              </w:rPr>
              <w:t>đa</w:t>
            </w:r>
            <w:proofErr w:type="spellEnd"/>
            <w:r w:rsidRPr="004543E3">
              <w:rPr>
                <w:szCs w:val="26"/>
              </w:rPr>
              <w:t xml:space="preserve">̃ </w:t>
            </w:r>
            <w:proofErr w:type="spellStart"/>
            <w:r w:rsidRPr="004543E3">
              <w:rPr>
                <w:szCs w:val="26"/>
              </w:rPr>
              <w:t>sắp</w:t>
            </w:r>
            <w:proofErr w:type="spellEnd"/>
            <w:r w:rsidRPr="004543E3">
              <w:rPr>
                <w:szCs w:val="26"/>
              </w:rPr>
              <w:t xml:space="preserve"> </w:t>
            </w:r>
            <w:proofErr w:type="spellStart"/>
            <w:r w:rsidRPr="004543E3">
              <w:rPr>
                <w:szCs w:val="26"/>
              </w:rPr>
              <w:t>xếp</w:t>
            </w:r>
            <w:proofErr w:type="spellEnd"/>
            <w:r w:rsidRPr="004543E3">
              <w:rPr>
                <w:szCs w:val="26"/>
              </w:rPr>
              <w:t xml:space="preserve">, </w:t>
            </w:r>
            <w:proofErr w:type="spellStart"/>
            <w:r w:rsidRPr="004543E3">
              <w:rPr>
                <w:szCs w:val="26"/>
              </w:rPr>
              <w:t>điều</w:t>
            </w:r>
            <w:proofErr w:type="spellEnd"/>
            <w:r w:rsidRPr="004543E3">
              <w:rPr>
                <w:szCs w:val="26"/>
              </w:rPr>
              <w:t xml:space="preserve"> </w:t>
            </w:r>
            <w:proofErr w:type="spellStart"/>
            <w:r w:rsidRPr="004543E3">
              <w:rPr>
                <w:szCs w:val="26"/>
              </w:rPr>
              <w:t>chỉnh</w:t>
            </w:r>
            <w:proofErr w:type="spellEnd"/>
            <w:r w:rsidRPr="004543E3">
              <w:rPr>
                <w:szCs w:val="26"/>
              </w:rPr>
              <w:t xml:space="preserve"> </w:t>
            </w:r>
            <w:proofErr w:type="spellStart"/>
            <w:r w:rsidRPr="004543E3">
              <w:rPr>
                <w:szCs w:val="26"/>
              </w:rPr>
              <w:t>lại</w:t>
            </w:r>
            <w:proofErr w:type="spellEnd"/>
            <w:r w:rsidRPr="004543E3">
              <w:rPr>
                <w:szCs w:val="26"/>
              </w:rPr>
              <w:t xml:space="preserve"> </w:t>
            </w:r>
            <w:proofErr w:type="spellStart"/>
            <w:r w:rsidRPr="004543E3">
              <w:rPr>
                <w:szCs w:val="26"/>
              </w:rPr>
              <w:t>các</w:t>
            </w:r>
            <w:proofErr w:type="spellEnd"/>
            <w:r w:rsidRPr="004543E3">
              <w:rPr>
                <w:szCs w:val="26"/>
              </w:rPr>
              <w:t xml:space="preserve"> </w:t>
            </w:r>
            <w:proofErr w:type="spellStart"/>
            <w:r w:rsidRPr="004543E3">
              <w:rPr>
                <w:szCs w:val="26"/>
              </w:rPr>
              <w:t>nội</w:t>
            </w:r>
            <w:proofErr w:type="spellEnd"/>
            <w:r w:rsidRPr="004543E3">
              <w:rPr>
                <w:szCs w:val="26"/>
              </w:rPr>
              <w:t xml:space="preserve"> dung </w:t>
            </w:r>
            <w:proofErr w:type="spellStart"/>
            <w:r w:rsidRPr="004543E3">
              <w:rPr>
                <w:szCs w:val="26"/>
              </w:rPr>
              <w:t>cho</w:t>
            </w:r>
            <w:proofErr w:type="spellEnd"/>
            <w:r w:rsidRPr="004543E3">
              <w:rPr>
                <w:szCs w:val="26"/>
              </w:rPr>
              <w:t xml:space="preserve"> </w:t>
            </w:r>
            <w:proofErr w:type="spellStart"/>
            <w:r w:rsidRPr="004543E3">
              <w:rPr>
                <w:szCs w:val="26"/>
              </w:rPr>
              <w:t>phu</w:t>
            </w:r>
            <w:proofErr w:type="spellEnd"/>
            <w:r w:rsidRPr="004543E3">
              <w:rPr>
                <w:szCs w:val="26"/>
              </w:rPr>
              <w:t xml:space="preserve">̀ </w:t>
            </w:r>
            <w:proofErr w:type="spellStart"/>
            <w:r w:rsidRPr="004543E3">
              <w:rPr>
                <w:szCs w:val="26"/>
              </w:rPr>
              <w:t>hợp</w:t>
            </w:r>
            <w:proofErr w:type="spellEnd"/>
            <w:r w:rsidRPr="004543E3">
              <w:rPr>
                <w:szCs w:val="26"/>
              </w:rPr>
              <w:t>.</w:t>
            </w:r>
          </w:p>
        </w:tc>
      </w:tr>
    </w:tbl>
    <w:p w14:paraId="309E2A28" w14:textId="77777777" w:rsidR="0099723B" w:rsidRPr="0099723B" w:rsidRDefault="0099723B">
      <w:pPr>
        <w:rPr>
          <w:b/>
          <w:bCs/>
        </w:rPr>
      </w:pPr>
    </w:p>
    <w:sectPr w:rsidR="0099723B" w:rsidRPr="0099723B" w:rsidSect="006A304E">
      <w:pgSz w:w="16840" w:h="11907" w:orient="landscape" w:code="9"/>
      <w:pgMar w:top="1134" w:right="1418" w:bottom="1134" w:left="141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ptos">
    <w:charset w:val="00"/>
    <w:family w:val="swiss"/>
    <w:pitch w:val="variable"/>
    <w:sig w:usb0="20000287" w:usb1="00000003" w:usb2="00000000" w:usb3="00000000" w:csb0="0000019F" w:csb1="00000000"/>
  </w:font>
  <w:font w:name="TimesNewRomanPS-BoldMT">
    <w:altName w:val="Yu Gothic"/>
    <w:panose1 w:val="00000000000000000000"/>
    <w:charset w:val="00"/>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1D2E3596"/>
    <w:multiLevelType w:val="hybridMultilevel"/>
    <w:tmpl w:val="747637F8"/>
    <w:lvl w:ilvl="0" w:tplc="CFB88108">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F7B4684"/>
    <w:multiLevelType w:val="multilevel"/>
    <w:tmpl w:val="F1C6CA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AFC0C3C"/>
    <w:multiLevelType w:val="multilevel"/>
    <w:tmpl w:val="3496E5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25757807">
    <w:abstractNumId w:val="8"/>
  </w:num>
  <w:num w:numId="2" w16cid:durableId="1390034659">
    <w:abstractNumId w:val="6"/>
  </w:num>
  <w:num w:numId="3" w16cid:durableId="16854282">
    <w:abstractNumId w:val="5"/>
  </w:num>
  <w:num w:numId="4" w16cid:durableId="1268342867">
    <w:abstractNumId w:val="4"/>
  </w:num>
  <w:num w:numId="5" w16cid:durableId="1282229449">
    <w:abstractNumId w:val="7"/>
  </w:num>
  <w:num w:numId="6" w16cid:durableId="517741994">
    <w:abstractNumId w:val="3"/>
  </w:num>
  <w:num w:numId="7" w16cid:durableId="600652114">
    <w:abstractNumId w:val="2"/>
  </w:num>
  <w:num w:numId="8" w16cid:durableId="1201430232">
    <w:abstractNumId w:val="1"/>
  </w:num>
  <w:num w:numId="9" w16cid:durableId="402070193">
    <w:abstractNumId w:val="0"/>
  </w:num>
  <w:num w:numId="10" w16cid:durableId="1689601981">
    <w:abstractNumId w:val="9"/>
  </w:num>
  <w:num w:numId="11" w16cid:durableId="2032493443">
    <w:abstractNumId w:val="11"/>
  </w:num>
  <w:num w:numId="12" w16cid:durableId="70027807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008D1"/>
    <w:rsid w:val="00025273"/>
    <w:rsid w:val="00034616"/>
    <w:rsid w:val="0003683B"/>
    <w:rsid w:val="00037B22"/>
    <w:rsid w:val="00050558"/>
    <w:rsid w:val="0005307B"/>
    <w:rsid w:val="00053D3F"/>
    <w:rsid w:val="000574BD"/>
    <w:rsid w:val="0006063C"/>
    <w:rsid w:val="000612F2"/>
    <w:rsid w:val="0006747B"/>
    <w:rsid w:val="0007078F"/>
    <w:rsid w:val="00075003"/>
    <w:rsid w:val="0007665F"/>
    <w:rsid w:val="00077D3E"/>
    <w:rsid w:val="00081A51"/>
    <w:rsid w:val="00086089"/>
    <w:rsid w:val="000861FD"/>
    <w:rsid w:val="0008776C"/>
    <w:rsid w:val="00091C53"/>
    <w:rsid w:val="000A376F"/>
    <w:rsid w:val="000B4F00"/>
    <w:rsid w:val="000B52E5"/>
    <w:rsid w:val="000B64AD"/>
    <w:rsid w:val="000C296B"/>
    <w:rsid w:val="000D7D14"/>
    <w:rsid w:val="000E3776"/>
    <w:rsid w:val="000E3EDA"/>
    <w:rsid w:val="000E5B87"/>
    <w:rsid w:val="000E5C99"/>
    <w:rsid w:val="000E7A7F"/>
    <w:rsid w:val="000F41AB"/>
    <w:rsid w:val="000F6579"/>
    <w:rsid w:val="001011E2"/>
    <w:rsid w:val="00102168"/>
    <w:rsid w:val="00103E4A"/>
    <w:rsid w:val="00112BB1"/>
    <w:rsid w:val="00117A81"/>
    <w:rsid w:val="00122D64"/>
    <w:rsid w:val="0012600B"/>
    <w:rsid w:val="001266BB"/>
    <w:rsid w:val="00130943"/>
    <w:rsid w:val="00140DA6"/>
    <w:rsid w:val="00142835"/>
    <w:rsid w:val="00145AEB"/>
    <w:rsid w:val="001506EA"/>
    <w:rsid w:val="0015074B"/>
    <w:rsid w:val="00151ECE"/>
    <w:rsid w:val="001545C0"/>
    <w:rsid w:val="001560E5"/>
    <w:rsid w:val="00157D42"/>
    <w:rsid w:val="001600E4"/>
    <w:rsid w:val="00161917"/>
    <w:rsid w:val="00163A64"/>
    <w:rsid w:val="0016526B"/>
    <w:rsid w:val="00165A40"/>
    <w:rsid w:val="00165C83"/>
    <w:rsid w:val="001672AB"/>
    <w:rsid w:val="00173954"/>
    <w:rsid w:val="001868DC"/>
    <w:rsid w:val="00193A59"/>
    <w:rsid w:val="0019775D"/>
    <w:rsid w:val="001A0598"/>
    <w:rsid w:val="001A2A95"/>
    <w:rsid w:val="001A4076"/>
    <w:rsid w:val="001A6D8A"/>
    <w:rsid w:val="001A750B"/>
    <w:rsid w:val="001B0C2E"/>
    <w:rsid w:val="001B5312"/>
    <w:rsid w:val="001B696A"/>
    <w:rsid w:val="001C2971"/>
    <w:rsid w:val="001C4010"/>
    <w:rsid w:val="001C5D5F"/>
    <w:rsid w:val="001C75A8"/>
    <w:rsid w:val="001D1DCF"/>
    <w:rsid w:val="001D5591"/>
    <w:rsid w:val="001F1BDF"/>
    <w:rsid w:val="001F5C35"/>
    <w:rsid w:val="001F7328"/>
    <w:rsid w:val="00200960"/>
    <w:rsid w:val="002014DD"/>
    <w:rsid w:val="00202F28"/>
    <w:rsid w:val="00203502"/>
    <w:rsid w:val="00203FA7"/>
    <w:rsid w:val="002040E9"/>
    <w:rsid w:val="00216760"/>
    <w:rsid w:val="00217E3A"/>
    <w:rsid w:val="002262DE"/>
    <w:rsid w:val="00236845"/>
    <w:rsid w:val="00236D79"/>
    <w:rsid w:val="00255EB0"/>
    <w:rsid w:val="002605FE"/>
    <w:rsid w:val="00261A12"/>
    <w:rsid w:val="00265AC1"/>
    <w:rsid w:val="002710B4"/>
    <w:rsid w:val="002856BB"/>
    <w:rsid w:val="002859BF"/>
    <w:rsid w:val="00290F5C"/>
    <w:rsid w:val="002939C2"/>
    <w:rsid w:val="0029639D"/>
    <w:rsid w:val="002A38F6"/>
    <w:rsid w:val="002A3F66"/>
    <w:rsid w:val="002B1733"/>
    <w:rsid w:val="002B34C8"/>
    <w:rsid w:val="002C16B5"/>
    <w:rsid w:val="002C27F3"/>
    <w:rsid w:val="002C2904"/>
    <w:rsid w:val="002C2F0A"/>
    <w:rsid w:val="002C4EB7"/>
    <w:rsid w:val="002D4AD0"/>
    <w:rsid w:val="002D4EDE"/>
    <w:rsid w:val="002D7337"/>
    <w:rsid w:val="002E147F"/>
    <w:rsid w:val="002E6173"/>
    <w:rsid w:val="002E68B0"/>
    <w:rsid w:val="002F5CA4"/>
    <w:rsid w:val="00302635"/>
    <w:rsid w:val="003059DF"/>
    <w:rsid w:val="003076FC"/>
    <w:rsid w:val="00312BF8"/>
    <w:rsid w:val="003144EF"/>
    <w:rsid w:val="003172E5"/>
    <w:rsid w:val="00317857"/>
    <w:rsid w:val="00321A11"/>
    <w:rsid w:val="003262F5"/>
    <w:rsid w:val="00326F90"/>
    <w:rsid w:val="00327FE1"/>
    <w:rsid w:val="00331811"/>
    <w:rsid w:val="003343F1"/>
    <w:rsid w:val="00337AC1"/>
    <w:rsid w:val="0034023E"/>
    <w:rsid w:val="00340E94"/>
    <w:rsid w:val="003475CA"/>
    <w:rsid w:val="00360F45"/>
    <w:rsid w:val="00366208"/>
    <w:rsid w:val="0036713D"/>
    <w:rsid w:val="00367D33"/>
    <w:rsid w:val="003765ED"/>
    <w:rsid w:val="00376B2B"/>
    <w:rsid w:val="0037753D"/>
    <w:rsid w:val="00382003"/>
    <w:rsid w:val="0038359E"/>
    <w:rsid w:val="00384371"/>
    <w:rsid w:val="0038489E"/>
    <w:rsid w:val="0038550F"/>
    <w:rsid w:val="00391489"/>
    <w:rsid w:val="00397474"/>
    <w:rsid w:val="003A05EB"/>
    <w:rsid w:val="003A0C11"/>
    <w:rsid w:val="003A1272"/>
    <w:rsid w:val="003B4675"/>
    <w:rsid w:val="003C4214"/>
    <w:rsid w:val="003C6A19"/>
    <w:rsid w:val="003C6E56"/>
    <w:rsid w:val="003D16EA"/>
    <w:rsid w:val="003D214E"/>
    <w:rsid w:val="003D41BF"/>
    <w:rsid w:val="003E6FA4"/>
    <w:rsid w:val="003E7081"/>
    <w:rsid w:val="003F0DEF"/>
    <w:rsid w:val="003F2189"/>
    <w:rsid w:val="003F2632"/>
    <w:rsid w:val="003F5438"/>
    <w:rsid w:val="003F7715"/>
    <w:rsid w:val="00404643"/>
    <w:rsid w:val="00405384"/>
    <w:rsid w:val="00411345"/>
    <w:rsid w:val="00413147"/>
    <w:rsid w:val="0041359D"/>
    <w:rsid w:val="00420078"/>
    <w:rsid w:val="00420B36"/>
    <w:rsid w:val="0043195A"/>
    <w:rsid w:val="00434A89"/>
    <w:rsid w:val="00445A6E"/>
    <w:rsid w:val="00451246"/>
    <w:rsid w:val="004526D7"/>
    <w:rsid w:val="004543E3"/>
    <w:rsid w:val="00465A64"/>
    <w:rsid w:val="00470DD3"/>
    <w:rsid w:val="00481032"/>
    <w:rsid w:val="00482AA7"/>
    <w:rsid w:val="00484876"/>
    <w:rsid w:val="004A2761"/>
    <w:rsid w:val="004B1C69"/>
    <w:rsid w:val="004B4C6D"/>
    <w:rsid w:val="004B5882"/>
    <w:rsid w:val="004C2B3E"/>
    <w:rsid w:val="004C2CE7"/>
    <w:rsid w:val="004C3757"/>
    <w:rsid w:val="004C3EEE"/>
    <w:rsid w:val="004C72F2"/>
    <w:rsid w:val="004D00A4"/>
    <w:rsid w:val="004D2068"/>
    <w:rsid w:val="004D4264"/>
    <w:rsid w:val="004E15C6"/>
    <w:rsid w:val="004E3598"/>
    <w:rsid w:val="004E4672"/>
    <w:rsid w:val="004E51B8"/>
    <w:rsid w:val="004E5430"/>
    <w:rsid w:val="004E599C"/>
    <w:rsid w:val="004F1998"/>
    <w:rsid w:val="00512F52"/>
    <w:rsid w:val="00514ADB"/>
    <w:rsid w:val="005159F0"/>
    <w:rsid w:val="00517115"/>
    <w:rsid w:val="005200FE"/>
    <w:rsid w:val="00520292"/>
    <w:rsid w:val="00525271"/>
    <w:rsid w:val="005311BC"/>
    <w:rsid w:val="00534ECA"/>
    <w:rsid w:val="005403E5"/>
    <w:rsid w:val="00540845"/>
    <w:rsid w:val="00542AEB"/>
    <w:rsid w:val="00547740"/>
    <w:rsid w:val="005542A3"/>
    <w:rsid w:val="00563608"/>
    <w:rsid w:val="00563DD4"/>
    <w:rsid w:val="00565773"/>
    <w:rsid w:val="005667E2"/>
    <w:rsid w:val="00566BAC"/>
    <w:rsid w:val="00577184"/>
    <w:rsid w:val="00577D74"/>
    <w:rsid w:val="005848EE"/>
    <w:rsid w:val="00593632"/>
    <w:rsid w:val="00594632"/>
    <w:rsid w:val="005954B1"/>
    <w:rsid w:val="005A3173"/>
    <w:rsid w:val="005A374F"/>
    <w:rsid w:val="005A52B0"/>
    <w:rsid w:val="005B10C0"/>
    <w:rsid w:val="005B443B"/>
    <w:rsid w:val="005B4E66"/>
    <w:rsid w:val="005D00D9"/>
    <w:rsid w:val="005D13B7"/>
    <w:rsid w:val="005D3D1F"/>
    <w:rsid w:val="00600AFB"/>
    <w:rsid w:val="00605BAA"/>
    <w:rsid w:val="00611633"/>
    <w:rsid w:val="00612A82"/>
    <w:rsid w:val="00613E12"/>
    <w:rsid w:val="00616B2C"/>
    <w:rsid w:val="00617C63"/>
    <w:rsid w:val="00620086"/>
    <w:rsid w:val="00621A01"/>
    <w:rsid w:val="0063394B"/>
    <w:rsid w:val="00634D51"/>
    <w:rsid w:val="00636CC6"/>
    <w:rsid w:val="00657D75"/>
    <w:rsid w:val="00666014"/>
    <w:rsid w:val="00672E9E"/>
    <w:rsid w:val="0067527A"/>
    <w:rsid w:val="006755A0"/>
    <w:rsid w:val="00676BC9"/>
    <w:rsid w:val="00682BCB"/>
    <w:rsid w:val="006872B9"/>
    <w:rsid w:val="00697656"/>
    <w:rsid w:val="006A304E"/>
    <w:rsid w:val="006A607E"/>
    <w:rsid w:val="006A65DB"/>
    <w:rsid w:val="006B3043"/>
    <w:rsid w:val="006D3FEE"/>
    <w:rsid w:val="006D55D4"/>
    <w:rsid w:val="006F5965"/>
    <w:rsid w:val="006F6C5D"/>
    <w:rsid w:val="006F6C96"/>
    <w:rsid w:val="00703E28"/>
    <w:rsid w:val="00704594"/>
    <w:rsid w:val="00705F17"/>
    <w:rsid w:val="00706744"/>
    <w:rsid w:val="00706BD9"/>
    <w:rsid w:val="00712ABE"/>
    <w:rsid w:val="00714CE6"/>
    <w:rsid w:val="007210FE"/>
    <w:rsid w:val="00727158"/>
    <w:rsid w:val="00736203"/>
    <w:rsid w:val="00742E09"/>
    <w:rsid w:val="00743A44"/>
    <w:rsid w:val="007476F5"/>
    <w:rsid w:val="00747915"/>
    <w:rsid w:val="00750C26"/>
    <w:rsid w:val="007544D1"/>
    <w:rsid w:val="007557E9"/>
    <w:rsid w:val="007572D9"/>
    <w:rsid w:val="00757CB4"/>
    <w:rsid w:val="00770B21"/>
    <w:rsid w:val="007743B6"/>
    <w:rsid w:val="0078023B"/>
    <w:rsid w:val="007843CC"/>
    <w:rsid w:val="0079275D"/>
    <w:rsid w:val="00796F35"/>
    <w:rsid w:val="007A1A21"/>
    <w:rsid w:val="007A3D2D"/>
    <w:rsid w:val="007B0AB5"/>
    <w:rsid w:val="007B49A9"/>
    <w:rsid w:val="007B5E9E"/>
    <w:rsid w:val="007D297B"/>
    <w:rsid w:val="007D5CB1"/>
    <w:rsid w:val="007E1EB0"/>
    <w:rsid w:val="007E442A"/>
    <w:rsid w:val="007F488D"/>
    <w:rsid w:val="007F61CA"/>
    <w:rsid w:val="00803777"/>
    <w:rsid w:val="0080497C"/>
    <w:rsid w:val="0080591E"/>
    <w:rsid w:val="0082196E"/>
    <w:rsid w:val="00832C85"/>
    <w:rsid w:val="00832F43"/>
    <w:rsid w:val="008358E1"/>
    <w:rsid w:val="00835E44"/>
    <w:rsid w:val="00836B84"/>
    <w:rsid w:val="00840620"/>
    <w:rsid w:val="008479C2"/>
    <w:rsid w:val="00852517"/>
    <w:rsid w:val="00855AF9"/>
    <w:rsid w:val="00867A0E"/>
    <w:rsid w:val="0087291F"/>
    <w:rsid w:val="00872C1E"/>
    <w:rsid w:val="00872E4E"/>
    <w:rsid w:val="00873716"/>
    <w:rsid w:val="00874F7F"/>
    <w:rsid w:val="00877034"/>
    <w:rsid w:val="00883EBC"/>
    <w:rsid w:val="00884C89"/>
    <w:rsid w:val="00885207"/>
    <w:rsid w:val="00891B70"/>
    <w:rsid w:val="00892F17"/>
    <w:rsid w:val="008A0027"/>
    <w:rsid w:val="008A040C"/>
    <w:rsid w:val="008A243E"/>
    <w:rsid w:val="008A56EC"/>
    <w:rsid w:val="008A7A08"/>
    <w:rsid w:val="008B4107"/>
    <w:rsid w:val="008D4635"/>
    <w:rsid w:val="008E168E"/>
    <w:rsid w:val="008F2559"/>
    <w:rsid w:val="0090059E"/>
    <w:rsid w:val="00905293"/>
    <w:rsid w:val="00907809"/>
    <w:rsid w:val="00912721"/>
    <w:rsid w:val="00914ACC"/>
    <w:rsid w:val="00915DB3"/>
    <w:rsid w:val="00916F06"/>
    <w:rsid w:val="0091749A"/>
    <w:rsid w:val="0092120A"/>
    <w:rsid w:val="00924DED"/>
    <w:rsid w:val="00927A0F"/>
    <w:rsid w:val="00931127"/>
    <w:rsid w:val="00931890"/>
    <w:rsid w:val="009349A8"/>
    <w:rsid w:val="00934A8F"/>
    <w:rsid w:val="00934F14"/>
    <w:rsid w:val="00955AE3"/>
    <w:rsid w:val="00955E4E"/>
    <w:rsid w:val="00956D1C"/>
    <w:rsid w:val="00957A2C"/>
    <w:rsid w:val="00957CC7"/>
    <w:rsid w:val="00966CD0"/>
    <w:rsid w:val="00966ECA"/>
    <w:rsid w:val="009678B4"/>
    <w:rsid w:val="009678DC"/>
    <w:rsid w:val="00972CD6"/>
    <w:rsid w:val="0097500E"/>
    <w:rsid w:val="0097618F"/>
    <w:rsid w:val="00976312"/>
    <w:rsid w:val="009813C5"/>
    <w:rsid w:val="00981E99"/>
    <w:rsid w:val="00982E62"/>
    <w:rsid w:val="00983672"/>
    <w:rsid w:val="00990329"/>
    <w:rsid w:val="009966FA"/>
    <w:rsid w:val="0099723B"/>
    <w:rsid w:val="009A239A"/>
    <w:rsid w:val="009A318C"/>
    <w:rsid w:val="009A6137"/>
    <w:rsid w:val="009A7B97"/>
    <w:rsid w:val="009B2967"/>
    <w:rsid w:val="009B466E"/>
    <w:rsid w:val="009B4F6F"/>
    <w:rsid w:val="009B51B6"/>
    <w:rsid w:val="009B7729"/>
    <w:rsid w:val="009C48B2"/>
    <w:rsid w:val="009D4386"/>
    <w:rsid w:val="009D5A62"/>
    <w:rsid w:val="009D795C"/>
    <w:rsid w:val="009E52A7"/>
    <w:rsid w:val="00A00319"/>
    <w:rsid w:val="00A206A2"/>
    <w:rsid w:val="00A21F32"/>
    <w:rsid w:val="00A24118"/>
    <w:rsid w:val="00A27400"/>
    <w:rsid w:val="00A36E0D"/>
    <w:rsid w:val="00A430BB"/>
    <w:rsid w:val="00A4351C"/>
    <w:rsid w:val="00A450F8"/>
    <w:rsid w:val="00A4525B"/>
    <w:rsid w:val="00A55E5E"/>
    <w:rsid w:val="00A55EE8"/>
    <w:rsid w:val="00A600F0"/>
    <w:rsid w:val="00A666F5"/>
    <w:rsid w:val="00A669EC"/>
    <w:rsid w:val="00A751EA"/>
    <w:rsid w:val="00A8306D"/>
    <w:rsid w:val="00A8381C"/>
    <w:rsid w:val="00A840E3"/>
    <w:rsid w:val="00A8531F"/>
    <w:rsid w:val="00A858D3"/>
    <w:rsid w:val="00A85AF2"/>
    <w:rsid w:val="00A90BED"/>
    <w:rsid w:val="00A90BF5"/>
    <w:rsid w:val="00AA007F"/>
    <w:rsid w:val="00AA1D8D"/>
    <w:rsid w:val="00AB4D1D"/>
    <w:rsid w:val="00AC0534"/>
    <w:rsid w:val="00AC0968"/>
    <w:rsid w:val="00AC6F26"/>
    <w:rsid w:val="00AE1E33"/>
    <w:rsid w:val="00AE5028"/>
    <w:rsid w:val="00AF112B"/>
    <w:rsid w:val="00AF15CE"/>
    <w:rsid w:val="00AF3E56"/>
    <w:rsid w:val="00AF5468"/>
    <w:rsid w:val="00AF5C44"/>
    <w:rsid w:val="00B008C2"/>
    <w:rsid w:val="00B0332F"/>
    <w:rsid w:val="00B1018A"/>
    <w:rsid w:val="00B102C9"/>
    <w:rsid w:val="00B2347B"/>
    <w:rsid w:val="00B311D9"/>
    <w:rsid w:val="00B32CF4"/>
    <w:rsid w:val="00B3420F"/>
    <w:rsid w:val="00B36711"/>
    <w:rsid w:val="00B376D8"/>
    <w:rsid w:val="00B41774"/>
    <w:rsid w:val="00B452EC"/>
    <w:rsid w:val="00B4574E"/>
    <w:rsid w:val="00B45DFD"/>
    <w:rsid w:val="00B47730"/>
    <w:rsid w:val="00B54283"/>
    <w:rsid w:val="00B61561"/>
    <w:rsid w:val="00B61950"/>
    <w:rsid w:val="00B64D01"/>
    <w:rsid w:val="00B7087C"/>
    <w:rsid w:val="00B736A0"/>
    <w:rsid w:val="00B844A8"/>
    <w:rsid w:val="00B9316E"/>
    <w:rsid w:val="00B935CD"/>
    <w:rsid w:val="00B93730"/>
    <w:rsid w:val="00BB2412"/>
    <w:rsid w:val="00BB3B94"/>
    <w:rsid w:val="00BB7481"/>
    <w:rsid w:val="00BC0987"/>
    <w:rsid w:val="00BC1630"/>
    <w:rsid w:val="00BC3ED2"/>
    <w:rsid w:val="00BC4542"/>
    <w:rsid w:val="00BC5579"/>
    <w:rsid w:val="00BD3E5F"/>
    <w:rsid w:val="00BD54B5"/>
    <w:rsid w:val="00BD7628"/>
    <w:rsid w:val="00BE22FB"/>
    <w:rsid w:val="00BE30E1"/>
    <w:rsid w:val="00BE3FC8"/>
    <w:rsid w:val="00BE438D"/>
    <w:rsid w:val="00BE5D3B"/>
    <w:rsid w:val="00BE7571"/>
    <w:rsid w:val="00C02932"/>
    <w:rsid w:val="00C02D90"/>
    <w:rsid w:val="00C02E26"/>
    <w:rsid w:val="00C0586F"/>
    <w:rsid w:val="00C05EA3"/>
    <w:rsid w:val="00C06211"/>
    <w:rsid w:val="00C11AFA"/>
    <w:rsid w:val="00C13430"/>
    <w:rsid w:val="00C23927"/>
    <w:rsid w:val="00C2657B"/>
    <w:rsid w:val="00C325A3"/>
    <w:rsid w:val="00C46EF0"/>
    <w:rsid w:val="00C500CB"/>
    <w:rsid w:val="00C53CC3"/>
    <w:rsid w:val="00C71FAC"/>
    <w:rsid w:val="00C72410"/>
    <w:rsid w:val="00C93241"/>
    <w:rsid w:val="00CA2399"/>
    <w:rsid w:val="00CA293D"/>
    <w:rsid w:val="00CA302E"/>
    <w:rsid w:val="00CA59C0"/>
    <w:rsid w:val="00CA66FA"/>
    <w:rsid w:val="00CA6DB6"/>
    <w:rsid w:val="00CB0664"/>
    <w:rsid w:val="00CB17DB"/>
    <w:rsid w:val="00CB6770"/>
    <w:rsid w:val="00CC1847"/>
    <w:rsid w:val="00CC53C1"/>
    <w:rsid w:val="00CC64CF"/>
    <w:rsid w:val="00CD3B04"/>
    <w:rsid w:val="00CD417B"/>
    <w:rsid w:val="00CD5B19"/>
    <w:rsid w:val="00CD6EA4"/>
    <w:rsid w:val="00CD705A"/>
    <w:rsid w:val="00CE1143"/>
    <w:rsid w:val="00CE4CEF"/>
    <w:rsid w:val="00CE71E7"/>
    <w:rsid w:val="00CF0ABB"/>
    <w:rsid w:val="00CF15AE"/>
    <w:rsid w:val="00CF1A71"/>
    <w:rsid w:val="00CF2AC0"/>
    <w:rsid w:val="00CF30E2"/>
    <w:rsid w:val="00CF352F"/>
    <w:rsid w:val="00CF48F2"/>
    <w:rsid w:val="00CF63CD"/>
    <w:rsid w:val="00D00DA2"/>
    <w:rsid w:val="00D01FA5"/>
    <w:rsid w:val="00D06F0B"/>
    <w:rsid w:val="00D1279F"/>
    <w:rsid w:val="00D13EB3"/>
    <w:rsid w:val="00D23166"/>
    <w:rsid w:val="00D30CA9"/>
    <w:rsid w:val="00D3259D"/>
    <w:rsid w:val="00D46440"/>
    <w:rsid w:val="00D54DE2"/>
    <w:rsid w:val="00D553B1"/>
    <w:rsid w:val="00D6418E"/>
    <w:rsid w:val="00D74673"/>
    <w:rsid w:val="00D772A8"/>
    <w:rsid w:val="00D8533B"/>
    <w:rsid w:val="00D92DB8"/>
    <w:rsid w:val="00DA0343"/>
    <w:rsid w:val="00DA1DC4"/>
    <w:rsid w:val="00DA34BD"/>
    <w:rsid w:val="00DA4DB3"/>
    <w:rsid w:val="00DA5291"/>
    <w:rsid w:val="00DA6ABE"/>
    <w:rsid w:val="00DB504F"/>
    <w:rsid w:val="00DC1E2C"/>
    <w:rsid w:val="00DC4641"/>
    <w:rsid w:val="00DD0E16"/>
    <w:rsid w:val="00DD1F91"/>
    <w:rsid w:val="00DD6079"/>
    <w:rsid w:val="00DD793F"/>
    <w:rsid w:val="00DE52B5"/>
    <w:rsid w:val="00DE6755"/>
    <w:rsid w:val="00DF2FBE"/>
    <w:rsid w:val="00DF3148"/>
    <w:rsid w:val="00DF4A4D"/>
    <w:rsid w:val="00DF5C62"/>
    <w:rsid w:val="00DF670A"/>
    <w:rsid w:val="00DF783A"/>
    <w:rsid w:val="00E057D6"/>
    <w:rsid w:val="00E07430"/>
    <w:rsid w:val="00E112BF"/>
    <w:rsid w:val="00E1776F"/>
    <w:rsid w:val="00E20675"/>
    <w:rsid w:val="00E27CC1"/>
    <w:rsid w:val="00E30E1E"/>
    <w:rsid w:val="00E36938"/>
    <w:rsid w:val="00E37211"/>
    <w:rsid w:val="00E42713"/>
    <w:rsid w:val="00E45C7C"/>
    <w:rsid w:val="00E47C30"/>
    <w:rsid w:val="00E510A1"/>
    <w:rsid w:val="00E55531"/>
    <w:rsid w:val="00E5558D"/>
    <w:rsid w:val="00E633E6"/>
    <w:rsid w:val="00E6437B"/>
    <w:rsid w:val="00E70C1C"/>
    <w:rsid w:val="00E74FC5"/>
    <w:rsid w:val="00E82319"/>
    <w:rsid w:val="00E84277"/>
    <w:rsid w:val="00E87E9B"/>
    <w:rsid w:val="00E9140D"/>
    <w:rsid w:val="00E93195"/>
    <w:rsid w:val="00EA0C73"/>
    <w:rsid w:val="00EA533F"/>
    <w:rsid w:val="00EB215E"/>
    <w:rsid w:val="00EB4488"/>
    <w:rsid w:val="00EB6C00"/>
    <w:rsid w:val="00EC41FD"/>
    <w:rsid w:val="00EC7FC7"/>
    <w:rsid w:val="00ED2ABA"/>
    <w:rsid w:val="00ED4EEB"/>
    <w:rsid w:val="00EF1066"/>
    <w:rsid w:val="00EF26A9"/>
    <w:rsid w:val="00EF54A4"/>
    <w:rsid w:val="00F157DB"/>
    <w:rsid w:val="00F3229C"/>
    <w:rsid w:val="00F3706A"/>
    <w:rsid w:val="00F40C74"/>
    <w:rsid w:val="00F429FB"/>
    <w:rsid w:val="00F42E32"/>
    <w:rsid w:val="00F438B8"/>
    <w:rsid w:val="00F513C5"/>
    <w:rsid w:val="00F53841"/>
    <w:rsid w:val="00F641CB"/>
    <w:rsid w:val="00F64442"/>
    <w:rsid w:val="00F71529"/>
    <w:rsid w:val="00F716B5"/>
    <w:rsid w:val="00F737A2"/>
    <w:rsid w:val="00F74B26"/>
    <w:rsid w:val="00F80097"/>
    <w:rsid w:val="00F82232"/>
    <w:rsid w:val="00F86B2D"/>
    <w:rsid w:val="00F911E7"/>
    <w:rsid w:val="00F91455"/>
    <w:rsid w:val="00F92C02"/>
    <w:rsid w:val="00F94C7B"/>
    <w:rsid w:val="00FA68B5"/>
    <w:rsid w:val="00FB21A9"/>
    <w:rsid w:val="00FB65BD"/>
    <w:rsid w:val="00FB70CE"/>
    <w:rsid w:val="00FC6919"/>
    <w:rsid w:val="00FC693F"/>
    <w:rsid w:val="00FD2515"/>
    <w:rsid w:val="00FD5843"/>
    <w:rsid w:val="00FE21A6"/>
    <w:rsid w:val="00FE22A2"/>
    <w:rsid w:val="00FE27C6"/>
    <w:rsid w:val="00FE3DA1"/>
    <w:rsid w:val="00FE7564"/>
    <w:rsid w:val="00FF0027"/>
    <w:rsid w:val="00FF5BB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5460BFF"/>
  <w14:defaultImageDpi w14:val="300"/>
  <w15:docId w15:val="{9491241C-712B-4A90-ABBC-EAB6A88B8E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10FE"/>
    <w:rPr>
      <w:rFonts w:ascii="Times New Roman" w:hAnsi="Times New Roman"/>
      <w:sz w:val="26"/>
    </w:rPr>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customStyle="1" w:styleId="FirstParagraph">
    <w:name w:val="First Paragraph"/>
    <w:basedOn w:val="BodyText"/>
    <w:next w:val="BodyText"/>
    <w:qFormat/>
    <w:rsid w:val="00C02932"/>
    <w:pPr>
      <w:spacing w:before="180" w:after="180" w:line="240" w:lineRule="auto"/>
    </w:pPr>
    <w:rPr>
      <w:rFonts w:ascii="Aptos" w:eastAsia="Aptos" w:hAnsi="Aptos" w:cs="Times New Roman"/>
      <w:sz w:val="24"/>
      <w:szCs w:val="24"/>
      <w:lang w:val="v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huvienphapluat.vn/van-ban/bo-may-hanh-chinh/nghi-dinh-55-2025-nd-cp-chuc-nang-nhiem-vu-quyen-han-va-co-cau-to-chuc-bo-khoa-hoc-va-cong-nghe-645212.aspx" TargetMode="External"/><Relationship Id="rId3" Type="http://schemas.openxmlformats.org/officeDocument/2006/relationships/styles" Target="styles.xml"/><Relationship Id="rId7" Type="http://schemas.openxmlformats.org/officeDocument/2006/relationships/hyperlink" Target="https://thuvienphapluat.vn/van-ban/bo-may-hanh-chinh/nghi-dinh-55-2025-nd-cp-chuc-nang-nhiem-vu-quyen-han-va-co-cau-to-chuc-bo-khoa-hoc-va-cong-nghe-645212.aspx"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thuvienphapluat.vn/van-ban/bo-may-hanh-chinh/nghi-dinh-55-2025-nd-cp-chuc-nang-nhiem-vu-quyen-han-va-co-cau-to-chuc-bo-khoa-hoc-va-cong-nghe-645212.aspx"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008D56-B3C0-46E4-8E37-783DDACAE5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427</TotalTime>
  <Pages>27</Pages>
  <Words>8208</Words>
  <Characters>46792</Characters>
  <Application>Microsoft Office Word</Application>
  <DocSecurity>0</DocSecurity>
  <Lines>389</Lines>
  <Paragraphs>109</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54891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Dũng Nguyễn</cp:lastModifiedBy>
  <cp:revision>114</cp:revision>
  <dcterms:created xsi:type="dcterms:W3CDTF">2026-04-02T01:37:00Z</dcterms:created>
  <dcterms:modified xsi:type="dcterms:W3CDTF">2026-04-02T09:01:00Z</dcterms:modified>
  <cp:category/>
</cp:coreProperties>
</file>