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4514C" w14:textId="55CF725F" w:rsidR="00DA683D" w:rsidRPr="005B2B7C" w:rsidRDefault="00DA683D" w:rsidP="00DA683D">
      <w:pPr>
        <w:spacing w:before="120" w:line="240" w:lineRule="auto"/>
        <w:jc w:val="center"/>
        <w:rPr>
          <w:rFonts w:cs="Times New Roman"/>
          <w:b/>
          <w:szCs w:val="28"/>
          <w:lang w:val="vi-VN"/>
        </w:rPr>
      </w:pPr>
      <w:r w:rsidRPr="005B2B7C">
        <w:rPr>
          <w:rFonts w:cs="Times New Roman"/>
          <w:b/>
          <w:szCs w:val="28"/>
          <w:lang w:val="vi-VN"/>
        </w:rPr>
        <w:t>Phụ lục I</w:t>
      </w:r>
    </w:p>
    <w:p w14:paraId="744F731C" w14:textId="77777777" w:rsidR="00DA683D" w:rsidRPr="005B2B7C" w:rsidRDefault="00DA683D" w:rsidP="00DA683D">
      <w:pPr>
        <w:spacing w:before="120" w:line="240" w:lineRule="auto"/>
        <w:jc w:val="center"/>
        <w:rPr>
          <w:rFonts w:cs="Times New Roman"/>
          <w:bCs/>
          <w:i/>
          <w:iCs/>
          <w:szCs w:val="28"/>
        </w:rPr>
      </w:pPr>
      <w:r w:rsidRPr="005B2B7C">
        <w:rPr>
          <w:rFonts w:cs="Times New Roman"/>
          <w:bCs/>
          <w:i/>
          <w:iCs/>
          <w:szCs w:val="28"/>
        </w:rPr>
        <w:t>(Kèm theo Báo cáo số        /BC-BKHCN ngày   tháng    năm 2026 của Bộ Khoa học và Công nghệ)</w:t>
      </w:r>
    </w:p>
    <w:tbl>
      <w:tblPr>
        <w:tblW w:w="15862" w:type="dxa"/>
        <w:tblLook w:val="04A0" w:firstRow="1" w:lastRow="0" w:firstColumn="1" w:lastColumn="0" w:noHBand="0" w:noVBand="1"/>
      </w:tblPr>
      <w:tblGrid>
        <w:gridCol w:w="7196"/>
        <w:gridCol w:w="8666"/>
      </w:tblGrid>
      <w:tr w:rsidR="00DA683D" w:rsidRPr="005B2B7C" w14:paraId="0AF8A688" w14:textId="77777777" w:rsidTr="0052199E">
        <w:tc>
          <w:tcPr>
            <w:tcW w:w="7196" w:type="dxa"/>
          </w:tcPr>
          <w:p w14:paraId="26FFFEF5" w14:textId="77777777" w:rsidR="00DA683D" w:rsidRPr="005B2B7C" w:rsidRDefault="00DA683D" w:rsidP="0080223A">
            <w:pPr>
              <w:spacing w:line="264" w:lineRule="auto"/>
              <w:jc w:val="center"/>
              <w:rPr>
                <w:rFonts w:cs="Times New Roman"/>
                <w:b/>
                <w:szCs w:val="28"/>
              </w:rPr>
            </w:pPr>
            <w:r w:rsidRPr="005B2B7C">
              <w:rPr>
                <w:rFonts w:cs="Times New Roman"/>
                <w:b/>
                <w:szCs w:val="28"/>
              </w:rPr>
              <w:t>BỘ KHOA HỌC VÀ CÔNG NGHỆ</w:t>
            </w:r>
          </w:p>
          <w:p w14:paraId="45E4CFF3" w14:textId="77777777" w:rsidR="00DA683D" w:rsidRPr="005B2B7C" w:rsidRDefault="00DA683D" w:rsidP="0080223A">
            <w:pPr>
              <w:spacing w:before="120" w:line="264" w:lineRule="auto"/>
              <w:jc w:val="center"/>
              <w:rPr>
                <w:rFonts w:cs="Times New Roman"/>
                <w:b/>
                <w:szCs w:val="28"/>
              </w:rPr>
            </w:pPr>
            <w:r w:rsidRPr="005B2B7C">
              <w:rPr>
                <w:rFonts w:cs="Times New Roman"/>
                <w:b/>
                <w:noProof/>
                <w:szCs w:val="28"/>
              </w:rPr>
              <mc:AlternateContent>
                <mc:Choice Requires="wps">
                  <w:drawing>
                    <wp:anchor distT="0" distB="0" distL="114300" distR="114300" simplePos="0" relativeHeight="251658240" behindDoc="0" locked="0" layoutInCell="1" allowOverlap="1" wp14:anchorId="00195B3E" wp14:editId="59B7EB5C">
                      <wp:simplePos x="0" y="0"/>
                      <wp:positionH relativeFrom="column">
                        <wp:posOffset>1544955</wp:posOffset>
                      </wp:positionH>
                      <wp:positionV relativeFrom="paragraph">
                        <wp:posOffset>13970</wp:posOffset>
                      </wp:positionV>
                      <wp:extent cx="1148080" cy="0"/>
                      <wp:effectExtent l="11430" t="13970" r="12065" b="508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8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C856C3" id="_x0000_t32" coordsize="21600,21600" o:spt="32" o:oned="t" path="m,l21600,21600e" filled="f">
                      <v:path arrowok="t" fillok="f" o:connecttype="none"/>
                      <o:lock v:ext="edit" shapetype="t"/>
                    </v:shapetype>
                    <v:shape id="AutoShape 7" o:spid="_x0000_s1026" type="#_x0000_t32" style="position:absolute;margin-left:121.65pt;margin-top:1.1pt;width:90.4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"/>
                  </w:pict>
                </mc:Fallback>
              </mc:AlternateContent>
            </w:r>
          </w:p>
        </w:tc>
        <w:tc>
          <w:tcPr>
            <w:tcW w:w="8666" w:type="dxa"/>
          </w:tcPr>
          <w:p w14:paraId="3F35BBF0" w14:textId="77777777" w:rsidR="00DA683D" w:rsidRPr="005B2B7C" w:rsidRDefault="00DA683D" w:rsidP="0052199E">
            <w:pPr>
              <w:spacing w:after="0" w:line="240" w:lineRule="auto"/>
              <w:jc w:val="center"/>
              <w:rPr>
                <w:rFonts w:cs="Times New Roman"/>
                <w:b/>
                <w:i/>
                <w:szCs w:val="28"/>
              </w:rPr>
            </w:pPr>
            <w:r w:rsidRPr="005B2B7C">
              <w:rPr>
                <w:rFonts w:cs="Times New Roman"/>
                <w:b/>
                <w:i/>
                <w:szCs w:val="28"/>
              </w:rPr>
              <w:t>Biểu mẫu số 02/ĐGTĐ- SĐBS</w:t>
            </w:r>
          </w:p>
          <w:p w14:paraId="4DC850FD" w14:textId="1C73EFA7" w:rsidR="00DA683D" w:rsidRPr="005B2B7C" w:rsidRDefault="00DA683D" w:rsidP="00DA683D">
            <w:pPr>
              <w:spacing w:after="0" w:line="240" w:lineRule="auto"/>
              <w:jc w:val="center"/>
            </w:pPr>
            <w:r w:rsidRPr="005B2B7C">
              <w:rPr>
                <w:i/>
                <w:sz w:val="26"/>
              </w:rPr>
              <w:t>(Ban hành kèm theo Thông tư số 26/2025/TT-</w:t>
            </w:r>
            <w:r w:rsidR="00170297" w:rsidRPr="005B2B7C">
              <w:rPr>
                <w:i/>
                <w:sz w:val="26"/>
              </w:rPr>
              <w:t>BTP</w:t>
            </w:r>
          </w:p>
          <w:p w14:paraId="760A7A09" w14:textId="7335FAAE" w:rsidR="00DA683D" w:rsidRPr="005B2B7C" w:rsidRDefault="00DA683D" w:rsidP="0052199E">
            <w:pPr>
              <w:spacing w:after="0" w:line="240" w:lineRule="auto"/>
              <w:jc w:val="center"/>
              <w:rPr>
                <w:rFonts w:cs="Times New Roman"/>
                <w:b/>
                <w:i/>
                <w:szCs w:val="28"/>
              </w:rPr>
            </w:pPr>
            <w:r w:rsidRPr="005B2B7C">
              <w:rPr>
                <w:i/>
                <w:sz w:val="26"/>
              </w:rPr>
              <w:t xml:space="preserve">ngày </w:t>
            </w:r>
            <w:r w:rsidR="00ED3D6A" w:rsidRPr="005B2B7C">
              <w:rPr>
                <w:i/>
                <w:sz w:val="26"/>
              </w:rPr>
              <w:t>12</w:t>
            </w:r>
            <w:r w:rsidRPr="005B2B7C">
              <w:rPr>
                <w:i/>
                <w:sz w:val="26"/>
              </w:rPr>
              <w:t>/</w:t>
            </w:r>
            <w:r w:rsidR="00ED3D6A" w:rsidRPr="005B2B7C">
              <w:rPr>
                <w:i/>
                <w:sz w:val="26"/>
              </w:rPr>
              <w:t>12</w:t>
            </w:r>
            <w:r w:rsidRPr="005B2B7C">
              <w:rPr>
                <w:i/>
                <w:sz w:val="26"/>
              </w:rPr>
              <w:t xml:space="preserve">/2025 của Bộ trưởng Bộ </w:t>
            </w:r>
            <w:r w:rsidR="00170297" w:rsidRPr="005B2B7C">
              <w:rPr>
                <w:i/>
                <w:sz w:val="26"/>
              </w:rPr>
              <w:t>Tư pháp</w:t>
            </w:r>
            <w:r w:rsidRPr="005B2B7C">
              <w:rPr>
                <w:i/>
                <w:sz w:val="26"/>
              </w:rPr>
              <w:t>)</w:t>
            </w:r>
          </w:p>
        </w:tc>
      </w:tr>
    </w:tbl>
    <w:p w14:paraId="77C8C67D" w14:textId="77777777" w:rsidR="00DA683D" w:rsidRPr="005B2B7C" w:rsidRDefault="00DA683D">
      <w:pPr>
        <w:spacing w:after="40"/>
        <w:jc w:val="center"/>
        <w:rPr>
          <w:b/>
        </w:rPr>
      </w:pPr>
    </w:p>
    <w:p w14:paraId="6C6895E0" w14:textId="00871F36" w:rsidR="00811723" w:rsidRPr="005B2B7C" w:rsidRDefault="00000000">
      <w:pPr>
        <w:spacing w:after="40"/>
        <w:jc w:val="center"/>
      </w:pPr>
      <w:r w:rsidRPr="005B2B7C">
        <w:rPr>
          <w:b/>
        </w:rPr>
        <w:t>PHỤ LỤC I</w:t>
      </w:r>
    </w:p>
    <w:p w14:paraId="01918C53" w14:textId="77777777" w:rsidR="00170297" w:rsidRPr="005B2B7C" w:rsidRDefault="00DA683D" w:rsidP="00170297">
      <w:pPr>
        <w:spacing w:after="0" w:line="300" w:lineRule="exact"/>
        <w:jc w:val="center"/>
        <w:rPr>
          <w:rFonts w:eastAsia="Batang" w:cs="Times New Roman"/>
          <w:b/>
          <w:szCs w:val="28"/>
          <w:lang w:eastAsia="ko-KR"/>
        </w:rPr>
      </w:pPr>
      <w:r w:rsidRPr="005B2B7C">
        <w:rPr>
          <w:rFonts w:eastAsia="Batang" w:cs="Times New Roman"/>
          <w:b/>
          <w:szCs w:val="28"/>
          <w:lang w:eastAsia="ko-KR"/>
        </w:rPr>
        <w:t xml:space="preserve">BIỂU MẪU ĐÁNH GIÁ TÁC ĐỘNG CỦA THỦ TỤC HÀNH CHÍNH ĐƯỢC SỬA ĐỔI, BỔ SUNG </w:t>
      </w:r>
    </w:p>
    <w:p w14:paraId="034A9BF4" w14:textId="2563D28F" w:rsidR="00811723" w:rsidRPr="005B2B7C" w:rsidRDefault="00DA683D" w:rsidP="00170297">
      <w:pPr>
        <w:spacing w:after="0" w:line="300" w:lineRule="exact"/>
        <w:jc w:val="center"/>
        <w:rPr>
          <w:b/>
        </w:rPr>
      </w:pPr>
      <w:r w:rsidRPr="005B2B7C">
        <w:rPr>
          <w:rFonts w:eastAsia="Batang" w:cs="Times New Roman"/>
          <w:b/>
          <w:szCs w:val="28"/>
          <w:lang w:eastAsia="ko-KR"/>
        </w:rPr>
        <w:t>TRONG DỰ THẢO QUYẾT ĐỊNH</w:t>
      </w:r>
      <w:r w:rsidRPr="005B2B7C" w:rsidDel="00DA683D">
        <w:rPr>
          <w:b/>
        </w:rPr>
        <w:t xml:space="preserve"> </w:t>
      </w:r>
    </w:p>
    <w:p w14:paraId="25F3C5F8" w14:textId="77777777" w:rsidR="00DA683D" w:rsidRPr="005B2B7C" w:rsidRDefault="00DA683D" w:rsidP="00DA683D">
      <w:pPr>
        <w:spacing w:after="40"/>
        <w:jc w:val="center"/>
      </w:pPr>
    </w:p>
    <w:p w14:paraId="604D9091" w14:textId="56D12856" w:rsidR="00811723" w:rsidRPr="005B2B7C" w:rsidRDefault="00DA683D" w:rsidP="0052199E">
      <w:pPr>
        <w:spacing w:after="40"/>
        <w:jc w:val="both"/>
      </w:pPr>
      <w:r w:rsidRPr="005B2B7C">
        <w:rPr>
          <w:rFonts w:cs="Times New Roman"/>
          <w:b/>
          <w:szCs w:val="28"/>
        </w:rPr>
        <w:t xml:space="preserve">Tên dự án, dự thảo văn bản: </w:t>
      </w:r>
      <w:r w:rsidR="001F7B19" w:rsidRPr="005B2B7C">
        <w:rPr>
          <w:b/>
        </w:rPr>
        <w:t>Quyết định sửa đổi, bổ sung một số điều của Quyết định số 12/2023/QĐ-TTg để phân cấp, cắt giảm, đơn giản hóa thủ tục hành chính, điều kiện kinh doanh thuộc phạm vi quản lý nhà nước của Bộ Khoa học và Công nghệ</w:t>
      </w:r>
      <w:r w:rsidRPr="005B2B7C">
        <w:rPr>
          <w:rFonts w:cs="Times New Roman"/>
          <w:b/>
          <w:szCs w:val="28"/>
        </w:rPr>
        <w:t xml:space="preserve"> </w:t>
      </w:r>
    </w:p>
    <w:p w14:paraId="1AAFFBF9" w14:textId="310550D9" w:rsidR="00811723" w:rsidRPr="005B2B7C" w:rsidRDefault="00811723">
      <w:pPr>
        <w:spacing w:after="160"/>
        <w:jc w:val="center"/>
        <w:rPr>
          <w:i/>
          <w:sz w:val="24"/>
        </w:rPr>
      </w:pPr>
    </w:p>
    <w:p w14:paraId="1121B2CC" w14:textId="33FB53FF" w:rsidR="00C17B60" w:rsidRPr="005B2B7C" w:rsidRDefault="00C17B60" w:rsidP="0052199E">
      <w:pPr>
        <w:spacing w:after="160"/>
        <w:jc w:val="both"/>
        <w:rPr>
          <w:rFonts w:cs="Times New Roman"/>
          <w:b/>
          <w:szCs w:val="28"/>
          <w:lang w:val="nl-NL"/>
        </w:rPr>
      </w:pPr>
      <w:r w:rsidRPr="005B2B7C">
        <w:rPr>
          <w:rFonts w:cs="Times New Roman"/>
          <w:b/>
          <w:szCs w:val="28"/>
          <w:lang w:val="nl-NL"/>
        </w:rPr>
        <w:t>THỦ TỤC HÀNH CHÍNH 1</w:t>
      </w:r>
      <w:r w:rsidRPr="005B2B7C">
        <w:rPr>
          <w:rFonts w:cs="Times New Roman"/>
          <w:szCs w:val="28"/>
          <w:lang w:val="nl-NL"/>
        </w:rPr>
        <w:t xml:space="preserve">: </w:t>
      </w:r>
      <w:bookmarkStart w:id="0" w:name="_Hlk242285258"/>
      <w:r w:rsidRPr="005B2B7C">
        <w:rPr>
          <w:rFonts w:cs="Times New Roman"/>
          <w:b/>
          <w:szCs w:val="28"/>
          <w:lang w:val="nl-NL"/>
        </w:rPr>
        <w:t>Thủ tục cấp Giấy chứng nhận chuyển giao công nghệ khuyến khích chuyển giao</w:t>
      </w:r>
      <w:r w:rsidR="00F42E2B" w:rsidRPr="005B2B7C">
        <w:rPr>
          <w:rFonts w:cs="Times New Roman"/>
          <w:b/>
          <w:szCs w:val="28"/>
          <w:lang w:val="nl-NL"/>
        </w:rPr>
        <w:t xml:space="preserve"> (mã TTHC: 2.002544)</w:t>
      </w:r>
      <w:bookmarkEnd w:id="0"/>
    </w:p>
    <w:tbl>
      <w:tblPr>
        <w:tblStyle w:val="TableGrid"/>
        <w:tblW w:w="14742" w:type="dxa"/>
        <w:tblInd w:w="108" w:type="dxa"/>
        <w:tblLook w:val="04A0" w:firstRow="1" w:lastRow="0" w:firstColumn="1" w:lastColumn="0" w:noHBand="0" w:noVBand="1"/>
      </w:tblPr>
      <w:tblGrid>
        <w:gridCol w:w="2410"/>
        <w:gridCol w:w="12332"/>
      </w:tblGrid>
      <w:tr w:rsidR="00811723" w:rsidRPr="005B2B7C" w14:paraId="0FAA5C98" w14:textId="77777777" w:rsidTr="0052199E">
        <w:tc>
          <w:tcPr>
            <w:tcW w:w="14742" w:type="dxa"/>
            <w:gridSpan w:val="2"/>
          </w:tcPr>
          <w:p w14:paraId="6C623C26" w14:textId="4BD23C32" w:rsidR="00811723" w:rsidRPr="005B2B7C" w:rsidRDefault="00000000">
            <w:pPr>
              <w:spacing w:after="60"/>
              <w:rPr>
                <w:sz w:val="26"/>
                <w:szCs w:val="26"/>
                <w:lang w:val="nl-NL"/>
              </w:rPr>
            </w:pPr>
            <w:r w:rsidRPr="005B2B7C">
              <w:rPr>
                <w:b/>
                <w:sz w:val="26"/>
                <w:szCs w:val="26"/>
                <w:lang w:val="nl-NL"/>
              </w:rPr>
              <w:t xml:space="preserve">I. CĂN CỨ PHÁP LÝ </w:t>
            </w:r>
          </w:p>
        </w:tc>
      </w:tr>
      <w:tr w:rsidR="00A76098" w:rsidRPr="005B2B7C" w14:paraId="79EBF118" w14:textId="77777777" w:rsidTr="0052199E">
        <w:trPr>
          <w:trHeight w:val="429"/>
        </w:trPr>
        <w:tc>
          <w:tcPr>
            <w:tcW w:w="2410" w:type="dxa"/>
            <w:vMerge w:val="restart"/>
          </w:tcPr>
          <w:p w14:paraId="15AEDE28" w14:textId="3635D9FF" w:rsidR="00A76098" w:rsidRPr="005B2B7C" w:rsidRDefault="00A76098" w:rsidP="0052199E">
            <w:pPr>
              <w:spacing w:after="60"/>
              <w:jc w:val="both"/>
              <w:rPr>
                <w:sz w:val="26"/>
                <w:szCs w:val="26"/>
                <w:lang w:val="nl-NL"/>
              </w:rPr>
            </w:pPr>
            <w:r w:rsidRPr="005B2B7C">
              <w:rPr>
                <w:i/>
                <w:sz w:val="26"/>
                <w:szCs w:val="26"/>
                <w:lang w:val="nl-NL"/>
              </w:rPr>
              <w:t>(Nêu rõ điều, khoản, điểm và tên văn đang quy định thủ tục hành chính được sửa đổi, bổ sung)</w:t>
            </w:r>
          </w:p>
        </w:tc>
        <w:tc>
          <w:tcPr>
            <w:tcW w:w="12332" w:type="dxa"/>
          </w:tcPr>
          <w:p w14:paraId="708D5B14" w14:textId="468E8D43" w:rsidR="00A76098" w:rsidRPr="005B2B7C" w:rsidRDefault="003B4F0D" w:rsidP="00A76098">
            <w:pPr>
              <w:spacing w:after="60"/>
              <w:rPr>
                <w:sz w:val="26"/>
                <w:szCs w:val="26"/>
                <w:lang w:val="nl-NL"/>
              </w:rPr>
            </w:pPr>
            <w:r w:rsidRPr="005B2B7C">
              <w:rPr>
                <w:sz w:val="26"/>
                <w:szCs w:val="26"/>
                <w:lang w:val="nl-NL"/>
              </w:rPr>
              <w:t xml:space="preserve">1. </w:t>
            </w:r>
            <w:r w:rsidR="00A76098" w:rsidRPr="005B2B7C">
              <w:rPr>
                <w:sz w:val="26"/>
                <w:szCs w:val="26"/>
                <w:lang w:val="nl-NL"/>
              </w:rPr>
              <w:t>Khoản 7 Điều 19, Điều 21 Nghị định số 96/2026/NĐ-CP ngày 31/3/2026 của Chính phủ.</w:t>
            </w:r>
          </w:p>
        </w:tc>
      </w:tr>
      <w:tr w:rsidR="00DA683D" w:rsidRPr="005B2B7C" w14:paraId="5E871FE5" w14:textId="77777777" w:rsidTr="0052199E">
        <w:tc>
          <w:tcPr>
            <w:tcW w:w="2410" w:type="dxa"/>
            <w:vMerge/>
          </w:tcPr>
          <w:p w14:paraId="3A2A37FC" w14:textId="2C0D6030" w:rsidR="00DA683D" w:rsidRPr="005B2B7C" w:rsidRDefault="00DA683D" w:rsidP="00666430">
            <w:pPr>
              <w:spacing w:after="60"/>
              <w:rPr>
                <w:sz w:val="26"/>
                <w:szCs w:val="26"/>
                <w:lang w:val="nl-NL"/>
              </w:rPr>
            </w:pPr>
          </w:p>
        </w:tc>
        <w:tc>
          <w:tcPr>
            <w:tcW w:w="12332" w:type="dxa"/>
          </w:tcPr>
          <w:p w14:paraId="00B2983D" w14:textId="31E00140" w:rsidR="00DA683D" w:rsidRPr="005B2B7C" w:rsidRDefault="003B4F0D">
            <w:pPr>
              <w:spacing w:after="60"/>
              <w:rPr>
                <w:sz w:val="26"/>
                <w:szCs w:val="26"/>
                <w:lang w:val="nl-NL"/>
              </w:rPr>
            </w:pPr>
            <w:r w:rsidRPr="005B2B7C">
              <w:rPr>
                <w:sz w:val="26"/>
                <w:szCs w:val="26"/>
                <w:lang w:val="nl-NL"/>
              </w:rPr>
              <w:t xml:space="preserve">2. </w:t>
            </w:r>
            <w:r w:rsidR="00DA683D" w:rsidRPr="005B2B7C">
              <w:rPr>
                <w:sz w:val="26"/>
                <w:szCs w:val="26"/>
                <w:lang w:val="nl-NL"/>
              </w:rPr>
              <w:t>Điều 2, Điều 3</w:t>
            </w:r>
            <w:r w:rsidR="00A76098" w:rsidRPr="005B2B7C">
              <w:rPr>
                <w:sz w:val="26"/>
                <w:szCs w:val="26"/>
                <w:lang w:val="nl-NL"/>
              </w:rPr>
              <w:t xml:space="preserve"> </w:t>
            </w:r>
            <w:r w:rsidR="00DA683D" w:rsidRPr="005B2B7C">
              <w:rPr>
                <w:sz w:val="26"/>
                <w:szCs w:val="26"/>
                <w:lang w:val="nl-NL"/>
              </w:rPr>
              <w:t xml:space="preserve">Quyết định số 12/2023/QĐ-TTg ngày 15/5/2023 của Thủ tướng Chính phủ </w:t>
            </w:r>
          </w:p>
        </w:tc>
      </w:tr>
      <w:tr w:rsidR="00A76098" w:rsidRPr="005B2B7C" w14:paraId="07C8AA01" w14:textId="77777777" w:rsidTr="0052199E">
        <w:trPr>
          <w:trHeight w:val="728"/>
        </w:trPr>
        <w:tc>
          <w:tcPr>
            <w:tcW w:w="2410" w:type="dxa"/>
            <w:vMerge/>
          </w:tcPr>
          <w:p w14:paraId="00DF75D4" w14:textId="5FDA4143" w:rsidR="00A76098" w:rsidRPr="005B2B7C" w:rsidRDefault="00A76098" w:rsidP="00666430">
            <w:pPr>
              <w:spacing w:after="60"/>
              <w:rPr>
                <w:sz w:val="26"/>
                <w:szCs w:val="26"/>
                <w:lang w:val="nl-NL"/>
              </w:rPr>
            </w:pPr>
          </w:p>
        </w:tc>
        <w:tc>
          <w:tcPr>
            <w:tcW w:w="12332" w:type="dxa"/>
          </w:tcPr>
          <w:p w14:paraId="17B7F898" w14:textId="407BA84E" w:rsidR="00A76098" w:rsidRPr="005B2B7C" w:rsidRDefault="003B4F0D" w:rsidP="00EB2134">
            <w:pPr>
              <w:spacing w:after="60"/>
              <w:rPr>
                <w:sz w:val="26"/>
                <w:szCs w:val="26"/>
                <w:lang w:val="nl-NL"/>
              </w:rPr>
            </w:pPr>
            <w:r w:rsidRPr="005B2B7C">
              <w:rPr>
                <w:sz w:val="26"/>
                <w:szCs w:val="26"/>
                <w:lang w:val="nl-NL"/>
              </w:rPr>
              <w:t xml:space="preserve">3. </w:t>
            </w:r>
            <w:r w:rsidR="00A76098" w:rsidRPr="005B2B7C">
              <w:rPr>
                <w:sz w:val="26"/>
                <w:szCs w:val="26"/>
                <w:lang w:val="nl-NL"/>
              </w:rPr>
              <w:t>Mục III Phần E Phụ lục I và số thứ tự 2 Mục II Phụ lục III Nghị quyết số 20/2026/NQ-CP ngày 29/4/2026 của Chính phủ.</w:t>
            </w:r>
          </w:p>
        </w:tc>
      </w:tr>
      <w:tr w:rsidR="00811723" w:rsidRPr="005B2B7C" w14:paraId="7B4BB1E4" w14:textId="77777777" w:rsidTr="0052199E">
        <w:tc>
          <w:tcPr>
            <w:tcW w:w="14742" w:type="dxa"/>
            <w:gridSpan w:val="2"/>
          </w:tcPr>
          <w:p w14:paraId="54FFFAF7" w14:textId="59B88F9E" w:rsidR="00811723" w:rsidRPr="005B2B7C" w:rsidRDefault="00000000" w:rsidP="0052199E">
            <w:pPr>
              <w:spacing w:after="60"/>
              <w:jc w:val="both"/>
              <w:rPr>
                <w:sz w:val="26"/>
                <w:szCs w:val="26"/>
                <w:lang w:val="nl-NL"/>
              </w:rPr>
            </w:pPr>
            <w:r w:rsidRPr="005B2B7C">
              <w:rPr>
                <w:b/>
                <w:sz w:val="26"/>
                <w:szCs w:val="26"/>
                <w:lang w:val="nl-NL"/>
              </w:rPr>
              <w:t xml:space="preserve">II. </w:t>
            </w:r>
            <w:r w:rsidR="003B4F0D" w:rsidRPr="005B2B7C">
              <w:rPr>
                <w:b/>
                <w:sz w:val="26"/>
                <w:szCs w:val="26"/>
                <w:lang w:val="nl-NL"/>
              </w:rPr>
              <w:t>ĐÁNH GIÁ TÍNH HỢP HIẾN, HỢP PHÁP CỦA THỦ TỤC HÀNH CHÍNH</w:t>
            </w:r>
            <w:r w:rsidRPr="005B2B7C">
              <w:rPr>
                <w:b/>
                <w:sz w:val="26"/>
                <w:szCs w:val="26"/>
                <w:lang w:val="nl-NL"/>
              </w:rPr>
              <w:t xml:space="preserve"> </w:t>
            </w:r>
          </w:p>
        </w:tc>
      </w:tr>
      <w:tr w:rsidR="00811723" w:rsidRPr="005B2B7C" w14:paraId="31DBE9A9" w14:textId="77777777" w:rsidTr="0052199E">
        <w:tc>
          <w:tcPr>
            <w:tcW w:w="2410" w:type="dxa"/>
          </w:tcPr>
          <w:p w14:paraId="53684F9B" w14:textId="186A7778" w:rsidR="00811723" w:rsidRPr="005B2B7C" w:rsidRDefault="003B4F0D">
            <w:pPr>
              <w:spacing w:after="60"/>
              <w:rPr>
                <w:sz w:val="26"/>
                <w:szCs w:val="26"/>
                <w:lang w:val="nl-NL"/>
              </w:rPr>
            </w:pPr>
            <w:r w:rsidRPr="005B2B7C">
              <w:rPr>
                <w:sz w:val="26"/>
                <w:szCs w:val="26"/>
                <w:lang w:val="nl-NL"/>
              </w:rPr>
              <w:t xml:space="preserve">1. Có phù hợp với </w:t>
            </w:r>
            <w:r w:rsidRPr="005B2B7C">
              <w:rPr>
                <w:sz w:val="26"/>
                <w:szCs w:val="26"/>
                <w:lang w:val="nl-NL"/>
              </w:rPr>
              <w:lastRenderedPageBreak/>
              <w:t>Hiến pháp không?</w:t>
            </w:r>
          </w:p>
        </w:tc>
        <w:tc>
          <w:tcPr>
            <w:tcW w:w="12332" w:type="dxa"/>
          </w:tcPr>
          <w:p w14:paraId="63C2E139" w14:textId="77777777" w:rsidR="00811723" w:rsidRPr="005B2B7C" w:rsidRDefault="00000000">
            <w:pPr>
              <w:spacing w:after="60"/>
              <w:rPr>
                <w:sz w:val="26"/>
                <w:szCs w:val="26"/>
                <w:lang w:val="nl-NL"/>
              </w:rPr>
            </w:pPr>
            <w:r w:rsidRPr="005B2B7C">
              <w:rPr>
                <w:sz w:val="26"/>
                <w:szCs w:val="26"/>
                <w:lang w:val="nl-NL"/>
              </w:rPr>
              <w:lastRenderedPageBreak/>
              <w:t>Có ☑        Không ☐</w:t>
            </w:r>
          </w:p>
          <w:p w14:paraId="46472179" w14:textId="120341D1" w:rsidR="00811723" w:rsidRPr="005B2B7C" w:rsidRDefault="00000000" w:rsidP="0052199E">
            <w:pPr>
              <w:spacing w:after="60"/>
              <w:jc w:val="both"/>
              <w:rPr>
                <w:sz w:val="26"/>
                <w:szCs w:val="26"/>
                <w:lang w:val="nl-NL"/>
              </w:rPr>
            </w:pPr>
            <w:r w:rsidRPr="005B2B7C">
              <w:rPr>
                <w:sz w:val="26"/>
                <w:szCs w:val="26"/>
                <w:lang w:val="nl-NL"/>
              </w:rPr>
              <w:lastRenderedPageBreak/>
              <w:t>Nêu rõ lý do: Tên TTHC không thay đổi, phản ánh đúng nội dung của thủ tục: “</w:t>
            </w:r>
            <w:r w:rsidR="00D065B2" w:rsidRPr="005B2B7C">
              <w:rPr>
                <w:rFonts w:cs="Times New Roman"/>
                <w:szCs w:val="28"/>
                <w:lang w:val="nl-NL"/>
              </w:rPr>
              <w:t>Cấp Giấy chứng nhận chuyển giao công nghệ khuyến khích chuyển giao</w:t>
            </w:r>
            <w:r w:rsidRPr="005B2B7C">
              <w:rPr>
                <w:sz w:val="26"/>
                <w:szCs w:val="26"/>
                <w:lang w:val="nl-NL"/>
              </w:rPr>
              <w:t>”.</w:t>
            </w:r>
          </w:p>
        </w:tc>
      </w:tr>
      <w:tr w:rsidR="00811723" w:rsidRPr="005B2B7C" w14:paraId="549D48BF" w14:textId="77777777" w:rsidTr="0052199E">
        <w:tc>
          <w:tcPr>
            <w:tcW w:w="2410" w:type="dxa"/>
          </w:tcPr>
          <w:p w14:paraId="2FC52EA1" w14:textId="2200AF4B" w:rsidR="00811723" w:rsidRPr="005B2B7C" w:rsidRDefault="003B4F0D" w:rsidP="0052199E">
            <w:pPr>
              <w:spacing w:after="60"/>
              <w:jc w:val="both"/>
              <w:rPr>
                <w:sz w:val="26"/>
                <w:szCs w:val="26"/>
                <w:lang w:val="nl-NL"/>
              </w:rPr>
            </w:pPr>
            <w:r w:rsidRPr="005B2B7C">
              <w:rPr>
                <w:sz w:val="26"/>
                <w:szCs w:val="26"/>
                <w:lang w:val="nl-NL"/>
              </w:rPr>
              <w:lastRenderedPageBreak/>
              <w:t>2. Có mâu thuẫn, chồng chéo hoặc không phù hợp, thống nhất với quy định tại các văn bản khác, điều ước quốc tế có liên quan mà nước Cộng hòa xã hội chủ nghĩa Việt Nam là thành viên không?</w:t>
            </w:r>
          </w:p>
        </w:tc>
        <w:tc>
          <w:tcPr>
            <w:tcW w:w="12332" w:type="dxa"/>
          </w:tcPr>
          <w:p w14:paraId="7C633DC8" w14:textId="77777777" w:rsidR="00E327ED" w:rsidRPr="005B2B7C" w:rsidRDefault="00E327ED" w:rsidP="00E327ED">
            <w:pPr>
              <w:pStyle w:val="TableParagraph"/>
              <w:tabs>
                <w:tab w:val="left" w:pos="1152"/>
                <w:tab w:val="left" w:pos="5169"/>
                <w:tab w:val="left" w:pos="6682"/>
              </w:tabs>
              <w:rPr>
                <w:sz w:val="26"/>
                <w:szCs w:val="26"/>
                <w:lang w:val="nl-NL"/>
              </w:rPr>
            </w:pPr>
            <w:r w:rsidRPr="005B2B7C">
              <w:rPr>
                <w:sz w:val="26"/>
                <w:szCs w:val="26"/>
                <w:lang w:val="nl-NL"/>
              </w:rPr>
              <w:t xml:space="preserve">- Với văn bản của cơ quan nhà nước cấp trên: Có □       Không </w:t>
            </w:r>
            <w:r w:rsidRPr="005B2B7C">
              <w:rPr>
                <w:b/>
                <w:bCs/>
                <w:sz w:val="26"/>
                <w:szCs w:val="26"/>
                <w:lang w:val="nl-NL"/>
              </w:rPr>
              <w:t>X</w:t>
            </w:r>
          </w:p>
          <w:p w14:paraId="06462DA0" w14:textId="77777777" w:rsidR="00E327ED" w:rsidRPr="005B2B7C" w:rsidRDefault="00E327ED" w:rsidP="00E327ED">
            <w:pPr>
              <w:pStyle w:val="TableParagraph"/>
              <w:tabs>
                <w:tab w:val="left" w:pos="1152"/>
                <w:tab w:val="left" w:pos="5169"/>
                <w:tab w:val="left" w:pos="6682"/>
              </w:tabs>
              <w:rPr>
                <w:sz w:val="26"/>
                <w:szCs w:val="26"/>
                <w:lang w:val="nl-NL"/>
              </w:rPr>
            </w:pPr>
            <w:r w:rsidRPr="005B2B7C">
              <w:rPr>
                <w:sz w:val="26"/>
                <w:szCs w:val="26"/>
                <w:lang w:val="nl-NL"/>
              </w:rPr>
              <w:t>Nếu Có, đề nghị nêu rõ:</w:t>
            </w:r>
          </w:p>
          <w:p w14:paraId="4D51124A" w14:textId="77777777" w:rsidR="00E327ED" w:rsidRPr="005B2B7C" w:rsidRDefault="00E327ED" w:rsidP="00E327ED">
            <w:pPr>
              <w:pStyle w:val="TableParagraph"/>
              <w:tabs>
                <w:tab w:val="left" w:pos="1152"/>
              </w:tabs>
              <w:rPr>
                <w:sz w:val="26"/>
                <w:szCs w:val="26"/>
                <w:lang w:val="nl-NL"/>
              </w:rPr>
            </w:pPr>
            <w:r w:rsidRPr="005B2B7C">
              <w:rPr>
                <w:sz w:val="26"/>
                <w:szCs w:val="26"/>
                <w:lang w:val="nl-NL"/>
              </w:rPr>
              <w:t>+ Tên bộ phận tạo thành: …………………………………………………………………</w:t>
            </w:r>
          </w:p>
          <w:p w14:paraId="3A377F71" w14:textId="77777777" w:rsidR="00E327ED" w:rsidRPr="005B2B7C" w:rsidRDefault="00E327ED" w:rsidP="00E327ED">
            <w:pPr>
              <w:pStyle w:val="TableParagraph"/>
              <w:tabs>
                <w:tab w:val="left" w:pos="1152"/>
              </w:tabs>
              <w:rPr>
                <w:sz w:val="26"/>
                <w:szCs w:val="26"/>
                <w:lang w:val="nl-NL"/>
              </w:rPr>
            </w:pPr>
            <w:r w:rsidRPr="005B2B7C">
              <w:rPr>
                <w:sz w:val="26"/>
                <w:szCs w:val="26"/>
                <w:lang w:val="nl-NL"/>
              </w:rPr>
              <w:t>+ Nêu rõ điều, khoản, tên văn bản tương ứng:……………………………………………………</w:t>
            </w:r>
          </w:p>
          <w:p w14:paraId="7E20F4BA" w14:textId="77777777" w:rsidR="00E327ED" w:rsidRPr="005B2B7C" w:rsidRDefault="00E327ED" w:rsidP="00E327ED">
            <w:pPr>
              <w:pStyle w:val="TableParagraph"/>
              <w:tabs>
                <w:tab w:val="left" w:pos="1152"/>
              </w:tabs>
              <w:rPr>
                <w:sz w:val="26"/>
                <w:szCs w:val="26"/>
                <w:lang w:val="nl-NL"/>
              </w:rPr>
            </w:pPr>
            <w:r w:rsidRPr="005B2B7C">
              <w:rPr>
                <w:sz w:val="26"/>
                <w:szCs w:val="26"/>
                <w:lang w:val="nl-NL"/>
              </w:rPr>
              <w:t>+ Đề xuất cách thức giải quyết để đảm bảo tính thống nhất, đồng bộ của hệ thống pháp luật hoặc lý do vẫn quy định như tại dự thảo ……………………………</w:t>
            </w:r>
          </w:p>
          <w:p w14:paraId="51598C3D" w14:textId="77777777" w:rsidR="00E327ED" w:rsidRPr="005B2B7C" w:rsidRDefault="00E327ED" w:rsidP="00E327ED">
            <w:pPr>
              <w:pStyle w:val="TableParagraph"/>
              <w:tabs>
                <w:tab w:val="left" w:pos="255"/>
                <w:tab w:val="left" w:pos="1152"/>
                <w:tab w:val="left" w:pos="3800"/>
                <w:tab w:val="left" w:pos="5316"/>
              </w:tabs>
              <w:rPr>
                <w:sz w:val="26"/>
                <w:szCs w:val="26"/>
                <w:lang w:val="nl-NL"/>
              </w:rPr>
            </w:pPr>
            <w:r w:rsidRPr="005B2B7C">
              <w:rPr>
                <w:sz w:val="26"/>
                <w:szCs w:val="26"/>
                <w:lang w:val="nl-NL"/>
              </w:rPr>
              <w:t xml:space="preserve">- Với văn bản của cơ quan khác: Có □       Không </w:t>
            </w:r>
            <w:r w:rsidRPr="005B2B7C">
              <w:rPr>
                <w:b/>
                <w:bCs/>
                <w:sz w:val="26"/>
                <w:szCs w:val="26"/>
                <w:lang w:val="nl-NL"/>
              </w:rPr>
              <w:t>X</w:t>
            </w:r>
          </w:p>
          <w:p w14:paraId="7365E5FC" w14:textId="77777777" w:rsidR="00E327ED" w:rsidRPr="005B2B7C" w:rsidRDefault="00E327ED" w:rsidP="00E327ED">
            <w:pPr>
              <w:pStyle w:val="TableParagraph"/>
              <w:tabs>
                <w:tab w:val="left" w:pos="255"/>
                <w:tab w:val="left" w:pos="1152"/>
                <w:tab w:val="left" w:pos="3800"/>
                <w:tab w:val="left" w:pos="5316"/>
              </w:tabs>
              <w:rPr>
                <w:sz w:val="26"/>
                <w:szCs w:val="26"/>
                <w:lang w:val="nl-NL"/>
              </w:rPr>
            </w:pPr>
            <w:r w:rsidRPr="005B2B7C">
              <w:rPr>
                <w:sz w:val="26"/>
                <w:szCs w:val="26"/>
                <w:lang w:val="nl-NL"/>
              </w:rPr>
              <w:t>Nếu Có, đề nghị nêu rõ:</w:t>
            </w:r>
          </w:p>
          <w:p w14:paraId="2734EEFB" w14:textId="77777777" w:rsidR="00E327ED" w:rsidRPr="005B2B7C" w:rsidRDefault="00E327ED" w:rsidP="00E327ED">
            <w:pPr>
              <w:pStyle w:val="TableParagraph"/>
              <w:tabs>
                <w:tab w:val="left" w:pos="1152"/>
              </w:tabs>
              <w:rPr>
                <w:sz w:val="26"/>
                <w:szCs w:val="26"/>
                <w:lang w:val="nl-NL"/>
              </w:rPr>
            </w:pPr>
            <w:r w:rsidRPr="005B2B7C">
              <w:rPr>
                <w:sz w:val="26"/>
                <w:szCs w:val="26"/>
                <w:lang w:val="nl-NL"/>
              </w:rPr>
              <w:t>+ Tên bộ phận tạo thành: ………………………</w:t>
            </w:r>
          </w:p>
          <w:p w14:paraId="34C0E588" w14:textId="77777777" w:rsidR="00E327ED" w:rsidRPr="005B2B7C" w:rsidRDefault="00E327ED" w:rsidP="00E327ED">
            <w:pPr>
              <w:pStyle w:val="TableParagraph"/>
              <w:tabs>
                <w:tab w:val="left" w:pos="1152"/>
              </w:tabs>
              <w:rPr>
                <w:sz w:val="26"/>
                <w:szCs w:val="26"/>
                <w:lang w:val="nl-NL"/>
              </w:rPr>
            </w:pPr>
            <w:r w:rsidRPr="005B2B7C">
              <w:rPr>
                <w:sz w:val="26"/>
                <w:szCs w:val="26"/>
                <w:lang w:val="nl-NL"/>
              </w:rPr>
              <w:t>+ Nêu rõ điều, khoản, tên văn bản tương ứng: ……………</w:t>
            </w:r>
          </w:p>
          <w:p w14:paraId="67325DC8" w14:textId="77777777" w:rsidR="00E327ED" w:rsidRPr="005B2B7C" w:rsidRDefault="00E327ED" w:rsidP="00E327ED">
            <w:pPr>
              <w:pStyle w:val="TableParagraph"/>
              <w:tabs>
                <w:tab w:val="left" w:pos="1152"/>
              </w:tabs>
              <w:rPr>
                <w:sz w:val="26"/>
                <w:szCs w:val="26"/>
                <w:lang w:val="nl-NL"/>
              </w:rPr>
            </w:pPr>
            <w:r w:rsidRPr="005B2B7C">
              <w:rPr>
                <w:sz w:val="26"/>
                <w:szCs w:val="26"/>
                <w:lang w:val="nl-NL"/>
              </w:rPr>
              <w:t>+ Đề xuất cách thức giải quyết để đảm bảo tính thống nhất, đồng bộ của hệ thống pháp luật hoặc lý do vẫn quy định như tại dự thảo ………………………………………</w:t>
            </w:r>
          </w:p>
          <w:p w14:paraId="1244B786" w14:textId="77777777" w:rsidR="00E327ED" w:rsidRPr="005B2B7C" w:rsidRDefault="00E327ED" w:rsidP="00E327ED">
            <w:pPr>
              <w:pStyle w:val="TableParagraph"/>
              <w:tabs>
                <w:tab w:val="left" w:pos="284"/>
                <w:tab w:val="left" w:pos="1034"/>
                <w:tab w:val="left" w:pos="1152"/>
              </w:tabs>
              <w:rPr>
                <w:sz w:val="26"/>
                <w:szCs w:val="26"/>
                <w:lang w:val="nl-NL"/>
              </w:rPr>
            </w:pPr>
            <w:r w:rsidRPr="005B2B7C">
              <w:rPr>
                <w:sz w:val="26"/>
                <w:szCs w:val="26"/>
                <w:lang w:val="nl-NL"/>
              </w:rPr>
              <w:t xml:space="preserve">- Với điều ước quốc tế có liên quan mà nước Cộng hòa xã hội chủ nghĩa Việt Nam là thành viên: Có □     Không </w:t>
            </w:r>
            <w:r w:rsidRPr="005B2B7C">
              <w:rPr>
                <w:b/>
                <w:bCs/>
                <w:sz w:val="26"/>
                <w:szCs w:val="26"/>
                <w:lang w:val="nl-NL"/>
              </w:rPr>
              <w:t>X</w:t>
            </w:r>
          </w:p>
          <w:p w14:paraId="71413870" w14:textId="77777777" w:rsidR="00E327ED" w:rsidRPr="005B2B7C" w:rsidRDefault="00E327ED" w:rsidP="00E327ED">
            <w:pPr>
              <w:pStyle w:val="TableParagraph"/>
              <w:tabs>
                <w:tab w:val="left" w:pos="284"/>
                <w:tab w:val="left" w:pos="1034"/>
                <w:tab w:val="left" w:pos="1152"/>
              </w:tabs>
              <w:rPr>
                <w:sz w:val="26"/>
                <w:szCs w:val="26"/>
                <w:lang w:val="nl-NL"/>
              </w:rPr>
            </w:pPr>
            <w:r w:rsidRPr="005B2B7C">
              <w:rPr>
                <w:sz w:val="26"/>
                <w:szCs w:val="26"/>
                <w:lang w:val="nl-NL"/>
              </w:rPr>
              <w:t>Nếu Có, đề nghị nêu rõ:</w:t>
            </w:r>
          </w:p>
          <w:p w14:paraId="6E1F19B2" w14:textId="77777777" w:rsidR="00E327ED" w:rsidRPr="005B2B7C" w:rsidRDefault="00E327ED" w:rsidP="00E327ED">
            <w:pPr>
              <w:pStyle w:val="TableParagraph"/>
              <w:tabs>
                <w:tab w:val="left" w:pos="1152"/>
              </w:tabs>
              <w:rPr>
                <w:sz w:val="26"/>
                <w:szCs w:val="26"/>
                <w:lang w:val="nl-NL"/>
              </w:rPr>
            </w:pPr>
            <w:r w:rsidRPr="005B2B7C">
              <w:rPr>
                <w:sz w:val="26"/>
                <w:szCs w:val="26"/>
                <w:lang w:val="nl-NL"/>
              </w:rPr>
              <w:t>+ Tên bộ phận tạo thành: ……………………………………………</w:t>
            </w:r>
          </w:p>
          <w:p w14:paraId="3A29A8FE" w14:textId="77777777" w:rsidR="00E327ED" w:rsidRPr="005B2B7C" w:rsidRDefault="00E327ED" w:rsidP="00E327ED">
            <w:pPr>
              <w:pStyle w:val="TableParagraph"/>
              <w:tabs>
                <w:tab w:val="left" w:pos="1152"/>
              </w:tabs>
              <w:rPr>
                <w:sz w:val="26"/>
                <w:szCs w:val="26"/>
                <w:lang w:val="nl-NL"/>
              </w:rPr>
            </w:pPr>
            <w:r w:rsidRPr="005B2B7C">
              <w:rPr>
                <w:sz w:val="26"/>
                <w:szCs w:val="26"/>
                <w:lang w:val="nl-NL"/>
              </w:rPr>
              <w:t>+ Nêu rõ điều, khoản, điều ước quốc tế tương ứng: ……………………………………………</w:t>
            </w:r>
          </w:p>
          <w:p w14:paraId="56B40E81" w14:textId="653BC27C" w:rsidR="00811723" w:rsidRPr="005B2B7C" w:rsidRDefault="00E327ED">
            <w:pPr>
              <w:spacing w:after="60"/>
              <w:rPr>
                <w:sz w:val="26"/>
                <w:szCs w:val="26"/>
                <w:lang w:val="nl-NL"/>
              </w:rPr>
            </w:pPr>
            <w:r w:rsidRPr="005B2B7C">
              <w:rPr>
                <w:sz w:val="26"/>
                <w:szCs w:val="26"/>
                <w:lang w:val="nl-NL"/>
              </w:rPr>
              <w:t>+ Đề xuất cách thức giải quyết để đảm bảo tính tương thích với điều ước quốc tế hoặc lý do vẫn quy định như tại dự thảo ……………………………………………………………………………………..</w:t>
            </w:r>
          </w:p>
        </w:tc>
      </w:tr>
      <w:tr w:rsidR="00241CD4" w:rsidRPr="005B2B7C" w14:paraId="4E4041F5" w14:textId="77777777" w:rsidTr="0052199E">
        <w:tc>
          <w:tcPr>
            <w:tcW w:w="14742" w:type="dxa"/>
            <w:gridSpan w:val="2"/>
          </w:tcPr>
          <w:p w14:paraId="50E1BC14" w14:textId="77777777" w:rsidR="00241CD4" w:rsidRPr="005B2B7C" w:rsidRDefault="00241CD4" w:rsidP="00241CD4">
            <w:pPr>
              <w:pStyle w:val="TableParagraph"/>
              <w:tabs>
                <w:tab w:val="left" w:pos="1152"/>
              </w:tabs>
              <w:rPr>
                <w:b/>
                <w:sz w:val="26"/>
                <w:szCs w:val="26"/>
                <w:lang w:val="nl-NL"/>
              </w:rPr>
            </w:pPr>
            <w:r w:rsidRPr="005B2B7C">
              <w:rPr>
                <w:b/>
                <w:sz w:val="26"/>
                <w:szCs w:val="26"/>
                <w:lang w:val="nl-NL"/>
              </w:rPr>
              <w:t>III. ĐÁNH GIÁ TÍNH HỢP LÝ CỦA TỪNG BỘ PHẬN TẠO THÀNH THỦ TỤC HÀNH CHÍNH</w:t>
            </w:r>
          </w:p>
          <w:p w14:paraId="0F29B638" w14:textId="7EF9257A" w:rsidR="00241CD4" w:rsidRPr="005B2B7C" w:rsidRDefault="00241CD4" w:rsidP="00E327ED">
            <w:pPr>
              <w:pStyle w:val="TableParagraph"/>
              <w:tabs>
                <w:tab w:val="left" w:pos="1152"/>
                <w:tab w:val="left" w:pos="5169"/>
                <w:tab w:val="left" w:pos="6682"/>
              </w:tabs>
              <w:rPr>
                <w:sz w:val="26"/>
                <w:szCs w:val="26"/>
                <w:lang w:val="nl-NL"/>
              </w:rPr>
            </w:pPr>
            <w:r w:rsidRPr="005B2B7C">
              <w:rPr>
                <w:i/>
                <w:sz w:val="26"/>
                <w:szCs w:val="26"/>
                <w:lang w:val="nl-NL"/>
              </w:rPr>
              <w:t>(Đối với bộ phận thủ tục hành chính được sửa đổi, bổ sung thì đánh giá; bộ phận thủ tục hành chính không được sửa đổi, bổ sung thì không đánh giá và xóa bỏ khỏi Biểu mẫu)</w:t>
            </w:r>
          </w:p>
        </w:tc>
      </w:tr>
    </w:tbl>
    <w:tbl>
      <w:tblPr>
        <w:tblpPr w:leftFromText="180" w:rightFromText="180" w:vertAnchor="text" w:tblpX="77" w:tblpY="1"/>
        <w:tblOverlap w:val="never"/>
        <w:tblW w:w="4998"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876"/>
        <w:gridCol w:w="11904"/>
      </w:tblGrid>
      <w:tr w:rsidR="001B1581" w:rsidRPr="005B2B7C" w14:paraId="01825507" w14:textId="77777777" w:rsidTr="0052199E">
        <w:tc>
          <w:tcPr>
            <w:tcW w:w="5000" w:type="pct"/>
            <w:gridSpan w:val="2"/>
          </w:tcPr>
          <w:p w14:paraId="2AA11A7F" w14:textId="77777777" w:rsidR="001B1581" w:rsidRPr="005B2B7C" w:rsidRDefault="001B1581" w:rsidP="001B1581">
            <w:pPr>
              <w:pStyle w:val="TableParagraph"/>
              <w:tabs>
                <w:tab w:val="left" w:pos="1152"/>
              </w:tabs>
              <w:rPr>
                <w:b/>
                <w:sz w:val="26"/>
                <w:szCs w:val="26"/>
                <w:lang w:val="nl-NL"/>
              </w:rPr>
            </w:pPr>
            <w:r w:rsidRPr="005B2B7C">
              <w:rPr>
                <w:b/>
                <w:sz w:val="26"/>
                <w:szCs w:val="26"/>
                <w:lang w:val="nl-NL"/>
              </w:rPr>
              <w:t>1. Tên thủ tục hành chính</w:t>
            </w:r>
          </w:p>
        </w:tc>
      </w:tr>
      <w:tr w:rsidR="001B1581" w:rsidRPr="005B2B7C" w14:paraId="16496279" w14:textId="77777777" w:rsidTr="0052199E">
        <w:tc>
          <w:tcPr>
            <w:tcW w:w="973" w:type="pct"/>
          </w:tcPr>
          <w:p w14:paraId="0004ADB0" w14:textId="77777777" w:rsidR="001B1581" w:rsidRPr="005B2B7C" w:rsidRDefault="001B1581" w:rsidP="001B1581">
            <w:pPr>
              <w:pStyle w:val="TableParagraph"/>
              <w:tabs>
                <w:tab w:val="left" w:pos="1152"/>
              </w:tabs>
              <w:jc w:val="both"/>
              <w:rPr>
                <w:sz w:val="26"/>
                <w:szCs w:val="26"/>
                <w:lang w:val="nl-NL"/>
              </w:rPr>
            </w:pPr>
            <w:r w:rsidRPr="005B2B7C">
              <w:rPr>
                <w:sz w:val="26"/>
                <w:szCs w:val="26"/>
                <w:lang w:val="nl-NL"/>
              </w:rPr>
              <w:t>Có được quy định rõ ràng, cụ thể và phù hợp không?</w:t>
            </w:r>
          </w:p>
        </w:tc>
        <w:tc>
          <w:tcPr>
            <w:tcW w:w="4027" w:type="pct"/>
          </w:tcPr>
          <w:p w14:paraId="4E87D8A2" w14:textId="77777777" w:rsidR="001B1581" w:rsidRPr="005B2B7C" w:rsidRDefault="001B1581" w:rsidP="001B1581">
            <w:pPr>
              <w:pStyle w:val="TableParagraph"/>
              <w:tabs>
                <w:tab w:val="left" w:pos="1152"/>
                <w:tab w:val="left" w:pos="1228"/>
              </w:tabs>
              <w:rPr>
                <w:sz w:val="26"/>
                <w:szCs w:val="26"/>
                <w:lang w:val="nl-NL"/>
              </w:rPr>
            </w:pPr>
            <w:r w:rsidRPr="005B2B7C">
              <w:rPr>
                <w:sz w:val="26"/>
                <w:szCs w:val="26"/>
                <w:lang w:val="nl-NL"/>
              </w:rPr>
              <w:t>Có X       Không □</w:t>
            </w:r>
          </w:p>
          <w:p w14:paraId="4C8E9DD2" w14:textId="77777777" w:rsidR="001B1581" w:rsidRPr="005B2B7C" w:rsidRDefault="001B1581" w:rsidP="001B1581">
            <w:pPr>
              <w:pStyle w:val="TableParagraph"/>
              <w:tabs>
                <w:tab w:val="left" w:pos="1152"/>
              </w:tabs>
              <w:rPr>
                <w:sz w:val="26"/>
                <w:szCs w:val="26"/>
                <w:lang w:val="nl-NL"/>
              </w:rPr>
            </w:pPr>
            <w:r w:rsidRPr="005B2B7C">
              <w:rPr>
                <w:sz w:val="26"/>
                <w:szCs w:val="26"/>
                <w:lang w:val="nl-NL"/>
              </w:rPr>
              <w:t>Nêu rõ lý do:………………………………………………………………………</w:t>
            </w:r>
          </w:p>
        </w:tc>
      </w:tr>
      <w:tr w:rsidR="001B1581" w:rsidRPr="005B2B7C" w14:paraId="57480011" w14:textId="77777777" w:rsidTr="0052199E">
        <w:tc>
          <w:tcPr>
            <w:tcW w:w="5000" w:type="pct"/>
            <w:gridSpan w:val="2"/>
          </w:tcPr>
          <w:p w14:paraId="185385FD" w14:textId="77777777" w:rsidR="001B1581" w:rsidRPr="005B2B7C" w:rsidRDefault="001B1581" w:rsidP="001B1581">
            <w:pPr>
              <w:pStyle w:val="TableParagraph"/>
              <w:tabs>
                <w:tab w:val="left" w:pos="1152"/>
              </w:tabs>
              <w:rPr>
                <w:b/>
                <w:sz w:val="26"/>
                <w:szCs w:val="26"/>
              </w:rPr>
            </w:pPr>
            <w:r w:rsidRPr="005B2B7C">
              <w:rPr>
                <w:b/>
                <w:sz w:val="26"/>
                <w:szCs w:val="26"/>
              </w:rPr>
              <w:t>2. Trình tự thực hiện</w:t>
            </w:r>
          </w:p>
        </w:tc>
      </w:tr>
      <w:tr w:rsidR="001B1581" w:rsidRPr="005B2B7C" w14:paraId="351E5BFE" w14:textId="77777777" w:rsidTr="0052199E">
        <w:trPr>
          <w:trHeight w:val="63"/>
        </w:trPr>
        <w:tc>
          <w:tcPr>
            <w:tcW w:w="973" w:type="pct"/>
          </w:tcPr>
          <w:p w14:paraId="00377F1F" w14:textId="77777777" w:rsidR="001B1581" w:rsidRPr="005B2B7C" w:rsidRDefault="001B1581" w:rsidP="001B1581">
            <w:pPr>
              <w:pStyle w:val="TableParagraph"/>
              <w:tabs>
                <w:tab w:val="left" w:pos="1152"/>
              </w:tabs>
              <w:jc w:val="both"/>
              <w:rPr>
                <w:sz w:val="26"/>
                <w:szCs w:val="26"/>
              </w:rPr>
            </w:pPr>
            <w:r w:rsidRPr="005B2B7C">
              <w:rPr>
                <w:sz w:val="26"/>
                <w:szCs w:val="26"/>
              </w:rPr>
              <w:t xml:space="preserve">a) Có được quy định rõ </w:t>
            </w:r>
            <w:r w:rsidRPr="005B2B7C">
              <w:rPr>
                <w:sz w:val="26"/>
                <w:szCs w:val="26"/>
              </w:rPr>
              <w:lastRenderedPageBreak/>
              <w:t>ràng và cụ thể về các bước thực hiện không?</w:t>
            </w:r>
          </w:p>
        </w:tc>
        <w:tc>
          <w:tcPr>
            <w:tcW w:w="4027" w:type="pct"/>
          </w:tcPr>
          <w:p w14:paraId="6C146DCC" w14:textId="77777777" w:rsidR="001B1581" w:rsidRPr="005B2B7C" w:rsidRDefault="001B1581" w:rsidP="001B1581">
            <w:pPr>
              <w:pStyle w:val="TableParagraph"/>
              <w:tabs>
                <w:tab w:val="left" w:pos="1152"/>
                <w:tab w:val="left" w:pos="1228"/>
              </w:tabs>
              <w:rPr>
                <w:sz w:val="26"/>
                <w:szCs w:val="26"/>
              </w:rPr>
            </w:pPr>
            <w:r w:rsidRPr="005B2B7C">
              <w:rPr>
                <w:sz w:val="26"/>
                <w:szCs w:val="26"/>
              </w:rPr>
              <w:lastRenderedPageBreak/>
              <w:t>Có X       Không □</w:t>
            </w:r>
          </w:p>
          <w:p w14:paraId="66C52B63" w14:textId="77777777" w:rsidR="001B1581" w:rsidRPr="005B2B7C" w:rsidRDefault="001B1581" w:rsidP="001B1581">
            <w:pPr>
              <w:pStyle w:val="TableParagraph"/>
              <w:tabs>
                <w:tab w:val="left" w:pos="1152"/>
              </w:tabs>
              <w:rPr>
                <w:sz w:val="26"/>
                <w:szCs w:val="26"/>
              </w:rPr>
            </w:pPr>
            <w:r w:rsidRPr="005B2B7C">
              <w:rPr>
                <w:sz w:val="26"/>
                <w:szCs w:val="26"/>
              </w:rPr>
              <w:lastRenderedPageBreak/>
              <w:t>Nêu rõ lý do:……………………………………………………………………………………………...</w:t>
            </w:r>
          </w:p>
        </w:tc>
      </w:tr>
      <w:tr w:rsidR="001B1581" w:rsidRPr="005B2B7C" w14:paraId="709C3152" w14:textId="77777777" w:rsidTr="0052199E">
        <w:tc>
          <w:tcPr>
            <w:tcW w:w="973" w:type="pct"/>
          </w:tcPr>
          <w:p w14:paraId="68BBEFBF" w14:textId="77777777" w:rsidR="001B1581" w:rsidRPr="005B2B7C" w:rsidRDefault="001B1581" w:rsidP="001B1581">
            <w:pPr>
              <w:pStyle w:val="TableParagraph"/>
              <w:tabs>
                <w:tab w:val="left" w:pos="1152"/>
              </w:tabs>
              <w:jc w:val="both"/>
              <w:rPr>
                <w:sz w:val="26"/>
                <w:szCs w:val="26"/>
              </w:rPr>
            </w:pPr>
            <w:r w:rsidRPr="005B2B7C">
              <w:rPr>
                <w:sz w:val="26"/>
                <w:szCs w:val="26"/>
              </w:rPr>
              <w:lastRenderedPageBreak/>
              <w:t>b) Có được quy định, phân định rõ trách nhiệm và nội dung công việc của cơ quan nhà nước và cá nhân, tổ chức khi thực hiện không?</w:t>
            </w:r>
          </w:p>
        </w:tc>
        <w:tc>
          <w:tcPr>
            <w:tcW w:w="4027" w:type="pct"/>
          </w:tcPr>
          <w:p w14:paraId="0CE94F60" w14:textId="77777777" w:rsidR="001B1581" w:rsidRPr="005B2B7C" w:rsidRDefault="001B1581" w:rsidP="001B1581">
            <w:pPr>
              <w:pStyle w:val="TableParagraph"/>
              <w:tabs>
                <w:tab w:val="left" w:pos="1152"/>
                <w:tab w:val="left" w:pos="1228"/>
              </w:tabs>
              <w:rPr>
                <w:sz w:val="26"/>
                <w:szCs w:val="26"/>
              </w:rPr>
            </w:pPr>
            <w:r w:rsidRPr="005B2B7C">
              <w:rPr>
                <w:sz w:val="26"/>
                <w:szCs w:val="26"/>
              </w:rPr>
              <w:t>Có X       Không □</w:t>
            </w:r>
          </w:p>
          <w:p w14:paraId="6D96D94F" w14:textId="77777777" w:rsidR="001B1581" w:rsidRPr="005B2B7C" w:rsidRDefault="001B1581" w:rsidP="001B1581">
            <w:pPr>
              <w:pStyle w:val="TableParagraph"/>
              <w:tabs>
                <w:tab w:val="left" w:pos="1152"/>
              </w:tabs>
              <w:rPr>
                <w:sz w:val="26"/>
                <w:szCs w:val="26"/>
              </w:rPr>
            </w:pPr>
            <w:r w:rsidRPr="005B2B7C">
              <w:rPr>
                <w:sz w:val="26"/>
                <w:szCs w:val="26"/>
              </w:rPr>
              <w:t>Nêu rõ lý do:……………………………………………………………………………………</w:t>
            </w:r>
          </w:p>
          <w:p w14:paraId="4F1B97D2" w14:textId="77777777" w:rsidR="001B1581" w:rsidRPr="005B2B7C" w:rsidRDefault="001B1581" w:rsidP="001B1581">
            <w:pPr>
              <w:pStyle w:val="TableParagraph"/>
              <w:tabs>
                <w:tab w:val="left" w:pos="1152"/>
              </w:tabs>
              <w:rPr>
                <w:sz w:val="26"/>
                <w:szCs w:val="26"/>
              </w:rPr>
            </w:pPr>
          </w:p>
        </w:tc>
      </w:tr>
      <w:tr w:rsidR="001B1581" w:rsidRPr="005B2B7C" w14:paraId="02595E3D" w14:textId="77777777" w:rsidTr="0052199E">
        <w:tc>
          <w:tcPr>
            <w:tcW w:w="973" w:type="pct"/>
          </w:tcPr>
          <w:p w14:paraId="331D156B" w14:textId="77777777" w:rsidR="001B1581" w:rsidRPr="005B2B7C" w:rsidRDefault="001B1581" w:rsidP="001B1581">
            <w:pPr>
              <w:pStyle w:val="TableParagraph"/>
              <w:tabs>
                <w:tab w:val="left" w:pos="1152"/>
              </w:tabs>
              <w:jc w:val="both"/>
              <w:rPr>
                <w:sz w:val="26"/>
                <w:szCs w:val="26"/>
              </w:rPr>
            </w:pPr>
            <w:r w:rsidRPr="005B2B7C">
              <w:rPr>
                <w:sz w:val="26"/>
                <w:szCs w:val="26"/>
              </w:rPr>
              <w:t>c) Có áp dụng cơ chế liên thông không?</w:t>
            </w:r>
          </w:p>
        </w:tc>
        <w:tc>
          <w:tcPr>
            <w:tcW w:w="4027" w:type="pct"/>
          </w:tcPr>
          <w:p w14:paraId="7DCB82CF" w14:textId="77777777" w:rsidR="001B1581" w:rsidRPr="005B2B7C" w:rsidRDefault="001B1581" w:rsidP="001B1581">
            <w:pPr>
              <w:pStyle w:val="TableParagraph"/>
              <w:tabs>
                <w:tab w:val="left" w:pos="1152"/>
                <w:tab w:val="left" w:pos="1228"/>
              </w:tabs>
              <w:rPr>
                <w:sz w:val="26"/>
                <w:szCs w:val="26"/>
              </w:rPr>
            </w:pPr>
            <w:r w:rsidRPr="005B2B7C">
              <w:rPr>
                <w:sz w:val="26"/>
                <w:szCs w:val="26"/>
              </w:rPr>
              <w:t>Có □       Không X</w:t>
            </w:r>
          </w:p>
          <w:p w14:paraId="03663058" w14:textId="40A10941" w:rsidR="001B1581" w:rsidRPr="005B2B7C" w:rsidRDefault="001B1581" w:rsidP="001B1581">
            <w:pPr>
              <w:pStyle w:val="TableParagraph"/>
              <w:tabs>
                <w:tab w:val="left" w:pos="1152"/>
              </w:tabs>
              <w:rPr>
                <w:sz w:val="26"/>
                <w:szCs w:val="26"/>
              </w:rPr>
            </w:pPr>
            <w:r w:rsidRPr="005B2B7C">
              <w:rPr>
                <w:sz w:val="26"/>
                <w:szCs w:val="26"/>
              </w:rPr>
              <w:t>Nêu rõ lý do: Thủ tục do một cơ quan giải quyết là Ủy ban nhân dân cấp tỉnh nơi dự án đầu tư được triển khai, không phát sinh việc phối hợp giải quyết giữa nhiều cơ quan</w:t>
            </w:r>
          </w:p>
        </w:tc>
      </w:tr>
      <w:tr w:rsidR="001B1581" w:rsidRPr="005B2B7C" w14:paraId="1E25EE49" w14:textId="77777777" w:rsidTr="0052199E">
        <w:tc>
          <w:tcPr>
            <w:tcW w:w="973" w:type="pct"/>
          </w:tcPr>
          <w:p w14:paraId="3980FB77" w14:textId="77777777" w:rsidR="001B1581" w:rsidRPr="005B2B7C" w:rsidRDefault="001B1581" w:rsidP="001B1581">
            <w:pPr>
              <w:pStyle w:val="TableParagraph"/>
              <w:tabs>
                <w:tab w:val="left" w:pos="1152"/>
              </w:tabs>
              <w:jc w:val="both"/>
              <w:rPr>
                <w:sz w:val="26"/>
                <w:szCs w:val="26"/>
              </w:rPr>
            </w:pPr>
            <w:r w:rsidRPr="005B2B7C">
              <w:rPr>
                <w:sz w:val="26"/>
                <w:szCs w:val="26"/>
              </w:rPr>
              <w:t>d) Có quy định việc kiểm tra, đánh giá, xác minh thực tế của cơ quan nhà nước không?</w:t>
            </w:r>
          </w:p>
        </w:tc>
        <w:tc>
          <w:tcPr>
            <w:tcW w:w="4027" w:type="pct"/>
          </w:tcPr>
          <w:p w14:paraId="243BCBA4" w14:textId="77777777" w:rsidR="001B1581" w:rsidRPr="005B2B7C" w:rsidRDefault="001B1581" w:rsidP="001B1581">
            <w:pPr>
              <w:pStyle w:val="TableParagraph"/>
              <w:tabs>
                <w:tab w:val="left" w:pos="1152"/>
                <w:tab w:val="left" w:pos="1228"/>
              </w:tabs>
              <w:rPr>
                <w:sz w:val="26"/>
                <w:szCs w:val="26"/>
              </w:rPr>
            </w:pPr>
            <w:r w:rsidRPr="005B2B7C">
              <w:rPr>
                <w:sz w:val="26"/>
                <w:szCs w:val="26"/>
              </w:rPr>
              <w:t>Có □      Không X</w:t>
            </w:r>
          </w:p>
          <w:p w14:paraId="25002108" w14:textId="77777777" w:rsidR="001B1581" w:rsidRPr="005B2B7C" w:rsidRDefault="001B1581" w:rsidP="001B1581">
            <w:pPr>
              <w:pStyle w:val="TableParagraph"/>
              <w:tabs>
                <w:tab w:val="left" w:pos="1152"/>
              </w:tabs>
              <w:rPr>
                <w:sz w:val="26"/>
                <w:szCs w:val="26"/>
              </w:rPr>
            </w:pPr>
            <w:r w:rsidRPr="005B2B7C">
              <w:rPr>
                <w:sz w:val="26"/>
                <w:szCs w:val="26"/>
              </w:rPr>
              <w:t xml:space="preserve">Nếu Có, nêu rõ nội dung quy định: ……………………………… </w:t>
            </w:r>
          </w:p>
          <w:p w14:paraId="10FFEA34" w14:textId="77777777" w:rsidR="001B1581" w:rsidRPr="005B2B7C" w:rsidRDefault="001B1581" w:rsidP="001B1581">
            <w:pPr>
              <w:pStyle w:val="TableParagraph"/>
              <w:tabs>
                <w:tab w:val="left" w:pos="1152"/>
              </w:tabs>
              <w:rPr>
                <w:sz w:val="26"/>
                <w:szCs w:val="26"/>
              </w:rPr>
            </w:pPr>
            <w:r w:rsidRPr="005B2B7C">
              <w:rPr>
                <w:sz w:val="26"/>
                <w:szCs w:val="26"/>
              </w:rPr>
              <w:t>Lý do quy định:…………………………………………………</w:t>
            </w:r>
          </w:p>
          <w:p w14:paraId="44C88C81" w14:textId="77777777" w:rsidR="001B1581" w:rsidRPr="005B2B7C" w:rsidRDefault="001B1581" w:rsidP="001B1581">
            <w:pPr>
              <w:pStyle w:val="TableParagraph"/>
              <w:tabs>
                <w:tab w:val="left" w:pos="1152"/>
                <w:tab w:val="left" w:pos="4444"/>
                <w:tab w:val="left" w:pos="5438"/>
              </w:tabs>
              <w:rPr>
                <w:sz w:val="26"/>
                <w:szCs w:val="26"/>
              </w:rPr>
            </w:pPr>
            <w:r w:rsidRPr="005B2B7C">
              <w:rPr>
                <w:sz w:val="26"/>
                <w:szCs w:val="26"/>
              </w:rPr>
              <w:t>- Các biện pháp có thể thay thế: Có □       Không X</w:t>
            </w:r>
          </w:p>
          <w:p w14:paraId="5CC312DE" w14:textId="77777777" w:rsidR="001B1581" w:rsidRPr="005B2B7C" w:rsidRDefault="001B1581" w:rsidP="001B1581">
            <w:pPr>
              <w:pStyle w:val="TableParagraph"/>
              <w:tabs>
                <w:tab w:val="left" w:pos="1152"/>
                <w:tab w:val="left" w:pos="4444"/>
                <w:tab w:val="left" w:pos="5438"/>
              </w:tabs>
              <w:rPr>
                <w:sz w:val="26"/>
                <w:szCs w:val="26"/>
              </w:rPr>
            </w:pPr>
            <w:r w:rsidRPr="005B2B7C">
              <w:rPr>
                <w:sz w:val="26"/>
                <w:szCs w:val="26"/>
              </w:rPr>
              <w:t>Nếu Có, nêu rõ lý do vẫn quy định như tại dự thảo:</w:t>
            </w:r>
          </w:p>
          <w:p w14:paraId="42B7BEF7" w14:textId="77777777" w:rsidR="001B1581" w:rsidRPr="005B2B7C" w:rsidRDefault="001B1581" w:rsidP="001B1581">
            <w:pPr>
              <w:pStyle w:val="TableParagraph"/>
              <w:tabs>
                <w:tab w:val="left" w:pos="1152"/>
              </w:tabs>
              <w:rPr>
                <w:sz w:val="26"/>
                <w:szCs w:val="26"/>
              </w:rPr>
            </w:pPr>
            <w:r w:rsidRPr="005B2B7C">
              <w:rPr>
                <w:sz w:val="26"/>
                <w:szCs w:val="26"/>
              </w:rPr>
              <w:t>…………………………………………………………………</w:t>
            </w:r>
          </w:p>
        </w:tc>
      </w:tr>
      <w:tr w:rsidR="001B1581" w:rsidRPr="005B2B7C" w14:paraId="47AB8A72" w14:textId="77777777" w:rsidTr="0052199E">
        <w:tc>
          <w:tcPr>
            <w:tcW w:w="973" w:type="pct"/>
          </w:tcPr>
          <w:p w14:paraId="30333738" w14:textId="77777777" w:rsidR="001B1581" w:rsidRPr="005B2B7C" w:rsidRDefault="001B1581" w:rsidP="001B1581">
            <w:pPr>
              <w:pStyle w:val="TableParagraph"/>
              <w:tabs>
                <w:tab w:val="left" w:pos="1152"/>
              </w:tabs>
              <w:rPr>
                <w:b/>
                <w:sz w:val="26"/>
                <w:szCs w:val="26"/>
              </w:rPr>
            </w:pPr>
            <w:r w:rsidRPr="005B2B7C">
              <w:rPr>
                <w:b/>
                <w:sz w:val="26"/>
                <w:szCs w:val="26"/>
              </w:rPr>
              <w:t>3. Cách thức thực hiện</w:t>
            </w:r>
          </w:p>
        </w:tc>
        <w:tc>
          <w:tcPr>
            <w:tcW w:w="4027" w:type="pct"/>
          </w:tcPr>
          <w:p w14:paraId="37DA2ADF" w14:textId="77777777" w:rsidR="001B1581" w:rsidRPr="005B2B7C" w:rsidRDefault="001B1581" w:rsidP="001B1581">
            <w:pPr>
              <w:pStyle w:val="TableParagraph"/>
              <w:tabs>
                <w:tab w:val="left" w:pos="1152"/>
              </w:tabs>
              <w:rPr>
                <w:sz w:val="26"/>
                <w:szCs w:val="26"/>
              </w:rPr>
            </w:pPr>
          </w:p>
        </w:tc>
      </w:tr>
      <w:tr w:rsidR="001B1581" w:rsidRPr="005B2B7C" w14:paraId="7E6323BC" w14:textId="77777777" w:rsidTr="0052199E">
        <w:tc>
          <w:tcPr>
            <w:tcW w:w="973" w:type="pct"/>
          </w:tcPr>
          <w:p w14:paraId="1AEB24A9" w14:textId="77777777" w:rsidR="001B1581" w:rsidRPr="005B2B7C" w:rsidRDefault="001B1581" w:rsidP="001B1581">
            <w:pPr>
              <w:pStyle w:val="TableParagraph"/>
              <w:tabs>
                <w:tab w:val="left" w:pos="373"/>
                <w:tab w:val="left" w:pos="1152"/>
              </w:tabs>
              <w:jc w:val="both"/>
              <w:rPr>
                <w:sz w:val="26"/>
                <w:szCs w:val="26"/>
              </w:rPr>
            </w:pPr>
            <w:r w:rsidRPr="005B2B7C">
              <w:rPr>
                <w:sz w:val="26"/>
                <w:szCs w:val="26"/>
              </w:rPr>
              <w:t xml:space="preserve">a) Nộp hồ sơ: </w:t>
            </w:r>
          </w:p>
          <w:p w14:paraId="49EA3ACA" w14:textId="77777777" w:rsidR="001B1581" w:rsidRPr="005B2B7C" w:rsidRDefault="001B1581" w:rsidP="001B1581">
            <w:pPr>
              <w:pStyle w:val="TableParagraph"/>
              <w:tabs>
                <w:tab w:val="left" w:pos="373"/>
                <w:tab w:val="left" w:pos="1152"/>
              </w:tabs>
              <w:jc w:val="both"/>
              <w:rPr>
                <w:sz w:val="26"/>
                <w:szCs w:val="26"/>
              </w:rPr>
            </w:pPr>
            <w:r w:rsidRPr="005B2B7C">
              <w:rPr>
                <w:sz w:val="26"/>
                <w:szCs w:val="26"/>
              </w:rPr>
              <w:t>Trực tiếp X</w:t>
            </w:r>
          </w:p>
          <w:p w14:paraId="39DE3797" w14:textId="77777777" w:rsidR="001B1581" w:rsidRPr="005B2B7C" w:rsidRDefault="001B1581" w:rsidP="001B1581">
            <w:pPr>
              <w:pStyle w:val="TableParagraph"/>
              <w:tabs>
                <w:tab w:val="left" w:pos="1152"/>
              </w:tabs>
              <w:jc w:val="both"/>
              <w:rPr>
                <w:sz w:val="26"/>
                <w:szCs w:val="26"/>
              </w:rPr>
            </w:pPr>
            <w:r w:rsidRPr="005B2B7C">
              <w:rPr>
                <w:sz w:val="26"/>
                <w:szCs w:val="26"/>
              </w:rPr>
              <w:t>Bưu chính X</w:t>
            </w:r>
          </w:p>
          <w:p w14:paraId="1D077E63" w14:textId="77777777" w:rsidR="001B1581" w:rsidRPr="005B2B7C" w:rsidRDefault="001B1581" w:rsidP="001B1581">
            <w:pPr>
              <w:pStyle w:val="TableParagraph"/>
              <w:tabs>
                <w:tab w:val="left" w:pos="1152"/>
              </w:tabs>
              <w:jc w:val="both"/>
              <w:rPr>
                <w:sz w:val="26"/>
                <w:szCs w:val="26"/>
              </w:rPr>
            </w:pPr>
            <w:r w:rsidRPr="005B2B7C">
              <w:rPr>
                <w:sz w:val="26"/>
                <w:szCs w:val="26"/>
              </w:rPr>
              <w:t>Điện tử X</w:t>
            </w:r>
          </w:p>
          <w:p w14:paraId="43887056" w14:textId="77777777" w:rsidR="001B1581" w:rsidRPr="005B2B7C" w:rsidRDefault="001B1581" w:rsidP="001B1581">
            <w:pPr>
              <w:pStyle w:val="TableParagraph"/>
              <w:tabs>
                <w:tab w:val="left" w:pos="386"/>
                <w:tab w:val="left" w:pos="1152"/>
              </w:tabs>
              <w:jc w:val="both"/>
              <w:rPr>
                <w:sz w:val="26"/>
                <w:szCs w:val="26"/>
              </w:rPr>
            </w:pPr>
            <w:r w:rsidRPr="005B2B7C">
              <w:rPr>
                <w:sz w:val="26"/>
                <w:szCs w:val="26"/>
              </w:rPr>
              <w:t xml:space="preserve">b) Nhận kết quả: </w:t>
            </w:r>
          </w:p>
          <w:p w14:paraId="644A5AF2" w14:textId="77777777" w:rsidR="001B1581" w:rsidRPr="005B2B7C" w:rsidRDefault="001B1581" w:rsidP="001B1581">
            <w:pPr>
              <w:pStyle w:val="TableParagraph"/>
              <w:tabs>
                <w:tab w:val="left" w:pos="386"/>
                <w:tab w:val="left" w:pos="1152"/>
              </w:tabs>
              <w:jc w:val="both"/>
              <w:rPr>
                <w:sz w:val="26"/>
                <w:szCs w:val="26"/>
              </w:rPr>
            </w:pPr>
            <w:r w:rsidRPr="005B2B7C">
              <w:rPr>
                <w:sz w:val="26"/>
                <w:szCs w:val="26"/>
              </w:rPr>
              <w:t>Trực tiếp X</w:t>
            </w:r>
          </w:p>
          <w:p w14:paraId="138FEF9A" w14:textId="77777777" w:rsidR="001B1581" w:rsidRPr="005B2B7C" w:rsidRDefault="001B1581" w:rsidP="001B1581">
            <w:pPr>
              <w:pStyle w:val="TableParagraph"/>
              <w:tabs>
                <w:tab w:val="left" w:pos="1152"/>
              </w:tabs>
              <w:jc w:val="both"/>
              <w:rPr>
                <w:sz w:val="26"/>
                <w:szCs w:val="26"/>
              </w:rPr>
            </w:pPr>
            <w:r w:rsidRPr="005B2B7C">
              <w:rPr>
                <w:sz w:val="26"/>
                <w:szCs w:val="26"/>
              </w:rPr>
              <w:t>Bưu chính X</w:t>
            </w:r>
          </w:p>
          <w:p w14:paraId="13E799D3" w14:textId="77777777" w:rsidR="001B1581" w:rsidRPr="005B2B7C" w:rsidRDefault="001B1581" w:rsidP="001B1581">
            <w:pPr>
              <w:pStyle w:val="TableParagraph"/>
              <w:tabs>
                <w:tab w:val="left" w:pos="1152"/>
              </w:tabs>
              <w:jc w:val="both"/>
              <w:rPr>
                <w:sz w:val="26"/>
                <w:szCs w:val="26"/>
              </w:rPr>
            </w:pPr>
            <w:r w:rsidRPr="005B2B7C">
              <w:rPr>
                <w:sz w:val="26"/>
                <w:szCs w:val="26"/>
              </w:rPr>
              <w:t>Điện tử X</w:t>
            </w:r>
          </w:p>
        </w:tc>
        <w:tc>
          <w:tcPr>
            <w:tcW w:w="4027" w:type="pct"/>
          </w:tcPr>
          <w:p w14:paraId="3704F3F1" w14:textId="77777777" w:rsidR="001B1581" w:rsidRPr="005B2B7C" w:rsidRDefault="001B1581" w:rsidP="001B1581">
            <w:pPr>
              <w:pStyle w:val="TableParagraph"/>
              <w:tabs>
                <w:tab w:val="left" w:pos="255"/>
                <w:tab w:val="left" w:pos="1152"/>
                <w:tab w:val="left" w:pos="4919"/>
                <w:tab w:val="left" w:pos="6367"/>
              </w:tabs>
              <w:rPr>
                <w:sz w:val="26"/>
                <w:szCs w:val="26"/>
              </w:rPr>
            </w:pPr>
            <w:r w:rsidRPr="005B2B7C">
              <w:rPr>
                <w:sz w:val="26"/>
                <w:szCs w:val="26"/>
              </w:rPr>
              <w:t xml:space="preserve">- Có được quy định rõ ràng, cụ thể không? Có X       Không □ </w:t>
            </w:r>
          </w:p>
          <w:p w14:paraId="540F388B" w14:textId="77777777" w:rsidR="001B1581" w:rsidRPr="005B2B7C" w:rsidRDefault="001B1581" w:rsidP="001B1581">
            <w:pPr>
              <w:pStyle w:val="TableParagraph"/>
              <w:tabs>
                <w:tab w:val="left" w:pos="255"/>
                <w:tab w:val="left" w:pos="1152"/>
                <w:tab w:val="left" w:pos="4919"/>
                <w:tab w:val="left" w:pos="6367"/>
              </w:tabs>
              <w:rPr>
                <w:sz w:val="26"/>
                <w:szCs w:val="26"/>
              </w:rPr>
            </w:pPr>
            <w:r w:rsidRPr="005B2B7C">
              <w:rPr>
                <w:sz w:val="26"/>
                <w:szCs w:val="26"/>
              </w:rPr>
              <w:t>Nêu rõ lý do: …………………………………………………………………</w:t>
            </w:r>
          </w:p>
          <w:p w14:paraId="66F91E16" w14:textId="77777777" w:rsidR="001B1581" w:rsidRPr="005B2B7C" w:rsidRDefault="001B1581" w:rsidP="001B1581">
            <w:pPr>
              <w:pStyle w:val="TableParagraph"/>
              <w:tabs>
                <w:tab w:val="left" w:pos="351"/>
                <w:tab w:val="left" w:pos="1152"/>
                <w:tab w:val="left" w:pos="5303"/>
                <w:tab w:val="left" w:pos="6751"/>
              </w:tabs>
              <w:rPr>
                <w:sz w:val="26"/>
                <w:szCs w:val="26"/>
              </w:rPr>
            </w:pPr>
            <w:r w:rsidRPr="005B2B7C">
              <w:rPr>
                <w:sz w:val="26"/>
                <w:szCs w:val="26"/>
              </w:rPr>
              <w:t>- Có được quy định phù hợp và tạo thuận lợi, tiết kiệm chi phí cho cơ quan nhà nước, cá nhân, tổ chức khi thực hiện không? Có X       Không □</w:t>
            </w:r>
          </w:p>
          <w:p w14:paraId="7E0419EA" w14:textId="77777777" w:rsidR="001B1581" w:rsidRPr="005B2B7C" w:rsidRDefault="001B1581" w:rsidP="001B1581">
            <w:pPr>
              <w:pStyle w:val="TableParagraph"/>
              <w:tabs>
                <w:tab w:val="left" w:pos="1152"/>
              </w:tabs>
              <w:rPr>
                <w:sz w:val="26"/>
                <w:szCs w:val="26"/>
              </w:rPr>
            </w:pPr>
            <w:r w:rsidRPr="005B2B7C">
              <w:rPr>
                <w:sz w:val="26"/>
                <w:szCs w:val="26"/>
              </w:rPr>
              <w:t>Nêu rõ lý do: …………………………………</w:t>
            </w:r>
          </w:p>
        </w:tc>
      </w:tr>
      <w:tr w:rsidR="001B1581" w:rsidRPr="005B2B7C" w14:paraId="1E1F84B3" w14:textId="77777777" w:rsidTr="0052199E">
        <w:tc>
          <w:tcPr>
            <w:tcW w:w="5000" w:type="pct"/>
            <w:gridSpan w:val="2"/>
          </w:tcPr>
          <w:p w14:paraId="3C5EDBB5" w14:textId="77777777" w:rsidR="001B1581" w:rsidRPr="005B2B7C" w:rsidRDefault="001B1581" w:rsidP="001B1581">
            <w:pPr>
              <w:pStyle w:val="TableParagraph"/>
              <w:tabs>
                <w:tab w:val="left" w:pos="1152"/>
              </w:tabs>
              <w:rPr>
                <w:b/>
                <w:sz w:val="26"/>
                <w:szCs w:val="26"/>
              </w:rPr>
            </w:pPr>
            <w:r w:rsidRPr="005B2B7C">
              <w:rPr>
                <w:b/>
                <w:sz w:val="26"/>
                <w:szCs w:val="26"/>
              </w:rPr>
              <w:t>4. Thành phần, số lượng hồ sơ</w:t>
            </w:r>
          </w:p>
        </w:tc>
      </w:tr>
      <w:tr w:rsidR="001B1581" w:rsidRPr="005B2B7C" w14:paraId="23677297" w14:textId="77777777" w:rsidTr="0052199E">
        <w:tc>
          <w:tcPr>
            <w:tcW w:w="973" w:type="pct"/>
          </w:tcPr>
          <w:p w14:paraId="3A32879E" w14:textId="485F04D7" w:rsidR="001B1581" w:rsidRPr="005B2B7C" w:rsidRDefault="001B1581" w:rsidP="001B1581">
            <w:pPr>
              <w:pStyle w:val="TableParagraph"/>
              <w:tabs>
                <w:tab w:val="left" w:pos="1152"/>
              </w:tabs>
              <w:jc w:val="both"/>
              <w:rPr>
                <w:sz w:val="26"/>
                <w:szCs w:val="26"/>
              </w:rPr>
            </w:pPr>
            <w:r w:rsidRPr="005B2B7C">
              <w:rPr>
                <w:sz w:val="26"/>
                <w:szCs w:val="26"/>
              </w:rPr>
              <w:t xml:space="preserve">a) Văn bản đề nghị cấp Giấy chứng nhận chuyển giao công nghệ khuyến </w:t>
            </w:r>
            <w:r w:rsidRPr="005B2B7C">
              <w:rPr>
                <w:sz w:val="26"/>
                <w:szCs w:val="26"/>
              </w:rPr>
              <w:lastRenderedPageBreak/>
              <w:t xml:space="preserve">khích chuyển giao </w:t>
            </w:r>
          </w:p>
        </w:tc>
        <w:tc>
          <w:tcPr>
            <w:tcW w:w="4027" w:type="pct"/>
          </w:tcPr>
          <w:p w14:paraId="3F8981E7" w14:textId="4DFCE941" w:rsidR="001B1581" w:rsidRPr="005B2B7C" w:rsidRDefault="001B1581" w:rsidP="001B1581">
            <w:pPr>
              <w:pStyle w:val="TableParagraph"/>
              <w:tabs>
                <w:tab w:val="left" w:pos="255"/>
                <w:tab w:val="left" w:pos="1152"/>
              </w:tabs>
              <w:rPr>
                <w:sz w:val="26"/>
                <w:szCs w:val="26"/>
              </w:rPr>
            </w:pPr>
            <w:r w:rsidRPr="005B2B7C">
              <w:rPr>
                <w:sz w:val="26"/>
                <w:szCs w:val="26"/>
              </w:rPr>
              <w:lastRenderedPageBreak/>
              <w:t>- Nêu rõ lý do quy định thành phần hồ sơ: Văn bản đề nghị của tổ chức/cá nhân</w:t>
            </w:r>
          </w:p>
          <w:p w14:paraId="19495C07" w14:textId="77777777" w:rsidR="001B1581" w:rsidRPr="005B2B7C" w:rsidRDefault="001B1581" w:rsidP="001B1581">
            <w:pPr>
              <w:pStyle w:val="TableParagraph"/>
              <w:tabs>
                <w:tab w:val="left" w:pos="255"/>
                <w:tab w:val="left" w:pos="1152"/>
              </w:tabs>
              <w:rPr>
                <w:sz w:val="26"/>
                <w:szCs w:val="26"/>
              </w:rPr>
            </w:pPr>
            <w:r w:rsidRPr="005B2B7C">
              <w:rPr>
                <w:sz w:val="26"/>
                <w:szCs w:val="26"/>
              </w:rPr>
              <w:t>- Yêu cầu về hình thức: Bản chính, đóng dấu.</w:t>
            </w:r>
          </w:p>
          <w:p w14:paraId="2E5C3B9B" w14:textId="7CECE644" w:rsidR="001B1581" w:rsidRPr="005B2B7C" w:rsidRDefault="001B1581" w:rsidP="001B1581">
            <w:pPr>
              <w:pStyle w:val="TableParagraph"/>
              <w:tabs>
                <w:tab w:val="left" w:pos="255"/>
                <w:tab w:val="left" w:pos="1152"/>
              </w:tabs>
              <w:rPr>
                <w:sz w:val="26"/>
                <w:szCs w:val="26"/>
              </w:rPr>
            </w:pPr>
            <w:r w:rsidRPr="005B2B7C">
              <w:rPr>
                <w:sz w:val="26"/>
                <w:szCs w:val="26"/>
              </w:rPr>
              <w:t xml:space="preserve">Lý do quy định: </w:t>
            </w:r>
            <w:bookmarkStart w:id="1" w:name="bieumau_ms_1"/>
            <w:r w:rsidRPr="005B2B7C">
              <w:rPr>
                <w:sz w:val="26"/>
                <w:szCs w:val="26"/>
              </w:rPr>
              <w:t xml:space="preserve"> Theo Mẫu số 01 Phụ lục ban hành kèm theo Quyết định số 12/2023/QĐ-TTg, nay được thay </w:t>
            </w:r>
            <w:r w:rsidRPr="005B2B7C">
              <w:rPr>
                <w:sz w:val="26"/>
                <w:szCs w:val="26"/>
              </w:rPr>
              <w:lastRenderedPageBreak/>
              <w:t>thế bằng Mẫu số 02 Phụ lục ban hành kèm theo Quyết định số 02/2026/QĐ-TTg</w:t>
            </w:r>
            <w:bookmarkEnd w:id="1"/>
            <w:r w:rsidRPr="005B2B7C">
              <w:rPr>
                <w:sz w:val="26"/>
                <w:szCs w:val="26"/>
              </w:rPr>
              <w:t>.</w:t>
            </w:r>
          </w:p>
        </w:tc>
      </w:tr>
      <w:tr w:rsidR="001B1581" w:rsidRPr="005B2B7C" w14:paraId="539B1EA8" w14:textId="77777777" w:rsidTr="0052199E">
        <w:tc>
          <w:tcPr>
            <w:tcW w:w="973" w:type="pct"/>
          </w:tcPr>
          <w:p w14:paraId="727E29DF" w14:textId="4D70FCAD" w:rsidR="001B1581" w:rsidRPr="005B2B7C" w:rsidRDefault="00BD4714" w:rsidP="00BD4714">
            <w:pPr>
              <w:pStyle w:val="TableParagraph"/>
              <w:tabs>
                <w:tab w:val="left" w:pos="1152"/>
              </w:tabs>
              <w:jc w:val="both"/>
              <w:rPr>
                <w:sz w:val="26"/>
                <w:szCs w:val="26"/>
                <w:lang w:val="vi-VN"/>
              </w:rPr>
            </w:pPr>
            <w:r w:rsidRPr="005B2B7C">
              <w:rPr>
                <w:sz w:val="26"/>
                <w:szCs w:val="26"/>
                <w:lang w:val="vi-VN"/>
              </w:rPr>
              <w:lastRenderedPageBreak/>
              <w:t>b) Bản chính hoặc bản sao có chứng thực văn bản thỏa thuận chuyển giao công nghệ bằng tiếng Việt hoặc bản dịch sang tiếng Việt có công chứng hoặc chứng thực đối với văn bản thỏa thuận chuyển giao công nghệ bằng tiếng nước ngoài</w:t>
            </w:r>
          </w:p>
        </w:tc>
        <w:tc>
          <w:tcPr>
            <w:tcW w:w="4027" w:type="pct"/>
          </w:tcPr>
          <w:p w14:paraId="6D193E87" w14:textId="5D68884C" w:rsidR="001B1581" w:rsidRPr="005B2B7C" w:rsidRDefault="001B1581" w:rsidP="001B1581">
            <w:pPr>
              <w:pStyle w:val="TableParagraph"/>
              <w:tabs>
                <w:tab w:val="left" w:pos="255"/>
                <w:tab w:val="left" w:pos="1152"/>
              </w:tabs>
              <w:jc w:val="both"/>
              <w:rPr>
                <w:sz w:val="26"/>
                <w:szCs w:val="26"/>
                <w:lang w:val="vi-VN"/>
              </w:rPr>
            </w:pPr>
            <w:r w:rsidRPr="005B2B7C">
              <w:rPr>
                <w:sz w:val="26"/>
                <w:szCs w:val="26"/>
                <w:lang w:val="vi-VN"/>
              </w:rPr>
              <w:t xml:space="preserve">- Nêu rõ lý do quy định thành phần hồ sơ: </w:t>
            </w:r>
            <w:r w:rsidR="00BD4714" w:rsidRPr="005B2B7C">
              <w:rPr>
                <w:sz w:val="26"/>
                <w:szCs w:val="26"/>
                <w:lang w:val="vi-VN"/>
              </w:rPr>
              <w:t>Thoả thuận chuyển giao công nghệ khuyến khích chuyển giao</w:t>
            </w:r>
            <w:r w:rsidRPr="005B2B7C">
              <w:rPr>
                <w:sz w:val="26"/>
                <w:szCs w:val="26"/>
                <w:lang w:val="vi-VN"/>
              </w:rPr>
              <w:t>.</w:t>
            </w:r>
          </w:p>
          <w:p w14:paraId="7C80BE3F" w14:textId="7A5E3444" w:rsidR="001B1581" w:rsidRPr="005B2B7C" w:rsidRDefault="001B1581" w:rsidP="001B1581">
            <w:pPr>
              <w:pStyle w:val="TableParagraph"/>
              <w:tabs>
                <w:tab w:val="left" w:pos="255"/>
                <w:tab w:val="left" w:pos="1152"/>
              </w:tabs>
              <w:rPr>
                <w:sz w:val="26"/>
                <w:szCs w:val="26"/>
                <w:lang w:val="vi-VN"/>
              </w:rPr>
            </w:pPr>
            <w:r w:rsidRPr="005B2B7C">
              <w:rPr>
                <w:sz w:val="26"/>
                <w:szCs w:val="26"/>
                <w:lang w:val="vi-VN"/>
              </w:rPr>
              <w:t>- Yêu cầu về hình thức: Bản chính, đóng dấu</w:t>
            </w:r>
            <w:r w:rsidR="00BD4714" w:rsidRPr="005B2B7C">
              <w:rPr>
                <w:sz w:val="26"/>
                <w:szCs w:val="26"/>
                <w:lang w:val="vi-VN"/>
              </w:rPr>
              <w:t xml:space="preserve"> hoặc văn bản được chứng thực</w:t>
            </w:r>
          </w:p>
          <w:p w14:paraId="720F64CE" w14:textId="658F8BEF" w:rsidR="001B1581" w:rsidRPr="005B2B7C" w:rsidRDefault="001B1581" w:rsidP="001B1581">
            <w:pPr>
              <w:pStyle w:val="TableParagraph"/>
              <w:tabs>
                <w:tab w:val="left" w:pos="320"/>
                <w:tab w:val="left" w:pos="1152"/>
              </w:tabs>
              <w:rPr>
                <w:sz w:val="26"/>
                <w:szCs w:val="26"/>
                <w:lang w:val="vi-VN"/>
              </w:rPr>
            </w:pPr>
            <w:r w:rsidRPr="005B2B7C">
              <w:rPr>
                <w:sz w:val="26"/>
                <w:szCs w:val="26"/>
                <w:lang w:val="vi-VN"/>
              </w:rPr>
              <w:t xml:space="preserve">Lý do quy định: </w:t>
            </w:r>
            <w:r w:rsidR="00BD4714" w:rsidRPr="005B2B7C">
              <w:rPr>
                <w:rFonts w:ascii="Arial" w:hAnsi="Arial" w:cs="Arial"/>
                <w:sz w:val="20"/>
                <w:lang w:val="vi-VN"/>
              </w:rPr>
              <w:t xml:space="preserve"> </w:t>
            </w:r>
            <w:r w:rsidR="00BD4714" w:rsidRPr="005B2B7C">
              <w:rPr>
                <w:sz w:val="26"/>
                <w:szCs w:val="26"/>
                <w:lang w:val="vi-VN"/>
              </w:rPr>
              <w:t>văn bản thỏa thuận chuyển giao công nghệ giữa hai bên</w:t>
            </w:r>
          </w:p>
        </w:tc>
      </w:tr>
      <w:tr w:rsidR="001B1581" w:rsidRPr="005B2B7C" w14:paraId="14048A3B" w14:textId="77777777" w:rsidTr="0052199E">
        <w:tc>
          <w:tcPr>
            <w:tcW w:w="973" w:type="pct"/>
          </w:tcPr>
          <w:p w14:paraId="00F3FB8F" w14:textId="2FA42A66" w:rsidR="001B1581" w:rsidRPr="005B2B7C" w:rsidRDefault="00BD4714" w:rsidP="001B1581">
            <w:pPr>
              <w:pStyle w:val="TableParagraph"/>
              <w:tabs>
                <w:tab w:val="left" w:pos="1152"/>
              </w:tabs>
              <w:jc w:val="both"/>
              <w:rPr>
                <w:sz w:val="26"/>
                <w:szCs w:val="26"/>
                <w:lang w:val="vi-VN"/>
              </w:rPr>
            </w:pPr>
            <w:r w:rsidRPr="005B2B7C">
              <w:rPr>
                <w:sz w:val="26"/>
                <w:szCs w:val="26"/>
                <w:lang w:val="vi-VN"/>
              </w:rPr>
              <w:t xml:space="preserve">c) Thuyết minh nội dung chuyển giao công nghệ khuyến khích chuyển giao trong văn bản thỏa thuận chuyển giao công nghệ </w:t>
            </w:r>
          </w:p>
        </w:tc>
        <w:tc>
          <w:tcPr>
            <w:tcW w:w="4027" w:type="pct"/>
          </w:tcPr>
          <w:p w14:paraId="2B065F56" w14:textId="7CD4939C" w:rsidR="001B1581" w:rsidRPr="005B2B7C" w:rsidRDefault="001B1581" w:rsidP="001B1581">
            <w:pPr>
              <w:pStyle w:val="TableParagraph"/>
              <w:tabs>
                <w:tab w:val="left" w:pos="255"/>
                <w:tab w:val="left" w:pos="1152"/>
              </w:tabs>
              <w:jc w:val="both"/>
              <w:rPr>
                <w:sz w:val="26"/>
                <w:szCs w:val="26"/>
                <w:lang w:val="vi-VN"/>
              </w:rPr>
            </w:pPr>
            <w:r w:rsidRPr="005B2B7C">
              <w:rPr>
                <w:sz w:val="26"/>
                <w:szCs w:val="26"/>
                <w:lang w:val="vi-VN"/>
              </w:rPr>
              <w:t xml:space="preserve">- Nêu rõ lý do quy định thành phần hồ sơ: </w:t>
            </w:r>
            <w:r w:rsidR="00BD4714" w:rsidRPr="005B2B7C">
              <w:rPr>
                <w:sz w:val="26"/>
                <w:szCs w:val="26"/>
                <w:lang w:val="vi-VN"/>
              </w:rPr>
              <w:t xml:space="preserve"> Tài liệu, thuyết minh mô tả chi tiết về công nghệ trong thảo thuận nêu trên.</w:t>
            </w:r>
          </w:p>
          <w:p w14:paraId="2E843D89" w14:textId="0C9C9BF4" w:rsidR="001B1581" w:rsidRPr="005B2B7C" w:rsidRDefault="001B1581" w:rsidP="001B1581">
            <w:pPr>
              <w:pStyle w:val="TableParagraph"/>
              <w:tabs>
                <w:tab w:val="left" w:pos="255"/>
                <w:tab w:val="left" w:pos="1152"/>
              </w:tabs>
              <w:rPr>
                <w:sz w:val="26"/>
                <w:szCs w:val="26"/>
                <w:lang w:val="vi-VN"/>
              </w:rPr>
            </w:pPr>
            <w:r w:rsidRPr="005B2B7C">
              <w:rPr>
                <w:sz w:val="26"/>
                <w:szCs w:val="26"/>
                <w:lang w:val="vi-VN"/>
              </w:rPr>
              <w:t xml:space="preserve">- Yêu cầu về hình thức: </w:t>
            </w:r>
            <w:r w:rsidR="00BD4714" w:rsidRPr="005B2B7C">
              <w:rPr>
                <w:sz w:val="26"/>
                <w:szCs w:val="26"/>
                <w:lang w:val="vi-VN"/>
              </w:rPr>
              <w:t>Bản chính</w:t>
            </w:r>
            <w:r w:rsidRPr="005B2B7C">
              <w:rPr>
                <w:sz w:val="26"/>
                <w:szCs w:val="26"/>
                <w:lang w:val="vi-VN"/>
              </w:rPr>
              <w:t>.</w:t>
            </w:r>
          </w:p>
          <w:p w14:paraId="22398734" w14:textId="772377B3" w:rsidR="001B1581" w:rsidRPr="005B2B7C" w:rsidRDefault="001B1581" w:rsidP="001B1581">
            <w:pPr>
              <w:pStyle w:val="TableParagraph"/>
              <w:tabs>
                <w:tab w:val="left" w:pos="1152"/>
                <w:tab w:val="left" w:pos="1293"/>
              </w:tabs>
              <w:rPr>
                <w:sz w:val="26"/>
                <w:szCs w:val="26"/>
                <w:lang w:val="vi-VN"/>
              </w:rPr>
            </w:pPr>
            <w:r w:rsidRPr="005B2B7C">
              <w:rPr>
                <w:sz w:val="26"/>
                <w:szCs w:val="26"/>
                <w:lang w:val="vi-VN"/>
              </w:rPr>
              <w:t xml:space="preserve">Lý do quy định: </w:t>
            </w:r>
            <w:bookmarkStart w:id="2" w:name="bieumau_ms_2"/>
            <w:bookmarkEnd w:id="2"/>
            <w:r w:rsidR="00BD4714" w:rsidRPr="005B2B7C">
              <w:rPr>
                <w:sz w:val="26"/>
                <w:szCs w:val="26"/>
                <w:lang w:val="vi-VN"/>
              </w:rPr>
              <w:t xml:space="preserve"> Mẫu số 02 Phụ lục ban hành kèm theo Quyết định số 12/2023/QĐ-TTg</w:t>
            </w:r>
          </w:p>
        </w:tc>
      </w:tr>
      <w:tr w:rsidR="001B1581" w:rsidRPr="005B2B7C" w14:paraId="36EC2A7E" w14:textId="77777777" w:rsidTr="0052199E">
        <w:tc>
          <w:tcPr>
            <w:tcW w:w="973" w:type="pct"/>
          </w:tcPr>
          <w:p w14:paraId="0D37BB56" w14:textId="398D5FD1" w:rsidR="001B1581" w:rsidRPr="005B2B7C" w:rsidRDefault="001B1581" w:rsidP="001B1581">
            <w:pPr>
              <w:pStyle w:val="TableParagraph"/>
              <w:tabs>
                <w:tab w:val="left" w:pos="1152"/>
              </w:tabs>
              <w:jc w:val="both"/>
              <w:rPr>
                <w:sz w:val="26"/>
                <w:szCs w:val="26"/>
                <w:lang w:val="vi-VN"/>
              </w:rPr>
            </w:pPr>
            <w:r w:rsidRPr="005B2B7C">
              <w:rPr>
                <w:sz w:val="26"/>
                <w:szCs w:val="26"/>
                <w:lang w:val="vi-VN"/>
              </w:rPr>
              <w:t xml:space="preserve">d) </w:t>
            </w:r>
            <w:r w:rsidR="00CA1831" w:rsidRPr="005B2B7C">
              <w:rPr>
                <w:sz w:val="26"/>
                <w:szCs w:val="26"/>
                <w:lang w:val="vi-VN"/>
              </w:rPr>
              <w:t>Báo cáo triển khai hoạt động chuyển giao công nghệ khuyến khích chuyển giao theo nội dung trong văn bản thỏa thuận chuyển giao công nghệ có xác nhận của đầy đủ các bên tham gia chuyển giao công nghệ.</w:t>
            </w:r>
          </w:p>
        </w:tc>
        <w:tc>
          <w:tcPr>
            <w:tcW w:w="4027" w:type="pct"/>
          </w:tcPr>
          <w:p w14:paraId="346EAAD6" w14:textId="0A8A397D" w:rsidR="00CA1831" w:rsidRPr="005B2B7C" w:rsidRDefault="00CA1831" w:rsidP="00CA1831">
            <w:pPr>
              <w:pStyle w:val="TableParagraph"/>
              <w:tabs>
                <w:tab w:val="left" w:pos="255"/>
                <w:tab w:val="left" w:pos="1152"/>
              </w:tabs>
              <w:jc w:val="both"/>
              <w:rPr>
                <w:sz w:val="26"/>
                <w:szCs w:val="26"/>
                <w:lang w:val="vi-VN"/>
              </w:rPr>
            </w:pPr>
            <w:r w:rsidRPr="005B2B7C">
              <w:rPr>
                <w:sz w:val="26"/>
                <w:szCs w:val="26"/>
                <w:lang w:val="vi-VN"/>
              </w:rPr>
              <w:t>- Nêu rõ lý do quy định thành phần hồ sơ:  Báo cáo triển khai thể hiện rõ hoạt động chuyển giao đã được thực hiện thế nào, kết quả và đã đúng theo tiến độ cam kết chưa và các minh chứng liên quan.</w:t>
            </w:r>
          </w:p>
          <w:p w14:paraId="149C9DED" w14:textId="77777777" w:rsidR="00CA1831" w:rsidRPr="005B2B7C" w:rsidRDefault="00CA1831" w:rsidP="00CA1831">
            <w:pPr>
              <w:pStyle w:val="TableParagraph"/>
              <w:tabs>
                <w:tab w:val="left" w:pos="255"/>
                <w:tab w:val="left" w:pos="1152"/>
              </w:tabs>
              <w:rPr>
                <w:sz w:val="26"/>
                <w:szCs w:val="26"/>
                <w:lang w:val="vi-VN"/>
              </w:rPr>
            </w:pPr>
            <w:r w:rsidRPr="005B2B7C">
              <w:rPr>
                <w:sz w:val="26"/>
                <w:szCs w:val="26"/>
                <w:lang w:val="vi-VN"/>
              </w:rPr>
              <w:t>- Yêu cầu về hình thức: Bản chính.</w:t>
            </w:r>
          </w:p>
          <w:p w14:paraId="4246F32F" w14:textId="26B4144D" w:rsidR="001B1581" w:rsidRPr="005B2B7C" w:rsidRDefault="00CA1831" w:rsidP="00CA1831">
            <w:pPr>
              <w:pStyle w:val="TableParagraph"/>
              <w:tabs>
                <w:tab w:val="left" w:pos="1152"/>
              </w:tabs>
              <w:rPr>
                <w:sz w:val="26"/>
                <w:szCs w:val="26"/>
                <w:lang w:val="vi-VN"/>
              </w:rPr>
            </w:pPr>
            <w:r w:rsidRPr="005B2B7C">
              <w:rPr>
                <w:sz w:val="26"/>
                <w:szCs w:val="26"/>
                <w:lang w:val="vi-VN"/>
              </w:rPr>
              <w:t>Lý do quy định:  Mẫu số 03 Phụ lục ban hành kèm theo Quyết định số 12/2023/QĐ-TTg.</w:t>
            </w:r>
          </w:p>
        </w:tc>
      </w:tr>
      <w:tr w:rsidR="001B1581" w:rsidRPr="005B2B7C" w14:paraId="611F52CD" w14:textId="77777777" w:rsidTr="0052199E">
        <w:tc>
          <w:tcPr>
            <w:tcW w:w="973" w:type="pct"/>
          </w:tcPr>
          <w:p w14:paraId="1D26E424" w14:textId="77777777" w:rsidR="001B1581" w:rsidRPr="005B2B7C" w:rsidRDefault="001B1581" w:rsidP="001B1581">
            <w:pPr>
              <w:pStyle w:val="TableParagraph"/>
              <w:tabs>
                <w:tab w:val="left" w:pos="1152"/>
              </w:tabs>
              <w:jc w:val="both"/>
              <w:rPr>
                <w:sz w:val="26"/>
                <w:szCs w:val="26"/>
                <w:lang w:val="vi-VN"/>
              </w:rPr>
            </w:pPr>
            <w:r w:rsidRPr="005B2B7C">
              <w:rPr>
                <w:sz w:val="26"/>
                <w:szCs w:val="26"/>
                <w:lang w:val="vi-VN"/>
              </w:rPr>
              <w:t>đ) Số lượng bộ hồ sơ: 01</w:t>
            </w:r>
          </w:p>
        </w:tc>
        <w:tc>
          <w:tcPr>
            <w:tcW w:w="4027" w:type="pct"/>
          </w:tcPr>
          <w:p w14:paraId="780AEDAD" w14:textId="727D1BB9" w:rsidR="001B1581" w:rsidRPr="005B2B7C" w:rsidRDefault="001B1581" w:rsidP="001B1581">
            <w:pPr>
              <w:pStyle w:val="TableParagraph"/>
              <w:tabs>
                <w:tab w:val="left" w:pos="1152"/>
              </w:tabs>
              <w:rPr>
                <w:sz w:val="26"/>
                <w:szCs w:val="26"/>
                <w:lang w:val="vi-VN"/>
              </w:rPr>
            </w:pPr>
            <w:r w:rsidRPr="005B2B7C">
              <w:rPr>
                <w:sz w:val="26"/>
                <w:szCs w:val="26"/>
                <w:lang w:val="vi-VN"/>
              </w:rPr>
              <w:t xml:space="preserve">Lý do </w:t>
            </w:r>
            <w:r w:rsidRPr="005B2B7C">
              <w:rPr>
                <w:i/>
                <w:sz w:val="26"/>
                <w:szCs w:val="26"/>
                <w:lang w:val="vi-VN"/>
              </w:rPr>
              <w:t>(nếu quy định từ 02 bộ hồ sơ trở lên):</w:t>
            </w:r>
            <w:r w:rsidR="00CA1831" w:rsidRPr="005B2B7C">
              <w:rPr>
                <w:sz w:val="26"/>
                <w:szCs w:val="26"/>
                <w:lang w:val="vi-VN"/>
              </w:rPr>
              <w:t xml:space="preserve"> Chỉ quy định 01 bộ hồ sơ</w:t>
            </w:r>
          </w:p>
          <w:p w14:paraId="564CF351" w14:textId="77777777" w:rsidR="001B1581" w:rsidRPr="005B2B7C" w:rsidRDefault="001B1581" w:rsidP="001B1581">
            <w:pPr>
              <w:pStyle w:val="TableParagraph"/>
              <w:tabs>
                <w:tab w:val="left" w:pos="1152"/>
              </w:tabs>
              <w:rPr>
                <w:sz w:val="26"/>
                <w:szCs w:val="26"/>
                <w:lang w:val="vi-VN"/>
              </w:rPr>
            </w:pPr>
          </w:p>
        </w:tc>
      </w:tr>
      <w:tr w:rsidR="001B1581" w:rsidRPr="005B2B7C" w14:paraId="00DF990F" w14:textId="77777777" w:rsidTr="0052199E">
        <w:tc>
          <w:tcPr>
            <w:tcW w:w="5000" w:type="pct"/>
            <w:gridSpan w:val="2"/>
          </w:tcPr>
          <w:p w14:paraId="09B85D4A" w14:textId="77777777" w:rsidR="001B1581" w:rsidRPr="005B2B7C" w:rsidRDefault="001B1581" w:rsidP="001B1581">
            <w:pPr>
              <w:pStyle w:val="TableParagraph"/>
              <w:tabs>
                <w:tab w:val="left" w:pos="1152"/>
              </w:tabs>
              <w:rPr>
                <w:b/>
                <w:sz w:val="26"/>
                <w:szCs w:val="26"/>
              </w:rPr>
            </w:pPr>
            <w:r w:rsidRPr="005B2B7C">
              <w:rPr>
                <w:b/>
                <w:sz w:val="26"/>
                <w:szCs w:val="26"/>
              </w:rPr>
              <w:t>5. Thời hạn giải quyết</w:t>
            </w:r>
          </w:p>
        </w:tc>
      </w:tr>
      <w:tr w:rsidR="001B1581" w:rsidRPr="005B2B7C" w14:paraId="7EAB4C51" w14:textId="77777777" w:rsidTr="0052199E">
        <w:tc>
          <w:tcPr>
            <w:tcW w:w="973" w:type="pct"/>
          </w:tcPr>
          <w:p w14:paraId="1CFF7844" w14:textId="77777777" w:rsidR="001B1581" w:rsidRPr="005B2B7C" w:rsidRDefault="001B1581" w:rsidP="001B1581">
            <w:pPr>
              <w:pStyle w:val="TableParagraph"/>
              <w:tabs>
                <w:tab w:val="left" w:pos="1152"/>
              </w:tabs>
              <w:jc w:val="both"/>
              <w:rPr>
                <w:sz w:val="26"/>
                <w:szCs w:val="26"/>
              </w:rPr>
            </w:pPr>
            <w:r w:rsidRPr="005B2B7C">
              <w:rPr>
                <w:sz w:val="26"/>
                <w:szCs w:val="26"/>
              </w:rPr>
              <w:lastRenderedPageBreak/>
              <w:t>a) Có được quy định rõ ràng, cụ thể và phù hợp không?</w:t>
            </w:r>
          </w:p>
        </w:tc>
        <w:tc>
          <w:tcPr>
            <w:tcW w:w="4027" w:type="pct"/>
          </w:tcPr>
          <w:p w14:paraId="0FB59BCE" w14:textId="77777777" w:rsidR="001B1581" w:rsidRPr="005B2B7C" w:rsidRDefault="001B1581" w:rsidP="001B1581">
            <w:pPr>
              <w:pStyle w:val="TableParagraph"/>
              <w:tabs>
                <w:tab w:val="left" w:pos="255"/>
                <w:tab w:val="left" w:pos="1152"/>
                <w:tab w:val="left" w:pos="1379"/>
              </w:tabs>
              <w:rPr>
                <w:sz w:val="26"/>
                <w:szCs w:val="26"/>
              </w:rPr>
            </w:pPr>
            <w:r w:rsidRPr="005B2B7C">
              <w:rPr>
                <w:sz w:val="26"/>
                <w:szCs w:val="26"/>
              </w:rPr>
              <w:t>- Có X       Không □</w:t>
            </w:r>
          </w:p>
          <w:p w14:paraId="4526D74F" w14:textId="657B94A1" w:rsidR="001B1581" w:rsidRPr="005B2B7C" w:rsidRDefault="001B1581" w:rsidP="001B1581">
            <w:pPr>
              <w:pStyle w:val="TableParagraph"/>
              <w:tabs>
                <w:tab w:val="left" w:pos="255"/>
                <w:tab w:val="left" w:pos="1152"/>
              </w:tabs>
              <w:rPr>
                <w:sz w:val="26"/>
                <w:szCs w:val="26"/>
              </w:rPr>
            </w:pPr>
            <w:r w:rsidRPr="005B2B7C">
              <w:rPr>
                <w:sz w:val="26"/>
                <w:szCs w:val="26"/>
              </w:rPr>
              <w:t>- Nêu rõ thời hạn giải quyết thủ tục hành chính: 1</w:t>
            </w:r>
            <w:r w:rsidR="004D0CBB" w:rsidRPr="005B2B7C">
              <w:rPr>
                <w:sz w:val="26"/>
                <w:szCs w:val="26"/>
              </w:rPr>
              <w:t>2</w:t>
            </w:r>
            <w:r w:rsidRPr="005B2B7C">
              <w:rPr>
                <w:sz w:val="26"/>
                <w:szCs w:val="26"/>
              </w:rPr>
              <w:t xml:space="preserve"> ngày làm việc (gồm 02 ngày làm việc kiểm tra tính đầy đủ, hợp lệ của hồ sơ và 10 ngày làm việc kể từ ngày nhận được hồ sơ đầy đủ, hợp lệ). </w:t>
            </w:r>
          </w:p>
          <w:p w14:paraId="7E1ECCFF" w14:textId="1DD1D93E" w:rsidR="001B1581" w:rsidRPr="005B2B7C" w:rsidRDefault="001B1581" w:rsidP="001B1581">
            <w:pPr>
              <w:pStyle w:val="TableParagraph"/>
              <w:tabs>
                <w:tab w:val="left" w:pos="255"/>
                <w:tab w:val="left" w:pos="1152"/>
              </w:tabs>
              <w:rPr>
                <w:sz w:val="26"/>
                <w:szCs w:val="26"/>
              </w:rPr>
            </w:pPr>
            <w:r w:rsidRPr="005B2B7C">
              <w:rPr>
                <w:sz w:val="26"/>
                <w:szCs w:val="26"/>
              </w:rPr>
              <w:t xml:space="preserve">Lý do quy định: </w:t>
            </w:r>
            <w:r w:rsidR="004D0CBB" w:rsidRPr="005B2B7C">
              <w:rPr>
                <w:sz w:val="26"/>
                <w:szCs w:val="26"/>
              </w:rPr>
              <w:t>Tại Quyết định 12/2023/QĐ-TTg quy định thời gian giải quyết TTHC là 18 ngày làm việc, để thực thi phương án cắt giảm đơn giản hoá TTHC tại Quyết định số 02/2026/QĐ-TTg đã cắt giảm còn 12 ngày làm việc.</w:t>
            </w:r>
          </w:p>
        </w:tc>
      </w:tr>
      <w:tr w:rsidR="001B1581" w:rsidRPr="005B2B7C" w14:paraId="1484AA04" w14:textId="77777777" w:rsidTr="0052199E">
        <w:tc>
          <w:tcPr>
            <w:tcW w:w="973" w:type="pct"/>
          </w:tcPr>
          <w:p w14:paraId="0C9BBF08" w14:textId="77777777" w:rsidR="001B1581" w:rsidRPr="005B2B7C" w:rsidRDefault="001B1581" w:rsidP="001B1581">
            <w:pPr>
              <w:pStyle w:val="TableParagraph"/>
              <w:tabs>
                <w:tab w:val="left" w:pos="1152"/>
              </w:tabs>
              <w:jc w:val="both"/>
              <w:rPr>
                <w:sz w:val="26"/>
                <w:szCs w:val="26"/>
              </w:rPr>
            </w:pPr>
            <w:r w:rsidRPr="005B2B7C">
              <w:rPr>
                <w:sz w:val="26"/>
                <w:szCs w:val="26"/>
              </w:rPr>
              <w:t>b) Trong trường hợp một thủ tục hành chính do nhiều cơ quan có thẩm quyền giải quyết, đã quy định rõ ràng, đầy đủ thời hạn giải quyết của từng cơ quan và thời hạn chuyển giao hồ sơ giữa các cơ quan?</w:t>
            </w:r>
          </w:p>
        </w:tc>
        <w:tc>
          <w:tcPr>
            <w:tcW w:w="4027" w:type="pct"/>
          </w:tcPr>
          <w:p w14:paraId="4DFC5645" w14:textId="77777777" w:rsidR="001B1581" w:rsidRPr="005B2B7C" w:rsidRDefault="001B1581" w:rsidP="001B1581">
            <w:pPr>
              <w:pStyle w:val="TableParagraph"/>
              <w:tabs>
                <w:tab w:val="left" w:pos="1152"/>
                <w:tab w:val="left" w:pos="1293"/>
              </w:tabs>
              <w:rPr>
                <w:sz w:val="26"/>
                <w:szCs w:val="26"/>
              </w:rPr>
            </w:pPr>
            <w:r w:rsidRPr="005B2B7C">
              <w:rPr>
                <w:sz w:val="26"/>
                <w:szCs w:val="26"/>
              </w:rPr>
              <w:t>Có □       Không □</w:t>
            </w:r>
          </w:p>
          <w:p w14:paraId="64867007" w14:textId="77777777" w:rsidR="001B1581" w:rsidRPr="005B2B7C" w:rsidRDefault="001B1581" w:rsidP="001B1581">
            <w:pPr>
              <w:pStyle w:val="TableParagraph"/>
              <w:tabs>
                <w:tab w:val="left" w:pos="1152"/>
              </w:tabs>
              <w:rPr>
                <w:sz w:val="26"/>
                <w:szCs w:val="26"/>
              </w:rPr>
            </w:pPr>
            <w:r w:rsidRPr="005B2B7C">
              <w:rPr>
                <w:sz w:val="26"/>
                <w:szCs w:val="26"/>
              </w:rPr>
              <w:t>Lý do quy định: Không quy định</w:t>
            </w:r>
          </w:p>
        </w:tc>
      </w:tr>
      <w:tr w:rsidR="001B1581" w:rsidRPr="005B2B7C" w14:paraId="3D20D0A4" w14:textId="77777777" w:rsidTr="0052199E">
        <w:tc>
          <w:tcPr>
            <w:tcW w:w="973" w:type="pct"/>
          </w:tcPr>
          <w:p w14:paraId="407B1D64" w14:textId="77777777" w:rsidR="001B1581" w:rsidRPr="005B2B7C" w:rsidRDefault="001B1581" w:rsidP="001B1581">
            <w:pPr>
              <w:pStyle w:val="TableParagraph"/>
              <w:tabs>
                <w:tab w:val="left" w:pos="1152"/>
              </w:tabs>
              <w:rPr>
                <w:b/>
                <w:sz w:val="26"/>
                <w:szCs w:val="26"/>
              </w:rPr>
            </w:pPr>
            <w:r w:rsidRPr="005B2B7C">
              <w:rPr>
                <w:b/>
                <w:sz w:val="26"/>
                <w:szCs w:val="26"/>
              </w:rPr>
              <w:t>6. Đối tượng thực hiện</w:t>
            </w:r>
          </w:p>
        </w:tc>
        <w:tc>
          <w:tcPr>
            <w:tcW w:w="4027" w:type="pct"/>
          </w:tcPr>
          <w:p w14:paraId="4E23592C" w14:textId="77777777" w:rsidR="001B1581" w:rsidRPr="005B2B7C" w:rsidRDefault="001B1581" w:rsidP="001B1581">
            <w:pPr>
              <w:pStyle w:val="TableParagraph"/>
              <w:tabs>
                <w:tab w:val="left" w:pos="1152"/>
              </w:tabs>
              <w:rPr>
                <w:sz w:val="26"/>
                <w:szCs w:val="26"/>
              </w:rPr>
            </w:pPr>
          </w:p>
        </w:tc>
      </w:tr>
      <w:tr w:rsidR="001B1581" w:rsidRPr="005B2B7C" w14:paraId="58B31255" w14:textId="77777777" w:rsidTr="0052199E">
        <w:tc>
          <w:tcPr>
            <w:tcW w:w="973" w:type="pct"/>
          </w:tcPr>
          <w:p w14:paraId="2EF0ED62" w14:textId="77777777" w:rsidR="001B1581" w:rsidRPr="005B2B7C" w:rsidRDefault="001B1581" w:rsidP="001B1581">
            <w:pPr>
              <w:pStyle w:val="TableParagraph"/>
              <w:tabs>
                <w:tab w:val="left" w:pos="1152"/>
              </w:tabs>
              <w:rPr>
                <w:sz w:val="26"/>
                <w:szCs w:val="26"/>
              </w:rPr>
            </w:pPr>
            <w:r w:rsidRPr="005B2B7C">
              <w:rPr>
                <w:sz w:val="26"/>
                <w:szCs w:val="26"/>
              </w:rPr>
              <w:t>a) Đối tượng thực hiện:</w:t>
            </w:r>
          </w:p>
        </w:tc>
        <w:tc>
          <w:tcPr>
            <w:tcW w:w="4027" w:type="pct"/>
          </w:tcPr>
          <w:p w14:paraId="6BCF9F37" w14:textId="717E7B83" w:rsidR="001B1581" w:rsidRPr="005B2B7C" w:rsidRDefault="001B1581" w:rsidP="001B1581">
            <w:pPr>
              <w:pStyle w:val="TableParagraph"/>
              <w:tabs>
                <w:tab w:val="left" w:pos="255"/>
                <w:tab w:val="left" w:pos="1152"/>
                <w:tab w:val="left" w:pos="1571"/>
                <w:tab w:val="left" w:pos="3552"/>
              </w:tabs>
              <w:rPr>
                <w:sz w:val="26"/>
                <w:szCs w:val="26"/>
              </w:rPr>
            </w:pPr>
            <w:r w:rsidRPr="005B2B7C">
              <w:rPr>
                <w:sz w:val="26"/>
                <w:szCs w:val="26"/>
              </w:rPr>
              <w:t xml:space="preserve">- Tổ chức: Trong nước X  Nước ngoài </w:t>
            </w:r>
            <w:r w:rsidR="004D0CBB" w:rsidRPr="005B2B7C">
              <w:rPr>
                <w:sz w:val="26"/>
                <w:szCs w:val="26"/>
              </w:rPr>
              <w:t xml:space="preserve"> X</w:t>
            </w:r>
          </w:p>
          <w:p w14:paraId="171C0049" w14:textId="4C95FB2D" w:rsidR="001B1581" w:rsidRPr="005B2B7C" w:rsidRDefault="001B1581" w:rsidP="001B1581">
            <w:pPr>
              <w:pStyle w:val="TableParagraph"/>
              <w:tabs>
                <w:tab w:val="left" w:pos="1152"/>
              </w:tabs>
              <w:rPr>
                <w:sz w:val="26"/>
                <w:szCs w:val="26"/>
              </w:rPr>
            </w:pPr>
            <w:r w:rsidRPr="005B2B7C">
              <w:rPr>
                <w:sz w:val="26"/>
                <w:szCs w:val="26"/>
              </w:rPr>
              <w:t>Mô tả rõ: Bên giao hoặc bên nhận công nghệ thay mặt các bên tham gia chuyển giao công nghệ trong dự án đầu tư</w:t>
            </w:r>
          </w:p>
          <w:p w14:paraId="2843BB60" w14:textId="77777777" w:rsidR="001B1581" w:rsidRPr="005B2B7C" w:rsidRDefault="001B1581" w:rsidP="001B1581">
            <w:pPr>
              <w:pStyle w:val="TableParagraph"/>
              <w:tabs>
                <w:tab w:val="left" w:pos="1152"/>
              </w:tabs>
              <w:rPr>
                <w:sz w:val="26"/>
                <w:szCs w:val="26"/>
              </w:rPr>
            </w:pPr>
            <w:r w:rsidRPr="005B2B7C">
              <w:rPr>
                <w:sz w:val="26"/>
                <w:szCs w:val="26"/>
              </w:rPr>
              <w:t>Lý do quy định:……………………………</w:t>
            </w:r>
          </w:p>
          <w:p w14:paraId="497816F5" w14:textId="640A15BA" w:rsidR="001B1581" w:rsidRPr="005B2B7C" w:rsidRDefault="001B1581" w:rsidP="001B1581">
            <w:pPr>
              <w:pStyle w:val="TableParagraph"/>
              <w:tabs>
                <w:tab w:val="left" w:pos="255"/>
                <w:tab w:val="left" w:pos="1152"/>
                <w:tab w:val="left" w:pos="1576"/>
                <w:tab w:val="left" w:pos="3556"/>
              </w:tabs>
              <w:rPr>
                <w:sz w:val="26"/>
                <w:szCs w:val="26"/>
              </w:rPr>
            </w:pPr>
            <w:r w:rsidRPr="005B2B7C">
              <w:rPr>
                <w:sz w:val="26"/>
                <w:szCs w:val="26"/>
              </w:rPr>
              <w:t xml:space="preserve">- Cá nhân: Trong nước </w:t>
            </w:r>
            <w:r w:rsidR="004D0CBB" w:rsidRPr="005B2B7C">
              <w:rPr>
                <w:sz w:val="26"/>
                <w:szCs w:val="26"/>
              </w:rPr>
              <w:t xml:space="preserve"> X </w:t>
            </w:r>
            <w:r w:rsidRPr="005B2B7C">
              <w:rPr>
                <w:sz w:val="26"/>
                <w:szCs w:val="26"/>
              </w:rPr>
              <w:t xml:space="preserve"> Nước ngoài □</w:t>
            </w:r>
          </w:p>
          <w:p w14:paraId="1F15A0FA" w14:textId="30D1CEC1" w:rsidR="001B1581" w:rsidRPr="005B2B7C" w:rsidRDefault="001B1581" w:rsidP="001B1581">
            <w:pPr>
              <w:pStyle w:val="TableParagraph"/>
              <w:tabs>
                <w:tab w:val="left" w:pos="1152"/>
              </w:tabs>
              <w:rPr>
                <w:sz w:val="26"/>
                <w:szCs w:val="26"/>
              </w:rPr>
            </w:pPr>
            <w:r w:rsidRPr="005B2B7C">
              <w:rPr>
                <w:sz w:val="26"/>
                <w:szCs w:val="26"/>
              </w:rPr>
              <w:t xml:space="preserve">Mô tả rõ: </w:t>
            </w:r>
            <w:r w:rsidR="004D0CBB" w:rsidRPr="005B2B7C">
              <w:rPr>
                <w:sz w:val="26"/>
                <w:szCs w:val="26"/>
              </w:rPr>
              <w:t>Cá nhân là bên giao hoặc bên nhận công nghệ trong dự án đầu tư</w:t>
            </w:r>
          </w:p>
          <w:p w14:paraId="1BCD66D9" w14:textId="77777777" w:rsidR="001B1581" w:rsidRPr="005B2B7C" w:rsidRDefault="001B1581" w:rsidP="001B1581">
            <w:pPr>
              <w:pStyle w:val="TableParagraph"/>
              <w:tabs>
                <w:tab w:val="left" w:pos="1152"/>
              </w:tabs>
              <w:rPr>
                <w:sz w:val="26"/>
                <w:szCs w:val="26"/>
              </w:rPr>
            </w:pPr>
            <w:r w:rsidRPr="005B2B7C">
              <w:rPr>
                <w:sz w:val="26"/>
                <w:szCs w:val="26"/>
              </w:rPr>
              <w:t>Lý do quy định:…………………………………………………</w:t>
            </w:r>
          </w:p>
          <w:p w14:paraId="31EF4602" w14:textId="77777777" w:rsidR="001B1581" w:rsidRPr="005B2B7C" w:rsidRDefault="001B1581" w:rsidP="001B1581">
            <w:pPr>
              <w:pStyle w:val="TableParagraph"/>
              <w:tabs>
                <w:tab w:val="left" w:pos="255"/>
                <w:tab w:val="left" w:pos="1152"/>
              </w:tabs>
              <w:rPr>
                <w:sz w:val="26"/>
                <w:szCs w:val="26"/>
              </w:rPr>
            </w:pPr>
            <w:r w:rsidRPr="005B2B7C">
              <w:rPr>
                <w:sz w:val="26"/>
                <w:szCs w:val="26"/>
              </w:rPr>
              <w:t>- Có thể mở rộng/ thu hẹp đối tượng thực hiện không?:</w:t>
            </w:r>
          </w:p>
          <w:p w14:paraId="435D96E3" w14:textId="77777777" w:rsidR="001B1581" w:rsidRPr="005B2B7C" w:rsidRDefault="001B1581" w:rsidP="001B1581">
            <w:pPr>
              <w:pStyle w:val="TableParagraph"/>
              <w:tabs>
                <w:tab w:val="left" w:pos="1152"/>
                <w:tab w:val="left" w:pos="1293"/>
              </w:tabs>
              <w:rPr>
                <w:sz w:val="26"/>
                <w:szCs w:val="26"/>
              </w:rPr>
            </w:pPr>
            <w:r w:rsidRPr="005B2B7C">
              <w:rPr>
                <w:sz w:val="26"/>
                <w:szCs w:val="26"/>
              </w:rPr>
              <w:t>Có □       Không X</w:t>
            </w:r>
          </w:p>
          <w:p w14:paraId="78726C56" w14:textId="15BC54B6" w:rsidR="001B1581" w:rsidRPr="005B2B7C" w:rsidRDefault="001B1581" w:rsidP="001B1581">
            <w:pPr>
              <w:pStyle w:val="TableParagraph"/>
              <w:tabs>
                <w:tab w:val="left" w:pos="1152"/>
              </w:tabs>
              <w:rPr>
                <w:sz w:val="26"/>
                <w:szCs w:val="26"/>
              </w:rPr>
            </w:pPr>
            <w:r w:rsidRPr="005B2B7C">
              <w:rPr>
                <w:sz w:val="26"/>
                <w:szCs w:val="26"/>
              </w:rPr>
              <w:t xml:space="preserve">Nêu rõ lý do: </w:t>
            </w:r>
          </w:p>
        </w:tc>
      </w:tr>
      <w:tr w:rsidR="001B1581" w:rsidRPr="005B2B7C" w14:paraId="29B1E859" w14:textId="77777777" w:rsidTr="0052199E">
        <w:tc>
          <w:tcPr>
            <w:tcW w:w="973" w:type="pct"/>
          </w:tcPr>
          <w:p w14:paraId="68D320B7" w14:textId="77777777" w:rsidR="001B1581" w:rsidRPr="005B2B7C" w:rsidRDefault="001B1581" w:rsidP="001B1581">
            <w:pPr>
              <w:pStyle w:val="TableParagraph"/>
              <w:tabs>
                <w:tab w:val="left" w:pos="1152"/>
              </w:tabs>
              <w:rPr>
                <w:sz w:val="26"/>
                <w:szCs w:val="26"/>
                <w:lang w:val="sv-SE"/>
              </w:rPr>
            </w:pPr>
            <w:r w:rsidRPr="005B2B7C">
              <w:rPr>
                <w:sz w:val="26"/>
                <w:szCs w:val="26"/>
                <w:lang w:val="sv-SE"/>
              </w:rPr>
              <w:t>b) Phạm vi áp dụng:</w:t>
            </w:r>
          </w:p>
        </w:tc>
        <w:tc>
          <w:tcPr>
            <w:tcW w:w="4027" w:type="pct"/>
          </w:tcPr>
          <w:p w14:paraId="069B0485" w14:textId="77777777" w:rsidR="001B1581" w:rsidRPr="005B2B7C" w:rsidRDefault="001B1581" w:rsidP="001B1581">
            <w:pPr>
              <w:pStyle w:val="TableParagraph"/>
              <w:tabs>
                <w:tab w:val="left" w:pos="255"/>
                <w:tab w:val="left" w:pos="1152"/>
                <w:tab w:val="left" w:pos="2116"/>
                <w:tab w:val="left" w:pos="3513"/>
              </w:tabs>
              <w:rPr>
                <w:sz w:val="26"/>
                <w:szCs w:val="26"/>
                <w:lang w:val="sv-SE"/>
              </w:rPr>
            </w:pPr>
            <w:r w:rsidRPr="005B2B7C">
              <w:rPr>
                <w:sz w:val="26"/>
                <w:szCs w:val="26"/>
                <w:lang w:val="sv-SE"/>
              </w:rPr>
              <w:t>- Toàn quốc X Vùng □ Địa phương □</w:t>
            </w:r>
          </w:p>
          <w:p w14:paraId="04091559" w14:textId="77777777" w:rsidR="001B1581" w:rsidRPr="005B2B7C" w:rsidRDefault="001B1581" w:rsidP="001B1581">
            <w:pPr>
              <w:pStyle w:val="TableParagraph"/>
              <w:tabs>
                <w:tab w:val="left" w:pos="255"/>
                <w:tab w:val="left" w:pos="1152"/>
                <w:tab w:val="left" w:pos="2051"/>
                <w:tab w:val="left" w:pos="3528"/>
              </w:tabs>
              <w:rPr>
                <w:sz w:val="26"/>
                <w:szCs w:val="26"/>
                <w:lang w:val="sv-SE"/>
              </w:rPr>
            </w:pPr>
            <w:r w:rsidRPr="005B2B7C">
              <w:rPr>
                <w:sz w:val="26"/>
                <w:szCs w:val="26"/>
                <w:lang w:val="sv-SE"/>
              </w:rPr>
              <w:t>- Nông thôn □ Đô thị □ Miền núi □</w:t>
            </w:r>
          </w:p>
          <w:p w14:paraId="6B849F31" w14:textId="77777777" w:rsidR="001B1581" w:rsidRPr="005B2B7C" w:rsidRDefault="001B1581" w:rsidP="001B1581">
            <w:pPr>
              <w:pStyle w:val="TableParagraph"/>
              <w:tabs>
                <w:tab w:val="left" w:pos="255"/>
                <w:tab w:val="left" w:pos="1152"/>
              </w:tabs>
              <w:rPr>
                <w:sz w:val="26"/>
                <w:szCs w:val="26"/>
                <w:lang w:val="sv-SE"/>
              </w:rPr>
            </w:pPr>
            <w:r w:rsidRPr="005B2B7C">
              <w:rPr>
                <w:sz w:val="26"/>
                <w:szCs w:val="26"/>
                <w:lang w:val="sv-SE"/>
              </w:rPr>
              <w:t>- Biên giới, hải đảo □</w:t>
            </w:r>
          </w:p>
          <w:p w14:paraId="59DC0CEA" w14:textId="77777777" w:rsidR="001B1581" w:rsidRPr="005B2B7C" w:rsidRDefault="001B1581" w:rsidP="001B1581">
            <w:pPr>
              <w:pStyle w:val="TableParagraph"/>
              <w:tabs>
                <w:tab w:val="left" w:pos="255"/>
                <w:tab w:val="left" w:pos="1152"/>
              </w:tabs>
              <w:rPr>
                <w:sz w:val="26"/>
                <w:szCs w:val="26"/>
                <w:lang w:val="sv-SE"/>
              </w:rPr>
            </w:pPr>
            <w:r w:rsidRPr="005B2B7C">
              <w:rPr>
                <w:sz w:val="26"/>
                <w:szCs w:val="26"/>
                <w:lang w:val="sv-SE"/>
              </w:rPr>
              <w:t>- Lý do quy định:………………………</w:t>
            </w:r>
          </w:p>
          <w:p w14:paraId="69E85F6C" w14:textId="77777777" w:rsidR="001B1581" w:rsidRPr="005B2B7C" w:rsidRDefault="001B1581" w:rsidP="001B1581">
            <w:pPr>
              <w:pStyle w:val="TableParagraph"/>
              <w:tabs>
                <w:tab w:val="left" w:pos="255"/>
                <w:tab w:val="left" w:pos="1152"/>
              </w:tabs>
              <w:rPr>
                <w:sz w:val="26"/>
                <w:szCs w:val="26"/>
                <w:lang w:val="sv-SE"/>
              </w:rPr>
            </w:pPr>
            <w:r w:rsidRPr="005B2B7C">
              <w:rPr>
                <w:sz w:val="26"/>
                <w:szCs w:val="26"/>
                <w:lang w:val="sv-SE"/>
              </w:rPr>
              <w:lastRenderedPageBreak/>
              <w:t>- Có thể mở rộng/ thu hẹp phạm vi áp dụng không?:</w:t>
            </w:r>
          </w:p>
          <w:p w14:paraId="12A19A17" w14:textId="77777777" w:rsidR="001B1581" w:rsidRPr="005B2B7C" w:rsidRDefault="001B1581" w:rsidP="001B1581">
            <w:pPr>
              <w:pStyle w:val="TableParagraph"/>
              <w:tabs>
                <w:tab w:val="left" w:pos="1152"/>
                <w:tab w:val="left" w:pos="1293"/>
              </w:tabs>
              <w:rPr>
                <w:sz w:val="26"/>
                <w:szCs w:val="26"/>
                <w:lang w:val="sv-SE"/>
              </w:rPr>
            </w:pPr>
            <w:r w:rsidRPr="005B2B7C">
              <w:rPr>
                <w:sz w:val="26"/>
                <w:szCs w:val="26"/>
                <w:lang w:val="sv-SE"/>
              </w:rPr>
              <w:t>Có X       Không □</w:t>
            </w:r>
          </w:p>
          <w:p w14:paraId="5CA10E64" w14:textId="77777777" w:rsidR="001B1581" w:rsidRPr="005B2B7C" w:rsidRDefault="001B1581" w:rsidP="001B1581">
            <w:pPr>
              <w:pStyle w:val="TableParagraph"/>
              <w:tabs>
                <w:tab w:val="left" w:pos="1152"/>
              </w:tabs>
              <w:rPr>
                <w:sz w:val="26"/>
                <w:szCs w:val="26"/>
                <w:lang w:val="sv-SE"/>
              </w:rPr>
            </w:pPr>
            <w:r w:rsidRPr="005B2B7C">
              <w:rPr>
                <w:sz w:val="26"/>
                <w:szCs w:val="26"/>
                <w:lang w:val="sv-SE"/>
              </w:rPr>
              <w:t>Nêu rõ lý do: ……………………………………………</w:t>
            </w:r>
          </w:p>
        </w:tc>
      </w:tr>
      <w:tr w:rsidR="001B1581" w:rsidRPr="005B2B7C" w14:paraId="00F0A137" w14:textId="77777777" w:rsidTr="0052199E">
        <w:tc>
          <w:tcPr>
            <w:tcW w:w="5000" w:type="pct"/>
            <w:gridSpan w:val="2"/>
          </w:tcPr>
          <w:p w14:paraId="292B65E4" w14:textId="7BF5A10B" w:rsidR="001B1581" w:rsidRPr="005B2B7C" w:rsidRDefault="001B1581" w:rsidP="001B1581">
            <w:pPr>
              <w:pStyle w:val="TableParagraph"/>
              <w:tabs>
                <w:tab w:val="left" w:pos="1152"/>
              </w:tabs>
              <w:rPr>
                <w:sz w:val="26"/>
                <w:szCs w:val="26"/>
                <w:lang w:val="sv-SE"/>
              </w:rPr>
            </w:pPr>
            <w:r w:rsidRPr="005B2B7C">
              <w:rPr>
                <w:sz w:val="26"/>
                <w:szCs w:val="26"/>
                <w:lang w:val="sv-SE"/>
              </w:rPr>
              <w:lastRenderedPageBreak/>
              <w:t>Dự kiến số lượng đối tượng thực hiện/01 năm: khoảng 10 tổ chức trên phạm vi toàn quốc (từ ngày 01/7/2023 đến thời điểm đánh giá chưa phát sinh hồ sơ tại Bộ Khoa học và Công nghệ).</w:t>
            </w:r>
          </w:p>
        </w:tc>
      </w:tr>
      <w:tr w:rsidR="001B1581" w:rsidRPr="005B2B7C" w14:paraId="117082FD" w14:textId="77777777" w:rsidTr="0052199E">
        <w:tc>
          <w:tcPr>
            <w:tcW w:w="5000" w:type="pct"/>
            <w:gridSpan w:val="2"/>
          </w:tcPr>
          <w:p w14:paraId="2A65761A" w14:textId="77777777" w:rsidR="001B1581" w:rsidRPr="005B2B7C" w:rsidRDefault="001B1581" w:rsidP="001B1581">
            <w:pPr>
              <w:pStyle w:val="TableParagraph"/>
              <w:tabs>
                <w:tab w:val="left" w:pos="1152"/>
              </w:tabs>
              <w:rPr>
                <w:b/>
                <w:sz w:val="26"/>
                <w:szCs w:val="26"/>
              </w:rPr>
            </w:pPr>
            <w:r w:rsidRPr="005B2B7C">
              <w:rPr>
                <w:b/>
                <w:sz w:val="26"/>
                <w:szCs w:val="26"/>
              </w:rPr>
              <w:t>7. Cơ quan giải quyết</w:t>
            </w:r>
          </w:p>
        </w:tc>
      </w:tr>
      <w:tr w:rsidR="001B1581" w:rsidRPr="005B2B7C" w14:paraId="75E7E2F0" w14:textId="77777777" w:rsidTr="0052199E">
        <w:tc>
          <w:tcPr>
            <w:tcW w:w="973" w:type="pct"/>
          </w:tcPr>
          <w:p w14:paraId="245DE417" w14:textId="77777777" w:rsidR="001B1581" w:rsidRPr="005B2B7C" w:rsidRDefault="001B1581" w:rsidP="001B1581">
            <w:pPr>
              <w:pStyle w:val="TableParagraph"/>
              <w:tabs>
                <w:tab w:val="left" w:pos="1152"/>
              </w:tabs>
              <w:jc w:val="both"/>
              <w:rPr>
                <w:sz w:val="26"/>
                <w:szCs w:val="26"/>
              </w:rPr>
            </w:pPr>
            <w:r w:rsidRPr="005B2B7C">
              <w:rPr>
                <w:sz w:val="26"/>
                <w:szCs w:val="26"/>
              </w:rPr>
              <w:t>a) Có được quy định rõ ràng, cụ thể về cơ quan giải quyết thủ tục hành chính không?</w:t>
            </w:r>
          </w:p>
        </w:tc>
        <w:tc>
          <w:tcPr>
            <w:tcW w:w="4027" w:type="pct"/>
          </w:tcPr>
          <w:p w14:paraId="4103FCB7" w14:textId="77777777" w:rsidR="001B1581" w:rsidRPr="005B2B7C" w:rsidRDefault="001B1581" w:rsidP="001B1581">
            <w:pPr>
              <w:pStyle w:val="TableParagraph"/>
              <w:tabs>
                <w:tab w:val="left" w:pos="1152"/>
                <w:tab w:val="left" w:pos="1358"/>
              </w:tabs>
              <w:rPr>
                <w:sz w:val="26"/>
                <w:szCs w:val="26"/>
              </w:rPr>
            </w:pPr>
            <w:r w:rsidRPr="005B2B7C">
              <w:rPr>
                <w:sz w:val="26"/>
                <w:szCs w:val="26"/>
              </w:rPr>
              <w:t xml:space="preserve">Có X       Không □ </w:t>
            </w:r>
          </w:p>
          <w:p w14:paraId="5102DD12" w14:textId="035BDDDB" w:rsidR="001B1581" w:rsidRPr="005B2B7C" w:rsidRDefault="001B1581" w:rsidP="001B1581">
            <w:pPr>
              <w:pStyle w:val="TableParagraph"/>
              <w:tabs>
                <w:tab w:val="left" w:pos="1152"/>
                <w:tab w:val="left" w:pos="1358"/>
              </w:tabs>
              <w:rPr>
                <w:sz w:val="26"/>
                <w:szCs w:val="26"/>
              </w:rPr>
            </w:pPr>
            <w:r w:rsidRPr="005B2B7C">
              <w:rPr>
                <w:sz w:val="26"/>
                <w:szCs w:val="26"/>
              </w:rPr>
              <w:t xml:space="preserve">Lý do quy định: </w:t>
            </w:r>
            <w:r w:rsidR="004D0CBB" w:rsidRPr="005B2B7C">
              <w:rPr>
                <w:sz w:val="26"/>
                <w:szCs w:val="26"/>
              </w:rPr>
              <w:t xml:space="preserve">Phân cấp toàn bộ về </w:t>
            </w:r>
            <w:r w:rsidRPr="005B2B7C">
              <w:rPr>
                <w:sz w:val="26"/>
                <w:szCs w:val="26"/>
              </w:rPr>
              <w:t>UBND cấp tỉnh</w:t>
            </w:r>
          </w:p>
        </w:tc>
      </w:tr>
      <w:tr w:rsidR="001B1581" w:rsidRPr="005B2B7C" w14:paraId="3C123992" w14:textId="77777777" w:rsidTr="0052199E">
        <w:trPr>
          <w:trHeight w:val="175"/>
        </w:trPr>
        <w:tc>
          <w:tcPr>
            <w:tcW w:w="973" w:type="pct"/>
          </w:tcPr>
          <w:p w14:paraId="5BFA0480" w14:textId="77777777" w:rsidR="001B1581" w:rsidRPr="005B2B7C" w:rsidRDefault="001B1581" w:rsidP="001B1581">
            <w:pPr>
              <w:pStyle w:val="TableParagraph"/>
              <w:tabs>
                <w:tab w:val="left" w:pos="1152"/>
              </w:tabs>
              <w:jc w:val="both"/>
              <w:rPr>
                <w:sz w:val="26"/>
                <w:szCs w:val="26"/>
              </w:rPr>
            </w:pPr>
            <w:r w:rsidRPr="005B2B7C">
              <w:rPr>
                <w:sz w:val="26"/>
                <w:szCs w:val="26"/>
              </w:rPr>
              <w:t>b) Có thể mở rộng ủy quyền hoặc phân cấp thực hiện không?</w:t>
            </w:r>
          </w:p>
        </w:tc>
        <w:tc>
          <w:tcPr>
            <w:tcW w:w="4027" w:type="pct"/>
          </w:tcPr>
          <w:p w14:paraId="218B9152" w14:textId="07E23D42" w:rsidR="001B1581" w:rsidRPr="005B2B7C" w:rsidRDefault="001B1581" w:rsidP="001B1581">
            <w:pPr>
              <w:pStyle w:val="TableParagraph"/>
              <w:tabs>
                <w:tab w:val="left" w:pos="1152"/>
                <w:tab w:val="left" w:pos="1358"/>
              </w:tabs>
              <w:rPr>
                <w:sz w:val="26"/>
                <w:szCs w:val="26"/>
              </w:rPr>
            </w:pPr>
            <w:r w:rsidRPr="005B2B7C">
              <w:rPr>
                <w:sz w:val="26"/>
                <w:szCs w:val="26"/>
              </w:rPr>
              <w:t xml:space="preserve">Có </w:t>
            </w:r>
            <w:r w:rsidR="00D464C4" w:rsidRPr="005B2B7C">
              <w:rPr>
                <w:sz w:val="26"/>
                <w:szCs w:val="26"/>
              </w:rPr>
              <w:t xml:space="preserve"> X </w:t>
            </w:r>
            <w:r w:rsidRPr="005B2B7C">
              <w:rPr>
                <w:sz w:val="26"/>
                <w:szCs w:val="26"/>
              </w:rPr>
              <w:t xml:space="preserve">       Không </w:t>
            </w:r>
            <w:r w:rsidR="00D464C4" w:rsidRPr="005B2B7C">
              <w:rPr>
                <w:sz w:val="26"/>
                <w:szCs w:val="26"/>
              </w:rPr>
              <w:t>□</w:t>
            </w:r>
          </w:p>
          <w:p w14:paraId="0252C312" w14:textId="7A8E2CC6" w:rsidR="001B1581" w:rsidRPr="005B2B7C" w:rsidRDefault="001B1581" w:rsidP="001B1581">
            <w:pPr>
              <w:pStyle w:val="TableParagraph"/>
              <w:tabs>
                <w:tab w:val="left" w:pos="1152"/>
              </w:tabs>
              <w:rPr>
                <w:sz w:val="26"/>
                <w:szCs w:val="26"/>
              </w:rPr>
            </w:pPr>
            <w:r w:rsidRPr="005B2B7C">
              <w:rPr>
                <w:sz w:val="26"/>
                <w:szCs w:val="26"/>
              </w:rPr>
              <w:t xml:space="preserve">Nêu rõ lý do: </w:t>
            </w:r>
            <w:r w:rsidR="00D464C4" w:rsidRPr="005B2B7C">
              <w:rPr>
                <w:sz w:val="26"/>
                <w:szCs w:val="26"/>
              </w:rPr>
              <w:t xml:space="preserve"> Phân cấp UBND cấp tỉnh</w:t>
            </w:r>
          </w:p>
        </w:tc>
      </w:tr>
      <w:tr w:rsidR="001B1581" w:rsidRPr="005B2B7C" w14:paraId="4087790C" w14:textId="77777777" w:rsidTr="0052199E">
        <w:tc>
          <w:tcPr>
            <w:tcW w:w="5000" w:type="pct"/>
            <w:gridSpan w:val="2"/>
          </w:tcPr>
          <w:p w14:paraId="22375A14" w14:textId="77777777" w:rsidR="001B1581" w:rsidRPr="005B2B7C" w:rsidRDefault="001B1581" w:rsidP="001B1581">
            <w:pPr>
              <w:pStyle w:val="TableParagraph"/>
              <w:tabs>
                <w:tab w:val="left" w:pos="1152"/>
              </w:tabs>
              <w:rPr>
                <w:b/>
                <w:sz w:val="26"/>
                <w:szCs w:val="26"/>
              </w:rPr>
            </w:pPr>
            <w:r w:rsidRPr="005B2B7C">
              <w:rPr>
                <w:b/>
                <w:sz w:val="26"/>
                <w:szCs w:val="26"/>
              </w:rPr>
              <w:t>8. Phí, lệ phí và các chi phí khác (nếu có)</w:t>
            </w:r>
          </w:p>
        </w:tc>
      </w:tr>
      <w:tr w:rsidR="001B1581" w:rsidRPr="005B2B7C" w14:paraId="4541E74E" w14:textId="77777777" w:rsidTr="0052199E">
        <w:tc>
          <w:tcPr>
            <w:tcW w:w="973" w:type="pct"/>
          </w:tcPr>
          <w:p w14:paraId="283B9BA6" w14:textId="77777777" w:rsidR="001B1581" w:rsidRPr="005B2B7C" w:rsidRDefault="001B1581" w:rsidP="001B1581">
            <w:pPr>
              <w:pStyle w:val="TableParagraph"/>
              <w:tabs>
                <w:tab w:val="left" w:pos="1152"/>
              </w:tabs>
              <w:jc w:val="both"/>
              <w:rPr>
                <w:sz w:val="26"/>
                <w:szCs w:val="26"/>
              </w:rPr>
            </w:pPr>
            <w:r w:rsidRPr="005B2B7C">
              <w:rPr>
                <w:sz w:val="26"/>
                <w:szCs w:val="26"/>
              </w:rPr>
              <w:t>a) Có quy định về phí, lệ phí và các chi phí khác (nếu có) không?</w:t>
            </w:r>
          </w:p>
        </w:tc>
        <w:tc>
          <w:tcPr>
            <w:tcW w:w="4027" w:type="pct"/>
          </w:tcPr>
          <w:p w14:paraId="11CF046D" w14:textId="77777777" w:rsidR="001B1581" w:rsidRPr="005B2B7C" w:rsidRDefault="001B1581" w:rsidP="001B1581">
            <w:pPr>
              <w:pStyle w:val="TableParagraph"/>
              <w:tabs>
                <w:tab w:val="left" w:pos="255"/>
                <w:tab w:val="left" w:pos="1129"/>
                <w:tab w:val="left" w:pos="2788"/>
              </w:tabs>
              <w:rPr>
                <w:sz w:val="26"/>
                <w:szCs w:val="26"/>
              </w:rPr>
            </w:pPr>
            <w:r w:rsidRPr="005B2B7C">
              <w:rPr>
                <w:sz w:val="26"/>
                <w:szCs w:val="26"/>
              </w:rPr>
              <w:t>- Phí: Không X       Có □</w:t>
            </w:r>
          </w:p>
          <w:p w14:paraId="4DE98A43" w14:textId="77777777" w:rsidR="001B1581" w:rsidRPr="005B2B7C" w:rsidRDefault="001B1581" w:rsidP="0052199E">
            <w:pPr>
              <w:pStyle w:val="TableParagraph"/>
              <w:tabs>
                <w:tab w:val="left" w:pos="1152"/>
              </w:tabs>
              <w:jc w:val="both"/>
              <w:rPr>
                <w:sz w:val="26"/>
                <w:szCs w:val="26"/>
              </w:rPr>
            </w:pPr>
            <w:r w:rsidRPr="005B2B7C">
              <w:rPr>
                <w:sz w:val="26"/>
                <w:szCs w:val="26"/>
              </w:rPr>
              <w:t>Nếu Có, nêu rõ lý do: ……..</w:t>
            </w:r>
          </w:p>
          <w:p w14:paraId="1369FCD1" w14:textId="77777777" w:rsidR="001B1581" w:rsidRPr="005B2B7C" w:rsidRDefault="001B1581" w:rsidP="0052199E">
            <w:pPr>
              <w:pStyle w:val="TableParagraph"/>
              <w:tabs>
                <w:tab w:val="left" w:pos="255"/>
                <w:tab w:val="left" w:pos="1152"/>
                <w:tab w:val="left" w:pos="2788"/>
              </w:tabs>
              <w:jc w:val="both"/>
              <w:rPr>
                <w:sz w:val="26"/>
                <w:szCs w:val="26"/>
              </w:rPr>
            </w:pPr>
            <w:r w:rsidRPr="005B2B7C">
              <w:rPr>
                <w:sz w:val="26"/>
                <w:szCs w:val="26"/>
              </w:rPr>
              <w:t>- Lệ phí: Không X       Có □</w:t>
            </w:r>
          </w:p>
          <w:p w14:paraId="6414948C" w14:textId="77777777" w:rsidR="001B1581" w:rsidRPr="005B2B7C" w:rsidRDefault="001B1581" w:rsidP="0052199E">
            <w:pPr>
              <w:pStyle w:val="TableParagraph"/>
              <w:tabs>
                <w:tab w:val="left" w:pos="1152"/>
              </w:tabs>
              <w:jc w:val="both"/>
              <w:rPr>
                <w:sz w:val="26"/>
                <w:szCs w:val="26"/>
              </w:rPr>
            </w:pPr>
            <w:r w:rsidRPr="005B2B7C">
              <w:rPr>
                <w:sz w:val="26"/>
                <w:szCs w:val="26"/>
              </w:rPr>
              <w:t>Nếu Có, nêu rõ lý do:……………………………..……………</w:t>
            </w:r>
          </w:p>
          <w:p w14:paraId="0493A8A9" w14:textId="19302885" w:rsidR="001B1581" w:rsidRPr="005B2B7C" w:rsidRDefault="001B1581" w:rsidP="0052199E">
            <w:pPr>
              <w:pStyle w:val="TableParagraph"/>
              <w:tabs>
                <w:tab w:val="left" w:pos="255"/>
                <w:tab w:val="left" w:pos="1152"/>
                <w:tab w:val="left" w:pos="1980"/>
                <w:tab w:val="left" w:pos="3638"/>
              </w:tabs>
              <w:jc w:val="both"/>
              <w:rPr>
                <w:sz w:val="26"/>
                <w:szCs w:val="26"/>
              </w:rPr>
            </w:pPr>
            <w:r w:rsidRPr="005B2B7C">
              <w:rPr>
                <w:sz w:val="26"/>
                <w:szCs w:val="26"/>
              </w:rPr>
              <w:t>- Chi phí khác: Không  X     Có □</w:t>
            </w:r>
          </w:p>
          <w:p w14:paraId="2FBA2127" w14:textId="77777777" w:rsidR="001B1581" w:rsidRPr="005B2B7C" w:rsidRDefault="001B1581" w:rsidP="0052199E">
            <w:pPr>
              <w:pStyle w:val="TableParagraph"/>
              <w:tabs>
                <w:tab w:val="left" w:pos="1152"/>
              </w:tabs>
              <w:jc w:val="both"/>
              <w:rPr>
                <w:sz w:val="26"/>
                <w:szCs w:val="26"/>
              </w:rPr>
            </w:pPr>
            <w:r w:rsidRPr="005B2B7C">
              <w:rPr>
                <w:sz w:val="26"/>
                <w:szCs w:val="26"/>
              </w:rPr>
              <w:t>Nếu Có, nêu rõ lý do: ……………………………..……………</w:t>
            </w:r>
          </w:p>
          <w:p w14:paraId="1296B322" w14:textId="77777777" w:rsidR="001B1581" w:rsidRPr="005B2B7C" w:rsidRDefault="001B1581" w:rsidP="0052199E">
            <w:pPr>
              <w:pStyle w:val="TableParagraph"/>
              <w:tabs>
                <w:tab w:val="left" w:pos="255"/>
                <w:tab w:val="left" w:pos="1152"/>
              </w:tabs>
              <w:jc w:val="both"/>
              <w:rPr>
                <w:sz w:val="26"/>
                <w:szCs w:val="26"/>
              </w:rPr>
            </w:pPr>
            <w:r w:rsidRPr="005B2B7C">
              <w:rPr>
                <w:sz w:val="26"/>
                <w:szCs w:val="26"/>
              </w:rPr>
              <w:t>- Nêu rõ mức phí, lệ phí hoặc chi phí khác (</w:t>
            </w:r>
            <w:r w:rsidRPr="005B2B7C">
              <w:rPr>
                <w:i/>
                <w:sz w:val="26"/>
                <w:szCs w:val="26"/>
              </w:rPr>
              <w:t>nếu được quy định tại dự thảo</w:t>
            </w:r>
            <w:r w:rsidRPr="005B2B7C">
              <w:rPr>
                <w:sz w:val="26"/>
                <w:szCs w:val="26"/>
              </w:rPr>
              <w:t>):</w:t>
            </w:r>
          </w:p>
          <w:p w14:paraId="3A62CA49" w14:textId="77777777" w:rsidR="001B1581" w:rsidRPr="005B2B7C" w:rsidRDefault="001B1581" w:rsidP="0052199E">
            <w:pPr>
              <w:pStyle w:val="TableParagraph"/>
              <w:tabs>
                <w:tab w:val="left" w:pos="1152"/>
              </w:tabs>
              <w:jc w:val="both"/>
              <w:rPr>
                <w:sz w:val="26"/>
                <w:szCs w:val="26"/>
              </w:rPr>
            </w:pPr>
            <w:r w:rsidRPr="005B2B7C">
              <w:rPr>
                <w:sz w:val="26"/>
                <w:szCs w:val="26"/>
              </w:rPr>
              <w:t>+ Mức phí (hoặc đính kèm biểu phí): Không quy định.</w:t>
            </w:r>
          </w:p>
          <w:p w14:paraId="7AF72F6D" w14:textId="77777777" w:rsidR="001B1581" w:rsidRPr="005B2B7C" w:rsidRDefault="001B1581" w:rsidP="0052199E">
            <w:pPr>
              <w:pStyle w:val="TableParagraph"/>
              <w:tabs>
                <w:tab w:val="left" w:pos="1152"/>
              </w:tabs>
              <w:jc w:val="both"/>
              <w:rPr>
                <w:sz w:val="26"/>
                <w:szCs w:val="26"/>
              </w:rPr>
            </w:pPr>
            <w:r w:rsidRPr="005B2B7C">
              <w:rPr>
                <w:sz w:val="26"/>
                <w:szCs w:val="26"/>
              </w:rPr>
              <w:t>+ Mức lệ phí (hoặc đính kèm biểu lệ phí): Không quy định.</w:t>
            </w:r>
          </w:p>
          <w:p w14:paraId="77E371CA" w14:textId="77777777" w:rsidR="001B1581" w:rsidRPr="005B2B7C" w:rsidRDefault="001B1581" w:rsidP="0052199E">
            <w:pPr>
              <w:pStyle w:val="TableParagraph"/>
              <w:tabs>
                <w:tab w:val="left" w:pos="1152"/>
              </w:tabs>
              <w:jc w:val="both"/>
              <w:rPr>
                <w:sz w:val="26"/>
                <w:szCs w:val="26"/>
              </w:rPr>
            </w:pPr>
            <w:r w:rsidRPr="005B2B7C">
              <w:rPr>
                <w:sz w:val="26"/>
                <w:szCs w:val="26"/>
              </w:rPr>
              <w:t>+ Mức chi phí khác: Không quy định.</w:t>
            </w:r>
          </w:p>
          <w:p w14:paraId="6B9142B3" w14:textId="678F442A" w:rsidR="001B1581" w:rsidRPr="005B2B7C" w:rsidRDefault="001B1581" w:rsidP="0052199E">
            <w:pPr>
              <w:pStyle w:val="TableParagraph"/>
              <w:tabs>
                <w:tab w:val="left" w:pos="1152"/>
                <w:tab w:val="left" w:pos="7171"/>
                <w:tab w:val="left" w:pos="8359"/>
              </w:tabs>
              <w:jc w:val="both"/>
              <w:rPr>
                <w:sz w:val="26"/>
                <w:szCs w:val="26"/>
              </w:rPr>
            </w:pPr>
            <w:r w:rsidRPr="005B2B7C">
              <w:rPr>
                <w:sz w:val="26"/>
                <w:szCs w:val="26"/>
              </w:rPr>
              <w:t>+ Mức phí, lệ phí và các chi phí khác (nếu có) có phù hợp không: Không áp dụng (dự thảo không quy định phí, lệ phí)       Không X</w:t>
            </w:r>
          </w:p>
          <w:p w14:paraId="3EB8B1A8" w14:textId="77777777" w:rsidR="001B1581" w:rsidRPr="005B2B7C" w:rsidRDefault="001B1581" w:rsidP="0052199E">
            <w:pPr>
              <w:pStyle w:val="TableParagraph"/>
              <w:tabs>
                <w:tab w:val="left" w:pos="1152"/>
              </w:tabs>
              <w:jc w:val="both"/>
              <w:rPr>
                <w:sz w:val="26"/>
                <w:szCs w:val="26"/>
              </w:rPr>
            </w:pPr>
            <w:r w:rsidRPr="005B2B7C">
              <w:rPr>
                <w:sz w:val="26"/>
                <w:szCs w:val="26"/>
              </w:rPr>
              <w:t>Lý do: …………………………………………………</w:t>
            </w:r>
          </w:p>
          <w:p w14:paraId="4E8451C6" w14:textId="77777777" w:rsidR="001B1581" w:rsidRPr="005B2B7C" w:rsidRDefault="001B1581" w:rsidP="0052199E">
            <w:pPr>
              <w:pStyle w:val="TableParagraph"/>
              <w:tabs>
                <w:tab w:val="left" w:pos="282"/>
                <w:tab w:val="left" w:pos="1152"/>
              </w:tabs>
              <w:jc w:val="both"/>
              <w:rPr>
                <w:sz w:val="26"/>
                <w:szCs w:val="26"/>
              </w:rPr>
            </w:pPr>
            <w:r w:rsidRPr="005B2B7C">
              <w:rPr>
                <w:sz w:val="26"/>
                <w:szCs w:val="26"/>
              </w:rPr>
              <w:t>- Nếu mức phí, lệ phí hoặc chi phí khác (nếu có) chưa được quy định tại dự thảo thì nêu rõ lý do: Không quy định</w:t>
            </w:r>
          </w:p>
        </w:tc>
      </w:tr>
      <w:tr w:rsidR="001B1581" w:rsidRPr="005B2B7C" w14:paraId="2B7D4492" w14:textId="77777777" w:rsidTr="0052199E">
        <w:tc>
          <w:tcPr>
            <w:tcW w:w="973" w:type="pct"/>
          </w:tcPr>
          <w:p w14:paraId="0C537507" w14:textId="77777777" w:rsidR="001B1581" w:rsidRPr="005B2B7C" w:rsidRDefault="001B1581" w:rsidP="001B1581">
            <w:pPr>
              <w:pStyle w:val="TableParagraph"/>
              <w:tabs>
                <w:tab w:val="left" w:pos="1152"/>
              </w:tabs>
              <w:jc w:val="both"/>
              <w:rPr>
                <w:sz w:val="26"/>
                <w:szCs w:val="26"/>
              </w:rPr>
            </w:pPr>
            <w:r w:rsidRPr="005B2B7C">
              <w:rPr>
                <w:sz w:val="26"/>
                <w:szCs w:val="26"/>
              </w:rPr>
              <w:t xml:space="preserve">b) Quy định về cách </w:t>
            </w:r>
            <w:r w:rsidRPr="005B2B7C">
              <w:rPr>
                <w:sz w:val="26"/>
                <w:szCs w:val="26"/>
              </w:rPr>
              <w:lastRenderedPageBreak/>
              <w:t>thức, thời điểm nộp phí, lệ phí và các chi phí khác (nếu có) có hợp lý không?</w:t>
            </w:r>
          </w:p>
        </w:tc>
        <w:tc>
          <w:tcPr>
            <w:tcW w:w="4027" w:type="pct"/>
          </w:tcPr>
          <w:p w14:paraId="78BD5146" w14:textId="77777777" w:rsidR="001B1581" w:rsidRPr="005B2B7C" w:rsidRDefault="001B1581" w:rsidP="001B1581">
            <w:pPr>
              <w:pStyle w:val="TableParagraph"/>
              <w:tabs>
                <w:tab w:val="left" w:pos="1152"/>
                <w:tab w:val="left" w:pos="1422"/>
              </w:tabs>
              <w:rPr>
                <w:sz w:val="26"/>
                <w:szCs w:val="26"/>
              </w:rPr>
            </w:pPr>
            <w:r w:rsidRPr="005B2B7C">
              <w:rPr>
                <w:sz w:val="26"/>
                <w:szCs w:val="26"/>
              </w:rPr>
              <w:lastRenderedPageBreak/>
              <w:t>Có □       Không □</w:t>
            </w:r>
          </w:p>
          <w:p w14:paraId="11E3F26D" w14:textId="7E36F4E4" w:rsidR="001B1581" w:rsidRPr="005B2B7C" w:rsidRDefault="001B1581" w:rsidP="001B1581">
            <w:pPr>
              <w:pStyle w:val="TableParagraph"/>
              <w:tabs>
                <w:tab w:val="left" w:pos="1152"/>
              </w:tabs>
              <w:rPr>
                <w:sz w:val="26"/>
                <w:szCs w:val="26"/>
              </w:rPr>
            </w:pPr>
            <w:r w:rsidRPr="005B2B7C">
              <w:rPr>
                <w:sz w:val="26"/>
                <w:szCs w:val="26"/>
              </w:rPr>
              <w:lastRenderedPageBreak/>
              <w:t>Nội dung quy định: Không áp dụng</w:t>
            </w:r>
          </w:p>
          <w:p w14:paraId="70D80D25" w14:textId="77777777" w:rsidR="001B1581" w:rsidRPr="005B2B7C" w:rsidRDefault="001B1581" w:rsidP="001B1581">
            <w:pPr>
              <w:pStyle w:val="TableParagraph"/>
              <w:tabs>
                <w:tab w:val="left" w:pos="1152"/>
              </w:tabs>
              <w:rPr>
                <w:sz w:val="26"/>
                <w:szCs w:val="26"/>
              </w:rPr>
            </w:pPr>
            <w:r w:rsidRPr="005B2B7C">
              <w:rPr>
                <w:sz w:val="26"/>
                <w:szCs w:val="26"/>
              </w:rPr>
              <w:t>Lý do quy định:……………………………</w:t>
            </w:r>
          </w:p>
        </w:tc>
      </w:tr>
      <w:tr w:rsidR="001B1581" w:rsidRPr="005B2B7C" w14:paraId="78B79946" w14:textId="77777777" w:rsidTr="0052199E">
        <w:tc>
          <w:tcPr>
            <w:tcW w:w="5000" w:type="pct"/>
            <w:gridSpan w:val="2"/>
          </w:tcPr>
          <w:p w14:paraId="7FBC5FE4" w14:textId="77777777" w:rsidR="001B1581" w:rsidRPr="005B2B7C" w:rsidRDefault="001B1581" w:rsidP="001B1581">
            <w:pPr>
              <w:pStyle w:val="TableParagraph"/>
              <w:tabs>
                <w:tab w:val="left" w:pos="1152"/>
              </w:tabs>
              <w:rPr>
                <w:b/>
                <w:sz w:val="26"/>
                <w:szCs w:val="26"/>
              </w:rPr>
            </w:pPr>
            <w:r w:rsidRPr="005B2B7C">
              <w:rPr>
                <w:b/>
                <w:sz w:val="26"/>
                <w:szCs w:val="26"/>
              </w:rPr>
              <w:lastRenderedPageBreak/>
              <w:t>9. Mẫu đơn, tờ khai</w:t>
            </w:r>
          </w:p>
        </w:tc>
      </w:tr>
      <w:tr w:rsidR="001B1581" w:rsidRPr="005B2B7C" w14:paraId="63249C50" w14:textId="77777777" w:rsidTr="0052199E">
        <w:tc>
          <w:tcPr>
            <w:tcW w:w="973" w:type="pct"/>
          </w:tcPr>
          <w:p w14:paraId="367FFE8D" w14:textId="77777777" w:rsidR="001B1581" w:rsidRPr="005B2B7C" w:rsidRDefault="001B1581" w:rsidP="001B1581">
            <w:pPr>
              <w:pStyle w:val="TableParagraph"/>
              <w:tabs>
                <w:tab w:val="left" w:pos="1152"/>
              </w:tabs>
              <w:jc w:val="both"/>
              <w:rPr>
                <w:sz w:val="26"/>
                <w:szCs w:val="26"/>
              </w:rPr>
            </w:pPr>
            <w:r w:rsidRPr="005B2B7C">
              <w:rPr>
                <w:sz w:val="26"/>
                <w:szCs w:val="26"/>
              </w:rPr>
              <w:t>a) Có quy định về mẫu đơn, tờ khai không?</w:t>
            </w:r>
          </w:p>
        </w:tc>
        <w:tc>
          <w:tcPr>
            <w:tcW w:w="4027" w:type="pct"/>
          </w:tcPr>
          <w:p w14:paraId="67554541" w14:textId="77777777" w:rsidR="001B1581" w:rsidRPr="005B2B7C" w:rsidRDefault="001B1581" w:rsidP="001B1581">
            <w:pPr>
              <w:pStyle w:val="TableParagraph"/>
              <w:tabs>
                <w:tab w:val="left" w:pos="1152"/>
                <w:tab w:val="left" w:pos="1228"/>
              </w:tabs>
              <w:rPr>
                <w:sz w:val="26"/>
                <w:szCs w:val="26"/>
              </w:rPr>
            </w:pPr>
            <w:r w:rsidRPr="005B2B7C">
              <w:rPr>
                <w:sz w:val="26"/>
                <w:szCs w:val="26"/>
              </w:rPr>
              <w:t>Có X       Không □</w:t>
            </w:r>
          </w:p>
          <w:p w14:paraId="4D4ECD3E" w14:textId="2B27AD57" w:rsidR="001B1581" w:rsidRPr="005B2B7C" w:rsidRDefault="001B1581" w:rsidP="001B1581">
            <w:pPr>
              <w:pStyle w:val="TableParagraph"/>
              <w:tabs>
                <w:tab w:val="left" w:pos="1152"/>
              </w:tabs>
              <w:rPr>
                <w:sz w:val="26"/>
                <w:szCs w:val="26"/>
              </w:rPr>
            </w:pPr>
            <w:r w:rsidRPr="005B2B7C">
              <w:rPr>
                <w:sz w:val="26"/>
                <w:szCs w:val="26"/>
              </w:rPr>
              <w:t xml:space="preserve">Lý do: </w:t>
            </w:r>
            <w:r w:rsidR="004D0CBB" w:rsidRPr="005B2B7C">
              <w:rPr>
                <w:sz w:val="26"/>
                <w:szCs w:val="26"/>
              </w:rPr>
              <w:t>Bảo đảm thống nhất thông tin và đông bộ</w:t>
            </w:r>
          </w:p>
        </w:tc>
      </w:tr>
      <w:tr w:rsidR="001B1581" w:rsidRPr="005B2B7C" w14:paraId="1A9930DE" w14:textId="77777777" w:rsidTr="0052199E">
        <w:trPr>
          <w:trHeight w:val="355"/>
        </w:trPr>
        <w:tc>
          <w:tcPr>
            <w:tcW w:w="973" w:type="pct"/>
          </w:tcPr>
          <w:p w14:paraId="0E8D8C45" w14:textId="6A3FC09B" w:rsidR="001B1581" w:rsidRPr="005B2B7C" w:rsidRDefault="001B1581" w:rsidP="0052199E">
            <w:pPr>
              <w:pStyle w:val="TableParagraph"/>
              <w:tabs>
                <w:tab w:val="left" w:pos="1152"/>
              </w:tabs>
              <w:jc w:val="both"/>
              <w:rPr>
                <w:sz w:val="26"/>
                <w:szCs w:val="26"/>
              </w:rPr>
            </w:pPr>
            <w:r w:rsidRPr="005B2B7C">
              <w:rPr>
                <w:sz w:val="26"/>
                <w:szCs w:val="26"/>
              </w:rPr>
              <w:t xml:space="preserve">b) Tên mẫu đơn, tờ khai 1: </w:t>
            </w:r>
            <w:r w:rsidR="00405C82" w:rsidRPr="005B2B7C">
              <w:rPr>
                <w:sz w:val="26"/>
                <w:szCs w:val="26"/>
              </w:rPr>
              <w:t xml:space="preserve"> Văn bản đề nghị cấp Giấy chứng nhận</w:t>
            </w:r>
          </w:p>
          <w:p w14:paraId="674AF96C" w14:textId="77777777" w:rsidR="001B1581" w:rsidRPr="005B2B7C" w:rsidRDefault="001B1581" w:rsidP="001B1581">
            <w:pPr>
              <w:pStyle w:val="TableParagraph"/>
              <w:tabs>
                <w:tab w:val="left" w:pos="1152"/>
              </w:tabs>
              <w:rPr>
                <w:sz w:val="26"/>
                <w:szCs w:val="26"/>
              </w:rPr>
            </w:pPr>
          </w:p>
        </w:tc>
        <w:tc>
          <w:tcPr>
            <w:tcW w:w="4027" w:type="pct"/>
          </w:tcPr>
          <w:p w14:paraId="424F9394" w14:textId="77777777" w:rsidR="001B1581" w:rsidRPr="005B2B7C" w:rsidRDefault="001B1581" w:rsidP="001B1581">
            <w:pPr>
              <w:pStyle w:val="TableParagraph"/>
              <w:tabs>
                <w:tab w:val="left" w:pos="1152"/>
              </w:tabs>
              <w:rPr>
                <w:sz w:val="26"/>
                <w:szCs w:val="26"/>
              </w:rPr>
            </w:pPr>
            <w:r w:rsidRPr="005B2B7C">
              <w:rPr>
                <w:sz w:val="26"/>
                <w:szCs w:val="26"/>
              </w:rPr>
              <w:t>- Nêu rõ những nội dung (nhóm) thông tin cần cung cấp trong mẫu đơn, tờ khai:</w:t>
            </w:r>
          </w:p>
          <w:p w14:paraId="01DD6B76" w14:textId="714A06C7" w:rsidR="001B1581" w:rsidRPr="005B2B7C" w:rsidRDefault="001B1581" w:rsidP="001B1581">
            <w:pPr>
              <w:pStyle w:val="TableParagraph"/>
              <w:tabs>
                <w:tab w:val="left" w:pos="1152"/>
              </w:tabs>
              <w:jc w:val="both"/>
              <w:rPr>
                <w:sz w:val="26"/>
                <w:szCs w:val="26"/>
              </w:rPr>
            </w:pPr>
            <w:r w:rsidRPr="005B2B7C">
              <w:rPr>
                <w:sz w:val="26"/>
                <w:szCs w:val="26"/>
              </w:rPr>
              <w:t xml:space="preserve">+ Nội dung thông tin 1: </w:t>
            </w:r>
            <w:r w:rsidR="00405C82" w:rsidRPr="005B2B7C">
              <w:rPr>
                <w:sz w:val="26"/>
                <w:szCs w:val="26"/>
              </w:rPr>
              <w:t>Thông tin bên giao và bên nhận công nghệ</w:t>
            </w:r>
            <w:r w:rsidRPr="005B2B7C">
              <w:rPr>
                <w:sz w:val="26"/>
                <w:szCs w:val="26"/>
              </w:rPr>
              <w:t xml:space="preserve">; Địa chỉ; Số Quyết định thành lập/ĐKKD/CNĐT; </w:t>
            </w:r>
            <w:r w:rsidR="00405C82" w:rsidRPr="005B2B7C">
              <w:rPr>
                <w:sz w:val="26"/>
                <w:szCs w:val="26"/>
              </w:rPr>
              <w:t xml:space="preserve">Liệt kê các tài liệu kèm theo văn bản đề nghị. </w:t>
            </w:r>
          </w:p>
          <w:p w14:paraId="2670476A" w14:textId="67059E76" w:rsidR="001B1581" w:rsidRPr="005B2B7C" w:rsidRDefault="001B1581" w:rsidP="001B1581">
            <w:pPr>
              <w:pStyle w:val="TableParagraph"/>
              <w:tabs>
                <w:tab w:val="left" w:pos="1152"/>
              </w:tabs>
              <w:rPr>
                <w:sz w:val="26"/>
                <w:szCs w:val="26"/>
              </w:rPr>
            </w:pPr>
            <w:r w:rsidRPr="005B2B7C">
              <w:rPr>
                <w:sz w:val="26"/>
                <w:szCs w:val="26"/>
              </w:rPr>
              <w:t xml:space="preserve">Lý do quy định: </w:t>
            </w:r>
            <w:r w:rsidR="00405C82" w:rsidRPr="005B2B7C">
              <w:rPr>
                <w:sz w:val="26"/>
                <w:szCs w:val="26"/>
              </w:rPr>
              <w:t>Biết thông tin chung bên giao và bên nhận</w:t>
            </w:r>
            <w:r w:rsidR="00F11DF1" w:rsidRPr="005B2B7C">
              <w:rPr>
                <w:sz w:val="26"/>
                <w:szCs w:val="26"/>
              </w:rPr>
              <w:t xml:space="preserve"> công nghệ và thành phần tài liệu kèm theo đã đầy đủ theo quy định chưa!.</w:t>
            </w:r>
          </w:p>
          <w:p w14:paraId="3C70742B" w14:textId="77777777" w:rsidR="001B1581" w:rsidRPr="005B2B7C" w:rsidRDefault="001B1581" w:rsidP="001B1581">
            <w:pPr>
              <w:pStyle w:val="TableParagraph"/>
              <w:tabs>
                <w:tab w:val="left" w:pos="1152"/>
                <w:tab w:val="left" w:pos="6025"/>
                <w:tab w:val="left" w:pos="7150"/>
              </w:tabs>
              <w:rPr>
                <w:sz w:val="26"/>
                <w:szCs w:val="26"/>
              </w:rPr>
            </w:pPr>
            <w:r w:rsidRPr="005B2B7C">
              <w:rPr>
                <w:sz w:val="26"/>
                <w:szCs w:val="26"/>
              </w:rPr>
              <w:t xml:space="preserve">- Có quy định việc xác nhận tại đơn, tờ khai không? Có X       Không □ </w:t>
            </w:r>
          </w:p>
          <w:p w14:paraId="41256B1D" w14:textId="5075001A" w:rsidR="001B1581" w:rsidRPr="005B2B7C" w:rsidRDefault="001B1581" w:rsidP="001B1581">
            <w:pPr>
              <w:pStyle w:val="TableParagraph"/>
              <w:tabs>
                <w:tab w:val="left" w:pos="1152"/>
                <w:tab w:val="left" w:pos="6025"/>
                <w:tab w:val="left" w:pos="7150"/>
              </w:tabs>
              <w:jc w:val="both"/>
              <w:rPr>
                <w:sz w:val="26"/>
                <w:szCs w:val="26"/>
              </w:rPr>
            </w:pPr>
            <w:r w:rsidRPr="005B2B7C">
              <w:rPr>
                <w:sz w:val="26"/>
                <w:szCs w:val="26"/>
              </w:rPr>
              <w:t xml:space="preserve">Nếu Có, nêu rõ nội dung xác nhận, người/cơ quan có thẩm quyền xác nhận: </w:t>
            </w:r>
            <w:r w:rsidR="00F11DF1" w:rsidRPr="005B2B7C">
              <w:rPr>
                <w:sz w:val="26"/>
                <w:szCs w:val="26"/>
              </w:rPr>
              <w:t>Đại diện bên giao hoặc bên nhận</w:t>
            </w:r>
          </w:p>
          <w:p w14:paraId="538B1B0A" w14:textId="77777777" w:rsidR="001B1581" w:rsidRPr="005B2B7C" w:rsidRDefault="001B1581" w:rsidP="001B1581">
            <w:pPr>
              <w:pStyle w:val="TableParagraph"/>
              <w:tabs>
                <w:tab w:val="left" w:pos="1152"/>
              </w:tabs>
              <w:rPr>
                <w:sz w:val="26"/>
                <w:szCs w:val="26"/>
              </w:rPr>
            </w:pPr>
            <w:r w:rsidRPr="005B2B7C">
              <w:rPr>
                <w:sz w:val="26"/>
                <w:szCs w:val="26"/>
              </w:rPr>
              <w:t>Lý do quy định:……………………………………………………………………………</w:t>
            </w:r>
          </w:p>
        </w:tc>
      </w:tr>
      <w:tr w:rsidR="001B1581" w:rsidRPr="005B2B7C" w14:paraId="77799468" w14:textId="77777777" w:rsidTr="0052199E">
        <w:tc>
          <w:tcPr>
            <w:tcW w:w="973" w:type="pct"/>
          </w:tcPr>
          <w:p w14:paraId="01F46D26" w14:textId="30D58FBD" w:rsidR="001B1581" w:rsidRPr="005B2B7C" w:rsidRDefault="001B1581" w:rsidP="001B1581">
            <w:pPr>
              <w:pStyle w:val="TableParagraph"/>
              <w:tabs>
                <w:tab w:val="left" w:pos="1152"/>
              </w:tabs>
              <w:jc w:val="both"/>
              <w:rPr>
                <w:sz w:val="26"/>
                <w:szCs w:val="26"/>
              </w:rPr>
            </w:pPr>
            <w:r w:rsidRPr="005B2B7C">
              <w:rPr>
                <w:sz w:val="26"/>
                <w:szCs w:val="26"/>
              </w:rPr>
              <w:t xml:space="preserve">c) </w:t>
            </w:r>
            <w:r w:rsidR="00F11DF1" w:rsidRPr="005B2B7C">
              <w:rPr>
                <w:sz w:val="26"/>
                <w:szCs w:val="26"/>
              </w:rPr>
              <w:t>Thuyết minh nội dung công nghệ khuyến khích chuyển giao</w:t>
            </w:r>
          </w:p>
        </w:tc>
        <w:tc>
          <w:tcPr>
            <w:tcW w:w="4027" w:type="pct"/>
          </w:tcPr>
          <w:p w14:paraId="190BFCA2" w14:textId="77777777" w:rsidR="001B1581" w:rsidRPr="005B2B7C" w:rsidRDefault="001B1581" w:rsidP="001B1581">
            <w:pPr>
              <w:pStyle w:val="TableParagraph"/>
              <w:tabs>
                <w:tab w:val="left" w:pos="1152"/>
              </w:tabs>
              <w:rPr>
                <w:sz w:val="26"/>
                <w:szCs w:val="26"/>
              </w:rPr>
            </w:pPr>
            <w:r w:rsidRPr="005B2B7C">
              <w:rPr>
                <w:sz w:val="26"/>
                <w:szCs w:val="26"/>
              </w:rPr>
              <w:t>- Nêu rõ những nội dung (nhóm) thông tin cần cung cấp trong mẫu đơn, tờ khai:</w:t>
            </w:r>
          </w:p>
          <w:p w14:paraId="7BE7A4AC" w14:textId="0F8AA1BF" w:rsidR="001B1581" w:rsidRPr="005B2B7C" w:rsidRDefault="001B1581" w:rsidP="001B1581">
            <w:pPr>
              <w:pStyle w:val="TableParagraph"/>
              <w:tabs>
                <w:tab w:val="left" w:pos="1152"/>
              </w:tabs>
              <w:rPr>
                <w:sz w:val="26"/>
                <w:szCs w:val="26"/>
              </w:rPr>
            </w:pPr>
            <w:r w:rsidRPr="005B2B7C">
              <w:rPr>
                <w:sz w:val="26"/>
                <w:szCs w:val="26"/>
              </w:rPr>
              <w:t xml:space="preserve">+ Nội dung thông tin 1: </w:t>
            </w:r>
            <w:r w:rsidR="00F11DF1" w:rsidRPr="005B2B7C">
              <w:rPr>
                <w:sz w:val="26"/>
                <w:szCs w:val="26"/>
              </w:rPr>
              <w:t>Thông tin chung của bên giao và bên nhận công nghệ</w:t>
            </w:r>
          </w:p>
          <w:p w14:paraId="00A558D1" w14:textId="4EF44163" w:rsidR="001B1581" w:rsidRPr="005B2B7C" w:rsidRDefault="001B1581" w:rsidP="001B1581">
            <w:pPr>
              <w:pStyle w:val="TableParagraph"/>
              <w:tabs>
                <w:tab w:val="left" w:pos="1152"/>
              </w:tabs>
              <w:rPr>
                <w:sz w:val="26"/>
                <w:szCs w:val="26"/>
              </w:rPr>
            </w:pPr>
            <w:r w:rsidRPr="005B2B7C">
              <w:rPr>
                <w:sz w:val="26"/>
                <w:szCs w:val="26"/>
              </w:rPr>
              <w:t>Lý do quy định:</w:t>
            </w:r>
            <w:r w:rsidR="00F11DF1" w:rsidRPr="005B2B7C">
              <w:rPr>
                <w:sz w:val="26"/>
                <w:szCs w:val="26"/>
              </w:rPr>
              <w:t xml:space="preserve"> Bảo đảm thống nhất với văn bản đề nghị và Thảo thuận giữa hai bên, tuân thủ theo đúng quy định.</w:t>
            </w:r>
          </w:p>
          <w:p w14:paraId="624D06FE" w14:textId="24A05D0D" w:rsidR="001B1581" w:rsidRPr="005B2B7C" w:rsidRDefault="001B1581" w:rsidP="0052199E">
            <w:pPr>
              <w:pStyle w:val="TableParagraph"/>
              <w:tabs>
                <w:tab w:val="left" w:pos="1152"/>
              </w:tabs>
              <w:jc w:val="both"/>
              <w:rPr>
                <w:sz w:val="26"/>
                <w:szCs w:val="26"/>
              </w:rPr>
            </w:pPr>
            <w:r w:rsidRPr="005B2B7C">
              <w:rPr>
                <w:sz w:val="26"/>
                <w:szCs w:val="26"/>
              </w:rPr>
              <w:t xml:space="preserve">+ Nội dung thông tin 2: </w:t>
            </w:r>
            <w:r w:rsidR="00F11DF1" w:rsidRPr="005B2B7C">
              <w:rPr>
                <w:sz w:val="26"/>
                <w:szCs w:val="26"/>
              </w:rPr>
              <w:t>Tên công nghệ khuyến khích chuyển giao giữa hai bên.</w:t>
            </w:r>
          </w:p>
          <w:p w14:paraId="4012198A" w14:textId="14D2B594" w:rsidR="001B1581" w:rsidRPr="005B2B7C" w:rsidRDefault="001B1581" w:rsidP="00F11DF1">
            <w:pPr>
              <w:pStyle w:val="TableParagraph"/>
              <w:tabs>
                <w:tab w:val="left" w:pos="1152"/>
              </w:tabs>
              <w:jc w:val="both"/>
              <w:rPr>
                <w:sz w:val="26"/>
                <w:szCs w:val="26"/>
              </w:rPr>
            </w:pPr>
            <w:r w:rsidRPr="005B2B7C">
              <w:rPr>
                <w:sz w:val="26"/>
                <w:szCs w:val="26"/>
              </w:rPr>
              <w:t>Lý do quy định:</w:t>
            </w:r>
            <w:r w:rsidR="00F11DF1" w:rsidRPr="005B2B7C">
              <w:rPr>
                <w:sz w:val="26"/>
                <w:szCs w:val="26"/>
              </w:rPr>
              <w:t xml:space="preserve"> Phục vụ công tác thẩm định, đánh giá.</w:t>
            </w:r>
          </w:p>
          <w:p w14:paraId="5940C9FE" w14:textId="070321A5" w:rsidR="00F11DF1" w:rsidRPr="005B2B7C" w:rsidRDefault="00F11DF1" w:rsidP="00F11DF1">
            <w:pPr>
              <w:pStyle w:val="TableParagraph"/>
              <w:tabs>
                <w:tab w:val="left" w:pos="1152"/>
              </w:tabs>
              <w:jc w:val="both"/>
              <w:rPr>
                <w:sz w:val="26"/>
                <w:szCs w:val="26"/>
              </w:rPr>
            </w:pPr>
            <w:r w:rsidRPr="005B2B7C">
              <w:rPr>
                <w:sz w:val="26"/>
                <w:szCs w:val="26"/>
              </w:rPr>
              <w:t>+ Nội dung thông tin 3: Đối tượng của công nghệ được chuyển giao.</w:t>
            </w:r>
          </w:p>
          <w:p w14:paraId="2592054B" w14:textId="77777777" w:rsidR="00F11DF1" w:rsidRPr="005B2B7C" w:rsidRDefault="00F11DF1" w:rsidP="00F11DF1">
            <w:pPr>
              <w:pStyle w:val="TableParagraph"/>
              <w:tabs>
                <w:tab w:val="left" w:pos="1152"/>
              </w:tabs>
              <w:jc w:val="both"/>
              <w:rPr>
                <w:sz w:val="26"/>
                <w:szCs w:val="26"/>
              </w:rPr>
            </w:pPr>
            <w:r w:rsidRPr="005B2B7C">
              <w:rPr>
                <w:sz w:val="26"/>
                <w:szCs w:val="26"/>
              </w:rPr>
              <w:t>Lý do quy định: Phục vụ công tác thẩm định, đánh giá.</w:t>
            </w:r>
          </w:p>
          <w:p w14:paraId="2312D129" w14:textId="2C4E2BBB" w:rsidR="00F11DF1" w:rsidRPr="005B2B7C" w:rsidRDefault="00F11DF1" w:rsidP="00F11DF1">
            <w:pPr>
              <w:pStyle w:val="TableParagraph"/>
              <w:tabs>
                <w:tab w:val="left" w:pos="1152"/>
              </w:tabs>
              <w:jc w:val="both"/>
              <w:rPr>
                <w:sz w:val="26"/>
                <w:szCs w:val="26"/>
              </w:rPr>
            </w:pPr>
            <w:r w:rsidRPr="005B2B7C">
              <w:rPr>
                <w:sz w:val="26"/>
                <w:szCs w:val="26"/>
              </w:rPr>
              <w:t xml:space="preserve">+ Nội dung thông tin 4: </w:t>
            </w:r>
            <w:r w:rsidRPr="005B2B7C">
              <w:rPr>
                <w:sz w:val="28"/>
                <w:szCs w:val="28"/>
              </w:rPr>
              <w:t>Phạm vi quyền và phương thức chuyển giao công nghệ</w:t>
            </w:r>
            <w:r w:rsidRPr="005B2B7C">
              <w:rPr>
                <w:sz w:val="26"/>
                <w:szCs w:val="26"/>
              </w:rPr>
              <w:t>.</w:t>
            </w:r>
          </w:p>
          <w:p w14:paraId="23EED329" w14:textId="77777777" w:rsidR="00F11DF1" w:rsidRPr="005B2B7C" w:rsidRDefault="00F11DF1" w:rsidP="00F11DF1">
            <w:pPr>
              <w:pStyle w:val="TableParagraph"/>
              <w:tabs>
                <w:tab w:val="left" w:pos="1152"/>
              </w:tabs>
              <w:jc w:val="both"/>
              <w:rPr>
                <w:sz w:val="26"/>
                <w:szCs w:val="26"/>
              </w:rPr>
            </w:pPr>
            <w:r w:rsidRPr="005B2B7C">
              <w:rPr>
                <w:sz w:val="26"/>
                <w:szCs w:val="26"/>
              </w:rPr>
              <w:t>Lý do quy định: Phục vụ công tác thẩm định, đánh giá.</w:t>
            </w:r>
          </w:p>
          <w:p w14:paraId="6F498052" w14:textId="44FCF772" w:rsidR="00063221" w:rsidRPr="005B2B7C" w:rsidRDefault="00063221" w:rsidP="00063221">
            <w:pPr>
              <w:pStyle w:val="TableParagraph"/>
              <w:tabs>
                <w:tab w:val="left" w:pos="1152"/>
              </w:tabs>
              <w:jc w:val="both"/>
              <w:rPr>
                <w:sz w:val="26"/>
                <w:szCs w:val="26"/>
              </w:rPr>
            </w:pPr>
            <w:r w:rsidRPr="005B2B7C">
              <w:rPr>
                <w:sz w:val="26"/>
                <w:szCs w:val="26"/>
              </w:rPr>
              <w:t xml:space="preserve">+ Nội dung thông tin 5: </w:t>
            </w:r>
            <w:r w:rsidRPr="005B2B7C">
              <w:rPr>
                <w:sz w:val="28"/>
                <w:szCs w:val="28"/>
              </w:rPr>
              <w:t>Giải trình sự phù hợp Danh mục công nghệ khuyến khích chuyển giao theo quy định của Luật Chuyển giao công nghệ và mức độ tin cậy của công nghệ chuyển giao</w:t>
            </w:r>
            <w:bookmarkStart w:id="3" w:name="tvpllink_kdsjezrrqd_3"/>
            <w:bookmarkEnd w:id="3"/>
            <w:r w:rsidRPr="005B2B7C">
              <w:rPr>
                <w:sz w:val="26"/>
                <w:szCs w:val="26"/>
              </w:rPr>
              <w:t>.</w:t>
            </w:r>
          </w:p>
          <w:p w14:paraId="33EFBEBC" w14:textId="0A329943" w:rsidR="00F11DF1" w:rsidRPr="005B2B7C" w:rsidRDefault="00063221" w:rsidP="0052199E">
            <w:pPr>
              <w:pStyle w:val="TableParagraph"/>
              <w:tabs>
                <w:tab w:val="left" w:pos="1152"/>
              </w:tabs>
              <w:jc w:val="both"/>
              <w:rPr>
                <w:sz w:val="26"/>
                <w:szCs w:val="26"/>
              </w:rPr>
            </w:pPr>
            <w:r w:rsidRPr="005B2B7C">
              <w:rPr>
                <w:sz w:val="26"/>
                <w:szCs w:val="26"/>
              </w:rPr>
              <w:t>Lý do quy định: Phục vụ công tác thẩm định, đánh giá.</w:t>
            </w:r>
          </w:p>
          <w:p w14:paraId="116A8B38" w14:textId="77777777" w:rsidR="001B1581" w:rsidRPr="005B2B7C" w:rsidRDefault="001B1581" w:rsidP="001B1581">
            <w:pPr>
              <w:pStyle w:val="TableParagraph"/>
              <w:tabs>
                <w:tab w:val="left" w:pos="255"/>
                <w:tab w:val="left" w:pos="1152"/>
                <w:tab w:val="left" w:pos="6025"/>
                <w:tab w:val="left" w:pos="7150"/>
              </w:tabs>
              <w:rPr>
                <w:sz w:val="26"/>
                <w:szCs w:val="26"/>
              </w:rPr>
            </w:pPr>
            <w:r w:rsidRPr="005B2B7C">
              <w:rPr>
                <w:sz w:val="26"/>
                <w:szCs w:val="26"/>
              </w:rPr>
              <w:t>- Có quy định việc xác nhận tại đơn, tờ khai không? Có X      Không □</w:t>
            </w:r>
          </w:p>
          <w:p w14:paraId="3F6B8CC8" w14:textId="7271A394" w:rsidR="001B1581" w:rsidRPr="005B2B7C" w:rsidRDefault="001B1581" w:rsidP="001B1581">
            <w:pPr>
              <w:pStyle w:val="TableParagraph"/>
              <w:tabs>
                <w:tab w:val="left" w:pos="255"/>
                <w:tab w:val="left" w:pos="1152"/>
                <w:tab w:val="left" w:pos="6025"/>
                <w:tab w:val="left" w:pos="7150"/>
              </w:tabs>
              <w:rPr>
                <w:sz w:val="26"/>
                <w:szCs w:val="26"/>
              </w:rPr>
            </w:pPr>
            <w:r w:rsidRPr="005B2B7C">
              <w:rPr>
                <w:sz w:val="26"/>
                <w:szCs w:val="26"/>
              </w:rPr>
              <w:t xml:space="preserve">Nếu Có, nêu rõ nội dung xác nhận, người/cơ quan có thẩm quyền xác nhận: </w:t>
            </w:r>
            <w:r w:rsidR="00585096" w:rsidRPr="005B2B7C">
              <w:rPr>
                <w:sz w:val="26"/>
                <w:szCs w:val="26"/>
              </w:rPr>
              <w:t>Đại diện bên giao hoặc bên nhận</w:t>
            </w:r>
          </w:p>
          <w:p w14:paraId="1C04994B" w14:textId="3318CAB8" w:rsidR="001B1581" w:rsidRPr="005B2B7C" w:rsidRDefault="001B1581" w:rsidP="001B1581">
            <w:pPr>
              <w:pStyle w:val="TableParagraph"/>
              <w:tabs>
                <w:tab w:val="left" w:pos="1152"/>
              </w:tabs>
              <w:rPr>
                <w:sz w:val="26"/>
                <w:szCs w:val="26"/>
              </w:rPr>
            </w:pPr>
            <w:r w:rsidRPr="005B2B7C">
              <w:rPr>
                <w:sz w:val="26"/>
                <w:szCs w:val="26"/>
              </w:rPr>
              <w:lastRenderedPageBreak/>
              <w:t>Lý do quy địn</w:t>
            </w:r>
            <w:r w:rsidR="00585096" w:rsidRPr="005B2B7C">
              <w:rPr>
                <w:sz w:val="26"/>
                <w:szCs w:val="26"/>
              </w:rPr>
              <w:t>h: Bảo đảm thông tin tài liệu được xác nhận bởi 1 trong 2 bên</w:t>
            </w:r>
          </w:p>
        </w:tc>
      </w:tr>
      <w:tr w:rsidR="001B1581" w:rsidRPr="005B2B7C" w14:paraId="6AA9A1D6" w14:textId="77777777" w:rsidTr="0052199E">
        <w:tc>
          <w:tcPr>
            <w:tcW w:w="973" w:type="pct"/>
          </w:tcPr>
          <w:p w14:paraId="0E3F4289" w14:textId="77777777" w:rsidR="001B1581" w:rsidRPr="005B2B7C" w:rsidRDefault="001B1581" w:rsidP="001B1581">
            <w:pPr>
              <w:pStyle w:val="TableParagraph"/>
              <w:tabs>
                <w:tab w:val="left" w:pos="1152"/>
              </w:tabs>
              <w:rPr>
                <w:sz w:val="26"/>
                <w:szCs w:val="26"/>
              </w:rPr>
            </w:pPr>
            <w:r w:rsidRPr="005B2B7C">
              <w:rPr>
                <w:sz w:val="26"/>
                <w:szCs w:val="26"/>
              </w:rPr>
              <w:lastRenderedPageBreak/>
              <w:t>d) Ngôn ngữ</w:t>
            </w:r>
          </w:p>
        </w:tc>
        <w:tc>
          <w:tcPr>
            <w:tcW w:w="4027" w:type="pct"/>
          </w:tcPr>
          <w:p w14:paraId="2BE832D9" w14:textId="5C816953" w:rsidR="001B1581" w:rsidRPr="005B2B7C" w:rsidRDefault="001B1581" w:rsidP="001B1581">
            <w:pPr>
              <w:pStyle w:val="TableParagraph"/>
              <w:tabs>
                <w:tab w:val="left" w:pos="1152"/>
                <w:tab w:val="left" w:pos="2584"/>
                <w:tab w:val="left" w:pos="4924"/>
              </w:tabs>
              <w:rPr>
                <w:sz w:val="26"/>
                <w:szCs w:val="26"/>
              </w:rPr>
            </w:pPr>
            <w:r w:rsidRPr="005B2B7C">
              <w:rPr>
                <w:sz w:val="26"/>
                <w:szCs w:val="26"/>
              </w:rPr>
              <w:t>- tờ khai được lập bằng tiếng Việt</w:t>
            </w:r>
          </w:p>
          <w:p w14:paraId="05F387B3" w14:textId="12385E1D" w:rsidR="001B1581" w:rsidRPr="005B2B7C" w:rsidRDefault="001B1581" w:rsidP="001B1581">
            <w:pPr>
              <w:pStyle w:val="TableParagraph"/>
              <w:tabs>
                <w:tab w:val="left" w:pos="1152"/>
                <w:tab w:val="left" w:pos="2584"/>
                <w:tab w:val="left" w:pos="4924"/>
              </w:tabs>
              <w:rPr>
                <w:sz w:val="26"/>
                <w:szCs w:val="26"/>
              </w:rPr>
            </w:pPr>
            <w:r w:rsidRPr="005B2B7C">
              <w:rPr>
                <w:sz w:val="26"/>
                <w:szCs w:val="26"/>
              </w:rPr>
              <w:t>Lý do quy định (trong trường hợp mẫu đơn song ngữ):</w:t>
            </w:r>
            <w:r w:rsidR="00585096" w:rsidRPr="005B2B7C">
              <w:rPr>
                <w:sz w:val="26"/>
                <w:szCs w:val="26"/>
              </w:rPr>
              <w:t xml:space="preserve"> Không quy định</w:t>
            </w:r>
          </w:p>
        </w:tc>
      </w:tr>
      <w:tr w:rsidR="001B1581" w:rsidRPr="005B2B7C" w14:paraId="2D792753" w14:textId="77777777" w:rsidTr="0052199E">
        <w:tc>
          <w:tcPr>
            <w:tcW w:w="973" w:type="pct"/>
          </w:tcPr>
          <w:p w14:paraId="08B27759" w14:textId="77777777" w:rsidR="001B1581" w:rsidRPr="005B2B7C" w:rsidRDefault="001B1581" w:rsidP="001B1581">
            <w:pPr>
              <w:pStyle w:val="TableParagraph"/>
              <w:tabs>
                <w:tab w:val="left" w:pos="1152"/>
              </w:tabs>
              <w:rPr>
                <w:b/>
                <w:sz w:val="26"/>
                <w:szCs w:val="26"/>
              </w:rPr>
            </w:pPr>
            <w:r w:rsidRPr="005B2B7C">
              <w:rPr>
                <w:b/>
                <w:sz w:val="26"/>
                <w:szCs w:val="26"/>
              </w:rPr>
              <w:t>10. Yêu cầu, điều kiện</w:t>
            </w:r>
          </w:p>
        </w:tc>
        <w:tc>
          <w:tcPr>
            <w:tcW w:w="4027" w:type="pct"/>
          </w:tcPr>
          <w:p w14:paraId="41993453" w14:textId="77777777" w:rsidR="001B1581" w:rsidRPr="005B2B7C" w:rsidRDefault="001B1581" w:rsidP="001B1581">
            <w:pPr>
              <w:pStyle w:val="TableParagraph"/>
              <w:tabs>
                <w:tab w:val="left" w:pos="1152"/>
              </w:tabs>
              <w:rPr>
                <w:sz w:val="26"/>
                <w:szCs w:val="26"/>
              </w:rPr>
            </w:pPr>
          </w:p>
        </w:tc>
      </w:tr>
      <w:tr w:rsidR="001B1581" w:rsidRPr="005B2B7C" w14:paraId="42992D4D" w14:textId="77777777" w:rsidTr="0052199E">
        <w:tc>
          <w:tcPr>
            <w:tcW w:w="973" w:type="pct"/>
          </w:tcPr>
          <w:p w14:paraId="1BE66675" w14:textId="77777777" w:rsidR="001B1581" w:rsidRPr="005B2B7C" w:rsidRDefault="001B1581" w:rsidP="0052199E">
            <w:pPr>
              <w:pStyle w:val="TableParagraph"/>
              <w:tabs>
                <w:tab w:val="left" w:pos="1152"/>
              </w:tabs>
              <w:jc w:val="both"/>
              <w:rPr>
                <w:sz w:val="26"/>
                <w:szCs w:val="26"/>
              </w:rPr>
            </w:pPr>
            <w:r w:rsidRPr="005B2B7C">
              <w:rPr>
                <w:sz w:val="26"/>
                <w:szCs w:val="26"/>
              </w:rPr>
              <w:t>Có quy định yêu cầu, điều kiện không?</w:t>
            </w:r>
          </w:p>
        </w:tc>
        <w:tc>
          <w:tcPr>
            <w:tcW w:w="4027" w:type="pct"/>
          </w:tcPr>
          <w:p w14:paraId="70F55F08" w14:textId="77777777" w:rsidR="001B1581" w:rsidRPr="005B2B7C" w:rsidRDefault="001B1581" w:rsidP="001B1581">
            <w:pPr>
              <w:pStyle w:val="TableParagraph"/>
              <w:tabs>
                <w:tab w:val="left" w:pos="1152"/>
                <w:tab w:val="left" w:pos="1293"/>
              </w:tabs>
              <w:rPr>
                <w:sz w:val="26"/>
                <w:szCs w:val="26"/>
              </w:rPr>
            </w:pPr>
            <w:r w:rsidRPr="005B2B7C">
              <w:rPr>
                <w:sz w:val="26"/>
                <w:szCs w:val="26"/>
              </w:rPr>
              <w:t>Có X       Không □</w:t>
            </w:r>
          </w:p>
          <w:p w14:paraId="104BAF85" w14:textId="2B132A53" w:rsidR="001B1581" w:rsidRPr="005B2B7C" w:rsidRDefault="001B1581" w:rsidP="001B1581">
            <w:pPr>
              <w:pStyle w:val="TableParagraph"/>
              <w:tabs>
                <w:tab w:val="left" w:pos="1152"/>
              </w:tabs>
              <w:rPr>
                <w:sz w:val="26"/>
                <w:szCs w:val="26"/>
              </w:rPr>
            </w:pPr>
            <w:r w:rsidRPr="005B2B7C">
              <w:rPr>
                <w:sz w:val="26"/>
                <w:szCs w:val="26"/>
              </w:rPr>
              <w:t>Lý do quy định:</w:t>
            </w:r>
            <w:r w:rsidR="00585096" w:rsidRPr="005B2B7C">
              <w:rPr>
                <w:sz w:val="26"/>
                <w:szCs w:val="26"/>
              </w:rPr>
              <w:t xml:space="preserve">  Việc xem xét, cấp Giấy chứng nhận thực hiện sau khi các nội dung chuyển giao công nghệ đã được triển khai, sản xuất ra sản phẩm</w:t>
            </w:r>
          </w:p>
        </w:tc>
      </w:tr>
      <w:tr w:rsidR="001B1581" w:rsidRPr="005B2B7C" w14:paraId="456B46E1" w14:textId="77777777" w:rsidTr="0052199E">
        <w:tc>
          <w:tcPr>
            <w:tcW w:w="5000" w:type="pct"/>
            <w:gridSpan w:val="2"/>
          </w:tcPr>
          <w:p w14:paraId="5B116562" w14:textId="77777777" w:rsidR="001B1581" w:rsidRPr="005B2B7C" w:rsidRDefault="001B1581" w:rsidP="001B1581">
            <w:pPr>
              <w:pStyle w:val="TableParagraph"/>
              <w:tabs>
                <w:tab w:val="left" w:pos="1152"/>
              </w:tabs>
              <w:rPr>
                <w:b/>
                <w:sz w:val="26"/>
                <w:szCs w:val="26"/>
              </w:rPr>
            </w:pPr>
            <w:r w:rsidRPr="005B2B7C">
              <w:rPr>
                <w:b/>
                <w:sz w:val="26"/>
                <w:szCs w:val="26"/>
              </w:rPr>
              <w:t>11. Kết quả thực hiện</w:t>
            </w:r>
          </w:p>
        </w:tc>
      </w:tr>
      <w:tr w:rsidR="001B1581" w:rsidRPr="005B2B7C" w14:paraId="29E7D36D" w14:textId="77777777" w:rsidTr="0052199E">
        <w:tc>
          <w:tcPr>
            <w:tcW w:w="973" w:type="pct"/>
          </w:tcPr>
          <w:p w14:paraId="3F8AFD41" w14:textId="77777777" w:rsidR="001B1581" w:rsidRPr="005B2B7C" w:rsidRDefault="001B1581" w:rsidP="001B1581">
            <w:pPr>
              <w:pStyle w:val="TableParagraph"/>
              <w:tabs>
                <w:tab w:val="left" w:pos="1152"/>
              </w:tabs>
              <w:jc w:val="both"/>
              <w:rPr>
                <w:sz w:val="26"/>
                <w:szCs w:val="26"/>
              </w:rPr>
            </w:pPr>
            <w:r w:rsidRPr="005B2B7C">
              <w:rPr>
                <w:sz w:val="26"/>
                <w:szCs w:val="26"/>
              </w:rPr>
              <w:t>a) Hình thức của kết quả thực hiện thủ tục hành chính là gì?</w:t>
            </w:r>
          </w:p>
        </w:tc>
        <w:tc>
          <w:tcPr>
            <w:tcW w:w="4027" w:type="pct"/>
          </w:tcPr>
          <w:p w14:paraId="52228672" w14:textId="77777777" w:rsidR="001B1581" w:rsidRPr="005B2B7C" w:rsidRDefault="001B1581" w:rsidP="001B1581">
            <w:pPr>
              <w:pStyle w:val="TableParagraph"/>
              <w:tabs>
                <w:tab w:val="left" w:pos="255"/>
                <w:tab w:val="left" w:pos="1152"/>
              </w:tabs>
              <w:rPr>
                <w:sz w:val="26"/>
                <w:szCs w:val="26"/>
              </w:rPr>
            </w:pPr>
            <w:r w:rsidRPr="005B2B7C">
              <w:rPr>
                <w:sz w:val="26"/>
                <w:szCs w:val="26"/>
              </w:rPr>
              <w:t>- Giấy phép □</w:t>
            </w:r>
          </w:p>
          <w:p w14:paraId="118CA978" w14:textId="77777777" w:rsidR="001B1581" w:rsidRPr="005B2B7C" w:rsidRDefault="001B1581" w:rsidP="001B1581">
            <w:pPr>
              <w:pStyle w:val="TableParagraph"/>
              <w:tabs>
                <w:tab w:val="left" w:pos="255"/>
                <w:tab w:val="left" w:pos="1152"/>
              </w:tabs>
              <w:rPr>
                <w:sz w:val="26"/>
                <w:szCs w:val="26"/>
              </w:rPr>
            </w:pPr>
            <w:r w:rsidRPr="005B2B7C">
              <w:rPr>
                <w:sz w:val="26"/>
                <w:szCs w:val="26"/>
              </w:rPr>
              <w:t>- Giấy chứng nhận X</w:t>
            </w:r>
          </w:p>
          <w:p w14:paraId="5C4E2334" w14:textId="77777777" w:rsidR="001B1581" w:rsidRPr="005B2B7C" w:rsidRDefault="001B1581" w:rsidP="001B1581">
            <w:pPr>
              <w:pStyle w:val="TableParagraph"/>
              <w:tabs>
                <w:tab w:val="left" w:pos="255"/>
                <w:tab w:val="left" w:pos="1152"/>
              </w:tabs>
              <w:rPr>
                <w:sz w:val="26"/>
                <w:szCs w:val="26"/>
              </w:rPr>
            </w:pPr>
            <w:r w:rsidRPr="005B2B7C">
              <w:rPr>
                <w:sz w:val="26"/>
                <w:szCs w:val="26"/>
              </w:rPr>
              <w:t>- Giấy đăng ký □</w:t>
            </w:r>
          </w:p>
          <w:p w14:paraId="3CA96E16" w14:textId="77777777" w:rsidR="001B1581" w:rsidRPr="005B2B7C" w:rsidRDefault="001B1581" w:rsidP="001B1581">
            <w:pPr>
              <w:pStyle w:val="TableParagraph"/>
              <w:tabs>
                <w:tab w:val="left" w:pos="255"/>
                <w:tab w:val="left" w:pos="1152"/>
              </w:tabs>
              <w:rPr>
                <w:sz w:val="26"/>
                <w:szCs w:val="26"/>
              </w:rPr>
            </w:pPr>
            <w:r w:rsidRPr="005B2B7C">
              <w:rPr>
                <w:sz w:val="26"/>
                <w:szCs w:val="26"/>
              </w:rPr>
              <w:t>- Chứng chỉ □</w:t>
            </w:r>
          </w:p>
          <w:p w14:paraId="4AF126EC" w14:textId="77777777" w:rsidR="001B1581" w:rsidRPr="005B2B7C" w:rsidRDefault="001B1581" w:rsidP="001B1581">
            <w:pPr>
              <w:pStyle w:val="TableParagraph"/>
              <w:tabs>
                <w:tab w:val="left" w:pos="255"/>
                <w:tab w:val="left" w:pos="1152"/>
              </w:tabs>
              <w:rPr>
                <w:sz w:val="26"/>
                <w:szCs w:val="26"/>
              </w:rPr>
            </w:pPr>
            <w:r w:rsidRPr="005B2B7C">
              <w:rPr>
                <w:sz w:val="26"/>
                <w:szCs w:val="26"/>
              </w:rPr>
              <w:t>- Thẻ □</w:t>
            </w:r>
          </w:p>
          <w:p w14:paraId="206EF8EA" w14:textId="77777777" w:rsidR="001B1581" w:rsidRPr="005B2B7C" w:rsidRDefault="001B1581" w:rsidP="001B1581">
            <w:pPr>
              <w:pStyle w:val="TableParagraph"/>
              <w:tabs>
                <w:tab w:val="left" w:pos="255"/>
                <w:tab w:val="left" w:pos="1152"/>
              </w:tabs>
              <w:rPr>
                <w:sz w:val="26"/>
                <w:szCs w:val="26"/>
              </w:rPr>
            </w:pPr>
            <w:r w:rsidRPr="005B2B7C">
              <w:rPr>
                <w:sz w:val="26"/>
                <w:szCs w:val="26"/>
              </w:rPr>
              <w:t>- Quyết định hành chính □</w:t>
            </w:r>
          </w:p>
          <w:p w14:paraId="5C4FDFEE" w14:textId="77777777" w:rsidR="001B1581" w:rsidRPr="005B2B7C" w:rsidRDefault="001B1581" w:rsidP="001B1581">
            <w:pPr>
              <w:pStyle w:val="TableParagraph"/>
              <w:tabs>
                <w:tab w:val="left" w:pos="255"/>
                <w:tab w:val="left" w:pos="1152"/>
              </w:tabs>
              <w:rPr>
                <w:sz w:val="26"/>
                <w:szCs w:val="26"/>
              </w:rPr>
            </w:pPr>
            <w:r w:rsidRPr="005B2B7C">
              <w:rPr>
                <w:sz w:val="26"/>
                <w:szCs w:val="26"/>
              </w:rPr>
              <w:t>- Văn bản xác nhận/chấp thuận □</w:t>
            </w:r>
          </w:p>
          <w:p w14:paraId="7F4E8CC4" w14:textId="77777777" w:rsidR="001B1581" w:rsidRPr="005B2B7C" w:rsidRDefault="001B1581" w:rsidP="001B1581">
            <w:pPr>
              <w:pStyle w:val="TableParagraph"/>
              <w:tabs>
                <w:tab w:val="left" w:pos="255"/>
                <w:tab w:val="left" w:pos="1152"/>
                <w:tab w:val="left" w:pos="4068"/>
              </w:tabs>
              <w:rPr>
                <w:sz w:val="26"/>
                <w:szCs w:val="26"/>
              </w:rPr>
            </w:pPr>
            <w:r w:rsidRPr="005B2B7C">
              <w:rPr>
                <w:sz w:val="26"/>
                <w:szCs w:val="26"/>
              </w:rPr>
              <w:t>- Loại khác: □ Đề nghị nêu rõ:…………………………………………………..</w:t>
            </w:r>
          </w:p>
          <w:p w14:paraId="037B3D35" w14:textId="77777777" w:rsidR="001B1581" w:rsidRPr="005B2B7C" w:rsidRDefault="001B1581" w:rsidP="001B1581">
            <w:pPr>
              <w:pStyle w:val="TableParagraph"/>
              <w:tabs>
                <w:tab w:val="left" w:pos="1152"/>
                <w:tab w:val="left" w:pos="6096"/>
              </w:tabs>
              <w:rPr>
                <w:sz w:val="26"/>
                <w:szCs w:val="26"/>
              </w:rPr>
            </w:pPr>
            <w:r w:rsidRPr="005B2B7C">
              <w:rPr>
                <w:sz w:val="26"/>
                <w:szCs w:val="26"/>
              </w:rPr>
              <w:t>Kết quả thực hiện thủ tục hành chính: Bản giấy □ Bản điện tử X</w:t>
            </w:r>
          </w:p>
        </w:tc>
      </w:tr>
      <w:tr w:rsidR="001B1581" w:rsidRPr="005B2B7C" w14:paraId="2EF97169" w14:textId="77777777" w:rsidTr="0052199E">
        <w:tc>
          <w:tcPr>
            <w:tcW w:w="973" w:type="pct"/>
          </w:tcPr>
          <w:p w14:paraId="3DA6C6C7" w14:textId="77777777" w:rsidR="001B1581" w:rsidRPr="005B2B7C" w:rsidRDefault="001B1581" w:rsidP="001B1581">
            <w:pPr>
              <w:pStyle w:val="TableParagraph"/>
              <w:tabs>
                <w:tab w:val="left" w:pos="1152"/>
              </w:tabs>
              <w:jc w:val="both"/>
              <w:rPr>
                <w:sz w:val="26"/>
                <w:szCs w:val="26"/>
              </w:rPr>
            </w:pPr>
            <w:r w:rsidRPr="005B2B7C">
              <w:rPr>
                <w:sz w:val="26"/>
                <w:szCs w:val="26"/>
              </w:rPr>
              <w:t>b) Kết quả giải quyết thủ tục hành chính có được mẫu hóa phù hợp không?</w:t>
            </w:r>
          </w:p>
        </w:tc>
        <w:tc>
          <w:tcPr>
            <w:tcW w:w="4027" w:type="pct"/>
          </w:tcPr>
          <w:p w14:paraId="42249363" w14:textId="77777777" w:rsidR="001B1581" w:rsidRPr="005B2B7C" w:rsidRDefault="001B1581" w:rsidP="001B1581">
            <w:pPr>
              <w:pStyle w:val="TableParagraph"/>
              <w:tabs>
                <w:tab w:val="left" w:pos="1152"/>
                <w:tab w:val="left" w:pos="1228"/>
              </w:tabs>
              <w:rPr>
                <w:sz w:val="26"/>
                <w:szCs w:val="26"/>
              </w:rPr>
            </w:pPr>
            <w:r w:rsidRPr="005B2B7C">
              <w:rPr>
                <w:sz w:val="26"/>
                <w:szCs w:val="26"/>
              </w:rPr>
              <w:t>Có X       Không □</w:t>
            </w:r>
          </w:p>
          <w:p w14:paraId="103727AA" w14:textId="77777777" w:rsidR="001B1581" w:rsidRPr="005B2B7C" w:rsidRDefault="001B1581" w:rsidP="001B1581">
            <w:pPr>
              <w:pStyle w:val="TableParagraph"/>
              <w:tabs>
                <w:tab w:val="left" w:pos="1152"/>
              </w:tabs>
              <w:rPr>
                <w:sz w:val="26"/>
                <w:szCs w:val="26"/>
              </w:rPr>
            </w:pPr>
            <w:r w:rsidRPr="005B2B7C">
              <w:rPr>
                <w:sz w:val="26"/>
                <w:szCs w:val="26"/>
              </w:rPr>
              <w:t>Lý do:……………………………………………………………</w:t>
            </w:r>
          </w:p>
        </w:tc>
      </w:tr>
      <w:tr w:rsidR="001B1581" w:rsidRPr="005B2B7C" w14:paraId="31FE8531" w14:textId="77777777" w:rsidTr="0052199E">
        <w:tc>
          <w:tcPr>
            <w:tcW w:w="973" w:type="pct"/>
          </w:tcPr>
          <w:p w14:paraId="32809C04" w14:textId="77777777" w:rsidR="001B1581" w:rsidRPr="005B2B7C" w:rsidRDefault="001B1581" w:rsidP="001B1581">
            <w:pPr>
              <w:pStyle w:val="TableParagraph"/>
              <w:tabs>
                <w:tab w:val="left" w:pos="1152"/>
              </w:tabs>
              <w:jc w:val="both"/>
              <w:rPr>
                <w:sz w:val="26"/>
                <w:szCs w:val="26"/>
              </w:rPr>
            </w:pPr>
            <w:r w:rsidRPr="005B2B7C">
              <w:rPr>
                <w:sz w:val="26"/>
                <w:szCs w:val="26"/>
              </w:rPr>
              <w:t>c) Quy định về thời hạn có giá trị hiệu lực của kết quả thực hiện thủ tục hành chính có hợp lý không (nếu có)?</w:t>
            </w:r>
          </w:p>
        </w:tc>
        <w:tc>
          <w:tcPr>
            <w:tcW w:w="4027" w:type="pct"/>
          </w:tcPr>
          <w:p w14:paraId="0AEE1B40" w14:textId="77777777" w:rsidR="001B1581" w:rsidRPr="005B2B7C" w:rsidRDefault="001B1581" w:rsidP="001B1581">
            <w:pPr>
              <w:pStyle w:val="TableParagraph"/>
              <w:tabs>
                <w:tab w:val="left" w:pos="1152"/>
                <w:tab w:val="left" w:pos="1293"/>
              </w:tabs>
              <w:rPr>
                <w:sz w:val="26"/>
                <w:szCs w:val="26"/>
              </w:rPr>
            </w:pPr>
            <w:r w:rsidRPr="005B2B7C">
              <w:rPr>
                <w:sz w:val="26"/>
                <w:szCs w:val="26"/>
              </w:rPr>
              <w:t>Có □       Không X</w:t>
            </w:r>
          </w:p>
          <w:p w14:paraId="6B9818E6" w14:textId="77777777" w:rsidR="001B1581" w:rsidRPr="005B2B7C" w:rsidRDefault="001B1581" w:rsidP="001B1581">
            <w:pPr>
              <w:pStyle w:val="TableParagraph"/>
              <w:tabs>
                <w:tab w:val="left" w:pos="1152"/>
                <w:tab w:val="left" w:leader="dot" w:pos="4154"/>
              </w:tabs>
              <w:rPr>
                <w:sz w:val="26"/>
                <w:szCs w:val="26"/>
              </w:rPr>
            </w:pPr>
            <w:r w:rsidRPr="005B2B7C">
              <w:rPr>
                <w:sz w:val="26"/>
                <w:szCs w:val="26"/>
              </w:rPr>
              <w:t>- Nếu Có, nêu thời hạn cụ thể tháng/ năm.</w:t>
            </w:r>
          </w:p>
          <w:p w14:paraId="450027AA" w14:textId="33DEEC04" w:rsidR="001B1581" w:rsidRPr="005B2B7C" w:rsidRDefault="001B1581" w:rsidP="001B1581">
            <w:pPr>
              <w:pStyle w:val="TableParagraph"/>
              <w:tabs>
                <w:tab w:val="left" w:pos="1152"/>
                <w:tab w:val="left" w:leader="dot" w:pos="4154"/>
              </w:tabs>
              <w:jc w:val="both"/>
              <w:rPr>
                <w:sz w:val="26"/>
                <w:szCs w:val="26"/>
              </w:rPr>
            </w:pPr>
            <w:r w:rsidRPr="005B2B7C">
              <w:rPr>
                <w:sz w:val="26"/>
                <w:szCs w:val="26"/>
              </w:rPr>
              <w:t>- Nếu Không, nêu rõ lý do: Giấy chứng nhận có hiệu lực kể từ ngày cấp, không quy định thời hạn; việc hủy bỏ hiệu lực thực hiện theo khoản 2 Điều 5 Quyết định số 12/2023/QĐ-TTg.</w:t>
            </w:r>
          </w:p>
        </w:tc>
      </w:tr>
      <w:tr w:rsidR="001B1581" w:rsidRPr="005B2B7C" w14:paraId="5314846A" w14:textId="77777777" w:rsidTr="0052199E">
        <w:tc>
          <w:tcPr>
            <w:tcW w:w="973" w:type="pct"/>
          </w:tcPr>
          <w:p w14:paraId="0C4879E0" w14:textId="77777777" w:rsidR="001B1581" w:rsidRPr="005B2B7C" w:rsidRDefault="001B1581" w:rsidP="0052199E">
            <w:pPr>
              <w:pStyle w:val="TableParagraph"/>
              <w:tabs>
                <w:tab w:val="left" w:pos="1152"/>
              </w:tabs>
              <w:jc w:val="both"/>
              <w:rPr>
                <w:sz w:val="26"/>
                <w:szCs w:val="26"/>
              </w:rPr>
            </w:pPr>
            <w:r w:rsidRPr="005B2B7C">
              <w:rPr>
                <w:sz w:val="26"/>
                <w:szCs w:val="26"/>
              </w:rPr>
              <w:t>d) Quy định về phạm vi có hiệu lực của kết quả thực hiện thủ tục hành chính có hợp lý không (nếu có)?</w:t>
            </w:r>
          </w:p>
        </w:tc>
        <w:tc>
          <w:tcPr>
            <w:tcW w:w="4027" w:type="pct"/>
          </w:tcPr>
          <w:p w14:paraId="53784E61" w14:textId="77777777" w:rsidR="001B1581" w:rsidRPr="005B2B7C" w:rsidRDefault="001B1581" w:rsidP="001B1581">
            <w:pPr>
              <w:pStyle w:val="TableParagraph"/>
              <w:tabs>
                <w:tab w:val="left" w:pos="1152"/>
                <w:tab w:val="left" w:pos="1965"/>
              </w:tabs>
              <w:rPr>
                <w:sz w:val="26"/>
                <w:szCs w:val="26"/>
              </w:rPr>
            </w:pPr>
            <w:r w:rsidRPr="005B2B7C">
              <w:rPr>
                <w:sz w:val="26"/>
                <w:szCs w:val="26"/>
              </w:rPr>
              <w:t>Toàn quốc X Địa phương □</w:t>
            </w:r>
          </w:p>
          <w:p w14:paraId="4963CE6E" w14:textId="77777777" w:rsidR="001B1581" w:rsidRPr="005B2B7C" w:rsidRDefault="001B1581" w:rsidP="001B1581">
            <w:pPr>
              <w:pStyle w:val="TableParagraph"/>
              <w:tabs>
                <w:tab w:val="left" w:pos="1152"/>
              </w:tabs>
              <w:rPr>
                <w:sz w:val="26"/>
                <w:szCs w:val="26"/>
              </w:rPr>
            </w:pPr>
            <w:r w:rsidRPr="005B2B7C">
              <w:rPr>
                <w:sz w:val="26"/>
                <w:szCs w:val="26"/>
              </w:rPr>
              <w:t>Lý do:……………</w:t>
            </w:r>
          </w:p>
          <w:p w14:paraId="14F34115" w14:textId="77777777" w:rsidR="001B1581" w:rsidRPr="005B2B7C" w:rsidRDefault="001B1581" w:rsidP="001B1581">
            <w:pPr>
              <w:pStyle w:val="TableParagraph"/>
              <w:tabs>
                <w:tab w:val="left" w:pos="1152"/>
              </w:tabs>
              <w:rPr>
                <w:sz w:val="26"/>
                <w:szCs w:val="26"/>
              </w:rPr>
            </w:pPr>
          </w:p>
        </w:tc>
      </w:tr>
      <w:tr w:rsidR="001B1581" w:rsidRPr="005B2B7C" w14:paraId="17C53831" w14:textId="77777777" w:rsidTr="0052199E">
        <w:tc>
          <w:tcPr>
            <w:tcW w:w="5000" w:type="pct"/>
            <w:gridSpan w:val="2"/>
          </w:tcPr>
          <w:p w14:paraId="5528C2C7" w14:textId="77777777" w:rsidR="001B1581" w:rsidRPr="005B2B7C" w:rsidRDefault="001B1581" w:rsidP="001B1581">
            <w:pPr>
              <w:pStyle w:val="TableParagraph"/>
              <w:tabs>
                <w:tab w:val="left" w:pos="1152"/>
              </w:tabs>
              <w:rPr>
                <w:b/>
                <w:sz w:val="26"/>
                <w:szCs w:val="26"/>
                <w:lang w:val="sv-SE"/>
              </w:rPr>
            </w:pPr>
            <w:r w:rsidRPr="005B2B7C">
              <w:rPr>
                <w:b/>
                <w:sz w:val="26"/>
                <w:szCs w:val="26"/>
                <w:lang w:val="sv-SE"/>
              </w:rPr>
              <w:lastRenderedPageBreak/>
              <w:t>IV. THÔNG TIN LIÊN HỆ</w:t>
            </w:r>
          </w:p>
        </w:tc>
      </w:tr>
      <w:tr w:rsidR="001B1581" w:rsidRPr="005B2B7C" w14:paraId="1D4ADE76" w14:textId="77777777" w:rsidTr="0052199E">
        <w:tc>
          <w:tcPr>
            <w:tcW w:w="5000" w:type="pct"/>
            <w:gridSpan w:val="2"/>
          </w:tcPr>
          <w:p w14:paraId="040978DC" w14:textId="77777777" w:rsidR="001B1581" w:rsidRPr="005B2B7C" w:rsidRDefault="001B1581" w:rsidP="001B1581">
            <w:pPr>
              <w:pStyle w:val="TableParagraph"/>
              <w:tabs>
                <w:tab w:val="left" w:pos="1152"/>
              </w:tabs>
              <w:rPr>
                <w:sz w:val="26"/>
                <w:szCs w:val="26"/>
                <w:lang w:val="sv-SE"/>
              </w:rPr>
            </w:pPr>
            <w:r w:rsidRPr="005B2B7C">
              <w:rPr>
                <w:sz w:val="26"/>
                <w:szCs w:val="26"/>
                <w:lang w:val="sv-SE"/>
              </w:rPr>
              <w:t>Họ và tên người điền: Vũ Kim Hùng</w:t>
            </w:r>
          </w:p>
          <w:p w14:paraId="7A6E4737" w14:textId="77777777" w:rsidR="001B1581" w:rsidRPr="005B2B7C" w:rsidRDefault="001B1581" w:rsidP="001B1581">
            <w:pPr>
              <w:pStyle w:val="TableParagraph"/>
              <w:tabs>
                <w:tab w:val="left" w:pos="1152"/>
              </w:tabs>
              <w:rPr>
                <w:sz w:val="26"/>
                <w:szCs w:val="26"/>
                <w:lang w:val="sv-SE"/>
              </w:rPr>
            </w:pPr>
            <w:r w:rsidRPr="005B2B7C">
              <w:rPr>
                <w:sz w:val="26"/>
                <w:szCs w:val="26"/>
                <w:lang w:val="sv-SE"/>
              </w:rPr>
              <w:t>Điện thoại cố định: ……………………...…; Di động: 0946656939</w:t>
            </w:r>
          </w:p>
          <w:p w14:paraId="73AF0B21" w14:textId="77777777" w:rsidR="001B1581" w:rsidRPr="005B2B7C" w:rsidRDefault="001B1581" w:rsidP="001B1581">
            <w:pPr>
              <w:pStyle w:val="TableParagraph"/>
              <w:tabs>
                <w:tab w:val="left" w:pos="1152"/>
              </w:tabs>
              <w:rPr>
                <w:sz w:val="26"/>
                <w:szCs w:val="26"/>
              </w:rPr>
            </w:pPr>
            <w:r w:rsidRPr="005B2B7C">
              <w:rPr>
                <w:sz w:val="26"/>
                <w:szCs w:val="26"/>
              </w:rPr>
              <w:t>E-mail: vkhung@mst.gov.vn</w:t>
            </w:r>
          </w:p>
        </w:tc>
      </w:tr>
    </w:tbl>
    <w:p w14:paraId="51D101EA" w14:textId="77777777" w:rsidR="00ED3D6A" w:rsidRPr="005B2B7C" w:rsidRDefault="00ED3D6A" w:rsidP="00F42E2B">
      <w:pPr>
        <w:spacing w:after="160"/>
        <w:jc w:val="both"/>
        <w:rPr>
          <w:rFonts w:cs="Times New Roman"/>
          <w:b/>
          <w:szCs w:val="28"/>
          <w:lang w:val="nl-NL"/>
        </w:rPr>
      </w:pPr>
    </w:p>
    <w:p w14:paraId="63A3906E" w14:textId="77777777" w:rsidR="00ED3D6A" w:rsidRPr="005B2B7C" w:rsidRDefault="00ED3D6A">
      <w:pPr>
        <w:spacing w:after="200"/>
        <w:rPr>
          <w:rFonts w:cs="Times New Roman"/>
          <w:b/>
          <w:szCs w:val="28"/>
          <w:lang w:val="nl-NL"/>
        </w:rPr>
      </w:pPr>
      <w:r w:rsidRPr="005B2B7C">
        <w:rPr>
          <w:rFonts w:cs="Times New Roman"/>
          <w:b/>
          <w:szCs w:val="28"/>
          <w:lang w:val="nl-NL"/>
        </w:rPr>
        <w:br w:type="page"/>
      </w:r>
    </w:p>
    <w:p w14:paraId="0CC38BE6" w14:textId="5A4351BC" w:rsidR="00F42E2B" w:rsidRPr="005B2B7C" w:rsidRDefault="00F42E2B" w:rsidP="00F42E2B">
      <w:pPr>
        <w:spacing w:after="160"/>
        <w:jc w:val="both"/>
        <w:rPr>
          <w:rFonts w:cs="Times New Roman"/>
          <w:b/>
          <w:szCs w:val="28"/>
          <w:lang w:val="nl-NL"/>
        </w:rPr>
      </w:pPr>
      <w:r w:rsidRPr="005B2B7C">
        <w:rPr>
          <w:rFonts w:cs="Times New Roman"/>
          <w:b/>
          <w:szCs w:val="28"/>
          <w:lang w:val="nl-NL"/>
        </w:rPr>
        <w:lastRenderedPageBreak/>
        <w:t>THỦ TỤC HÀNH CHÍNH 2</w:t>
      </w:r>
      <w:r w:rsidRPr="005B2B7C">
        <w:rPr>
          <w:rFonts w:cs="Times New Roman"/>
          <w:szCs w:val="28"/>
          <w:lang w:val="nl-NL"/>
        </w:rPr>
        <w:t xml:space="preserve">: </w:t>
      </w:r>
      <w:bookmarkStart w:id="4" w:name="_Hlk242285335"/>
      <w:r w:rsidRPr="005B2B7C">
        <w:rPr>
          <w:rFonts w:cs="Times New Roman"/>
          <w:b/>
          <w:szCs w:val="28"/>
          <w:lang w:val="nl-NL"/>
        </w:rPr>
        <w:t>Thủ tục sửa đổi, bổ sung Giấy chứng nhận chuyển giao công nghệ khuyến khích chuyển giao (mã TTHC: 2.002546)</w:t>
      </w:r>
      <w:bookmarkEnd w:id="4"/>
    </w:p>
    <w:tbl>
      <w:tblPr>
        <w:tblStyle w:val="TableGrid"/>
        <w:tblW w:w="14742" w:type="dxa"/>
        <w:tblInd w:w="108" w:type="dxa"/>
        <w:tblLook w:val="04A0" w:firstRow="1" w:lastRow="0" w:firstColumn="1" w:lastColumn="0" w:noHBand="0" w:noVBand="1"/>
      </w:tblPr>
      <w:tblGrid>
        <w:gridCol w:w="2410"/>
        <w:gridCol w:w="12332"/>
      </w:tblGrid>
      <w:tr w:rsidR="005E0C1E" w:rsidRPr="005B2B7C" w14:paraId="1AD0CEC2" w14:textId="77777777" w:rsidTr="004909FF">
        <w:tc>
          <w:tcPr>
            <w:tcW w:w="14742" w:type="dxa"/>
            <w:gridSpan w:val="2"/>
          </w:tcPr>
          <w:p w14:paraId="3AD86614" w14:textId="77777777" w:rsidR="005E0C1E" w:rsidRPr="005B2B7C" w:rsidRDefault="005E0C1E" w:rsidP="004909FF">
            <w:pPr>
              <w:spacing w:after="60"/>
              <w:rPr>
                <w:sz w:val="26"/>
                <w:szCs w:val="26"/>
                <w:lang w:val="nl-NL"/>
              </w:rPr>
            </w:pPr>
            <w:r w:rsidRPr="005B2B7C">
              <w:rPr>
                <w:b/>
                <w:sz w:val="26"/>
                <w:szCs w:val="26"/>
                <w:lang w:val="nl-NL"/>
              </w:rPr>
              <w:t xml:space="preserve">I. CĂN CỨ PHÁP LÝ </w:t>
            </w:r>
          </w:p>
        </w:tc>
      </w:tr>
      <w:tr w:rsidR="005E0C1E" w:rsidRPr="005B2B7C" w14:paraId="5E9F01A9" w14:textId="77777777" w:rsidTr="004909FF">
        <w:trPr>
          <w:trHeight w:val="429"/>
        </w:trPr>
        <w:tc>
          <w:tcPr>
            <w:tcW w:w="2410" w:type="dxa"/>
            <w:vMerge w:val="restart"/>
          </w:tcPr>
          <w:p w14:paraId="5798A983" w14:textId="77777777" w:rsidR="005E0C1E" w:rsidRPr="005B2B7C" w:rsidRDefault="005E0C1E" w:rsidP="004909FF">
            <w:pPr>
              <w:spacing w:after="60"/>
              <w:jc w:val="both"/>
              <w:rPr>
                <w:sz w:val="26"/>
                <w:szCs w:val="26"/>
                <w:lang w:val="nl-NL"/>
              </w:rPr>
            </w:pPr>
            <w:r w:rsidRPr="005B2B7C">
              <w:rPr>
                <w:i/>
                <w:sz w:val="26"/>
                <w:szCs w:val="26"/>
                <w:lang w:val="nl-NL"/>
              </w:rPr>
              <w:t>(Nêu rõ điều, khoản, điểm và tên văn đang quy định thủ tục hành chính được sửa đổi, bổ sung)</w:t>
            </w:r>
          </w:p>
        </w:tc>
        <w:tc>
          <w:tcPr>
            <w:tcW w:w="12332" w:type="dxa"/>
          </w:tcPr>
          <w:p w14:paraId="16ABF9E8" w14:textId="77777777" w:rsidR="005E0C1E" w:rsidRPr="005B2B7C" w:rsidRDefault="005E0C1E" w:rsidP="004909FF">
            <w:pPr>
              <w:spacing w:after="60"/>
              <w:rPr>
                <w:sz w:val="26"/>
                <w:szCs w:val="26"/>
                <w:lang w:val="nl-NL"/>
              </w:rPr>
            </w:pPr>
            <w:r w:rsidRPr="005B2B7C">
              <w:rPr>
                <w:sz w:val="26"/>
                <w:szCs w:val="26"/>
                <w:lang w:val="nl-NL"/>
              </w:rPr>
              <w:t>1. Khoản 7 Điều 19, Điều 21 Nghị định số 96/2026/NĐ-CP ngày 31/3/2026 của Chính phủ.</w:t>
            </w:r>
          </w:p>
        </w:tc>
      </w:tr>
      <w:tr w:rsidR="005E0C1E" w:rsidRPr="005B2B7C" w14:paraId="2C50D3F6" w14:textId="77777777" w:rsidTr="004909FF">
        <w:tc>
          <w:tcPr>
            <w:tcW w:w="2410" w:type="dxa"/>
            <w:vMerge/>
          </w:tcPr>
          <w:p w14:paraId="150F9C12" w14:textId="77777777" w:rsidR="005E0C1E" w:rsidRPr="005B2B7C" w:rsidRDefault="005E0C1E" w:rsidP="004909FF">
            <w:pPr>
              <w:spacing w:after="60"/>
              <w:rPr>
                <w:sz w:val="26"/>
                <w:szCs w:val="26"/>
                <w:lang w:val="nl-NL"/>
              </w:rPr>
            </w:pPr>
          </w:p>
        </w:tc>
        <w:tc>
          <w:tcPr>
            <w:tcW w:w="12332" w:type="dxa"/>
          </w:tcPr>
          <w:p w14:paraId="12E312B1" w14:textId="0A111C30" w:rsidR="005E0C1E" w:rsidRPr="005B2B7C" w:rsidRDefault="005E0C1E" w:rsidP="004909FF">
            <w:pPr>
              <w:spacing w:after="60"/>
              <w:rPr>
                <w:sz w:val="26"/>
                <w:szCs w:val="26"/>
                <w:lang w:val="nl-NL"/>
              </w:rPr>
            </w:pPr>
            <w:r w:rsidRPr="005B2B7C">
              <w:rPr>
                <w:sz w:val="26"/>
                <w:szCs w:val="26"/>
                <w:lang w:val="nl-NL"/>
              </w:rPr>
              <w:t xml:space="preserve">2. Điều 2, Điều 3, Điều 4, Điều 6, Điều 7 Quyết định số 12/2023/QĐ-TTg ngày 15/5/2023 của Thủ tướng Chính phủ (đã được sửa đổi, bổ sung bởi Điều 3 Quyết định số 02/2026/QĐ-TTg ngày 08/01/2026 của Thủ tướng Chính phủ) </w:t>
            </w:r>
          </w:p>
        </w:tc>
      </w:tr>
      <w:tr w:rsidR="005E0C1E" w:rsidRPr="005B2B7C" w14:paraId="461D3249" w14:textId="77777777" w:rsidTr="004909FF">
        <w:trPr>
          <w:trHeight w:val="728"/>
        </w:trPr>
        <w:tc>
          <w:tcPr>
            <w:tcW w:w="2410" w:type="dxa"/>
            <w:vMerge/>
          </w:tcPr>
          <w:p w14:paraId="33E05F08" w14:textId="77777777" w:rsidR="005E0C1E" w:rsidRPr="005B2B7C" w:rsidRDefault="005E0C1E" w:rsidP="004909FF">
            <w:pPr>
              <w:spacing w:after="60"/>
              <w:rPr>
                <w:sz w:val="26"/>
                <w:szCs w:val="26"/>
                <w:lang w:val="nl-NL"/>
              </w:rPr>
            </w:pPr>
          </w:p>
        </w:tc>
        <w:tc>
          <w:tcPr>
            <w:tcW w:w="12332" w:type="dxa"/>
          </w:tcPr>
          <w:p w14:paraId="41AA8781" w14:textId="77777777" w:rsidR="005E0C1E" w:rsidRPr="005B2B7C" w:rsidRDefault="005E0C1E" w:rsidP="004909FF">
            <w:pPr>
              <w:spacing w:after="60"/>
              <w:rPr>
                <w:sz w:val="26"/>
                <w:szCs w:val="26"/>
                <w:lang w:val="nl-NL"/>
              </w:rPr>
            </w:pPr>
            <w:r w:rsidRPr="005B2B7C">
              <w:rPr>
                <w:sz w:val="26"/>
                <w:szCs w:val="26"/>
                <w:lang w:val="nl-NL"/>
              </w:rPr>
              <w:t>3. Mục III Phần E Phụ lục I và số thứ tự 2 Mục II Phụ lục III Nghị quyết số 20/2026/NQ-CP ngày 29/4/2026 của Chính phủ.</w:t>
            </w:r>
          </w:p>
        </w:tc>
      </w:tr>
      <w:tr w:rsidR="005E0C1E" w:rsidRPr="005B2B7C" w14:paraId="6271CC06" w14:textId="77777777" w:rsidTr="004909FF">
        <w:tc>
          <w:tcPr>
            <w:tcW w:w="14742" w:type="dxa"/>
            <w:gridSpan w:val="2"/>
          </w:tcPr>
          <w:p w14:paraId="691EECDD" w14:textId="77777777" w:rsidR="005E0C1E" w:rsidRPr="005B2B7C" w:rsidRDefault="005E0C1E" w:rsidP="004909FF">
            <w:pPr>
              <w:spacing w:after="60"/>
              <w:jc w:val="both"/>
              <w:rPr>
                <w:sz w:val="26"/>
                <w:szCs w:val="26"/>
                <w:lang w:val="nl-NL"/>
              </w:rPr>
            </w:pPr>
            <w:r w:rsidRPr="005B2B7C">
              <w:rPr>
                <w:b/>
                <w:sz w:val="26"/>
                <w:szCs w:val="26"/>
                <w:lang w:val="nl-NL"/>
              </w:rPr>
              <w:t xml:space="preserve">II. ĐÁNH GIÁ TÍNH HỢP HIẾN, HỢP PHÁP CỦA THỦ TỤC HÀNH CHÍNH </w:t>
            </w:r>
          </w:p>
        </w:tc>
      </w:tr>
      <w:tr w:rsidR="005E0C1E" w:rsidRPr="005B2B7C" w14:paraId="150D9B89" w14:textId="77777777" w:rsidTr="004909FF">
        <w:tc>
          <w:tcPr>
            <w:tcW w:w="2410" w:type="dxa"/>
          </w:tcPr>
          <w:p w14:paraId="42ACF80B" w14:textId="77777777" w:rsidR="005E0C1E" w:rsidRPr="005B2B7C" w:rsidRDefault="005E0C1E" w:rsidP="004909FF">
            <w:pPr>
              <w:spacing w:after="60"/>
              <w:rPr>
                <w:sz w:val="26"/>
                <w:szCs w:val="26"/>
                <w:lang w:val="nl-NL"/>
              </w:rPr>
            </w:pPr>
            <w:r w:rsidRPr="005B2B7C">
              <w:rPr>
                <w:sz w:val="26"/>
                <w:szCs w:val="26"/>
                <w:lang w:val="nl-NL"/>
              </w:rPr>
              <w:t>1. Có phù hợp với Hiến pháp không?</w:t>
            </w:r>
          </w:p>
        </w:tc>
        <w:tc>
          <w:tcPr>
            <w:tcW w:w="12332" w:type="dxa"/>
          </w:tcPr>
          <w:p w14:paraId="00B48D20" w14:textId="77777777" w:rsidR="005E0C1E" w:rsidRPr="005B2B7C" w:rsidRDefault="005E0C1E" w:rsidP="004909FF">
            <w:pPr>
              <w:spacing w:after="60"/>
              <w:rPr>
                <w:sz w:val="26"/>
                <w:szCs w:val="26"/>
                <w:lang w:val="nl-NL"/>
              </w:rPr>
            </w:pPr>
            <w:r w:rsidRPr="005B2B7C">
              <w:rPr>
                <w:sz w:val="26"/>
                <w:szCs w:val="26"/>
                <w:lang w:val="nl-NL"/>
              </w:rPr>
              <w:t>Có ☑        Không ☐</w:t>
            </w:r>
          </w:p>
          <w:p w14:paraId="2996B0E9" w14:textId="77777777" w:rsidR="005E0C1E" w:rsidRPr="005B2B7C" w:rsidRDefault="005E0C1E" w:rsidP="0052199E">
            <w:pPr>
              <w:spacing w:after="60"/>
              <w:jc w:val="both"/>
              <w:rPr>
                <w:sz w:val="26"/>
                <w:szCs w:val="26"/>
                <w:lang w:val="nl-NL"/>
              </w:rPr>
            </w:pPr>
            <w:r w:rsidRPr="005B2B7C">
              <w:rPr>
                <w:sz w:val="26"/>
                <w:szCs w:val="26"/>
                <w:lang w:val="nl-NL"/>
              </w:rPr>
              <w:t>Nêu rõ lý do: Tên TTHC không thay đổi, phản ánh đúng nội dung của thủ tục: “Sửa đổi, bổ sung Giấy chứng nhận chuyển giao công nghệ khuyến khích chuyển giao”.</w:t>
            </w:r>
          </w:p>
        </w:tc>
      </w:tr>
      <w:tr w:rsidR="005E0C1E" w:rsidRPr="005B2B7C" w14:paraId="62DD46EF" w14:textId="77777777" w:rsidTr="004909FF">
        <w:tc>
          <w:tcPr>
            <w:tcW w:w="2410" w:type="dxa"/>
          </w:tcPr>
          <w:p w14:paraId="4614A149" w14:textId="77777777" w:rsidR="005E0C1E" w:rsidRPr="005B2B7C" w:rsidRDefault="005E0C1E" w:rsidP="004909FF">
            <w:pPr>
              <w:spacing w:after="60"/>
              <w:jc w:val="both"/>
              <w:rPr>
                <w:sz w:val="26"/>
                <w:szCs w:val="26"/>
                <w:lang w:val="nl-NL"/>
              </w:rPr>
            </w:pPr>
            <w:r w:rsidRPr="005B2B7C">
              <w:rPr>
                <w:sz w:val="26"/>
                <w:szCs w:val="26"/>
                <w:lang w:val="nl-NL"/>
              </w:rPr>
              <w:t>2. Có mâu thuẫn, chồng chéo hoặc không phù hợp, thống nhất với quy định tại các văn bản khác, điều ước quốc tế có liên quan mà nước Cộng hòa xã hội chủ nghĩa Việt Nam là thành viên không?</w:t>
            </w:r>
          </w:p>
        </w:tc>
        <w:tc>
          <w:tcPr>
            <w:tcW w:w="12332" w:type="dxa"/>
          </w:tcPr>
          <w:p w14:paraId="207C4CCB" w14:textId="77777777" w:rsidR="005E0C1E" w:rsidRPr="005B2B7C" w:rsidRDefault="005E0C1E" w:rsidP="004909FF">
            <w:pPr>
              <w:pStyle w:val="TableParagraph"/>
              <w:tabs>
                <w:tab w:val="left" w:pos="1152"/>
                <w:tab w:val="left" w:pos="5169"/>
                <w:tab w:val="left" w:pos="6682"/>
              </w:tabs>
              <w:rPr>
                <w:sz w:val="26"/>
                <w:szCs w:val="26"/>
                <w:lang w:val="nl-NL"/>
              </w:rPr>
            </w:pPr>
            <w:r w:rsidRPr="005B2B7C">
              <w:rPr>
                <w:sz w:val="26"/>
                <w:szCs w:val="26"/>
                <w:lang w:val="nl-NL"/>
              </w:rPr>
              <w:t xml:space="preserve">- Với văn bản của cơ quan nhà nước cấp trên: Có □       Không </w:t>
            </w:r>
            <w:r w:rsidRPr="005B2B7C">
              <w:rPr>
                <w:b/>
                <w:bCs/>
                <w:sz w:val="26"/>
                <w:szCs w:val="26"/>
                <w:lang w:val="nl-NL"/>
              </w:rPr>
              <w:t>X</w:t>
            </w:r>
          </w:p>
          <w:p w14:paraId="5B9ACCAE" w14:textId="77777777" w:rsidR="005E0C1E" w:rsidRPr="005B2B7C" w:rsidRDefault="005E0C1E" w:rsidP="004909FF">
            <w:pPr>
              <w:pStyle w:val="TableParagraph"/>
              <w:tabs>
                <w:tab w:val="left" w:pos="1152"/>
                <w:tab w:val="left" w:pos="5169"/>
                <w:tab w:val="left" w:pos="6682"/>
              </w:tabs>
              <w:rPr>
                <w:sz w:val="26"/>
                <w:szCs w:val="26"/>
                <w:lang w:val="nl-NL"/>
              </w:rPr>
            </w:pPr>
            <w:r w:rsidRPr="005B2B7C">
              <w:rPr>
                <w:sz w:val="26"/>
                <w:szCs w:val="26"/>
                <w:lang w:val="nl-NL"/>
              </w:rPr>
              <w:t>Nếu Có, đề nghị nêu rõ:</w:t>
            </w:r>
          </w:p>
          <w:p w14:paraId="5CAB0D3F" w14:textId="77777777" w:rsidR="005E0C1E" w:rsidRPr="005B2B7C" w:rsidRDefault="005E0C1E" w:rsidP="004909FF">
            <w:pPr>
              <w:pStyle w:val="TableParagraph"/>
              <w:tabs>
                <w:tab w:val="left" w:pos="1152"/>
              </w:tabs>
              <w:rPr>
                <w:sz w:val="26"/>
                <w:szCs w:val="26"/>
                <w:lang w:val="nl-NL"/>
              </w:rPr>
            </w:pPr>
            <w:r w:rsidRPr="005B2B7C">
              <w:rPr>
                <w:sz w:val="26"/>
                <w:szCs w:val="26"/>
                <w:lang w:val="nl-NL"/>
              </w:rPr>
              <w:t>+ Tên bộ phận tạo thành: …………………………………………………………………</w:t>
            </w:r>
          </w:p>
          <w:p w14:paraId="29280227" w14:textId="77777777" w:rsidR="005E0C1E" w:rsidRPr="005B2B7C" w:rsidRDefault="005E0C1E" w:rsidP="004909FF">
            <w:pPr>
              <w:pStyle w:val="TableParagraph"/>
              <w:tabs>
                <w:tab w:val="left" w:pos="1152"/>
              </w:tabs>
              <w:rPr>
                <w:sz w:val="26"/>
                <w:szCs w:val="26"/>
                <w:lang w:val="nl-NL"/>
              </w:rPr>
            </w:pPr>
            <w:r w:rsidRPr="005B2B7C">
              <w:rPr>
                <w:sz w:val="26"/>
                <w:szCs w:val="26"/>
                <w:lang w:val="nl-NL"/>
              </w:rPr>
              <w:t>+ Nêu rõ điều, khoản, tên văn bản tương ứng:……………………………………………………</w:t>
            </w:r>
          </w:p>
          <w:p w14:paraId="7EE76AF4" w14:textId="77777777" w:rsidR="005E0C1E" w:rsidRPr="005B2B7C" w:rsidRDefault="005E0C1E" w:rsidP="004909FF">
            <w:pPr>
              <w:pStyle w:val="TableParagraph"/>
              <w:tabs>
                <w:tab w:val="left" w:pos="1152"/>
              </w:tabs>
              <w:rPr>
                <w:sz w:val="26"/>
                <w:szCs w:val="26"/>
                <w:lang w:val="nl-NL"/>
              </w:rPr>
            </w:pPr>
            <w:r w:rsidRPr="005B2B7C">
              <w:rPr>
                <w:sz w:val="26"/>
                <w:szCs w:val="26"/>
                <w:lang w:val="nl-NL"/>
              </w:rPr>
              <w:t>+ Đề xuất cách thức giải quyết để đảm bảo tính thống nhất, đồng bộ của hệ thống pháp luật hoặc lý do vẫn quy định như tại dự thảo ……………………………</w:t>
            </w:r>
          </w:p>
          <w:p w14:paraId="0EFF1C36" w14:textId="77777777" w:rsidR="005E0C1E" w:rsidRPr="005B2B7C" w:rsidRDefault="005E0C1E" w:rsidP="004909FF">
            <w:pPr>
              <w:pStyle w:val="TableParagraph"/>
              <w:tabs>
                <w:tab w:val="left" w:pos="255"/>
                <w:tab w:val="left" w:pos="1152"/>
                <w:tab w:val="left" w:pos="3800"/>
                <w:tab w:val="left" w:pos="5316"/>
              </w:tabs>
              <w:rPr>
                <w:sz w:val="26"/>
                <w:szCs w:val="26"/>
                <w:lang w:val="nl-NL"/>
              </w:rPr>
            </w:pPr>
            <w:r w:rsidRPr="005B2B7C">
              <w:rPr>
                <w:sz w:val="26"/>
                <w:szCs w:val="26"/>
                <w:lang w:val="nl-NL"/>
              </w:rPr>
              <w:t xml:space="preserve">- Với văn bản của cơ quan khác: Có □       Không </w:t>
            </w:r>
            <w:r w:rsidRPr="005B2B7C">
              <w:rPr>
                <w:b/>
                <w:bCs/>
                <w:sz w:val="26"/>
                <w:szCs w:val="26"/>
                <w:lang w:val="nl-NL"/>
              </w:rPr>
              <w:t>X</w:t>
            </w:r>
          </w:p>
          <w:p w14:paraId="6BEA09F9" w14:textId="77777777" w:rsidR="005E0C1E" w:rsidRPr="005B2B7C" w:rsidRDefault="005E0C1E" w:rsidP="004909FF">
            <w:pPr>
              <w:pStyle w:val="TableParagraph"/>
              <w:tabs>
                <w:tab w:val="left" w:pos="255"/>
                <w:tab w:val="left" w:pos="1152"/>
                <w:tab w:val="left" w:pos="3800"/>
                <w:tab w:val="left" w:pos="5316"/>
              </w:tabs>
              <w:rPr>
                <w:sz w:val="26"/>
                <w:szCs w:val="26"/>
                <w:lang w:val="nl-NL"/>
              </w:rPr>
            </w:pPr>
            <w:r w:rsidRPr="005B2B7C">
              <w:rPr>
                <w:sz w:val="26"/>
                <w:szCs w:val="26"/>
                <w:lang w:val="nl-NL"/>
              </w:rPr>
              <w:t>Nếu Có, đề nghị nêu rõ:</w:t>
            </w:r>
          </w:p>
          <w:p w14:paraId="0C8D84CE" w14:textId="77777777" w:rsidR="005E0C1E" w:rsidRPr="005B2B7C" w:rsidRDefault="005E0C1E" w:rsidP="004909FF">
            <w:pPr>
              <w:pStyle w:val="TableParagraph"/>
              <w:tabs>
                <w:tab w:val="left" w:pos="1152"/>
              </w:tabs>
              <w:rPr>
                <w:sz w:val="26"/>
                <w:szCs w:val="26"/>
                <w:lang w:val="nl-NL"/>
              </w:rPr>
            </w:pPr>
            <w:r w:rsidRPr="005B2B7C">
              <w:rPr>
                <w:sz w:val="26"/>
                <w:szCs w:val="26"/>
                <w:lang w:val="nl-NL"/>
              </w:rPr>
              <w:t>+ Tên bộ phận tạo thành: ………………………</w:t>
            </w:r>
          </w:p>
          <w:p w14:paraId="2C2C8351" w14:textId="77777777" w:rsidR="005E0C1E" w:rsidRPr="005B2B7C" w:rsidRDefault="005E0C1E" w:rsidP="004909FF">
            <w:pPr>
              <w:pStyle w:val="TableParagraph"/>
              <w:tabs>
                <w:tab w:val="left" w:pos="1152"/>
              </w:tabs>
              <w:rPr>
                <w:sz w:val="26"/>
                <w:szCs w:val="26"/>
                <w:lang w:val="nl-NL"/>
              </w:rPr>
            </w:pPr>
            <w:r w:rsidRPr="005B2B7C">
              <w:rPr>
                <w:sz w:val="26"/>
                <w:szCs w:val="26"/>
                <w:lang w:val="nl-NL"/>
              </w:rPr>
              <w:t>+ Nêu rõ điều, khoản, tên văn bản tương ứng: ……………</w:t>
            </w:r>
          </w:p>
          <w:p w14:paraId="42B681E8" w14:textId="77777777" w:rsidR="005E0C1E" w:rsidRPr="005B2B7C" w:rsidRDefault="005E0C1E" w:rsidP="004909FF">
            <w:pPr>
              <w:pStyle w:val="TableParagraph"/>
              <w:tabs>
                <w:tab w:val="left" w:pos="1152"/>
              </w:tabs>
              <w:rPr>
                <w:sz w:val="26"/>
                <w:szCs w:val="26"/>
                <w:lang w:val="nl-NL"/>
              </w:rPr>
            </w:pPr>
            <w:r w:rsidRPr="005B2B7C">
              <w:rPr>
                <w:sz w:val="26"/>
                <w:szCs w:val="26"/>
                <w:lang w:val="nl-NL"/>
              </w:rPr>
              <w:t>+ Đề xuất cách thức giải quyết để đảm bảo tính thống nhất, đồng bộ của hệ thống pháp luật hoặc lý do vẫn quy định như tại dự thảo ………………………………………</w:t>
            </w:r>
          </w:p>
          <w:p w14:paraId="6EA2860F" w14:textId="77777777" w:rsidR="005E0C1E" w:rsidRPr="005B2B7C" w:rsidRDefault="005E0C1E" w:rsidP="004909FF">
            <w:pPr>
              <w:pStyle w:val="TableParagraph"/>
              <w:tabs>
                <w:tab w:val="left" w:pos="284"/>
                <w:tab w:val="left" w:pos="1034"/>
                <w:tab w:val="left" w:pos="1152"/>
              </w:tabs>
              <w:rPr>
                <w:sz w:val="26"/>
                <w:szCs w:val="26"/>
                <w:lang w:val="nl-NL"/>
              </w:rPr>
            </w:pPr>
            <w:r w:rsidRPr="005B2B7C">
              <w:rPr>
                <w:sz w:val="26"/>
                <w:szCs w:val="26"/>
                <w:lang w:val="nl-NL"/>
              </w:rPr>
              <w:t xml:space="preserve">- Với điều ước quốc tế có liên quan mà nước Cộng hòa xã hội chủ nghĩa Việt Nam là thành viên: Có □     Không </w:t>
            </w:r>
            <w:r w:rsidRPr="005B2B7C">
              <w:rPr>
                <w:b/>
                <w:bCs/>
                <w:sz w:val="26"/>
                <w:szCs w:val="26"/>
                <w:lang w:val="nl-NL"/>
              </w:rPr>
              <w:t>X</w:t>
            </w:r>
          </w:p>
          <w:p w14:paraId="6BFDD30D" w14:textId="77777777" w:rsidR="005E0C1E" w:rsidRPr="005B2B7C" w:rsidRDefault="005E0C1E" w:rsidP="004909FF">
            <w:pPr>
              <w:pStyle w:val="TableParagraph"/>
              <w:tabs>
                <w:tab w:val="left" w:pos="284"/>
                <w:tab w:val="left" w:pos="1034"/>
                <w:tab w:val="left" w:pos="1152"/>
              </w:tabs>
              <w:rPr>
                <w:sz w:val="26"/>
                <w:szCs w:val="26"/>
                <w:lang w:val="nl-NL"/>
              </w:rPr>
            </w:pPr>
            <w:r w:rsidRPr="005B2B7C">
              <w:rPr>
                <w:sz w:val="26"/>
                <w:szCs w:val="26"/>
                <w:lang w:val="nl-NL"/>
              </w:rPr>
              <w:t>Nếu Có, đề nghị nêu rõ:</w:t>
            </w:r>
          </w:p>
          <w:p w14:paraId="03967F41" w14:textId="77777777" w:rsidR="005E0C1E" w:rsidRPr="005B2B7C" w:rsidRDefault="005E0C1E" w:rsidP="004909FF">
            <w:pPr>
              <w:pStyle w:val="TableParagraph"/>
              <w:tabs>
                <w:tab w:val="left" w:pos="1152"/>
              </w:tabs>
              <w:rPr>
                <w:sz w:val="26"/>
                <w:szCs w:val="26"/>
                <w:lang w:val="nl-NL"/>
              </w:rPr>
            </w:pPr>
            <w:r w:rsidRPr="005B2B7C">
              <w:rPr>
                <w:sz w:val="26"/>
                <w:szCs w:val="26"/>
                <w:lang w:val="nl-NL"/>
              </w:rPr>
              <w:lastRenderedPageBreak/>
              <w:t>+ Tên bộ phận tạo thành: ……………………………………………</w:t>
            </w:r>
          </w:p>
          <w:p w14:paraId="3F9C98E3" w14:textId="77777777" w:rsidR="005E0C1E" w:rsidRPr="005B2B7C" w:rsidRDefault="005E0C1E" w:rsidP="004909FF">
            <w:pPr>
              <w:pStyle w:val="TableParagraph"/>
              <w:tabs>
                <w:tab w:val="left" w:pos="1152"/>
              </w:tabs>
              <w:rPr>
                <w:sz w:val="26"/>
                <w:szCs w:val="26"/>
                <w:lang w:val="nl-NL"/>
              </w:rPr>
            </w:pPr>
            <w:r w:rsidRPr="005B2B7C">
              <w:rPr>
                <w:sz w:val="26"/>
                <w:szCs w:val="26"/>
                <w:lang w:val="nl-NL"/>
              </w:rPr>
              <w:t>+ Nêu rõ điều, khoản, điều ước quốc tế tương ứng: ……………………………………………</w:t>
            </w:r>
          </w:p>
          <w:p w14:paraId="75A1FFBF" w14:textId="77777777" w:rsidR="005E0C1E" w:rsidRPr="005B2B7C" w:rsidRDefault="005E0C1E" w:rsidP="004909FF">
            <w:pPr>
              <w:spacing w:after="60"/>
              <w:rPr>
                <w:sz w:val="26"/>
                <w:szCs w:val="26"/>
                <w:lang w:val="nl-NL"/>
              </w:rPr>
            </w:pPr>
            <w:r w:rsidRPr="005B2B7C">
              <w:rPr>
                <w:sz w:val="26"/>
                <w:szCs w:val="26"/>
                <w:lang w:val="nl-NL"/>
              </w:rPr>
              <w:t>+ Đề xuất cách thức giải quyết để đảm bảo tính tương thích với điều ước quốc tế hoặc lý do vẫn quy định như tại dự thảo ……………………………………………………………………………………..</w:t>
            </w:r>
          </w:p>
        </w:tc>
      </w:tr>
      <w:tr w:rsidR="005E0C1E" w:rsidRPr="005B2B7C" w14:paraId="448B1633" w14:textId="77777777" w:rsidTr="004909FF">
        <w:tc>
          <w:tcPr>
            <w:tcW w:w="14742" w:type="dxa"/>
            <w:gridSpan w:val="2"/>
          </w:tcPr>
          <w:p w14:paraId="5DF7251A" w14:textId="77777777" w:rsidR="005E0C1E" w:rsidRPr="005B2B7C" w:rsidRDefault="005E0C1E" w:rsidP="0052199E">
            <w:pPr>
              <w:pStyle w:val="TableParagraph"/>
              <w:tabs>
                <w:tab w:val="left" w:pos="1152"/>
              </w:tabs>
              <w:jc w:val="both"/>
              <w:rPr>
                <w:b/>
                <w:sz w:val="26"/>
                <w:szCs w:val="26"/>
                <w:lang w:val="nl-NL"/>
              </w:rPr>
            </w:pPr>
            <w:r w:rsidRPr="005B2B7C">
              <w:rPr>
                <w:b/>
                <w:sz w:val="26"/>
                <w:szCs w:val="26"/>
                <w:lang w:val="nl-NL"/>
              </w:rPr>
              <w:lastRenderedPageBreak/>
              <w:t>III. ĐÁNH GIÁ TÍNH HỢP LÝ CỦA TỪNG BỘ PHẬN TẠO THÀNH THỦ TỤC HÀNH CHÍNH</w:t>
            </w:r>
          </w:p>
          <w:p w14:paraId="6D572DF6" w14:textId="77777777" w:rsidR="005E0C1E" w:rsidRPr="005B2B7C" w:rsidRDefault="005E0C1E" w:rsidP="0052199E">
            <w:pPr>
              <w:pStyle w:val="TableParagraph"/>
              <w:tabs>
                <w:tab w:val="left" w:pos="1152"/>
                <w:tab w:val="left" w:pos="5169"/>
                <w:tab w:val="left" w:pos="6682"/>
              </w:tabs>
              <w:jc w:val="both"/>
              <w:rPr>
                <w:sz w:val="26"/>
                <w:szCs w:val="26"/>
                <w:lang w:val="nl-NL"/>
              </w:rPr>
            </w:pPr>
            <w:r w:rsidRPr="005B2B7C">
              <w:rPr>
                <w:i/>
                <w:sz w:val="26"/>
                <w:szCs w:val="26"/>
                <w:lang w:val="nl-NL"/>
              </w:rPr>
              <w:t>(Đối với bộ phận thủ tục hành chính được sửa đổi, bổ sung thì đánh giá; bộ phận thủ tục hành chính không được sửa đổi, bổ sung thì không đánh giá và xóa bỏ khỏi Biểu mẫu)</w:t>
            </w:r>
          </w:p>
        </w:tc>
      </w:tr>
    </w:tbl>
    <w:tbl>
      <w:tblPr>
        <w:tblpPr w:leftFromText="180" w:rightFromText="180" w:vertAnchor="text" w:tblpX="77" w:tblpY="1"/>
        <w:tblOverlap w:val="never"/>
        <w:tblW w:w="4998"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876"/>
        <w:gridCol w:w="11904"/>
      </w:tblGrid>
      <w:tr w:rsidR="005E0C1E" w:rsidRPr="005B2B7C" w14:paraId="688A5E9C" w14:textId="77777777" w:rsidTr="004909FF">
        <w:tc>
          <w:tcPr>
            <w:tcW w:w="5000" w:type="pct"/>
            <w:gridSpan w:val="2"/>
          </w:tcPr>
          <w:p w14:paraId="26DF88A8" w14:textId="77777777" w:rsidR="005E0C1E" w:rsidRPr="005B2B7C" w:rsidRDefault="005E0C1E" w:rsidP="004909FF">
            <w:pPr>
              <w:pStyle w:val="TableParagraph"/>
              <w:tabs>
                <w:tab w:val="left" w:pos="1152"/>
              </w:tabs>
              <w:rPr>
                <w:b/>
                <w:sz w:val="26"/>
                <w:szCs w:val="26"/>
                <w:lang w:val="nl-NL"/>
              </w:rPr>
            </w:pPr>
            <w:r w:rsidRPr="005B2B7C">
              <w:rPr>
                <w:b/>
                <w:sz w:val="26"/>
                <w:szCs w:val="26"/>
                <w:lang w:val="nl-NL"/>
              </w:rPr>
              <w:t>1. Tên thủ tục hành chính</w:t>
            </w:r>
          </w:p>
        </w:tc>
      </w:tr>
      <w:tr w:rsidR="005E0C1E" w:rsidRPr="005B2B7C" w14:paraId="40FDFCAF" w14:textId="77777777" w:rsidTr="004909FF">
        <w:tc>
          <w:tcPr>
            <w:tcW w:w="973" w:type="pct"/>
          </w:tcPr>
          <w:p w14:paraId="1F5C6EC0" w14:textId="77777777" w:rsidR="005E0C1E" w:rsidRPr="005B2B7C" w:rsidRDefault="005E0C1E" w:rsidP="004909FF">
            <w:pPr>
              <w:pStyle w:val="TableParagraph"/>
              <w:tabs>
                <w:tab w:val="left" w:pos="1152"/>
              </w:tabs>
              <w:jc w:val="both"/>
              <w:rPr>
                <w:sz w:val="26"/>
                <w:szCs w:val="26"/>
                <w:lang w:val="nl-NL"/>
              </w:rPr>
            </w:pPr>
            <w:r w:rsidRPr="005B2B7C">
              <w:rPr>
                <w:sz w:val="26"/>
                <w:szCs w:val="26"/>
                <w:lang w:val="nl-NL"/>
              </w:rPr>
              <w:t>Có được quy định rõ ràng, cụ thể và phù hợp không?</w:t>
            </w:r>
          </w:p>
        </w:tc>
        <w:tc>
          <w:tcPr>
            <w:tcW w:w="4027" w:type="pct"/>
          </w:tcPr>
          <w:p w14:paraId="38117AB1" w14:textId="77777777" w:rsidR="005E0C1E" w:rsidRPr="005B2B7C" w:rsidRDefault="005E0C1E" w:rsidP="004909FF">
            <w:pPr>
              <w:pStyle w:val="TableParagraph"/>
              <w:tabs>
                <w:tab w:val="left" w:pos="1152"/>
                <w:tab w:val="left" w:pos="1228"/>
              </w:tabs>
              <w:rPr>
                <w:sz w:val="26"/>
                <w:szCs w:val="26"/>
                <w:lang w:val="nl-NL"/>
              </w:rPr>
            </w:pPr>
            <w:r w:rsidRPr="005B2B7C">
              <w:rPr>
                <w:sz w:val="26"/>
                <w:szCs w:val="26"/>
                <w:lang w:val="nl-NL"/>
              </w:rPr>
              <w:t>Có X       Không □</w:t>
            </w:r>
          </w:p>
          <w:p w14:paraId="119CA1F5" w14:textId="77777777" w:rsidR="005E0C1E" w:rsidRPr="005B2B7C" w:rsidRDefault="005E0C1E" w:rsidP="004909FF">
            <w:pPr>
              <w:pStyle w:val="TableParagraph"/>
              <w:tabs>
                <w:tab w:val="left" w:pos="1152"/>
              </w:tabs>
              <w:rPr>
                <w:sz w:val="26"/>
                <w:szCs w:val="26"/>
                <w:lang w:val="nl-NL"/>
              </w:rPr>
            </w:pPr>
            <w:r w:rsidRPr="005B2B7C">
              <w:rPr>
                <w:sz w:val="26"/>
                <w:szCs w:val="26"/>
                <w:lang w:val="nl-NL"/>
              </w:rPr>
              <w:t>Nêu rõ lý do:………………………………………………………………………</w:t>
            </w:r>
          </w:p>
        </w:tc>
      </w:tr>
      <w:tr w:rsidR="005E0C1E" w:rsidRPr="005B2B7C" w14:paraId="54B12A81" w14:textId="77777777" w:rsidTr="004909FF">
        <w:tc>
          <w:tcPr>
            <w:tcW w:w="5000" w:type="pct"/>
            <w:gridSpan w:val="2"/>
          </w:tcPr>
          <w:p w14:paraId="6AD3A6C1" w14:textId="77777777" w:rsidR="005E0C1E" w:rsidRPr="005B2B7C" w:rsidRDefault="005E0C1E" w:rsidP="004909FF">
            <w:pPr>
              <w:pStyle w:val="TableParagraph"/>
              <w:tabs>
                <w:tab w:val="left" w:pos="1152"/>
              </w:tabs>
              <w:rPr>
                <w:b/>
                <w:sz w:val="26"/>
                <w:szCs w:val="26"/>
              </w:rPr>
            </w:pPr>
            <w:r w:rsidRPr="005B2B7C">
              <w:rPr>
                <w:b/>
                <w:sz w:val="26"/>
                <w:szCs w:val="26"/>
              </w:rPr>
              <w:t>2. Trình tự thực hiện</w:t>
            </w:r>
          </w:p>
        </w:tc>
      </w:tr>
      <w:tr w:rsidR="005E0C1E" w:rsidRPr="005B2B7C" w14:paraId="2789FEF8" w14:textId="77777777" w:rsidTr="004909FF">
        <w:trPr>
          <w:trHeight w:val="63"/>
        </w:trPr>
        <w:tc>
          <w:tcPr>
            <w:tcW w:w="973" w:type="pct"/>
          </w:tcPr>
          <w:p w14:paraId="2BB88263" w14:textId="77777777" w:rsidR="005E0C1E" w:rsidRPr="005B2B7C" w:rsidRDefault="005E0C1E" w:rsidP="004909FF">
            <w:pPr>
              <w:pStyle w:val="TableParagraph"/>
              <w:tabs>
                <w:tab w:val="left" w:pos="1152"/>
              </w:tabs>
              <w:jc w:val="both"/>
              <w:rPr>
                <w:sz w:val="26"/>
                <w:szCs w:val="26"/>
              </w:rPr>
            </w:pPr>
            <w:r w:rsidRPr="005B2B7C">
              <w:rPr>
                <w:sz w:val="26"/>
                <w:szCs w:val="26"/>
              </w:rPr>
              <w:t>a) Có được quy định rõ ràng và cụ thể về các bước thực hiện không?</w:t>
            </w:r>
          </w:p>
        </w:tc>
        <w:tc>
          <w:tcPr>
            <w:tcW w:w="4027" w:type="pct"/>
          </w:tcPr>
          <w:p w14:paraId="606EDC8A" w14:textId="77777777" w:rsidR="005E0C1E" w:rsidRPr="005B2B7C" w:rsidRDefault="005E0C1E" w:rsidP="004909FF">
            <w:pPr>
              <w:pStyle w:val="TableParagraph"/>
              <w:tabs>
                <w:tab w:val="left" w:pos="1152"/>
                <w:tab w:val="left" w:pos="1228"/>
              </w:tabs>
              <w:rPr>
                <w:sz w:val="26"/>
                <w:szCs w:val="26"/>
              </w:rPr>
            </w:pPr>
            <w:r w:rsidRPr="005B2B7C">
              <w:rPr>
                <w:sz w:val="26"/>
                <w:szCs w:val="26"/>
              </w:rPr>
              <w:t>Có X       Không □</w:t>
            </w:r>
          </w:p>
          <w:p w14:paraId="180F8C67" w14:textId="77777777" w:rsidR="005E0C1E" w:rsidRPr="005B2B7C" w:rsidRDefault="005E0C1E" w:rsidP="004909FF">
            <w:pPr>
              <w:pStyle w:val="TableParagraph"/>
              <w:tabs>
                <w:tab w:val="left" w:pos="1152"/>
              </w:tabs>
              <w:rPr>
                <w:sz w:val="26"/>
                <w:szCs w:val="26"/>
              </w:rPr>
            </w:pPr>
            <w:r w:rsidRPr="005B2B7C">
              <w:rPr>
                <w:sz w:val="26"/>
                <w:szCs w:val="26"/>
              </w:rPr>
              <w:t>Nêu rõ lý do:……………………………………………………………………………………………...</w:t>
            </w:r>
          </w:p>
        </w:tc>
      </w:tr>
      <w:tr w:rsidR="005E0C1E" w:rsidRPr="005B2B7C" w14:paraId="58E631B2" w14:textId="77777777" w:rsidTr="004909FF">
        <w:tc>
          <w:tcPr>
            <w:tcW w:w="973" w:type="pct"/>
          </w:tcPr>
          <w:p w14:paraId="740748BB" w14:textId="77777777" w:rsidR="005E0C1E" w:rsidRPr="005B2B7C" w:rsidRDefault="005E0C1E" w:rsidP="004909FF">
            <w:pPr>
              <w:pStyle w:val="TableParagraph"/>
              <w:tabs>
                <w:tab w:val="left" w:pos="1152"/>
              </w:tabs>
              <w:jc w:val="both"/>
              <w:rPr>
                <w:sz w:val="26"/>
                <w:szCs w:val="26"/>
              </w:rPr>
            </w:pPr>
            <w:r w:rsidRPr="005B2B7C">
              <w:rPr>
                <w:sz w:val="26"/>
                <w:szCs w:val="26"/>
              </w:rPr>
              <w:t>b) Có được quy định, phân định rõ trách nhiệm và nội dung công việc của cơ quan nhà nước và cá nhân, tổ chức khi thực hiện không?</w:t>
            </w:r>
          </w:p>
        </w:tc>
        <w:tc>
          <w:tcPr>
            <w:tcW w:w="4027" w:type="pct"/>
          </w:tcPr>
          <w:p w14:paraId="567E2990" w14:textId="77777777" w:rsidR="005E0C1E" w:rsidRPr="005B2B7C" w:rsidRDefault="005E0C1E" w:rsidP="004909FF">
            <w:pPr>
              <w:pStyle w:val="TableParagraph"/>
              <w:tabs>
                <w:tab w:val="left" w:pos="1152"/>
                <w:tab w:val="left" w:pos="1228"/>
              </w:tabs>
              <w:rPr>
                <w:sz w:val="26"/>
                <w:szCs w:val="26"/>
              </w:rPr>
            </w:pPr>
            <w:r w:rsidRPr="005B2B7C">
              <w:rPr>
                <w:sz w:val="26"/>
                <w:szCs w:val="26"/>
              </w:rPr>
              <w:t>Có X       Không □</w:t>
            </w:r>
          </w:p>
          <w:p w14:paraId="410D6E6D" w14:textId="77777777" w:rsidR="005E0C1E" w:rsidRPr="005B2B7C" w:rsidRDefault="005E0C1E" w:rsidP="004909FF">
            <w:pPr>
              <w:pStyle w:val="TableParagraph"/>
              <w:tabs>
                <w:tab w:val="left" w:pos="1152"/>
              </w:tabs>
              <w:rPr>
                <w:sz w:val="26"/>
                <w:szCs w:val="26"/>
              </w:rPr>
            </w:pPr>
            <w:r w:rsidRPr="005B2B7C">
              <w:rPr>
                <w:sz w:val="26"/>
                <w:szCs w:val="26"/>
              </w:rPr>
              <w:t>Nêu rõ lý do:……………………………………………………………………………………</w:t>
            </w:r>
          </w:p>
          <w:p w14:paraId="3B5221C4" w14:textId="77777777" w:rsidR="005E0C1E" w:rsidRPr="005B2B7C" w:rsidRDefault="005E0C1E" w:rsidP="004909FF">
            <w:pPr>
              <w:pStyle w:val="TableParagraph"/>
              <w:tabs>
                <w:tab w:val="left" w:pos="1152"/>
              </w:tabs>
              <w:rPr>
                <w:sz w:val="26"/>
                <w:szCs w:val="26"/>
              </w:rPr>
            </w:pPr>
          </w:p>
        </w:tc>
      </w:tr>
      <w:tr w:rsidR="005E0C1E" w:rsidRPr="005B2B7C" w14:paraId="22740F47" w14:textId="77777777" w:rsidTr="004909FF">
        <w:tc>
          <w:tcPr>
            <w:tcW w:w="973" w:type="pct"/>
          </w:tcPr>
          <w:p w14:paraId="120D5D2C" w14:textId="77777777" w:rsidR="005E0C1E" w:rsidRPr="005B2B7C" w:rsidRDefault="005E0C1E" w:rsidP="004909FF">
            <w:pPr>
              <w:pStyle w:val="TableParagraph"/>
              <w:tabs>
                <w:tab w:val="left" w:pos="1152"/>
              </w:tabs>
              <w:jc w:val="both"/>
              <w:rPr>
                <w:sz w:val="26"/>
                <w:szCs w:val="26"/>
              </w:rPr>
            </w:pPr>
            <w:r w:rsidRPr="005B2B7C">
              <w:rPr>
                <w:sz w:val="26"/>
                <w:szCs w:val="26"/>
              </w:rPr>
              <w:t>c) Có áp dụng cơ chế liên thông không?</w:t>
            </w:r>
          </w:p>
        </w:tc>
        <w:tc>
          <w:tcPr>
            <w:tcW w:w="4027" w:type="pct"/>
          </w:tcPr>
          <w:p w14:paraId="25BC1CDB" w14:textId="77777777" w:rsidR="005E0C1E" w:rsidRPr="005B2B7C" w:rsidRDefault="005E0C1E" w:rsidP="004909FF">
            <w:pPr>
              <w:pStyle w:val="TableParagraph"/>
              <w:tabs>
                <w:tab w:val="left" w:pos="1152"/>
                <w:tab w:val="left" w:pos="1228"/>
              </w:tabs>
              <w:rPr>
                <w:sz w:val="26"/>
                <w:szCs w:val="26"/>
              </w:rPr>
            </w:pPr>
            <w:r w:rsidRPr="005B2B7C">
              <w:rPr>
                <w:sz w:val="26"/>
                <w:szCs w:val="26"/>
              </w:rPr>
              <w:t>Có □       Không X</w:t>
            </w:r>
          </w:p>
          <w:p w14:paraId="3CABB60E" w14:textId="2E9B561D" w:rsidR="005E0C1E" w:rsidRPr="005B2B7C" w:rsidRDefault="005E0C1E" w:rsidP="004909FF">
            <w:pPr>
              <w:pStyle w:val="TableParagraph"/>
              <w:tabs>
                <w:tab w:val="left" w:pos="1152"/>
              </w:tabs>
              <w:rPr>
                <w:sz w:val="26"/>
                <w:szCs w:val="26"/>
              </w:rPr>
            </w:pPr>
            <w:r w:rsidRPr="005B2B7C">
              <w:rPr>
                <w:sz w:val="26"/>
                <w:szCs w:val="26"/>
              </w:rPr>
              <w:t xml:space="preserve">Nêu rõ lý do: </w:t>
            </w:r>
          </w:p>
        </w:tc>
      </w:tr>
      <w:tr w:rsidR="005E0C1E" w:rsidRPr="005B2B7C" w14:paraId="0806F221" w14:textId="77777777" w:rsidTr="004909FF">
        <w:tc>
          <w:tcPr>
            <w:tcW w:w="973" w:type="pct"/>
          </w:tcPr>
          <w:p w14:paraId="597AE89D" w14:textId="77777777" w:rsidR="005E0C1E" w:rsidRPr="005B2B7C" w:rsidRDefault="005E0C1E" w:rsidP="004909FF">
            <w:pPr>
              <w:pStyle w:val="TableParagraph"/>
              <w:tabs>
                <w:tab w:val="left" w:pos="1152"/>
              </w:tabs>
              <w:jc w:val="both"/>
              <w:rPr>
                <w:sz w:val="26"/>
                <w:szCs w:val="26"/>
              </w:rPr>
            </w:pPr>
            <w:r w:rsidRPr="005B2B7C">
              <w:rPr>
                <w:sz w:val="26"/>
                <w:szCs w:val="26"/>
              </w:rPr>
              <w:t>d) Có quy định việc kiểm tra, đánh giá, xác minh thực tế của cơ quan nhà nước không?</w:t>
            </w:r>
          </w:p>
        </w:tc>
        <w:tc>
          <w:tcPr>
            <w:tcW w:w="4027" w:type="pct"/>
          </w:tcPr>
          <w:p w14:paraId="5B3AB65C" w14:textId="77777777" w:rsidR="005E0C1E" w:rsidRPr="005B2B7C" w:rsidRDefault="005E0C1E" w:rsidP="004909FF">
            <w:pPr>
              <w:pStyle w:val="TableParagraph"/>
              <w:tabs>
                <w:tab w:val="left" w:pos="1152"/>
                <w:tab w:val="left" w:pos="1228"/>
              </w:tabs>
              <w:rPr>
                <w:sz w:val="26"/>
                <w:szCs w:val="26"/>
              </w:rPr>
            </w:pPr>
            <w:r w:rsidRPr="005B2B7C">
              <w:rPr>
                <w:sz w:val="26"/>
                <w:szCs w:val="26"/>
              </w:rPr>
              <w:t>Có □      Không X</w:t>
            </w:r>
          </w:p>
          <w:p w14:paraId="7672D3C4" w14:textId="77777777" w:rsidR="005E0C1E" w:rsidRPr="005B2B7C" w:rsidRDefault="005E0C1E" w:rsidP="004909FF">
            <w:pPr>
              <w:pStyle w:val="TableParagraph"/>
              <w:tabs>
                <w:tab w:val="left" w:pos="1152"/>
              </w:tabs>
              <w:rPr>
                <w:sz w:val="26"/>
                <w:szCs w:val="26"/>
              </w:rPr>
            </w:pPr>
            <w:r w:rsidRPr="005B2B7C">
              <w:rPr>
                <w:sz w:val="26"/>
                <w:szCs w:val="26"/>
              </w:rPr>
              <w:t xml:space="preserve">Nếu Có, nêu rõ nội dung quy định: ……………………………… </w:t>
            </w:r>
          </w:p>
          <w:p w14:paraId="2E32F912" w14:textId="77777777" w:rsidR="005E0C1E" w:rsidRPr="005B2B7C" w:rsidRDefault="005E0C1E" w:rsidP="004909FF">
            <w:pPr>
              <w:pStyle w:val="TableParagraph"/>
              <w:tabs>
                <w:tab w:val="left" w:pos="1152"/>
              </w:tabs>
              <w:rPr>
                <w:sz w:val="26"/>
                <w:szCs w:val="26"/>
              </w:rPr>
            </w:pPr>
            <w:r w:rsidRPr="005B2B7C">
              <w:rPr>
                <w:sz w:val="26"/>
                <w:szCs w:val="26"/>
              </w:rPr>
              <w:t>Lý do quy định:…………………………………………………</w:t>
            </w:r>
          </w:p>
          <w:p w14:paraId="7489EC8C" w14:textId="77777777" w:rsidR="005E0C1E" w:rsidRPr="005B2B7C" w:rsidRDefault="005E0C1E" w:rsidP="004909FF">
            <w:pPr>
              <w:pStyle w:val="TableParagraph"/>
              <w:tabs>
                <w:tab w:val="left" w:pos="1152"/>
                <w:tab w:val="left" w:pos="4444"/>
                <w:tab w:val="left" w:pos="5438"/>
              </w:tabs>
              <w:rPr>
                <w:sz w:val="26"/>
                <w:szCs w:val="26"/>
              </w:rPr>
            </w:pPr>
            <w:r w:rsidRPr="005B2B7C">
              <w:rPr>
                <w:sz w:val="26"/>
                <w:szCs w:val="26"/>
              </w:rPr>
              <w:t>- Các biện pháp có thể thay thế: Có □       Không X</w:t>
            </w:r>
          </w:p>
          <w:p w14:paraId="6A449BDC" w14:textId="77777777" w:rsidR="005E0C1E" w:rsidRPr="005B2B7C" w:rsidRDefault="005E0C1E" w:rsidP="004909FF">
            <w:pPr>
              <w:pStyle w:val="TableParagraph"/>
              <w:tabs>
                <w:tab w:val="left" w:pos="1152"/>
                <w:tab w:val="left" w:pos="4444"/>
                <w:tab w:val="left" w:pos="5438"/>
              </w:tabs>
              <w:rPr>
                <w:sz w:val="26"/>
                <w:szCs w:val="26"/>
              </w:rPr>
            </w:pPr>
            <w:r w:rsidRPr="005B2B7C">
              <w:rPr>
                <w:sz w:val="26"/>
                <w:szCs w:val="26"/>
              </w:rPr>
              <w:t>Nếu Có, nêu rõ lý do vẫn quy định như tại dự thảo:</w:t>
            </w:r>
          </w:p>
          <w:p w14:paraId="651C416D" w14:textId="77777777" w:rsidR="005E0C1E" w:rsidRPr="005B2B7C" w:rsidRDefault="005E0C1E" w:rsidP="004909FF">
            <w:pPr>
              <w:pStyle w:val="TableParagraph"/>
              <w:tabs>
                <w:tab w:val="left" w:pos="1152"/>
              </w:tabs>
              <w:rPr>
                <w:sz w:val="26"/>
                <w:szCs w:val="26"/>
              </w:rPr>
            </w:pPr>
            <w:r w:rsidRPr="005B2B7C">
              <w:rPr>
                <w:sz w:val="26"/>
                <w:szCs w:val="26"/>
              </w:rPr>
              <w:t>…………………………………………………………………</w:t>
            </w:r>
          </w:p>
        </w:tc>
      </w:tr>
      <w:tr w:rsidR="005E0C1E" w:rsidRPr="005B2B7C" w14:paraId="09484FC8" w14:textId="77777777" w:rsidTr="004909FF">
        <w:tc>
          <w:tcPr>
            <w:tcW w:w="973" w:type="pct"/>
          </w:tcPr>
          <w:p w14:paraId="0D839550" w14:textId="77777777" w:rsidR="005E0C1E" w:rsidRPr="005B2B7C" w:rsidRDefault="005E0C1E" w:rsidP="004909FF">
            <w:pPr>
              <w:pStyle w:val="TableParagraph"/>
              <w:tabs>
                <w:tab w:val="left" w:pos="1152"/>
              </w:tabs>
              <w:rPr>
                <w:b/>
                <w:sz w:val="26"/>
                <w:szCs w:val="26"/>
              </w:rPr>
            </w:pPr>
            <w:r w:rsidRPr="005B2B7C">
              <w:rPr>
                <w:b/>
                <w:sz w:val="26"/>
                <w:szCs w:val="26"/>
              </w:rPr>
              <w:lastRenderedPageBreak/>
              <w:t>3. Cách thức thực hiện</w:t>
            </w:r>
          </w:p>
        </w:tc>
        <w:tc>
          <w:tcPr>
            <w:tcW w:w="4027" w:type="pct"/>
          </w:tcPr>
          <w:p w14:paraId="0C03CFD2" w14:textId="77777777" w:rsidR="005E0C1E" w:rsidRPr="005B2B7C" w:rsidRDefault="005E0C1E" w:rsidP="004909FF">
            <w:pPr>
              <w:pStyle w:val="TableParagraph"/>
              <w:tabs>
                <w:tab w:val="left" w:pos="1152"/>
              </w:tabs>
              <w:rPr>
                <w:sz w:val="26"/>
                <w:szCs w:val="26"/>
              </w:rPr>
            </w:pPr>
          </w:p>
        </w:tc>
      </w:tr>
      <w:tr w:rsidR="005E0C1E" w:rsidRPr="005B2B7C" w14:paraId="18709AEE" w14:textId="77777777" w:rsidTr="004909FF">
        <w:tc>
          <w:tcPr>
            <w:tcW w:w="973" w:type="pct"/>
          </w:tcPr>
          <w:p w14:paraId="362970BE" w14:textId="77777777" w:rsidR="005E0C1E" w:rsidRPr="005B2B7C" w:rsidRDefault="005E0C1E" w:rsidP="004909FF">
            <w:pPr>
              <w:pStyle w:val="TableParagraph"/>
              <w:tabs>
                <w:tab w:val="left" w:pos="373"/>
                <w:tab w:val="left" w:pos="1152"/>
              </w:tabs>
              <w:jc w:val="both"/>
              <w:rPr>
                <w:sz w:val="26"/>
                <w:szCs w:val="26"/>
              </w:rPr>
            </w:pPr>
            <w:r w:rsidRPr="005B2B7C">
              <w:rPr>
                <w:sz w:val="26"/>
                <w:szCs w:val="26"/>
              </w:rPr>
              <w:t xml:space="preserve">a) Nộp hồ sơ: </w:t>
            </w:r>
          </w:p>
          <w:p w14:paraId="6ED6EEA1" w14:textId="77777777" w:rsidR="005E0C1E" w:rsidRPr="005B2B7C" w:rsidRDefault="005E0C1E" w:rsidP="004909FF">
            <w:pPr>
              <w:pStyle w:val="TableParagraph"/>
              <w:tabs>
                <w:tab w:val="left" w:pos="373"/>
                <w:tab w:val="left" w:pos="1152"/>
              </w:tabs>
              <w:jc w:val="both"/>
              <w:rPr>
                <w:sz w:val="26"/>
                <w:szCs w:val="26"/>
              </w:rPr>
            </w:pPr>
            <w:r w:rsidRPr="005B2B7C">
              <w:rPr>
                <w:sz w:val="26"/>
                <w:szCs w:val="26"/>
              </w:rPr>
              <w:t>Trực tiếp X</w:t>
            </w:r>
          </w:p>
          <w:p w14:paraId="468D8CE0" w14:textId="77777777" w:rsidR="005E0C1E" w:rsidRPr="005B2B7C" w:rsidRDefault="005E0C1E" w:rsidP="004909FF">
            <w:pPr>
              <w:pStyle w:val="TableParagraph"/>
              <w:tabs>
                <w:tab w:val="left" w:pos="1152"/>
              </w:tabs>
              <w:jc w:val="both"/>
              <w:rPr>
                <w:sz w:val="26"/>
                <w:szCs w:val="26"/>
              </w:rPr>
            </w:pPr>
            <w:r w:rsidRPr="005B2B7C">
              <w:rPr>
                <w:sz w:val="26"/>
                <w:szCs w:val="26"/>
              </w:rPr>
              <w:t>Bưu chính X</w:t>
            </w:r>
          </w:p>
          <w:p w14:paraId="3F6246EA" w14:textId="77777777" w:rsidR="005E0C1E" w:rsidRPr="005B2B7C" w:rsidRDefault="005E0C1E" w:rsidP="004909FF">
            <w:pPr>
              <w:pStyle w:val="TableParagraph"/>
              <w:tabs>
                <w:tab w:val="left" w:pos="1152"/>
              </w:tabs>
              <w:jc w:val="both"/>
              <w:rPr>
                <w:sz w:val="26"/>
                <w:szCs w:val="26"/>
              </w:rPr>
            </w:pPr>
            <w:r w:rsidRPr="005B2B7C">
              <w:rPr>
                <w:sz w:val="26"/>
                <w:szCs w:val="26"/>
              </w:rPr>
              <w:t>Điện tử X</w:t>
            </w:r>
          </w:p>
          <w:p w14:paraId="38475B2C" w14:textId="77777777" w:rsidR="005E0C1E" w:rsidRPr="005B2B7C" w:rsidRDefault="005E0C1E" w:rsidP="004909FF">
            <w:pPr>
              <w:pStyle w:val="TableParagraph"/>
              <w:tabs>
                <w:tab w:val="left" w:pos="386"/>
                <w:tab w:val="left" w:pos="1152"/>
              </w:tabs>
              <w:jc w:val="both"/>
              <w:rPr>
                <w:sz w:val="26"/>
                <w:szCs w:val="26"/>
              </w:rPr>
            </w:pPr>
            <w:r w:rsidRPr="005B2B7C">
              <w:rPr>
                <w:sz w:val="26"/>
                <w:szCs w:val="26"/>
              </w:rPr>
              <w:t xml:space="preserve">b) Nhận kết quả: </w:t>
            </w:r>
          </w:p>
          <w:p w14:paraId="24816A7F" w14:textId="77777777" w:rsidR="005E0C1E" w:rsidRPr="005B2B7C" w:rsidRDefault="005E0C1E" w:rsidP="004909FF">
            <w:pPr>
              <w:pStyle w:val="TableParagraph"/>
              <w:tabs>
                <w:tab w:val="left" w:pos="386"/>
                <w:tab w:val="left" w:pos="1152"/>
              </w:tabs>
              <w:jc w:val="both"/>
              <w:rPr>
                <w:sz w:val="26"/>
                <w:szCs w:val="26"/>
              </w:rPr>
            </w:pPr>
            <w:r w:rsidRPr="005B2B7C">
              <w:rPr>
                <w:sz w:val="26"/>
                <w:szCs w:val="26"/>
              </w:rPr>
              <w:t>Trực tiếp X</w:t>
            </w:r>
          </w:p>
          <w:p w14:paraId="13DF56DE" w14:textId="77777777" w:rsidR="005E0C1E" w:rsidRPr="005B2B7C" w:rsidRDefault="005E0C1E" w:rsidP="004909FF">
            <w:pPr>
              <w:pStyle w:val="TableParagraph"/>
              <w:tabs>
                <w:tab w:val="left" w:pos="1152"/>
              </w:tabs>
              <w:jc w:val="both"/>
              <w:rPr>
                <w:sz w:val="26"/>
                <w:szCs w:val="26"/>
              </w:rPr>
            </w:pPr>
            <w:r w:rsidRPr="005B2B7C">
              <w:rPr>
                <w:sz w:val="26"/>
                <w:szCs w:val="26"/>
              </w:rPr>
              <w:t>Bưu chính X</w:t>
            </w:r>
          </w:p>
          <w:p w14:paraId="7A14361F" w14:textId="77777777" w:rsidR="005E0C1E" w:rsidRPr="005B2B7C" w:rsidRDefault="005E0C1E" w:rsidP="004909FF">
            <w:pPr>
              <w:pStyle w:val="TableParagraph"/>
              <w:tabs>
                <w:tab w:val="left" w:pos="1152"/>
              </w:tabs>
              <w:jc w:val="both"/>
              <w:rPr>
                <w:sz w:val="26"/>
                <w:szCs w:val="26"/>
              </w:rPr>
            </w:pPr>
            <w:r w:rsidRPr="005B2B7C">
              <w:rPr>
                <w:sz w:val="26"/>
                <w:szCs w:val="26"/>
              </w:rPr>
              <w:t>Điện tử X</w:t>
            </w:r>
          </w:p>
        </w:tc>
        <w:tc>
          <w:tcPr>
            <w:tcW w:w="4027" w:type="pct"/>
          </w:tcPr>
          <w:p w14:paraId="746D3B4B" w14:textId="77777777" w:rsidR="005E0C1E" w:rsidRPr="005B2B7C" w:rsidRDefault="005E0C1E" w:rsidP="004909FF">
            <w:pPr>
              <w:pStyle w:val="TableParagraph"/>
              <w:tabs>
                <w:tab w:val="left" w:pos="255"/>
                <w:tab w:val="left" w:pos="1152"/>
                <w:tab w:val="left" w:pos="4919"/>
                <w:tab w:val="left" w:pos="6367"/>
              </w:tabs>
              <w:rPr>
                <w:sz w:val="26"/>
                <w:szCs w:val="26"/>
              </w:rPr>
            </w:pPr>
            <w:r w:rsidRPr="005B2B7C">
              <w:rPr>
                <w:sz w:val="26"/>
                <w:szCs w:val="26"/>
              </w:rPr>
              <w:t xml:space="preserve">- Có được quy định rõ ràng, cụ thể không? Có X       Không □ </w:t>
            </w:r>
          </w:p>
          <w:p w14:paraId="1D88AC27" w14:textId="77777777" w:rsidR="005E0C1E" w:rsidRPr="005B2B7C" w:rsidRDefault="005E0C1E" w:rsidP="004909FF">
            <w:pPr>
              <w:pStyle w:val="TableParagraph"/>
              <w:tabs>
                <w:tab w:val="left" w:pos="255"/>
                <w:tab w:val="left" w:pos="1152"/>
                <w:tab w:val="left" w:pos="4919"/>
                <w:tab w:val="left" w:pos="6367"/>
              </w:tabs>
              <w:rPr>
                <w:sz w:val="26"/>
                <w:szCs w:val="26"/>
              </w:rPr>
            </w:pPr>
            <w:r w:rsidRPr="005B2B7C">
              <w:rPr>
                <w:sz w:val="26"/>
                <w:szCs w:val="26"/>
              </w:rPr>
              <w:t>Nêu rõ lý do: …………………………………………………………………</w:t>
            </w:r>
          </w:p>
          <w:p w14:paraId="1F410A0B" w14:textId="77777777" w:rsidR="005E0C1E" w:rsidRPr="005B2B7C" w:rsidRDefault="005E0C1E" w:rsidP="004909FF">
            <w:pPr>
              <w:pStyle w:val="TableParagraph"/>
              <w:tabs>
                <w:tab w:val="left" w:pos="351"/>
                <w:tab w:val="left" w:pos="1152"/>
                <w:tab w:val="left" w:pos="5303"/>
                <w:tab w:val="left" w:pos="6751"/>
              </w:tabs>
              <w:rPr>
                <w:sz w:val="26"/>
                <w:szCs w:val="26"/>
              </w:rPr>
            </w:pPr>
            <w:r w:rsidRPr="005B2B7C">
              <w:rPr>
                <w:sz w:val="26"/>
                <w:szCs w:val="26"/>
              </w:rPr>
              <w:t>- Có được quy định phù hợp và tạo thuận lợi, tiết kiệm chi phí cho cơ quan nhà nước, cá nhân, tổ chức khi thực hiện không? Có X       Không □</w:t>
            </w:r>
          </w:p>
          <w:p w14:paraId="1D2B127A" w14:textId="77777777" w:rsidR="005E0C1E" w:rsidRPr="005B2B7C" w:rsidRDefault="005E0C1E" w:rsidP="004909FF">
            <w:pPr>
              <w:pStyle w:val="TableParagraph"/>
              <w:tabs>
                <w:tab w:val="left" w:pos="1152"/>
              </w:tabs>
              <w:rPr>
                <w:sz w:val="26"/>
                <w:szCs w:val="26"/>
              </w:rPr>
            </w:pPr>
            <w:r w:rsidRPr="005B2B7C">
              <w:rPr>
                <w:sz w:val="26"/>
                <w:szCs w:val="26"/>
              </w:rPr>
              <w:t>Nêu rõ lý do: …………………………………</w:t>
            </w:r>
          </w:p>
        </w:tc>
      </w:tr>
      <w:tr w:rsidR="005E0C1E" w:rsidRPr="005B2B7C" w14:paraId="61B9DB36" w14:textId="77777777" w:rsidTr="004909FF">
        <w:tc>
          <w:tcPr>
            <w:tcW w:w="5000" w:type="pct"/>
            <w:gridSpan w:val="2"/>
          </w:tcPr>
          <w:p w14:paraId="32F45050" w14:textId="77777777" w:rsidR="005E0C1E" w:rsidRPr="005B2B7C" w:rsidRDefault="005E0C1E" w:rsidP="004909FF">
            <w:pPr>
              <w:pStyle w:val="TableParagraph"/>
              <w:tabs>
                <w:tab w:val="left" w:pos="1152"/>
              </w:tabs>
              <w:rPr>
                <w:b/>
                <w:sz w:val="26"/>
                <w:szCs w:val="26"/>
              </w:rPr>
            </w:pPr>
            <w:r w:rsidRPr="005B2B7C">
              <w:rPr>
                <w:b/>
                <w:sz w:val="26"/>
                <w:szCs w:val="26"/>
              </w:rPr>
              <w:t>4. Thành phần, số lượng hồ sơ</w:t>
            </w:r>
          </w:p>
        </w:tc>
      </w:tr>
      <w:tr w:rsidR="005E0C1E" w:rsidRPr="005B2B7C" w14:paraId="55B99774" w14:textId="77777777" w:rsidTr="004909FF">
        <w:tc>
          <w:tcPr>
            <w:tcW w:w="973" w:type="pct"/>
          </w:tcPr>
          <w:p w14:paraId="321B91C4" w14:textId="4D7322E5" w:rsidR="005E0C1E" w:rsidRPr="005B2B7C" w:rsidRDefault="005E0C1E" w:rsidP="004909FF">
            <w:pPr>
              <w:pStyle w:val="TableParagraph"/>
              <w:tabs>
                <w:tab w:val="left" w:pos="1152"/>
              </w:tabs>
              <w:jc w:val="both"/>
              <w:rPr>
                <w:sz w:val="26"/>
                <w:szCs w:val="26"/>
              </w:rPr>
            </w:pPr>
            <w:r w:rsidRPr="005B2B7C">
              <w:rPr>
                <w:sz w:val="26"/>
                <w:szCs w:val="26"/>
              </w:rPr>
              <w:t>a) Văn bản đề nghị</w:t>
            </w:r>
            <w:r w:rsidR="00593C0F" w:rsidRPr="005B2B7C">
              <w:rPr>
                <w:sz w:val="26"/>
                <w:szCs w:val="26"/>
              </w:rPr>
              <w:t xml:space="preserve"> sửa đổi, bổ sung</w:t>
            </w:r>
            <w:r w:rsidRPr="005B2B7C">
              <w:rPr>
                <w:sz w:val="26"/>
                <w:szCs w:val="26"/>
              </w:rPr>
              <w:t xml:space="preserve"> Giấy chứng nhận chuyển giao công nghệ khuyến khích chuyển giao </w:t>
            </w:r>
          </w:p>
        </w:tc>
        <w:tc>
          <w:tcPr>
            <w:tcW w:w="4027" w:type="pct"/>
          </w:tcPr>
          <w:p w14:paraId="66B3DC4D" w14:textId="77777777" w:rsidR="005E0C1E" w:rsidRPr="005B2B7C" w:rsidRDefault="005E0C1E" w:rsidP="004909FF">
            <w:pPr>
              <w:pStyle w:val="TableParagraph"/>
              <w:tabs>
                <w:tab w:val="left" w:pos="255"/>
                <w:tab w:val="left" w:pos="1152"/>
              </w:tabs>
              <w:rPr>
                <w:sz w:val="26"/>
                <w:szCs w:val="26"/>
              </w:rPr>
            </w:pPr>
            <w:r w:rsidRPr="005B2B7C">
              <w:rPr>
                <w:sz w:val="26"/>
                <w:szCs w:val="26"/>
              </w:rPr>
              <w:t>- Nêu rõ lý do quy định thành phần hồ sơ: Văn bản đề nghị của tổ chức/cá nhân</w:t>
            </w:r>
          </w:p>
          <w:p w14:paraId="1D17567C" w14:textId="77777777" w:rsidR="005E0C1E" w:rsidRPr="005B2B7C" w:rsidRDefault="005E0C1E" w:rsidP="004909FF">
            <w:pPr>
              <w:pStyle w:val="TableParagraph"/>
              <w:tabs>
                <w:tab w:val="left" w:pos="255"/>
                <w:tab w:val="left" w:pos="1152"/>
              </w:tabs>
              <w:rPr>
                <w:sz w:val="26"/>
                <w:szCs w:val="26"/>
              </w:rPr>
            </w:pPr>
            <w:r w:rsidRPr="005B2B7C">
              <w:rPr>
                <w:sz w:val="26"/>
                <w:szCs w:val="26"/>
              </w:rPr>
              <w:t>- Yêu cầu về hình thức: Bản chính, đóng dấu.</w:t>
            </w:r>
          </w:p>
          <w:p w14:paraId="235D84BA" w14:textId="550E93A4" w:rsidR="005E0C1E" w:rsidRPr="005B2B7C" w:rsidRDefault="005E0C1E" w:rsidP="004909FF">
            <w:pPr>
              <w:pStyle w:val="TableParagraph"/>
              <w:tabs>
                <w:tab w:val="left" w:pos="255"/>
                <w:tab w:val="left" w:pos="1152"/>
              </w:tabs>
              <w:rPr>
                <w:sz w:val="26"/>
                <w:szCs w:val="26"/>
              </w:rPr>
            </w:pPr>
            <w:r w:rsidRPr="005B2B7C">
              <w:rPr>
                <w:sz w:val="26"/>
                <w:szCs w:val="26"/>
              </w:rPr>
              <w:t>Lý do quy định:  Theo Mẫu số 0</w:t>
            </w:r>
            <w:r w:rsidR="00657E8A" w:rsidRPr="005B2B7C">
              <w:rPr>
                <w:sz w:val="26"/>
                <w:szCs w:val="26"/>
              </w:rPr>
              <w:t>8 Phụ lục ban hành kèm theo Quyết định số 12/2023/QĐ-TTg, nay được thay thế bằng Mẫu số 03 Phụ lục ban hành kèm theo Quyết định số 02/2026/QĐ-TTg</w:t>
            </w:r>
            <w:r w:rsidRPr="005B2B7C">
              <w:rPr>
                <w:sz w:val="26"/>
                <w:szCs w:val="26"/>
              </w:rPr>
              <w:t>.</w:t>
            </w:r>
          </w:p>
        </w:tc>
      </w:tr>
      <w:tr w:rsidR="005E0C1E" w:rsidRPr="005B2B7C" w14:paraId="3EF0E77F" w14:textId="77777777" w:rsidTr="004909FF">
        <w:tc>
          <w:tcPr>
            <w:tcW w:w="973" w:type="pct"/>
          </w:tcPr>
          <w:p w14:paraId="4BF42CB5" w14:textId="42C7132C" w:rsidR="005E0C1E" w:rsidRPr="005B2B7C" w:rsidRDefault="005E0C1E" w:rsidP="004909FF">
            <w:pPr>
              <w:pStyle w:val="TableParagraph"/>
              <w:tabs>
                <w:tab w:val="left" w:pos="1152"/>
              </w:tabs>
              <w:jc w:val="both"/>
              <w:rPr>
                <w:sz w:val="26"/>
                <w:szCs w:val="26"/>
              </w:rPr>
            </w:pPr>
            <w:r w:rsidRPr="005B2B7C">
              <w:rPr>
                <w:sz w:val="26"/>
                <w:szCs w:val="26"/>
              </w:rPr>
              <w:t xml:space="preserve">b) </w:t>
            </w:r>
            <w:r w:rsidR="00657E8A" w:rsidRPr="005B2B7C">
              <w:rPr>
                <w:sz w:val="26"/>
                <w:szCs w:val="26"/>
              </w:rPr>
              <w:t>Bản chính hoặc bản sao có chứng thực văn bản thỏa thuận sửa đổi, bổ sung văn bản thỏa thuận chuyển giao công nghệ bằng tiếng Việt hoặc bản dịch sang tiếng Việt có công chứng hoặc chứng thực đối với văn bản thỏa thuận bằng tiếng nước ngoài</w:t>
            </w:r>
          </w:p>
        </w:tc>
        <w:tc>
          <w:tcPr>
            <w:tcW w:w="4027" w:type="pct"/>
          </w:tcPr>
          <w:p w14:paraId="71640759" w14:textId="30F14D82" w:rsidR="005E0C1E" w:rsidRPr="005B2B7C" w:rsidRDefault="005E0C1E" w:rsidP="004909FF">
            <w:pPr>
              <w:pStyle w:val="TableParagraph"/>
              <w:tabs>
                <w:tab w:val="left" w:pos="255"/>
                <w:tab w:val="left" w:pos="1152"/>
              </w:tabs>
              <w:jc w:val="both"/>
              <w:rPr>
                <w:sz w:val="26"/>
                <w:szCs w:val="26"/>
                <w:lang w:val="vi-VN"/>
              </w:rPr>
            </w:pPr>
            <w:r w:rsidRPr="005B2B7C">
              <w:rPr>
                <w:sz w:val="26"/>
                <w:szCs w:val="26"/>
                <w:lang w:val="vi-VN"/>
              </w:rPr>
              <w:t xml:space="preserve">- Nêu rõ lý do quy định thành phần hồ sơ: </w:t>
            </w:r>
            <w:r w:rsidR="00657E8A" w:rsidRPr="005B2B7C">
              <w:rPr>
                <w:sz w:val="26"/>
                <w:szCs w:val="26"/>
              </w:rPr>
              <w:t xml:space="preserve"> Thoả thuận sửa đổi, bổ sung văn bản thỏa thuận chuyển giao công nghệ</w:t>
            </w:r>
            <w:r w:rsidR="00657E8A" w:rsidRPr="005B2B7C">
              <w:rPr>
                <w:sz w:val="26"/>
                <w:szCs w:val="26"/>
                <w:lang w:val="vi-VN"/>
              </w:rPr>
              <w:t xml:space="preserve"> </w:t>
            </w:r>
            <w:r w:rsidRPr="005B2B7C">
              <w:rPr>
                <w:sz w:val="26"/>
                <w:szCs w:val="26"/>
                <w:lang w:val="vi-VN"/>
              </w:rPr>
              <w:t>.</w:t>
            </w:r>
          </w:p>
          <w:p w14:paraId="257ADB3E" w14:textId="77777777" w:rsidR="005E0C1E" w:rsidRPr="005B2B7C" w:rsidRDefault="005E0C1E" w:rsidP="004909FF">
            <w:pPr>
              <w:pStyle w:val="TableParagraph"/>
              <w:tabs>
                <w:tab w:val="left" w:pos="255"/>
                <w:tab w:val="left" w:pos="1152"/>
              </w:tabs>
              <w:rPr>
                <w:sz w:val="26"/>
                <w:szCs w:val="26"/>
                <w:lang w:val="vi-VN"/>
              </w:rPr>
            </w:pPr>
            <w:r w:rsidRPr="005B2B7C">
              <w:rPr>
                <w:sz w:val="26"/>
                <w:szCs w:val="26"/>
                <w:lang w:val="vi-VN"/>
              </w:rPr>
              <w:t>- Yêu cầu về hình thức: Bản chính, đóng dấu hoặc văn bản được chứng thực</w:t>
            </w:r>
          </w:p>
          <w:p w14:paraId="7539A160" w14:textId="4BFEFA30" w:rsidR="005E0C1E" w:rsidRPr="005B2B7C" w:rsidRDefault="005E0C1E" w:rsidP="004909FF">
            <w:pPr>
              <w:pStyle w:val="TableParagraph"/>
              <w:tabs>
                <w:tab w:val="left" w:pos="320"/>
                <w:tab w:val="left" w:pos="1152"/>
              </w:tabs>
              <w:rPr>
                <w:sz w:val="26"/>
                <w:szCs w:val="26"/>
                <w:lang w:val="vi-VN"/>
              </w:rPr>
            </w:pPr>
            <w:r w:rsidRPr="005B2B7C">
              <w:rPr>
                <w:sz w:val="26"/>
                <w:szCs w:val="26"/>
                <w:lang w:val="vi-VN"/>
              </w:rPr>
              <w:t xml:space="preserve">Lý do quy định: </w:t>
            </w:r>
            <w:r w:rsidRPr="005B2B7C">
              <w:rPr>
                <w:rFonts w:ascii="Arial" w:hAnsi="Arial" w:cs="Arial"/>
                <w:sz w:val="20"/>
                <w:lang w:val="vi-VN"/>
              </w:rPr>
              <w:t xml:space="preserve"> </w:t>
            </w:r>
            <w:r w:rsidR="00657E8A" w:rsidRPr="005B2B7C">
              <w:rPr>
                <w:sz w:val="26"/>
                <w:szCs w:val="26"/>
                <w:lang w:val="vi-VN"/>
              </w:rPr>
              <w:t>Nội dung  thoả thuận sửa đổi, bổ sung</w:t>
            </w:r>
            <w:r w:rsidR="00846DD9" w:rsidRPr="005B2B7C">
              <w:rPr>
                <w:sz w:val="26"/>
                <w:szCs w:val="26"/>
                <w:lang w:val="vi-VN"/>
              </w:rPr>
              <w:t>.</w:t>
            </w:r>
          </w:p>
        </w:tc>
      </w:tr>
      <w:tr w:rsidR="00D464C4" w:rsidRPr="005B2B7C" w14:paraId="127BC640" w14:textId="77777777" w:rsidTr="004909FF">
        <w:tc>
          <w:tcPr>
            <w:tcW w:w="973" w:type="pct"/>
          </w:tcPr>
          <w:p w14:paraId="0DDA662E" w14:textId="7E598058" w:rsidR="00D464C4" w:rsidRPr="005B2B7C" w:rsidRDefault="00D464C4" w:rsidP="00D464C4">
            <w:pPr>
              <w:pStyle w:val="TableParagraph"/>
              <w:tabs>
                <w:tab w:val="left" w:pos="1152"/>
              </w:tabs>
              <w:jc w:val="both"/>
              <w:rPr>
                <w:sz w:val="26"/>
                <w:szCs w:val="26"/>
                <w:lang w:val="vi-VN"/>
              </w:rPr>
            </w:pPr>
            <w:r w:rsidRPr="005B2B7C">
              <w:rPr>
                <w:sz w:val="26"/>
                <w:szCs w:val="26"/>
                <w:lang w:val="vi-VN"/>
              </w:rPr>
              <w:t xml:space="preserve">c) </w:t>
            </w:r>
            <w:r w:rsidR="00DC1CEF" w:rsidRPr="005B2B7C">
              <w:rPr>
                <w:sz w:val="26"/>
                <w:szCs w:val="26"/>
                <w:lang w:val="vi-VN"/>
              </w:rPr>
              <w:t xml:space="preserve"> Thuyết minh nội dung chuyển giao công nghệ thuộc Danh mục công nghệ khuyến khích </w:t>
            </w:r>
            <w:r w:rsidR="00DC1CEF" w:rsidRPr="005B2B7C">
              <w:rPr>
                <w:sz w:val="26"/>
                <w:szCs w:val="26"/>
                <w:lang w:val="vi-VN"/>
              </w:rPr>
              <w:lastRenderedPageBreak/>
              <w:t>chuyển giao sửa đổi, bổ sung và các tài liệu khác có liên quan</w:t>
            </w:r>
          </w:p>
        </w:tc>
        <w:tc>
          <w:tcPr>
            <w:tcW w:w="4027" w:type="pct"/>
          </w:tcPr>
          <w:p w14:paraId="00258A1A" w14:textId="1210C366" w:rsidR="00D464C4" w:rsidRPr="005B2B7C" w:rsidRDefault="00D464C4" w:rsidP="00D464C4">
            <w:pPr>
              <w:pStyle w:val="TableParagraph"/>
              <w:tabs>
                <w:tab w:val="left" w:pos="255"/>
                <w:tab w:val="left" w:pos="1152"/>
              </w:tabs>
              <w:jc w:val="both"/>
              <w:rPr>
                <w:sz w:val="26"/>
                <w:szCs w:val="26"/>
                <w:lang w:val="vi-VN"/>
              </w:rPr>
            </w:pPr>
            <w:r w:rsidRPr="005B2B7C">
              <w:rPr>
                <w:sz w:val="26"/>
                <w:szCs w:val="26"/>
                <w:lang w:val="vi-VN"/>
              </w:rPr>
              <w:lastRenderedPageBreak/>
              <w:t>- Nêu rõ lý do quy định thành phần hồ sơ:  Tài liệu chi tiết thể hiện nội dung sửa đổi, bổ sung</w:t>
            </w:r>
          </w:p>
          <w:p w14:paraId="3B2FBFCB" w14:textId="00B32B87" w:rsidR="00D464C4" w:rsidRPr="005B2B7C" w:rsidRDefault="00D464C4" w:rsidP="00D464C4">
            <w:pPr>
              <w:pStyle w:val="TableParagraph"/>
              <w:tabs>
                <w:tab w:val="left" w:pos="255"/>
                <w:tab w:val="left" w:pos="1152"/>
              </w:tabs>
              <w:rPr>
                <w:sz w:val="26"/>
                <w:szCs w:val="26"/>
                <w:lang w:val="vi-VN"/>
              </w:rPr>
            </w:pPr>
            <w:r w:rsidRPr="005B2B7C">
              <w:rPr>
                <w:sz w:val="26"/>
                <w:szCs w:val="26"/>
                <w:lang w:val="vi-VN"/>
              </w:rPr>
              <w:t>- Yêu cầu về hình thức: Bản chính h</w:t>
            </w:r>
            <w:r w:rsidR="00DC1CEF" w:rsidRPr="005B2B7C">
              <w:rPr>
                <w:sz w:val="26"/>
                <w:szCs w:val="26"/>
                <w:lang w:val="vi-VN"/>
              </w:rPr>
              <w:t xml:space="preserve">oặc (và) </w:t>
            </w:r>
            <w:r w:rsidRPr="005B2B7C">
              <w:rPr>
                <w:sz w:val="26"/>
                <w:szCs w:val="26"/>
                <w:lang w:val="vi-VN"/>
              </w:rPr>
              <w:t>bản sao</w:t>
            </w:r>
          </w:p>
          <w:p w14:paraId="0E8EAC7C" w14:textId="6E22FB96" w:rsidR="00D464C4" w:rsidRPr="005B2B7C" w:rsidRDefault="00D464C4" w:rsidP="00D464C4">
            <w:pPr>
              <w:pStyle w:val="TableParagraph"/>
              <w:tabs>
                <w:tab w:val="left" w:pos="1152"/>
              </w:tabs>
              <w:rPr>
                <w:sz w:val="26"/>
                <w:szCs w:val="26"/>
                <w:lang w:val="vi-VN"/>
              </w:rPr>
            </w:pPr>
            <w:r w:rsidRPr="005B2B7C">
              <w:rPr>
                <w:sz w:val="26"/>
                <w:szCs w:val="26"/>
                <w:lang w:val="vi-VN"/>
              </w:rPr>
              <w:t xml:space="preserve">Lý do quy định: </w:t>
            </w:r>
            <w:r w:rsidRPr="005B2B7C">
              <w:rPr>
                <w:rFonts w:ascii="Arial" w:hAnsi="Arial" w:cs="Arial"/>
                <w:sz w:val="20"/>
                <w:lang w:val="vi-VN"/>
              </w:rPr>
              <w:t xml:space="preserve"> </w:t>
            </w:r>
            <w:r w:rsidRPr="005B2B7C">
              <w:rPr>
                <w:sz w:val="26"/>
                <w:szCs w:val="26"/>
                <w:lang w:val="vi-VN"/>
              </w:rPr>
              <w:t>Phục vụ công tác đánh giá và thẩm định.</w:t>
            </w:r>
          </w:p>
        </w:tc>
      </w:tr>
      <w:tr w:rsidR="00D464C4" w:rsidRPr="005B2B7C" w14:paraId="293B2CBD" w14:textId="77777777" w:rsidTr="004909FF">
        <w:tc>
          <w:tcPr>
            <w:tcW w:w="973" w:type="pct"/>
          </w:tcPr>
          <w:p w14:paraId="37F070F0" w14:textId="7CF340F9" w:rsidR="00D464C4" w:rsidRPr="005B2B7C" w:rsidRDefault="00D464C4" w:rsidP="00D464C4">
            <w:pPr>
              <w:pStyle w:val="TableParagraph"/>
              <w:tabs>
                <w:tab w:val="left" w:pos="1152"/>
              </w:tabs>
              <w:jc w:val="both"/>
              <w:rPr>
                <w:sz w:val="26"/>
                <w:szCs w:val="26"/>
                <w:lang w:val="vi-VN"/>
              </w:rPr>
            </w:pPr>
            <w:r w:rsidRPr="005B2B7C">
              <w:rPr>
                <w:sz w:val="26"/>
                <w:szCs w:val="26"/>
                <w:lang w:val="vi-VN"/>
              </w:rPr>
              <w:t>d) Số lượng bộ hồ sơ: 01</w:t>
            </w:r>
          </w:p>
        </w:tc>
        <w:tc>
          <w:tcPr>
            <w:tcW w:w="4027" w:type="pct"/>
          </w:tcPr>
          <w:p w14:paraId="1E298BBE" w14:textId="77777777" w:rsidR="00D464C4" w:rsidRPr="005B2B7C" w:rsidRDefault="00D464C4" w:rsidP="00D464C4">
            <w:pPr>
              <w:pStyle w:val="TableParagraph"/>
              <w:tabs>
                <w:tab w:val="left" w:pos="1152"/>
              </w:tabs>
              <w:rPr>
                <w:sz w:val="26"/>
                <w:szCs w:val="26"/>
                <w:lang w:val="vi-VN"/>
              </w:rPr>
            </w:pPr>
            <w:r w:rsidRPr="005B2B7C">
              <w:rPr>
                <w:sz w:val="26"/>
                <w:szCs w:val="26"/>
                <w:lang w:val="vi-VN"/>
              </w:rPr>
              <w:t xml:space="preserve">Lý do </w:t>
            </w:r>
            <w:r w:rsidRPr="005B2B7C">
              <w:rPr>
                <w:i/>
                <w:sz w:val="26"/>
                <w:szCs w:val="26"/>
                <w:lang w:val="vi-VN"/>
              </w:rPr>
              <w:t>(nếu quy định từ 02 bộ hồ sơ trở lên):</w:t>
            </w:r>
            <w:r w:rsidRPr="005B2B7C">
              <w:rPr>
                <w:sz w:val="26"/>
                <w:szCs w:val="26"/>
                <w:lang w:val="vi-VN"/>
              </w:rPr>
              <w:t xml:space="preserve"> Chỉ quy định 01 bộ hồ sơ</w:t>
            </w:r>
          </w:p>
          <w:p w14:paraId="3AE2C8B9" w14:textId="77777777" w:rsidR="00D464C4" w:rsidRPr="005B2B7C" w:rsidRDefault="00D464C4" w:rsidP="00D464C4">
            <w:pPr>
              <w:pStyle w:val="TableParagraph"/>
              <w:tabs>
                <w:tab w:val="left" w:pos="1152"/>
              </w:tabs>
              <w:rPr>
                <w:sz w:val="26"/>
                <w:szCs w:val="26"/>
                <w:lang w:val="vi-VN"/>
              </w:rPr>
            </w:pPr>
          </w:p>
        </w:tc>
      </w:tr>
      <w:tr w:rsidR="00D464C4" w:rsidRPr="005B2B7C" w14:paraId="7358C42D" w14:textId="77777777" w:rsidTr="004909FF">
        <w:tc>
          <w:tcPr>
            <w:tcW w:w="5000" w:type="pct"/>
            <w:gridSpan w:val="2"/>
          </w:tcPr>
          <w:p w14:paraId="5E3005BB" w14:textId="77777777" w:rsidR="00D464C4" w:rsidRPr="005B2B7C" w:rsidRDefault="00D464C4" w:rsidP="00D464C4">
            <w:pPr>
              <w:pStyle w:val="TableParagraph"/>
              <w:tabs>
                <w:tab w:val="left" w:pos="1152"/>
              </w:tabs>
              <w:rPr>
                <w:b/>
                <w:sz w:val="26"/>
                <w:szCs w:val="26"/>
              </w:rPr>
            </w:pPr>
            <w:r w:rsidRPr="005B2B7C">
              <w:rPr>
                <w:b/>
                <w:sz w:val="26"/>
                <w:szCs w:val="26"/>
              </w:rPr>
              <w:t>5. Thời hạn giải quyết</w:t>
            </w:r>
          </w:p>
        </w:tc>
      </w:tr>
      <w:tr w:rsidR="00D464C4" w:rsidRPr="005B2B7C" w14:paraId="779F0547" w14:textId="77777777" w:rsidTr="004909FF">
        <w:tc>
          <w:tcPr>
            <w:tcW w:w="973" w:type="pct"/>
          </w:tcPr>
          <w:p w14:paraId="2F6AEC1C" w14:textId="77777777" w:rsidR="00D464C4" w:rsidRPr="005B2B7C" w:rsidRDefault="00D464C4" w:rsidP="00D464C4">
            <w:pPr>
              <w:pStyle w:val="TableParagraph"/>
              <w:tabs>
                <w:tab w:val="left" w:pos="1152"/>
              </w:tabs>
              <w:jc w:val="both"/>
              <w:rPr>
                <w:sz w:val="26"/>
                <w:szCs w:val="26"/>
              </w:rPr>
            </w:pPr>
            <w:r w:rsidRPr="005B2B7C">
              <w:rPr>
                <w:sz w:val="26"/>
                <w:szCs w:val="26"/>
              </w:rPr>
              <w:t>a) Có được quy định rõ ràng, cụ thể và phù hợp không?</w:t>
            </w:r>
          </w:p>
        </w:tc>
        <w:tc>
          <w:tcPr>
            <w:tcW w:w="4027" w:type="pct"/>
          </w:tcPr>
          <w:p w14:paraId="33F0A818" w14:textId="77777777" w:rsidR="00D464C4" w:rsidRPr="005B2B7C" w:rsidRDefault="00D464C4" w:rsidP="00D464C4">
            <w:pPr>
              <w:pStyle w:val="TableParagraph"/>
              <w:tabs>
                <w:tab w:val="left" w:pos="255"/>
                <w:tab w:val="left" w:pos="1152"/>
                <w:tab w:val="left" w:pos="1379"/>
              </w:tabs>
              <w:rPr>
                <w:sz w:val="26"/>
                <w:szCs w:val="26"/>
              </w:rPr>
            </w:pPr>
            <w:r w:rsidRPr="005B2B7C">
              <w:rPr>
                <w:sz w:val="26"/>
                <w:szCs w:val="26"/>
              </w:rPr>
              <w:t>- Có X       Không □</w:t>
            </w:r>
          </w:p>
          <w:p w14:paraId="326D63DB" w14:textId="2B42DC5C" w:rsidR="00D464C4" w:rsidRPr="005B2B7C" w:rsidRDefault="00D464C4" w:rsidP="00D464C4">
            <w:pPr>
              <w:pStyle w:val="TableParagraph"/>
              <w:tabs>
                <w:tab w:val="left" w:pos="255"/>
                <w:tab w:val="left" w:pos="1152"/>
              </w:tabs>
              <w:rPr>
                <w:sz w:val="26"/>
                <w:szCs w:val="26"/>
              </w:rPr>
            </w:pPr>
            <w:r w:rsidRPr="005B2B7C">
              <w:rPr>
                <w:sz w:val="26"/>
                <w:szCs w:val="26"/>
              </w:rPr>
              <w:t xml:space="preserve">- Nêu rõ thời hạn giải quyết thủ tục hành chính: 8 ngày làm việc kể từ ngày nhận được hồ sơ đầy đủ, hợp lệ (ngoài 03 ngày làm việc kiểm tra tính đầy đủ, hợp lệ của hồ sơ). </w:t>
            </w:r>
          </w:p>
          <w:p w14:paraId="299C98CF" w14:textId="5EA21084" w:rsidR="00D464C4" w:rsidRPr="005B2B7C" w:rsidRDefault="00D464C4" w:rsidP="0052199E">
            <w:pPr>
              <w:pStyle w:val="TableParagraph"/>
              <w:tabs>
                <w:tab w:val="left" w:pos="255"/>
                <w:tab w:val="left" w:pos="1152"/>
              </w:tabs>
              <w:jc w:val="both"/>
              <w:rPr>
                <w:sz w:val="26"/>
                <w:szCs w:val="26"/>
              </w:rPr>
            </w:pPr>
            <w:r w:rsidRPr="005B2B7C">
              <w:rPr>
                <w:sz w:val="26"/>
                <w:szCs w:val="26"/>
              </w:rPr>
              <w:t>Lý do quy định: Tại Quyết định 12/2023/QĐ-TTg quy định thời gian giải quyết TTHC là 10 ngày làm việc, để thực thi phương án cắt giảm đơn giản hoá TTHC tại Quyết định số 02/2026/QĐ-TTg đã cắt giảm còn 8 ngày làm việc.</w:t>
            </w:r>
          </w:p>
        </w:tc>
      </w:tr>
      <w:tr w:rsidR="00D464C4" w:rsidRPr="005B2B7C" w14:paraId="6D1A2B4D" w14:textId="77777777" w:rsidTr="004909FF">
        <w:tc>
          <w:tcPr>
            <w:tcW w:w="973" w:type="pct"/>
          </w:tcPr>
          <w:p w14:paraId="2A9A6AF5" w14:textId="77777777" w:rsidR="00D464C4" w:rsidRPr="005B2B7C" w:rsidRDefault="00D464C4" w:rsidP="00D464C4">
            <w:pPr>
              <w:pStyle w:val="TableParagraph"/>
              <w:tabs>
                <w:tab w:val="left" w:pos="1152"/>
              </w:tabs>
              <w:jc w:val="both"/>
              <w:rPr>
                <w:sz w:val="26"/>
                <w:szCs w:val="26"/>
              </w:rPr>
            </w:pPr>
            <w:r w:rsidRPr="005B2B7C">
              <w:rPr>
                <w:sz w:val="26"/>
                <w:szCs w:val="26"/>
              </w:rPr>
              <w:t>b) Trong trường hợp một thủ tục hành chính do nhiều cơ quan có thẩm quyền giải quyết, đã quy định rõ ràng, đầy đủ thời hạn giải quyết của từng cơ quan và thời hạn chuyển giao hồ sơ giữa các cơ quan?</w:t>
            </w:r>
          </w:p>
        </w:tc>
        <w:tc>
          <w:tcPr>
            <w:tcW w:w="4027" w:type="pct"/>
          </w:tcPr>
          <w:p w14:paraId="0105FDB8" w14:textId="77777777" w:rsidR="00D464C4" w:rsidRPr="005B2B7C" w:rsidRDefault="00D464C4" w:rsidP="00D464C4">
            <w:pPr>
              <w:pStyle w:val="TableParagraph"/>
              <w:tabs>
                <w:tab w:val="left" w:pos="1152"/>
                <w:tab w:val="left" w:pos="1293"/>
              </w:tabs>
              <w:rPr>
                <w:sz w:val="26"/>
                <w:szCs w:val="26"/>
              </w:rPr>
            </w:pPr>
            <w:r w:rsidRPr="005B2B7C">
              <w:rPr>
                <w:sz w:val="26"/>
                <w:szCs w:val="26"/>
              </w:rPr>
              <w:t>Có □       Không □</w:t>
            </w:r>
          </w:p>
          <w:p w14:paraId="5DE31E9C" w14:textId="77777777" w:rsidR="00D464C4" w:rsidRPr="005B2B7C" w:rsidRDefault="00D464C4" w:rsidP="00D464C4">
            <w:pPr>
              <w:pStyle w:val="TableParagraph"/>
              <w:tabs>
                <w:tab w:val="left" w:pos="1152"/>
              </w:tabs>
              <w:rPr>
                <w:sz w:val="26"/>
                <w:szCs w:val="26"/>
              </w:rPr>
            </w:pPr>
            <w:r w:rsidRPr="005B2B7C">
              <w:rPr>
                <w:sz w:val="26"/>
                <w:szCs w:val="26"/>
              </w:rPr>
              <w:t>Lý do quy định: Không quy định</w:t>
            </w:r>
          </w:p>
        </w:tc>
      </w:tr>
      <w:tr w:rsidR="00D464C4" w:rsidRPr="005B2B7C" w14:paraId="14147C81" w14:textId="77777777" w:rsidTr="004909FF">
        <w:tc>
          <w:tcPr>
            <w:tcW w:w="973" w:type="pct"/>
          </w:tcPr>
          <w:p w14:paraId="1FFC0C1B" w14:textId="77777777" w:rsidR="00D464C4" w:rsidRPr="005B2B7C" w:rsidRDefault="00D464C4" w:rsidP="00D464C4">
            <w:pPr>
              <w:pStyle w:val="TableParagraph"/>
              <w:tabs>
                <w:tab w:val="left" w:pos="1152"/>
              </w:tabs>
              <w:rPr>
                <w:b/>
                <w:sz w:val="26"/>
                <w:szCs w:val="26"/>
              </w:rPr>
            </w:pPr>
            <w:r w:rsidRPr="005B2B7C">
              <w:rPr>
                <w:b/>
                <w:sz w:val="26"/>
                <w:szCs w:val="26"/>
              </w:rPr>
              <w:t>6. Đối tượng thực hiện</w:t>
            </w:r>
          </w:p>
        </w:tc>
        <w:tc>
          <w:tcPr>
            <w:tcW w:w="4027" w:type="pct"/>
          </w:tcPr>
          <w:p w14:paraId="23692746" w14:textId="77777777" w:rsidR="00D464C4" w:rsidRPr="005B2B7C" w:rsidRDefault="00D464C4" w:rsidP="00D464C4">
            <w:pPr>
              <w:pStyle w:val="TableParagraph"/>
              <w:tabs>
                <w:tab w:val="left" w:pos="1152"/>
              </w:tabs>
              <w:rPr>
                <w:sz w:val="26"/>
                <w:szCs w:val="26"/>
              </w:rPr>
            </w:pPr>
          </w:p>
        </w:tc>
      </w:tr>
      <w:tr w:rsidR="00D464C4" w:rsidRPr="005B2B7C" w14:paraId="38E07AFD" w14:textId="77777777" w:rsidTr="004909FF">
        <w:tc>
          <w:tcPr>
            <w:tcW w:w="973" w:type="pct"/>
          </w:tcPr>
          <w:p w14:paraId="70F90CB2" w14:textId="77777777" w:rsidR="00D464C4" w:rsidRPr="005B2B7C" w:rsidRDefault="00D464C4" w:rsidP="00D464C4">
            <w:pPr>
              <w:pStyle w:val="TableParagraph"/>
              <w:tabs>
                <w:tab w:val="left" w:pos="1152"/>
              </w:tabs>
              <w:rPr>
                <w:sz w:val="26"/>
                <w:szCs w:val="26"/>
              </w:rPr>
            </w:pPr>
            <w:r w:rsidRPr="005B2B7C">
              <w:rPr>
                <w:sz w:val="26"/>
                <w:szCs w:val="26"/>
              </w:rPr>
              <w:t>a) Đối tượng thực hiện:</w:t>
            </w:r>
          </w:p>
        </w:tc>
        <w:tc>
          <w:tcPr>
            <w:tcW w:w="4027" w:type="pct"/>
          </w:tcPr>
          <w:p w14:paraId="1D68EC79" w14:textId="77777777" w:rsidR="00D464C4" w:rsidRPr="005B2B7C" w:rsidRDefault="00D464C4" w:rsidP="00D464C4">
            <w:pPr>
              <w:pStyle w:val="TableParagraph"/>
              <w:tabs>
                <w:tab w:val="left" w:pos="255"/>
                <w:tab w:val="left" w:pos="1152"/>
                <w:tab w:val="left" w:pos="1571"/>
                <w:tab w:val="left" w:pos="3552"/>
              </w:tabs>
              <w:rPr>
                <w:sz w:val="26"/>
                <w:szCs w:val="26"/>
              </w:rPr>
            </w:pPr>
            <w:r w:rsidRPr="005B2B7C">
              <w:rPr>
                <w:sz w:val="26"/>
                <w:szCs w:val="26"/>
              </w:rPr>
              <w:t>- Tổ chức: Trong nước X  Nước ngoài  X</w:t>
            </w:r>
          </w:p>
          <w:p w14:paraId="5D448F55" w14:textId="3F0C90D6" w:rsidR="00D464C4" w:rsidRPr="005B2B7C" w:rsidRDefault="00D464C4" w:rsidP="00D464C4">
            <w:pPr>
              <w:pStyle w:val="TableParagraph"/>
              <w:tabs>
                <w:tab w:val="left" w:pos="1152"/>
              </w:tabs>
              <w:rPr>
                <w:sz w:val="26"/>
                <w:szCs w:val="26"/>
              </w:rPr>
            </w:pPr>
            <w:r w:rsidRPr="005B2B7C">
              <w:rPr>
                <w:sz w:val="26"/>
                <w:szCs w:val="26"/>
              </w:rPr>
              <w:t>Mô tả rõ: Bên giao hoặc bên nhận công nghệ thay mặt các bên tham gia chuyển giao công nghệ trong dự án đầu tư</w:t>
            </w:r>
          </w:p>
          <w:p w14:paraId="2A3BA49E" w14:textId="77777777" w:rsidR="00D464C4" w:rsidRPr="005B2B7C" w:rsidRDefault="00D464C4" w:rsidP="00D464C4">
            <w:pPr>
              <w:pStyle w:val="TableParagraph"/>
              <w:tabs>
                <w:tab w:val="left" w:pos="1152"/>
              </w:tabs>
              <w:rPr>
                <w:sz w:val="26"/>
                <w:szCs w:val="26"/>
              </w:rPr>
            </w:pPr>
            <w:r w:rsidRPr="005B2B7C">
              <w:rPr>
                <w:sz w:val="26"/>
                <w:szCs w:val="26"/>
              </w:rPr>
              <w:t>Lý do quy định:……………………………</w:t>
            </w:r>
          </w:p>
          <w:p w14:paraId="4D271B16" w14:textId="77777777" w:rsidR="00D464C4" w:rsidRPr="005B2B7C" w:rsidRDefault="00D464C4" w:rsidP="00D464C4">
            <w:pPr>
              <w:pStyle w:val="TableParagraph"/>
              <w:tabs>
                <w:tab w:val="left" w:pos="255"/>
                <w:tab w:val="left" w:pos="1152"/>
                <w:tab w:val="left" w:pos="1576"/>
                <w:tab w:val="left" w:pos="3556"/>
              </w:tabs>
              <w:rPr>
                <w:sz w:val="26"/>
                <w:szCs w:val="26"/>
              </w:rPr>
            </w:pPr>
            <w:r w:rsidRPr="005B2B7C">
              <w:rPr>
                <w:sz w:val="26"/>
                <w:szCs w:val="26"/>
              </w:rPr>
              <w:t>- Cá nhân: Trong nước  X  Nước ngoài □</w:t>
            </w:r>
          </w:p>
          <w:p w14:paraId="70470517" w14:textId="601D2C4B" w:rsidR="00D464C4" w:rsidRPr="005B2B7C" w:rsidRDefault="00D464C4" w:rsidP="00D464C4">
            <w:pPr>
              <w:pStyle w:val="TableParagraph"/>
              <w:tabs>
                <w:tab w:val="left" w:pos="1152"/>
              </w:tabs>
              <w:rPr>
                <w:sz w:val="26"/>
                <w:szCs w:val="26"/>
              </w:rPr>
            </w:pPr>
            <w:r w:rsidRPr="005B2B7C">
              <w:rPr>
                <w:sz w:val="26"/>
                <w:szCs w:val="26"/>
              </w:rPr>
              <w:t>Mô tả rõ: Cá nhân là bên giao hoặc bên nhận công nghệ trong dự án đầu tư</w:t>
            </w:r>
          </w:p>
          <w:p w14:paraId="6F9B24FC" w14:textId="77777777" w:rsidR="00D464C4" w:rsidRPr="005B2B7C" w:rsidRDefault="00D464C4" w:rsidP="00D464C4">
            <w:pPr>
              <w:pStyle w:val="TableParagraph"/>
              <w:tabs>
                <w:tab w:val="left" w:pos="1152"/>
              </w:tabs>
              <w:rPr>
                <w:sz w:val="26"/>
                <w:szCs w:val="26"/>
              </w:rPr>
            </w:pPr>
            <w:r w:rsidRPr="005B2B7C">
              <w:rPr>
                <w:sz w:val="26"/>
                <w:szCs w:val="26"/>
              </w:rPr>
              <w:t>Lý do quy định:…………………………………………………</w:t>
            </w:r>
          </w:p>
          <w:p w14:paraId="2DE6CB76" w14:textId="77777777" w:rsidR="00D464C4" w:rsidRPr="005B2B7C" w:rsidRDefault="00D464C4" w:rsidP="00D464C4">
            <w:pPr>
              <w:pStyle w:val="TableParagraph"/>
              <w:tabs>
                <w:tab w:val="left" w:pos="255"/>
                <w:tab w:val="left" w:pos="1152"/>
              </w:tabs>
              <w:rPr>
                <w:sz w:val="26"/>
                <w:szCs w:val="26"/>
              </w:rPr>
            </w:pPr>
            <w:r w:rsidRPr="005B2B7C">
              <w:rPr>
                <w:sz w:val="26"/>
                <w:szCs w:val="26"/>
              </w:rPr>
              <w:t>- Có thể mở rộng/ thu hẹp đối tượng thực hiện không?:</w:t>
            </w:r>
          </w:p>
          <w:p w14:paraId="0A1847B6" w14:textId="77777777" w:rsidR="00D464C4" w:rsidRPr="005B2B7C" w:rsidRDefault="00D464C4" w:rsidP="00D464C4">
            <w:pPr>
              <w:pStyle w:val="TableParagraph"/>
              <w:tabs>
                <w:tab w:val="left" w:pos="1152"/>
                <w:tab w:val="left" w:pos="1293"/>
              </w:tabs>
              <w:rPr>
                <w:sz w:val="26"/>
                <w:szCs w:val="26"/>
              </w:rPr>
            </w:pPr>
            <w:r w:rsidRPr="005B2B7C">
              <w:rPr>
                <w:sz w:val="26"/>
                <w:szCs w:val="26"/>
              </w:rPr>
              <w:lastRenderedPageBreak/>
              <w:t>Có □       Không X</w:t>
            </w:r>
          </w:p>
          <w:p w14:paraId="6083BC6D" w14:textId="1907F9AE" w:rsidR="00D464C4" w:rsidRPr="005B2B7C" w:rsidRDefault="00D464C4" w:rsidP="00D464C4">
            <w:pPr>
              <w:pStyle w:val="TableParagraph"/>
              <w:tabs>
                <w:tab w:val="left" w:pos="1152"/>
              </w:tabs>
              <w:rPr>
                <w:sz w:val="26"/>
                <w:szCs w:val="26"/>
              </w:rPr>
            </w:pPr>
            <w:r w:rsidRPr="005B2B7C">
              <w:rPr>
                <w:sz w:val="26"/>
                <w:szCs w:val="26"/>
              </w:rPr>
              <w:t xml:space="preserve">Nêu rõ lý do: </w:t>
            </w:r>
          </w:p>
        </w:tc>
      </w:tr>
      <w:tr w:rsidR="00D464C4" w:rsidRPr="005B2B7C" w14:paraId="487AD553" w14:textId="77777777" w:rsidTr="004909FF">
        <w:tc>
          <w:tcPr>
            <w:tcW w:w="973" w:type="pct"/>
          </w:tcPr>
          <w:p w14:paraId="16DB0A23" w14:textId="77777777" w:rsidR="00D464C4" w:rsidRPr="005B2B7C" w:rsidRDefault="00D464C4" w:rsidP="00D464C4">
            <w:pPr>
              <w:pStyle w:val="TableParagraph"/>
              <w:tabs>
                <w:tab w:val="left" w:pos="1152"/>
              </w:tabs>
              <w:rPr>
                <w:sz w:val="26"/>
                <w:szCs w:val="26"/>
                <w:lang w:val="sv-SE"/>
              </w:rPr>
            </w:pPr>
            <w:r w:rsidRPr="005B2B7C">
              <w:rPr>
                <w:sz w:val="26"/>
                <w:szCs w:val="26"/>
                <w:lang w:val="sv-SE"/>
              </w:rPr>
              <w:lastRenderedPageBreak/>
              <w:t>b) Phạm vi áp dụng:</w:t>
            </w:r>
          </w:p>
        </w:tc>
        <w:tc>
          <w:tcPr>
            <w:tcW w:w="4027" w:type="pct"/>
          </w:tcPr>
          <w:p w14:paraId="6C20AC77" w14:textId="77777777" w:rsidR="00D464C4" w:rsidRPr="005B2B7C" w:rsidRDefault="00D464C4" w:rsidP="00D464C4">
            <w:pPr>
              <w:pStyle w:val="TableParagraph"/>
              <w:tabs>
                <w:tab w:val="left" w:pos="255"/>
                <w:tab w:val="left" w:pos="1152"/>
                <w:tab w:val="left" w:pos="2116"/>
                <w:tab w:val="left" w:pos="3513"/>
              </w:tabs>
              <w:rPr>
                <w:sz w:val="26"/>
                <w:szCs w:val="26"/>
                <w:lang w:val="sv-SE"/>
              </w:rPr>
            </w:pPr>
            <w:r w:rsidRPr="005B2B7C">
              <w:rPr>
                <w:sz w:val="26"/>
                <w:szCs w:val="26"/>
                <w:lang w:val="sv-SE"/>
              </w:rPr>
              <w:t>- Toàn quốc X Vùng □ Địa phương □</w:t>
            </w:r>
          </w:p>
          <w:p w14:paraId="3C854392" w14:textId="77777777" w:rsidR="00D464C4" w:rsidRPr="005B2B7C" w:rsidRDefault="00D464C4" w:rsidP="00D464C4">
            <w:pPr>
              <w:pStyle w:val="TableParagraph"/>
              <w:tabs>
                <w:tab w:val="left" w:pos="255"/>
                <w:tab w:val="left" w:pos="1152"/>
                <w:tab w:val="left" w:pos="2051"/>
                <w:tab w:val="left" w:pos="3528"/>
              </w:tabs>
              <w:rPr>
                <w:sz w:val="26"/>
                <w:szCs w:val="26"/>
                <w:lang w:val="sv-SE"/>
              </w:rPr>
            </w:pPr>
            <w:r w:rsidRPr="005B2B7C">
              <w:rPr>
                <w:sz w:val="26"/>
                <w:szCs w:val="26"/>
                <w:lang w:val="sv-SE"/>
              </w:rPr>
              <w:t>- Nông thôn □ Đô thị □ Miền núi □</w:t>
            </w:r>
          </w:p>
          <w:p w14:paraId="5F7E1912" w14:textId="77777777" w:rsidR="00D464C4" w:rsidRPr="005B2B7C" w:rsidRDefault="00D464C4" w:rsidP="00D464C4">
            <w:pPr>
              <w:pStyle w:val="TableParagraph"/>
              <w:tabs>
                <w:tab w:val="left" w:pos="255"/>
                <w:tab w:val="left" w:pos="1152"/>
              </w:tabs>
              <w:rPr>
                <w:sz w:val="26"/>
                <w:szCs w:val="26"/>
                <w:lang w:val="sv-SE"/>
              </w:rPr>
            </w:pPr>
            <w:r w:rsidRPr="005B2B7C">
              <w:rPr>
                <w:sz w:val="26"/>
                <w:szCs w:val="26"/>
                <w:lang w:val="sv-SE"/>
              </w:rPr>
              <w:t>- Biên giới, hải đảo □</w:t>
            </w:r>
          </w:p>
          <w:p w14:paraId="0394AA00" w14:textId="77777777" w:rsidR="00D464C4" w:rsidRPr="005B2B7C" w:rsidRDefault="00D464C4" w:rsidP="00D464C4">
            <w:pPr>
              <w:pStyle w:val="TableParagraph"/>
              <w:tabs>
                <w:tab w:val="left" w:pos="255"/>
                <w:tab w:val="left" w:pos="1152"/>
              </w:tabs>
              <w:rPr>
                <w:sz w:val="26"/>
                <w:szCs w:val="26"/>
                <w:lang w:val="sv-SE"/>
              </w:rPr>
            </w:pPr>
            <w:r w:rsidRPr="005B2B7C">
              <w:rPr>
                <w:sz w:val="26"/>
                <w:szCs w:val="26"/>
                <w:lang w:val="sv-SE"/>
              </w:rPr>
              <w:t>- Lý do quy định:………………………</w:t>
            </w:r>
          </w:p>
          <w:p w14:paraId="794A6909" w14:textId="77777777" w:rsidR="00D464C4" w:rsidRPr="005B2B7C" w:rsidRDefault="00D464C4" w:rsidP="00D464C4">
            <w:pPr>
              <w:pStyle w:val="TableParagraph"/>
              <w:tabs>
                <w:tab w:val="left" w:pos="255"/>
                <w:tab w:val="left" w:pos="1152"/>
              </w:tabs>
              <w:rPr>
                <w:sz w:val="26"/>
                <w:szCs w:val="26"/>
                <w:lang w:val="sv-SE"/>
              </w:rPr>
            </w:pPr>
            <w:r w:rsidRPr="005B2B7C">
              <w:rPr>
                <w:sz w:val="26"/>
                <w:szCs w:val="26"/>
                <w:lang w:val="sv-SE"/>
              </w:rPr>
              <w:t>- Có thể mở rộng/ thu hẹp phạm vi áp dụng không?:</w:t>
            </w:r>
          </w:p>
          <w:p w14:paraId="36AC7076" w14:textId="77777777" w:rsidR="00D464C4" w:rsidRPr="005B2B7C" w:rsidRDefault="00D464C4" w:rsidP="00D464C4">
            <w:pPr>
              <w:pStyle w:val="TableParagraph"/>
              <w:tabs>
                <w:tab w:val="left" w:pos="1152"/>
                <w:tab w:val="left" w:pos="1293"/>
              </w:tabs>
              <w:rPr>
                <w:sz w:val="26"/>
                <w:szCs w:val="26"/>
                <w:lang w:val="sv-SE"/>
              </w:rPr>
            </w:pPr>
            <w:r w:rsidRPr="005B2B7C">
              <w:rPr>
                <w:sz w:val="26"/>
                <w:szCs w:val="26"/>
                <w:lang w:val="sv-SE"/>
              </w:rPr>
              <w:t>Có X       Không □</w:t>
            </w:r>
          </w:p>
          <w:p w14:paraId="106331D1" w14:textId="77777777" w:rsidR="00D464C4" w:rsidRPr="005B2B7C" w:rsidRDefault="00D464C4" w:rsidP="00D464C4">
            <w:pPr>
              <w:pStyle w:val="TableParagraph"/>
              <w:tabs>
                <w:tab w:val="left" w:pos="1152"/>
              </w:tabs>
              <w:rPr>
                <w:sz w:val="26"/>
                <w:szCs w:val="26"/>
                <w:lang w:val="sv-SE"/>
              </w:rPr>
            </w:pPr>
            <w:r w:rsidRPr="005B2B7C">
              <w:rPr>
                <w:sz w:val="26"/>
                <w:szCs w:val="26"/>
                <w:lang w:val="sv-SE"/>
              </w:rPr>
              <w:t>Nêu rõ lý do: ……………………………………………</w:t>
            </w:r>
          </w:p>
        </w:tc>
      </w:tr>
      <w:tr w:rsidR="00D464C4" w:rsidRPr="005B2B7C" w14:paraId="362CEC7B" w14:textId="77777777" w:rsidTr="004909FF">
        <w:tc>
          <w:tcPr>
            <w:tcW w:w="5000" w:type="pct"/>
            <w:gridSpan w:val="2"/>
          </w:tcPr>
          <w:p w14:paraId="2B56A60C" w14:textId="5A392F2F" w:rsidR="00D464C4" w:rsidRPr="005B2B7C" w:rsidRDefault="00D464C4" w:rsidP="00D464C4">
            <w:pPr>
              <w:pStyle w:val="TableParagraph"/>
              <w:tabs>
                <w:tab w:val="left" w:pos="1152"/>
              </w:tabs>
              <w:rPr>
                <w:sz w:val="26"/>
                <w:szCs w:val="26"/>
                <w:lang w:val="sv-SE"/>
              </w:rPr>
            </w:pPr>
            <w:r w:rsidRPr="005B2B7C">
              <w:rPr>
                <w:sz w:val="26"/>
                <w:szCs w:val="26"/>
                <w:lang w:val="sv-SE"/>
              </w:rPr>
              <w:t>Dự kiến số lượng đối tượng thực hiện/01 năm: khoảng 10 tổ chức trên phạm vi toàn quốc (từ ngày 01/7/2023 đến thời điểm đánh giá chưa phát sinh hồ sơ tại Bộ Khoa học và Công nghệ).</w:t>
            </w:r>
          </w:p>
        </w:tc>
      </w:tr>
      <w:tr w:rsidR="00D464C4" w:rsidRPr="005B2B7C" w14:paraId="6222552D" w14:textId="77777777" w:rsidTr="004909FF">
        <w:tc>
          <w:tcPr>
            <w:tcW w:w="5000" w:type="pct"/>
            <w:gridSpan w:val="2"/>
          </w:tcPr>
          <w:p w14:paraId="74790784" w14:textId="77777777" w:rsidR="00D464C4" w:rsidRPr="005B2B7C" w:rsidRDefault="00D464C4" w:rsidP="00D464C4">
            <w:pPr>
              <w:pStyle w:val="TableParagraph"/>
              <w:tabs>
                <w:tab w:val="left" w:pos="1152"/>
              </w:tabs>
              <w:rPr>
                <w:b/>
                <w:sz w:val="26"/>
                <w:szCs w:val="26"/>
              </w:rPr>
            </w:pPr>
            <w:r w:rsidRPr="005B2B7C">
              <w:rPr>
                <w:b/>
                <w:sz w:val="26"/>
                <w:szCs w:val="26"/>
              </w:rPr>
              <w:t>7. Cơ quan giải quyết</w:t>
            </w:r>
          </w:p>
        </w:tc>
      </w:tr>
      <w:tr w:rsidR="00D464C4" w:rsidRPr="005B2B7C" w14:paraId="005EA1BA" w14:textId="77777777" w:rsidTr="004909FF">
        <w:tc>
          <w:tcPr>
            <w:tcW w:w="973" w:type="pct"/>
          </w:tcPr>
          <w:p w14:paraId="5A2A93DC" w14:textId="77777777" w:rsidR="00D464C4" w:rsidRPr="005B2B7C" w:rsidRDefault="00D464C4" w:rsidP="00D464C4">
            <w:pPr>
              <w:pStyle w:val="TableParagraph"/>
              <w:tabs>
                <w:tab w:val="left" w:pos="1152"/>
              </w:tabs>
              <w:jc w:val="both"/>
              <w:rPr>
                <w:sz w:val="26"/>
                <w:szCs w:val="26"/>
              </w:rPr>
            </w:pPr>
            <w:r w:rsidRPr="005B2B7C">
              <w:rPr>
                <w:sz w:val="26"/>
                <w:szCs w:val="26"/>
              </w:rPr>
              <w:t>a) Có được quy định rõ ràng, cụ thể về cơ quan giải quyết thủ tục hành chính không?</w:t>
            </w:r>
          </w:p>
        </w:tc>
        <w:tc>
          <w:tcPr>
            <w:tcW w:w="4027" w:type="pct"/>
          </w:tcPr>
          <w:p w14:paraId="2E774A12" w14:textId="77777777" w:rsidR="00D464C4" w:rsidRPr="005B2B7C" w:rsidRDefault="00D464C4" w:rsidP="00D464C4">
            <w:pPr>
              <w:pStyle w:val="TableParagraph"/>
              <w:tabs>
                <w:tab w:val="left" w:pos="1152"/>
                <w:tab w:val="left" w:pos="1358"/>
              </w:tabs>
              <w:rPr>
                <w:sz w:val="26"/>
                <w:szCs w:val="26"/>
              </w:rPr>
            </w:pPr>
            <w:r w:rsidRPr="005B2B7C">
              <w:rPr>
                <w:sz w:val="26"/>
                <w:szCs w:val="26"/>
              </w:rPr>
              <w:t xml:space="preserve">Có X       Không □ </w:t>
            </w:r>
          </w:p>
          <w:p w14:paraId="316164A3" w14:textId="77777777" w:rsidR="00D464C4" w:rsidRPr="005B2B7C" w:rsidRDefault="00D464C4" w:rsidP="00D464C4">
            <w:pPr>
              <w:pStyle w:val="TableParagraph"/>
              <w:tabs>
                <w:tab w:val="left" w:pos="1152"/>
                <w:tab w:val="left" w:pos="1358"/>
              </w:tabs>
              <w:rPr>
                <w:sz w:val="26"/>
                <w:szCs w:val="26"/>
              </w:rPr>
            </w:pPr>
            <w:r w:rsidRPr="005B2B7C">
              <w:rPr>
                <w:sz w:val="26"/>
                <w:szCs w:val="26"/>
              </w:rPr>
              <w:t>Lý do quy định: Phân cấp toàn bộ về UBND cấp tỉnh</w:t>
            </w:r>
          </w:p>
        </w:tc>
      </w:tr>
      <w:tr w:rsidR="00D464C4" w:rsidRPr="005B2B7C" w14:paraId="06C64E24" w14:textId="77777777" w:rsidTr="004909FF">
        <w:trPr>
          <w:trHeight w:val="175"/>
        </w:trPr>
        <w:tc>
          <w:tcPr>
            <w:tcW w:w="973" w:type="pct"/>
          </w:tcPr>
          <w:p w14:paraId="496F0E3F" w14:textId="77777777" w:rsidR="00D464C4" w:rsidRPr="005B2B7C" w:rsidRDefault="00D464C4" w:rsidP="00D464C4">
            <w:pPr>
              <w:pStyle w:val="TableParagraph"/>
              <w:tabs>
                <w:tab w:val="left" w:pos="1152"/>
              </w:tabs>
              <w:jc w:val="both"/>
              <w:rPr>
                <w:sz w:val="26"/>
                <w:szCs w:val="26"/>
              </w:rPr>
            </w:pPr>
            <w:r w:rsidRPr="005B2B7C">
              <w:rPr>
                <w:sz w:val="26"/>
                <w:szCs w:val="26"/>
              </w:rPr>
              <w:t>b) Có thể mở rộng ủy quyền hoặc phân cấp thực hiện không?</w:t>
            </w:r>
          </w:p>
        </w:tc>
        <w:tc>
          <w:tcPr>
            <w:tcW w:w="4027" w:type="pct"/>
          </w:tcPr>
          <w:p w14:paraId="44827123" w14:textId="1F1BF9D1" w:rsidR="00D464C4" w:rsidRPr="005B2B7C" w:rsidRDefault="00D464C4" w:rsidP="00D464C4">
            <w:pPr>
              <w:pStyle w:val="TableParagraph"/>
              <w:tabs>
                <w:tab w:val="left" w:pos="1152"/>
                <w:tab w:val="left" w:pos="1358"/>
              </w:tabs>
              <w:rPr>
                <w:sz w:val="26"/>
                <w:szCs w:val="26"/>
              </w:rPr>
            </w:pPr>
            <w:r w:rsidRPr="005B2B7C">
              <w:rPr>
                <w:sz w:val="26"/>
                <w:szCs w:val="26"/>
              </w:rPr>
              <w:t>Có  X        Không □</w:t>
            </w:r>
          </w:p>
          <w:p w14:paraId="5B3B234E" w14:textId="743BE023" w:rsidR="00D464C4" w:rsidRPr="005B2B7C" w:rsidRDefault="00D464C4" w:rsidP="00D464C4">
            <w:pPr>
              <w:pStyle w:val="TableParagraph"/>
              <w:tabs>
                <w:tab w:val="left" w:pos="1152"/>
              </w:tabs>
              <w:rPr>
                <w:sz w:val="26"/>
                <w:szCs w:val="26"/>
              </w:rPr>
            </w:pPr>
            <w:r w:rsidRPr="005B2B7C">
              <w:rPr>
                <w:sz w:val="26"/>
                <w:szCs w:val="26"/>
              </w:rPr>
              <w:t>Nêu rõ lý do: Phân cấp UBND cấp tỉnh</w:t>
            </w:r>
          </w:p>
        </w:tc>
      </w:tr>
      <w:tr w:rsidR="00D464C4" w:rsidRPr="005B2B7C" w14:paraId="0CC4814B" w14:textId="77777777" w:rsidTr="004909FF">
        <w:tc>
          <w:tcPr>
            <w:tcW w:w="5000" w:type="pct"/>
            <w:gridSpan w:val="2"/>
          </w:tcPr>
          <w:p w14:paraId="00B076A6" w14:textId="77777777" w:rsidR="00D464C4" w:rsidRPr="005B2B7C" w:rsidRDefault="00D464C4" w:rsidP="00D464C4">
            <w:pPr>
              <w:pStyle w:val="TableParagraph"/>
              <w:tabs>
                <w:tab w:val="left" w:pos="1152"/>
              </w:tabs>
              <w:rPr>
                <w:b/>
                <w:sz w:val="26"/>
                <w:szCs w:val="26"/>
              </w:rPr>
            </w:pPr>
            <w:r w:rsidRPr="005B2B7C">
              <w:rPr>
                <w:b/>
                <w:sz w:val="26"/>
                <w:szCs w:val="26"/>
              </w:rPr>
              <w:t>8. Phí, lệ phí và các chi phí khác (nếu có)</w:t>
            </w:r>
          </w:p>
        </w:tc>
      </w:tr>
      <w:tr w:rsidR="00D464C4" w:rsidRPr="005B2B7C" w14:paraId="7D6FDA98" w14:textId="77777777" w:rsidTr="004909FF">
        <w:tc>
          <w:tcPr>
            <w:tcW w:w="973" w:type="pct"/>
          </w:tcPr>
          <w:p w14:paraId="69A0DC8E" w14:textId="77777777" w:rsidR="00D464C4" w:rsidRPr="005B2B7C" w:rsidRDefault="00D464C4" w:rsidP="00D464C4">
            <w:pPr>
              <w:pStyle w:val="TableParagraph"/>
              <w:tabs>
                <w:tab w:val="left" w:pos="1152"/>
              </w:tabs>
              <w:jc w:val="both"/>
              <w:rPr>
                <w:sz w:val="26"/>
                <w:szCs w:val="26"/>
              </w:rPr>
            </w:pPr>
            <w:r w:rsidRPr="005B2B7C">
              <w:rPr>
                <w:sz w:val="26"/>
                <w:szCs w:val="26"/>
              </w:rPr>
              <w:t>a) Có quy định về phí, lệ phí và các chi phí khác (nếu có) không?</w:t>
            </w:r>
          </w:p>
        </w:tc>
        <w:tc>
          <w:tcPr>
            <w:tcW w:w="4027" w:type="pct"/>
          </w:tcPr>
          <w:p w14:paraId="5B3A35C6" w14:textId="77777777" w:rsidR="00D464C4" w:rsidRPr="005B2B7C" w:rsidRDefault="00D464C4" w:rsidP="00D464C4">
            <w:pPr>
              <w:pStyle w:val="TableParagraph"/>
              <w:tabs>
                <w:tab w:val="left" w:pos="255"/>
                <w:tab w:val="left" w:pos="1129"/>
                <w:tab w:val="left" w:pos="2788"/>
              </w:tabs>
              <w:rPr>
                <w:sz w:val="26"/>
                <w:szCs w:val="26"/>
              </w:rPr>
            </w:pPr>
            <w:r w:rsidRPr="005B2B7C">
              <w:rPr>
                <w:sz w:val="26"/>
                <w:szCs w:val="26"/>
              </w:rPr>
              <w:t>- Phí: Không X       Có □</w:t>
            </w:r>
          </w:p>
          <w:p w14:paraId="632DCA97" w14:textId="77777777" w:rsidR="00D464C4" w:rsidRPr="005B2B7C" w:rsidRDefault="00D464C4" w:rsidP="00D464C4">
            <w:pPr>
              <w:pStyle w:val="TableParagraph"/>
              <w:tabs>
                <w:tab w:val="left" w:pos="1152"/>
              </w:tabs>
              <w:rPr>
                <w:sz w:val="26"/>
                <w:szCs w:val="26"/>
              </w:rPr>
            </w:pPr>
            <w:r w:rsidRPr="005B2B7C">
              <w:rPr>
                <w:sz w:val="26"/>
                <w:szCs w:val="26"/>
              </w:rPr>
              <w:t>Nếu Có, nêu rõ lý do: ……..</w:t>
            </w:r>
          </w:p>
          <w:p w14:paraId="6EC1DEA4" w14:textId="77777777" w:rsidR="00D464C4" w:rsidRPr="005B2B7C" w:rsidRDefault="00D464C4" w:rsidP="00D464C4">
            <w:pPr>
              <w:pStyle w:val="TableParagraph"/>
              <w:tabs>
                <w:tab w:val="left" w:pos="255"/>
                <w:tab w:val="left" w:pos="1152"/>
                <w:tab w:val="left" w:pos="2788"/>
              </w:tabs>
              <w:rPr>
                <w:sz w:val="26"/>
                <w:szCs w:val="26"/>
              </w:rPr>
            </w:pPr>
            <w:r w:rsidRPr="005B2B7C">
              <w:rPr>
                <w:sz w:val="26"/>
                <w:szCs w:val="26"/>
              </w:rPr>
              <w:t>- Lệ phí: Không X       Có □</w:t>
            </w:r>
          </w:p>
          <w:p w14:paraId="1E8726FA" w14:textId="77777777" w:rsidR="00D464C4" w:rsidRPr="005B2B7C" w:rsidRDefault="00D464C4" w:rsidP="00D464C4">
            <w:pPr>
              <w:pStyle w:val="TableParagraph"/>
              <w:tabs>
                <w:tab w:val="left" w:pos="1152"/>
              </w:tabs>
              <w:rPr>
                <w:sz w:val="26"/>
                <w:szCs w:val="26"/>
              </w:rPr>
            </w:pPr>
            <w:r w:rsidRPr="005B2B7C">
              <w:rPr>
                <w:sz w:val="26"/>
                <w:szCs w:val="26"/>
              </w:rPr>
              <w:t>Nếu Có, nêu rõ lý do:……………………………..……………</w:t>
            </w:r>
          </w:p>
          <w:p w14:paraId="41EEFFCA" w14:textId="5ED3F42A" w:rsidR="00D464C4" w:rsidRPr="005B2B7C" w:rsidRDefault="00D464C4" w:rsidP="00D464C4">
            <w:pPr>
              <w:pStyle w:val="TableParagraph"/>
              <w:tabs>
                <w:tab w:val="left" w:pos="255"/>
                <w:tab w:val="left" w:pos="1152"/>
                <w:tab w:val="left" w:pos="1980"/>
                <w:tab w:val="left" w:pos="3638"/>
              </w:tabs>
              <w:rPr>
                <w:sz w:val="26"/>
                <w:szCs w:val="26"/>
              </w:rPr>
            </w:pPr>
            <w:r w:rsidRPr="005B2B7C">
              <w:rPr>
                <w:sz w:val="26"/>
                <w:szCs w:val="26"/>
              </w:rPr>
              <w:t>- Chi phí khác: Không  X     Có □</w:t>
            </w:r>
          </w:p>
          <w:p w14:paraId="08D7C05A" w14:textId="77777777" w:rsidR="00D464C4" w:rsidRPr="005B2B7C" w:rsidRDefault="00D464C4" w:rsidP="00D464C4">
            <w:pPr>
              <w:pStyle w:val="TableParagraph"/>
              <w:tabs>
                <w:tab w:val="left" w:pos="1152"/>
              </w:tabs>
              <w:rPr>
                <w:sz w:val="26"/>
                <w:szCs w:val="26"/>
              </w:rPr>
            </w:pPr>
            <w:r w:rsidRPr="005B2B7C">
              <w:rPr>
                <w:sz w:val="26"/>
                <w:szCs w:val="26"/>
              </w:rPr>
              <w:t>Nếu Có, nêu rõ lý do: ……………………………..……………</w:t>
            </w:r>
          </w:p>
          <w:p w14:paraId="57FAF99C" w14:textId="77777777" w:rsidR="00D464C4" w:rsidRPr="005B2B7C" w:rsidRDefault="00D464C4" w:rsidP="00D464C4">
            <w:pPr>
              <w:pStyle w:val="TableParagraph"/>
              <w:tabs>
                <w:tab w:val="left" w:pos="255"/>
                <w:tab w:val="left" w:pos="1152"/>
              </w:tabs>
              <w:rPr>
                <w:sz w:val="26"/>
                <w:szCs w:val="26"/>
              </w:rPr>
            </w:pPr>
            <w:r w:rsidRPr="005B2B7C">
              <w:rPr>
                <w:sz w:val="26"/>
                <w:szCs w:val="26"/>
              </w:rPr>
              <w:t>- Nêu rõ mức phí, lệ phí hoặc chi phí khác (</w:t>
            </w:r>
            <w:r w:rsidRPr="005B2B7C">
              <w:rPr>
                <w:i/>
                <w:sz w:val="26"/>
                <w:szCs w:val="26"/>
              </w:rPr>
              <w:t>nếu được quy định tại dự thảo</w:t>
            </w:r>
            <w:r w:rsidRPr="005B2B7C">
              <w:rPr>
                <w:sz w:val="26"/>
                <w:szCs w:val="26"/>
              </w:rPr>
              <w:t>):</w:t>
            </w:r>
          </w:p>
          <w:p w14:paraId="5246C95C" w14:textId="77777777" w:rsidR="00D464C4" w:rsidRPr="005B2B7C" w:rsidRDefault="00D464C4" w:rsidP="00D464C4">
            <w:pPr>
              <w:pStyle w:val="TableParagraph"/>
              <w:tabs>
                <w:tab w:val="left" w:pos="1152"/>
              </w:tabs>
              <w:rPr>
                <w:sz w:val="26"/>
                <w:szCs w:val="26"/>
              </w:rPr>
            </w:pPr>
            <w:r w:rsidRPr="005B2B7C">
              <w:rPr>
                <w:sz w:val="26"/>
                <w:szCs w:val="26"/>
              </w:rPr>
              <w:t>+ Mức phí (hoặc đính kèm biểu phí): Không quy định.</w:t>
            </w:r>
          </w:p>
          <w:p w14:paraId="00A7B9A6" w14:textId="77777777" w:rsidR="00D464C4" w:rsidRPr="005B2B7C" w:rsidRDefault="00D464C4" w:rsidP="00D464C4">
            <w:pPr>
              <w:pStyle w:val="TableParagraph"/>
              <w:tabs>
                <w:tab w:val="left" w:pos="1152"/>
              </w:tabs>
              <w:rPr>
                <w:sz w:val="26"/>
                <w:szCs w:val="26"/>
              </w:rPr>
            </w:pPr>
            <w:r w:rsidRPr="005B2B7C">
              <w:rPr>
                <w:sz w:val="26"/>
                <w:szCs w:val="26"/>
              </w:rPr>
              <w:t>+ Mức lệ phí (hoặc đính kèm biểu lệ phí): Không quy định.</w:t>
            </w:r>
          </w:p>
          <w:p w14:paraId="3D89C602" w14:textId="77777777" w:rsidR="00D464C4" w:rsidRPr="005B2B7C" w:rsidRDefault="00D464C4" w:rsidP="00D464C4">
            <w:pPr>
              <w:pStyle w:val="TableParagraph"/>
              <w:tabs>
                <w:tab w:val="left" w:pos="1152"/>
              </w:tabs>
              <w:rPr>
                <w:sz w:val="26"/>
                <w:szCs w:val="26"/>
              </w:rPr>
            </w:pPr>
            <w:r w:rsidRPr="005B2B7C">
              <w:rPr>
                <w:sz w:val="26"/>
                <w:szCs w:val="26"/>
              </w:rPr>
              <w:t>+ Mức chi phí khác: Không quy định.</w:t>
            </w:r>
          </w:p>
          <w:p w14:paraId="697E171D" w14:textId="044AE426" w:rsidR="00D464C4" w:rsidRPr="005B2B7C" w:rsidRDefault="00D464C4" w:rsidP="00D464C4">
            <w:pPr>
              <w:pStyle w:val="TableParagraph"/>
              <w:tabs>
                <w:tab w:val="left" w:pos="1152"/>
                <w:tab w:val="left" w:pos="7171"/>
                <w:tab w:val="left" w:pos="8359"/>
              </w:tabs>
              <w:rPr>
                <w:sz w:val="26"/>
                <w:szCs w:val="26"/>
              </w:rPr>
            </w:pPr>
            <w:r w:rsidRPr="005B2B7C">
              <w:rPr>
                <w:sz w:val="26"/>
                <w:szCs w:val="26"/>
              </w:rPr>
              <w:lastRenderedPageBreak/>
              <w:t>+ Mức phí, lệ phí và các chi phí khác (nếu có) có phù hợp không: Không áp dụng (dự thảo không quy định phí, lệ phí)       Không X</w:t>
            </w:r>
          </w:p>
          <w:p w14:paraId="2549976B" w14:textId="77777777" w:rsidR="00D464C4" w:rsidRPr="005B2B7C" w:rsidRDefault="00D464C4" w:rsidP="00D464C4">
            <w:pPr>
              <w:pStyle w:val="TableParagraph"/>
              <w:tabs>
                <w:tab w:val="left" w:pos="1152"/>
              </w:tabs>
              <w:rPr>
                <w:sz w:val="26"/>
                <w:szCs w:val="26"/>
              </w:rPr>
            </w:pPr>
            <w:r w:rsidRPr="005B2B7C">
              <w:rPr>
                <w:sz w:val="26"/>
                <w:szCs w:val="26"/>
              </w:rPr>
              <w:t>Lý do: …………………………………………………</w:t>
            </w:r>
          </w:p>
          <w:p w14:paraId="13429C38" w14:textId="77777777" w:rsidR="00D464C4" w:rsidRPr="005B2B7C" w:rsidRDefault="00D464C4" w:rsidP="00D464C4">
            <w:pPr>
              <w:pStyle w:val="TableParagraph"/>
              <w:tabs>
                <w:tab w:val="left" w:pos="282"/>
                <w:tab w:val="left" w:pos="1152"/>
              </w:tabs>
              <w:rPr>
                <w:sz w:val="26"/>
                <w:szCs w:val="26"/>
              </w:rPr>
            </w:pPr>
            <w:r w:rsidRPr="005B2B7C">
              <w:rPr>
                <w:sz w:val="26"/>
                <w:szCs w:val="26"/>
              </w:rPr>
              <w:t>- Nếu mức phí, lệ phí hoặc chi phí khác (nếu có) chưa được quy định tại dự thảo thì nêu rõ lý do: Không quy định</w:t>
            </w:r>
          </w:p>
        </w:tc>
      </w:tr>
      <w:tr w:rsidR="00D464C4" w:rsidRPr="005B2B7C" w14:paraId="7C6C4A1F" w14:textId="77777777" w:rsidTr="004909FF">
        <w:tc>
          <w:tcPr>
            <w:tcW w:w="973" w:type="pct"/>
          </w:tcPr>
          <w:p w14:paraId="4721F9A5" w14:textId="77777777" w:rsidR="00D464C4" w:rsidRPr="005B2B7C" w:rsidRDefault="00D464C4" w:rsidP="00D464C4">
            <w:pPr>
              <w:pStyle w:val="TableParagraph"/>
              <w:tabs>
                <w:tab w:val="left" w:pos="1152"/>
              </w:tabs>
              <w:jc w:val="both"/>
              <w:rPr>
                <w:sz w:val="26"/>
                <w:szCs w:val="26"/>
              </w:rPr>
            </w:pPr>
            <w:r w:rsidRPr="005B2B7C">
              <w:rPr>
                <w:sz w:val="26"/>
                <w:szCs w:val="26"/>
              </w:rPr>
              <w:lastRenderedPageBreak/>
              <w:t>b) Quy định về cách thức, thời điểm nộp phí, lệ phí và các chi phí khác (nếu có) có hợp lý không?</w:t>
            </w:r>
          </w:p>
        </w:tc>
        <w:tc>
          <w:tcPr>
            <w:tcW w:w="4027" w:type="pct"/>
          </w:tcPr>
          <w:p w14:paraId="7D7315AA" w14:textId="77777777" w:rsidR="00D464C4" w:rsidRPr="005B2B7C" w:rsidRDefault="00D464C4" w:rsidP="00D464C4">
            <w:pPr>
              <w:pStyle w:val="TableParagraph"/>
              <w:tabs>
                <w:tab w:val="left" w:pos="1152"/>
                <w:tab w:val="left" w:pos="1422"/>
              </w:tabs>
              <w:rPr>
                <w:sz w:val="26"/>
                <w:szCs w:val="26"/>
              </w:rPr>
            </w:pPr>
            <w:r w:rsidRPr="005B2B7C">
              <w:rPr>
                <w:sz w:val="26"/>
                <w:szCs w:val="26"/>
              </w:rPr>
              <w:t>Có □       Không □</w:t>
            </w:r>
          </w:p>
          <w:p w14:paraId="43131C16" w14:textId="387F737D" w:rsidR="00D464C4" w:rsidRPr="005B2B7C" w:rsidRDefault="00D464C4" w:rsidP="00D464C4">
            <w:pPr>
              <w:pStyle w:val="TableParagraph"/>
              <w:tabs>
                <w:tab w:val="left" w:pos="1152"/>
              </w:tabs>
              <w:rPr>
                <w:sz w:val="26"/>
                <w:szCs w:val="26"/>
              </w:rPr>
            </w:pPr>
            <w:r w:rsidRPr="005B2B7C">
              <w:rPr>
                <w:sz w:val="26"/>
                <w:szCs w:val="26"/>
              </w:rPr>
              <w:t>Nội dung quy định:</w:t>
            </w:r>
            <w:r w:rsidR="00DC1CEF" w:rsidRPr="005B2B7C">
              <w:rPr>
                <w:sz w:val="26"/>
                <w:szCs w:val="26"/>
              </w:rPr>
              <w:t xml:space="preserve"> </w:t>
            </w:r>
            <w:r w:rsidRPr="005B2B7C">
              <w:rPr>
                <w:sz w:val="26"/>
                <w:szCs w:val="26"/>
              </w:rPr>
              <w:t>Không quy định</w:t>
            </w:r>
          </w:p>
          <w:p w14:paraId="4F293F40" w14:textId="77777777" w:rsidR="00D464C4" w:rsidRPr="005B2B7C" w:rsidRDefault="00D464C4" w:rsidP="00D464C4">
            <w:pPr>
              <w:pStyle w:val="TableParagraph"/>
              <w:tabs>
                <w:tab w:val="left" w:pos="1152"/>
              </w:tabs>
              <w:rPr>
                <w:sz w:val="26"/>
                <w:szCs w:val="26"/>
              </w:rPr>
            </w:pPr>
            <w:r w:rsidRPr="005B2B7C">
              <w:rPr>
                <w:sz w:val="26"/>
                <w:szCs w:val="26"/>
              </w:rPr>
              <w:t>Lý do quy định:……………………………</w:t>
            </w:r>
          </w:p>
        </w:tc>
      </w:tr>
      <w:tr w:rsidR="00D464C4" w:rsidRPr="005B2B7C" w14:paraId="668B8A8C" w14:textId="77777777" w:rsidTr="004909FF">
        <w:tc>
          <w:tcPr>
            <w:tcW w:w="5000" w:type="pct"/>
            <w:gridSpan w:val="2"/>
          </w:tcPr>
          <w:p w14:paraId="6164793A" w14:textId="77777777" w:rsidR="00D464C4" w:rsidRPr="005B2B7C" w:rsidRDefault="00D464C4" w:rsidP="00D464C4">
            <w:pPr>
              <w:pStyle w:val="TableParagraph"/>
              <w:tabs>
                <w:tab w:val="left" w:pos="1152"/>
              </w:tabs>
              <w:rPr>
                <w:b/>
                <w:sz w:val="26"/>
                <w:szCs w:val="26"/>
              </w:rPr>
            </w:pPr>
            <w:r w:rsidRPr="005B2B7C">
              <w:rPr>
                <w:b/>
                <w:sz w:val="26"/>
                <w:szCs w:val="26"/>
              </w:rPr>
              <w:t>9. Mẫu đơn, tờ khai</w:t>
            </w:r>
          </w:p>
        </w:tc>
      </w:tr>
      <w:tr w:rsidR="00D464C4" w:rsidRPr="005B2B7C" w14:paraId="6F85F177" w14:textId="77777777" w:rsidTr="004909FF">
        <w:tc>
          <w:tcPr>
            <w:tcW w:w="973" w:type="pct"/>
          </w:tcPr>
          <w:p w14:paraId="124F0CF5" w14:textId="77777777" w:rsidR="00D464C4" w:rsidRPr="005B2B7C" w:rsidRDefault="00D464C4" w:rsidP="00D464C4">
            <w:pPr>
              <w:pStyle w:val="TableParagraph"/>
              <w:tabs>
                <w:tab w:val="left" w:pos="1152"/>
              </w:tabs>
              <w:jc w:val="both"/>
              <w:rPr>
                <w:sz w:val="26"/>
                <w:szCs w:val="26"/>
              </w:rPr>
            </w:pPr>
            <w:r w:rsidRPr="005B2B7C">
              <w:rPr>
                <w:sz w:val="26"/>
                <w:szCs w:val="26"/>
              </w:rPr>
              <w:t>a) Có quy định về mẫu đơn, tờ khai không?</w:t>
            </w:r>
          </w:p>
        </w:tc>
        <w:tc>
          <w:tcPr>
            <w:tcW w:w="4027" w:type="pct"/>
          </w:tcPr>
          <w:p w14:paraId="7DB0BC49" w14:textId="77777777" w:rsidR="00D464C4" w:rsidRPr="005B2B7C" w:rsidRDefault="00D464C4" w:rsidP="00D464C4">
            <w:pPr>
              <w:pStyle w:val="TableParagraph"/>
              <w:tabs>
                <w:tab w:val="left" w:pos="1152"/>
                <w:tab w:val="left" w:pos="1228"/>
              </w:tabs>
              <w:rPr>
                <w:sz w:val="26"/>
                <w:szCs w:val="26"/>
              </w:rPr>
            </w:pPr>
            <w:r w:rsidRPr="005B2B7C">
              <w:rPr>
                <w:sz w:val="26"/>
                <w:szCs w:val="26"/>
              </w:rPr>
              <w:t>Có X       Không □</w:t>
            </w:r>
          </w:p>
          <w:p w14:paraId="00343FF3" w14:textId="64BBAF36" w:rsidR="00D464C4" w:rsidRPr="005B2B7C" w:rsidRDefault="00D464C4" w:rsidP="00D464C4">
            <w:pPr>
              <w:pStyle w:val="TableParagraph"/>
              <w:tabs>
                <w:tab w:val="left" w:pos="1152"/>
              </w:tabs>
              <w:rPr>
                <w:sz w:val="26"/>
                <w:szCs w:val="26"/>
              </w:rPr>
            </w:pPr>
            <w:r w:rsidRPr="005B2B7C">
              <w:rPr>
                <w:sz w:val="26"/>
                <w:szCs w:val="26"/>
              </w:rPr>
              <w:t>Lý do: Bảo đảm thống nhất thông tin và đ</w:t>
            </w:r>
            <w:r w:rsidR="00DC1CEF" w:rsidRPr="005B2B7C">
              <w:rPr>
                <w:sz w:val="26"/>
                <w:szCs w:val="26"/>
              </w:rPr>
              <w:t>ồ</w:t>
            </w:r>
            <w:r w:rsidRPr="005B2B7C">
              <w:rPr>
                <w:sz w:val="26"/>
                <w:szCs w:val="26"/>
              </w:rPr>
              <w:t>ng bộ</w:t>
            </w:r>
          </w:p>
        </w:tc>
      </w:tr>
      <w:tr w:rsidR="00D464C4" w:rsidRPr="005B2B7C" w14:paraId="42C5E7B9" w14:textId="77777777" w:rsidTr="004909FF">
        <w:trPr>
          <w:trHeight w:val="355"/>
        </w:trPr>
        <w:tc>
          <w:tcPr>
            <w:tcW w:w="973" w:type="pct"/>
          </w:tcPr>
          <w:p w14:paraId="008D582C" w14:textId="45FBDDB3" w:rsidR="00D464C4" w:rsidRPr="005B2B7C" w:rsidRDefault="00D464C4" w:rsidP="00D464C4">
            <w:pPr>
              <w:pStyle w:val="TableParagraph"/>
              <w:tabs>
                <w:tab w:val="left" w:pos="1152"/>
              </w:tabs>
              <w:jc w:val="both"/>
              <w:rPr>
                <w:sz w:val="26"/>
                <w:szCs w:val="26"/>
              </w:rPr>
            </w:pPr>
            <w:r w:rsidRPr="005B2B7C">
              <w:rPr>
                <w:sz w:val="26"/>
                <w:szCs w:val="26"/>
              </w:rPr>
              <w:t xml:space="preserve">b) Tên mẫu đơn, tờ khai 1:  Văn bản đề nghị </w:t>
            </w:r>
            <w:r w:rsidR="00DC1CEF" w:rsidRPr="005B2B7C">
              <w:rPr>
                <w:sz w:val="26"/>
                <w:szCs w:val="26"/>
              </w:rPr>
              <w:t xml:space="preserve">sửa đổi, bổ sung </w:t>
            </w:r>
            <w:r w:rsidRPr="005B2B7C">
              <w:rPr>
                <w:sz w:val="26"/>
                <w:szCs w:val="26"/>
              </w:rPr>
              <w:t>Giấy chứng nhận</w:t>
            </w:r>
          </w:p>
          <w:p w14:paraId="497C4E1A" w14:textId="77777777" w:rsidR="00D464C4" w:rsidRPr="005B2B7C" w:rsidRDefault="00D464C4" w:rsidP="00D464C4">
            <w:pPr>
              <w:pStyle w:val="TableParagraph"/>
              <w:tabs>
                <w:tab w:val="left" w:pos="1152"/>
              </w:tabs>
              <w:rPr>
                <w:sz w:val="26"/>
                <w:szCs w:val="26"/>
              </w:rPr>
            </w:pPr>
          </w:p>
        </w:tc>
        <w:tc>
          <w:tcPr>
            <w:tcW w:w="4027" w:type="pct"/>
          </w:tcPr>
          <w:p w14:paraId="40CD052D" w14:textId="77777777" w:rsidR="00D464C4" w:rsidRPr="005B2B7C" w:rsidRDefault="00D464C4" w:rsidP="00D464C4">
            <w:pPr>
              <w:pStyle w:val="TableParagraph"/>
              <w:tabs>
                <w:tab w:val="left" w:pos="1152"/>
              </w:tabs>
              <w:rPr>
                <w:sz w:val="26"/>
                <w:szCs w:val="26"/>
              </w:rPr>
            </w:pPr>
            <w:r w:rsidRPr="005B2B7C">
              <w:rPr>
                <w:sz w:val="26"/>
                <w:szCs w:val="26"/>
              </w:rPr>
              <w:t>- Nêu rõ những nội dung (nhóm) thông tin cần cung cấp trong mẫu đơn, tờ khai:</w:t>
            </w:r>
          </w:p>
          <w:p w14:paraId="144C6A77" w14:textId="77777777" w:rsidR="00D464C4" w:rsidRPr="005B2B7C" w:rsidRDefault="00D464C4" w:rsidP="00D464C4">
            <w:pPr>
              <w:pStyle w:val="TableParagraph"/>
              <w:tabs>
                <w:tab w:val="left" w:pos="1152"/>
              </w:tabs>
              <w:jc w:val="both"/>
              <w:rPr>
                <w:sz w:val="26"/>
                <w:szCs w:val="26"/>
              </w:rPr>
            </w:pPr>
            <w:r w:rsidRPr="005B2B7C">
              <w:rPr>
                <w:sz w:val="26"/>
                <w:szCs w:val="26"/>
              </w:rPr>
              <w:t xml:space="preserve">+ Nội dung thông tin 1: Thông tin bên giao và bên nhận công nghệ; Địa chỉ; Số Quyết định thành lập/ĐKKD/CNĐT; Liệt kê các tài liệu kèm theo văn bản đề nghị. </w:t>
            </w:r>
          </w:p>
          <w:p w14:paraId="529D05E9" w14:textId="77777777" w:rsidR="00D464C4" w:rsidRPr="005B2B7C" w:rsidRDefault="00D464C4" w:rsidP="00D464C4">
            <w:pPr>
              <w:pStyle w:val="TableParagraph"/>
              <w:tabs>
                <w:tab w:val="left" w:pos="1152"/>
              </w:tabs>
              <w:rPr>
                <w:sz w:val="26"/>
                <w:szCs w:val="26"/>
              </w:rPr>
            </w:pPr>
            <w:r w:rsidRPr="005B2B7C">
              <w:rPr>
                <w:sz w:val="26"/>
                <w:szCs w:val="26"/>
              </w:rPr>
              <w:t>Lý do quy định: Biết thông tin chung bên giao và bên nhận công nghệ và thành phần tài liệu kèm theo đã đầy đủ theo quy định chưa!.</w:t>
            </w:r>
          </w:p>
          <w:p w14:paraId="6CF89BB3" w14:textId="77777777" w:rsidR="00D464C4" w:rsidRPr="005B2B7C" w:rsidRDefault="00D464C4" w:rsidP="00D464C4">
            <w:pPr>
              <w:pStyle w:val="TableParagraph"/>
              <w:tabs>
                <w:tab w:val="left" w:pos="1152"/>
                <w:tab w:val="left" w:pos="6025"/>
                <w:tab w:val="left" w:pos="7150"/>
              </w:tabs>
              <w:rPr>
                <w:sz w:val="26"/>
                <w:szCs w:val="26"/>
              </w:rPr>
            </w:pPr>
            <w:r w:rsidRPr="005B2B7C">
              <w:rPr>
                <w:sz w:val="26"/>
                <w:szCs w:val="26"/>
              </w:rPr>
              <w:t xml:space="preserve">- Có quy định việc xác nhận tại đơn, tờ khai không? Có X       Không □ </w:t>
            </w:r>
          </w:p>
          <w:p w14:paraId="187A1CFD" w14:textId="77777777" w:rsidR="00D464C4" w:rsidRPr="005B2B7C" w:rsidRDefault="00D464C4" w:rsidP="00D464C4">
            <w:pPr>
              <w:pStyle w:val="TableParagraph"/>
              <w:tabs>
                <w:tab w:val="left" w:pos="1152"/>
                <w:tab w:val="left" w:pos="6025"/>
                <w:tab w:val="left" w:pos="7150"/>
              </w:tabs>
              <w:jc w:val="both"/>
              <w:rPr>
                <w:sz w:val="26"/>
                <w:szCs w:val="26"/>
              </w:rPr>
            </w:pPr>
            <w:r w:rsidRPr="005B2B7C">
              <w:rPr>
                <w:sz w:val="26"/>
                <w:szCs w:val="26"/>
              </w:rPr>
              <w:t>Nếu Có, nêu rõ nội dung xác nhận, người/cơ quan có thẩm quyền xác nhận: Đại diện bên giao hoặc bên nhận</w:t>
            </w:r>
          </w:p>
          <w:p w14:paraId="1FB6CC3C" w14:textId="77777777" w:rsidR="00D464C4" w:rsidRPr="005B2B7C" w:rsidRDefault="00D464C4" w:rsidP="00D464C4">
            <w:pPr>
              <w:pStyle w:val="TableParagraph"/>
              <w:tabs>
                <w:tab w:val="left" w:pos="1152"/>
              </w:tabs>
              <w:rPr>
                <w:sz w:val="26"/>
                <w:szCs w:val="26"/>
              </w:rPr>
            </w:pPr>
            <w:r w:rsidRPr="005B2B7C">
              <w:rPr>
                <w:sz w:val="26"/>
                <w:szCs w:val="26"/>
              </w:rPr>
              <w:t>Lý do quy định:……………………………………………………………………………</w:t>
            </w:r>
          </w:p>
        </w:tc>
      </w:tr>
      <w:tr w:rsidR="00D464C4" w:rsidRPr="005B2B7C" w14:paraId="334B0D9E" w14:textId="77777777" w:rsidTr="004909FF">
        <w:tc>
          <w:tcPr>
            <w:tcW w:w="973" w:type="pct"/>
          </w:tcPr>
          <w:p w14:paraId="3D577A73" w14:textId="010E4884" w:rsidR="00D464C4" w:rsidRPr="005B2B7C" w:rsidRDefault="00D464C4" w:rsidP="00D464C4">
            <w:pPr>
              <w:pStyle w:val="TableParagraph"/>
              <w:tabs>
                <w:tab w:val="left" w:pos="1152"/>
              </w:tabs>
              <w:jc w:val="both"/>
              <w:rPr>
                <w:sz w:val="26"/>
                <w:szCs w:val="26"/>
              </w:rPr>
            </w:pPr>
            <w:r w:rsidRPr="005B2B7C">
              <w:rPr>
                <w:sz w:val="26"/>
                <w:szCs w:val="26"/>
              </w:rPr>
              <w:t xml:space="preserve">c) </w:t>
            </w:r>
            <w:r w:rsidR="00DC1CEF" w:rsidRPr="005B2B7C">
              <w:rPr>
                <w:sz w:val="26"/>
                <w:szCs w:val="26"/>
              </w:rPr>
              <w:t xml:space="preserve"> Thuyết minh nội dung chuyển giao công nghệ thuộc Danh mục công nghệ khuyến khích chuyển giao sửa đổi, bổ sung</w:t>
            </w:r>
          </w:p>
        </w:tc>
        <w:tc>
          <w:tcPr>
            <w:tcW w:w="4027" w:type="pct"/>
          </w:tcPr>
          <w:p w14:paraId="60016A3D" w14:textId="77777777" w:rsidR="00D464C4" w:rsidRPr="005B2B7C" w:rsidRDefault="00D464C4" w:rsidP="0052199E">
            <w:pPr>
              <w:pStyle w:val="TableParagraph"/>
              <w:tabs>
                <w:tab w:val="left" w:pos="1152"/>
              </w:tabs>
              <w:jc w:val="both"/>
              <w:rPr>
                <w:sz w:val="26"/>
                <w:szCs w:val="26"/>
              </w:rPr>
            </w:pPr>
            <w:r w:rsidRPr="005B2B7C">
              <w:rPr>
                <w:sz w:val="26"/>
                <w:szCs w:val="26"/>
              </w:rPr>
              <w:t>- Nêu rõ những nội dung (nhóm) thông tin cần cung cấp trong mẫu đơn, tờ khai:</w:t>
            </w:r>
          </w:p>
          <w:p w14:paraId="3155858C" w14:textId="77777777" w:rsidR="00D464C4" w:rsidRPr="005B2B7C" w:rsidRDefault="00D464C4" w:rsidP="0052199E">
            <w:pPr>
              <w:pStyle w:val="TableParagraph"/>
              <w:tabs>
                <w:tab w:val="left" w:pos="1152"/>
              </w:tabs>
              <w:jc w:val="both"/>
              <w:rPr>
                <w:sz w:val="26"/>
                <w:szCs w:val="26"/>
              </w:rPr>
            </w:pPr>
            <w:r w:rsidRPr="005B2B7C">
              <w:rPr>
                <w:sz w:val="26"/>
                <w:szCs w:val="26"/>
              </w:rPr>
              <w:t>+ Nội dung thông tin 1: Thông tin chung của bên giao và bên nhận công nghệ</w:t>
            </w:r>
          </w:p>
          <w:p w14:paraId="38F1081A" w14:textId="77777777" w:rsidR="00D464C4" w:rsidRPr="005B2B7C" w:rsidRDefault="00D464C4" w:rsidP="0052199E">
            <w:pPr>
              <w:pStyle w:val="TableParagraph"/>
              <w:tabs>
                <w:tab w:val="left" w:pos="1152"/>
              </w:tabs>
              <w:jc w:val="both"/>
              <w:rPr>
                <w:sz w:val="26"/>
                <w:szCs w:val="26"/>
              </w:rPr>
            </w:pPr>
            <w:r w:rsidRPr="005B2B7C">
              <w:rPr>
                <w:sz w:val="26"/>
                <w:szCs w:val="26"/>
              </w:rPr>
              <w:t>Lý do quy định: Bảo đảm thống nhất với văn bản đề nghị và Thảo thuận giữa hai bên, tuân thủ theo đúng quy định.</w:t>
            </w:r>
          </w:p>
          <w:p w14:paraId="11D0A8C9" w14:textId="77777777" w:rsidR="00D464C4" w:rsidRPr="005B2B7C" w:rsidRDefault="00D464C4" w:rsidP="00DC1CEF">
            <w:pPr>
              <w:pStyle w:val="TableParagraph"/>
              <w:tabs>
                <w:tab w:val="left" w:pos="1152"/>
              </w:tabs>
              <w:jc w:val="both"/>
              <w:rPr>
                <w:sz w:val="26"/>
                <w:szCs w:val="26"/>
              </w:rPr>
            </w:pPr>
            <w:r w:rsidRPr="005B2B7C">
              <w:rPr>
                <w:sz w:val="26"/>
                <w:szCs w:val="26"/>
              </w:rPr>
              <w:t>+ Nội dung thông tin 2: Tên công nghệ khuyến khích chuyển giao giữa hai bên.</w:t>
            </w:r>
          </w:p>
          <w:p w14:paraId="0CE7EA9C" w14:textId="77777777" w:rsidR="00D464C4" w:rsidRPr="005B2B7C" w:rsidRDefault="00D464C4" w:rsidP="00DC1CEF">
            <w:pPr>
              <w:pStyle w:val="TableParagraph"/>
              <w:tabs>
                <w:tab w:val="left" w:pos="1152"/>
              </w:tabs>
              <w:jc w:val="both"/>
              <w:rPr>
                <w:sz w:val="26"/>
                <w:szCs w:val="26"/>
              </w:rPr>
            </w:pPr>
            <w:r w:rsidRPr="005B2B7C">
              <w:rPr>
                <w:sz w:val="26"/>
                <w:szCs w:val="26"/>
              </w:rPr>
              <w:t>Lý do quy định: Phục vụ công tác thẩm định, đánh giá.</w:t>
            </w:r>
          </w:p>
          <w:p w14:paraId="38201001" w14:textId="77777777" w:rsidR="00D464C4" w:rsidRPr="005B2B7C" w:rsidRDefault="00D464C4" w:rsidP="00DC1CEF">
            <w:pPr>
              <w:pStyle w:val="TableParagraph"/>
              <w:tabs>
                <w:tab w:val="left" w:pos="1152"/>
              </w:tabs>
              <w:jc w:val="both"/>
              <w:rPr>
                <w:sz w:val="26"/>
                <w:szCs w:val="26"/>
              </w:rPr>
            </w:pPr>
            <w:r w:rsidRPr="005B2B7C">
              <w:rPr>
                <w:sz w:val="26"/>
                <w:szCs w:val="26"/>
              </w:rPr>
              <w:t>+ Nội dung thông tin 3: Đối tượng của công nghệ được chuyển giao.</w:t>
            </w:r>
          </w:p>
          <w:p w14:paraId="4112CC15" w14:textId="77777777" w:rsidR="00D464C4" w:rsidRPr="005B2B7C" w:rsidRDefault="00D464C4" w:rsidP="00DC1CEF">
            <w:pPr>
              <w:pStyle w:val="TableParagraph"/>
              <w:tabs>
                <w:tab w:val="left" w:pos="1152"/>
              </w:tabs>
              <w:jc w:val="both"/>
              <w:rPr>
                <w:sz w:val="26"/>
                <w:szCs w:val="26"/>
              </w:rPr>
            </w:pPr>
            <w:r w:rsidRPr="005B2B7C">
              <w:rPr>
                <w:sz w:val="26"/>
                <w:szCs w:val="26"/>
              </w:rPr>
              <w:t>Lý do quy định: Phục vụ công tác thẩm định, đánh giá.</w:t>
            </w:r>
          </w:p>
          <w:p w14:paraId="092C13AE" w14:textId="77777777" w:rsidR="00D464C4" w:rsidRPr="005B2B7C" w:rsidRDefault="00D464C4" w:rsidP="00DC1CEF">
            <w:pPr>
              <w:pStyle w:val="TableParagraph"/>
              <w:tabs>
                <w:tab w:val="left" w:pos="1152"/>
              </w:tabs>
              <w:jc w:val="both"/>
              <w:rPr>
                <w:sz w:val="26"/>
                <w:szCs w:val="26"/>
              </w:rPr>
            </w:pPr>
            <w:r w:rsidRPr="005B2B7C">
              <w:rPr>
                <w:sz w:val="26"/>
                <w:szCs w:val="26"/>
              </w:rPr>
              <w:t xml:space="preserve">+ Nội dung thông tin 4: </w:t>
            </w:r>
            <w:r w:rsidRPr="005B2B7C">
              <w:rPr>
                <w:sz w:val="28"/>
                <w:szCs w:val="28"/>
              </w:rPr>
              <w:t>Phạm vi quyền và phương thức chuyển giao công nghệ</w:t>
            </w:r>
            <w:r w:rsidRPr="005B2B7C">
              <w:rPr>
                <w:sz w:val="26"/>
                <w:szCs w:val="26"/>
              </w:rPr>
              <w:t>.</w:t>
            </w:r>
          </w:p>
          <w:p w14:paraId="7AFBA9B6" w14:textId="77777777" w:rsidR="00D464C4" w:rsidRPr="005B2B7C" w:rsidRDefault="00D464C4" w:rsidP="00DC1CEF">
            <w:pPr>
              <w:pStyle w:val="TableParagraph"/>
              <w:tabs>
                <w:tab w:val="left" w:pos="1152"/>
              </w:tabs>
              <w:jc w:val="both"/>
              <w:rPr>
                <w:sz w:val="26"/>
                <w:szCs w:val="26"/>
              </w:rPr>
            </w:pPr>
            <w:r w:rsidRPr="005B2B7C">
              <w:rPr>
                <w:sz w:val="26"/>
                <w:szCs w:val="26"/>
              </w:rPr>
              <w:lastRenderedPageBreak/>
              <w:t>Lý do quy định: Phục vụ công tác thẩm định, đánh giá.</w:t>
            </w:r>
          </w:p>
          <w:p w14:paraId="23AAB177" w14:textId="77777777" w:rsidR="00D464C4" w:rsidRPr="005B2B7C" w:rsidRDefault="00D464C4" w:rsidP="00DC1CEF">
            <w:pPr>
              <w:pStyle w:val="TableParagraph"/>
              <w:tabs>
                <w:tab w:val="left" w:pos="1152"/>
              </w:tabs>
              <w:jc w:val="both"/>
              <w:rPr>
                <w:sz w:val="26"/>
                <w:szCs w:val="26"/>
              </w:rPr>
            </w:pPr>
            <w:r w:rsidRPr="005B2B7C">
              <w:rPr>
                <w:sz w:val="26"/>
                <w:szCs w:val="26"/>
              </w:rPr>
              <w:t xml:space="preserve">+ Nội dung thông tin 5: </w:t>
            </w:r>
            <w:r w:rsidRPr="005B2B7C">
              <w:rPr>
                <w:sz w:val="28"/>
                <w:szCs w:val="28"/>
              </w:rPr>
              <w:t>Giải trình sự phù hợp Danh mục công nghệ khuyến khích chuyển giao theo quy định của Luật Chuyển giao công nghệ và mức độ tin cậy của công nghệ chuyển giao</w:t>
            </w:r>
            <w:r w:rsidRPr="005B2B7C">
              <w:rPr>
                <w:sz w:val="26"/>
                <w:szCs w:val="26"/>
              </w:rPr>
              <w:t>.</w:t>
            </w:r>
          </w:p>
          <w:p w14:paraId="6666EFEE" w14:textId="77777777" w:rsidR="00D464C4" w:rsidRPr="005B2B7C" w:rsidRDefault="00D464C4" w:rsidP="00DC1CEF">
            <w:pPr>
              <w:pStyle w:val="TableParagraph"/>
              <w:tabs>
                <w:tab w:val="left" w:pos="1152"/>
              </w:tabs>
              <w:jc w:val="both"/>
              <w:rPr>
                <w:sz w:val="26"/>
                <w:szCs w:val="26"/>
              </w:rPr>
            </w:pPr>
            <w:r w:rsidRPr="005B2B7C">
              <w:rPr>
                <w:sz w:val="26"/>
                <w:szCs w:val="26"/>
              </w:rPr>
              <w:t>Lý do quy định: Phục vụ công tác thẩm định, đánh giá.</w:t>
            </w:r>
          </w:p>
          <w:p w14:paraId="160F652A" w14:textId="77777777" w:rsidR="00D464C4" w:rsidRPr="005B2B7C" w:rsidRDefault="00D464C4" w:rsidP="0052199E">
            <w:pPr>
              <w:pStyle w:val="TableParagraph"/>
              <w:tabs>
                <w:tab w:val="left" w:pos="255"/>
                <w:tab w:val="left" w:pos="1152"/>
                <w:tab w:val="left" w:pos="6025"/>
                <w:tab w:val="left" w:pos="7150"/>
              </w:tabs>
              <w:jc w:val="both"/>
              <w:rPr>
                <w:sz w:val="26"/>
                <w:szCs w:val="26"/>
              </w:rPr>
            </w:pPr>
            <w:r w:rsidRPr="005B2B7C">
              <w:rPr>
                <w:sz w:val="26"/>
                <w:szCs w:val="26"/>
              </w:rPr>
              <w:t>- Có quy định việc xác nhận tại đơn, tờ khai không? Có X      Không □</w:t>
            </w:r>
          </w:p>
          <w:p w14:paraId="67A8BEB8" w14:textId="77777777" w:rsidR="00D464C4" w:rsidRPr="005B2B7C" w:rsidRDefault="00D464C4" w:rsidP="0052199E">
            <w:pPr>
              <w:pStyle w:val="TableParagraph"/>
              <w:tabs>
                <w:tab w:val="left" w:pos="255"/>
                <w:tab w:val="left" w:pos="1152"/>
                <w:tab w:val="left" w:pos="6025"/>
                <w:tab w:val="left" w:pos="7150"/>
              </w:tabs>
              <w:jc w:val="both"/>
              <w:rPr>
                <w:sz w:val="26"/>
                <w:szCs w:val="26"/>
              </w:rPr>
            </w:pPr>
            <w:r w:rsidRPr="005B2B7C">
              <w:rPr>
                <w:sz w:val="26"/>
                <w:szCs w:val="26"/>
              </w:rPr>
              <w:t>Nếu Có, nêu rõ nội dung xác nhận, người/cơ quan có thẩm quyền xác nhận: Đại diện bên giao hoặc bên nhận</w:t>
            </w:r>
          </w:p>
          <w:p w14:paraId="4FA9771A" w14:textId="77777777" w:rsidR="00D464C4" w:rsidRPr="005B2B7C" w:rsidRDefault="00D464C4" w:rsidP="00D464C4">
            <w:pPr>
              <w:pStyle w:val="TableParagraph"/>
              <w:tabs>
                <w:tab w:val="left" w:pos="1152"/>
              </w:tabs>
              <w:rPr>
                <w:sz w:val="26"/>
                <w:szCs w:val="26"/>
              </w:rPr>
            </w:pPr>
            <w:r w:rsidRPr="005B2B7C">
              <w:rPr>
                <w:sz w:val="26"/>
                <w:szCs w:val="26"/>
              </w:rPr>
              <w:t>Lý do quy định: Bảo đảm thông tin tài liệu được xác nhận bởi 1 trong 2 bên</w:t>
            </w:r>
          </w:p>
        </w:tc>
      </w:tr>
      <w:tr w:rsidR="00D464C4" w:rsidRPr="005B2B7C" w14:paraId="1EF71080" w14:textId="77777777" w:rsidTr="004909FF">
        <w:tc>
          <w:tcPr>
            <w:tcW w:w="973" w:type="pct"/>
          </w:tcPr>
          <w:p w14:paraId="615632D3" w14:textId="77777777" w:rsidR="00D464C4" w:rsidRPr="005B2B7C" w:rsidRDefault="00D464C4" w:rsidP="00D464C4">
            <w:pPr>
              <w:pStyle w:val="TableParagraph"/>
              <w:tabs>
                <w:tab w:val="left" w:pos="1152"/>
              </w:tabs>
              <w:rPr>
                <w:sz w:val="26"/>
                <w:szCs w:val="26"/>
              </w:rPr>
            </w:pPr>
            <w:r w:rsidRPr="005B2B7C">
              <w:rPr>
                <w:sz w:val="26"/>
                <w:szCs w:val="26"/>
              </w:rPr>
              <w:lastRenderedPageBreak/>
              <w:t>d) Ngôn ngữ</w:t>
            </w:r>
          </w:p>
        </w:tc>
        <w:tc>
          <w:tcPr>
            <w:tcW w:w="4027" w:type="pct"/>
          </w:tcPr>
          <w:p w14:paraId="42E8ACFB" w14:textId="4A4B6247" w:rsidR="00D464C4" w:rsidRPr="005B2B7C" w:rsidRDefault="00D464C4" w:rsidP="00D464C4">
            <w:pPr>
              <w:pStyle w:val="TableParagraph"/>
              <w:tabs>
                <w:tab w:val="left" w:pos="1152"/>
                <w:tab w:val="left" w:pos="2584"/>
                <w:tab w:val="left" w:pos="4924"/>
              </w:tabs>
              <w:rPr>
                <w:sz w:val="26"/>
                <w:szCs w:val="26"/>
              </w:rPr>
            </w:pPr>
            <w:r w:rsidRPr="005B2B7C">
              <w:rPr>
                <w:sz w:val="26"/>
                <w:szCs w:val="26"/>
              </w:rPr>
              <w:t xml:space="preserve">- </w:t>
            </w:r>
            <w:r w:rsidR="00592CB1" w:rsidRPr="005B2B7C">
              <w:rPr>
                <w:sz w:val="26"/>
                <w:szCs w:val="26"/>
              </w:rPr>
              <w:t>T</w:t>
            </w:r>
            <w:r w:rsidRPr="005B2B7C">
              <w:rPr>
                <w:sz w:val="26"/>
                <w:szCs w:val="26"/>
              </w:rPr>
              <w:t>ờ khai được lập bằng tiếng Việt</w:t>
            </w:r>
          </w:p>
          <w:p w14:paraId="7340FB56" w14:textId="72F63908" w:rsidR="00D464C4" w:rsidRPr="005B2B7C" w:rsidRDefault="00D464C4" w:rsidP="00D464C4">
            <w:pPr>
              <w:pStyle w:val="TableParagraph"/>
              <w:tabs>
                <w:tab w:val="left" w:pos="1152"/>
                <w:tab w:val="left" w:pos="2584"/>
                <w:tab w:val="left" w:pos="4924"/>
              </w:tabs>
              <w:rPr>
                <w:sz w:val="26"/>
                <w:szCs w:val="26"/>
              </w:rPr>
            </w:pPr>
            <w:r w:rsidRPr="005B2B7C">
              <w:rPr>
                <w:sz w:val="26"/>
                <w:szCs w:val="26"/>
              </w:rPr>
              <w:t>Lý do quy định (trong trường hợp mẫu đơn song ngữ): Không áp dụng</w:t>
            </w:r>
          </w:p>
        </w:tc>
      </w:tr>
      <w:tr w:rsidR="00D464C4" w:rsidRPr="005B2B7C" w14:paraId="1BE5EC73" w14:textId="77777777" w:rsidTr="004909FF">
        <w:tc>
          <w:tcPr>
            <w:tcW w:w="973" w:type="pct"/>
          </w:tcPr>
          <w:p w14:paraId="0740B487" w14:textId="77777777" w:rsidR="00D464C4" w:rsidRPr="005B2B7C" w:rsidRDefault="00D464C4" w:rsidP="00D464C4">
            <w:pPr>
              <w:pStyle w:val="TableParagraph"/>
              <w:tabs>
                <w:tab w:val="left" w:pos="1152"/>
              </w:tabs>
              <w:rPr>
                <w:b/>
                <w:sz w:val="26"/>
                <w:szCs w:val="26"/>
              </w:rPr>
            </w:pPr>
            <w:r w:rsidRPr="005B2B7C">
              <w:rPr>
                <w:b/>
                <w:sz w:val="26"/>
                <w:szCs w:val="26"/>
              </w:rPr>
              <w:t>10. Yêu cầu, điều kiện</w:t>
            </w:r>
          </w:p>
        </w:tc>
        <w:tc>
          <w:tcPr>
            <w:tcW w:w="4027" w:type="pct"/>
          </w:tcPr>
          <w:p w14:paraId="585A5118" w14:textId="77777777" w:rsidR="00D464C4" w:rsidRPr="005B2B7C" w:rsidRDefault="00D464C4" w:rsidP="00D464C4">
            <w:pPr>
              <w:pStyle w:val="TableParagraph"/>
              <w:tabs>
                <w:tab w:val="left" w:pos="1152"/>
              </w:tabs>
              <w:rPr>
                <w:sz w:val="26"/>
                <w:szCs w:val="26"/>
              </w:rPr>
            </w:pPr>
          </w:p>
        </w:tc>
      </w:tr>
      <w:tr w:rsidR="00D464C4" w:rsidRPr="005B2B7C" w14:paraId="79630EE8" w14:textId="77777777" w:rsidTr="004909FF">
        <w:tc>
          <w:tcPr>
            <w:tcW w:w="973" w:type="pct"/>
          </w:tcPr>
          <w:p w14:paraId="5EACAC60" w14:textId="77777777" w:rsidR="00D464C4" w:rsidRPr="005B2B7C" w:rsidRDefault="00D464C4" w:rsidP="00D464C4">
            <w:pPr>
              <w:pStyle w:val="TableParagraph"/>
              <w:tabs>
                <w:tab w:val="left" w:pos="1152"/>
              </w:tabs>
              <w:jc w:val="both"/>
              <w:rPr>
                <w:sz w:val="26"/>
                <w:szCs w:val="26"/>
              </w:rPr>
            </w:pPr>
            <w:r w:rsidRPr="005B2B7C">
              <w:rPr>
                <w:sz w:val="26"/>
                <w:szCs w:val="26"/>
              </w:rPr>
              <w:t>Có quy định yêu cầu, điều kiện không?</w:t>
            </w:r>
          </w:p>
        </w:tc>
        <w:tc>
          <w:tcPr>
            <w:tcW w:w="4027" w:type="pct"/>
          </w:tcPr>
          <w:p w14:paraId="215DCC59" w14:textId="77777777" w:rsidR="00D464C4" w:rsidRPr="005B2B7C" w:rsidRDefault="00D464C4" w:rsidP="00D464C4">
            <w:pPr>
              <w:pStyle w:val="TableParagraph"/>
              <w:tabs>
                <w:tab w:val="left" w:pos="1152"/>
                <w:tab w:val="left" w:pos="1293"/>
              </w:tabs>
              <w:rPr>
                <w:sz w:val="26"/>
                <w:szCs w:val="26"/>
              </w:rPr>
            </w:pPr>
            <w:r w:rsidRPr="005B2B7C">
              <w:rPr>
                <w:sz w:val="26"/>
                <w:szCs w:val="26"/>
              </w:rPr>
              <w:t>Có X       Không □</w:t>
            </w:r>
          </w:p>
          <w:p w14:paraId="26753445" w14:textId="77777777" w:rsidR="00D464C4" w:rsidRPr="005B2B7C" w:rsidRDefault="00D464C4" w:rsidP="00D464C4">
            <w:pPr>
              <w:pStyle w:val="TableParagraph"/>
              <w:tabs>
                <w:tab w:val="left" w:pos="1152"/>
              </w:tabs>
              <w:rPr>
                <w:sz w:val="26"/>
                <w:szCs w:val="26"/>
              </w:rPr>
            </w:pPr>
            <w:r w:rsidRPr="005B2B7C">
              <w:rPr>
                <w:sz w:val="26"/>
                <w:szCs w:val="26"/>
              </w:rPr>
              <w:t>Lý do quy định:  Việc xem xét, cấp Giấy chứng nhận thực hiện sau khi các nội dung chuyển giao công nghệ đã được triển khai, sản xuất ra sản phẩm</w:t>
            </w:r>
          </w:p>
        </w:tc>
      </w:tr>
      <w:tr w:rsidR="00D464C4" w:rsidRPr="005B2B7C" w14:paraId="762627ED" w14:textId="77777777" w:rsidTr="004909FF">
        <w:tc>
          <w:tcPr>
            <w:tcW w:w="5000" w:type="pct"/>
            <w:gridSpan w:val="2"/>
          </w:tcPr>
          <w:p w14:paraId="683FE44C" w14:textId="77777777" w:rsidR="00D464C4" w:rsidRPr="005B2B7C" w:rsidRDefault="00D464C4" w:rsidP="00D464C4">
            <w:pPr>
              <w:pStyle w:val="TableParagraph"/>
              <w:tabs>
                <w:tab w:val="left" w:pos="1152"/>
              </w:tabs>
              <w:rPr>
                <w:b/>
                <w:sz w:val="26"/>
                <w:szCs w:val="26"/>
              </w:rPr>
            </w:pPr>
            <w:r w:rsidRPr="005B2B7C">
              <w:rPr>
                <w:b/>
                <w:sz w:val="26"/>
                <w:szCs w:val="26"/>
              </w:rPr>
              <w:t>11. Kết quả thực hiện</w:t>
            </w:r>
          </w:p>
        </w:tc>
      </w:tr>
      <w:tr w:rsidR="00D464C4" w:rsidRPr="005B2B7C" w14:paraId="02C9FFFF" w14:textId="77777777" w:rsidTr="004909FF">
        <w:tc>
          <w:tcPr>
            <w:tcW w:w="973" w:type="pct"/>
          </w:tcPr>
          <w:p w14:paraId="30D693A7" w14:textId="77777777" w:rsidR="00D464C4" w:rsidRPr="005B2B7C" w:rsidRDefault="00D464C4" w:rsidP="00D464C4">
            <w:pPr>
              <w:pStyle w:val="TableParagraph"/>
              <w:tabs>
                <w:tab w:val="left" w:pos="1152"/>
              </w:tabs>
              <w:jc w:val="both"/>
              <w:rPr>
                <w:sz w:val="26"/>
                <w:szCs w:val="26"/>
              </w:rPr>
            </w:pPr>
            <w:r w:rsidRPr="005B2B7C">
              <w:rPr>
                <w:sz w:val="26"/>
                <w:szCs w:val="26"/>
              </w:rPr>
              <w:t>a) Hình thức của kết quả thực hiện thủ tục hành chính là gì?</w:t>
            </w:r>
          </w:p>
        </w:tc>
        <w:tc>
          <w:tcPr>
            <w:tcW w:w="4027" w:type="pct"/>
          </w:tcPr>
          <w:p w14:paraId="32EB3E84" w14:textId="77777777" w:rsidR="00D464C4" w:rsidRPr="005B2B7C" w:rsidRDefault="00D464C4" w:rsidP="00D464C4">
            <w:pPr>
              <w:pStyle w:val="TableParagraph"/>
              <w:tabs>
                <w:tab w:val="left" w:pos="255"/>
                <w:tab w:val="left" w:pos="1152"/>
              </w:tabs>
              <w:rPr>
                <w:sz w:val="26"/>
                <w:szCs w:val="26"/>
              </w:rPr>
            </w:pPr>
            <w:r w:rsidRPr="005B2B7C">
              <w:rPr>
                <w:sz w:val="26"/>
                <w:szCs w:val="26"/>
              </w:rPr>
              <w:t>- Giấy phép □</w:t>
            </w:r>
          </w:p>
          <w:p w14:paraId="05CA276C" w14:textId="77777777" w:rsidR="00D464C4" w:rsidRPr="005B2B7C" w:rsidRDefault="00D464C4" w:rsidP="00D464C4">
            <w:pPr>
              <w:pStyle w:val="TableParagraph"/>
              <w:tabs>
                <w:tab w:val="left" w:pos="255"/>
                <w:tab w:val="left" w:pos="1152"/>
              </w:tabs>
              <w:rPr>
                <w:sz w:val="26"/>
                <w:szCs w:val="26"/>
              </w:rPr>
            </w:pPr>
            <w:r w:rsidRPr="005B2B7C">
              <w:rPr>
                <w:sz w:val="26"/>
                <w:szCs w:val="26"/>
              </w:rPr>
              <w:t>- Giấy chứng nhận X</w:t>
            </w:r>
          </w:p>
          <w:p w14:paraId="37570911" w14:textId="77777777" w:rsidR="00D464C4" w:rsidRPr="005B2B7C" w:rsidRDefault="00D464C4" w:rsidP="00D464C4">
            <w:pPr>
              <w:pStyle w:val="TableParagraph"/>
              <w:tabs>
                <w:tab w:val="left" w:pos="255"/>
                <w:tab w:val="left" w:pos="1152"/>
              </w:tabs>
              <w:rPr>
                <w:sz w:val="26"/>
                <w:szCs w:val="26"/>
              </w:rPr>
            </w:pPr>
            <w:r w:rsidRPr="005B2B7C">
              <w:rPr>
                <w:sz w:val="26"/>
                <w:szCs w:val="26"/>
              </w:rPr>
              <w:t>- Giấy đăng ký □</w:t>
            </w:r>
          </w:p>
          <w:p w14:paraId="210398CF" w14:textId="77777777" w:rsidR="00D464C4" w:rsidRPr="005B2B7C" w:rsidRDefault="00D464C4" w:rsidP="00D464C4">
            <w:pPr>
              <w:pStyle w:val="TableParagraph"/>
              <w:tabs>
                <w:tab w:val="left" w:pos="255"/>
                <w:tab w:val="left" w:pos="1152"/>
              </w:tabs>
              <w:rPr>
                <w:sz w:val="26"/>
                <w:szCs w:val="26"/>
              </w:rPr>
            </w:pPr>
            <w:r w:rsidRPr="005B2B7C">
              <w:rPr>
                <w:sz w:val="26"/>
                <w:szCs w:val="26"/>
              </w:rPr>
              <w:t>- Chứng chỉ □</w:t>
            </w:r>
          </w:p>
          <w:p w14:paraId="220A098E" w14:textId="77777777" w:rsidR="00D464C4" w:rsidRPr="005B2B7C" w:rsidRDefault="00D464C4" w:rsidP="00D464C4">
            <w:pPr>
              <w:pStyle w:val="TableParagraph"/>
              <w:tabs>
                <w:tab w:val="left" w:pos="255"/>
                <w:tab w:val="left" w:pos="1152"/>
              </w:tabs>
              <w:rPr>
                <w:sz w:val="26"/>
                <w:szCs w:val="26"/>
              </w:rPr>
            </w:pPr>
            <w:r w:rsidRPr="005B2B7C">
              <w:rPr>
                <w:sz w:val="26"/>
                <w:szCs w:val="26"/>
              </w:rPr>
              <w:t>- Thẻ □</w:t>
            </w:r>
          </w:p>
          <w:p w14:paraId="761D4395" w14:textId="77777777" w:rsidR="00D464C4" w:rsidRPr="005B2B7C" w:rsidRDefault="00D464C4" w:rsidP="00D464C4">
            <w:pPr>
              <w:pStyle w:val="TableParagraph"/>
              <w:tabs>
                <w:tab w:val="left" w:pos="255"/>
                <w:tab w:val="left" w:pos="1152"/>
              </w:tabs>
              <w:rPr>
                <w:sz w:val="26"/>
                <w:szCs w:val="26"/>
              </w:rPr>
            </w:pPr>
            <w:r w:rsidRPr="005B2B7C">
              <w:rPr>
                <w:sz w:val="26"/>
                <w:szCs w:val="26"/>
              </w:rPr>
              <w:t>- Quyết định hành chính □</w:t>
            </w:r>
          </w:p>
          <w:p w14:paraId="5BB69168" w14:textId="77777777" w:rsidR="00D464C4" w:rsidRPr="005B2B7C" w:rsidRDefault="00D464C4" w:rsidP="00D464C4">
            <w:pPr>
              <w:pStyle w:val="TableParagraph"/>
              <w:tabs>
                <w:tab w:val="left" w:pos="255"/>
                <w:tab w:val="left" w:pos="1152"/>
              </w:tabs>
              <w:rPr>
                <w:sz w:val="26"/>
                <w:szCs w:val="26"/>
              </w:rPr>
            </w:pPr>
            <w:r w:rsidRPr="005B2B7C">
              <w:rPr>
                <w:sz w:val="26"/>
                <w:szCs w:val="26"/>
              </w:rPr>
              <w:t>- Văn bản xác nhận/chấp thuận □</w:t>
            </w:r>
          </w:p>
          <w:p w14:paraId="05F51A60" w14:textId="77777777" w:rsidR="00D464C4" w:rsidRPr="005B2B7C" w:rsidRDefault="00D464C4" w:rsidP="00D464C4">
            <w:pPr>
              <w:pStyle w:val="TableParagraph"/>
              <w:tabs>
                <w:tab w:val="left" w:pos="255"/>
                <w:tab w:val="left" w:pos="1152"/>
                <w:tab w:val="left" w:pos="4068"/>
              </w:tabs>
              <w:rPr>
                <w:sz w:val="26"/>
                <w:szCs w:val="26"/>
              </w:rPr>
            </w:pPr>
            <w:r w:rsidRPr="005B2B7C">
              <w:rPr>
                <w:sz w:val="26"/>
                <w:szCs w:val="26"/>
              </w:rPr>
              <w:t>- Loại khác: □ Đề nghị nêu rõ:…………………………………………………..</w:t>
            </w:r>
          </w:p>
          <w:p w14:paraId="27019551" w14:textId="77777777" w:rsidR="00D464C4" w:rsidRPr="005B2B7C" w:rsidRDefault="00D464C4" w:rsidP="00D464C4">
            <w:pPr>
              <w:pStyle w:val="TableParagraph"/>
              <w:tabs>
                <w:tab w:val="left" w:pos="1152"/>
                <w:tab w:val="left" w:pos="6096"/>
              </w:tabs>
              <w:rPr>
                <w:sz w:val="26"/>
                <w:szCs w:val="26"/>
              </w:rPr>
            </w:pPr>
            <w:r w:rsidRPr="005B2B7C">
              <w:rPr>
                <w:sz w:val="26"/>
                <w:szCs w:val="26"/>
              </w:rPr>
              <w:t>Kết quả thực hiện thủ tục hành chính: Bản giấy □ Bản điện tử X</w:t>
            </w:r>
          </w:p>
        </w:tc>
      </w:tr>
      <w:tr w:rsidR="00D464C4" w:rsidRPr="005B2B7C" w14:paraId="11A2F770" w14:textId="77777777" w:rsidTr="004909FF">
        <w:tc>
          <w:tcPr>
            <w:tcW w:w="973" w:type="pct"/>
          </w:tcPr>
          <w:p w14:paraId="1A6E9CA0" w14:textId="77777777" w:rsidR="00D464C4" w:rsidRPr="005B2B7C" w:rsidRDefault="00D464C4" w:rsidP="00D464C4">
            <w:pPr>
              <w:pStyle w:val="TableParagraph"/>
              <w:tabs>
                <w:tab w:val="left" w:pos="1152"/>
              </w:tabs>
              <w:jc w:val="both"/>
              <w:rPr>
                <w:sz w:val="26"/>
                <w:szCs w:val="26"/>
              </w:rPr>
            </w:pPr>
            <w:r w:rsidRPr="005B2B7C">
              <w:rPr>
                <w:sz w:val="26"/>
                <w:szCs w:val="26"/>
              </w:rPr>
              <w:t>b) Kết quả giải quyết thủ tục hành chính có được mẫu hóa phù hợp không?</w:t>
            </w:r>
          </w:p>
        </w:tc>
        <w:tc>
          <w:tcPr>
            <w:tcW w:w="4027" w:type="pct"/>
          </w:tcPr>
          <w:p w14:paraId="207B6871" w14:textId="77777777" w:rsidR="00D464C4" w:rsidRPr="005B2B7C" w:rsidRDefault="00D464C4" w:rsidP="00D464C4">
            <w:pPr>
              <w:pStyle w:val="TableParagraph"/>
              <w:tabs>
                <w:tab w:val="left" w:pos="1152"/>
                <w:tab w:val="left" w:pos="1228"/>
              </w:tabs>
              <w:rPr>
                <w:sz w:val="26"/>
                <w:szCs w:val="26"/>
              </w:rPr>
            </w:pPr>
            <w:r w:rsidRPr="005B2B7C">
              <w:rPr>
                <w:sz w:val="26"/>
                <w:szCs w:val="26"/>
              </w:rPr>
              <w:t>Có X       Không □</w:t>
            </w:r>
          </w:p>
          <w:p w14:paraId="39627804" w14:textId="77777777" w:rsidR="00D464C4" w:rsidRPr="005B2B7C" w:rsidRDefault="00D464C4" w:rsidP="00D464C4">
            <w:pPr>
              <w:pStyle w:val="TableParagraph"/>
              <w:tabs>
                <w:tab w:val="left" w:pos="1152"/>
              </w:tabs>
              <w:rPr>
                <w:sz w:val="26"/>
                <w:szCs w:val="26"/>
              </w:rPr>
            </w:pPr>
            <w:r w:rsidRPr="005B2B7C">
              <w:rPr>
                <w:sz w:val="26"/>
                <w:szCs w:val="26"/>
              </w:rPr>
              <w:t>Lý do:……………………………………………………………</w:t>
            </w:r>
          </w:p>
        </w:tc>
      </w:tr>
      <w:tr w:rsidR="00D464C4" w:rsidRPr="005B2B7C" w14:paraId="33B73B62" w14:textId="77777777" w:rsidTr="004909FF">
        <w:tc>
          <w:tcPr>
            <w:tcW w:w="973" w:type="pct"/>
          </w:tcPr>
          <w:p w14:paraId="33FB5031" w14:textId="77777777" w:rsidR="00D464C4" w:rsidRPr="005B2B7C" w:rsidRDefault="00D464C4" w:rsidP="00D464C4">
            <w:pPr>
              <w:pStyle w:val="TableParagraph"/>
              <w:tabs>
                <w:tab w:val="left" w:pos="1152"/>
              </w:tabs>
              <w:jc w:val="both"/>
              <w:rPr>
                <w:sz w:val="26"/>
                <w:szCs w:val="26"/>
              </w:rPr>
            </w:pPr>
            <w:r w:rsidRPr="005B2B7C">
              <w:rPr>
                <w:sz w:val="26"/>
                <w:szCs w:val="26"/>
              </w:rPr>
              <w:t xml:space="preserve">c) Quy định về thời hạn có giá trị hiệu lực của kết quả thực hiện thủ tục hành chính có hợp lý </w:t>
            </w:r>
            <w:r w:rsidRPr="005B2B7C">
              <w:rPr>
                <w:sz w:val="26"/>
                <w:szCs w:val="26"/>
              </w:rPr>
              <w:lastRenderedPageBreak/>
              <w:t>không (nếu có)?</w:t>
            </w:r>
          </w:p>
        </w:tc>
        <w:tc>
          <w:tcPr>
            <w:tcW w:w="4027" w:type="pct"/>
          </w:tcPr>
          <w:p w14:paraId="4B402CBC" w14:textId="77777777" w:rsidR="00D464C4" w:rsidRPr="005B2B7C" w:rsidRDefault="00D464C4" w:rsidP="00D464C4">
            <w:pPr>
              <w:pStyle w:val="TableParagraph"/>
              <w:tabs>
                <w:tab w:val="left" w:pos="1152"/>
                <w:tab w:val="left" w:pos="1293"/>
              </w:tabs>
              <w:rPr>
                <w:sz w:val="26"/>
                <w:szCs w:val="26"/>
              </w:rPr>
            </w:pPr>
            <w:r w:rsidRPr="005B2B7C">
              <w:rPr>
                <w:sz w:val="26"/>
                <w:szCs w:val="26"/>
              </w:rPr>
              <w:lastRenderedPageBreak/>
              <w:t>Có □       Không X</w:t>
            </w:r>
          </w:p>
          <w:p w14:paraId="78010654" w14:textId="77777777" w:rsidR="00D464C4" w:rsidRPr="005B2B7C" w:rsidRDefault="00D464C4" w:rsidP="00D464C4">
            <w:pPr>
              <w:pStyle w:val="TableParagraph"/>
              <w:tabs>
                <w:tab w:val="left" w:pos="1152"/>
                <w:tab w:val="left" w:leader="dot" w:pos="4154"/>
              </w:tabs>
              <w:rPr>
                <w:sz w:val="26"/>
                <w:szCs w:val="26"/>
              </w:rPr>
            </w:pPr>
            <w:r w:rsidRPr="005B2B7C">
              <w:rPr>
                <w:sz w:val="26"/>
                <w:szCs w:val="26"/>
              </w:rPr>
              <w:t>- Nếu Có, nêu thời hạn cụ thể tháng/ năm.</w:t>
            </w:r>
          </w:p>
          <w:p w14:paraId="5A5CC325" w14:textId="6AF6CA49" w:rsidR="00D464C4" w:rsidRPr="005B2B7C" w:rsidRDefault="00D464C4" w:rsidP="00D464C4">
            <w:pPr>
              <w:pStyle w:val="TableParagraph"/>
              <w:tabs>
                <w:tab w:val="left" w:pos="1152"/>
                <w:tab w:val="left" w:leader="dot" w:pos="4154"/>
              </w:tabs>
              <w:jc w:val="both"/>
              <w:rPr>
                <w:sz w:val="26"/>
                <w:szCs w:val="26"/>
              </w:rPr>
            </w:pPr>
            <w:r w:rsidRPr="005B2B7C">
              <w:rPr>
                <w:sz w:val="26"/>
                <w:szCs w:val="26"/>
              </w:rPr>
              <w:t>- Nếu Không, nêu rõ lý do: Giấy chứng nhận có hiệu lực kể từ ngày cấp, không quy định thời hạn; việc hủy bỏ hiệu lực thực hiện theo khoản 2 Điều 5 Quyết định số 12/2023/QĐ-TTg.</w:t>
            </w:r>
          </w:p>
        </w:tc>
      </w:tr>
      <w:tr w:rsidR="00D464C4" w:rsidRPr="005B2B7C" w14:paraId="2A6880C9" w14:textId="77777777" w:rsidTr="004909FF">
        <w:tc>
          <w:tcPr>
            <w:tcW w:w="973" w:type="pct"/>
          </w:tcPr>
          <w:p w14:paraId="176DE962" w14:textId="77777777" w:rsidR="00D464C4" w:rsidRPr="005B2B7C" w:rsidRDefault="00D464C4" w:rsidP="00D464C4">
            <w:pPr>
              <w:pStyle w:val="TableParagraph"/>
              <w:tabs>
                <w:tab w:val="left" w:pos="1152"/>
              </w:tabs>
              <w:jc w:val="both"/>
              <w:rPr>
                <w:sz w:val="26"/>
                <w:szCs w:val="26"/>
              </w:rPr>
            </w:pPr>
            <w:r w:rsidRPr="005B2B7C">
              <w:rPr>
                <w:sz w:val="26"/>
                <w:szCs w:val="26"/>
              </w:rPr>
              <w:t>d) Quy định về phạm vi có hiệu lực của kết quả thực hiện thủ tục hành chính có hợp lý không (nếu có)?</w:t>
            </w:r>
          </w:p>
        </w:tc>
        <w:tc>
          <w:tcPr>
            <w:tcW w:w="4027" w:type="pct"/>
          </w:tcPr>
          <w:p w14:paraId="6E9F12B7" w14:textId="77777777" w:rsidR="00D464C4" w:rsidRPr="005B2B7C" w:rsidRDefault="00D464C4" w:rsidP="00D464C4">
            <w:pPr>
              <w:pStyle w:val="TableParagraph"/>
              <w:tabs>
                <w:tab w:val="left" w:pos="1152"/>
                <w:tab w:val="left" w:pos="1965"/>
              </w:tabs>
              <w:rPr>
                <w:sz w:val="26"/>
                <w:szCs w:val="26"/>
              </w:rPr>
            </w:pPr>
            <w:r w:rsidRPr="005B2B7C">
              <w:rPr>
                <w:sz w:val="26"/>
                <w:szCs w:val="26"/>
              </w:rPr>
              <w:t>Toàn quốc X Địa phương □</w:t>
            </w:r>
          </w:p>
          <w:p w14:paraId="679DE692" w14:textId="77777777" w:rsidR="00D464C4" w:rsidRPr="005B2B7C" w:rsidRDefault="00D464C4" w:rsidP="00D464C4">
            <w:pPr>
              <w:pStyle w:val="TableParagraph"/>
              <w:tabs>
                <w:tab w:val="left" w:pos="1152"/>
              </w:tabs>
              <w:rPr>
                <w:sz w:val="26"/>
                <w:szCs w:val="26"/>
              </w:rPr>
            </w:pPr>
            <w:r w:rsidRPr="005B2B7C">
              <w:rPr>
                <w:sz w:val="26"/>
                <w:szCs w:val="26"/>
              </w:rPr>
              <w:t>Lý do:……………</w:t>
            </w:r>
          </w:p>
          <w:p w14:paraId="2FA3650D" w14:textId="77777777" w:rsidR="00D464C4" w:rsidRPr="005B2B7C" w:rsidRDefault="00D464C4" w:rsidP="00D464C4">
            <w:pPr>
              <w:pStyle w:val="TableParagraph"/>
              <w:tabs>
                <w:tab w:val="left" w:pos="1152"/>
              </w:tabs>
              <w:rPr>
                <w:sz w:val="26"/>
                <w:szCs w:val="26"/>
              </w:rPr>
            </w:pPr>
          </w:p>
        </w:tc>
      </w:tr>
      <w:tr w:rsidR="00D464C4" w:rsidRPr="005B2B7C" w14:paraId="4AD63C3C" w14:textId="77777777" w:rsidTr="004909FF">
        <w:tc>
          <w:tcPr>
            <w:tcW w:w="5000" w:type="pct"/>
            <w:gridSpan w:val="2"/>
          </w:tcPr>
          <w:p w14:paraId="0621696D" w14:textId="77777777" w:rsidR="00D464C4" w:rsidRPr="005B2B7C" w:rsidRDefault="00D464C4" w:rsidP="00D464C4">
            <w:pPr>
              <w:pStyle w:val="TableParagraph"/>
              <w:tabs>
                <w:tab w:val="left" w:pos="1152"/>
              </w:tabs>
              <w:rPr>
                <w:b/>
                <w:sz w:val="26"/>
                <w:szCs w:val="26"/>
                <w:lang w:val="sv-SE"/>
              </w:rPr>
            </w:pPr>
            <w:r w:rsidRPr="005B2B7C">
              <w:rPr>
                <w:b/>
                <w:sz w:val="26"/>
                <w:szCs w:val="26"/>
                <w:lang w:val="sv-SE"/>
              </w:rPr>
              <w:t>IV. THÔNG TIN LIÊN HỆ</w:t>
            </w:r>
          </w:p>
        </w:tc>
      </w:tr>
      <w:tr w:rsidR="00D464C4" w:rsidRPr="005B2B7C" w14:paraId="5E5891F3" w14:textId="77777777" w:rsidTr="004909FF">
        <w:tc>
          <w:tcPr>
            <w:tcW w:w="5000" w:type="pct"/>
            <w:gridSpan w:val="2"/>
          </w:tcPr>
          <w:p w14:paraId="17D1A822" w14:textId="77777777" w:rsidR="00D464C4" w:rsidRPr="005B2B7C" w:rsidRDefault="00D464C4" w:rsidP="00D464C4">
            <w:pPr>
              <w:pStyle w:val="TableParagraph"/>
              <w:tabs>
                <w:tab w:val="left" w:pos="1152"/>
              </w:tabs>
              <w:rPr>
                <w:sz w:val="26"/>
                <w:szCs w:val="26"/>
                <w:lang w:val="sv-SE"/>
              </w:rPr>
            </w:pPr>
            <w:r w:rsidRPr="005B2B7C">
              <w:rPr>
                <w:sz w:val="26"/>
                <w:szCs w:val="26"/>
                <w:lang w:val="sv-SE"/>
              </w:rPr>
              <w:t>Họ và tên người điền: Vũ Kim Hùng</w:t>
            </w:r>
          </w:p>
          <w:p w14:paraId="612BEE20" w14:textId="77777777" w:rsidR="00D464C4" w:rsidRPr="005B2B7C" w:rsidRDefault="00D464C4" w:rsidP="00D464C4">
            <w:pPr>
              <w:pStyle w:val="TableParagraph"/>
              <w:tabs>
                <w:tab w:val="left" w:pos="1152"/>
              </w:tabs>
              <w:rPr>
                <w:sz w:val="26"/>
                <w:szCs w:val="26"/>
                <w:lang w:val="sv-SE"/>
              </w:rPr>
            </w:pPr>
            <w:r w:rsidRPr="005B2B7C">
              <w:rPr>
                <w:sz w:val="26"/>
                <w:szCs w:val="26"/>
                <w:lang w:val="sv-SE"/>
              </w:rPr>
              <w:t>Điện thoại cố định: ……………………...…; Di động: 0946656939</w:t>
            </w:r>
          </w:p>
          <w:p w14:paraId="6D5B304B" w14:textId="77777777" w:rsidR="00D464C4" w:rsidRPr="005B2B7C" w:rsidRDefault="00D464C4" w:rsidP="00D464C4">
            <w:pPr>
              <w:pStyle w:val="TableParagraph"/>
              <w:tabs>
                <w:tab w:val="left" w:pos="1152"/>
              </w:tabs>
              <w:rPr>
                <w:sz w:val="26"/>
                <w:szCs w:val="26"/>
              </w:rPr>
            </w:pPr>
            <w:r w:rsidRPr="005B2B7C">
              <w:rPr>
                <w:sz w:val="26"/>
                <w:szCs w:val="26"/>
              </w:rPr>
              <w:t>E-mail: vkhung@mst.gov.vn</w:t>
            </w:r>
          </w:p>
        </w:tc>
      </w:tr>
    </w:tbl>
    <w:p w14:paraId="2E794A8D" w14:textId="731DEDD3" w:rsidR="00F42E2B" w:rsidRPr="005B2B7C" w:rsidRDefault="00F42E2B">
      <w:pPr>
        <w:spacing w:after="200"/>
        <w:rPr>
          <w:lang w:val="nl-NL"/>
        </w:rPr>
      </w:pPr>
      <w:r w:rsidRPr="005B2B7C">
        <w:rPr>
          <w:lang w:val="nl-NL"/>
        </w:rPr>
        <w:br w:type="page"/>
      </w:r>
    </w:p>
    <w:p w14:paraId="5E39A8DE" w14:textId="0B5411FB" w:rsidR="00F42E2B" w:rsidRPr="005B2B7C" w:rsidRDefault="00F42E2B" w:rsidP="0052199E">
      <w:pPr>
        <w:jc w:val="both"/>
        <w:rPr>
          <w:rFonts w:cs="Times New Roman"/>
          <w:b/>
          <w:szCs w:val="28"/>
          <w:lang w:val="nl-NL"/>
        </w:rPr>
      </w:pPr>
      <w:r w:rsidRPr="005B2B7C">
        <w:rPr>
          <w:rFonts w:cs="Times New Roman"/>
          <w:b/>
          <w:szCs w:val="28"/>
          <w:lang w:val="nl-NL"/>
        </w:rPr>
        <w:lastRenderedPageBreak/>
        <w:t xml:space="preserve">THỦ TỤC HÀNH CHÍNH 3: </w:t>
      </w:r>
      <w:bookmarkStart w:id="5" w:name="_Hlk242285366"/>
      <w:r w:rsidRPr="005B2B7C">
        <w:rPr>
          <w:rFonts w:cs="Times New Roman"/>
          <w:b/>
          <w:szCs w:val="28"/>
          <w:lang w:val="nl-NL"/>
        </w:rPr>
        <w:t>Thủ tục cấp lại Giấy chứng nhận chuyển giao công nghệ khuyến khích chuyển giao (mã TTHC: 2.002548)</w:t>
      </w:r>
      <w:bookmarkEnd w:id="5"/>
    </w:p>
    <w:tbl>
      <w:tblPr>
        <w:tblStyle w:val="TableGrid"/>
        <w:tblW w:w="14742" w:type="dxa"/>
        <w:tblInd w:w="108" w:type="dxa"/>
        <w:tblLook w:val="04A0" w:firstRow="1" w:lastRow="0" w:firstColumn="1" w:lastColumn="0" w:noHBand="0" w:noVBand="1"/>
      </w:tblPr>
      <w:tblGrid>
        <w:gridCol w:w="2410"/>
        <w:gridCol w:w="12332"/>
      </w:tblGrid>
      <w:tr w:rsidR="007E0432" w:rsidRPr="005B2B7C" w14:paraId="5175C59D" w14:textId="77777777" w:rsidTr="00A57531">
        <w:tc>
          <w:tcPr>
            <w:tcW w:w="14742" w:type="dxa"/>
            <w:gridSpan w:val="2"/>
          </w:tcPr>
          <w:p w14:paraId="326B179E" w14:textId="77777777" w:rsidR="007E0432" w:rsidRPr="005B2B7C" w:rsidRDefault="007E0432" w:rsidP="00A57531">
            <w:pPr>
              <w:spacing w:after="60"/>
              <w:rPr>
                <w:sz w:val="26"/>
                <w:szCs w:val="26"/>
                <w:lang w:val="nl-NL"/>
              </w:rPr>
            </w:pPr>
            <w:r w:rsidRPr="005B2B7C">
              <w:rPr>
                <w:b/>
                <w:sz w:val="26"/>
                <w:szCs w:val="26"/>
                <w:lang w:val="nl-NL"/>
              </w:rPr>
              <w:t xml:space="preserve">I. CĂN CỨ PHÁP LÝ </w:t>
            </w:r>
          </w:p>
        </w:tc>
      </w:tr>
      <w:tr w:rsidR="007E0432" w:rsidRPr="005B2B7C" w14:paraId="6EA1A155" w14:textId="77777777" w:rsidTr="00A57531">
        <w:trPr>
          <w:trHeight w:val="429"/>
        </w:trPr>
        <w:tc>
          <w:tcPr>
            <w:tcW w:w="2410" w:type="dxa"/>
            <w:vMerge w:val="restart"/>
          </w:tcPr>
          <w:p w14:paraId="2E2B013C" w14:textId="77777777" w:rsidR="007E0432" w:rsidRPr="005B2B7C" w:rsidRDefault="007E0432" w:rsidP="00A57531">
            <w:pPr>
              <w:spacing w:after="60"/>
              <w:jc w:val="both"/>
              <w:rPr>
                <w:sz w:val="26"/>
                <w:szCs w:val="26"/>
                <w:lang w:val="nl-NL"/>
              </w:rPr>
            </w:pPr>
            <w:r w:rsidRPr="005B2B7C">
              <w:rPr>
                <w:i/>
                <w:sz w:val="26"/>
                <w:szCs w:val="26"/>
                <w:lang w:val="nl-NL"/>
              </w:rPr>
              <w:t>(Nêu rõ điều, khoản, điểm và tên văn đang quy định thủ tục hành chính được sửa đổi, bổ sung)</w:t>
            </w:r>
          </w:p>
        </w:tc>
        <w:tc>
          <w:tcPr>
            <w:tcW w:w="12332" w:type="dxa"/>
          </w:tcPr>
          <w:p w14:paraId="42DB3589" w14:textId="77777777" w:rsidR="007E0432" w:rsidRPr="005B2B7C" w:rsidRDefault="007E0432" w:rsidP="00A57531">
            <w:pPr>
              <w:spacing w:after="60"/>
              <w:rPr>
                <w:sz w:val="26"/>
                <w:szCs w:val="26"/>
                <w:lang w:val="nl-NL"/>
              </w:rPr>
            </w:pPr>
            <w:r w:rsidRPr="005B2B7C">
              <w:rPr>
                <w:sz w:val="26"/>
                <w:szCs w:val="26"/>
                <w:lang w:val="nl-NL"/>
              </w:rPr>
              <w:t>1. Khoản 7 Điều 19, Điều 21 Nghị định số 96/2026/NĐ-CP ngày 31/3/2026 của Chính phủ.</w:t>
            </w:r>
          </w:p>
        </w:tc>
      </w:tr>
      <w:tr w:rsidR="007E0432" w:rsidRPr="005B2B7C" w14:paraId="64E4D512" w14:textId="77777777" w:rsidTr="00A57531">
        <w:tc>
          <w:tcPr>
            <w:tcW w:w="2410" w:type="dxa"/>
            <w:vMerge/>
          </w:tcPr>
          <w:p w14:paraId="49B72E8B" w14:textId="77777777" w:rsidR="007E0432" w:rsidRPr="005B2B7C" w:rsidRDefault="007E0432" w:rsidP="00A57531">
            <w:pPr>
              <w:spacing w:after="60"/>
              <w:rPr>
                <w:sz w:val="26"/>
                <w:szCs w:val="26"/>
                <w:lang w:val="nl-NL"/>
              </w:rPr>
            </w:pPr>
          </w:p>
        </w:tc>
        <w:tc>
          <w:tcPr>
            <w:tcW w:w="12332" w:type="dxa"/>
          </w:tcPr>
          <w:p w14:paraId="13815D4B" w14:textId="18BB3F65" w:rsidR="007E0432" w:rsidRPr="005B2B7C" w:rsidRDefault="007E0432" w:rsidP="00A57531">
            <w:pPr>
              <w:spacing w:after="60"/>
              <w:rPr>
                <w:sz w:val="26"/>
                <w:szCs w:val="26"/>
                <w:lang w:val="nl-NL"/>
              </w:rPr>
            </w:pPr>
            <w:r w:rsidRPr="005B2B7C">
              <w:rPr>
                <w:sz w:val="26"/>
                <w:szCs w:val="26"/>
                <w:lang w:val="nl-NL"/>
              </w:rPr>
              <w:t xml:space="preserve">2. Điều 2, Điều 3, Điều 4, Điều 6, Điều 7 Quyết định số 12/2023/QĐ-TTg ngày 15/5/2023 của Thủ tướng Chính phủ (đã được sửa đổi, bổ sung bởi Điều 3 Quyết định số 02/2026/QĐ-TTg ngày 08/01/2026 của Thủ tướng Chính phủ) </w:t>
            </w:r>
          </w:p>
        </w:tc>
      </w:tr>
      <w:tr w:rsidR="007E0432" w:rsidRPr="005B2B7C" w14:paraId="7306BE38" w14:textId="77777777" w:rsidTr="00A57531">
        <w:trPr>
          <w:trHeight w:val="728"/>
        </w:trPr>
        <w:tc>
          <w:tcPr>
            <w:tcW w:w="2410" w:type="dxa"/>
            <w:vMerge/>
          </w:tcPr>
          <w:p w14:paraId="39CEF0AD" w14:textId="77777777" w:rsidR="007E0432" w:rsidRPr="005B2B7C" w:rsidRDefault="007E0432" w:rsidP="00A57531">
            <w:pPr>
              <w:spacing w:after="60"/>
              <w:rPr>
                <w:sz w:val="26"/>
                <w:szCs w:val="26"/>
                <w:lang w:val="nl-NL"/>
              </w:rPr>
            </w:pPr>
          </w:p>
        </w:tc>
        <w:tc>
          <w:tcPr>
            <w:tcW w:w="12332" w:type="dxa"/>
          </w:tcPr>
          <w:p w14:paraId="52F3EE38" w14:textId="77777777" w:rsidR="007E0432" w:rsidRPr="005B2B7C" w:rsidRDefault="007E0432" w:rsidP="00A57531">
            <w:pPr>
              <w:spacing w:after="60"/>
              <w:rPr>
                <w:sz w:val="26"/>
                <w:szCs w:val="26"/>
                <w:lang w:val="nl-NL"/>
              </w:rPr>
            </w:pPr>
            <w:r w:rsidRPr="005B2B7C">
              <w:rPr>
                <w:sz w:val="26"/>
                <w:szCs w:val="26"/>
                <w:lang w:val="nl-NL"/>
              </w:rPr>
              <w:t>3. Mục III Phần E Phụ lục I và số thứ tự 2 Mục II Phụ lục III Nghị quyết số 20/2026/NQ-CP ngày 29/4/2026 của Chính phủ.</w:t>
            </w:r>
          </w:p>
        </w:tc>
      </w:tr>
      <w:tr w:rsidR="007E0432" w:rsidRPr="005B2B7C" w14:paraId="2C0B2620" w14:textId="77777777" w:rsidTr="00A57531">
        <w:tc>
          <w:tcPr>
            <w:tcW w:w="14742" w:type="dxa"/>
            <w:gridSpan w:val="2"/>
          </w:tcPr>
          <w:p w14:paraId="64BC6F6A" w14:textId="77777777" w:rsidR="007E0432" w:rsidRPr="005B2B7C" w:rsidRDefault="007E0432" w:rsidP="00A57531">
            <w:pPr>
              <w:spacing w:after="60"/>
              <w:jc w:val="both"/>
              <w:rPr>
                <w:sz w:val="26"/>
                <w:szCs w:val="26"/>
                <w:lang w:val="nl-NL"/>
              </w:rPr>
            </w:pPr>
            <w:r w:rsidRPr="005B2B7C">
              <w:rPr>
                <w:b/>
                <w:sz w:val="26"/>
                <w:szCs w:val="26"/>
                <w:lang w:val="nl-NL"/>
              </w:rPr>
              <w:t xml:space="preserve">II. ĐÁNH GIÁ TÍNH HỢP HIẾN, HỢP PHÁP CỦA THỦ TỤC HÀNH CHÍNH </w:t>
            </w:r>
          </w:p>
        </w:tc>
      </w:tr>
      <w:tr w:rsidR="007E0432" w:rsidRPr="005B2B7C" w14:paraId="57286588" w14:textId="77777777" w:rsidTr="00A57531">
        <w:tc>
          <w:tcPr>
            <w:tcW w:w="2410" w:type="dxa"/>
          </w:tcPr>
          <w:p w14:paraId="42C273B0" w14:textId="77777777" w:rsidR="007E0432" w:rsidRPr="005B2B7C" w:rsidRDefault="007E0432" w:rsidP="00A57531">
            <w:pPr>
              <w:spacing w:after="60"/>
              <w:rPr>
                <w:sz w:val="26"/>
                <w:szCs w:val="26"/>
                <w:lang w:val="nl-NL"/>
              </w:rPr>
            </w:pPr>
            <w:r w:rsidRPr="005B2B7C">
              <w:rPr>
                <w:sz w:val="26"/>
                <w:szCs w:val="26"/>
                <w:lang w:val="nl-NL"/>
              </w:rPr>
              <w:t>1. Có phù hợp với Hiến pháp không?</w:t>
            </w:r>
          </w:p>
        </w:tc>
        <w:tc>
          <w:tcPr>
            <w:tcW w:w="12332" w:type="dxa"/>
          </w:tcPr>
          <w:p w14:paraId="38DD0D84" w14:textId="77777777" w:rsidR="007E0432" w:rsidRPr="005B2B7C" w:rsidRDefault="007E0432" w:rsidP="00A57531">
            <w:pPr>
              <w:spacing w:after="60"/>
              <w:rPr>
                <w:sz w:val="26"/>
                <w:szCs w:val="26"/>
                <w:lang w:val="nl-NL"/>
              </w:rPr>
            </w:pPr>
            <w:r w:rsidRPr="005B2B7C">
              <w:rPr>
                <w:sz w:val="26"/>
                <w:szCs w:val="26"/>
                <w:lang w:val="nl-NL"/>
              </w:rPr>
              <w:t>Có ☑        Không ☐</w:t>
            </w:r>
          </w:p>
          <w:p w14:paraId="135C4DFC" w14:textId="171CFE79" w:rsidR="007E0432" w:rsidRPr="005B2B7C" w:rsidRDefault="007E0432" w:rsidP="00A57531">
            <w:pPr>
              <w:spacing w:after="60"/>
              <w:jc w:val="both"/>
              <w:rPr>
                <w:sz w:val="26"/>
                <w:szCs w:val="26"/>
                <w:lang w:val="nl-NL"/>
              </w:rPr>
            </w:pPr>
            <w:r w:rsidRPr="005B2B7C">
              <w:rPr>
                <w:sz w:val="26"/>
                <w:szCs w:val="26"/>
                <w:lang w:val="nl-NL"/>
              </w:rPr>
              <w:t>Nêu rõ lý do: Tên TTHC không thay đổi, phản ánh đúng nội dung của thủ tục: “</w:t>
            </w:r>
            <w:r w:rsidR="00AB75C7" w:rsidRPr="005B2B7C">
              <w:rPr>
                <w:rFonts w:cs="Times New Roman"/>
                <w:bCs/>
                <w:szCs w:val="28"/>
                <w:lang w:val="nl-NL"/>
              </w:rPr>
              <w:t>cấp lại Giấy chứng nhận chuyển giao công nghệ khuyến khích chuyển giao</w:t>
            </w:r>
            <w:r w:rsidRPr="005B2B7C">
              <w:rPr>
                <w:sz w:val="26"/>
                <w:szCs w:val="26"/>
                <w:lang w:val="nl-NL"/>
              </w:rPr>
              <w:t>”.</w:t>
            </w:r>
          </w:p>
        </w:tc>
      </w:tr>
      <w:tr w:rsidR="007E0432" w:rsidRPr="005B2B7C" w14:paraId="2E30100C" w14:textId="77777777" w:rsidTr="00A57531">
        <w:tc>
          <w:tcPr>
            <w:tcW w:w="2410" w:type="dxa"/>
          </w:tcPr>
          <w:p w14:paraId="43CBF9F5" w14:textId="77777777" w:rsidR="007E0432" w:rsidRPr="005B2B7C" w:rsidRDefault="007E0432" w:rsidP="00A57531">
            <w:pPr>
              <w:spacing w:after="60"/>
              <w:jc w:val="both"/>
              <w:rPr>
                <w:sz w:val="26"/>
                <w:szCs w:val="26"/>
                <w:lang w:val="nl-NL"/>
              </w:rPr>
            </w:pPr>
            <w:r w:rsidRPr="005B2B7C">
              <w:rPr>
                <w:sz w:val="26"/>
                <w:szCs w:val="26"/>
                <w:lang w:val="nl-NL"/>
              </w:rPr>
              <w:t>2. Có mâu thuẫn, chồng chéo hoặc không phù hợp, thống nhất với quy định tại các văn bản khác, điều ước quốc tế có liên quan mà nước Cộng hòa xã hội chủ nghĩa Việt Nam là thành viên không?</w:t>
            </w:r>
          </w:p>
        </w:tc>
        <w:tc>
          <w:tcPr>
            <w:tcW w:w="12332" w:type="dxa"/>
          </w:tcPr>
          <w:p w14:paraId="034106E5" w14:textId="77777777" w:rsidR="007E0432" w:rsidRPr="005B2B7C" w:rsidRDefault="007E0432" w:rsidP="00A57531">
            <w:pPr>
              <w:pStyle w:val="TableParagraph"/>
              <w:tabs>
                <w:tab w:val="left" w:pos="1152"/>
                <w:tab w:val="left" w:pos="5169"/>
                <w:tab w:val="left" w:pos="6682"/>
              </w:tabs>
              <w:rPr>
                <w:sz w:val="26"/>
                <w:szCs w:val="26"/>
                <w:lang w:val="nl-NL"/>
              </w:rPr>
            </w:pPr>
            <w:r w:rsidRPr="005B2B7C">
              <w:rPr>
                <w:sz w:val="26"/>
                <w:szCs w:val="26"/>
                <w:lang w:val="nl-NL"/>
              </w:rPr>
              <w:t xml:space="preserve">- Với văn bản của cơ quan nhà nước cấp trên: Có □       Không </w:t>
            </w:r>
            <w:r w:rsidRPr="005B2B7C">
              <w:rPr>
                <w:b/>
                <w:bCs/>
                <w:sz w:val="26"/>
                <w:szCs w:val="26"/>
                <w:lang w:val="nl-NL"/>
              </w:rPr>
              <w:t>X</w:t>
            </w:r>
          </w:p>
          <w:p w14:paraId="70B23F54" w14:textId="77777777" w:rsidR="007E0432" w:rsidRPr="005B2B7C" w:rsidRDefault="007E0432" w:rsidP="00A57531">
            <w:pPr>
              <w:pStyle w:val="TableParagraph"/>
              <w:tabs>
                <w:tab w:val="left" w:pos="1152"/>
                <w:tab w:val="left" w:pos="5169"/>
                <w:tab w:val="left" w:pos="6682"/>
              </w:tabs>
              <w:rPr>
                <w:sz w:val="26"/>
                <w:szCs w:val="26"/>
                <w:lang w:val="nl-NL"/>
              </w:rPr>
            </w:pPr>
            <w:r w:rsidRPr="005B2B7C">
              <w:rPr>
                <w:sz w:val="26"/>
                <w:szCs w:val="26"/>
                <w:lang w:val="nl-NL"/>
              </w:rPr>
              <w:t>Nếu Có, đề nghị nêu rõ:</w:t>
            </w:r>
          </w:p>
          <w:p w14:paraId="013465F2" w14:textId="77777777" w:rsidR="007E0432" w:rsidRPr="005B2B7C" w:rsidRDefault="007E0432" w:rsidP="00A57531">
            <w:pPr>
              <w:pStyle w:val="TableParagraph"/>
              <w:tabs>
                <w:tab w:val="left" w:pos="1152"/>
              </w:tabs>
              <w:rPr>
                <w:sz w:val="26"/>
                <w:szCs w:val="26"/>
                <w:lang w:val="nl-NL"/>
              </w:rPr>
            </w:pPr>
            <w:r w:rsidRPr="005B2B7C">
              <w:rPr>
                <w:sz w:val="26"/>
                <w:szCs w:val="26"/>
                <w:lang w:val="nl-NL"/>
              </w:rPr>
              <w:t>+ Tên bộ phận tạo thành: …………………………………………………………………</w:t>
            </w:r>
          </w:p>
          <w:p w14:paraId="523792A9" w14:textId="77777777" w:rsidR="007E0432" w:rsidRPr="005B2B7C" w:rsidRDefault="007E0432" w:rsidP="00A57531">
            <w:pPr>
              <w:pStyle w:val="TableParagraph"/>
              <w:tabs>
                <w:tab w:val="left" w:pos="1152"/>
              </w:tabs>
              <w:rPr>
                <w:sz w:val="26"/>
                <w:szCs w:val="26"/>
                <w:lang w:val="nl-NL"/>
              </w:rPr>
            </w:pPr>
            <w:r w:rsidRPr="005B2B7C">
              <w:rPr>
                <w:sz w:val="26"/>
                <w:szCs w:val="26"/>
                <w:lang w:val="nl-NL"/>
              </w:rPr>
              <w:t>+ Nêu rõ điều, khoản, tên văn bản tương ứng:……………………………………………………</w:t>
            </w:r>
          </w:p>
          <w:p w14:paraId="39023B82" w14:textId="77777777" w:rsidR="007E0432" w:rsidRPr="005B2B7C" w:rsidRDefault="007E0432" w:rsidP="00A57531">
            <w:pPr>
              <w:pStyle w:val="TableParagraph"/>
              <w:tabs>
                <w:tab w:val="left" w:pos="1152"/>
              </w:tabs>
              <w:rPr>
                <w:sz w:val="26"/>
                <w:szCs w:val="26"/>
                <w:lang w:val="nl-NL"/>
              </w:rPr>
            </w:pPr>
            <w:r w:rsidRPr="005B2B7C">
              <w:rPr>
                <w:sz w:val="26"/>
                <w:szCs w:val="26"/>
                <w:lang w:val="nl-NL"/>
              </w:rPr>
              <w:t>+ Đề xuất cách thức giải quyết để đảm bảo tính thống nhất, đồng bộ của hệ thống pháp luật hoặc lý do vẫn quy định như tại dự thảo ……………………………</w:t>
            </w:r>
          </w:p>
          <w:p w14:paraId="25B1AE90" w14:textId="77777777" w:rsidR="007E0432" w:rsidRPr="005B2B7C" w:rsidRDefault="007E0432" w:rsidP="00A57531">
            <w:pPr>
              <w:pStyle w:val="TableParagraph"/>
              <w:tabs>
                <w:tab w:val="left" w:pos="255"/>
                <w:tab w:val="left" w:pos="1152"/>
                <w:tab w:val="left" w:pos="3800"/>
                <w:tab w:val="left" w:pos="5316"/>
              </w:tabs>
              <w:rPr>
                <w:sz w:val="26"/>
                <w:szCs w:val="26"/>
                <w:lang w:val="nl-NL"/>
              </w:rPr>
            </w:pPr>
            <w:r w:rsidRPr="005B2B7C">
              <w:rPr>
                <w:sz w:val="26"/>
                <w:szCs w:val="26"/>
                <w:lang w:val="nl-NL"/>
              </w:rPr>
              <w:t xml:space="preserve">- Với văn bản của cơ quan khác: Có □       Không </w:t>
            </w:r>
            <w:r w:rsidRPr="005B2B7C">
              <w:rPr>
                <w:b/>
                <w:bCs/>
                <w:sz w:val="26"/>
                <w:szCs w:val="26"/>
                <w:lang w:val="nl-NL"/>
              </w:rPr>
              <w:t>X</w:t>
            </w:r>
          </w:p>
          <w:p w14:paraId="2C8296F7" w14:textId="77777777" w:rsidR="007E0432" w:rsidRPr="005B2B7C" w:rsidRDefault="007E0432" w:rsidP="00A57531">
            <w:pPr>
              <w:pStyle w:val="TableParagraph"/>
              <w:tabs>
                <w:tab w:val="left" w:pos="255"/>
                <w:tab w:val="left" w:pos="1152"/>
                <w:tab w:val="left" w:pos="3800"/>
                <w:tab w:val="left" w:pos="5316"/>
              </w:tabs>
              <w:rPr>
                <w:sz w:val="26"/>
                <w:szCs w:val="26"/>
                <w:lang w:val="nl-NL"/>
              </w:rPr>
            </w:pPr>
            <w:r w:rsidRPr="005B2B7C">
              <w:rPr>
                <w:sz w:val="26"/>
                <w:szCs w:val="26"/>
                <w:lang w:val="nl-NL"/>
              </w:rPr>
              <w:t>Nếu Có, đề nghị nêu rõ:</w:t>
            </w:r>
          </w:p>
          <w:p w14:paraId="28E6549A" w14:textId="77777777" w:rsidR="007E0432" w:rsidRPr="005B2B7C" w:rsidRDefault="007E0432" w:rsidP="00A57531">
            <w:pPr>
              <w:pStyle w:val="TableParagraph"/>
              <w:tabs>
                <w:tab w:val="left" w:pos="1152"/>
              </w:tabs>
              <w:rPr>
                <w:sz w:val="26"/>
                <w:szCs w:val="26"/>
                <w:lang w:val="nl-NL"/>
              </w:rPr>
            </w:pPr>
            <w:r w:rsidRPr="005B2B7C">
              <w:rPr>
                <w:sz w:val="26"/>
                <w:szCs w:val="26"/>
                <w:lang w:val="nl-NL"/>
              </w:rPr>
              <w:t>+ Tên bộ phận tạo thành: ………………………</w:t>
            </w:r>
          </w:p>
          <w:p w14:paraId="27486DBD" w14:textId="77777777" w:rsidR="007E0432" w:rsidRPr="005B2B7C" w:rsidRDefault="007E0432" w:rsidP="00A57531">
            <w:pPr>
              <w:pStyle w:val="TableParagraph"/>
              <w:tabs>
                <w:tab w:val="left" w:pos="1152"/>
              </w:tabs>
              <w:rPr>
                <w:sz w:val="26"/>
                <w:szCs w:val="26"/>
                <w:lang w:val="nl-NL"/>
              </w:rPr>
            </w:pPr>
            <w:r w:rsidRPr="005B2B7C">
              <w:rPr>
                <w:sz w:val="26"/>
                <w:szCs w:val="26"/>
                <w:lang w:val="nl-NL"/>
              </w:rPr>
              <w:t>+ Nêu rõ điều, khoản, tên văn bản tương ứng: ……………</w:t>
            </w:r>
          </w:p>
          <w:p w14:paraId="20A6C4AD" w14:textId="77777777" w:rsidR="007E0432" w:rsidRPr="005B2B7C" w:rsidRDefault="007E0432" w:rsidP="00A57531">
            <w:pPr>
              <w:pStyle w:val="TableParagraph"/>
              <w:tabs>
                <w:tab w:val="left" w:pos="1152"/>
              </w:tabs>
              <w:rPr>
                <w:sz w:val="26"/>
                <w:szCs w:val="26"/>
                <w:lang w:val="nl-NL"/>
              </w:rPr>
            </w:pPr>
            <w:r w:rsidRPr="005B2B7C">
              <w:rPr>
                <w:sz w:val="26"/>
                <w:szCs w:val="26"/>
                <w:lang w:val="nl-NL"/>
              </w:rPr>
              <w:t>+ Đề xuất cách thức giải quyết để đảm bảo tính thống nhất, đồng bộ của hệ thống pháp luật hoặc lý do vẫn quy định như tại dự thảo ………………………………………</w:t>
            </w:r>
          </w:p>
          <w:p w14:paraId="38D3F298" w14:textId="77777777" w:rsidR="007E0432" w:rsidRPr="005B2B7C" w:rsidRDefault="007E0432" w:rsidP="00A57531">
            <w:pPr>
              <w:pStyle w:val="TableParagraph"/>
              <w:tabs>
                <w:tab w:val="left" w:pos="284"/>
                <w:tab w:val="left" w:pos="1034"/>
                <w:tab w:val="left" w:pos="1152"/>
              </w:tabs>
              <w:rPr>
                <w:sz w:val="26"/>
                <w:szCs w:val="26"/>
                <w:lang w:val="nl-NL"/>
              </w:rPr>
            </w:pPr>
            <w:r w:rsidRPr="005B2B7C">
              <w:rPr>
                <w:sz w:val="26"/>
                <w:szCs w:val="26"/>
                <w:lang w:val="nl-NL"/>
              </w:rPr>
              <w:t xml:space="preserve">- Với điều ước quốc tế có liên quan mà nước Cộng hòa xã hội chủ nghĩa Việt Nam là thành viên: Có □     Không </w:t>
            </w:r>
            <w:r w:rsidRPr="005B2B7C">
              <w:rPr>
                <w:b/>
                <w:bCs/>
                <w:sz w:val="26"/>
                <w:szCs w:val="26"/>
                <w:lang w:val="nl-NL"/>
              </w:rPr>
              <w:t>X</w:t>
            </w:r>
          </w:p>
          <w:p w14:paraId="360E9194" w14:textId="77777777" w:rsidR="007E0432" w:rsidRPr="005B2B7C" w:rsidRDefault="007E0432" w:rsidP="00A57531">
            <w:pPr>
              <w:pStyle w:val="TableParagraph"/>
              <w:tabs>
                <w:tab w:val="left" w:pos="284"/>
                <w:tab w:val="left" w:pos="1034"/>
                <w:tab w:val="left" w:pos="1152"/>
              </w:tabs>
              <w:rPr>
                <w:sz w:val="26"/>
                <w:szCs w:val="26"/>
                <w:lang w:val="nl-NL"/>
              </w:rPr>
            </w:pPr>
            <w:r w:rsidRPr="005B2B7C">
              <w:rPr>
                <w:sz w:val="26"/>
                <w:szCs w:val="26"/>
                <w:lang w:val="nl-NL"/>
              </w:rPr>
              <w:t>Nếu Có, đề nghị nêu rõ:</w:t>
            </w:r>
          </w:p>
          <w:p w14:paraId="67F3A4DE" w14:textId="77777777" w:rsidR="007E0432" w:rsidRPr="005B2B7C" w:rsidRDefault="007E0432" w:rsidP="00A57531">
            <w:pPr>
              <w:pStyle w:val="TableParagraph"/>
              <w:tabs>
                <w:tab w:val="left" w:pos="1152"/>
              </w:tabs>
              <w:rPr>
                <w:sz w:val="26"/>
                <w:szCs w:val="26"/>
                <w:lang w:val="nl-NL"/>
              </w:rPr>
            </w:pPr>
            <w:r w:rsidRPr="005B2B7C">
              <w:rPr>
                <w:sz w:val="26"/>
                <w:szCs w:val="26"/>
                <w:lang w:val="nl-NL"/>
              </w:rPr>
              <w:lastRenderedPageBreak/>
              <w:t>+ Tên bộ phận tạo thành: ……………………………………………</w:t>
            </w:r>
          </w:p>
          <w:p w14:paraId="0908CB24" w14:textId="77777777" w:rsidR="007E0432" w:rsidRPr="005B2B7C" w:rsidRDefault="007E0432" w:rsidP="00A57531">
            <w:pPr>
              <w:pStyle w:val="TableParagraph"/>
              <w:tabs>
                <w:tab w:val="left" w:pos="1152"/>
              </w:tabs>
              <w:rPr>
                <w:sz w:val="26"/>
                <w:szCs w:val="26"/>
                <w:lang w:val="nl-NL"/>
              </w:rPr>
            </w:pPr>
            <w:r w:rsidRPr="005B2B7C">
              <w:rPr>
                <w:sz w:val="26"/>
                <w:szCs w:val="26"/>
                <w:lang w:val="nl-NL"/>
              </w:rPr>
              <w:t>+ Nêu rõ điều, khoản, điều ước quốc tế tương ứng: ……………………………………………</w:t>
            </w:r>
          </w:p>
          <w:p w14:paraId="3165EC89" w14:textId="77777777" w:rsidR="007E0432" w:rsidRPr="005B2B7C" w:rsidRDefault="007E0432" w:rsidP="00A57531">
            <w:pPr>
              <w:spacing w:after="60"/>
              <w:rPr>
                <w:sz w:val="26"/>
                <w:szCs w:val="26"/>
                <w:lang w:val="nl-NL"/>
              </w:rPr>
            </w:pPr>
            <w:r w:rsidRPr="005B2B7C">
              <w:rPr>
                <w:sz w:val="26"/>
                <w:szCs w:val="26"/>
                <w:lang w:val="nl-NL"/>
              </w:rPr>
              <w:t>+ Đề xuất cách thức giải quyết để đảm bảo tính tương thích với điều ước quốc tế hoặc lý do vẫn quy định như tại dự thảo ……………………………………………………………………………………..</w:t>
            </w:r>
          </w:p>
        </w:tc>
      </w:tr>
      <w:tr w:rsidR="007E0432" w:rsidRPr="005B2B7C" w14:paraId="36DEFAF2" w14:textId="77777777" w:rsidTr="00A57531">
        <w:tc>
          <w:tcPr>
            <w:tcW w:w="14742" w:type="dxa"/>
            <w:gridSpan w:val="2"/>
          </w:tcPr>
          <w:p w14:paraId="04E472C1" w14:textId="77777777" w:rsidR="007E0432" w:rsidRPr="005B2B7C" w:rsidRDefault="007E0432" w:rsidP="00A57531">
            <w:pPr>
              <w:pStyle w:val="TableParagraph"/>
              <w:tabs>
                <w:tab w:val="left" w:pos="1152"/>
              </w:tabs>
              <w:jc w:val="both"/>
              <w:rPr>
                <w:b/>
                <w:sz w:val="26"/>
                <w:szCs w:val="26"/>
                <w:lang w:val="nl-NL"/>
              </w:rPr>
            </w:pPr>
            <w:r w:rsidRPr="005B2B7C">
              <w:rPr>
                <w:b/>
                <w:sz w:val="26"/>
                <w:szCs w:val="26"/>
                <w:lang w:val="nl-NL"/>
              </w:rPr>
              <w:lastRenderedPageBreak/>
              <w:t>III. ĐÁNH GIÁ TÍNH HỢP LÝ CỦA TỪNG BỘ PHẬN TẠO THÀNH THỦ TỤC HÀNH CHÍNH</w:t>
            </w:r>
          </w:p>
          <w:p w14:paraId="4B131A26" w14:textId="77777777" w:rsidR="007E0432" w:rsidRPr="005B2B7C" w:rsidRDefault="007E0432" w:rsidP="00A57531">
            <w:pPr>
              <w:pStyle w:val="TableParagraph"/>
              <w:tabs>
                <w:tab w:val="left" w:pos="1152"/>
                <w:tab w:val="left" w:pos="5169"/>
                <w:tab w:val="left" w:pos="6682"/>
              </w:tabs>
              <w:jc w:val="both"/>
              <w:rPr>
                <w:sz w:val="26"/>
                <w:szCs w:val="26"/>
                <w:lang w:val="nl-NL"/>
              </w:rPr>
            </w:pPr>
            <w:r w:rsidRPr="005B2B7C">
              <w:rPr>
                <w:i/>
                <w:sz w:val="26"/>
                <w:szCs w:val="26"/>
                <w:lang w:val="nl-NL"/>
              </w:rPr>
              <w:t>(Đối với bộ phận thủ tục hành chính được sửa đổi, bổ sung thì đánh giá; bộ phận thủ tục hành chính không được sửa đổi, bổ sung thì không đánh giá và xóa bỏ khỏi Biểu mẫu)</w:t>
            </w:r>
          </w:p>
        </w:tc>
      </w:tr>
    </w:tbl>
    <w:tbl>
      <w:tblPr>
        <w:tblpPr w:leftFromText="180" w:rightFromText="180" w:vertAnchor="text" w:tblpX="77" w:tblpY="1"/>
        <w:tblOverlap w:val="never"/>
        <w:tblW w:w="4998"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876"/>
        <w:gridCol w:w="11904"/>
      </w:tblGrid>
      <w:tr w:rsidR="007E0432" w:rsidRPr="005B2B7C" w14:paraId="0160A05D" w14:textId="77777777" w:rsidTr="00A57531">
        <w:tc>
          <w:tcPr>
            <w:tcW w:w="5000" w:type="pct"/>
            <w:gridSpan w:val="2"/>
          </w:tcPr>
          <w:p w14:paraId="234DF945" w14:textId="77777777" w:rsidR="007E0432" w:rsidRPr="005B2B7C" w:rsidRDefault="007E0432" w:rsidP="00A57531">
            <w:pPr>
              <w:pStyle w:val="TableParagraph"/>
              <w:tabs>
                <w:tab w:val="left" w:pos="1152"/>
              </w:tabs>
              <w:rPr>
                <w:b/>
                <w:sz w:val="26"/>
                <w:szCs w:val="26"/>
                <w:lang w:val="nl-NL"/>
              </w:rPr>
            </w:pPr>
            <w:r w:rsidRPr="005B2B7C">
              <w:rPr>
                <w:b/>
                <w:sz w:val="26"/>
                <w:szCs w:val="26"/>
                <w:lang w:val="nl-NL"/>
              </w:rPr>
              <w:t>1. Tên thủ tục hành chính</w:t>
            </w:r>
          </w:p>
        </w:tc>
      </w:tr>
      <w:tr w:rsidR="007E0432" w:rsidRPr="005B2B7C" w14:paraId="2B3B63C1" w14:textId="77777777" w:rsidTr="00A57531">
        <w:tc>
          <w:tcPr>
            <w:tcW w:w="973" w:type="pct"/>
          </w:tcPr>
          <w:p w14:paraId="72F4D085" w14:textId="77777777" w:rsidR="007E0432" w:rsidRPr="005B2B7C" w:rsidRDefault="007E0432" w:rsidP="00A57531">
            <w:pPr>
              <w:pStyle w:val="TableParagraph"/>
              <w:tabs>
                <w:tab w:val="left" w:pos="1152"/>
              </w:tabs>
              <w:jc w:val="both"/>
              <w:rPr>
                <w:sz w:val="26"/>
                <w:szCs w:val="26"/>
                <w:lang w:val="nl-NL"/>
              </w:rPr>
            </w:pPr>
            <w:r w:rsidRPr="005B2B7C">
              <w:rPr>
                <w:sz w:val="26"/>
                <w:szCs w:val="26"/>
                <w:lang w:val="nl-NL"/>
              </w:rPr>
              <w:t>Có được quy định rõ ràng, cụ thể và phù hợp không?</w:t>
            </w:r>
          </w:p>
        </w:tc>
        <w:tc>
          <w:tcPr>
            <w:tcW w:w="4027" w:type="pct"/>
          </w:tcPr>
          <w:p w14:paraId="34F07C20" w14:textId="77777777" w:rsidR="007E0432" w:rsidRPr="005B2B7C" w:rsidRDefault="007E0432" w:rsidP="00A57531">
            <w:pPr>
              <w:pStyle w:val="TableParagraph"/>
              <w:tabs>
                <w:tab w:val="left" w:pos="1152"/>
                <w:tab w:val="left" w:pos="1228"/>
              </w:tabs>
              <w:rPr>
                <w:sz w:val="26"/>
                <w:szCs w:val="26"/>
                <w:lang w:val="nl-NL"/>
              </w:rPr>
            </w:pPr>
            <w:r w:rsidRPr="005B2B7C">
              <w:rPr>
                <w:sz w:val="26"/>
                <w:szCs w:val="26"/>
                <w:lang w:val="nl-NL"/>
              </w:rPr>
              <w:t>Có X       Không □</w:t>
            </w:r>
          </w:p>
          <w:p w14:paraId="08D695BF" w14:textId="77777777" w:rsidR="007E0432" w:rsidRPr="005B2B7C" w:rsidRDefault="007E0432" w:rsidP="00A57531">
            <w:pPr>
              <w:pStyle w:val="TableParagraph"/>
              <w:tabs>
                <w:tab w:val="left" w:pos="1152"/>
              </w:tabs>
              <w:rPr>
                <w:sz w:val="26"/>
                <w:szCs w:val="26"/>
                <w:lang w:val="nl-NL"/>
              </w:rPr>
            </w:pPr>
            <w:r w:rsidRPr="005B2B7C">
              <w:rPr>
                <w:sz w:val="26"/>
                <w:szCs w:val="26"/>
                <w:lang w:val="nl-NL"/>
              </w:rPr>
              <w:t>Nêu rõ lý do:………………………………………………………………………</w:t>
            </w:r>
          </w:p>
        </w:tc>
      </w:tr>
      <w:tr w:rsidR="007E0432" w:rsidRPr="005B2B7C" w14:paraId="51CCBFE6" w14:textId="77777777" w:rsidTr="00A57531">
        <w:tc>
          <w:tcPr>
            <w:tcW w:w="5000" w:type="pct"/>
            <w:gridSpan w:val="2"/>
          </w:tcPr>
          <w:p w14:paraId="206EB2C4" w14:textId="77777777" w:rsidR="007E0432" w:rsidRPr="005B2B7C" w:rsidRDefault="007E0432" w:rsidP="00A57531">
            <w:pPr>
              <w:pStyle w:val="TableParagraph"/>
              <w:tabs>
                <w:tab w:val="left" w:pos="1152"/>
              </w:tabs>
              <w:rPr>
                <w:b/>
                <w:sz w:val="26"/>
                <w:szCs w:val="26"/>
              </w:rPr>
            </w:pPr>
            <w:r w:rsidRPr="005B2B7C">
              <w:rPr>
                <w:b/>
                <w:sz w:val="26"/>
                <w:szCs w:val="26"/>
              </w:rPr>
              <w:t>2. Trình tự thực hiện</w:t>
            </w:r>
          </w:p>
        </w:tc>
      </w:tr>
      <w:tr w:rsidR="007E0432" w:rsidRPr="005B2B7C" w14:paraId="2228879F" w14:textId="77777777" w:rsidTr="00A57531">
        <w:trPr>
          <w:trHeight w:val="63"/>
        </w:trPr>
        <w:tc>
          <w:tcPr>
            <w:tcW w:w="973" w:type="pct"/>
          </w:tcPr>
          <w:p w14:paraId="36EACB53" w14:textId="77777777" w:rsidR="007E0432" w:rsidRPr="005B2B7C" w:rsidRDefault="007E0432" w:rsidP="00A57531">
            <w:pPr>
              <w:pStyle w:val="TableParagraph"/>
              <w:tabs>
                <w:tab w:val="left" w:pos="1152"/>
              </w:tabs>
              <w:jc w:val="both"/>
              <w:rPr>
                <w:sz w:val="26"/>
                <w:szCs w:val="26"/>
              </w:rPr>
            </w:pPr>
            <w:r w:rsidRPr="005B2B7C">
              <w:rPr>
                <w:sz w:val="26"/>
                <w:szCs w:val="26"/>
              </w:rPr>
              <w:t>a) Có được quy định rõ ràng và cụ thể về các bước thực hiện không?</w:t>
            </w:r>
          </w:p>
        </w:tc>
        <w:tc>
          <w:tcPr>
            <w:tcW w:w="4027" w:type="pct"/>
          </w:tcPr>
          <w:p w14:paraId="6886F0CA" w14:textId="77777777" w:rsidR="007E0432" w:rsidRPr="005B2B7C" w:rsidRDefault="007E0432" w:rsidP="00A57531">
            <w:pPr>
              <w:pStyle w:val="TableParagraph"/>
              <w:tabs>
                <w:tab w:val="left" w:pos="1152"/>
                <w:tab w:val="left" w:pos="1228"/>
              </w:tabs>
              <w:rPr>
                <w:sz w:val="26"/>
                <w:szCs w:val="26"/>
              </w:rPr>
            </w:pPr>
            <w:r w:rsidRPr="005B2B7C">
              <w:rPr>
                <w:sz w:val="26"/>
                <w:szCs w:val="26"/>
              </w:rPr>
              <w:t>Có X       Không □</w:t>
            </w:r>
          </w:p>
          <w:p w14:paraId="1BD053B8" w14:textId="77777777" w:rsidR="007E0432" w:rsidRPr="005B2B7C" w:rsidRDefault="007E0432" w:rsidP="00A57531">
            <w:pPr>
              <w:pStyle w:val="TableParagraph"/>
              <w:tabs>
                <w:tab w:val="left" w:pos="1152"/>
              </w:tabs>
              <w:rPr>
                <w:sz w:val="26"/>
                <w:szCs w:val="26"/>
              </w:rPr>
            </w:pPr>
            <w:r w:rsidRPr="005B2B7C">
              <w:rPr>
                <w:sz w:val="26"/>
                <w:szCs w:val="26"/>
              </w:rPr>
              <w:t>Nêu rõ lý do:……………………………………………………………………………………………...</w:t>
            </w:r>
          </w:p>
        </w:tc>
      </w:tr>
      <w:tr w:rsidR="007E0432" w:rsidRPr="005B2B7C" w14:paraId="11031E15" w14:textId="77777777" w:rsidTr="00A57531">
        <w:tc>
          <w:tcPr>
            <w:tcW w:w="973" w:type="pct"/>
          </w:tcPr>
          <w:p w14:paraId="07E7A712" w14:textId="77777777" w:rsidR="007E0432" w:rsidRPr="005B2B7C" w:rsidRDefault="007E0432" w:rsidP="00A57531">
            <w:pPr>
              <w:pStyle w:val="TableParagraph"/>
              <w:tabs>
                <w:tab w:val="left" w:pos="1152"/>
              </w:tabs>
              <w:jc w:val="both"/>
              <w:rPr>
                <w:sz w:val="26"/>
                <w:szCs w:val="26"/>
              </w:rPr>
            </w:pPr>
            <w:r w:rsidRPr="005B2B7C">
              <w:rPr>
                <w:sz w:val="26"/>
                <w:szCs w:val="26"/>
              </w:rPr>
              <w:t>b) Có được quy định, phân định rõ trách nhiệm và nội dung công việc của cơ quan nhà nước và cá nhân, tổ chức khi thực hiện không?</w:t>
            </w:r>
          </w:p>
        </w:tc>
        <w:tc>
          <w:tcPr>
            <w:tcW w:w="4027" w:type="pct"/>
          </w:tcPr>
          <w:p w14:paraId="5D011BE1" w14:textId="77777777" w:rsidR="007E0432" w:rsidRPr="005B2B7C" w:rsidRDefault="007E0432" w:rsidP="00A57531">
            <w:pPr>
              <w:pStyle w:val="TableParagraph"/>
              <w:tabs>
                <w:tab w:val="left" w:pos="1152"/>
                <w:tab w:val="left" w:pos="1228"/>
              </w:tabs>
              <w:rPr>
                <w:sz w:val="26"/>
                <w:szCs w:val="26"/>
              </w:rPr>
            </w:pPr>
            <w:r w:rsidRPr="005B2B7C">
              <w:rPr>
                <w:sz w:val="26"/>
                <w:szCs w:val="26"/>
              </w:rPr>
              <w:t>Có X       Không □</w:t>
            </w:r>
          </w:p>
          <w:p w14:paraId="0E976560" w14:textId="77777777" w:rsidR="007E0432" w:rsidRPr="005B2B7C" w:rsidRDefault="007E0432" w:rsidP="00A57531">
            <w:pPr>
              <w:pStyle w:val="TableParagraph"/>
              <w:tabs>
                <w:tab w:val="left" w:pos="1152"/>
              </w:tabs>
              <w:rPr>
                <w:sz w:val="26"/>
                <w:szCs w:val="26"/>
              </w:rPr>
            </w:pPr>
            <w:r w:rsidRPr="005B2B7C">
              <w:rPr>
                <w:sz w:val="26"/>
                <w:szCs w:val="26"/>
              </w:rPr>
              <w:t>Nêu rõ lý do:……………………………………………………………………………………</w:t>
            </w:r>
          </w:p>
          <w:p w14:paraId="6118D729" w14:textId="77777777" w:rsidR="007E0432" w:rsidRPr="005B2B7C" w:rsidRDefault="007E0432" w:rsidP="00A57531">
            <w:pPr>
              <w:pStyle w:val="TableParagraph"/>
              <w:tabs>
                <w:tab w:val="left" w:pos="1152"/>
              </w:tabs>
              <w:rPr>
                <w:sz w:val="26"/>
                <w:szCs w:val="26"/>
              </w:rPr>
            </w:pPr>
          </w:p>
        </w:tc>
      </w:tr>
      <w:tr w:rsidR="007E0432" w:rsidRPr="005B2B7C" w14:paraId="7927C095" w14:textId="77777777" w:rsidTr="00A57531">
        <w:tc>
          <w:tcPr>
            <w:tcW w:w="973" w:type="pct"/>
          </w:tcPr>
          <w:p w14:paraId="3FA5CB78" w14:textId="77777777" w:rsidR="007E0432" w:rsidRPr="005B2B7C" w:rsidRDefault="007E0432" w:rsidP="00A57531">
            <w:pPr>
              <w:pStyle w:val="TableParagraph"/>
              <w:tabs>
                <w:tab w:val="left" w:pos="1152"/>
              </w:tabs>
              <w:jc w:val="both"/>
              <w:rPr>
                <w:sz w:val="26"/>
                <w:szCs w:val="26"/>
              </w:rPr>
            </w:pPr>
            <w:r w:rsidRPr="005B2B7C">
              <w:rPr>
                <w:sz w:val="26"/>
                <w:szCs w:val="26"/>
              </w:rPr>
              <w:t>c) Có áp dụng cơ chế liên thông không?</w:t>
            </w:r>
          </w:p>
        </w:tc>
        <w:tc>
          <w:tcPr>
            <w:tcW w:w="4027" w:type="pct"/>
          </w:tcPr>
          <w:p w14:paraId="567B8B24" w14:textId="77777777" w:rsidR="007E0432" w:rsidRPr="005B2B7C" w:rsidRDefault="007E0432" w:rsidP="00A57531">
            <w:pPr>
              <w:pStyle w:val="TableParagraph"/>
              <w:tabs>
                <w:tab w:val="left" w:pos="1152"/>
                <w:tab w:val="left" w:pos="1228"/>
              </w:tabs>
              <w:rPr>
                <w:sz w:val="26"/>
                <w:szCs w:val="26"/>
              </w:rPr>
            </w:pPr>
            <w:r w:rsidRPr="005B2B7C">
              <w:rPr>
                <w:sz w:val="26"/>
                <w:szCs w:val="26"/>
              </w:rPr>
              <w:t>Có □       Không X</w:t>
            </w:r>
          </w:p>
          <w:p w14:paraId="5C95C808" w14:textId="77777777" w:rsidR="007E0432" w:rsidRPr="005B2B7C" w:rsidRDefault="007E0432" w:rsidP="00A57531">
            <w:pPr>
              <w:pStyle w:val="TableParagraph"/>
              <w:tabs>
                <w:tab w:val="left" w:pos="1152"/>
              </w:tabs>
              <w:rPr>
                <w:sz w:val="26"/>
                <w:szCs w:val="26"/>
              </w:rPr>
            </w:pPr>
            <w:r w:rsidRPr="005B2B7C">
              <w:rPr>
                <w:sz w:val="26"/>
                <w:szCs w:val="26"/>
              </w:rPr>
              <w:t xml:space="preserve">Nêu rõ lý do: </w:t>
            </w:r>
          </w:p>
        </w:tc>
      </w:tr>
      <w:tr w:rsidR="007E0432" w:rsidRPr="005B2B7C" w14:paraId="0B0FEF20" w14:textId="77777777" w:rsidTr="00A57531">
        <w:tc>
          <w:tcPr>
            <w:tcW w:w="973" w:type="pct"/>
          </w:tcPr>
          <w:p w14:paraId="051400A1" w14:textId="77777777" w:rsidR="007E0432" w:rsidRPr="005B2B7C" w:rsidRDefault="007E0432" w:rsidP="00A57531">
            <w:pPr>
              <w:pStyle w:val="TableParagraph"/>
              <w:tabs>
                <w:tab w:val="left" w:pos="1152"/>
              </w:tabs>
              <w:jc w:val="both"/>
              <w:rPr>
                <w:sz w:val="26"/>
                <w:szCs w:val="26"/>
              </w:rPr>
            </w:pPr>
            <w:r w:rsidRPr="005B2B7C">
              <w:rPr>
                <w:sz w:val="26"/>
                <w:szCs w:val="26"/>
              </w:rPr>
              <w:t>d) Có quy định việc kiểm tra, đánh giá, xác minh thực tế của cơ quan nhà nước không?</w:t>
            </w:r>
          </w:p>
        </w:tc>
        <w:tc>
          <w:tcPr>
            <w:tcW w:w="4027" w:type="pct"/>
          </w:tcPr>
          <w:p w14:paraId="6B68D490" w14:textId="77777777" w:rsidR="007E0432" w:rsidRPr="005B2B7C" w:rsidRDefault="007E0432" w:rsidP="00A57531">
            <w:pPr>
              <w:pStyle w:val="TableParagraph"/>
              <w:tabs>
                <w:tab w:val="left" w:pos="1152"/>
                <w:tab w:val="left" w:pos="1228"/>
              </w:tabs>
              <w:rPr>
                <w:sz w:val="26"/>
                <w:szCs w:val="26"/>
              </w:rPr>
            </w:pPr>
            <w:r w:rsidRPr="005B2B7C">
              <w:rPr>
                <w:sz w:val="26"/>
                <w:szCs w:val="26"/>
              </w:rPr>
              <w:t>Có □      Không X</w:t>
            </w:r>
          </w:p>
          <w:p w14:paraId="2FAF7B5E" w14:textId="77777777" w:rsidR="007E0432" w:rsidRPr="005B2B7C" w:rsidRDefault="007E0432" w:rsidP="00A57531">
            <w:pPr>
              <w:pStyle w:val="TableParagraph"/>
              <w:tabs>
                <w:tab w:val="left" w:pos="1152"/>
              </w:tabs>
              <w:rPr>
                <w:sz w:val="26"/>
                <w:szCs w:val="26"/>
              </w:rPr>
            </w:pPr>
            <w:r w:rsidRPr="005B2B7C">
              <w:rPr>
                <w:sz w:val="26"/>
                <w:szCs w:val="26"/>
              </w:rPr>
              <w:t xml:space="preserve">Nếu Có, nêu rõ nội dung quy định: ……………………………… </w:t>
            </w:r>
          </w:p>
          <w:p w14:paraId="7A1CA414" w14:textId="77777777" w:rsidR="007E0432" w:rsidRPr="005B2B7C" w:rsidRDefault="007E0432" w:rsidP="00A57531">
            <w:pPr>
              <w:pStyle w:val="TableParagraph"/>
              <w:tabs>
                <w:tab w:val="left" w:pos="1152"/>
              </w:tabs>
              <w:rPr>
                <w:sz w:val="26"/>
                <w:szCs w:val="26"/>
              </w:rPr>
            </w:pPr>
            <w:r w:rsidRPr="005B2B7C">
              <w:rPr>
                <w:sz w:val="26"/>
                <w:szCs w:val="26"/>
              </w:rPr>
              <w:t>Lý do quy định:…………………………………………………</w:t>
            </w:r>
          </w:p>
          <w:p w14:paraId="37CF98CA" w14:textId="77777777" w:rsidR="007E0432" w:rsidRPr="005B2B7C" w:rsidRDefault="007E0432" w:rsidP="00A57531">
            <w:pPr>
              <w:pStyle w:val="TableParagraph"/>
              <w:tabs>
                <w:tab w:val="left" w:pos="1152"/>
                <w:tab w:val="left" w:pos="4444"/>
                <w:tab w:val="left" w:pos="5438"/>
              </w:tabs>
              <w:rPr>
                <w:sz w:val="26"/>
                <w:szCs w:val="26"/>
              </w:rPr>
            </w:pPr>
            <w:r w:rsidRPr="005B2B7C">
              <w:rPr>
                <w:sz w:val="26"/>
                <w:szCs w:val="26"/>
              </w:rPr>
              <w:t>- Các biện pháp có thể thay thế: Có □       Không X</w:t>
            </w:r>
          </w:p>
          <w:p w14:paraId="32254B3C" w14:textId="77777777" w:rsidR="007E0432" w:rsidRPr="005B2B7C" w:rsidRDefault="007E0432" w:rsidP="00A57531">
            <w:pPr>
              <w:pStyle w:val="TableParagraph"/>
              <w:tabs>
                <w:tab w:val="left" w:pos="1152"/>
                <w:tab w:val="left" w:pos="4444"/>
                <w:tab w:val="left" w:pos="5438"/>
              </w:tabs>
              <w:rPr>
                <w:sz w:val="26"/>
                <w:szCs w:val="26"/>
              </w:rPr>
            </w:pPr>
            <w:r w:rsidRPr="005B2B7C">
              <w:rPr>
                <w:sz w:val="26"/>
                <w:szCs w:val="26"/>
              </w:rPr>
              <w:t>Nếu Có, nêu rõ lý do vẫn quy định như tại dự thảo:</w:t>
            </w:r>
          </w:p>
          <w:p w14:paraId="5BC40C12" w14:textId="77777777" w:rsidR="007E0432" w:rsidRPr="005B2B7C" w:rsidRDefault="007E0432" w:rsidP="00A57531">
            <w:pPr>
              <w:pStyle w:val="TableParagraph"/>
              <w:tabs>
                <w:tab w:val="left" w:pos="1152"/>
              </w:tabs>
              <w:rPr>
                <w:sz w:val="26"/>
                <w:szCs w:val="26"/>
              </w:rPr>
            </w:pPr>
            <w:r w:rsidRPr="005B2B7C">
              <w:rPr>
                <w:sz w:val="26"/>
                <w:szCs w:val="26"/>
              </w:rPr>
              <w:t>…………………………………………………………………</w:t>
            </w:r>
          </w:p>
        </w:tc>
      </w:tr>
      <w:tr w:rsidR="007E0432" w:rsidRPr="005B2B7C" w14:paraId="37CFBFD2" w14:textId="77777777" w:rsidTr="00A57531">
        <w:tc>
          <w:tcPr>
            <w:tcW w:w="973" w:type="pct"/>
          </w:tcPr>
          <w:p w14:paraId="7D555744" w14:textId="77777777" w:rsidR="007E0432" w:rsidRPr="005B2B7C" w:rsidRDefault="007E0432" w:rsidP="00A57531">
            <w:pPr>
              <w:pStyle w:val="TableParagraph"/>
              <w:tabs>
                <w:tab w:val="left" w:pos="1152"/>
              </w:tabs>
              <w:rPr>
                <w:b/>
                <w:sz w:val="26"/>
                <w:szCs w:val="26"/>
              </w:rPr>
            </w:pPr>
            <w:r w:rsidRPr="005B2B7C">
              <w:rPr>
                <w:b/>
                <w:sz w:val="26"/>
                <w:szCs w:val="26"/>
              </w:rPr>
              <w:lastRenderedPageBreak/>
              <w:t>3. Cách thức thực hiện</w:t>
            </w:r>
          </w:p>
        </w:tc>
        <w:tc>
          <w:tcPr>
            <w:tcW w:w="4027" w:type="pct"/>
          </w:tcPr>
          <w:p w14:paraId="4E01D831" w14:textId="77777777" w:rsidR="007E0432" w:rsidRPr="005B2B7C" w:rsidRDefault="007E0432" w:rsidP="00A57531">
            <w:pPr>
              <w:pStyle w:val="TableParagraph"/>
              <w:tabs>
                <w:tab w:val="left" w:pos="1152"/>
              </w:tabs>
              <w:rPr>
                <w:sz w:val="26"/>
                <w:szCs w:val="26"/>
              </w:rPr>
            </w:pPr>
          </w:p>
        </w:tc>
      </w:tr>
      <w:tr w:rsidR="007E0432" w:rsidRPr="005B2B7C" w14:paraId="680FEEB0" w14:textId="77777777" w:rsidTr="00A57531">
        <w:tc>
          <w:tcPr>
            <w:tcW w:w="973" w:type="pct"/>
          </w:tcPr>
          <w:p w14:paraId="37FEA3F8" w14:textId="77777777" w:rsidR="007E0432" w:rsidRPr="005B2B7C" w:rsidRDefault="007E0432" w:rsidP="00A57531">
            <w:pPr>
              <w:pStyle w:val="TableParagraph"/>
              <w:tabs>
                <w:tab w:val="left" w:pos="373"/>
                <w:tab w:val="left" w:pos="1152"/>
              </w:tabs>
              <w:jc w:val="both"/>
              <w:rPr>
                <w:sz w:val="26"/>
                <w:szCs w:val="26"/>
              </w:rPr>
            </w:pPr>
            <w:r w:rsidRPr="005B2B7C">
              <w:rPr>
                <w:sz w:val="26"/>
                <w:szCs w:val="26"/>
              </w:rPr>
              <w:t xml:space="preserve">a) Nộp hồ sơ: </w:t>
            </w:r>
          </w:p>
          <w:p w14:paraId="3EE54247" w14:textId="77777777" w:rsidR="007E0432" w:rsidRPr="005B2B7C" w:rsidRDefault="007E0432" w:rsidP="00A57531">
            <w:pPr>
              <w:pStyle w:val="TableParagraph"/>
              <w:tabs>
                <w:tab w:val="left" w:pos="373"/>
                <w:tab w:val="left" w:pos="1152"/>
              </w:tabs>
              <w:jc w:val="both"/>
              <w:rPr>
                <w:sz w:val="26"/>
                <w:szCs w:val="26"/>
              </w:rPr>
            </w:pPr>
            <w:r w:rsidRPr="005B2B7C">
              <w:rPr>
                <w:sz w:val="26"/>
                <w:szCs w:val="26"/>
              </w:rPr>
              <w:t>Trực tiếp X</w:t>
            </w:r>
          </w:p>
          <w:p w14:paraId="7C2C67D2" w14:textId="77777777" w:rsidR="007E0432" w:rsidRPr="005B2B7C" w:rsidRDefault="007E0432" w:rsidP="00A57531">
            <w:pPr>
              <w:pStyle w:val="TableParagraph"/>
              <w:tabs>
                <w:tab w:val="left" w:pos="1152"/>
              </w:tabs>
              <w:jc w:val="both"/>
              <w:rPr>
                <w:sz w:val="26"/>
                <w:szCs w:val="26"/>
              </w:rPr>
            </w:pPr>
            <w:r w:rsidRPr="005B2B7C">
              <w:rPr>
                <w:sz w:val="26"/>
                <w:szCs w:val="26"/>
              </w:rPr>
              <w:t>Bưu chính X</w:t>
            </w:r>
          </w:p>
          <w:p w14:paraId="4E97CED0" w14:textId="77777777" w:rsidR="007E0432" w:rsidRPr="005B2B7C" w:rsidRDefault="007E0432" w:rsidP="00A57531">
            <w:pPr>
              <w:pStyle w:val="TableParagraph"/>
              <w:tabs>
                <w:tab w:val="left" w:pos="1152"/>
              </w:tabs>
              <w:jc w:val="both"/>
              <w:rPr>
                <w:sz w:val="26"/>
                <w:szCs w:val="26"/>
              </w:rPr>
            </w:pPr>
            <w:r w:rsidRPr="005B2B7C">
              <w:rPr>
                <w:sz w:val="26"/>
                <w:szCs w:val="26"/>
              </w:rPr>
              <w:t>Điện tử X</w:t>
            </w:r>
          </w:p>
          <w:p w14:paraId="30E5CE37" w14:textId="77777777" w:rsidR="007E0432" w:rsidRPr="005B2B7C" w:rsidRDefault="007E0432" w:rsidP="00A57531">
            <w:pPr>
              <w:pStyle w:val="TableParagraph"/>
              <w:tabs>
                <w:tab w:val="left" w:pos="386"/>
                <w:tab w:val="left" w:pos="1152"/>
              </w:tabs>
              <w:jc w:val="both"/>
              <w:rPr>
                <w:sz w:val="26"/>
                <w:szCs w:val="26"/>
              </w:rPr>
            </w:pPr>
            <w:r w:rsidRPr="005B2B7C">
              <w:rPr>
                <w:sz w:val="26"/>
                <w:szCs w:val="26"/>
              </w:rPr>
              <w:t xml:space="preserve">b) Nhận kết quả: </w:t>
            </w:r>
          </w:p>
          <w:p w14:paraId="7B24E6D9" w14:textId="77777777" w:rsidR="007E0432" w:rsidRPr="005B2B7C" w:rsidRDefault="007E0432" w:rsidP="00A57531">
            <w:pPr>
              <w:pStyle w:val="TableParagraph"/>
              <w:tabs>
                <w:tab w:val="left" w:pos="386"/>
                <w:tab w:val="left" w:pos="1152"/>
              </w:tabs>
              <w:jc w:val="both"/>
              <w:rPr>
                <w:sz w:val="26"/>
                <w:szCs w:val="26"/>
              </w:rPr>
            </w:pPr>
            <w:r w:rsidRPr="005B2B7C">
              <w:rPr>
                <w:sz w:val="26"/>
                <w:szCs w:val="26"/>
              </w:rPr>
              <w:t>Trực tiếp X</w:t>
            </w:r>
          </w:p>
          <w:p w14:paraId="51B90EFD" w14:textId="77777777" w:rsidR="007E0432" w:rsidRPr="005B2B7C" w:rsidRDefault="007E0432" w:rsidP="00A57531">
            <w:pPr>
              <w:pStyle w:val="TableParagraph"/>
              <w:tabs>
                <w:tab w:val="left" w:pos="1152"/>
              </w:tabs>
              <w:jc w:val="both"/>
              <w:rPr>
                <w:sz w:val="26"/>
                <w:szCs w:val="26"/>
              </w:rPr>
            </w:pPr>
            <w:r w:rsidRPr="005B2B7C">
              <w:rPr>
                <w:sz w:val="26"/>
                <w:szCs w:val="26"/>
              </w:rPr>
              <w:t>Bưu chính X</w:t>
            </w:r>
          </w:p>
          <w:p w14:paraId="4380D900" w14:textId="77777777" w:rsidR="007E0432" w:rsidRPr="005B2B7C" w:rsidRDefault="007E0432" w:rsidP="00A57531">
            <w:pPr>
              <w:pStyle w:val="TableParagraph"/>
              <w:tabs>
                <w:tab w:val="left" w:pos="1152"/>
              </w:tabs>
              <w:jc w:val="both"/>
              <w:rPr>
                <w:sz w:val="26"/>
                <w:szCs w:val="26"/>
              </w:rPr>
            </w:pPr>
            <w:r w:rsidRPr="005B2B7C">
              <w:rPr>
                <w:sz w:val="26"/>
                <w:szCs w:val="26"/>
              </w:rPr>
              <w:t>Điện tử X</w:t>
            </w:r>
          </w:p>
        </w:tc>
        <w:tc>
          <w:tcPr>
            <w:tcW w:w="4027" w:type="pct"/>
          </w:tcPr>
          <w:p w14:paraId="4111ADB7" w14:textId="77777777" w:rsidR="007E0432" w:rsidRPr="005B2B7C" w:rsidRDefault="007E0432" w:rsidP="00A57531">
            <w:pPr>
              <w:pStyle w:val="TableParagraph"/>
              <w:tabs>
                <w:tab w:val="left" w:pos="255"/>
                <w:tab w:val="left" w:pos="1152"/>
                <w:tab w:val="left" w:pos="4919"/>
                <w:tab w:val="left" w:pos="6367"/>
              </w:tabs>
              <w:rPr>
                <w:sz w:val="26"/>
                <w:szCs w:val="26"/>
              </w:rPr>
            </w:pPr>
            <w:r w:rsidRPr="005B2B7C">
              <w:rPr>
                <w:sz w:val="26"/>
                <w:szCs w:val="26"/>
              </w:rPr>
              <w:t xml:space="preserve">- Có được quy định rõ ràng, cụ thể không? Có X       Không □ </w:t>
            </w:r>
          </w:p>
          <w:p w14:paraId="5E4221B7" w14:textId="77777777" w:rsidR="007E0432" w:rsidRPr="005B2B7C" w:rsidRDefault="007E0432" w:rsidP="00A57531">
            <w:pPr>
              <w:pStyle w:val="TableParagraph"/>
              <w:tabs>
                <w:tab w:val="left" w:pos="255"/>
                <w:tab w:val="left" w:pos="1152"/>
                <w:tab w:val="left" w:pos="4919"/>
                <w:tab w:val="left" w:pos="6367"/>
              </w:tabs>
              <w:rPr>
                <w:sz w:val="26"/>
                <w:szCs w:val="26"/>
              </w:rPr>
            </w:pPr>
            <w:r w:rsidRPr="005B2B7C">
              <w:rPr>
                <w:sz w:val="26"/>
                <w:szCs w:val="26"/>
              </w:rPr>
              <w:t>Nêu rõ lý do: …………………………………………………………………</w:t>
            </w:r>
          </w:p>
          <w:p w14:paraId="2A145A53" w14:textId="77777777" w:rsidR="007E0432" w:rsidRPr="005B2B7C" w:rsidRDefault="007E0432" w:rsidP="00A57531">
            <w:pPr>
              <w:pStyle w:val="TableParagraph"/>
              <w:tabs>
                <w:tab w:val="left" w:pos="351"/>
                <w:tab w:val="left" w:pos="1152"/>
                <w:tab w:val="left" w:pos="5303"/>
                <w:tab w:val="left" w:pos="6751"/>
              </w:tabs>
              <w:rPr>
                <w:sz w:val="26"/>
                <w:szCs w:val="26"/>
              </w:rPr>
            </w:pPr>
            <w:r w:rsidRPr="005B2B7C">
              <w:rPr>
                <w:sz w:val="26"/>
                <w:szCs w:val="26"/>
              </w:rPr>
              <w:t>- Có được quy định phù hợp và tạo thuận lợi, tiết kiệm chi phí cho cơ quan nhà nước, cá nhân, tổ chức khi thực hiện không? Có X       Không □</w:t>
            </w:r>
          </w:p>
          <w:p w14:paraId="69D9EAC1" w14:textId="77777777" w:rsidR="007E0432" w:rsidRPr="005B2B7C" w:rsidRDefault="007E0432" w:rsidP="00A57531">
            <w:pPr>
              <w:pStyle w:val="TableParagraph"/>
              <w:tabs>
                <w:tab w:val="left" w:pos="1152"/>
              </w:tabs>
              <w:rPr>
                <w:sz w:val="26"/>
                <w:szCs w:val="26"/>
              </w:rPr>
            </w:pPr>
            <w:r w:rsidRPr="005B2B7C">
              <w:rPr>
                <w:sz w:val="26"/>
                <w:szCs w:val="26"/>
              </w:rPr>
              <w:t>Nêu rõ lý do: …………………………………</w:t>
            </w:r>
          </w:p>
        </w:tc>
      </w:tr>
      <w:tr w:rsidR="007E0432" w:rsidRPr="005B2B7C" w14:paraId="581788EC" w14:textId="77777777" w:rsidTr="00A57531">
        <w:tc>
          <w:tcPr>
            <w:tcW w:w="5000" w:type="pct"/>
            <w:gridSpan w:val="2"/>
          </w:tcPr>
          <w:p w14:paraId="4644CA73" w14:textId="77777777" w:rsidR="007E0432" w:rsidRPr="005B2B7C" w:rsidRDefault="007E0432" w:rsidP="00A57531">
            <w:pPr>
              <w:pStyle w:val="TableParagraph"/>
              <w:tabs>
                <w:tab w:val="left" w:pos="1152"/>
              </w:tabs>
              <w:rPr>
                <w:b/>
                <w:sz w:val="26"/>
                <w:szCs w:val="26"/>
              </w:rPr>
            </w:pPr>
            <w:r w:rsidRPr="005B2B7C">
              <w:rPr>
                <w:b/>
                <w:sz w:val="26"/>
                <w:szCs w:val="26"/>
              </w:rPr>
              <w:t>4. Thành phần, số lượng hồ sơ</w:t>
            </w:r>
          </w:p>
        </w:tc>
      </w:tr>
      <w:tr w:rsidR="007E0432" w:rsidRPr="005B2B7C" w14:paraId="669819AA" w14:textId="77777777" w:rsidTr="00A57531">
        <w:tc>
          <w:tcPr>
            <w:tcW w:w="973" w:type="pct"/>
          </w:tcPr>
          <w:p w14:paraId="19ECBC33" w14:textId="474DE860" w:rsidR="007E0432" w:rsidRPr="005B2B7C" w:rsidRDefault="007E0432" w:rsidP="00A57531">
            <w:pPr>
              <w:pStyle w:val="TableParagraph"/>
              <w:tabs>
                <w:tab w:val="left" w:pos="1152"/>
              </w:tabs>
              <w:jc w:val="both"/>
              <w:rPr>
                <w:sz w:val="26"/>
                <w:szCs w:val="26"/>
              </w:rPr>
            </w:pPr>
            <w:r w:rsidRPr="005B2B7C">
              <w:rPr>
                <w:sz w:val="26"/>
                <w:szCs w:val="26"/>
              </w:rPr>
              <w:t xml:space="preserve">a) Văn bản đề nghị cấp </w:t>
            </w:r>
            <w:r w:rsidR="00593C0F" w:rsidRPr="005B2B7C">
              <w:rPr>
                <w:sz w:val="26"/>
                <w:szCs w:val="26"/>
              </w:rPr>
              <w:t xml:space="preserve">lại </w:t>
            </w:r>
            <w:r w:rsidRPr="005B2B7C">
              <w:rPr>
                <w:sz w:val="26"/>
                <w:szCs w:val="26"/>
              </w:rPr>
              <w:t xml:space="preserve">Giấy chứng nhận chuyển giao công nghệ khuyến khích chuyển giao </w:t>
            </w:r>
          </w:p>
        </w:tc>
        <w:tc>
          <w:tcPr>
            <w:tcW w:w="4027" w:type="pct"/>
          </w:tcPr>
          <w:p w14:paraId="29FCAAAC" w14:textId="77777777" w:rsidR="007E0432" w:rsidRPr="005B2B7C" w:rsidRDefault="007E0432" w:rsidP="00A57531">
            <w:pPr>
              <w:pStyle w:val="TableParagraph"/>
              <w:tabs>
                <w:tab w:val="left" w:pos="255"/>
                <w:tab w:val="left" w:pos="1152"/>
              </w:tabs>
              <w:rPr>
                <w:sz w:val="26"/>
                <w:szCs w:val="26"/>
              </w:rPr>
            </w:pPr>
            <w:r w:rsidRPr="005B2B7C">
              <w:rPr>
                <w:sz w:val="26"/>
                <w:szCs w:val="26"/>
              </w:rPr>
              <w:t>- Nêu rõ lý do quy định thành phần hồ sơ: Văn bản đề nghị của tổ chức/cá nhân</w:t>
            </w:r>
          </w:p>
          <w:p w14:paraId="5D2C6086" w14:textId="77777777" w:rsidR="007E0432" w:rsidRPr="005B2B7C" w:rsidRDefault="007E0432" w:rsidP="00A57531">
            <w:pPr>
              <w:pStyle w:val="TableParagraph"/>
              <w:tabs>
                <w:tab w:val="left" w:pos="255"/>
                <w:tab w:val="left" w:pos="1152"/>
              </w:tabs>
              <w:rPr>
                <w:sz w:val="26"/>
                <w:szCs w:val="26"/>
              </w:rPr>
            </w:pPr>
            <w:r w:rsidRPr="005B2B7C">
              <w:rPr>
                <w:sz w:val="26"/>
                <w:szCs w:val="26"/>
              </w:rPr>
              <w:t>- Yêu cầu về hình thức: Bản chính, đóng dấu.</w:t>
            </w:r>
          </w:p>
          <w:p w14:paraId="0A7FDEEE" w14:textId="627BB651" w:rsidR="007E0432" w:rsidRPr="005B2B7C" w:rsidRDefault="007E0432" w:rsidP="00A57531">
            <w:pPr>
              <w:pStyle w:val="TableParagraph"/>
              <w:tabs>
                <w:tab w:val="left" w:pos="255"/>
                <w:tab w:val="left" w:pos="1152"/>
              </w:tabs>
              <w:rPr>
                <w:sz w:val="26"/>
                <w:szCs w:val="26"/>
              </w:rPr>
            </w:pPr>
            <w:r w:rsidRPr="005B2B7C">
              <w:rPr>
                <w:sz w:val="26"/>
                <w:szCs w:val="26"/>
              </w:rPr>
              <w:t>Lý do quy định:  Theo Mẫu số 0</w:t>
            </w:r>
            <w:r w:rsidR="00593C0F" w:rsidRPr="005B2B7C">
              <w:rPr>
                <w:sz w:val="26"/>
                <w:szCs w:val="26"/>
              </w:rPr>
              <w:t>9 Phụ lục ban hành kèm theo Quyết định số 12/2023/QĐ-TTg, nay được thay thế bằng Mẫu số 04 Phụ lục ban hành kèm theo Quyết định số 02/2026/QĐ-TTg</w:t>
            </w:r>
            <w:r w:rsidRPr="005B2B7C">
              <w:rPr>
                <w:sz w:val="26"/>
                <w:szCs w:val="26"/>
              </w:rPr>
              <w:t>.</w:t>
            </w:r>
          </w:p>
        </w:tc>
      </w:tr>
      <w:tr w:rsidR="007E0432" w:rsidRPr="005B2B7C" w14:paraId="2F59FB01" w14:textId="77777777" w:rsidTr="00A57531">
        <w:tc>
          <w:tcPr>
            <w:tcW w:w="973" w:type="pct"/>
          </w:tcPr>
          <w:p w14:paraId="4707090C" w14:textId="4FFA3F6C" w:rsidR="007E0432" w:rsidRPr="005B2B7C" w:rsidRDefault="00593C0F" w:rsidP="00A57531">
            <w:pPr>
              <w:pStyle w:val="TableParagraph"/>
              <w:tabs>
                <w:tab w:val="left" w:pos="1152"/>
              </w:tabs>
              <w:jc w:val="both"/>
              <w:rPr>
                <w:sz w:val="26"/>
                <w:szCs w:val="26"/>
                <w:lang w:val="vi-VN"/>
              </w:rPr>
            </w:pPr>
            <w:r w:rsidRPr="005B2B7C">
              <w:rPr>
                <w:sz w:val="26"/>
                <w:szCs w:val="26"/>
              </w:rPr>
              <w:t>b</w:t>
            </w:r>
            <w:r w:rsidR="007E0432" w:rsidRPr="005B2B7C">
              <w:rPr>
                <w:sz w:val="26"/>
                <w:szCs w:val="26"/>
                <w:lang w:val="vi-VN"/>
              </w:rPr>
              <w:t>) Số lượng bộ hồ sơ: 01</w:t>
            </w:r>
          </w:p>
        </w:tc>
        <w:tc>
          <w:tcPr>
            <w:tcW w:w="4027" w:type="pct"/>
          </w:tcPr>
          <w:p w14:paraId="73F2E880" w14:textId="77777777" w:rsidR="007E0432" w:rsidRPr="005B2B7C" w:rsidRDefault="007E0432" w:rsidP="00A57531">
            <w:pPr>
              <w:pStyle w:val="TableParagraph"/>
              <w:tabs>
                <w:tab w:val="left" w:pos="1152"/>
              </w:tabs>
              <w:rPr>
                <w:sz w:val="26"/>
                <w:szCs w:val="26"/>
                <w:lang w:val="vi-VN"/>
              </w:rPr>
            </w:pPr>
            <w:r w:rsidRPr="005B2B7C">
              <w:rPr>
                <w:sz w:val="26"/>
                <w:szCs w:val="26"/>
                <w:lang w:val="vi-VN"/>
              </w:rPr>
              <w:t xml:space="preserve">Lý do </w:t>
            </w:r>
            <w:r w:rsidRPr="005B2B7C">
              <w:rPr>
                <w:i/>
                <w:sz w:val="26"/>
                <w:szCs w:val="26"/>
                <w:lang w:val="vi-VN"/>
              </w:rPr>
              <w:t>(nếu quy định từ 02 bộ hồ sơ trở lên):</w:t>
            </w:r>
            <w:r w:rsidRPr="005B2B7C">
              <w:rPr>
                <w:sz w:val="26"/>
                <w:szCs w:val="26"/>
                <w:lang w:val="vi-VN"/>
              </w:rPr>
              <w:t xml:space="preserve"> Chỉ quy định 01 bộ hồ sơ</w:t>
            </w:r>
          </w:p>
          <w:p w14:paraId="48CE59DB" w14:textId="77777777" w:rsidR="007E0432" w:rsidRPr="005B2B7C" w:rsidRDefault="007E0432" w:rsidP="00A57531">
            <w:pPr>
              <w:pStyle w:val="TableParagraph"/>
              <w:tabs>
                <w:tab w:val="left" w:pos="1152"/>
              </w:tabs>
              <w:rPr>
                <w:sz w:val="26"/>
                <w:szCs w:val="26"/>
                <w:lang w:val="vi-VN"/>
              </w:rPr>
            </w:pPr>
          </w:p>
        </w:tc>
      </w:tr>
      <w:tr w:rsidR="007E0432" w:rsidRPr="005B2B7C" w14:paraId="3C1662D5" w14:textId="77777777" w:rsidTr="00A57531">
        <w:tc>
          <w:tcPr>
            <w:tcW w:w="5000" w:type="pct"/>
            <w:gridSpan w:val="2"/>
          </w:tcPr>
          <w:p w14:paraId="29FF240A" w14:textId="77777777" w:rsidR="007E0432" w:rsidRPr="005B2B7C" w:rsidRDefault="007E0432" w:rsidP="00A57531">
            <w:pPr>
              <w:pStyle w:val="TableParagraph"/>
              <w:tabs>
                <w:tab w:val="left" w:pos="1152"/>
              </w:tabs>
              <w:rPr>
                <w:b/>
                <w:sz w:val="26"/>
                <w:szCs w:val="26"/>
              </w:rPr>
            </w:pPr>
            <w:r w:rsidRPr="005B2B7C">
              <w:rPr>
                <w:b/>
                <w:sz w:val="26"/>
                <w:szCs w:val="26"/>
              </w:rPr>
              <w:t>5. Thời hạn giải quyết</w:t>
            </w:r>
          </w:p>
        </w:tc>
      </w:tr>
      <w:tr w:rsidR="007E0432" w:rsidRPr="005B2B7C" w14:paraId="6F0ECD0C" w14:textId="77777777" w:rsidTr="00A57531">
        <w:tc>
          <w:tcPr>
            <w:tcW w:w="973" w:type="pct"/>
          </w:tcPr>
          <w:p w14:paraId="41DA5EFE" w14:textId="77777777" w:rsidR="007E0432" w:rsidRPr="005B2B7C" w:rsidRDefault="007E0432" w:rsidP="00A57531">
            <w:pPr>
              <w:pStyle w:val="TableParagraph"/>
              <w:tabs>
                <w:tab w:val="left" w:pos="1152"/>
              </w:tabs>
              <w:jc w:val="both"/>
              <w:rPr>
                <w:sz w:val="26"/>
                <w:szCs w:val="26"/>
              </w:rPr>
            </w:pPr>
            <w:r w:rsidRPr="005B2B7C">
              <w:rPr>
                <w:sz w:val="26"/>
                <w:szCs w:val="26"/>
              </w:rPr>
              <w:t>a) Có được quy định rõ ràng, cụ thể và phù hợp không?</w:t>
            </w:r>
          </w:p>
        </w:tc>
        <w:tc>
          <w:tcPr>
            <w:tcW w:w="4027" w:type="pct"/>
          </w:tcPr>
          <w:p w14:paraId="717B1967" w14:textId="77777777" w:rsidR="007E0432" w:rsidRPr="005B2B7C" w:rsidRDefault="007E0432" w:rsidP="00A57531">
            <w:pPr>
              <w:pStyle w:val="TableParagraph"/>
              <w:tabs>
                <w:tab w:val="left" w:pos="255"/>
                <w:tab w:val="left" w:pos="1152"/>
                <w:tab w:val="left" w:pos="1379"/>
              </w:tabs>
              <w:rPr>
                <w:sz w:val="26"/>
                <w:szCs w:val="26"/>
              </w:rPr>
            </w:pPr>
            <w:r w:rsidRPr="005B2B7C">
              <w:rPr>
                <w:sz w:val="26"/>
                <w:szCs w:val="26"/>
              </w:rPr>
              <w:t>- Có X       Không □</w:t>
            </w:r>
          </w:p>
          <w:p w14:paraId="1A8A6A2C" w14:textId="3F0E3D35" w:rsidR="007E0432" w:rsidRPr="005B2B7C" w:rsidRDefault="007E0432" w:rsidP="00A57531">
            <w:pPr>
              <w:pStyle w:val="TableParagraph"/>
              <w:tabs>
                <w:tab w:val="left" w:pos="255"/>
                <w:tab w:val="left" w:pos="1152"/>
              </w:tabs>
              <w:rPr>
                <w:sz w:val="26"/>
                <w:szCs w:val="26"/>
              </w:rPr>
            </w:pPr>
            <w:r w:rsidRPr="005B2B7C">
              <w:rPr>
                <w:sz w:val="26"/>
                <w:szCs w:val="26"/>
              </w:rPr>
              <w:t xml:space="preserve">- Nêu rõ thời hạn giải quyết thủ tục hành chính: </w:t>
            </w:r>
            <w:r w:rsidR="00593C0F" w:rsidRPr="005B2B7C">
              <w:rPr>
                <w:sz w:val="26"/>
                <w:szCs w:val="26"/>
              </w:rPr>
              <w:t>5</w:t>
            </w:r>
            <w:r w:rsidRPr="005B2B7C">
              <w:rPr>
                <w:sz w:val="26"/>
                <w:szCs w:val="26"/>
              </w:rPr>
              <w:t xml:space="preserve"> ngày làm việc kể từ ngày nhận được hồ sơ đầy đủ, hợp lệ (ngoài 03 ngày làm việc kiểm tra tính đầy đủ, hợp lệ của hồ sơ). </w:t>
            </w:r>
          </w:p>
          <w:p w14:paraId="4B17E73C" w14:textId="3008C787" w:rsidR="007E0432" w:rsidRPr="005B2B7C" w:rsidRDefault="007E0432" w:rsidP="00A57531">
            <w:pPr>
              <w:pStyle w:val="TableParagraph"/>
              <w:tabs>
                <w:tab w:val="left" w:pos="255"/>
                <w:tab w:val="left" w:pos="1152"/>
              </w:tabs>
              <w:jc w:val="both"/>
              <w:rPr>
                <w:sz w:val="26"/>
                <w:szCs w:val="26"/>
              </w:rPr>
            </w:pPr>
            <w:r w:rsidRPr="005B2B7C">
              <w:rPr>
                <w:sz w:val="26"/>
                <w:szCs w:val="26"/>
              </w:rPr>
              <w:t xml:space="preserve">Lý do quy định: Tại Quyết định 12/2023/QĐ-TTg quy định thời gian giải quyết TTHC là </w:t>
            </w:r>
            <w:r w:rsidR="00593C0F" w:rsidRPr="005B2B7C">
              <w:rPr>
                <w:sz w:val="26"/>
                <w:szCs w:val="26"/>
              </w:rPr>
              <w:t>5</w:t>
            </w:r>
            <w:r w:rsidRPr="005B2B7C">
              <w:rPr>
                <w:sz w:val="26"/>
                <w:szCs w:val="26"/>
              </w:rPr>
              <w:t xml:space="preserve"> ngày làm việc, </w:t>
            </w:r>
            <w:r w:rsidR="00593C0F" w:rsidRPr="005B2B7C">
              <w:rPr>
                <w:sz w:val="26"/>
                <w:szCs w:val="26"/>
              </w:rPr>
              <w:t xml:space="preserve">giữ nguyên số ngày giải quyết TTHC tại </w:t>
            </w:r>
            <w:r w:rsidRPr="005B2B7C">
              <w:rPr>
                <w:sz w:val="26"/>
                <w:szCs w:val="26"/>
              </w:rPr>
              <w:t xml:space="preserve">Quyết định số 02/2026/QĐ-TTg </w:t>
            </w:r>
            <w:r w:rsidR="00593C0F" w:rsidRPr="005B2B7C">
              <w:rPr>
                <w:sz w:val="26"/>
                <w:szCs w:val="26"/>
              </w:rPr>
              <w:t xml:space="preserve">là 5 </w:t>
            </w:r>
            <w:r w:rsidRPr="005B2B7C">
              <w:rPr>
                <w:sz w:val="26"/>
                <w:szCs w:val="26"/>
              </w:rPr>
              <w:t>ngày làm việc.</w:t>
            </w:r>
          </w:p>
        </w:tc>
      </w:tr>
      <w:tr w:rsidR="007E0432" w:rsidRPr="005B2B7C" w14:paraId="312C24F4" w14:textId="77777777" w:rsidTr="00A57531">
        <w:tc>
          <w:tcPr>
            <w:tcW w:w="973" w:type="pct"/>
          </w:tcPr>
          <w:p w14:paraId="25DD46EA" w14:textId="77777777" w:rsidR="007E0432" w:rsidRPr="005B2B7C" w:rsidRDefault="007E0432" w:rsidP="00A57531">
            <w:pPr>
              <w:pStyle w:val="TableParagraph"/>
              <w:tabs>
                <w:tab w:val="left" w:pos="1152"/>
              </w:tabs>
              <w:jc w:val="both"/>
              <w:rPr>
                <w:sz w:val="26"/>
                <w:szCs w:val="26"/>
              </w:rPr>
            </w:pPr>
            <w:r w:rsidRPr="005B2B7C">
              <w:rPr>
                <w:sz w:val="26"/>
                <w:szCs w:val="26"/>
              </w:rPr>
              <w:t xml:space="preserve">b) Trong trường hợp một thủ tục hành chính do nhiều cơ quan có thẩm quyền giải quyết, đã quy định rõ ràng, đầy đủ thời hạn giải quyết của từng cơ quan và thời hạn </w:t>
            </w:r>
            <w:r w:rsidRPr="005B2B7C">
              <w:rPr>
                <w:sz w:val="26"/>
                <w:szCs w:val="26"/>
              </w:rPr>
              <w:lastRenderedPageBreak/>
              <w:t>chuyển giao hồ sơ giữa các cơ quan?</w:t>
            </w:r>
          </w:p>
        </w:tc>
        <w:tc>
          <w:tcPr>
            <w:tcW w:w="4027" w:type="pct"/>
          </w:tcPr>
          <w:p w14:paraId="34F634BB" w14:textId="77777777" w:rsidR="007E0432" w:rsidRPr="005B2B7C" w:rsidRDefault="007E0432" w:rsidP="00A57531">
            <w:pPr>
              <w:pStyle w:val="TableParagraph"/>
              <w:tabs>
                <w:tab w:val="left" w:pos="1152"/>
                <w:tab w:val="left" w:pos="1293"/>
              </w:tabs>
              <w:rPr>
                <w:sz w:val="26"/>
                <w:szCs w:val="26"/>
              </w:rPr>
            </w:pPr>
            <w:r w:rsidRPr="005B2B7C">
              <w:rPr>
                <w:sz w:val="26"/>
                <w:szCs w:val="26"/>
              </w:rPr>
              <w:lastRenderedPageBreak/>
              <w:t>Có □       Không □</w:t>
            </w:r>
          </w:p>
          <w:p w14:paraId="6451CCD6" w14:textId="77777777" w:rsidR="007E0432" w:rsidRPr="005B2B7C" w:rsidRDefault="007E0432" w:rsidP="00A57531">
            <w:pPr>
              <w:pStyle w:val="TableParagraph"/>
              <w:tabs>
                <w:tab w:val="left" w:pos="1152"/>
              </w:tabs>
              <w:rPr>
                <w:sz w:val="26"/>
                <w:szCs w:val="26"/>
              </w:rPr>
            </w:pPr>
            <w:r w:rsidRPr="005B2B7C">
              <w:rPr>
                <w:sz w:val="26"/>
                <w:szCs w:val="26"/>
              </w:rPr>
              <w:t>Lý do quy định: Không quy định</w:t>
            </w:r>
          </w:p>
        </w:tc>
      </w:tr>
      <w:tr w:rsidR="007E0432" w:rsidRPr="005B2B7C" w14:paraId="7A9F98FE" w14:textId="77777777" w:rsidTr="00A57531">
        <w:tc>
          <w:tcPr>
            <w:tcW w:w="973" w:type="pct"/>
          </w:tcPr>
          <w:p w14:paraId="05927E1C" w14:textId="77777777" w:rsidR="007E0432" w:rsidRPr="005B2B7C" w:rsidRDefault="007E0432" w:rsidP="00A57531">
            <w:pPr>
              <w:pStyle w:val="TableParagraph"/>
              <w:tabs>
                <w:tab w:val="left" w:pos="1152"/>
              </w:tabs>
              <w:rPr>
                <w:b/>
                <w:sz w:val="26"/>
                <w:szCs w:val="26"/>
              </w:rPr>
            </w:pPr>
            <w:r w:rsidRPr="005B2B7C">
              <w:rPr>
                <w:b/>
                <w:sz w:val="26"/>
                <w:szCs w:val="26"/>
              </w:rPr>
              <w:t>6. Đối tượng thực hiện</w:t>
            </w:r>
          </w:p>
        </w:tc>
        <w:tc>
          <w:tcPr>
            <w:tcW w:w="4027" w:type="pct"/>
          </w:tcPr>
          <w:p w14:paraId="5FFCA700" w14:textId="77777777" w:rsidR="007E0432" w:rsidRPr="005B2B7C" w:rsidRDefault="007E0432" w:rsidP="00A57531">
            <w:pPr>
              <w:pStyle w:val="TableParagraph"/>
              <w:tabs>
                <w:tab w:val="left" w:pos="1152"/>
              </w:tabs>
              <w:rPr>
                <w:sz w:val="26"/>
                <w:szCs w:val="26"/>
              </w:rPr>
            </w:pPr>
          </w:p>
        </w:tc>
      </w:tr>
      <w:tr w:rsidR="007E0432" w:rsidRPr="005B2B7C" w14:paraId="53310949" w14:textId="77777777" w:rsidTr="00A57531">
        <w:tc>
          <w:tcPr>
            <w:tcW w:w="973" w:type="pct"/>
          </w:tcPr>
          <w:p w14:paraId="57BD3AFD" w14:textId="77777777" w:rsidR="007E0432" w:rsidRPr="005B2B7C" w:rsidRDefault="007E0432" w:rsidP="00A57531">
            <w:pPr>
              <w:pStyle w:val="TableParagraph"/>
              <w:tabs>
                <w:tab w:val="left" w:pos="1152"/>
              </w:tabs>
              <w:rPr>
                <w:sz w:val="26"/>
                <w:szCs w:val="26"/>
              </w:rPr>
            </w:pPr>
            <w:r w:rsidRPr="005B2B7C">
              <w:rPr>
                <w:sz w:val="26"/>
                <w:szCs w:val="26"/>
              </w:rPr>
              <w:t>a) Đối tượng thực hiện:</w:t>
            </w:r>
          </w:p>
        </w:tc>
        <w:tc>
          <w:tcPr>
            <w:tcW w:w="4027" w:type="pct"/>
          </w:tcPr>
          <w:p w14:paraId="118CD959" w14:textId="77777777" w:rsidR="007E0432" w:rsidRPr="005B2B7C" w:rsidRDefault="007E0432" w:rsidP="00A57531">
            <w:pPr>
              <w:pStyle w:val="TableParagraph"/>
              <w:tabs>
                <w:tab w:val="left" w:pos="255"/>
                <w:tab w:val="left" w:pos="1152"/>
                <w:tab w:val="left" w:pos="1571"/>
                <w:tab w:val="left" w:pos="3552"/>
              </w:tabs>
              <w:rPr>
                <w:sz w:val="26"/>
                <w:szCs w:val="26"/>
              </w:rPr>
            </w:pPr>
            <w:r w:rsidRPr="005B2B7C">
              <w:rPr>
                <w:sz w:val="26"/>
                <w:szCs w:val="26"/>
              </w:rPr>
              <w:t>- Tổ chức: Trong nước X  Nước ngoài  X</w:t>
            </w:r>
          </w:p>
          <w:p w14:paraId="637AF236" w14:textId="204EF6CB" w:rsidR="007E0432" w:rsidRPr="005B2B7C" w:rsidRDefault="007E0432" w:rsidP="00A57531">
            <w:pPr>
              <w:pStyle w:val="TableParagraph"/>
              <w:tabs>
                <w:tab w:val="left" w:pos="1152"/>
              </w:tabs>
              <w:rPr>
                <w:sz w:val="26"/>
                <w:szCs w:val="26"/>
              </w:rPr>
            </w:pPr>
            <w:r w:rsidRPr="005B2B7C">
              <w:rPr>
                <w:sz w:val="26"/>
                <w:szCs w:val="26"/>
              </w:rPr>
              <w:t>Mô tả rõ: Bên giao hoặc bên nhận công nghệ thay mặt các bên tham gia chuyển giao công nghệ trong dự án đầu tư</w:t>
            </w:r>
          </w:p>
          <w:p w14:paraId="7EAAFB5F" w14:textId="77777777" w:rsidR="007E0432" w:rsidRPr="005B2B7C" w:rsidRDefault="007E0432" w:rsidP="00A57531">
            <w:pPr>
              <w:pStyle w:val="TableParagraph"/>
              <w:tabs>
                <w:tab w:val="left" w:pos="1152"/>
              </w:tabs>
              <w:rPr>
                <w:sz w:val="26"/>
                <w:szCs w:val="26"/>
              </w:rPr>
            </w:pPr>
            <w:r w:rsidRPr="005B2B7C">
              <w:rPr>
                <w:sz w:val="26"/>
                <w:szCs w:val="26"/>
              </w:rPr>
              <w:t>Lý do quy định:……………………………</w:t>
            </w:r>
          </w:p>
          <w:p w14:paraId="007A7216" w14:textId="77777777" w:rsidR="007E0432" w:rsidRPr="005B2B7C" w:rsidRDefault="007E0432" w:rsidP="00A57531">
            <w:pPr>
              <w:pStyle w:val="TableParagraph"/>
              <w:tabs>
                <w:tab w:val="left" w:pos="255"/>
                <w:tab w:val="left" w:pos="1152"/>
                <w:tab w:val="left" w:pos="1576"/>
                <w:tab w:val="left" w:pos="3556"/>
              </w:tabs>
              <w:rPr>
                <w:sz w:val="26"/>
                <w:szCs w:val="26"/>
              </w:rPr>
            </w:pPr>
            <w:r w:rsidRPr="005B2B7C">
              <w:rPr>
                <w:sz w:val="26"/>
                <w:szCs w:val="26"/>
              </w:rPr>
              <w:t>- Cá nhân: Trong nước  X  Nước ngoài □</w:t>
            </w:r>
          </w:p>
          <w:p w14:paraId="74777228" w14:textId="105E89BD" w:rsidR="007E0432" w:rsidRPr="005B2B7C" w:rsidRDefault="007E0432" w:rsidP="00A57531">
            <w:pPr>
              <w:pStyle w:val="TableParagraph"/>
              <w:tabs>
                <w:tab w:val="left" w:pos="1152"/>
              </w:tabs>
              <w:rPr>
                <w:sz w:val="26"/>
                <w:szCs w:val="26"/>
              </w:rPr>
            </w:pPr>
            <w:r w:rsidRPr="005B2B7C">
              <w:rPr>
                <w:sz w:val="26"/>
                <w:szCs w:val="26"/>
              </w:rPr>
              <w:t>Mô tả rõ: Cá nhân là bên giao hoặc bên nhận công nghệ trong dự án đầu tư</w:t>
            </w:r>
          </w:p>
          <w:p w14:paraId="25636344" w14:textId="77777777" w:rsidR="007E0432" w:rsidRPr="005B2B7C" w:rsidRDefault="007E0432" w:rsidP="00A57531">
            <w:pPr>
              <w:pStyle w:val="TableParagraph"/>
              <w:tabs>
                <w:tab w:val="left" w:pos="1152"/>
              </w:tabs>
              <w:rPr>
                <w:sz w:val="26"/>
                <w:szCs w:val="26"/>
              </w:rPr>
            </w:pPr>
            <w:r w:rsidRPr="005B2B7C">
              <w:rPr>
                <w:sz w:val="26"/>
                <w:szCs w:val="26"/>
              </w:rPr>
              <w:t>Lý do quy định:…………………………………………………</w:t>
            </w:r>
          </w:p>
          <w:p w14:paraId="70E3FAF2" w14:textId="77777777" w:rsidR="007E0432" w:rsidRPr="005B2B7C" w:rsidRDefault="007E0432" w:rsidP="00A57531">
            <w:pPr>
              <w:pStyle w:val="TableParagraph"/>
              <w:tabs>
                <w:tab w:val="left" w:pos="255"/>
                <w:tab w:val="left" w:pos="1152"/>
              </w:tabs>
              <w:rPr>
                <w:sz w:val="26"/>
                <w:szCs w:val="26"/>
              </w:rPr>
            </w:pPr>
            <w:r w:rsidRPr="005B2B7C">
              <w:rPr>
                <w:sz w:val="26"/>
                <w:szCs w:val="26"/>
              </w:rPr>
              <w:t>- Có thể mở rộng/ thu hẹp đối tượng thực hiện không?:</w:t>
            </w:r>
          </w:p>
          <w:p w14:paraId="751F0E8C" w14:textId="77777777" w:rsidR="007E0432" w:rsidRPr="005B2B7C" w:rsidRDefault="007E0432" w:rsidP="00A57531">
            <w:pPr>
              <w:pStyle w:val="TableParagraph"/>
              <w:tabs>
                <w:tab w:val="left" w:pos="1152"/>
                <w:tab w:val="left" w:pos="1293"/>
              </w:tabs>
              <w:rPr>
                <w:sz w:val="26"/>
                <w:szCs w:val="26"/>
              </w:rPr>
            </w:pPr>
            <w:r w:rsidRPr="005B2B7C">
              <w:rPr>
                <w:sz w:val="26"/>
                <w:szCs w:val="26"/>
              </w:rPr>
              <w:t>Có □       Không X</w:t>
            </w:r>
          </w:p>
          <w:p w14:paraId="437DFBC8" w14:textId="77777777" w:rsidR="007E0432" w:rsidRPr="005B2B7C" w:rsidRDefault="007E0432" w:rsidP="00A57531">
            <w:pPr>
              <w:pStyle w:val="TableParagraph"/>
              <w:tabs>
                <w:tab w:val="left" w:pos="1152"/>
              </w:tabs>
              <w:rPr>
                <w:sz w:val="26"/>
                <w:szCs w:val="26"/>
              </w:rPr>
            </w:pPr>
            <w:r w:rsidRPr="005B2B7C">
              <w:rPr>
                <w:sz w:val="26"/>
                <w:szCs w:val="26"/>
              </w:rPr>
              <w:t xml:space="preserve">Nêu rõ lý do: </w:t>
            </w:r>
          </w:p>
        </w:tc>
      </w:tr>
      <w:tr w:rsidR="007E0432" w:rsidRPr="005B2B7C" w14:paraId="6DEF8921" w14:textId="77777777" w:rsidTr="00A57531">
        <w:tc>
          <w:tcPr>
            <w:tcW w:w="973" w:type="pct"/>
          </w:tcPr>
          <w:p w14:paraId="1B3E295C" w14:textId="77777777" w:rsidR="007E0432" w:rsidRPr="005B2B7C" w:rsidRDefault="007E0432" w:rsidP="00A57531">
            <w:pPr>
              <w:pStyle w:val="TableParagraph"/>
              <w:tabs>
                <w:tab w:val="left" w:pos="1152"/>
              </w:tabs>
              <w:rPr>
                <w:sz w:val="26"/>
                <w:szCs w:val="26"/>
                <w:lang w:val="sv-SE"/>
              </w:rPr>
            </w:pPr>
            <w:r w:rsidRPr="005B2B7C">
              <w:rPr>
                <w:sz w:val="26"/>
                <w:szCs w:val="26"/>
                <w:lang w:val="sv-SE"/>
              </w:rPr>
              <w:t>b) Phạm vi áp dụng:</w:t>
            </w:r>
          </w:p>
        </w:tc>
        <w:tc>
          <w:tcPr>
            <w:tcW w:w="4027" w:type="pct"/>
          </w:tcPr>
          <w:p w14:paraId="3AC58138" w14:textId="77777777" w:rsidR="007E0432" w:rsidRPr="005B2B7C" w:rsidRDefault="007E0432" w:rsidP="00A57531">
            <w:pPr>
              <w:pStyle w:val="TableParagraph"/>
              <w:tabs>
                <w:tab w:val="left" w:pos="255"/>
                <w:tab w:val="left" w:pos="1152"/>
                <w:tab w:val="left" w:pos="2116"/>
                <w:tab w:val="left" w:pos="3513"/>
              </w:tabs>
              <w:rPr>
                <w:sz w:val="26"/>
                <w:szCs w:val="26"/>
                <w:lang w:val="sv-SE"/>
              </w:rPr>
            </w:pPr>
            <w:r w:rsidRPr="005B2B7C">
              <w:rPr>
                <w:sz w:val="26"/>
                <w:szCs w:val="26"/>
                <w:lang w:val="sv-SE"/>
              </w:rPr>
              <w:t>- Toàn quốc X Vùng □ Địa phương □</w:t>
            </w:r>
          </w:p>
          <w:p w14:paraId="45FB102B" w14:textId="77777777" w:rsidR="007E0432" w:rsidRPr="005B2B7C" w:rsidRDefault="007E0432" w:rsidP="00A57531">
            <w:pPr>
              <w:pStyle w:val="TableParagraph"/>
              <w:tabs>
                <w:tab w:val="left" w:pos="255"/>
                <w:tab w:val="left" w:pos="1152"/>
                <w:tab w:val="left" w:pos="2051"/>
                <w:tab w:val="left" w:pos="3528"/>
              </w:tabs>
              <w:rPr>
                <w:sz w:val="26"/>
                <w:szCs w:val="26"/>
                <w:lang w:val="sv-SE"/>
              </w:rPr>
            </w:pPr>
            <w:r w:rsidRPr="005B2B7C">
              <w:rPr>
                <w:sz w:val="26"/>
                <w:szCs w:val="26"/>
                <w:lang w:val="sv-SE"/>
              </w:rPr>
              <w:t>- Nông thôn □ Đô thị □ Miền núi □</w:t>
            </w:r>
          </w:p>
          <w:p w14:paraId="4BA81EC2" w14:textId="77777777" w:rsidR="007E0432" w:rsidRPr="005B2B7C" w:rsidRDefault="007E0432" w:rsidP="00A57531">
            <w:pPr>
              <w:pStyle w:val="TableParagraph"/>
              <w:tabs>
                <w:tab w:val="left" w:pos="255"/>
                <w:tab w:val="left" w:pos="1152"/>
              </w:tabs>
              <w:rPr>
                <w:sz w:val="26"/>
                <w:szCs w:val="26"/>
                <w:lang w:val="sv-SE"/>
              </w:rPr>
            </w:pPr>
            <w:r w:rsidRPr="005B2B7C">
              <w:rPr>
                <w:sz w:val="26"/>
                <w:szCs w:val="26"/>
                <w:lang w:val="sv-SE"/>
              </w:rPr>
              <w:t>- Biên giới, hải đảo □</w:t>
            </w:r>
          </w:p>
          <w:p w14:paraId="0BB0C9DA" w14:textId="77777777" w:rsidR="007E0432" w:rsidRPr="005B2B7C" w:rsidRDefault="007E0432" w:rsidP="00A57531">
            <w:pPr>
              <w:pStyle w:val="TableParagraph"/>
              <w:tabs>
                <w:tab w:val="left" w:pos="255"/>
                <w:tab w:val="left" w:pos="1152"/>
              </w:tabs>
              <w:rPr>
                <w:sz w:val="26"/>
                <w:szCs w:val="26"/>
                <w:lang w:val="sv-SE"/>
              </w:rPr>
            </w:pPr>
            <w:r w:rsidRPr="005B2B7C">
              <w:rPr>
                <w:sz w:val="26"/>
                <w:szCs w:val="26"/>
                <w:lang w:val="sv-SE"/>
              </w:rPr>
              <w:t>- Lý do quy định:………………………</w:t>
            </w:r>
          </w:p>
          <w:p w14:paraId="183C6DB7" w14:textId="77777777" w:rsidR="007E0432" w:rsidRPr="005B2B7C" w:rsidRDefault="007E0432" w:rsidP="00A57531">
            <w:pPr>
              <w:pStyle w:val="TableParagraph"/>
              <w:tabs>
                <w:tab w:val="left" w:pos="255"/>
                <w:tab w:val="left" w:pos="1152"/>
              </w:tabs>
              <w:rPr>
                <w:sz w:val="26"/>
                <w:szCs w:val="26"/>
                <w:lang w:val="sv-SE"/>
              </w:rPr>
            </w:pPr>
            <w:r w:rsidRPr="005B2B7C">
              <w:rPr>
                <w:sz w:val="26"/>
                <w:szCs w:val="26"/>
                <w:lang w:val="sv-SE"/>
              </w:rPr>
              <w:t>- Có thể mở rộng/ thu hẹp phạm vi áp dụng không?:</w:t>
            </w:r>
          </w:p>
          <w:p w14:paraId="6149BDD3" w14:textId="77777777" w:rsidR="007E0432" w:rsidRPr="005B2B7C" w:rsidRDefault="007E0432" w:rsidP="00A57531">
            <w:pPr>
              <w:pStyle w:val="TableParagraph"/>
              <w:tabs>
                <w:tab w:val="left" w:pos="1152"/>
                <w:tab w:val="left" w:pos="1293"/>
              </w:tabs>
              <w:rPr>
                <w:sz w:val="26"/>
                <w:szCs w:val="26"/>
                <w:lang w:val="sv-SE"/>
              </w:rPr>
            </w:pPr>
            <w:r w:rsidRPr="005B2B7C">
              <w:rPr>
                <w:sz w:val="26"/>
                <w:szCs w:val="26"/>
                <w:lang w:val="sv-SE"/>
              </w:rPr>
              <w:t>Có X       Không □</w:t>
            </w:r>
          </w:p>
          <w:p w14:paraId="65043845" w14:textId="77777777" w:rsidR="007E0432" w:rsidRPr="005B2B7C" w:rsidRDefault="007E0432" w:rsidP="00A57531">
            <w:pPr>
              <w:pStyle w:val="TableParagraph"/>
              <w:tabs>
                <w:tab w:val="left" w:pos="1152"/>
              </w:tabs>
              <w:rPr>
                <w:sz w:val="26"/>
                <w:szCs w:val="26"/>
                <w:lang w:val="sv-SE"/>
              </w:rPr>
            </w:pPr>
            <w:r w:rsidRPr="005B2B7C">
              <w:rPr>
                <w:sz w:val="26"/>
                <w:szCs w:val="26"/>
                <w:lang w:val="sv-SE"/>
              </w:rPr>
              <w:t>Nêu rõ lý do: ……………………………………………</w:t>
            </w:r>
          </w:p>
        </w:tc>
      </w:tr>
      <w:tr w:rsidR="007E0432" w:rsidRPr="005B2B7C" w14:paraId="76E590C6" w14:textId="77777777" w:rsidTr="00A57531">
        <w:tc>
          <w:tcPr>
            <w:tcW w:w="5000" w:type="pct"/>
            <w:gridSpan w:val="2"/>
          </w:tcPr>
          <w:p w14:paraId="196C9D91" w14:textId="15D6CFC9" w:rsidR="007E0432" w:rsidRPr="005B2B7C" w:rsidRDefault="007E0432" w:rsidP="00A57531">
            <w:pPr>
              <w:pStyle w:val="TableParagraph"/>
              <w:tabs>
                <w:tab w:val="left" w:pos="1152"/>
              </w:tabs>
              <w:rPr>
                <w:sz w:val="26"/>
                <w:szCs w:val="26"/>
                <w:lang w:val="sv-SE"/>
              </w:rPr>
            </w:pPr>
            <w:r w:rsidRPr="005B2B7C">
              <w:rPr>
                <w:sz w:val="26"/>
                <w:szCs w:val="26"/>
                <w:lang w:val="sv-SE"/>
              </w:rPr>
              <w:t>Dự kiến số lượng đối tượng thực hiện/01 năm: khoảng 10 tổ chức trên phạm vi toàn quốc (từ ngày 01/7/2023 đến thời điểm đánh giá chưa phát sinh hồ sơ tại Bộ Khoa học và Công nghệ).</w:t>
            </w:r>
          </w:p>
        </w:tc>
      </w:tr>
      <w:tr w:rsidR="007E0432" w:rsidRPr="005B2B7C" w14:paraId="14215C1B" w14:textId="77777777" w:rsidTr="00A57531">
        <w:tc>
          <w:tcPr>
            <w:tcW w:w="5000" w:type="pct"/>
            <w:gridSpan w:val="2"/>
          </w:tcPr>
          <w:p w14:paraId="5FEFF89C" w14:textId="77777777" w:rsidR="007E0432" w:rsidRPr="005B2B7C" w:rsidRDefault="007E0432" w:rsidP="00A57531">
            <w:pPr>
              <w:pStyle w:val="TableParagraph"/>
              <w:tabs>
                <w:tab w:val="left" w:pos="1152"/>
              </w:tabs>
              <w:rPr>
                <w:b/>
                <w:sz w:val="26"/>
                <w:szCs w:val="26"/>
              </w:rPr>
            </w:pPr>
            <w:r w:rsidRPr="005B2B7C">
              <w:rPr>
                <w:b/>
                <w:sz w:val="26"/>
                <w:szCs w:val="26"/>
              </w:rPr>
              <w:t>7. Cơ quan giải quyết</w:t>
            </w:r>
          </w:p>
        </w:tc>
      </w:tr>
      <w:tr w:rsidR="007E0432" w:rsidRPr="005B2B7C" w14:paraId="22070FE1" w14:textId="77777777" w:rsidTr="00A57531">
        <w:tc>
          <w:tcPr>
            <w:tcW w:w="973" w:type="pct"/>
          </w:tcPr>
          <w:p w14:paraId="5ED72CB5" w14:textId="77777777" w:rsidR="007E0432" w:rsidRPr="005B2B7C" w:rsidRDefault="007E0432" w:rsidP="00A57531">
            <w:pPr>
              <w:pStyle w:val="TableParagraph"/>
              <w:tabs>
                <w:tab w:val="left" w:pos="1152"/>
              </w:tabs>
              <w:jc w:val="both"/>
              <w:rPr>
                <w:sz w:val="26"/>
                <w:szCs w:val="26"/>
              </w:rPr>
            </w:pPr>
            <w:r w:rsidRPr="005B2B7C">
              <w:rPr>
                <w:sz w:val="26"/>
                <w:szCs w:val="26"/>
              </w:rPr>
              <w:t>a) Có được quy định rõ ràng, cụ thể về cơ quan giải quyết thủ tục hành chính không?</w:t>
            </w:r>
          </w:p>
        </w:tc>
        <w:tc>
          <w:tcPr>
            <w:tcW w:w="4027" w:type="pct"/>
          </w:tcPr>
          <w:p w14:paraId="7FDAFEBB" w14:textId="77777777" w:rsidR="007E0432" w:rsidRPr="005B2B7C" w:rsidRDefault="007E0432" w:rsidP="00A57531">
            <w:pPr>
              <w:pStyle w:val="TableParagraph"/>
              <w:tabs>
                <w:tab w:val="left" w:pos="1152"/>
                <w:tab w:val="left" w:pos="1358"/>
              </w:tabs>
              <w:rPr>
                <w:sz w:val="26"/>
                <w:szCs w:val="26"/>
              </w:rPr>
            </w:pPr>
            <w:r w:rsidRPr="005B2B7C">
              <w:rPr>
                <w:sz w:val="26"/>
                <w:szCs w:val="26"/>
              </w:rPr>
              <w:t xml:space="preserve">Có X       Không □ </w:t>
            </w:r>
          </w:p>
          <w:p w14:paraId="0F6B4A1E" w14:textId="77777777" w:rsidR="007E0432" w:rsidRPr="005B2B7C" w:rsidRDefault="007E0432" w:rsidP="00A57531">
            <w:pPr>
              <w:pStyle w:val="TableParagraph"/>
              <w:tabs>
                <w:tab w:val="left" w:pos="1152"/>
                <w:tab w:val="left" w:pos="1358"/>
              </w:tabs>
              <w:rPr>
                <w:sz w:val="26"/>
                <w:szCs w:val="26"/>
              </w:rPr>
            </w:pPr>
            <w:r w:rsidRPr="005B2B7C">
              <w:rPr>
                <w:sz w:val="26"/>
                <w:szCs w:val="26"/>
              </w:rPr>
              <w:t>Lý do quy định: Phân cấp toàn bộ về UBND cấp tỉnh</w:t>
            </w:r>
          </w:p>
        </w:tc>
      </w:tr>
      <w:tr w:rsidR="007E0432" w:rsidRPr="005B2B7C" w14:paraId="6F9C16EF" w14:textId="77777777" w:rsidTr="00A57531">
        <w:trPr>
          <w:trHeight w:val="175"/>
        </w:trPr>
        <w:tc>
          <w:tcPr>
            <w:tcW w:w="973" w:type="pct"/>
          </w:tcPr>
          <w:p w14:paraId="03F9004F" w14:textId="77777777" w:rsidR="007E0432" w:rsidRPr="005B2B7C" w:rsidRDefault="007E0432" w:rsidP="00A57531">
            <w:pPr>
              <w:pStyle w:val="TableParagraph"/>
              <w:tabs>
                <w:tab w:val="left" w:pos="1152"/>
              </w:tabs>
              <w:jc w:val="both"/>
              <w:rPr>
                <w:sz w:val="26"/>
                <w:szCs w:val="26"/>
              </w:rPr>
            </w:pPr>
            <w:r w:rsidRPr="005B2B7C">
              <w:rPr>
                <w:sz w:val="26"/>
                <w:szCs w:val="26"/>
              </w:rPr>
              <w:t>b) Có thể mở rộng ủy quyền hoặc phân cấp thực hiện không?</w:t>
            </w:r>
          </w:p>
        </w:tc>
        <w:tc>
          <w:tcPr>
            <w:tcW w:w="4027" w:type="pct"/>
          </w:tcPr>
          <w:p w14:paraId="028D9AD0" w14:textId="77777777" w:rsidR="007E0432" w:rsidRPr="005B2B7C" w:rsidRDefault="007E0432" w:rsidP="00A57531">
            <w:pPr>
              <w:pStyle w:val="TableParagraph"/>
              <w:tabs>
                <w:tab w:val="left" w:pos="1152"/>
                <w:tab w:val="left" w:pos="1358"/>
              </w:tabs>
              <w:rPr>
                <w:sz w:val="26"/>
                <w:szCs w:val="26"/>
              </w:rPr>
            </w:pPr>
            <w:r w:rsidRPr="005B2B7C">
              <w:rPr>
                <w:sz w:val="26"/>
                <w:szCs w:val="26"/>
              </w:rPr>
              <w:t>Có  X        Không □</w:t>
            </w:r>
          </w:p>
          <w:p w14:paraId="0D78D550" w14:textId="77777777" w:rsidR="007E0432" w:rsidRPr="005B2B7C" w:rsidRDefault="007E0432" w:rsidP="00A57531">
            <w:pPr>
              <w:pStyle w:val="TableParagraph"/>
              <w:tabs>
                <w:tab w:val="left" w:pos="1152"/>
              </w:tabs>
              <w:rPr>
                <w:sz w:val="26"/>
                <w:szCs w:val="26"/>
              </w:rPr>
            </w:pPr>
            <w:r w:rsidRPr="005B2B7C">
              <w:rPr>
                <w:sz w:val="26"/>
                <w:szCs w:val="26"/>
              </w:rPr>
              <w:t>Nêu rõ lý do: Phân cấp UBND cấp tỉnh</w:t>
            </w:r>
          </w:p>
        </w:tc>
      </w:tr>
      <w:tr w:rsidR="007E0432" w:rsidRPr="005B2B7C" w14:paraId="7F8774B9" w14:textId="77777777" w:rsidTr="00A57531">
        <w:tc>
          <w:tcPr>
            <w:tcW w:w="5000" w:type="pct"/>
            <w:gridSpan w:val="2"/>
          </w:tcPr>
          <w:p w14:paraId="5228BA7F" w14:textId="77777777" w:rsidR="007E0432" w:rsidRPr="005B2B7C" w:rsidRDefault="007E0432" w:rsidP="00A57531">
            <w:pPr>
              <w:pStyle w:val="TableParagraph"/>
              <w:tabs>
                <w:tab w:val="left" w:pos="1152"/>
              </w:tabs>
              <w:rPr>
                <w:b/>
                <w:sz w:val="26"/>
                <w:szCs w:val="26"/>
              </w:rPr>
            </w:pPr>
            <w:r w:rsidRPr="005B2B7C">
              <w:rPr>
                <w:b/>
                <w:sz w:val="26"/>
                <w:szCs w:val="26"/>
              </w:rPr>
              <w:lastRenderedPageBreak/>
              <w:t>8. Phí, lệ phí và các chi phí khác (nếu có)</w:t>
            </w:r>
          </w:p>
        </w:tc>
      </w:tr>
      <w:tr w:rsidR="007E0432" w:rsidRPr="005B2B7C" w14:paraId="42F2BE7A" w14:textId="77777777" w:rsidTr="00A57531">
        <w:tc>
          <w:tcPr>
            <w:tcW w:w="973" w:type="pct"/>
          </w:tcPr>
          <w:p w14:paraId="0A95CE34" w14:textId="77777777" w:rsidR="007E0432" w:rsidRPr="005B2B7C" w:rsidRDefault="007E0432" w:rsidP="00A57531">
            <w:pPr>
              <w:pStyle w:val="TableParagraph"/>
              <w:tabs>
                <w:tab w:val="left" w:pos="1152"/>
              </w:tabs>
              <w:jc w:val="both"/>
              <w:rPr>
                <w:sz w:val="26"/>
                <w:szCs w:val="26"/>
              </w:rPr>
            </w:pPr>
            <w:r w:rsidRPr="005B2B7C">
              <w:rPr>
                <w:sz w:val="26"/>
                <w:szCs w:val="26"/>
              </w:rPr>
              <w:t>a) Có quy định về phí, lệ phí và các chi phí khác (nếu có) không?</w:t>
            </w:r>
          </w:p>
        </w:tc>
        <w:tc>
          <w:tcPr>
            <w:tcW w:w="4027" w:type="pct"/>
          </w:tcPr>
          <w:p w14:paraId="30145112" w14:textId="77777777" w:rsidR="007E0432" w:rsidRPr="005B2B7C" w:rsidRDefault="007E0432" w:rsidP="00A57531">
            <w:pPr>
              <w:pStyle w:val="TableParagraph"/>
              <w:tabs>
                <w:tab w:val="left" w:pos="255"/>
                <w:tab w:val="left" w:pos="1129"/>
                <w:tab w:val="left" w:pos="2788"/>
              </w:tabs>
              <w:rPr>
                <w:sz w:val="26"/>
                <w:szCs w:val="26"/>
              </w:rPr>
            </w:pPr>
            <w:r w:rsidRPr="005B2B7C">
              <w:rPr>
                <w:sz w:val="26"/>
                <w:szCs w:val="26"/>
              </w:rPr>
              <w:t>- Phí: Không X       Có □</w:t>
            </w:r>
          </w:p>
          <w:p w14:paraId="1676F183" w14:textId="77777777" w:rsidR="007E0432" w:rsidRPr="005B2B7C" w:rsidRDefault="007E0432" w:rsidP="00A57531">
            <w:pPr>
              <w:pStyle w:val="TableParagraph"/>
              <w:tabs>
                <w:tab w:val="left" w:pos="1152"/>
              </w:tabs>
              <w:rPr>
                <w:sz w:val="26"/>
                <w:szCs w:val="26"/>
              </w:rPr>
            </w:pPr>
            <w:r w:rsidRPr="005B2B7C">
              <w:rPr>
                <w:sz w:val="26"/>
                <w:szCs w:val="26"/>
              </w:rPr>
              <w:t>Nếu Có, nêu rõ lý do: ……..</w:t>
            </w:r>
          </w:p>
          <w:p w14:paraId="6C1BFD7D" w14:textId="77777777" w:rsidR="007E0432" w:rsidRPr="005B2B7C" w:rsidRDefault="007E0432" w:rsidP="00A57531">
            <w:pPr>
              <w:pStyle w:val="TableParagraph"/>
              <w:tabs>
                <w:tab w:val="left" w:pos="255"/>
                <w:tab w:val="left" w:pos="1152"/>
                <w:tab w:val="left" w:pos="2788"/>
              </w:tabs>
              <w:rPr>
                <w:sz w:val="26"/>
                <w:szCs w:val="26"/>
              </w:rPr>
            </w:pPr>
            <w:r w:rsidRPr="005B2B7C">
              <w:rPr>
                <w:sz w:val="26"/>
                <w:szCs w:val="26"/>
              </w:rPr>
              <w:t>- Lệ phí: Không X       Có □</w:t>
            </w:r>
          </w:p>
          <w:p w14:paraId="08D88885" w14:textId="77777777" w:rsidR="007E0432" w:rsidRPr="005B2B7C" w:rsidRDefault="007E0432" w:rsidP="00A57531">
            <w:pPr>
              <w:pStyle w:val="TableParagraph"/>
              <w:tabs>
                <w:tab w:val="left" w:pos="1152"/>
              </w:tabs>
              <w:rPr>
                <w:sz w:val="26"/>
                <w:szCs w:val="26"/>
              </w:rPr>
            </w:pPr>
            <w:r w:rsidRPr="005B2B7C">
              <w:rPr>
                <w:sz w:val="26"/>
                <w:szCs w:val="26"/>
              </w:rPr>
              <w:t>Nếu Có, nêu rõ lý do:……………………………..……………</w:t>
            </w:r>
          </w:p>
          <w:p w14:paraId="75F9FD34" w14:textId="6CEE075E" w:rsidR="007E0432" w:rsidRPr="005B2B7C" w:rsidRDefault="007E0432" w:rsidP="00A57531">
            <w:pPr>
              <w:pStyle w:val="TableParagraph"/>
              <w:tabs>
                <w:tab w:val="left" w:pos="255"/>
                <w:tab w:val="left" w:pos="1152"/>
                <w:tab w:val="left" w:pos="1980"/>
                <w:tab w:val="left" w:pos="3638"/>
              </w:tabs>
              <w:rPr>
                <w:sz w:val="26"/>
                <w:szCs w:val="26"/>
              </w:rPr>
            </w:pPr>
            <w:r w:rsidRPr="005B2B7C">
              <w:rPr>
                <w:sz w:val="26"/>
                <w:szCs w:val="26"/>
              </w:rPr>
              <w:t>- Chi phí khác: Không  X     Có □</w:t>
            </w:r>
          </w:p>
          <w:p w14:paraId="12739826" w14:textId="77777777" w:rsidR="007E0432" w:rsidRPr="005B2B7C" w:rsidRDefault="007E0432" w:rsidP="00A57531">
            <w:pPr>
              <w:pStyle w:val="TableParagraph"/>
              <w:tabs>
                <w:tab w:val="left" w:pos="1152"/>
              </w:tabs>
              <w:rPr>
                <w:sz w:val="26"/>
                <w:szCs w:val="26"/>
              </w:rPr>
            </w:pPr>
            <w:r w:rsidRPr="005B2B7C">
              <w:rPr>
                <w:sz w:val="26"/>
                <w:szCs w:val="26"/>
              </w:rPr>
              <w:t>Nếu Có, nêu rõ lý do: ……………………………..……………</w:t>
            </w:r>
          </w:p>
          <w:p w14:paraId="77A09EC7" w14:textId="77777777" w:rsidR="007E0432" w:rsidRPr="005B2B7C" w:rsidRDefault="007E0432" w:rsidP="00A57531">
            <w:pPr>
              <w:pStyle w:val="TableParagraph"/>
              <w:tabs>
                <w:tab w:val="left" w:pos="255"/>
                <w:tab w:val="left" w:pos="1152"/>
              </w:tabs>
              <w:rPr>
                <w:sz w:val="26"/>
                <w:szCs w:val="26"/>
              </w:rPr>
            </w:pPr>
            <w:r w:rsidRPr="005B2B7C">
              <w:rPr>
                <w:sz w:val="26"/>
                <w:szCs w:val="26"/>
              </w:rPr>
              <w:t>- Nêu rõ mức phí, lệ phí hoặc chi phí khác (</w:t>
            </w:r>
            <w:r w:rsidRPr="005B2B7C">
              <w:rPr>
                <w:i/>
                <w:sz w:val="26"/>
                <w:szCs w:val="26"/>
              </w:rPr>
              <w:t>nếu được quy định tại dự thảo</w:t>
            </w:r>
            <w:r w:rsidRPr="005B2B7C">
              <w:rPr>
                <w:sz w:val="26"/>
                <w:szCs w:val="26"/>
              </w:rPr>
              <w:t>):</w:t>
            </w:r>
          </w:p>
          <w:p w14:paraId="67F8223D" w14:textId="77777777" w:rsidR="007E0432" w:rsidRPr="005B2B7C" w:rsidRDefault="007E0432" w:rsidP="00A57531">
            <w:pPr>
              <w:pStyle w:val="TableParagraph"/>
              <w:tabs>
                <w:tab w:val="left" w:pos="1152"/>
              </w:tabs>
              <w:rPr>
                <w:sz w:val="26"/>
                <w:szCs w:val="26"/>
              </w:rPr>
            </w:pPr>
            <w:r w:rsidRPr="005B2B7C">
              <w:rPr>
                <w:sz w:val="26"/>
                <w:szCs w:val="26"/>
              </w:rPr>
              <w:t>+ Mức phí (hoặc đính kèm biểu phí): Không quy định.</w:t>
            </w:r>
          </w:p>
          <w:p w14:paraId="3546785F" w14:textId="77777777" w:rsidR="007E0432" w:rsidRPr="005B2B7C" w:rsidRDefault="007E0432" w:rsidP="00A57531">
            <w:pPr>
              <w:pStyle w:val="TableParagraph"/>
              <w:tabs>
                <w:tab w:val="left" w:pos="1152"/>
              </w:tabs>
              <w:rPr>
                <w:sz w:val="26"/>
                <w:szCs w:val="26"/>
              </w:rPr>
            </w:pPr>
            <w:r w:rsidRPr="005B2B7C">
              <w:rPr>
                <w:sz w:val="26"/>
                <w:szCs w:val="26"/>
              </w:rPr>
              <w:t>+ Mức lệ phí (hoặc đính kèm biểu lệ phí): Không quy định.</w:t>
            </w:r>
          </w:p>
          <w:p w14:paraId="6B8491CD" w14:textId="77777777" w:rsidR="007E0432" w:rsidRPr="005B2B7C" w:rsidRDefault="007E0432" w:rsidP="00A57531">
            <w:pPr>
              <w:pStyle w:val="TableParagraph"/>
              <w:tabs>
                <w:tab w:val="left" w:pos="1152"/>
              </w:tabs>
              <w:rPr>
                <w:sz w:val="26"/>
                <w:szCs w:val="26"/>
              </w:rPr>
            </w:pPr>
            <w:r w:rsidRPr="005B2B7C">
              <w:rPr>
                <w:sz w:val="26"/>
                <w:szCs w:val="26"/>
              </w:rPr>
              <w:t>+ Mức chi phí khác: Không quy định.</w:t>
            </w:r>
          </w:p>
          <w:p w14:paraId="57DA55A4" w14:textId="029D8794" w:rsidR="007E0432" w:rsidRPr="005B2B7C" w:rsidRDefault="007E0432" w:rsidP="00A57531">
            <w:pPr>
              <w:pStyle w:val="TableParagraph"/>
              <w:tabs>
                <w:tab w:val="left" w:pos="1152"/>
                <w:tab w:val="left" w:pos="7171"/>
                <w:tab w:val="left" w:pos="8359"/>
              </w:tabs>
              <w:rPr>
                <w:sz w:val="26"/>
                <w:szCs w:val="26"/>
              </w:rPr>
            </w:pPr>
            <w:r w:rsidRPr="005B2B7C">
              <w:rPr>
                <w:sz w:val="26"/>
                <w:szCs w:val="26"/>
              </w:rPr>
              <w:t>+ Mức phí, lệ phí và các chi phí khác (nếu có) có phù hợp không: Không áp dụng (dự thảo không quy định phí, lệ phí)       Không X</w:t>
            </w:r>
          </w:p>
          <w:p w14:paraId="6E144B45" w14:textId="77777777" w:rsidR="007E0432" w:rsidRPr="005B2B7C" w:rsidRDefault="007E0432" w:rsidP="00A57531">
            <w:pPr>
              <w:pStyle w:val="TableParagraph"/>
              <w:tabs>
                <w:tab w:val="left" w:pos="1152"/>
              </w:tabs>
              <w:rPr>
                <w:sz w:val="26"/>
                <w:szCs w:val="26"/>
              </w:rPr>
            </w:pPr>
            <w:r w:rsidRPr="005B2B7C">
              <w:rPr>
                <w:sz w:val="26"/>
                <w:szCs w:val="26"/>
              </w:rPr>
              <w:t>Lý do: …………………………………………………</w:t>
            </w:r>
          </w:p>
          <w:p w14:paraId="1B9875FA" w14:textId="77777777" w:rsidR="007E0432" w:rsidRPr="005B2B7C" w:rsidRDefault="007E0432" w:rsidP="00A57531">
            <w:pPr>
              <w:pStyle w:val="TableParagraph"/>
              <w:tabs>
                <w:tab w:val="left" w:pos="282"/>
                <w:tab w:val="left" w:pos="1152"/>
              </w:tabs>
              <w:rPr>
                <w:sz w:val="26"/>
                <w:szCs w:val="26"/>
              </w:rPr>
            </w:pPr>
            <w:r w:rsidRPr="005B2B7C">
              <w:rPr>
                <w:sz w:val="26"/>
                <w:szCs w:val="26"/>
              </w:rPr>
              <w:t>- Nếu mức phí, lệ phí hoặc chi phí khác (nếu có) chưa được quy định tại dự thảo thì nêu rõ lý do: Không quy định</w:t>
            </w:r>
          </w:p>
        </w:tc>
      </w:tr>
      <w:tr w:rsidR="007E0432" w:rsidRPr="005B2B7C" w14:paraId="1C01AC4E" w14:textId="77777777" w:rsidTr="00A57531">
        <w:tc>
          <w:tcPr>
            <w:tcW w:w="973" w:type="pct"/>
          </w:tcPr>
          <w:p w14:paraId="7582332C" w14:textId="77777777" w:rsidR="007E0432" w:rsidRPr="005B2B7C" w:rsidRDefault="007E0432" w:rsidP="00A57531">
            <w:pPr>
              <w:pStyle w:val="TableParagraph"/>
              <w:tabs>
                <w:tab w:val="left" w:pos="1152"/>
              </w:tabs>
              <w:jc w:val="both"/>
              <w:rPr>
                <w:sz w:val="26"/>
                <w:szCs w:val="26"/>
              </w:rPr>
            </w:pPr>
            <w:r w:rsidRPr="005B2B7C">
              <w:rPr>
                <w:sz w:val="26"/>
                <w:szCs w:val="26"/>
              </w:rPr>
              <w:t>b) Quy định về cách thức, thời điểm nộp phí, lệ phí và các chi phí khác (nếu có) có hợp lý không?</w:t>
            </w:r>
          </w:p>
        </w:tc>
        <w:tc>
          <w:tcPr>
            <w:tcW w:w="4027" w:type="pct"/>
          </w:tcPr>
          <w:p w14:paraId="1EF20B8F" w14:textId="77777777" w:rsidR="007E0432" w:rsidRPr="005B2B7C" w:rsidRDefault="007E0432" w:rsidP="00A57531">
            <w:pPr>
              <w:pStyle w:val="TableParagraph"/>
              <w:tabs>
                <w:tab w:val="left" w:pos="1152"/>
                <w:tab w:val="left" w:pos="1422"/>
              </w:tabs>
              <w:rPr>
                <w:sz w:val="26"/>
                <w:szCs w:val="26"/>
              </w:rPr>
            </w:pPr>
            <w:r w:rsidRPr="005B2B7C">
              <w:rPr>
                <w:sz w:val="26"/>
                <w:szCs w:val="26"/>
              </w:rPr>
              <w:t>Có □       Không □</w:t>
            </w:r>
          </w:p>
          <w:p w14:paraId="46B22811" w14:textId="77777777" w:rsidR="007E0432" w:rsidRPr="005B2B7C" w:rsidRDefault="007E0432" w:rsidP="00A57531">
            <w:pPr>
              <w:pStyle w:val="TableParagraph"/>
              <w:tabs>
                <w:tab w:val="left" w:pos="1152"/>
              </w:tabs>
              <w:rPr>
                <w:sz w:val="26"/>
                <w:szCs w:val="26"/>
              </w:rPr>
            </w:pPr>
            <w:r w:rsidRPr="005B2B7C">
              <w:rPr>
                <w:sz w:val="26"/>
                <w:szCs w:val="26"/>
              </w:rPr>
              <w:t>Nội dung quy định: Không quy định</w:t>
            </w:r>
          </w:p>
          <w:p w14:paraId="3BB7FA14" w14:textId="77777777" w:rsidR="007E0432" w:rsidRPr="005B2B7C" w:rsidRDefault="007E0432" w:rsidP="00A57531">
            <w:pPr>
              <w:pStyle w:val="TableParagraph"/>
              <w:tabs>
                <w:tab w:val="left" w:pos="1152"/>
              </w:tabs>
              <w:rPr>
                <w:sz w:val="26"/>
                <w:szCs w:val="26"/>
              </w:rPr>
            </w:pPr>
            <w:r w:rsidRPr="005B2B7C">
              <w:rPr>
                <w:sz w:val="26"/>
                <w:szCs w:val="26"/>
              </w:rPr>
              <w:t>Lý do quy định:……………………………</w:t>
            </w:r>
          </w:p>
        </w:tc>
      </w:tr>
      <w:tr w:rsidR="007E0432" w:rsidRPr="005B2B7C" w14:paraId="23027253" w14:textId="77777777" w:rsidTr="00A57531">
        <w:tc>
          <w:tcPr>
            <w:tcW w:w="5000" w:type="pct"/>
            <w:gridSpan w:val="2"/>
          </w:tcPr>
          <w:p w14:paraId="073BFA6A" w14:textId="77777777" w:rsidR="007E0432" w:rsidRPr="005B2B7C" w:rsidRDefault="007E0432" w:rsidP="00A57531">
            <w:pPr>
              <w:pStyle w:val="TableParagraph"/>
              <w:tabs>
                <w:tab w:val="left" w:pos="1152"/>
              </w:tabs>
              <w:rPr>
                <w:b/>
                <w:sz w:val="26"/>
                <w:szCs w:val="26"/>
              </w:rPr>
            </w:pPr>
            <w:r w:rsidRPr="005B2B7C">
              <w:rPr>
                <w:b/>
                <w:sz w:val="26"/>
                <w:szCs w:val="26"/>
              </w:rPr>
              <w:t>9. Mẫu đơn, tờ khai</w:t>
            </w:r>
          </w:p>
        </w:tc>
      </w:tr>
      <w:tr w:rsidR="007E0432" w:rsidRPr="005B2B7C" w14:paraId="5D55B05A" w14:textId="77777777" w:rsidTr="00A57531">
        <w:tc>
          <w:tcPr>
            <w:tcW w:w="973" w:type="pct"/>
          </w:tcPr>
          <w:p w14:paraId="2FE8AE60" w14:textId="77777777" w:rsidR="007E0432" w:rsidRPr="005B2B7C" w:rsidRDefault="007E0432" w:rsidP="00A57531">
            <w:pPr>
              <w:pStyle w:val="TableParagraph"/>
              <w:tabs>
                <w:tab w:val="left" w:pos="1152"/>
              </w:tabs>
              <w:jc w:val="both"/>
              <w:rPr>
                <w:sz w:val="26"/>
                <w:szCs w:val="26"/>
              </w:rPr>
            </w:pPr>
            <w:r w:rsidRPr="005B2B7C">
              <w:rPr>
                <w:sz w:val="26"/>
                <w:szCs w:val="26"/>
              </w:rPr>
              <w:t>a) Có quy định về mẫu đơn, tờ khai không?</w:t>
            </w:r>
          </w:p>
        </w:tc>
        <w:tc>
          <w:tcPr>
            <w:tcW w:w="4027" w:type="pct"/>
          </w:tcPr>
          <w:p w14:paraId="0C7652A6" w14:textId="77777777" w:rsidR="007E0432" w:rsidRPr="005B2B7C" w:rsidRDefault="007E0432" w:rsidP="00A57531">
            <w:pPr>
              <w:pStyle w:val="TableParagraph"/>
              <w:tabs>
                <w:tab w:val="left" w:pos="1152"/>
                <w:tab w:val="left" w:pos="1228"/>
              </w:tabs>
              <w:rPr>
                <w:sz w:val="26"/>
                <w:szCs w:val="26"/>
              </w:rPr>
            </w:pPr>
            <w:r w:rsidRPr="005B2B7C">
              <w:rPr>
                <w:sz w:val="26"/>
                <w:szCs w:val="26"/>
              </w:rPr>
              <w:t>Có X       Không □</w:t>
            </w:r>
          </w:p>
          <w:p w14:paraId="324D5F81" w14:textId="77777777" w:rsidR="007E0432" w:rsidRPr="005B2B7C" w:rsidRDefault="007E0432" w:rsidP="00A57531">
            <w:pPr>
              <w:pStyle w:val="TableParagraph"/>
              <w:tabs>
                <w:tab w:val="left" w:pos="1152"/>
              </w:tabs>
              <w:rPr>
                <w:sz w:val="26"/>
                <w:szCs w:val="26"/>
              </w:rPr>
            </w:pPr>
            <w:r w:rsidRPr="005B2B7C">
              <w:rPr>
                <w:sz w:val="26"/>
                <w:szCs w:val="26"/>
              </w:rPr>
              <w:t>Lý do: Bảo đảm thống nhất thông tin và đồng bộ</w:t>
            </w:r>
          </w:p>
        </w:tc>
      </w:tr>
      <w:tr w:rsidR="007E0432" w:rsidRPr="005B2B7C" w14:paraId="1AC09903" w14:textId="77777777" w:rsidTr="00A57531">
        <w:trPr>
          <w:trHeight w:val="355"/>
        </w:trPr>
        <w:tc>
          <w:tcPr>
            <w:tcW w:w="973" w:type="pct"/>
          </w:tcPr>
          <w:p w14:paraId="3B5B5A64" w14:textId="3626E93F" w:rsidR="007E0432" w:rsidRPr="005B2B7C" w:rsidRDefault="007E0432" w:rsidP="00A57531">
            <w:pPr>
              <w:pStyle w:val="TableParagraph"/>
              <w:tabs>
                <w:tab w:val="left" w:pos="1152"/>
              </w:tabs>
              <w:jc w:val="both"/>
              <w:rPr>
                <w:sz w:val="26"/>
                <w:szCs w:val="26"/>
              </w:rPr>
            </w:pPr>
            <w:r w:rsidRPr="005B2B7C">
              <w:rPr>
                <w:sz w:val="26"/>
                <w:szCs w:val="26"/>
              </w:rPr>
              <w:t xml:space="preserve">b) Tên mẫu đơn, tờ khai 1:  Văn bản đề nghị </w:t>
            </w:r>
            <w:r w:rsidR="00D0308C" w:rsidRPr="005B2B7C">
              <w:rPr>
                <w:sz w:val="26"/>
                <w:szCs w:val="26"/>
              </w:rPr>
              <w:t>cấp lại</w:t>
            </w:r>
            <w:r w:rsidRPr="005B2B7C">
              <w:rPr>
                <w:sz w:val="26"/>
                <w:szCs w:val="26"/>
              </w:rPr>
              <w:t xml:space="preserve"> Giấy chứng nhận</w:t>
            </w:r>
          </w:p>
          <w:p w14:paraId="3AA7852C" w14:textId="77777777" w:rsidR="007E0432" w:rsidRPr="005B2B7C" w:rsidRDefault="007E0432" w:rsidP="00A57531">
            <w:pPr>
              <w:pStyle w:val="TableParagraph"/>
              <w:tabs>
                <w:tab w:val="left" w:pos="1152"/>
              </w:tabs>
              <w:rPr>
                <w:sz w:val="26"/>
                <w:szCs w:val="26"/>
              </w:rPr>
            </w:pPr>
          </w:p>
        </w:tc>
        <w:tc>
          <w:tcPr>
            <w:tcW w:w="4027" w:type="pct"/>
          </w:tcPr>
          <w:p w14:paraId="47ACB077" w14:textId="77777777" w:rsidR="007E0432" w:rsidRPr="005B2B7C" w:rsidRDefault="007E0432" w:rsidP="00A57531">
            <w:pPr>
              <w:pStyle w:val="TableParagraph"/>
              <w:tabs>
                <w:tab w:val="left" w:pos="1152"/>
              </w:tabs>
              <w:rPr>
                <w:sz w:val="26"/>
                <w:szCs w:val="26"/>
              </w:rPr>
            </w:pPr>
            <w:r w:rsidRPr="005B2B7C">
              <w:rPr>
                <w:sz w:val="26"/>
                <w:szCs w:val="26"/>
              </w:rPr>
              <w:t>- Nêu rõ những nội dung (nhóm) thông tin cần cung cấp trong mẫu đơn, tờ khai:</w:t>
            </w:r>
          </w:p>
          <w:p w14:paraId="46FAAA02" w14:textId="77777777" w:rsidR="007E0432" w:rsidRPr="005B2B7C" w:rsidRDefault="007E0432" w:rsidP="00A57531">
            <w:pPr>
              <w:pStyle w:val="TableParagraph"/>
              <w:tabs>
                <w:tab w:val="left" w:pos="1152"/>
              </w:tabs>
              <w:jc w:val="both"/>
              <w:rPr>
                <w:sz w:val="26"/>
                <w:szCs w:val="26"/>
              </w:rPr>
            </w:pPr>
            <w:r w:rsidRPr="005B2B7C">
              <w:rPr>
                <w:sz w:val="26"/>
                <w:szCs w:val="26"/>
              </w:rPr>
              <w:t xml:space="preserve">+ Nội dung thông tin 1: Thông tin bên giao và bên nhận công nghệ; Địa chỉ; Số Quyết định thành lập/ĐKKD/CNĐT; Liệt kê các tài liệu kèm theo văn bản đề nghị. </w:t>
            </w:r>
          </w:p>
          <w:p w14:paraId="1958F455" w14:textId="77777777" w:rsidR="007E0432" w:rsidRPr="005B2B7C" w:rsidRDefault="007E0432" w:rsidP="00A57531">
            <w:pPr>
              <w:pStyle w:val="TableParagraph"/>
              <w:tabs>
                <w:tab w:val="left" w:pos="1152"/>
              </w:tabs>
              <w:rPr>
                <w:sz w:val="26"/>
                <w:szCs w:val="26"/>
              </w:rPr>
            </w:pPr>
            <w:r w:rsidRPr="005B2B7C">
              <w:rPr>
                <w:sz w:val="26"/>
                <w:szCs w:val="26"/>
              </w:rPr>
              <w:t>Lý do quy định: Biết thông tin chung bên giao và bên nhận công nghệ và thành phần tài liệu kèm theo đã đầy đủ theo quy định chưa!.</w:t>
            </w:r>
          </w:p>
          <w:p w14:paraId="46B8442F" w14:textId="6D544C30" w:rsidR="00D0308C" w:rsidRPr="005B2B7C" w:rsidRDefault="00D0308C" w:rsidP="00D0308C">
            <w:pPr>
              <w:pStyle w:val="TableParagraph"/>
              <w:tabs>
                <w:tab w:val="left" w:pos="1152"/>
              </w:tabs>
              <w:jc w:val="both"/>
              <w:rPr>
                <w:sz w:val="26"/>
                <w:szCs w:val="26"/>
              </w:rPr>
            </w:pPr>
            <w:r w:rsidRPr="005B2B7C">
              <w:rPr>
                <w:sz w:val="26"/>
                <w:szCs w:val="26"/>
              </w:rPr>
              <w:t xml:space="preserve">+ Nội dung thông tin 2: Thông tin Giấy chứng nhận đã được cấp; Lý do đề nghị cấp lại giấy chứng nhận. </w:t>
            </w:r>
          </w:p>
          <w:p w14:paraId="5EEB6110" w14:textId="3CDCFD2D" w:rsidR="00D0308C" w:rsidRPr="005B2B7C" w:rsidRDefault="00D0308C" w:rsidP="0052199E">
            <w:pPr>
              <w:pStyle w:val="TableParagraph"/>
              <w:tabs>
                <w:tab w:val="left" w:pos="1152"/>
              </w:tabs>
              <w:rPr>
                <w:sz w:val="26"/>
                <w:szCs w:val="26"/>
              </w:rPr>
            </w:pPr>
            <w:r w:rsidRPr="005B2B7C">
              <w:rPr>
                <w:sz w:val="26"/>
                <w:szCs w:val="26"/>
              </w:rPr>
              <w:lastRenderedPageBreak/>
              <w:t>Lý do quy định: Lý do đề nghị cấp lại.</w:t>
            </w:r>
          </w:p>
          <w:p w14:paraId="04A2200C" w14:textId="77777777" w:rsidR="007E0432" w:rsidRPr="005B2B7C" w:rsidRDefault="007E0432" w:rsidP="00A57531">
            <w:pPr>
              <w:pStyle w:val="TableParagraph"/>
              <w:tabs>
                <w:tab w:val="left" w:pos="1152"/>
                <w:tab w:val="left" w:pos="6025"/>
                <w:tab w:val="left" w:pos="7150"/>
              </w:tabs>
              <w:rPr>
                <w:sz w:val="26"/>
                <w:szCs w:val="26"/>
              </w:rPr>
            </w:pPr>
            <w:r w:rsidRPr="005B2B7C">
              <w:rPr>
                <w:sz w:val="26"/>
                <w:szCs w:val="26"/>
              </w:rPr>
              <w:t xml:space="preserve">- Có quy định việc xác nhận tại đơn, tờ khai không? Có X       Không □ </w:t>
            </w:r>
          </w:p>
          <w:p w14:paraId="5AB4248E" w14:textId="77777777" w:rsidR="007E0432" w:rsidRPr="005B2B7C" w:rsidRDefault="007E0432" w:rsidP="00A57531">
            <w:pPr>
              <w:pStyle w:val="TableParagraph"/>
              <w:tabs>
                <w:tab w:val="left" w:pos="1152"/>
                <w:tab w:val="left" w:pos="6025"/>
                <w:tab w:val="left" w:pos="7150"/>
              </w:tabs>
              <w:jc w:val="both"/>
              <w:rPr>
                <w:sz w:val="26"/>
                <w:szCs w:val="26"/>
              </w:rPr>
            </w:pPr>
            <w:r w:rsidRPr="005B2B7C">
              <w:rPr>
                <w:sz w:val="26"/>
                <w:szCs w:val="26"/>
              </w:rPr>
              <w:t>Nếu Có, nêu rõ nội dung xác nhận, người/cơ quan có thẩm quyền xác nhận: Đại diện bên giao hoặc bên nhận</w:t>
            </w:r>
          </w:p>
          <w:p w14:paraId="4BEB3E44" w14:textId="77777777" w:rsidR="007E0432" w:rsidRPr="005B2B7C" w:rsidRDefault="007E0432" w:rsidP="00A57531">
            <w:pPr>
              <w:pStyle w:val="TableParagraph"/>
              <w:tabs>
                <w:tab w:val="left" w:pos="1152"/>
              </w:tabs>
              <w:rPr>
                <w:sz w:val="26"/>
                <w:szCs w:val="26"/>
              </w:rPr>
            </w:pPr>
            <w:r w:rsidRPr="005B2B7C">
              <w:rPr>
                <w:sz w:val="26"/>
                <w:szCs w:val="26"/>
              </w:rPr>
              <w:t>Lý do quy định:……………………………………………………………………………</w:t>
            </w:r>
          </w:p>
        </w:tc>
      </w:tr>
      <w:tr w:rsidR="007E0432" w:rsidRPr="005B2B7C" w14:paraId="61E3E2A2" w14:textId="77777777" w:rsidTr="00A57531">
        <w:tc>
          <w:tcPr>
            <w:tcW w:w="973" w:type="pct"/>
          </w:tcPr>
          <w:p w14:paraId="743E0100" w14:textId="0089205B" w:rsidR="007E0432" w:rsidRPr="005B2B7C" w:rsidRDefault="008427BC" w:rsidP="00A57531">
            <w:pPr>
              <w:pStyle w:val="TableParagraph"/>
              <w:tabs>
                <w:tab w:val="left" w:pos="1152"/>
              </w:tabs>
              <w:rPr>
                <w:sz w:val="26"/>
                <w:szCs w:val="26"/>
              </w:rPr>
            </w:pPr>
            <w:r w:rsidRPr="005B2B7C">
              <w:rPr>
                <w:sz w:val="26"/>
                <w:szCs w:val="26"/>
              </w:rPr>
              <w:lastRenderedPageBreak/>
              <w:t>c</w:t>
            </w:r>
            <w:r w:rsidR="007E0432" w:rsidRPr="005B2B7C">
              <w:rPr>
                <w:sz w:val="26"/>
                <w:szCs w:val="26"/>
              </w:rPr>
              <w:t>) Ngôn ngữ</w:t>
            </w:r>
          </w:p>
        </w:tc>
        <w:tc>
          <w:tcPr>
            <w:tcW w:w="4027" w:type="pct"/>
          </w:tcPr>
          <w:p w14:paraId="09B95FE7" w14:textId="49060E44" w:rsidR="007E0432" w:rsidRPr="005B2B7C" w:rsidRDefault="007E0432" w:rsidP="00A57531">
            <w:pPr>
              <w:pStyle w:val="TableParagraph"/>
              <w:tabs>
                <w:tab w:val="left" w:pos="1152"/>
                <w:tab w:val="left" w:pos="2584"/>
                <w:tab w:val="left" w:pos="4924"/>
              </w:tabs>
              <w:rPr>
                <w:sz w:val="26"/>
                <w:szCs w:val="26"/>
              </w:rPr>
            </w:pPr>
            <w:r w:rsidRPr="005B2B7C">
              <w:rPr>
                <w:sz w:val="26"/>
                <w:szCs w:val="26"/>
              </w:rPr>
              <w:t>- Tờ khai được lập bằng tiếng Việt</w:t>
            </w:r>
          </w:p>
          <w:p w14:paraId="27A0E0FC" w14:textId="39424406" w:rsidR="007E0432" w:rsidRPr="005B2B7C" w:rsidRDefault="007E0432" w:rsidP="00A57531">
            <w:pPr>
              <w:pStyle w:val="TableParagraph"/>
              <w:tabs>
                <w:tab w:val="left" w:pos="1152"/>
                <w:tab w:val="left" w:pos="2584"/>
                <w:tab w:val="left" w:pos="4924"/>
              </w:tabs>
              <w:rPr>
                <w:sz w:val="26"/>
                <w:szCs w:val="26"/>
              </w:rPr>
            </w:pPr>
            <w:r w:rsidRPr="005B2B7C">
              <w:rPr>
                <w:sz w:val="26"/>
                <w:szCs w:val="26"/>
              </w:rPr>
              <w:t>Lý do quy định (trong trường hợp mẫu đơn song ngữ): Không áp dụng</w:t>
            </w:r>
          </w:p>
        </w:tc>
      </w:tr>
      <w:tr w:rsidR="007E0432" w:rsidRPr="005B2B7C" w14:paraId="40C3AE25" w14:textId="77777777" w:rsidTr="00A57531">
        <w:tc>
          <w:tcPr>
            <w:tcW w:w="973" w:type="pct"/>
          </w:tcPr>
          <w:p w14:paraId="7E7A5ECD" w14:textId="77777777" w:rsidR="007E0432" w:rsidRPr="005B2B7C" w:rsidRDefault="007E0432" w:rsidP="00A57531">
            <w:pPr>
              <w:pStyle w:val="TableParagraph"/>
              <w:tabs>
                <w:tab w:val="left" w:pos="1152"/>
              </w:tabs>
              <w:rPr>
                <w:b/>
                <w:sz w:val="26"/>
                <w:szCs w:val="26"/>
              </w:rPr>
            </w:pPr>
            <w:r w:rsidRPr="005B2B7C">
              <w:rPr>
                <w:b/>
                <w:sz w:val="26"/>
                <w:szCs w:val="26"/>
              </w:rPr>
              <w:t>10. Yêu cầu, điều kiện</w:t>
            </w:r>
          </w:p>
        </w:tc>
        <w:tc>
          <w:tcPr>
            <w:tcW w:w="4027" w:type="pct"/>
          </w:tcPr>
          <w:p w14:paraId="3793EBA3" w14:textId="77777777" w:rsidR="007E0432" w:rsidRPr="005B2B7C" w:rsidRDefault="007E0432" w:rsidP="00A57531">
            <w:pPr>
              <w:pStyle w:val="TableParagraph"/>
              <w:tabs>
                <w:tab w:val="left" w:pos="1152"/>
              </w:tabs>
              <w:rPr>
                <w:sz w:val="26"/>
                <w:szCs w:val="26"/>
              </w:rPr>
            </w:pPr>
          </w:p>
        </w:tc>
      </w:tr>
      <w:tr w:rsidR="007E0432" w:rsidRPr="005B2B7C" w14:paraId="1C795DFB" w14:textId="77777777" w:rsidTr="00A57531">
        <w:tc>
          <w:tcPr>
            <w:tcW w:w="973" w:type="pct"/>
          </w:tcPr>
          <w:p w14:paraId="2DFCAACB" w14:textId="77777777" w:rsidR="007E0432" w:rsidRPr="005B2B7C" w:rsidRDefault="007E0432" w:rsidP="00A57531">
            <w:pPr>
              <w:pStyle w:val="TableParagraph"/>
              <w:tabs>
                <w:tab w:val="left" w:pos="1152"/>
              </w:tabs>
              <w:jc w:val="both"/>
              <w:rPr>
                <w:sz w:val="26"/>
                <w:szCs w:val="26"/>
              </w:rPr>
            </w:pPr>
            <w:r w:rsidRPr="005B2B7C">
              <w:rPr>
                <w:sz w:val="26"/>
                <w:szCs w:val="26"/>
              </w:rPr>
              <w:t>Có quy định yêu cầu, điều kiện không?</w:t>
            </w:r>
          </w:p>
        </w:tc>
        <w:tc>
          <w:tcPr>
            <w:tcW w:w="4027" w:type="pct"/>
          </w:tcPr>
          <w:p w14:paraId="5130F00F" w14:textId="77777777" w:rsidR="007E0432" w:rsidRPr="005B2B7C" w:rsidRDefault="007E0432" w:rsidP="00A57531">
            <w:pPr>
              <w:pStyle w:val="TableParagraph"/>
              <w:tabs>
                <w:tab w:val="left" w:pos="1152"/>
                <w:tab w:val="left" w:pos="1293"/>
              </w:tabs>
              <w:rPr>
                <w:sz w:val="26"/>
                <w:szCs w:val="26"/>
              </w:rPr>
            </w:pPr>
            <w:r w:rsidRPr="005B2B7C">
              <w:rPr>
                <w:sz w:val="26"/>
                <w:szCs w:val="26"/>
              </w:rPr>
              <w:t>Có X       Không □</w:t>
            </w:r>
          </w:p>
          <w:p w14:paraId="5D763FC5" w14:textId="77777777" w:rsidR="007E0432" w:rsidRPr="005B2B7C" w:rsidRDefault="007E0432" w:rsidP="00A57531">
            <w:pPr>
              <w:pStyle w:val="TableParagraph"/>
              <w:tabs>
                <w:tab w:val="left" w:pos="1152"/>
              </w:tabs>
              <w:rPr>
                <w:sz w:val="26"/>
                <w:szCs w:val="26"/>
              </w:rPr>
            </w:pPr>
            <w:r w:rsidRPr="005B2B7C">
              <w:rPr>
                <w:sz w:val="26"/>
                <w:szCs w:val="26"/>
              </w:rPr>
              <w:t>Lý do quy định:  Việc xem xét, cấp Giấy chứng nhận thực hiện sau khi các nội dung chuyển giao công nghệ đã được triển khai, sản xuất ra sản phẩm</w:t>
            </w:r>
          </w:p>
        </w:tc>
      </w:tr>
      <w:tr w:rsidR="007E0432" w:rsidRPr="005B2B7C" w14:paraId="4FE0B04B" w14:textId="77777777" w:rsidTr="00A57531">
        <w:tc>
          <w:tcPr>
            <w:tcW w:w="5000" w:type="pct"/>
            <w:gridSpan w:val="2"/>
          </w:tcPr>
          <w:p w14:paraId="771731DC" w14:textId="77777777" w:rsidR="007E0432" w:rsidRPr="005B2B7C" w:rsidRDefault="007E0432" w:rsidP="00A57531">
            <w:pPr>
              <w:pStyle w:val="TableParagraph"/>
              <w:tabs>
                <w:tab w:val="left" w:pos="1152"/>
              </w:tabs>
              <w:rPr>
                <w:b/>
                <w:sz w:val="26"/>
                <w:szCs w:val="26"/>
              </w:rPr>
            </w:pPr>
            <w:r w:rsidRPr="005B2B7C">
              <w:rPr>
                <w:b/>
                <w:sz w:val="26"/>
                <w:szCs w:val="26"/>
              </w:rPr>
              <w:t>11. Kết quả thực hiện</w:t>
            </w:r>
          </w:p>
        </w:tc>
      </w:tr>
      <w:tr w:rsidR="007E0432" w:rsidRPr="005B2B7C" w14:paraId="05745299" w14:textId="77777777" w:rsidTr="00A57531">
        <w:tc>
          <w:tcPr>
            <w:tcW w:w="973" w:type="pct"/>
          </w:tcPr>
          <w:p w14:paraId="79D81252" w14:textId="77777777" w:rsidR="007E0432" w:rsidRPr="005B2B7C" w:rsidRDefault="007E0432" w:rsidP="00A57531">
            <w:pPr>
              <w:pStyle w:val="TableParagraph"/>
              <w:tabs>
                <w:tab w:val="left" w:pos="1152"/>
              </w:tabs>
              <w:jc w:val="both"/>
              <w:rPr>
                <w:sz w:val="26"/>
                <w:szCs w:val="26"/>
              </w:rPr>
            </w:pPr>
            <w:r w:rsidRPr="005B2B7C">
              <w:rPr>
                <w:sz w:val="26"/>
                <w:szCs w:val="26"/>
              </w:rPr>
              <w:t>a) Hình thức của kết quả thực hiện thủ tục hành chính là gì?</w:t>
            </w:r>
          </w:p>
        </w:tc>
        <w:tc>
          <w:tcPr>
            <w:tcW w:w="4027" w:type="pct"/>
          </w:tcPr>
          <w:p w14:paraId="7143D543" w14:textId="77777777" w:rsidR="007E0432" w:rsidRPr="005B2B7C" w:rsidRDefault="007E0432" w:rsidP="00A57531">
            <w:pPr>
              <w:pStyle w:val="TableParagraph"/>
              <w:tabs>
                <w:tab w:val="left" w:pos="255"/>
                <w:tab w:val="left" w:pos="1152"/>
              </w:tabs>
              <w:rPr>
                <w:sz w:val="26"/>
                <w:szCs w:val="26"/>
              </w:rPr>
            </w:pPr>
            <w:r w:rsidRPr="005B2B7C">
              <w:rPr>
                <w:sz w:val="26"/>
                <w:szCs w:val="26"/>
              </w:rPr>
              <w:t>- Giấy phép □</w:t>
            </w:r>
          </w:p>
          <w:p w14:paraId="525966BF" w14:textId="77777777" w:rsidR="007E0432" w:rsidRPr="005B2B7C" w:rsidRDefault="007E0432" w:rsidP="00A57531">
            <w:pPr>
              <w:pStyle w:val="TableParagraph"/>
              <w:tabs>
                <w:tab w:val="left" w:pos="255"/>
                <w:tab w:val="left" w:pos="1152"/>
              </w:tabs>
              <w:rPr>
                <w:sz w:val="26"/>
                <w:szCs w:val="26"/>
              </w:rPr>
            </w:pPr>
            <w:r w:rsidRPr="005B2B7C">
              <w:rPr>
                <w:sz w:val="26"/>
                <w:szCs w:val="26"/>
              </w:rPr>
              <w:t>- Giấy chứng nhận X</w:t>
            </w:r>
          </w:p>
          <w:p w14:paraId="4AC78D85" w14:textId="77777777" w:rsidR="007E0432" w:rsidRPr="005B2B7C" w:rsidRDefault="007E0432" w:rsidP="00A57531">
            <w:pPr>
              <w:pStyle w:val="TableParagraph"/>
              <w:tabs>
                <w:tab w:val="left" w:pos="255"/>
                <w:tab w:val="left" w:pos="1152"/>
              </w:tabs>
              <w:rPr>
                <w:sz w:val="26"/>
                <w:szCs w:val="26"/>
              </w:rPr>
            </w:pPr>
            <w:r w:rsidRPr="005B2B7C">
              <w:rPr>
                <w:sz w:val="26"/>
                <w:szCs w:val="26"/>
              </w:rPr>
              <w:t>- Giấy đăng ký □</w:t>
            </w:r>
          </w:p>
          <w:p w14:paraId="648D02E0" w14:textId="77777777" w:rsidR="007E0432" w:rsidRPr="005B2B7C" w:rsidRDefault="007E0432" w:rsidP="00A57531">
            <w:pPr>
              <w:pStyle w:val="TableParagraph"/>
              <w:tabs>
                <w:tab w:val="left" w:pos="255"/>
                <w:tab w:val="left" w:pos="1152"/>
              </w:tabs>
              <w:rPr>
                <w:sz w:val="26"/>
                <w:szCs w:val="26"/>
              </w:rPr>
            </w:pPr>
            <w:r w:rsidRPr="005B2B7C">
              <w:rPr>
                <w:sz w:val="26"/>
                <w:szCs w:val="26"/>
              </w:rPr>
              <w:t>- Chứng chỉ □</w:t>
            </w:r>
          </w:p>
          <w:p w14:paraId="10B44A3B" w14:textId="77777777" w:rsidR="007E0432" w:rsidRPr="005B2B7C" w:rsidRDefault="007E0432" w:rsidP="00A57531">
            <w:pPr>
              <w:pStyle w:val="TableParagraph"/>
              <w:tabs>
                <w:tab w:val="left" w:pos="255"/>
                <w:tab w:val="left" w:pos="1152"/>
              </w:tabs>
              <w:rPr>
                <w:sz w:val="26"/>
                <w:szCs w:val="26"/>
              </w:rPr>
            </w:pPr>
            <w:r w:rsidRPr="005B2B7C">
              <w:rPr>
                <w:sz w:val="26"/>
                <w:szCs w:val="26"/>
              </w:rPr>
              <w:t>- Thẻ □</w:t>
            </w:r>
          </w:p>
          <w:p w14:paraId="6F9080C3" w14:textId="77777777" w:rsidR="007E0432" w:rsidRPr="005B2B7C" w:rsidRDefault="007E0432" w:rsidP="00A57531">
            <w:pPr>
              <w:pStyle w:val="TableParagraph"/>
              <w:tabs>
                <w:tab w:val="left" w:pos="255"/>
                <w:tab w:val="left" w:pos="1152"/>
              </w:tabs>
              <w:rPr>
                <w:sz w:val="26"/>
                <w:szCs w:val="26"/>
              </w:rPr>
            </w:pPr>
            <w:r w:rsidRPr="005B2B7C">
              <w:rPr>
                <w:sz w:val="26"/>
                <w:szCs w:val="26"/>
              </w:rPr>
              <w:t>- Quyết định hành chính □</w:t>
            </w:r>
          </w:p>
          <w:p w14:paraId="15A8B60C" w14:textId="77777777" w:rsidR="007E0432" w:rsidRPr="005B2B7C" w:rsidRDefault="007E0432" w:rsidP="00A57531">
            <w:pPr>
              <w:pStyle w:val="TableParagraph"/>
              <w:tabs>
                <w:tab w:val="left" w:pos="255"/>
                <w:tab w:val="left" w:pos="1152"/>
              </w:tabs>
              <w:rPr>
                <w:sz w:val="26"/>
                <w:szCs w:val="26"/>
              </w:rPr>
            </w:pPr>
            <w:r w:rsidRPr="005B2B7C">
              <w:rPr>
                <w:sz w:val="26"/>
                <w:szCs w:val="26"/>
              </w:rPr>
              <w:t>- Văn bản xác nhận/chấp thuận □</w:t>
            </w:r>
          </w:p>
          <w:p w14:paraId="045CB1EB" w14:textId="77777777" w:rsidR="007E0432" w:rsidRPr="005B2B7C" w:rsidRDefault="007E0432" w:rsidP="00A57531">
            <w:pPr>
              <w:pStyle w:val="TableParagraph"/>
              <w:tabs>
                <w:tab w:val="left" w:pos="255"/>
                <w:tab w:val="left" w:pos="1152"/>
                <w:tab w:val="left" w:pos="4068"/>
              </w:tabs>
              <w:rPr>
                <w:sz w:val="26"/>
                <w:szCs w:val="26"/>
              </w:rPr>
            </w:pPr>
            <w:r w:rsidRPr="005B2B7C">
              <w:rPr>
                <w:sz w:val="26"/>
                <w:szCs w:val="26"/>
              </w:rPr>
              <w:t>- Loại khác: □ Đề nghị nêu rõ:…………………………………………………..</w:t>
            </w:r>
          </w:p>
          <w:p w14:paraId="732249C0" w14:textId="77777777" w:rsidR="007E0432" w:rsidRPr="005B2B7C" w:rsidRDefault="007E0432" w:rsidP="00A57531">
            <w:pPr>
              <w:pStyle w:val="TableParagraph"/>
              <w:tabs>
                <w:tab w:val="left" w:pos="1152"/>
                <w:tab w:val="left" w:pos="6096"/>
              </w:tabs>
              <w:rPr>
                <w:sz w:val="26"/>
                <w:szCs w:val="26"/>
              </w:rPr>
            </w:pPr>
            <w:r w:rsidRPr="005B2B7C">
              <w:rPr>
                <w:sz w:val="26"/>
                <w:szCs w:val="26"/>
              </w:rPr>
              <w:t>Kết quả thực hiện thủ tục hành chính: Bản giấy □ Bản điện tử X</w:t>
            </w:r>
          </w:p>
        </w:tc>
      </w:tr>
      <w:tr w:rsidR="007E0432" w:rsidRPr="005B2B7C" w14:paraId="3E4FCBBE" w14:textId="77777777" w:rsidTr="00A57531">
        <w:tc>
          <w:tcPr>
            <w:tcW w:w="973" w:type="pct"/>
          </w:tcPr>
          <w:p w14:paraId="5A917732" w14:textId="77777777" w:rsidR="007E0432" w:rsidRPr="005B2B7C" w:rsidRDefault="007E0432" w:rsidP="00A57531">
            <w:pPr>
              <w:pStyle w:val="TableParagraph"/>
              <w:tabs>
                <w:tab w:val="left" w:pos="1152"/>
              </w:tabs>
              <w:jc w:val="both"/>
              <w:rPr>
                <w:sz w:val="26"/>
                <w:szCs w:val="26"/>
              </w:rPr>
            </w:pPr>
            <w:r w:rsidRPr="005B2B7C">
              <w:rPr>
                <w:sz w:val="26"/>
                <w:szCs w:val="26"/>
              </w:rPr>
              <w:t>b) Kết quả giải quyết thủ tục hành chính có được mẫu hóa phù hợp không?</w:t>
            </w:r>
          </w:p>
        </w:tc>
        <w:tc>
          <w:tcPr>
            <w:tcW w:w="4027" w:type="pct"/>
          </w:tcPr>
          <w:p w14:paraId="19969B2C" w14:textId="77777777" w:rsidR="007E0432" w:rsidRPr="005B2B7C" w:rsidRDefault="007E0432" w:rsidP="00A57531">
            <w:pPr>
              <w:pStyle w:val="TableParagraph"/>
              <w:tabs>
                <w:tab w:val="left" w:pos="1152"/>
                <w:tab w:val="left" w:pos="1228"/>
              </w:tabs>
              <w:rPr>
                <w:sz w:val="26"/>
                <w:szCs w:val="26"/>
              </w:rPr>
            </w:pPr>
            <w:r w:rsidRPr="005B2B7C">
              <w:rPr>
                <w:sz w:val="26"/>
                <w:szCs w:val="26"/>
              </w:rPr>
              <w:t>Có X       Không □</w:t>
            </w:r>
          </w:p>
          <w:p w14:paraId="41CBB0F0" w14:textId="77777777" w:rsidR="007E0432" w:rsidRPr="005B2B7C" w:rsidRDefault="007E0432" w:rsidP="00A57531">
            <w:pPr>
              <w:pStyle w:val="TableParagraph"/>
              <w:tabs>
                <w:tab w:val="left" w:pos="1152"/>
              </w:tabs>
              <w:rPr>
                <w:sz w:val="26"/>
                <w:szCs w:val="26"/>
              </w:rPr>
            </w:pPr>
            <w:r w:rsidRPr="005B2B7C">
              <w:rPr>
                <w:sz w:val="26"/>
                <w:szCs w:val="26"/>
              </w:rPr>
              <w:t>Lý do:……………………………………………………………</w:t>
            </w:r>
          </w:p>
        </w:tc>
      </w:tr>
      <w:tr w:rsidR="007E0432" w:rsidRPr="005B2B7C" w14:paraId="09D42C1C" w14:textId="77777777" w:rsidTr="00A57531">
        <w:tc>
          <w:tcPr>
            <w:tcW w:w="973" w:type="pct"/>
          </w:tcPr>
          <w:p w14:paraId="164808B9" w14:textId="77777777" w:rsidR="007E0432" w:rsidRPr="005B2B7C" w:rsidRDefault="007E0432" w:rsidP="00A57531">
            <w:pPr>
              <w:pStyle w:val="TableParagraph"/>
              <w:tabs>
                <w:tab w:val="left" w:pos="1152"/>
              </w:tabs>
              <w:jc w:val="both"/>
              <w:rPr>
                <w:sz w:val="26"/>
                <w:szCs w:val="26"/>
              </w:rPr>
            </w:pPr>
            <w:r w:rsidRPr="005B2B7C">
              <w:rPr>
                <w:sz w:val="26"/>
                <w:szCs w:val="26"/>
              </w:rPr>
              <w:t>c) Quy định về thời hạn có giá trị hiệu lực của kết quả thực hiện thủ tục hành chính có hợp lý không (nếu có)?</w:t>
            </w:r>
          </w:p>
        </w:tc>
        <w:tc>
          <w:tcPr>
            <w:tcW w:w="4027" w:type="pct"/>
          </w:tcPr>
          <w:p w14:paraId="64836CBC" w14:textId="77777777" w:rsidR="007E0432" w:rsidRPr="005B2B7C" w:rsidRDefault="007E0432" w:rsidP="00A57531">
            <w:pPr>
              <w:pStyle w:val="TableParagraph"/>
              <w:tabs>
                <w:tab w:val="left" w:pos="1152"/>
                <w:tab w:val="left" w:pos="1293"/>
              </w:tabs>
              <w:rPr>
                <w:sz w:val="26"/>
                <w:szCs w:val="26"/>
              </w:rPr>
            </w:pPr>
            <w:r w:rsidRPr="005B2B7C">
              <w:rPr>
                <w:sz w:val="26"/>
                <w:szCs w:val="26"/>
              </w:rPr>
              <w:t>Có □       Không X</w:t>
            </w:r>
          </w:p>
          <w:p w14:paraId="20EF45BC" w14:textId="77777777" w:rsidR="007E0432" w:rsidRPr="005B2B7C" w:rsidRDefault="007E0432" w:rsidP="00A57531">
            <w:pPr>
              <w:pStyle w:val="TableParagraph"/>
              <w:tabs>
                <w:tab w:val="left" w:pos="1152"/>
                <w:tab w:val="left" w:leader="dot" w:pos="4154"/>
              </w:tabs>
              <w:rPr>
                <w:sz w:val="26"/>
                <w:szCs w:val="26"/>
              </w:rPr>
            </w:pPr>
            <w:r w:rsidRPr="005B2B7C">
              <w:rPr>
                <w:sz w:val="26"/>
                <w:szCs w:val="26"/>
              </w:rPr>
              <w:t>- Nếu Có, nêu thời hạn cụ thể tháng/ năm.</w:t>
            </w:r>
          </w:p>
          <w:p w14:paraId="1653042F" w14:textId="3E386D93" w:rsidR="007E0432" w:rsidRPr="005B2B7C" w:rsidRDefault="007E0432" w:rsidP="00A57531">
            <w:pPr>
              <w:pStyle w:val="TableParagraph"/>
              <w:tabs>
                <w:tab w:val="left" w:pos="1152"/>
                <w:tab w:val="left" w:leader="dot" w:pos="4154"/>
              </w:tabs>
              <w:jc w:val="both"/>
              <w:rPr>
                <w:sz w:val="26"/>
                <w:szCs w:val="26"/>
              </w:rPr>
            </w:pPr>
            <w:r w:rsidRPr="005B2B7C">
              <w:rPr>
                <w:sz w:val="26"/>
                <w:szCs w:val="26"/>
              </w:rPr>
              <w:t>- Nếu Không, nêu rõ lý do: Giấy chứng nhận có hiệu lực kể từ ngày cấp, không quy định thời hạn; việc hủy bỏ hiệu lực thực hiện theo khoản 2 Điều 5 Quyết định số 12/2023/QĐ-TTg.</w:t>
            </w:r>
          </w:p>
        </w:tc>
      </w:tr>
      <w:tr w:rsidR="007E0432" w:rsidRPr="005B2B7C" w14:paraId="2269D3AA" w14:textId="77777777" w:rsidTr="00A57531">
        <w:tc>
          <w:tcPr>
            <w:tcW w:w="973" w:type="pct"/>
          </w:tcPr>
          <w:p w14:paraId="2BACE805" w14:textId="77777777" w:rsidR="007E0432" w:rsidRPr="005B2B7C" w:rsidRDefault="007E0432" w:rsidP="00A57531">
            <w:pPr>
              <w:pStyle w:val="TableParagraph"/>
              <w:tabs>
                <w:tab w:val="left" w:pos="1152"/>
              </w:tabs>
              <w:jc w:val="both"/>
              <w:rPr>
                <w:sz w:val="26"/>
                <w:szCs w:val="26"/>
              </w:rPr>
            </w:pPr>
            <w:r w:rsidRPr="005B2B7C">
              <w:rPr>
                <w:sz w:val="26"/>
                <w:szCs w:val="26"/>
              </w:rPr>
              <w:t xml:space="preserve">d) Quy định về phạm vi có hiệu lực của kết quả </w:t>
            </w:r>
            <w:r w:rsidRPr="005B2B7C">
              <w:rPr>
                <w:sz w:val="26"/>
                <w:szCs w:val="26"/>
              </w:rPr>
              <w:lastRenderedPageBreak/>
              <w:t>thực hiện thủ tục hành chính có hợp lý không (nếu có)?</w:t>
            </w:r>
          </w:p>
        </w:tc>
        <w:tc>
          <w:tcPr>
            <w:tcW w:w="4027" w:type="pct"/>
          </w:tcPr>
          <w:p w14:paraId="234DC3FC" w14:textId="77777777" w:rsidR="007E0432" w:rsidRPr="005B2B7C" w:rsidRDefault="007E0432" w:rsidP="00A57531">
            <w:pPr>
              <w:pStyle w:val="TableParagraph"/>
              <w:tabs>
                <w:tab w:val="left" w:pos="1152"/>
                <w:tab w:val="left" w:pos="1965"/>
              </w:tabs>
              <w:rPr>
                <w:sz w:val="26"/>
                <w:szCs w:val="26"/>
              </w:rPr>
            </w:pPr>
            <w:r w:rsidRPr="005B2B7C">
              <w:rPr>
                <w:sz w:val="26"/>
                <w:szCs w:val="26"/>
              </w:rPr>
              <w:lastRenderedPageBreak/>
              <w:t>Toàn quốc X Địa phương □</w:t>
            </w:r>
          </w:p>
          <w:p w14:paraId="79646EEA" w14:textId="77777777" w:rsidR="007E0432" w:rsidRPr="005B2B7C" w:rsidRDefault="007E0432" w:rsidP="00A57531">
            <w:pPr>
              <w:pStyle w:val="TableParagraph"/>
              <w:tabs>
                <w:tab w:val="left" w:pos="1152"/>
              </w:tabs>
              <w:rPr>
                <w:sz w:val="26"/>
                <w:szCs w:val="26"/>
              </w:rPr>
            </w:pPr>
            <w:r w:rsidRPr="005B2B7C">
              <w:rPr>
                <w:sz w:val="26"/>
                <w:szCs w:val="26"/>
              </w:rPr>
              <w:t>Lý do:……………</w:t>
            </w:r>
          </w:p>
          <w:p w14:paraId="1CFFF514" w14:textId="77777777" w:rsidR="007E0432" w:rsidRPr="005B2B7C" w:rsidRDefault="007E0432" w:rsidP="00A57531">
            <w:pPr>
              <w:pStyle w:val="TableParagraph"/>
              <w:tabs>
                <w:tab w:val="left" w:pos="1152"/>
              </w:tabs>
              <w:rPr>
                <w:sz w:val="26"/>
                <w:szCs w:val="26"/>
              </w:rPr>
            </w:pPr>
          </w:p>
        </w:tc>
      </w:tr>
      <w:tr w:rsidR="007E0432" w:rsidRPr="005B2B7C" w14:paraId="3674287A" w14:textId="77777777" w:rsidTr="00A57531">
        <w:tc>
          <w:tcPr>
            <w:tcW w:w="5000" w:type="pct"/>
            <w:gridSpan w:val="2"/>
          </w:tcPr>
          <w:p w14:paraId="50E9DA9A" w14:textId="77777777" w:rsidR="007E0432" w:rsidRPr="005B2B7C" w:rsidRDefault="007E0432" w:rsidP="00A57531">
            <w:pPr>
              <w:pStyle w:val="TableParagraph"/>
              <w:tabs>
                <w:tab w:val="left" w:pos="1152"/>
              </w:tabs>
              <w:rPr>
                <w:b/>
                <w:sz w:val="26"/>
                <w:szCs w:val="26"/>
                <w:lang w:val="sv-SE"/>
              </w:rPr>
            </w:pPr>
            <w:r w:rsidRPr="005B2B7C">
              <w:rPr>
                <w:b/>
                <w:sz w:val="26"/>
                <w:szCs w:val="26"/>
                <w:lang w:val="sv-SE"/>
              </w:rPr>
              <w:lastRenderedPageBreak/>
              <w:t>IV. THÔNG TIN LIÊN HỆ</w:t>
            </w:r>
          </w:p>
        </w:tc>
      </w:tr>
      <w:tr w:rsidR="007E0432" w:rsidRPr="00E927AC" w14:paraId="046DB79A" w14:textId="77777777" w:rsidTr="00A57531">
        <w:tc>
          <w:tcPr>
            <w:tcW w:w="5000" w:type="pct"/>
            <w:gridSpan w:val="2"/>
          </w:tcPr>
          <w:p w14:paraId="2141A4B1" w14:textId="77777777" w:rsidR="007E0432" w:rsidRPr="005B2B7C" w:rsidRDefault="007E0432" w:rsidP="00A57531">
            <w:pPr>
              <w:pStyle w:val="TableParagraph"/>
              <w:tabs>
                <w:tab w:val="left" w:pos="1152"/>
              </w:tabs>
              <w:rPr>
                <w:sz w:val="26"/>
                <w:szCs w:val="26"/>
                <w:lang w:val="sv-SE"/>
              </w:rPr>
            </w:pPr>
            <w:r w:rsidRPr="005B2B7C">
              <w:rPr>
                <w:sz w:val="26"/>
                <w:szCs w:val="26"/>
                <w:lang w:val="sv-SE"/>
              </w:rPr>
              <w:t>Họ và tên người điền: Vũ Kim Hùng</w:t>
            </w:r>
          </w:p>
          <w:p w14:paraId="6E57E201" w14:textId="77777777" w:rsidR="007E0432" w:rsidRPr="005B2B7C" w:rsidRDefault="007E0432" w:rsidP="00A57531">
            <w:pPr>
              <w:pStyle w:val="TableParagraph"/>
              <w:tabs>
                <w:tab w:val="left" w:pos="1152"/>
              </w:tabs>
              <w:rPr>
                <w:sz w:val="26"/>
                <w:szCs w:val="26"/>
                <w:lang w:val="sv-SE"/>
              </w:rPr>
            </w:pPr>
            <w:r w:rsidRPr="005B2B7C">
              <w:rPr>
                <w:sz w:val="26"/>
                <w:szCs w:val="26"/>
                <w:lang w:val="sv-SE"/>
              </w:rPr>
              <w:t>Điện thoại cố định: ……………………...…; Di động: 0946656939</w:t>
            </w:r>
          </w:p>
          <w:p w14:paraId="3C863A0C" w14:textId="77777777" w:rsidR="007E0432" w:rsidRPr="00E927AC" w:rsidRDefault="007E0432" w:rsidP="00A57531">
            <w:pPr>
              <w:pStyle w:val="TableParagraph"/>
              <w:tabs>
                <w:tab w:val="left" w:pos="1152"/>
              </w:tabs>
              <w:rPr>
                <w:sz w:val="26"/>
                <w:szCs w:val="26"/>
              </w:rPr>
            </w:pPr>
            <w:r w:rsidRPr="005B2B7C">
              <w:rPr>
                <w:sz w:val="26"/>
                <w:szCs w:val="26"/>
              </w:rPr>
              <w:t>E-mail: vkhung@mst.gov.vn</w:t>
            </w:r>
          </w:p>
        </w:tc>
      </w:tr>
    </w:tbl>
    <w:p w14:paraId="3168D2D1" w14:textId="77777777" w:rsidR="00F42E2B" w:rsidRPr="007E0432" w:rsidRDefault="00F42E2B"/>
    <w:sectPr w:rsidR="00F42E2B" w:rsidRPr="007E0432" w:rsidSect="0052199E">
      <w:headerReference w:type="default" r:id="rId8"/>
      <w:pgSz w:w="16838" w:h="11906" w:orient="landscape" w:code="9"/>
      <w:pgMar w:top="1701" w:right="1134" w:bottom="1134"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5705E" w14:textId="77777777" w:rsidR="00C61F45" w:rsidRDefault="00C61F45" w:rsidP="0052199E">
      <w:pPr>
        <w:spacing w:after="0" w:line="240" w:lineRule="auto"/>
      </w:pPr>
      <w:r>
        <w:separator/>
      </w:r>
    </w:p>
  </w:endnote>
  <w:endnote w:type="continuationSeparator" w:id="0">
    <w:p w14:paraId="736E31D9" w14:textId="77777777" w:rsidR="00C61F45" w:rsidRDefault="00C61F45" w:rsidP="00521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1C870" w14:textId="77777777" w:rsidR="00C61F45" w:rsidRDefault="00C61F45" w:rsidP="0052199E">
      <w:pPr>
        <w:spacing w:after="0" w:line="240" w:lineRule="auto"/>
      </w:pPr>
      <w:r>
        <w:separator/>
      </w:r>
    </w:p>
  </w:footnote>
  <w:footnote w:type="continuationSeparator" w:id="0">
    <w:p w14:paraId="0CA4FF54" w14:textId="77777777" w:rsidR="00C61F45" w:rsidRDefault="00C61F45" w:rsidP="005219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8429597"/>
      <w:docPartObj>
        <w:docPartGallery w:val="Page Numbers (Top of Page)"/>
        <w:docPartUnique/>
      </w:docPartObj>
    </w:sdtPr>
    <w:sdtEndPr>
      <w:rPr>
        <w:noProof/>
      </w:rPr>
    </w:sdtEndPr>
    <w:sdtContent>
      <w:p w14:paraId="18407A2E" w14:textId="580FF9F0" w:rsidR="0052199E" w:rsidRDefault="0052199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09F405A" w14:textId="77777777" w:rsidR="0052199E" w:rsidRDefault="005219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4612739">
    <w:abstractNumId w:val="8"/>
  </w:num>
  <w:num w:numId="2" w16cid:durableId="1217013380">
    <w:abstractNumId w:val="6"/>
  </w:num>
  <w:num w:numId="3" w16cid:durableId="321347895">
    <w:abstractNumId w:val="5"/>
  </w:num>
  <w:num w:numId="4" w16cid:durableId="1413354972">
    <w:abstractNumId w:val="4"/>
  </w:num>
  <w:num w:numId="5" w16cid:durableId="979387493">
    <w:abstractNumId w:val="7"/>
  </w:num>
  <w:num w:numId="6" w16cid:durableId="2032030149">
    <w:abstractNumId w:val="3"/>
  </w:num>
  <w:num w:numId="7" w16cid:durableId="467011288">
    <w:abstractNumId w:val="2"/>
  </w:num>
  <w:num w:numId="8" w16cid:durableId="377779744">
    <w:abstractNumId w:val="1"/>
  </w:num>
  <w:num w:numId="9" w16cid:durableId="1035429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3221"/>
    <w:rsid w:val="0007127B"/>
    <w:rsid w:val="00090363"/>
    <w:rsid w:val="000F4B58"/>
    <w:rsid w:val="0015074B"/>
    <w:rsid w:val="00170297"/>
    <w:rsid w:val="001B1581"/>
    <w:rsid w:val="001F7B19"/>
    <w:rsid w:val="00241CD4"/>
    <w:rsid w:val="00282E28"/>
    <w:rsid w:val="0029639D"/>
    <w:rsid w:val="00306D0C"/>
    <w:rsid w:val="00326F90"/>
    <w:rsid w:val="003B4F0D"/>
    <w:rsid w:val="003D3B51"/>
    <w:rsid w:val="00405C82"/>
    <w:rsid w:val="00455026"/>
    <w:rsid w:val="00492D98"/>
    <w:rsid w:val="004D0CBB"/>
    <w:rsid w:val="0052199E"/>
    <w:rsid w:val="00534530"/>
    <w:rsid w:val="00580331"/>
    <w:rsid w:val="00585096"/>
    <w:rsid w:val="00592CB1"/>
    <w:rsid w:val="00593C0F"/>
    <w:rsid w:val="005B2B7C"/>
    <w:rsid w:val="005B2EC0"/>
    <w:rsid w:val="005E0C1E"/>
    <w:rsid w:val="00657E8A"/>
    <w:rsid w:val="006B54BC"/>
    <w:rsid w:val="007E0432"/>
    <w:rsid w:val="00811723"/>
    <w:rsid w:val="008427BC"/>
    <w:rsid w:val="00846DD9"/>
    <w:rsid w:val="008565ED"/>
    <w:rsid w:val="00921C26"/>
    <w:rsid w:val="00A76098"/>
    <w:rsid w:val="00AA1D8D"/>
    <w:rsid w:val="00AB75C7"/>
    <w:rsid w:val="00B47730"/>
    <w:rsid w:val="00BD4714"/>
    <w:rsid w:val="00C17B60"/>
    <w:rsid w:val="00C61F45"/>
    <w:rsid w:val="00C9117E"/>
    <w:rsid w:val="00CA1831"/>
    <w:rsid w:val="00CB0664"/>
    <w:rsid w:val="00CC49E0"/>
    <w:rsid w:val="00D0308C"/>
    <w:rsid w:val="00D065B2"/>
    <w:rsid w:val="00D464C4"/>
    <w:rsid w:val="00D54451"/>
    <w:rsid w:val="00DA683D"/>
    <w:rsid w:val="00DC1CEF"/>
    <w:rsid w:val="00E327ED"/>
    <w:rsid w:val="00ED3D6A"/>
    <w:rsid w:val="00F11DF1"/>
    <w:rsid w:val="00F42E2B"/>
    <w:rsid w:val="00F86738"/>
    <w:rsid w:val="00F8749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5F9A75"/>
  <w14:defaultImageDpi w14:val="300"/>
  <w15:docId w15:val="{0CA49C5F-C9B9-4B12-9CCE-E60D4C6FC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DA683D"/>
    <w:pPr>
      <w:spacing w:after="0" w:line="240" w:lineRule="auto"/>
    </w:pPr>
    <w:rPr>
      <w:rFonts w:ascii="Times New Roman" w:eastAsia="Times New Roman" w:hAnsi="Times New Roman"/>
      <w:sz w:val="28"/>
    </w:rPr>
  </w:style>
  <w:style w:type="paragraph" w:customStyle="1" w:styleId="TableParagraph">
    <w:name w:val="Table Paragraph"/>
    <w:basedOn w:val="Normal"/>
    <w:uiPriority w:val="1"/>
    <w:qFormat/>
    <w:rsid w:val="00E327ED"/>
    <w:pPr>
      <w:widowControl w:val="0"/>
      <w:autoSpaceDE w:val="0"/>
      <w:autoSpaceDN w:val="0"/>
      <w:spacing w:after="0" w:line="240" w:lineRule="auto"/>
    </w:pPr>
    <w:rPr>
      <w:rFonts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24</Pages>
  <Words>4985</Words>
  <Characters>28416</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33335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Hung Vu kim</cp:lastModifiedBy>
  <cp:revision>26</cp:revision>
  <dcterms:created xsi:type="dcterms:W3CDTF">2013-12-23T23:15:00Z</dcterms:created>
  <dcterms:modified xsi:type="dcterms:W3CDTF">2026-10-08T01:53:00Z</dcterms:modified>
  <cp:category/>
</cp:coreProperties>
</file>