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C44FF" w14:textId="77777777" w:rsidR="00BF043B" w:rsidRPr="00097604" w:rsidRDefault="00971749" w:rsidP="0036493D">
      <w:pPr>
        <w:pStyle w:val="AnnexTitle"/>
        <w:pageBreakBefore/>
        <w:spacing w:after="0"/>
        <w:rPr>
          <w:szCs w:val="28"/>
        </w:rPr>
      </w:pPr>
      <w:r>
        <w:rPr>
          <w:color w:val="000000"/>
        </w:rPr>
        <w:t>Phụ lục</w:t>
      </w:r>
    </w:p>
    <w:p w14:paraId="78EFBBB5" w14:textId="77777777" w:rsidR="00BF043B" w:rsidRPr="00097604" w:rsidRDefault="00971749" w:rsidP="0036493D">
      <w:pPr>
        <w:pStyle w:val="AnnexTitle"/>
        <w:spacing w:after="0"/>
        <w:rPr>
          <w:szCs w:val="28"/>
        </w:rPr>
      </w:pPr>
      <w:r>
        <w:rPr>
          <w:color w:val="000000"/>
        </w:rPr>
        <w:t>CÁC BIỂU MẪU</w:t>
      </w:r>
    </w:p>
    <w:p w14:paraId="2000FD20" w14:textId="77777777" w:rsidR="007A2582" w:rsidRPr="00097604" w:rsidRDefault="00971749" w:rsidP="0036493D">
      <w:pPr>
        <w:spacing w:after="0"/>
        <w:ind w:firstLine="0"/>
        <w:jc w:val="center"/>
        <w:rPr>
          <w:i/>
          <w:spacing w:val="-8"/>
          <w:sz w:val="28"/>
          <w:szCs w:val="28"/>
        </w:rPr>
      </w:pPr>
      <w:r>
        <w:rPr>
          <w:i/>
          <w:color w:val="000000"/>
        </w:rPr>
        <w:t>(Ban hành kèm theo Thông tư số …/2026/TT-BKHCN ngày … tháng … năm 2026</w:t>
      </w:r>
    </w:p>
    <w:p w14:paraId="60FB7D87" w14:textId="77777777" w:rsidR="00BF043B" w:rsidRPr="00097604" w:rsidRDefault="007A2582" w:rsidP="0036493D">
      <w:pPr>
        <w:spacing w:after="0"/>
        <w:ind w:firstLine="0"/>
        <w:jc w:val="center"/>
        <w:rPr>
          <w:i/>
          <w:sz w:val="28"/>
          <w:szCs w:val="28"/>
        </w:rPr>
      </w:pPr>
      <w:r>
        <w:rPr>
          <w:i/>
          <w:color w:val="000000"/>
        </w:rPr>
        <w:t>của Bộ trưởng Bộ Khoa học và Công nghệ)</w:t>
      </w:r>
    </w:p>
    <w:p w14:paraId="2B0B9A22" w14:textId="77777777" w:rsidR="007A2582" w:rsidRPr="00097604" w:rsidRDefault="007A2582" w:rsidP="007A2582">
      <w:pPr>
        <w:spacing w:line="264" w:lineRule="auto"/>
        <w:ind w:firstLine="720"/>
        <w:rPr>
          <w:sz w:val="28"/>
          <w:szCs w:val="28"/>
        </w:rPr>
      </w:pPr>
    </w:p>
    <w:p w14:paraId="7724C804" w14:textId="77777777" w:rsidR="007F03E4" w:rsidRDefault="00000000">
      <w:pPr>
        <w:spacing w:line="264" w:lineRule="auto"/>
        <w:ind w:firstLine="720"/>
      </w:pPr>
      <w:r>
        <w:rPr>
          <w:b/>
          <w:color w:val="000000"/>
          <w:sz w:val="28"/>
        </w:rPr>
        <w:t>1. Biểu mẫu BM-01-TTPTN:</w:t>
      </w:r>
      <w:r>
        <w:rPr>
          <w:color w:val="000000"/>
          <w:sz w:val="28"/>
        </w:rPr>
        <w:t>Văn bản đề xuất.</w:t>
      </w:r>
    </w:p>
    <w:p w14:paraId="591A2E19" w14:textId="77777777" w:rsidR="007F03E4" w:rsidRDefault="00000000">
      <w:pPr>
        <w:spacing w:line="264" w:lineRule="auto"/>
        <w:ind w:firstLine="720"/>
      </w:pPr>
      <w:r>
        <w:rPr>
          <w:b/>
          <w:color w:val="000000"/>
          <w:sz w:val="28"/>
        </w:rPr>
        <w:t>2. Biểu mẫu BM-02-TTPTN:</w:t>
      </w:r>
      <w:r>
        <w:rPr>
          <w:color w:val="000000"/>
          <w:sz w:val="28"/>
        </w:rPr>
        <w:t>Thuyết minh đề xuất phát triển trung tâm nghiên cứu, thử nghiệm quốc gia, phòng thí nghiệm trọng điểm quốc gia tập trung cho công nghệ chiến lược.</w:t>
      </w:r>
    </w:p>
    <w:p w14:paraId="5C675D9B" w14:textId="77777777" w:rsidR="007F03E4" w:rsidRDefault="00000000">
      <w:pPr>
        <w:spacing w:line="264" w:lineRule="auto"/>
        <w:ind w:firstLine="720"/>
      </w:pPr>
      <w:r>
        <w:rPr>
          <w:b/>
          <w:color w:val="000000"/>
          <w:sz w:val="28"/>
        </w:rPr>
        <w:t>3. Biểu mẫu BM-03-TTPTN:</w:t>
      </w:r>
      <w:r>
        <w:rPr>
          <w:color w:val="000000"/>
          <w:sz w:val="28"/>
        </w:rPr>
        <w:t>Phiếu rà soát hồ sơ đề xuất.</w:t>
      </w:r>
    </w:p>
    <w:p w14:paraId="047EEC10" w14:textId="77777777" w:rsidR="007F03E4" w:rsidRDefault="00000000">
      <w:pPr>
        <w:spacing w:line="264" w:lineRule="auto"/>
        <w:ind w:firstLine="720"/>
      </w:pPr>
      <w:r>
        <w:rPr>
          <w:b/>
          <w:color w:val="000000"/>
          <w:sz w:val="28"/>
        </w:rPr>
        <w:t>4. Biểu mẫu BM-04-TTPTN:</w:t>
      </w:r>
      <w:r>
        <w:rPr>
          <w:color w:val="000000"/>
          <w:sz w:val="28"/>
        </w:rPr>
        <w:t>Biên bản kiểm tra, xác minh.</w:t>
      </w:r>
    </w:p>
    <w:p w14:paraId="1432D2BE" w14:textId="77777777" w:rsidR="007F03E4" w:rsidRDefault="00000000">
      <w:pPr>
        <w:spacing w:line="264" w:lineRule="auto"/>
        <w:ind w:firstLine="720"/>
      </w:pPr>
      <w:r>
        <w:rPr>
          <w:b/>
          <w:color w:val="000000"/>
          <w:sz w:val="28"/>
        </w:rPr>
        <w:t>5. Biểu mẫu BM-05-TTPTN:</w:t>
      </w:r>
      <w:r>
        <w:rPr>
          <w:color w:val="000000"/>
          <w:sz w:val="28"/>
        </w:rPr>
        <w:t>Phiếu nhận xét đề xuất.</w:t>
      </w:r>
    </w:p>
    <w:p w14:paraId="7CCB8DF3" w14:textId="77777777" w:rsidR="007F03E4" w:rsidRDefault="00000000">
      <w:pPr>
        <w:spacing w:line="264" w:lineRule="auto"/>
        <w:ind w:firstLine="720"/>
      </w:pPr>
      <w:r>
        <w:rPr>
          <w:b/>
          <w:color w:val="000000"/>
          <w:sz w:val="28"/>
        </w:rPr>
        <w:t>6. Biểu mẫu BM-06-TTPTN:</w:t>
      </w:r>
      <w:r>
        <w:rPr>
          <w:color w:val="000000"/>
          <w:sz w:val="28"/>
        </w:rPr>
        <w:t>Phiếu đánh giá, chấm điểm đề xuất.</w:t>
      </w:r>
    </w:p>
    <w:p w14:paraId="281195B2" w14:textId="77777777" w:rsidR="007F03E4" w:rsidRDefault="00000000">
      <w:pPr>
        <w:spacing w:line="264" w:lineRule="auto"/>
        <w:ind w:firstLine="720"/>
      </w:pPr>
      <w:r>
        <w:rPr>
          <w:b/>
          <w:color w:val="000000"/>
          <w:sz w:val="28"/>
        </w:rPr>
        <w:t>7. Biểu mẫu BM-07-TTPTN:</w:t>
      </w:r>
      <w:r>
        <w:rPr>
          <w:color w:val="000000"/>
          <w:sz w:val="28"/>
        </w:rPr>
        <w:t>Biên bản kiểm phiếu, tổng hợp kết quả đánh giá.</w:t>
      </w:r>
    </w:p>
    <w:p w14:paraId="45A88F3A" w14:textId="77777777" w:rsidR="007F03E4" w:rsidRDefault="00000000">
      <w:pPr>
        <w:spacing w:line="264" w:lineRule="auto"/>
        <w:ind w:firstLine="720"/>
      </w:pPr>
      <w:r>
        <w:rPr>
          <w:b/>
          <w:color w:val="000000"/>
          <w:sz w:val="28"/>
        </w:rPr>
        <w:t>8. Biểu mẫu BM-08-TTPTN:</w:t>
      </w:r>
      <w:r>
        <w:rPr>
          <w:color w:val="000000"/>
          <w:sz w:val="28"/>
        </w:rPr>
        <w:t>Biên bản họp Hội đồng đánh giá, lựa chọn.</w:t>
      </w:r>
    </w:p>
    <w:p w14:paraId="6E8B7B6F" w14:textId="77777777" w:rsidR="007F03E4" w:rsidRDefault="00000000">
      <w:pPr>
        <w:spacing w:line="264" w:lineRule="auto"/>
        <w:ind w:firstLine="720"/>
      </w:pPr>
      <w:r>
        <w:rPr>
          <w:b/>
          <w:color w:val="000000"/>
          <w:sz w:val="28"/>
        </w:rPr>
        <w:t>9. Biểu mẫu BM-09-TTPTN:</w:t>
      </w:r>
      <w:r>
        <w:rPr>
          <w:color w:val="000000"/>
          <w:sz w:val="28"/>
        </w:rPr>
        <w:t>Bản giải trình, tiếp thu và hoàn thiện đề xuất.</w:t>
      </w:r>
    </w:p>
    <w:p w14:paraId="780B4995" w14:textId="77777777" w:rsidR="007F03E4" w:rsidRDefault="00000000">
      <w:pPr>
        <w:spacing w:line="264" w:lineRule="auto"/>
        <w:ind w:firstLine="720"/>
      </w:pPr>
      <w:r>
        <w:rPr>
          <w:b/>
          <w:color w:val="000000"/>
          <w:sz w:val="28"/>
        </w:rPr>
        <w:t>10. Biểu mẫu BM-10-TTPTN:</w:t>
      </w:r>
      <w:r>
        <w:rPr>
          <w:color w:val="000000"/>
          <w:sz w:val="28"/>
        </w:rPr>
        <w:t>Thông báo kết quả đánh giá, lựa chọn đề xuất.</w:t>
      </w:r>
    </w:p>
    <w:p w14:paraId="6412C77F" w14:textId="77777777" w:rsidR="00BF043B" w:rsidRPr="00097604" w:rsidRDefault="00BF043B">
      <w:pPr>
        <w:spacing w:line="264" w:lineRule="auto"/>
        <w:ind w:firstLine="720"/>
      </w:pPr>
    </w:p>
    <w:p w14:paraId="3F7C4268" w14:textId="77777777" w:rsidR="00267F9B" w:rsidRPr="00097604" w:rsidRDefault="00267F9B">
      <w:pPr>
        <w:keepNext/>
        <w:spacing w:line="264" w:lineRule="auto"/>
        <w:ind w:firstLine="720"/>
        <w:rPr>
          <w:b/>
          <w:sz w:val="22"/>
        </w:rPr>
        <w:sectPr w:rsidR="00267F9B" w:rsidRPr="00097604" w:rsidSect="00C85397">
          <w:headerReference w:type="default" r:id="rId8"/>
          <w:headerReference w:type="first" r:id="rId9"/>
          <w:footerReference w:type="default" r:id="rId22"/>
          <w:pgSz w:w="11907" w:h="16840" w:code="9"/>
          <w:pgMar w:top="1134" w:right="1134" w:bottom="1134" w:left="1701" w:header="680" w:footer="454" w:gutter="0"/>
          <w:cols w:space="720"/>
          <w:titlePg/>
          <w:docGrid w:linePitch="360"/>
        </w:sectPr>
      </w:pPr>
    </w:p>
    <w:p w14:paraId="1D0C5F82" w14:textId="77777777" w:rsidR="00BF043B" w:rsidRPr="00097604" w:rsidRDefault="00971749">
      <w:pPr>
        <w:keepNext/>
        <w:pageBreakBefore/>
        <w:spacing w:after="0"/>
        <w:jc w:val="right"/>
      </w:pPr>
      <w:r>
        <w:rPr>
          <w:b/>
          <w:color w:val="000000"/>
          <w:sz w:val="22"/>
        </w:rPr>
        <w:lastRenderedPageBreak/>
        <w:t>BM-01-TTPTN</w:t>
      </w:r>
      <w:r>
        <w:rPr>
          <w:b/>
          <w:color w:val="000000"/>
          <w:sz w:val="22"/>
        </w:rPr>
        <w:br/>
        <w:t>…/2026/TT-BKHCN</w:t>
      </w:r>
    </w:p>
    <w:tbl>
      <w:tblPr>
        <w:tblW w:w="9356" w:type="dxa"/>
        <w:jc w:val="center"/>
        <w:tblBorders>
          <w:top w:val="nil"/>
          <w:left w:val="nil"/>
          <w:bottom w:val="nil"/>
          <w:right w:val="nil"/>
          <w:insideH w:val="nil"/>
          <w:insideV w:val="nil"/>
        </w:tblBorders>
        <w:tblLook w:val="04A0" w:firstRow="1" w:lastRow="0" w:firstColumn="1" w:lastColumn="0" w:noHBand="0" w:noVBand="1"/>
      </w:tblPr>
      <w:tblGrid>
        <w:gridCol w:w="3686"/>
        <w:gridCol w:w="5670"/>
      </w:tblGrid>
      <w:tr w:rsidR="00BF043B" w:rsidRPr="00097604" w14:paraId="7139FB70" w14:textId="77777777" w:rsidTr="00267F9B">
        <w:trPr>
          <w:jc w:val="center"/>
        </w:trPr>
        <w:tc>
          <w:tcPr>
            <w:tcW w:w="3686" w:type="dxa"/>
          </w:tcPr>
          <w:p w14:paraId="7EB8BBE4" w14:textId="77777777" w:rsidR="00BF043B" w:rsidRPr="00097604" w:rsidRDefault="00971749" w:rsidP="00267F9B">
            <w:pPr>
              <w:spacing w:after="0" w:line="240" w:lineRule="auto"/>
              <w:ind w:firstLine="0"/>
              <w:jc w:val="center"/>
              <w:rPr>
                <w:szCs w:val="26"/>
              </w:rPr>
            </w:pPr>
            <w:r w:rsidRPr="00097604">
              <w:rPr>
                <w:b/>
                <w:color w:val="000000"/>
                <w:sz w:val="22"/>
                <w:szCs w:val="26"/>
              </w:rPr>
              <w:t>TÊN CƠ QUAN ĐỀ XUẤT</w:t>
            </w:r>
          </w:p>
          <w:p w14:paraId="100D067A" w14:textId="77777777" w:rsidR="00267F9B" w:rsidRPr="00097604" w:rsidRDefault="00267F9B" w:rsidP="00267F9B">
            <w:pPr>
              <w:spacing w:after="0" w:line="240" w:lineRule="auto"/>
              <w:ind w:firstLine="0"/>
              <w:jc w:val="center"/>
              <w:rPr>
                <w:bCs/>
                <w:szCs w:val="26"/>
              </w:rPr>
            </w:pPr>
          </w:p>
          <w:p w14:paraId="5EBE387B" w14:textId="77777777" w:rsidR="00267F9B" w:rsidRPr="00097604" w:rsidRDefault="00267F9B" w:rsidP="00267F9B">
            <w:pPr>
              <w:spacing w:after="0" w:line="240" w:lineRule="auto"/>
              <w:ind w:firstLine="0"/>
              <w:jc w:val="center"/>
              <w:rPr>
                <w:bCs/>
                <w:szCs w:val="26"/>
              </w:rPr>
            </w:pPr>
          </w:p>
          <w:p w14:paraId="4289AF6F" w14:textId="77777777" w:rsidR="00BF043B" w:rsidRPr="00097604" w:rsidRDefault="00971749" w:rsidP="00267F9B">
            <w:pPr>
              <w:spacing w:after="0" w:line="240" w:lineRule="auto"/>
              <w:ind w:firstLine="0"/>
              <w:jc w:val="center"/>
              <w:rPr>
                <w:bCs/>
                <w:szCs w:val="26"/>
              </w:rPr>
            </w:pPr>
            <w:r w:rsidRPr="00097604">
              <w:rPr>
                <w:b/>
                <w:bCs/>
                <w:color w:val="000000"/>
                <w:sz w:val="22"/>
                <w:szCs w:val="26"/>
              </w:rPr>
              <w:t>Số: …/…</w:t>
            </w:r>
          </w:p>
        </w:tc>
        <w:tc>
          <w:tcPr>
            <w:tcW w:w="5670" w:type="dxa"/>
          </w:tcPr>
          <w:p w14:paraId="371C0C9E" w14:textId="77777777" w:rsidR="00BF043B" w:rsidRPr="00097604" w:rsidRDefault="00971749" w:rsidP="00267F9B">
            <w:pPr>
              <w:spacing w:after="0" w:line="240" w:lineRule="auto"/>
              <w:ind w:firstLine="0"/>
              <w:jc w:val="center"/>
              <w:rPr>
                <w:szCs w:val="26"/>
              </w:rPr>
            </w:pPr>
            <w:r w:rsidRPr="00097604">
              <w:rPr>
                <w:b/>
                <w:sz w:val="22"/>
                <w:szCs w:val="26"/>
              </w:rPr>
              <w:t>CỘNG HÒA XÃ HỘI CHỦ NGHĨA VIỆT NAM</w:t>
            </w:r>
          </w:p>
          <w:p w14:paraId="4A1CD454" w14:textId="77777777" w:rsidR="00BF043B" w:rsidRPr="00097604" w:rsidRDefault="00971749" w:rsidP="00267F9B">
            <w:pPr>
              <w:spacing w:after="0" w:line="240" w:lineRule="auto"/>
              <w:ind w:firstLine="0"/>
              <w:jc w:val="center"/>
              <w:rPr>
                <w:szCs w:val="26"/>
              </w:rPr>
            </w:pPr>
            <w:r w:rsidRPr="00097604">
              <w:rPr>
                <w:b/>
                <w:sz w:val="22"/>
                <w:szCs w:val="26"/>
              </w:rPr>
              <w:t>Độc lập - Tự do - Hạnh phúc</w:t>
            </w:r>
          </w:p>
          <w:p w14:paraId="4F0A6691" w14:textId="77777777" w:rsidR="00267F9B" w:rsidRPr="00097604" w:rsidRDefault="00267F9B" w:rsidP="00267F9B">
            <w:pPr>
              <w:spacing w:after="0" w:line="240" w:lineRule="auto"/>
              <w:ind w:firstLine="0"/>
              <w:jc w:val="center"/>
              <w:rPr>
                <w:i/>
                <w:szCs w:val="26"/>
              </w:rPr>
            </w:pPr>
          </w:p>
          <w:p w14:paraId="5D0DB086" w14:textId="77777777" w:rsidR="00BF043B" w:rsidRPr="00097604" w:rsidRDefault="00971749" w:rsidP="00267F9B">
            <w:pPr>
              <w:spacing w:after="0" w:line="240" w:lineRule="auto"/>
              <w:ind w:firstLine="0"/>
              <w:jc w:val="center"/>
              <w:rPr>
                <w:szCs w:val="26"/>
              </w:rPr>
            </w:pPr>
            <w:r w:rsidRPr="00097604">
              <w:rPr>
                <w:b/>
                <w:i/>
                <w:color w:val="000000"/>
                <w:sz w:val="22"/>
                <w:szCs w:val="26"/>
              </w:rPr>
              <w:t>Hà Nội, ngày ... tháng ... năm 20...</w:t>
            </w:r>
          </w:p>
        </w:tc>
      </w:tr>
    </w:tbl>
    <w:p w14:paraId="586FF411" w14:textId="77777777" w:rsidR="00267F9B" w:rsidRPr="00097604" w:rsidRDefault="00267F9B">
      <w:pPr>
        <w:pStyle w:val="AnnexTitle"/>
        <w:spacing w:after="0"/>
        <w:rPr>
          <w:sz w:val="25"/>
        </w:rPr>
      </w:pPr>
    </w:p>
    <w:p w14:paraId="59F31E18" w14:textId="77777777" w:rsidR="00BF043B" w:rsidRPr="00097604" w:rsidRDefault="00971749">
      <w:pPr>
        <w:pStyle w:val="AnnexTitle"/>
        <w:spacing w:before="80" w:after="40" w:line="252" w:lineRule="auto"/>
        <w:rPr>
          <w:szCs w:val="28"/>
        </w:rPr>
      </w:pPr>
      <w:r w:rsidRPr="00097604">
        <w:rPr>
          <w:color w:val="000000"/>
          <w:sz w:val="26"/>
          <w:szCs w:val="28"/>
        </w:rPr>
        <w:t>VĂN BẢN ĐỀ XUẤT</w:t>
      </w:r>
    </w:p>
    <w:p w14:paraId="5ED66A77" w14:textId="77777777" w:rsidR="00BF043B" w:rsidRPr="00097604" w:rsidRDefault="00971749">
      <w:pPr>
        <w:pStyle w:val="AnnexTitle"/>
        <w:spacing w:after="0" w:line="252" w:lineRule="auto"/>
        <w:jc w:val="both"/>
        <w:rPr>
          <w:szCs w:val="28"/>
        </w:rPr>
      </w:pPr>
      <w:r>
        <w:rPr>
          <w:color w:val="000000"/>
          <w:sz w:val="24"/>
        </w:rPr>
        <w:t>Đánh giá, lựa chọn đề xuất phát triển trung tâm nghiên cứu, thử nghiệm, phòng thí nghiệm trọng điểm quốc gia tập trung cho công nghệ chiến lược</w:t>
      </w:r>
    </w:p>
    <w:p w14:paraId="62BF38B6" w14:textId="77777777" w:rsidR="00267F9B" w:rsidRPr="00097604" w:rsidRDefault="00267F9B">
      <w:pPr>
        <w:spacing w:after="0"/>
        <w:jc w:val="center"/>
        <w:rPr>
          <w:b/>
          <w:sz w:val="28"/>
          <w:szCs w:val="28"/>
        </w:rPr>
      </w:pPr>
    </w:p>
    <w:p w14:paraId="5CEF8405" w14:textId="77777777" w:rsidR="00BF043B" w:rsidRPr="00097604" w:rsidRDefault="00971749">
      <w:pPr>
        <w:spacing w:after="0" w:line="252" w:lineRule="auto"/>
        <w:jc w:val="center"/>
        <w:rPr>
          <w:bCs/>
          <w:sz w:val="28"/>
          <w:szCs w:val="28"/>
        </w:rPr>
      </w:pPr>
      <w:r w:rsidRPr="00097604">
        <w:rPr>
          <w:bCs/>
          <w:color w:val="000000"/>
          <w:sz w:val="24"/>
          <w:szCs w:val="28"/>
        </w:rPr>
        <w:t>Kính gửi: Bộ Khoa học và Công nghệ</w:t>
      </w:r>
    </w:p>
    <w:p w14:paraId="6BA88EDA" w14:textId="77777777" w:rsidR="00267F9B" w:rsidRPr="00097604" w:rsidRDefault="00267F9B">
      <w:pPr>
        <w:spacing w:after="0"/>
        <w:rPr>
          <w:sz w:val="28"/>
          <w:szCs w:val="28"/>
        </w:rPr>
      </w:pPr>
    </w:p>
    <w:p w14:paraId="3C7D35A2" w14:textId="77777777" w:rsidR="00BF043B" w:rsidRPr="00097604" w:rsidRDefault="00971749">
      <w:pPr>
        <w:spacing w:after="0" w:line="252" w:lineRule="auto"/>
        <w:rPr>
          <w:sz w:val="28"/>
          <w:szCs w:val="28"/>
        </w:rPr>
      </w:pPr>
      <w:r w:rsidRPr="00097604">
        <w:rPr>
          <w:color w:val="000000"/>
          <w:sz w:val="24"/>
          <w:szCs w:val="28"/>
        </w:rPr>
        <w:t>Căn cứ Thông báo số … ngày … của Bộ Khoa học và Công nghệ về đợt tiếp nhận đề xuất;</w:t>
      </w:r>
    </w:p>
    <w:p w14:paraId="2A7F6C2F" w14:textId="77777777" w:rsidR="00BF043B" w:rsidRPr="00097604" w:rsidRDefault="00971749">
      <w:pPr>
        <w:spacing w:after="0" w:line="252" w:lineRule="auto"/>
        <w:ind w:firstLine="720"/>
        <w:rPr>
          <w:sz w:val="28"/>
          <w:szCs w:val="28"/>
        </w:rPr>
      </w:pPr>
      <w:r>
        <w:rPr>
          <w:color w:val="000000"/>
          <w:sz w:val="24"/>
        </w:rPr>
        <w:t>Căn cứ kết quả rà soát theo Thông tư số …/2026/TT-BKHCN, [tên cơ quan đề xuất] gửi Bộ Khoa học và Công nghệ các đề xuất sau:</w:t>
      </w:r>
    </w:p>
    <w:tbl>
      <w:tblPr>
        <w:tblStyle w:val="TableGrid"/>
        <w:tblW w:w="9782" w:type="dxa"/>
        <w:jc w:val="center"/>
        <w:tblLayout w:type="fixed"/>
        <w:tblLook w:val="04A0" w:firstRow="1" w:lastRow="0" w:firstColumn="1" w:lastColumn="0" w:noHBand="0" w:noVBand="1"/>
      </w:tblPr>
      <w:tblGrid>
        <w:gridCol w:w="794"/>
        <w:gridCol w:w="1304"/>
        <w:gridCol w:w="880"/>
        <w:gridCol w:w="1701"/>
        <w:gridCol w:w="2041"/>
        <w:gridCol w:w="1134"/>
        <w:gridCol w:w="1928"/>
      </w:tblGrid>
      <w:tr w:rsidR="00BF043B" w:rsidRPr="00097604" w14:paraId="23517B6C" w14:textId="77777777" w:rsidTr="00267F9B">
        <w:trPr>
          <w:tblHeader/>
          <w:jc w:val="center"/>
        </w:trPr>
        <w:tc>
          <w:tcPr>
            <w:tcW w:w="794" w:type="dxa"/>
            <w:vAlign w:val="center"/>
          </w:tcPr>
          <w:p w14:paraId="756602DD" w14:textId="77777777" w:rsidR="00BF043B" w:rsidRPr="00097604" w:rsidRDefault="00971749" w:rsidP="00267F9B">
            <w:pPr>
              <w:spacing w:after="0"/>
              <w:ind w:firstLine="0"/>
              <w:jc w:val="center"/>
              <w:rPr>
                <w:sz w:val="28"/>
                <w:szCs w:val="28"/>
              </w:rPr>
            </w:pPr>
            <w:r w:rsidRPr="00097604">
              <w:rPr>
                <w:b/>
                <w:color w:val="000000"/>
                <w:sz w:val="22"/>
                <w:szCs w:val="28"/>
              </w:rPr>
              <w:t>STT</w:t>
            </w:r>
          </w:p>
        </w:tc>
        <w:tc>
          <w:tcPr>
            <w:tcW w:w="1304" w:type="dxa"/>
            <w:vAlign w:val="center"/>
          </w:tcPr>
          <w:p w14:paraId="6588D68A" w14:textId="77777777" w:rsidR="00BF043B" w:rsidRPr="00097604" w:rsidRDefault="00971749" w:rsidP="00267F9B">
            <w:pPr>
              <w:spacing w:after="0"/>
              <w:ind w:firstLine="0"/>
              <w:jc w:val="center"/>
              <w:rPr>
                <w:sz w:val="28"/>
                <w:szCs w:val="28"/>
              </w:rPr>
            </w:pPr>
            <w:r w:rsidRPr="00097604">
              <w:rPr>
                <w:b/>
                <w:color w:val="000000"/>
                <w:sz w:val="22"/>
                <w:szCs w:val="28"/>
              </w:rPr>
              <w:t>Tên đề xuất</w:t>
            </w:r>
          </w:p>
        </w:tc>
        <w:tc>
          <w:tcPr>
            <w:tcW w:w="880" w:type="dxa"/>
            <w:vAlign w:val="center"/>
          </w:tcPr>
          <w:p w14:paraId="4D9B4885" w14:textId="77777777" w:rsidR="00BF043B" w:rsidRPr="00097604" w:rsidRDefault="00971749" w:rsidP="00267F9B">
            <w:pPr>
              <w:spacing w:after="0"/>
              <w:ind w:firstLine="0"/>
              <w:jc w:val="center"/>
              <w:rPr>
                <w:sz w:val="28"/>
                <w:szCs w:val="28"/>
              </w:rPr>
            </w:pPr>
            <w:r w:rsidRPr="00097604">
              <w:rPr>
                <w:b/>
                <w:sz w:val="22"/>
                <w:szCs w:val="28"/>
              </w:rPr>
              <w:t>Loại hình</w:t>
            </w:r>
          </w:p>
        </w:tc>
        <w:tc>
          <w:tcPr>
            <w:tcW w:w="1701" w:type="dxa"/>
            <w:vAlign w:val="center"/>
          </w:tcPr>
          <w:p w14:paraId="5939EEBB" w14:textId="77777777" w:rsidR="00FC231D" w:rsidRPr="00097604" w:rsidRDefault="006018A6" w:rsidP="00D32C80">
            <w:pPr>
              <w:spacing w:after="0"/>
              <w:ind w:firstLine="0"/>
              <w:jc w:val="center"/>
            </w:pPr>
            <w:r w:rsidRPr="00097604">
              <w:rPr>
                <w:b/>
                <w:sz w:val="22"/>
                <w:szCs w:val="28"/>
              </w:rPr>
              <w:t>Tổ chức dự kiến quản lý, vận hành hoặc tổ chức chuẩn bị đề xuất</w:t>
            </w:r>
          </w:p>
        </w:tc>
        <w:tc>
          <w:tcPr>
            <w:tcW w:w="2041" w:type="dxa"/>
            <w:vAlign w:val="center"/>
          </w:tcPr>
          <w:p w14:paraId="1E8862AA" w14:textId="77777777" w:rsidR="00BF043B" w:rsidRPr="00097604" w:rsidRDefault="00971749" w:rsidP="00267F9B">
            <w:pPr>
              <w:spacing w:after="0"/>
              <w:ind w:firstLine="0"/>
              <w:jc w:val="center"/>
              <w:rPr>
                <w:sz w:val="28"/>
                <w:szCs w:val="28"/>
              </w:rPr>
            </w:pPr>
            <w:r w:rsidRPr="00097604">
              <w:rPr>
                <w:b/>
                <w:sz w:val="22"/>
                <w:szCs w:val="28"/>
              </w:rPr>
              <w:t>Công nghệ/sản phẩm chiến lược/nhiệm vụ được phục vụ</w:t>
            </w:r>
          </w:p>
        </w:tc>
        <w:tc>
          <w:tcPr>
            <w:tcW w:w="1134" w:type="dxa"/>
            <w:vAlign w:val="center"/>
          </w:tcPr>
          <w:p w14:paraId="713DC85B" w14:textId="77777777" w:rsidR="00BF043B" w:rsidRPr="00097604" w:rsidRDefault="00971749" w:rsidP="00267F9B">
            <w:pPr>
              <w:spacing w:after="0"/>
              <w:ind w:firstLine="0"/>
              <w:jc w:val="center"/>
              <w:rPr>
                <w:sz w:val="28"/>
                <w:szCs w:val="28"/>
              </w:rPr>
            </w:pPr>
            <w:r>
              <w:rPr>
                <w:b/>
                <w:sz w:val="22"/>
              </w:rPr>
              <w:t>Năng lực chủ yếu cần phát triển</w:t>
            </w:r>
          </w:p>
        </w:tc>
        <w:tc>
          <w:tcPr>
            <w:tcW w:w="1928" w:type="dxa"/>
            <w:vAlign w:val="center"/>
          </w:tcPr>
          <w:p w14:paraId="6A3C3887" w14:textId="77777777" w:rsidR="00BF043B" w:rsidRPr="00097604" w:rsidRDefault="00971749" w:rsidP="00267F9B">
            <w:pPr>
              <w:spacing w:after="0"/>
              <w:ind w:firstLine="0"/>
              <w:jc w:val="center"/>
              <w:rPr>
                <w:sz w:val="28"/>
                <w:szCs w:val="28"/>
              </w:rPr>
            </w:pPr>
            <w:r w:rsidRPr="00097604">
              <w:rPr>
                <w:b/>
                <w:sz w:val="22"/>
                <w:szCs w:val="28"/>
              </w:rPr>
              <w:t>Mức độ ưu tiên, thời điểm cần có năng lực</w:t>
            </w:r>
          </w:p>
        </w:tc>
      </w:tr>
      <w:tr w:rsidR="00BF043B" w:rsidRPr="00097604" w14:paraId="78A9CD6D" w14:textId="77777777" w:rsidTr="00267F9B">
        <w:trPr>
          <w:jc w:val="center"/>
        </w:trPr>
        <w:tc>
          <w:tcPr>
            <w:tcW w:w="794" w:type="dxa"/>
            <w:vAlign w:val="center"/>
          </w:tcPr>
          <w:p w14:paraId="07F892B0" w14:textId="77777777" w:rsidR="00BF043B" w:rsidRPr="00097604" w:rsidRDefault="00BF043B" w:rsidP="00267F9B">
            <w:pPr>
              <w:spacing w:after="0"/>
              <w:ind w:firstLine="0"/>
              <w:jc w:val="left"/>
              <w:rPr>
                <w:sz w:val="28"/>
                <w:szCs w:val="28"/>
              </w:rPr>
            </w:pPr>
          </w:p>
        </w:tc>
        <w:tc>
          <w:tcPr>
            <w:tcW w:w="1304" w:type="dxa"/>
            <w:vAlign w:val="center"/>
          </w:tcPr>
          <w:p w14:paraId="6620231B" w14:textId="77777777" w:rsidR="00BF043B" w:rsidRPr="00097604" w:rsidRDefault="00BF043B" w:rsidP="00267F9B">
            <w:pPr>
              <w:spacing w:after="0"/>
              <w:ind w:firstLine="0"/>
              <w:jc w:val="left"/>
              <w:rPr>
                <w:sz w:val="28"/>
                <w:szCs w:val="28"/>
              </w:rPr>
            </w:pPr>
          </w:p>
        </w:tc>
        <w:tc>
          <w:tcPr>
            <w:tcW w:w="880" w:type="dxa"/>
            <w:vAlign w:val="center"/>
          </w:tcPr>
          <w:p w14:paraId="79EFB359" w14:textId="77777777" w:rsidR="00BF043B" w:rsidRPr="00097604" w:rsidRDefault="00BF043B" w:rsidP="00267F9B">
            <w:pPr>
              <w:spacing w:after="0"/>
              <w:ind w:firstLine="0"/>
              <w:jc w:val="left"/>
              <w:rPr>
                <w:sz w:val="28"/>
                <w:szCs w:val="28"/>
              </w:rPr>
            </w:pPr>
          </w:p>
        </w:tc>
        <w:tc>
          <w:tcPr>
            <w:tcW w:w="1701" w:type="dxa"/>
            <w:vAlign w:val="center"/>
          </w:tcPr>
          <w:p w14:paraId="7BC056CA" w14:textId="77777777" w:rsidR="00BF043B" w:rsidRPr="00097604" w:rsidRDefault="00BF043B" w:rsidP="00267F9B">
            <w:pPr>
              <w:spacing w:after="0"/>
              <w:ind w:firstLine="0"/>
              <w:jc w:val="left"/>
              <w:rPr>
                <w:sz w:val="28"/>
                <w:szCs w:val="28"/>
              </w:rPr>
            </w:pPr>
          </w:p>
        </w:tc>
        <w:tc>
          <w:tcPr>
            <w:tcW w:w="2041" w:type="dxa"/>
            <w:vAlign w:val="center"/>
          </w:tcPr>
          <w:p w14:paraId="1CCE6E28" w14:textId="77777777" w:rsidR="00BF043B" w:rsidRPr="00097604" w:rsidRDefault="00BF043B" w:rsidP="00267F9B">
            <w:pPr>
              <w:spacing w:after="0"/>
              <w:ind w:firstLine="0"/>
              <w:jc w:val="left"/>
              <w:rPr>
                <w:sz w:val="28"/>
                <w:szCs w:val="28"/>
              </w:rPr>
            </w:pPr>
          </w:p>
        </w:tc>
        <w:tc>
          <w:tcPr>
            <w:tcW w:w="1134" w:type="dxa"/>
            <w:vAlign w:val="center"/>
          </w:tcPr>
          <w:p w14:paraId="3664C83A" w14:textId="77777777" w:rsidR="00BF043B" w:rsidRPr="00097604" w:rsidRDefault="00BF043B" w:rsidP="00267F9B">
            <w:pPr>
              <w:spacing w:after="0"/>
              <w:ind w:firstLine="0"/>
              <w:jc w:val="left"/>
              <w:rPr>
                <w:sz w:val="28"/>
                <w:szCs w:val="28"/>
              </w:rPr>
            </w:pPr>
          </w:p>
        </w:tc>
        <w:tc>
          <w:tcPr>
            <w:tcW w:w="1928" w:type="dxa"/>
            <w:vAlign w:val="center"/>
          </w:tcPr>
          <w:p w14:paraId="53622ECA" w14:textId="77777777" w:rsidR="00BF043B" w:rsidRPr="00097604" w:rsidRDefault="00BF043B" w:rsidP="00267F9B">
            <w:pPr>
              <w:spacing w:after="0"/>
              <w:ind w:firstLine="0"/>
              <w:jc w:val="left"/>
              <w:rPr>
                <w:sz w:val="28"/>
                <w:szCs w:val="28"/>
              </w:rPr>
            </w:pPr>
          </w:p>
        </w:tc>
      </w:tr>
      <w:tr w:rsidR="00BF043B" w:rsidRPr="00097604" w14:paraId="384B6ACF" w14:textId="77777777" w:rsidTr="00267F9B">
        <w:trPr>
          <w:jc w:val="center"/>
        </w:trPr>
        <w:tc>
          <w:tcPr>
            <w:tcW w:w="794" w:type="dxa"/>
            <w:vAlign w:val="center"/>
          </w:tcPr>
          <w:p w14:paraId="253ACAD5" w14:textId="77777777" w:rsidR="00BF043B" w:rsidRPr="00097604" w:rsidRDefault="00BF043B" w:rsidP="00267F9B">
            <w:pPr>
              <w:spacing w:after="0"/>
              <w:ind w:firstLine="0"/>
              <w:jc w:val="left"/>
              <w:rPr>
                <w:sz w:val="28"/>
                <w:szCs w:val="28"/>
              </w:rPr>
            </w:pPr>
          </w:p>
        </w:tc>
        <w:tc>
          <w:tcPr>
            <w:tcW w:w="1304" w:type="dxa"/>
            <w:vAlign w:val="center"/>
          </w:tcPr>
          <w:p w14:paraId="5B840726" w14:textId="77777777" w:rsidR="00BF043B" w:rsidRPr="00097604" w:rsidRDefault="00BF043B" w:rsidP="00267F9B">
            <w:pPr>
              <w:spacing w:after="0"/>
              <w:ind w:firstLine="0"/>
              <w:jc w:val="left"/>
              <w:rPr>
                <w:sz w:val="28"/>
                <w:szCs w:val="28"/>
              </w:rPr>
            </w:pPr>
          </w:p>
        </w:tc>
        <w:tc>
          <w:tcPr>
            <w:tcW w:w="880" w:type="dxa"/>
            <w:vAlign w:val="center"/>
          </w:tcPr>
          <w:p w14:paraId="7313185D" w14:textId="77777777" w:rsidR="00BF043B" w:rsidRPr="00097604" w:rsidRDefault="00BF043B" w:rsidP="00267F9B">
            <w:pPr>
              <w:spacing w:after="0"/>
              <w:ind w:firstLine="0"/>
              <w:jc w:val="left"/>
              <w:rPr>
                <w:sz w:val="28"/>
                <w:szCs w:val="28"/>
              </w:rPr>
            </w:pPr>
          </w:p>
        </w:tc>
        <w:tc>
          <w:tcPr>
            <w:tcW w:w="1701" w:type="dxa"/>
            <w:vAlign w:val="center"/>
          </w:tcPr>
          <w:p w14:paraId="3E9AA6A4" w14:textId="77777777" w:rsidR="00BF043B" w:rsidRPr="00097604" w:rsidRDefault="00BF043B" w:rsidP="00267F9B">
            <w:pPr>
              <w:spacing w:after="0"/>
              <w:ind w:firstLine="0"/>
              <w:jc w:val="left"/>
              <w:rPr>
                <w:sz w:val="28"/>
                <w:szCs w:val="28"/>
              </w:rPr>
            </w:pPr>
          </w:p>
        </w:tc>
        <w:tc>
          <w:tcPr>
            <w:tcW w:w="2041" w:type="dxa"/>
            <w:vAlign w:val="center"/>
          </w:tcPr>
          <w:p w14:paraId="4DF7A8FC" w14:textId="77777777" w:rsidR="00BF043B" w:rsidRPr="00097604" w:rsidRDefault="00BF043B" w:rsidP="00267F9B">
            <w:pPr>
              <w:spacing w:after="0"/>
              <w:ind w:firstLine="0"/>
              <w:jc w:val="left"/>
              <w:rPr>
                <w:sz w:val="28"/>
                <w:szCs w:val="28"/>
              </w:rPr>
            </w:pPr>
          </w:p>
        </w:tc>
        <w:tc>
          <w:tcPr>
            <w:tcW w:w="1134" w:type="dxa"/>
            <w:vAlign w:val="center"/>
          </w:tcPr>
          <w:p w14:paraId="311AA95C" w14:textId="77777777" w:rsidR="00BF043B" w:rsidRPr="00097604" w:rsidRDefault="00BF043B" w:rsidP="00267F9B">
            <w:pPr>
              <w:spacing w:after="0"/>
              <w:ind w:firstLine="0"/>
              <w:jc w:val="left"/>
              <w:rPr>
                <w:sz w:val="28"/>
                <w:szCs w:val="28"/>
              </w:rPr>
            </w:pPr>
          </w:p>
        </w:tc>
        <w:tc>
          <w:tcPr>
            <w:tcW w:w="1928" w:type="dxa"/>
            <w:vAlign w:val="center"/>
          </w:tcPr>
          <w:p w14:paraId="66DFF1C8" w14:textId="77777777" w:rsidR="00BF043B" w:rsidRPr="00097604" w:rsidRDefault="00BF043B" w:rsidP="00267F9B">
            <w:pPr>
              <w:spacing w:after="0"/>
              <w:ind w:firstLine="0"/>
              <w:jc w:val="left"/>
              <w:rPr>
                <w:sz w:val="28"/>
                <w:szCs w:val="28"/>
              </w:rPr>
            </w:pPr>
          </w:p>
        </w:tc>
      </w:tr>
      <w:tr w:rsidR="00BF043B" w:rsidRPr="00097604" w14:paraId="6AE4AE56" w14:textId="77777777" w:rsidTr="00267F9B">
        <w:trPr>
          <w:jc w:val="center"/>
        </w:trPr>
        <w:tc>
          <w:tcPr>
            <w:tcW w:w="794" w:type="dxa"/>
            <w:vAlign w:val="center"/>
          </w:tcPr>
          <w:p w14:paraId="404D6948" w14:textId="77777777" w:rsidR="00BF043B" w:rsidRPr="00097604" w:rsidRDefault="00BF043B" w:rsidP="00267F9B">
            <w:pPr>
              <w:spacing w:after="0"/>
              <w:ind w:firstLine="0"/>
              <w:jc w:val="left"/>
              <w:rPr>
                <w:sz w:val="28"/>
                <w:szCs w:val="28"/>
              </w:rPr>
            </w:pPr>
          </w:p>
        </w:tc>
        <w:tc>
          <w:tcPr>
            <w:tcW w:w="1304" w:type="dxa"/>
            <w:vAlign w:val="center"/>
          </w:tcPr>
          <w:p w14:paraId="74CCC013" w14:textId="77777777" w:rsidR="00BF043B" w:rsidRPr="00097604" w:rsidRDefault="00BF043B" w:rsidP="00267F9B">
            <w:pPr>
              <w:spacing w:after="0"/>
              <w:ind w:firstLine="0"/>
              <w:jc w:val="left"/>
              <w:rPr>
                <w:sz w:val="28"/>
                <w:szCs w:val="28"/>
              </w:rPr>
            </w:pPr>
          </w:p>
        </w:tc>
        <w:tc>
          <w:tcPr>
            <w:tcW w:w="880" w:type="dxa"/>
            <w:vAlign w:val="center"/>
          </w:tcPr>
          <w:p w14:paraId="6DF19FB2" w14:textId="77777777" w:rsidR="00BF043B" w:rsidRPr="00097604" w:rsidRDefault="00BF043B" w:rsidP="00267F9B">
            <w:pPr>
              <w:spacing w:after="0"/>
              <w:ind w:firstLine="0"/>
              <w:jc w:val="left"/>
              <w:rPr>
                <w:sz w:val="28"/>
                <w:szCs w:val="28"/>
              </w:rPr>
            </w:pPr>
          </w:p>
        </w:tc>
        <w:tc>
          <w:tcPr>
            <w:tcW w:w="1701" w:type="dxa"/>
            <w:vAlign w:val="center"/>
          </w:tcPr>
          <w:p w14:paraId="6988672C" w14:textId="77777777" w:rsidR="00BF043B" w:rsidRPr="00097604" w:rsidRDefault="00BF043B" w:rsidP="00267F9B">
            <w:pPr>
              <w:spacing w:after="0"/>
              <w:ind w:firstLine="0"/>
              <w:jc w:val="left"/>
              <w:rPr>
                <w:sz w:val="28"/>
                <w:szCs w:val="28"/>
              </w:rPr>
            </w:pPr>
          </w:p>
        </w:tc>
        <w:tc>
          <w:tcPr>
            <w:tcW w:w="2041" w:type="dxa"/>
            <w:vAlign w:val="center"/>
          </w:tcPr>
          <w:p w14:paraId="30EAF866" w14:textId="77777777" w:rsidR="00BF043B" w:rsidRPr="00097604" w:rsidRDefault="00BF043B" w:rsidP="00267F9B">
            <w:pPr>
              <w:spacing w:after="0"/>
              <w:ind w:firstLine="0"/>
              <w:jc w:val="left"/>
              <w:rPr>
                <w:sz w:val="28"/>
                <w:szCs w:val="28"/>
              </w:rPr>
            </w:pPr>
          </w:p>
        </w:tc>
        <w:tc>
          <w:tcPr>
            <w:tcW w:w="1134" w:type="dxa"/>
            <w:vAlign w:val="center"/>
          </w:tcPr>
          <w:p w14:paraId="41482CBC" w14:textId="77777777" w:rsidR="00BF043B" w:rsidRPr="00097604" w:rsidRDefault="00BF043B" w:rsidP="00267F9B">
            <w:pPr>
              <w:spacing w:after="0"/>
              <w:ind w:firstLine="0"/>
              <w:jc w:val="left"/>
              <w:rPr>
                <w:sz w:val="28"/>
                <w:szCs w:val="28"/>
              </w:rPr>
            </w:pPr>
          </w:p>
        </w:tc>
        <w:tc>
          <w:tcPr>
            <w:tcW w:w="1928" w:type="dxa"/>
            <w:vAlign w:val="center"/>
          </w:tcPr>
          <w:p w14:paraId="08E8ED4F" w14:textId="77777777" w:rsidR="00BF043B" w:rsidRPr="00097604" w:rsidRDefault="00BF043B" w:rsidP="00267F9B">
            <w:pPr>
              <w:spacing w:after="0"/>
              <w:ind w:firstLine="0"/>
              <w:jc w:val="left"/>
              <w:rPr>
                <w:sz w:val="28"/>
                <w:szCs w:val="28"/>
              </w:rPr>
            </w:pPr>
          </w:p>
        </w:tc>
      </w:tr>
      <w:tr w:rsidR="00BF043B" w:rsidRPr="00097604" w14:paraId="684EDBC1" w14:textId="77777777" w:rsidTr="00267F9B">
        <w:trPr>
          <w:jc w:val="center"/>
        </w:trPr>
        <w:tc>
          <w:tcPr>
            <w:tcW w:w="794" w:type="dxa"/>
            <w:vAlign w:val="center"/>
          </w:tcPr>
          <w:p w14:paraId="620113C0" w14:textId="77777777" w:rsidR="00BF043B" w:rsidRPr="00097604" w:rsidRDefault="00BF043B" w:rsidP="00267F9B">
            <w:pPr>
              <w:spacing w:after="0"/>
              <w:ind w:firstLine="0"/>
              <w:jc w:val="left"/>
              <w:rPr>
                <w:sz w:val="28"/>
                <w:szCs w:val="28"/>
              </w:rPr>
            </w:pPr>
          </w:p>
        </w:tc>
        <w:tc>
          <w:tcPr>
            <w:tcW w:w="1304" w:type="dxa"/>
            <w:vAlign w:val="center"/>
          </w:tcPr>
          <w:p w14:paraId="5E5F85FD" w14:textId="77777777" w:rsidR="00BF043B" w:rsidRPr="00097604" w:rsidRDefault="00BF043B" w:rsidP="00267F9B">
            <w:pPr>
              <w:spacing w:after="0"/>
              <w:ind w:firstLine="0"/>
              <w:jc w:val="left"/>
              <w:rPr>
                <w:sz w:val="28"/>
                <w:szCs w:val="28"/>
              </w:rPr>
            </w:pPr>
          </w:p>
        </w:tc>
        <w:tc>
          <w:tcPr>
            <w:tcW w:w="880" w:type="dxa"/>
            <w:vAlign w:val="center"/>
          </w:tcPr>
          <w:p w14:paraId="11A42191" w14:textId="77777777" w:rsidR="00BF043B" w:rsidRPr="00097604" w:rsidRDefault="00BF043B" w:rsidP="00267F9B">
            <w:pPr>
              <w:spacing w:after="0"/>
              <w:ind w:firstLine="0"/>
              <w:jc w:val="left"/>
              <w:rPr>
                <w:sz w:val="28"/>
                <w:szCs w:val="28"/>
              </w:rPr>
            </w:pPr>
          </w:p>
        </w:tc>
        <w:tc>
          <w:tcPr>
            <w:tcW w:w="1701" w:type="dxa"/>
            <w:vAlign w:val="center"/>
          </w:tcPr>
          <w:p w14:paraId="60A8654E" w14:textId="77777777" w:rsidR="00BF043B" w:rsidRPr="00097604" w:rsidRDefault="00BF043B" w:rsidP="00267F9B">
            <w:pPr>
              <w:spacing w:after="0"/>
              <w:ind w:firstLine="0"/>
              <w:jc w:val="left"/>
              <w:rPr>
                <w:sz w:val="28"/>
                <w:szCs w:val="28"/>
              </w:rPr>
            </w:pPr>
          </w:p>
        </w:tc>
        <w:tc>
          <w:tcPr>
            <w:tcW w:w="2041" w:type="dxa"/>
            <w:vAlign w:val="center"/>
          </w:tcPr>
          <w:p w14:paraId="374352EE" w14:textId="77777777" w:rsidR="00BF043B" w:rsidRPr="00097604" w:rsidRDefault="00BF043B" w:rsidP="00267F9B">
            <w:pPr>
              <w:spacing w:after="0"/>
              <w:ind w:firstLine="0"/>
              <w:jc w:val="left"/>
              <w:rPr>
                <w:sz w:val="28"/>
                <w:szCs w:val="28"/>
              </w:rPr>
            </w:pPr>
          </w:p>
        </w:tc>
        <w:tc>
          <w:tcPr>
            <w:tcW w:w="1134" w:type="dxa"/>
            <w:vAlign w:val="center"/>
          </w:tcPr>
          <w:p w14:paraId="2CD13606" w14:textId="77777777" w:rsidR="00BF043B" w:rsidRPr="00097604" w:rsidRDefault="00BF043B" w:rsidP="00267F9B">
            <w:pPr>
              <w:spacing w:after="0"/>
              <w:ind w:firstLine="0"/>
              <w:jc w:val="left"/>
              <w:rPr>
                <w:sz w:val="28"/>
                <w:szCs w:val="28"/>
              </w:rPr>
            </w:pPr>
          </w:p>
        </w:tc>
        <w:tc>
          <w:tcPr>
            <w:tcW w:w="1928" w:type="dxa"/>
            <w:vAlign w:val="center"/>
          </w:tcPr>
          <w:p w14:paraId="71125B8B" w14:textId="77777777" w:rsidR="00BF043B" w:rsidRPr="00097604" w:rsidRDefault="00BF043B" w:rsidP="00267F9B">
            <w:pPr>
              <w:spacing w:after="0"/>
              <w:ind w:firstLine="0"/>
              <w:jc w:val="left"/>
              <w:rPr>
                <w:sz w:val="28"/>
                <w:szCs w:val="28"/>
              </w:rPr>
            </w:pPr>
          </w:p>
        </w:tc>
      </w:tr>
    </w:tbl>
    <w:p w14:paraId="3451697C" w14:textId="77777777" w:rsidR="00267F9B" w:rsidRPr="00097604" w:rsidRDefault="00267F9B">
      <w:pPr>
        <w:spacing w:after="0"/>
        <w:rPr>
          <w:b/>
          <w:sz w:val="23"/>
        </w:rPr>
      </w:pPr>
    </w:p>
    <w:p w14:paraId="324882E1" w14:textId="77777777" w:rsidR="00BF043B" w:rsidRPr="00097604" w:rsidRDefault="00971749" w:rsidP="00267F9B">
      <w:pPr>
        <w:spacing w:after="0" w:line="252" w:lineRule="auto"/>
        <w:ind w:firstLine="720"/>
        <w:rPr>
          <w:sz w:val="28"/>
          <w:szCs w:val="28"/>
        </w:rPr>
      </w:pPr>
      <w:r w:rsidRPr="00097604">
        <w:rPr>
          <w:b/>
          <w:color w:val="000000"/>
          <w:sz w:val="24"/>
          <w:szCs w:val="28"/>
        </w:rPr>
        <w:t>Kết quả rà soát và xác nhận của cơ quan đề xuất:</w:t>
      </w:r>
    </w:p>
    <w:p w14:paraId="22D1BA7F" w14:textId="77777777" w:rsidR="00BF043B" w:rsidRPr="00097604" w:rsidRDefault="00971749" w:rsidP="00267F9B">
      <w:pPr>
        <w:spacing w:after="0" w:line="252" w:lineRule="auto"/>
        <w:ind w:firstLine="720"/>
        <w:rPr>
          <w:sz w:val="28"/>
          <w:szCs w:val="28"/>
        </w:rPr>
      </w:pPr>
      <w:r>
        <w:rPr>
          <w:color w:val="000000"/>
          <w:sz w:val="24"/>
        </w:rPr>
        <w:t>1. Các đề xuất đã được rà soát về nhu cầu, năng lực hiện có, khoảng trống năng lực và khả năng sử dụng, nâng cấp, kết nối, khai thác dùng chung hoặc thuê dịch vụ trong phạm vi ngành, lĩnh vực hoặc địa bàn thuộc trách nhiệm quản lý và các nguồn thông tin có thể kiểm chứng hợp lý. Cơ quan đề xuất chịu trách nhiệm về kết quả rà soát; tổ chức tham gia chịu trách nhiệm về thông tin, tài liệu do mình cung cấp.</w:t>
      </w:r>
    </w:p>
    <w:p w14:paraId="36566743" w14:textId="77777777" w:rsidR="00BF043B" w:rsidRPr="00097604" w:rsidRDefault="00971749" w:rsidP="00267F9B">
      <w:pPr>
        <w:spacing w:after="0" w:line="252" w:lineRule="auto"/>
        <w:ind w:firstLine="720"/>
        <w:rPr>
          <w:sz w:val="28"/>
          <w:szCs w:val="28"/>
        </w:rPr>
      </w:pPr>
      <w:r w:rsidRPr="00097604">
        <w:rPr>
          <w:color w:val="000000"/>
          <w:sz w:val="24"/>
          <w:szCs w:val="28"/>
        </w:rPr>
        <w:t>2. Hồ sơ kèm theo đối với từng đề xuất gồm Thuyết minh theo Biểu mẫu BM-02-TTPTN và các tài liệu quy định tại Điều 15 Thông tư này.</w:t>
      </w:r>
    </w:p>
    <w:p w14:paraId="2BC43E66" w14:textId="77777777" w:rsidR="00267F9B" w:rsidRPr="00097604" w:rsidRDefault="00267F9B" w:rsidP="00267F9B">
      <w:pPr>
        <w:spacing w:after="0"/>
        <w:ind w:firstLine="720"/>
        <w:rPr>
          <w:sz w:val="16"/>
          <w:szCs w:val="16"/>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4CC28F67" w14:textId="77777777">
        <w:trPr>
          <w:jc w:val="center"/>
        </w:trPr>
        <w:tc>
          <w:tcPr>
            <w:tcW w:w="4536" w:type="dxa"/>
          </w:tcPr>
          <w:p w14:paraId="229A865B" w14:textId="77777777" w:rsidR="00267F9B" w:rsidRPr="00097604" w:rsidRDefault="00971749" w:rsidP="00267F9B">
            <w:pPr>
              <w:spacing w:after="0" w:line="240" w:lineRule="auto"/>
              <w:ind w:firstLine="0"/>
              <w:rPr>
                <w:b/>
                <w:sz w:val="22"/>
              </w:rPr>
            </w:pPr>
            <w:r w:rsidRPr="00097604">
              <w:rPr>
                <w:b/>
                <w:sz w:val="22"/>
              </w:rPr>
              <w:t>Nơi nhận:</w:t>
            </w:r>
          </w:p>
          <w:p w14:paraId="1D21067C" w14:textId="77777777" w:rsidR="00267F9B" w:rsidRPr="00097604" w:rsidRDefault="00971749" w:rsidP="00267F9B">
            <w:pPr>
              <w:spacing w:after="0" w:line="240" w:lineRule="auto"/>
              <w:ind w:firstLine="0"/>
              <w:rPr>
                <w:bCs/>
                <w:sz w:val="22"/>
              </w:rPr>
            </w:pPr>
            <w:r w:rsidRPr="00097604">
              <w:rPr>
                <w:b/>
                <w:bCs/>
                <w:sz w:val="22"/>
              </w:rPr>
              <w:t>- Như trên;</w:t>
            </w:r>
          </w:p>
          <w:p w14:paraId="17028A15" w14:textId="77777777" w:rsidR="00BF043B" w:rsidRPr="00097604" w:rsidRDefault="00971749" w:rsidP="00267F9B">
            <w:pPr>
              <w:spacing w:after="0" w:line="240" w:lineRule="auto"/>
              <w:ind w:firstLine="0"/>
            </w:pPr>
            <w:r w:rsidRPr="00097604">
              <w:rPr>
                <w:b/>
                <w:bCs/>
                <w:sz w:val="22"/>
              </w:rPr>
              <w:t>- Lưu: …</w:t>
            </w:r>
          </w:p>
        </w:tc>
        <w:tc>
          <w:tcPr>
            <w:tcW w:w="4536" w:type="dxa"/>
          </w:tcPr>
          <w:p w14:paraId="57780299" w14:textId="77777777" w:rsidR="00BF043B" w:rsidRPr="00097604" w:rsidRDefault="00971749" w:rsidP="00267F9B">
            <w:pPr>
              <w:spacing w:after="0" w:line="240" w:lineRule="auto"/>
              <w:ind w:firstLine="0"/>
              <w:jc w:val="center"/>
            </w:pPr>
            <w:r w:rsidRPr="00097604">
              <w:rPr>
                <w:b/>
                <w:sz w:val="22"/>
              </w:rPr>
              <w:t>THỦ TRƯỞNG CƠ QUAN ĐỀ XUẤT</w:t>
            </w:r>
          </w:p>
          <w:p w14:paraId="32087F8D" w14:textId="77777777" w:rsidR="00BF043B" w:rsidRPr="00097604" w:rsidRDefault="00971749" w:rsidP="00267F9B">
            <w:pPr>
              <w:spacing w:after="0" w:line="240" w:lineRule="auto"/>
              <w:ind w:firstLine="0"/>
              <w:jc w:val="center"/>
            </w:pPr>
            <w:r w:rsidRPr="00097604">
              <w:rPr>
                <w:b/>
                <w:i/>
                <w:sz w:val="22"/>
              </w:rPr>
              <w:t>(Ký, ghi rõ họ tên)</w:t>
            </w:r>
          </w:p>
          <w:p w14:paraId="0B120125" w14:textId="77777777" w:rsidR="00BF043B" w:rsidRPr="00097604" w:rsidRDefault="00BF043B">
            <w:pPr>
              <w:spacing w:after="0" w:line="240" w:lineRule="auto"/>
            </w:pPr>
          </w:p>
        </w:tc>
      </w:tr>
    </w:tbl>
    <w:p w14:paraId="5F044DA4" w14:textId="77777777" w:rsidR="00267F9B" w:rsidRPr="00097604" w:rsidRDefault="00267F9B">
      <w:pPr>
        <w:keepNext/>
        <w:spacing w:after="0"/>
        <w:jc w:val="right"/>
        <w:rPr>
          <w:b/>
          <w:sz w:val="22"/>
        </w:rPr>
        <w:sectPr w:rsidR="00267F9B" w:rsidRPr="00097604" w:rsidSect="00C85397">
          <w:headerReference w:type="default" r:id="rId10"/>
          <w:pgSz w:w="11907" w:h="16840" w:code="9"/>
          <w:pgMar w:top="1134" w:right="1134" w:bottom="1134" w:left="1701" w:header="680" w:footer="454" w:gutter="0"/>
          <w:cols w:space="720"/>
          <w:docGrid w:linePitch="360"/>
        </w:sectPr>
      </w:pPr>
    </w:p>
    <w:p w14:paraId="432363A5" w14:textId="77777777" w:rsidR="00BF043B" w:rsidRPr="00097604" w:rsidRDefault="00971749">
      <w:pPr>
        <w:keepNext/>
        <w:pageBreakBefore/>
        <w:spacing w:after="0"/>
        <w:jc w:val="right"/>
      </w:pPr>
      <w:r>
        <w:rPr>
          <w:b/>
          <w:color w:val="000000"/>
          <w:sz w:val="22"/>
        </w:rPr>
        <w:t>BM-02-TTPTN</w:t>
      </w:r>
      <w:r>
        <w:rPr>
          <w:b/>
          <w:color w:val="000000"/>
          <w:sz w:val="22"/>
        </w:rPr>
        <w:br/>
        <w:t>…/2026/TT-BKHCN</w:t>
      </w:r>
    </w:p>
    <w:p w14:paraId="3FB28D54" w14:textId="77777777" w:rsidR="00BF043B" w:rsidRPr="00097604" w:rsidRDefault="00971749">
      <w:pPr>
        <w:pStyle w:val="AnnexTitle"/>
        <w:spacing w:before="80" w:after="40" w:line="252" w:lineRule="auto"/>
        <w:rPr>
          <w:szCs w:val="28"/>
        </w:rPr>
      </w:pPr>
      <w:r w:rsidRPr="00097604">
        <w:rPr>
          <w:color w:val="000000"/>
          <w:sz w:val="26"/>
          <w:szCs w:val="28"/>
        </w:rPr>
        <w:t>THUYẾT MINH ĐỀ XUẤT</w:t>
      </w:r>
    </w:p>
    <w:p w14:paraId="3FE4A7EE" w14:textId="77777777" w:rsidR="00BF043B" w:rsidRPr="00097604" w:rsidRDefault="00971749">
      <w:pPr>
        <w:pStyle w:val="AnnexTitle"/>
        <w:spacing w:after="0" w:line="252" w:lineRule="auto"/>
        <w:rPr>
          <w:szCs w:val="28"/>
        </w:rPr>
      </w:pPr>
      <w:r w:rsidRPr="00097604">
        <w:rPr>
          <w:color w:val="000000"/>
          <w:sz w:val="24"/>
          <w:szCs w:val="28"/>
        </w:rPr>
        <w:t>PHÁT TRIỂN TRUNG TÂM NGHIÊN CỨU, THỬ NGHIỆM, PHÒNG THÍ NGHIỆM TRỌNG ĐIỂM QUỐC GIA TẬP TRUNG CHO CÔNG NGHỆ CHIẾN LƯỢC</w:t>
      </w:r>
    </w:p>
    <w:p w14:paraId="420B3C30" w14:textId="77777777" w:rsidR="00BF043B" w:rsidRPr="00097604" w:rsidRDefault="00971749">
      <w:pPr>
        <w:spacing w:after="0" w:line="252" w:lineRule="auto"/>
        <w:jc w:val="center"/>
        <w:rPr>
          <w:sz w:val="28"/>
          <w:szCs w:val="28"/>
        </w:rPr>
      </w:pPr>
      <w:r w:rsidRPr="00097604">
        <w:rPr>
          <w:i/>
          <w:color w:val="000000"/>
          <w:sz w:val="24"/>
          <w:szCs w:val="28"/>
        </w:rPr>
        <w:t>(Thuyết minh phục vụ đánh giá, lựa chọn; không phải báo cáo đề xuất chủ trương đầu tư, báo cáo nghiên cứu tiền khả thi, báo cáo nghiên cứu khả thi hoặc hồ sơ dự án đầu tư theo phương thức đối tác công tư.)</w:t>
      </w:r>
    </w:p>
    <w:p w14:paraId="4410D867" w14:textId="77777777" w:rsidR="00267F9B" w:rsidRPr="00097604" w:rsidRDefault="00267F9B">
      <w:pPr>
        <w:spacing w:after="0"/>
        <w:ind w:firstLine="0"/>
        <w:rPr>
          <w:b/>
          <w:sz w:val="23"/>
        </w:rPr>
      </w:pPr>
    </w:p>
    <w:p w14:paraId="554AAE86" w14:textId="77777777" w:rsidR="00BF043B" w:rsidRPr="00097604" w:rsidRDefault="00971749" w:rsidP="00267F9B">
      <w:pPr>
        <w:spacing w:after="0" w:line="252" w:lineRule="auto"/>
        <w:ind w:firstLine="0"/>
        <w:rPr>
          <w:sz w:val="28"/>
          <w:szCs w:val="28"/>
        </w:rPr>
      </w:pPr>
      <w:r w:rsidRPr="00097604">
        <w:rPr>
          <w:b/>
          <w:color w:val="000000"/>
          <w:sz w:val="24"/>
          <w:szCs w:val="28"/>
        </w:rPr>
        <w:t>I. THÔNG TIN CHUNG VÀ CĂN CỨ CHIẾN LƯỢC</w:t>
      </w:r>
    </w:p>
    <w:p w14:paraId="2D1632FB" w14:textId="77777777" w:rsidR="00BF043B" w:rsidRPr="00097604" w:rsidRDefault="00971749" w:rsidP="00267F9B">
      <w:pPr>
        <w:spacing w:after="0" w:line="252" w:lineRule="auto"/>
        <w:ind w:firstLine="720"/>
        <w:rPr>
          <w:sz w:val="28"/>
          <w:szCs w:val="28"/>
        </w:rPr>
      </w:pPr>
      <w:r>
        <w:rPr>
          <w:color w:val="000000"/>
          <w:sz w:val="24"/>
        </w:rPr>
        <w:t>1. Tên đề xuất; loại hình; năng lực chủ yếu cần phát triển.</w:t>
      </w:r>
    </w:p>
    <w:p w14:paraId="47AE9B07" w14:textId="77777777" w:rsidR="00BF043B" w:rsidRPr="00097604" w:rsidRDefault="00971749" w:rsidP="00267F9B">
      <w:pPr>
        <w:spacing w:after="0" w:line="252" w:lineRule="auto"/>
        <w:ind w:firstLine="720"/>
        <w:rPr>
          <w:sz w:val="28"/>
          <w:szCs w:val="28"/>
        </w:rPr>
      </w:pPr>
      <w:r w:rsidRPr="00097604">
        <w:rPr>
          <w:color w:val="000000"/>
          <w:sz w:val="24"/>
        </w:rPr>
        <w:t>2. Cơ quan đề xuất; tổ chức đầu mối dự kiến quản lý, vận hành hoặc tổ chức hiện có được giao chuẩn bị đề xuất khi dự kiến thành lập tổ chức mới; các tổ chức tham gia, phối hợp (nếu có); năng lực, hạ tầng và trách nhiệm của các bên. Việc thành lập, giao quản lý và sử dụng tài sản thực hiện theo quy định của pháp luật.</w:t>
      </w:r>
    </w:p>
    <w:p w14:paraId="107E3F33" w14:textId="77777777" w:rsidR="00BF043B" w:rsidRPr="00097604" w:rsidRDefault="00971749" w:rsidP="00267F9B">
      <w:pPr>
        <w:spacing w:after="0" w:line="252" w:lineRule="auto"/>
        <w:ind w:firstLine="720"/>
        <w:rPr>
          <w:sz w:val="28"/>
          <w:szCs w:val="28"/>
        </w:rPr>
      </w:pPr>
      <w:r w:rsidRPr="00097604">
        <w:rPr>
          <w:color w:val="000000"/>
          <w:sz w:val="24"/>
          <w:szCs w:val="28"/>
        </w:rPr>
        <w:t>3. Đối chiếu công nghệ chiến lược, sản phẩm công nghệ chiến lược; nhiệm vụ phát triển công nghệ chiến lược hoặc nhiệm vụ khoa học, công nghệ và đổi mới sáng tạo khác trực tiếp phục vụ công nghệ, sản phẩm chiến lược, nếu có; năng lực cần bổ sung, nâng cấp hoặc hình thành.</w:t>
      </w:r>
    </w:p>
    <w:tbl>
      <w:tblPr>
        <w:tblStyle w:val="TableGrid"/>
        <w:tblW w:w="10014" w:type="dxa"/>
        <w:jc w:val="center"/>
        <w:tblLook w:val="04A0" w:firstRow="1" w:lastRow="0" w:firstColumn="1" w:lastColumn="0" w:noHBand="0" w:noVBand="1"/>
      </w:tblPr>
      <w:tblGrid>
        <w:gridCol w:w="1296"/>
        <w:gridCol w:w="1296"/>
        <w:gridCol w:w="1296"/>
        <w:gridCol w:w="2238"/>
        <w:gridCol w:w="1296"/>
        <w:gridCol w:w="1296"/>
        <w:gridCol w:w="1296"/>
      </w:tblGrid>
      <w:tr w:rsidR="00BF043B" w:rsidRPr="00097604" w14:paraId="2F109E93" w14:textId="77777777" w:rsidTr="0082611F">
        <w:trPr>
          <w:tblHeader/>
          <w:jc w:val="center"/>
        </w:trPr>
        <w:tc>
          <w:tcPr>
            <w:tcW w:w="1296" w:type="dxa"/>
            <w:vAlign w:val="center"/>
          </w:tcPr>
          <w:p w14:paraId="564B5155" w14:textId="77777777" w:rsidR="00BF043B" w:rsidRPr="00097604" w:rsidRDefault="00971749" w:rsidP="0082611F">
            <w:pPr>
              <w:spacing w:after="0"/>
              <w:ind w:firstLine="0"/>
              <w:jc w:val="center"/>
              <w:rPr>
                <w:sz w:val="28"/>
                <w:szCs w:val="28"/>
              </w:rPr>
            </w:pPr>
            <w:r w:rsidRPr="00097604">
              <w:rPr>
                <w:b/>
                <w:color w:val="000000"/>
                <w:sz w:val="22"/>
                <w:szCs w:val="28"/>
              </w:rPr>
              <w:t>STT</w:t>
            </w:r>
          </w:p>
        </w:tc>
        <w:tc>
          <w:tcPr>
            <w:tcW w:w="1296" w:type="dxa"/>
            <w:vAlign w:val="center"/>
          </w:tcPr>
          <w:p w14:paraId="227C0080" w14:textId="77777777" w:rsidR="00BF043B" w:rsidRPr="00097604" w:rsidRDefault="00971749" w:rsidP="0082611F">
            <w:pPr>
              <w:spacing w:after="0"/>
              <w:ind w:firstLine="0"/>
              <w:jc w:val="center"/>
              <w:rPr>
                <w:sz w:val="28"/>
                <w:szCs w:val="28"/>
              </w:rPr>
            </w:pPr>
            <w:r w:rsidRPr="00097604">
              <w:rPr>
                <w:b/>
                <w:sz w:val="22"/>
                <w:szCs w:val="28"/>
              </w:rPr>
              <w:t>Công nghệ chiến lược</w:t>
            </w:r>
          </w:p>
        </w:tc>
        <w:tc>
          <w:tcPr>
            <w:tcW w:w="1296" w:type="dxa"/>
            <w:vAlign w:val="center"/>
          </w:tcPr>
          <w:p w14:paraId="0A2BE115" w14:textId="77777777" w:rsidR="00BF043B" w:rsidRPr="00097604" w:rsidRDefault="00971749" w:rsidP="0082611F">
            <w:pPr>
              <w:spacing w:after="0"/>
              <w:ind w:firstLine="0"/>
              <w:jc w:val="center"/>
              <w:rPr>
                <w:sz w:val="28"/>
                <w:szCs w:val="28"/>
              </w:rPr>
            </w:pPr>
            <w:r w:rsidRPr="00097604">
              <w:rPr>
                <w:b/>
                <w:color w:val="000000"/>
                <w:sz w:val="22"/>
                <w:szCs w:val="28"/>
              </w:rPr>
              <w:t>Sản phẩm công nghệ chiến lược</w:t>
            </w:r>
          </w:p>
        </w:tc>
        <w:tc>
          <w:tcPr>
            <w:tcW w:w="2238" w:type="dxa"/>
            <w:vAlign w:val="center"/>
          </w:tcPr>
          <w:p w14:paraId="5066870B" w14:textId="77777777" w:rsidR="00BF043B" w:rsidRPr="00097604" w:rsidRDefault="00971749" w:rsidP="0082611F">
            <w:pPr>
              <w:spacing w:after="0"/>
              <w:ind w:firstLine="0"/>
              <w:jc w:val="center"/>
              <w:rPr>
                <w:sz w:val="28"/>
                <w:szCs w:val="28"/>
              </w:rPr>
            </w:pPr>
            <w:r w:rsidRPr="00097604">
              <w:rPr>
                <w:b/>
                <w:sz w:val="22"/>
                <w:szCs w:val="28"/>
              </w:rPr>
              <w:t>Nhiệm vụ phát triển công nghệ chiến lược hoặc nhiệm vụ KH,CN&amp;ĐMST khác trực tiếp phục vụ công nghệ/sản phẩm chiến lược</w:t>
            </w:r>
          </w:p>
        </w:tc>
        <w:tc>
          <w:tcPr>
            <w:tcW w:w="1296" w:type="dxa"/>
            <w:vAlign w:val="center"/>
          </w:tcPr>
          <w:p w14:paraId="0857957B" w14:textId="77777777" w:rsidR="00BF043B" w:rsidRPr="00097604" w:rsidRDefault="00971749" w:rsidP="0082611F">
            <w:pPr>
              <w:spacing w:after="0"/>
              <w:ind w:firstLine="0"/>
              <w:jc w:val="center"/>
              <w:rPr>
                <w:sz w:val="28"/>
                <w:szCs w:val="28"/>
              </w:rPr>
            </w:pPr>
            <w:r w:rsidRPr="00097604">
              <w:rPr>
                <w:b/>
                <w:sz w:val="22"/>
                <w:szCs w:val="28"/>
              </w:rPr>
              <w:t>Mục tiêu/kết quả đầu ra của nhiệm vụ</w:t>
            </w:r>
          </w:p>
        </w:tc>
        <w:tc>
          <w:tcPr>
            <w:tcW w:w="1296" w:type="dxa"/>
            <w:vAlign w:val="center"/>
          </w:tcPr>
          <w:p w14:paraId="230E330D" w14:textId="77777777" w:rsidR="00BF043B" w:rsidRPr="00097604" w:rsidRDefault="00971749" w:rsidP="0082611F">
            <w:pPr>
              <w:spacing w:after="0"/>
              <w:ind w:firstLine="0"/>
              <w:jc w:val="center"/>
              <w:rPr>
                <w:sz w:val="28"/>
                <w:szCs w:val="28"/>
              </w:rPr>
            </w:pPr>
            <w:r w:rsidRPr="00097604">
              <w:rPr>
                <w:b/>
                <w:sz w:val="22"/>
                <w:szCs w:val="28"/>
              </w:rPr>
              <w:t>Năng lực cần có</w:t>
            </w:r>
          </w:p>
        </w:tc>
        <w:tc>
          <w:tcPr>
            <w:tcW w:w="1296" w:type="dxa"/>
            <w:vAlign w:val="center"/>
          </w:tcPr>
          <w:p w14:paraId="72C9495E" w14:textId="77777777" w:rsidR="00BF043B" w:rsidRPr="00097604" w:rsidRDefault="00971749" w:rsidP="0082611F">
            <w:pPr>
              <w:spacing w:after="0"/>
              <w:ind w:firstLine="0"/>
              <w:jc w:val="center"/>
              <w:rPr>
                <w:sz w:val="28"/>
                <w:szCs w:val="28"/>
              </w:rPr>
            </w:pPr>
            <w:r w:rsidRPr="00097604">
              <w:rPr>
                <w:b/>
                <w:sz w:val="22"/>
                <w:szCs w:val="28"/>
              </w:rPr>
              <w:t>Năng lực đề xuất cung cấp</w:t>
            </w:r>
          </w:p>
        </w:tc>
      </w:tr>
      <w:tr w:rsidR="00BF043B" w:rsidRPr="00097604" w14:paraId="20945B42" w14:textId="77777777" w:rsidTr="0082611F">
        <w:trPr>
          <w:jc w:val="center"/>
        </w:trPr>
        <w:tc>
          <w:tcPr>
            <w:tcW w:w="1296" w:type="dxa"/>
            <w:vAlign w:val="center"/>
          </w:tcPr>
          <w:p w14:paraId="2BA037F5" w14:textId="77777777" w:rsidR="00BF043B" w:rsidRPr="00097604" w:rsidRDefault="00BF043B" w:rsidP="0082611F">
            <w:pPr>
              <w:spacing w:after="0"/>
              <w:ind w:firstLine="0"/>
              <w:jc w:val="left"/>
              <w:rPr>
                <w:sz w:val="28"/>
                <w:szCs w:val="28"/>
              </w:rPr>
            </w:pPr>
          </w:p>
        </w:tc>
        <w:tc>
          <w:tcPr>
            <w:tcW w:w="1296" w:type="dxa"/>
            <w:vAlign w:val="center"/>
          </w:tcPr>
          <w:p w14:paraId="3C8F8194" w14:textId="77777777" w:rsidR="00BF043B" w:rsidRPr="00097604" w:rsidRDefault="00BF043B" w:rsidP="0082611F">
            <w:pPr>
              <w:spacing w:after="0"/>
              <w:ind w:firstLine="0"/>
              <w:jc w:val="left"/>
              <w:rPr>
                <w:sz w:val="28"/>
                <w:szCs w:val="28"/>
              </w:rPr>
            </w:pPr>
          </w:p>
        </w:tc>
        <w:tc>
          <w:tcPr>
            <w:tcW w:w="1296" w:type="dxa"/>
            <w:vAlign w:val="center"/>
          </w:tcPr>
          <w:p w14:paraId="686AE0DB" w14:textId="77777777" w:rsidR="00BF043B" w:rsidRPr="00097604" w:rsidRDefault="00BF043B" w:rsidP="0082611F">
            <w:pPr>
              <w:spacing w:after="0"/>
              <w:ind w:firstLine="0"/>
              <w:jc w:val="left"/>
              <w:rPr>
                <w:sz w:val="28"/>
                <w:szCs w:val="28"/>
              </w:rPr>
            </w:pPr>
          </w:p>
        </w:tc>
        <w:tc>
          <w:tcPr>
            <w:tcW w:w="2238" w:type="dxa"/>
            <w:vAlign w:val="center"/>
          </w:tcPr>
          <w:p w14:paraId="67412672" w14:textId="77777777" w:rsidR="00BF043B" w:rsidRPr="00097604" w:rsidRDefault="00BF043B" w:rsidP="0082611F">
            <w:pPr>
              <w:spacing w:after="0"/>
              <w:ind w:firstLine="0"/>
              <w:jc w:val="left"/>
              <w:rPr>
                <w:sz w:val="28"/>
                <w:szCs w:val="28"/>
              </w:rPr>
            </w:pPr>
          </w:p>
        </w:tc>
        <w:tc>
          <w:tcPr>
            <w:tcW w:w="1296" w:type="dxa"/>
            <w:vAlign w:val="center"/>
          </w:tcPr>
          <w:p w14:paraId="496CCB0A" w14:textId="77777777" w:rsidR="00BF043B" w:rsidRPr="00097604" w:rsidRDefault="00BF043B" w:rsidP="0082611F">
            <w:pPr>
              <w:spacing w:after="0"/>
              <w:ind w:firstLine="0"/>
              <w:jc w:val="left"/>
              <w:rPr>
                <w:sz w:val="28"/>
                <w:szCs w:val="28"/>
              </w:rPr>
            </w:pPr>
          </w:p>
        </w:tc>
        <w:tc>
          <w:tcPr>
            <w:tcW w:w="1296" w:type="dxa"/>
            <w:vAlign w:val="center"/>
          </w:tcPr>
          <w:p w14:paraId="6DB6207D" w14:textId="77777777" w:rsidR="00BF043B" w:rsidRPr="00097604" w:rsidRDefault="00BF043B" w:rsidP="0082611F">
            <w:pPr>
              <w:spacing w:after="0"/>
              <w:ind w:firstLine="0"/>
              <w:jc w:val="left"/>
              <w:rPr>
                <w:sz w:val="28"/>
                <w:szCs w:val="28"/>
              </w:rPr>
            </w:pPr>
          </w:p>
        </w:tc>
        <w:tc>
          <w:tcPr>
            <w:tcW w:w="1296" w:type="dxa"/>
            <w:vAlign w:val="center"/>
          </w:tcPr>
          <w:p w14:paraId="7F093DCA" w14:textId="77777777" w:rsidR="00BF043B" w:rsidRPr="00097604" w:rsidRDefault="00BF043B" w:rsidP="0082611F">
            <w:pPr>
              <w:spacing w:after="0"/>
              <w:ind w:firstLine="0"/>
              <w:jc w:val="left"/>
              <w:rPr>
                <w:sz w:val="28"/>
                <w:szCs w:val="28"/>
              </w:rPr>
            </w:pPr>
          </w:p>
        </w:tc>
      </w:tr>
      <w:tr w:rsidR="00BF043B" w:rsidRPr="00097604" w14:paraId="708F5FBB" w14:textId="77777777" w:rsidTr="0082611F">
        <w:trPr>
          <w:jc w:val="center"/>
        </w:trPr>
        <w:tc>
          <w:tcPr>
            <w:tcW w:w="1296" w:type="dxa"/>
            <w:vAlign w:val="center"/>
          </w:tcPr>
          <w:p w14:paraId="767DA39A" w14:textId="77777777" w:rsidR="00BF043B" w:rsidRPr="00097604" w:rsidRDefault="00BF043B" w:rsidP="0082611F">
            <w:pPr>
              <w:spacing w:after="0"/>
              <w:ind w:firstLine="0"/>
              <w:jc w:val="left"/>
              <w:rPr>
                <w:sz w:val="28"/>
                <w:szCs w:val="28"/>
              </w:rPr>
            </w:pPr>
          </w:p>
        </w:tc>
        <w:tc>
          <w:tcPr>
            <w:tcW w:w="1296" w:type="dxa"/>
            <w:vAlign w:val="center"/>
          </w:tcPr>
          <w:p w14:paraId="4CFA46BA" w14:textId="77777777" w:rsidR="00BF043B" w:rsidRPr="00097604" w:rsidRDefault="00BF043B" w:rsidP="0082611F">
            <w:pPr>
              <w:spacing w:after="0"/>
              <w:ind w:firstLine="0"/>
              <w:jc w:val="left"/>
              <w:rPr>
                <w:sz w:val="28"/>
                <w:szCs w:val="28"/>
              </w:rPr>
            </w:pPr>
          </w:p>
        </w:tc>
        <w:tc>
          <w:tcPr>
            <w:tcW w:w="1296" w:type="dxa"/>
            <w:vAlign w:val="center"/>
          </w:tcPr>
          <w:p w14:paraId="38782A1C" w14:textId="77777777" w:rsidR="00BF043B" w:rsidRPr="00097604" w:rsidRDefault="00BF043B" w:rsidP="0082611F">
            <w:pPr>
              <w:spacing w:after="0"/>
              <w:ind w:firstLine="0"/>
              <w:jc w:val="left"/>
              <w:rPr>
                <w:sz w:val="28"/>
                <w:szCs w:val="28"/>
              </w:rPr>
            </w:pPr>
          </w:p>
        </w:tc>
        <w:tc>
          <w:tcPr>
            <w:tcW w:w="2238" w:type="dxa"/>
            <w:vAlign w:val="center"/>
          </w:tcPr>
          <w:p w14:paraId="74F43428" w14:textId="77777777" w:rsidR="00BF043B" w:rsidRPr="00097604" w:rsidRDefault="00BF043B" w:rsidP="0082611F">
            <w:pPr>
              <w:spacing w:after="0"/>
              <w:ind w:firstLine="0"/>
              <w:jc w:val="left"/>
              <w:rPr>
                <w:sz w:val="28"/>
                <w:szCs w:val="28"/>
              </w:rPr>
            </w:pPr>
          </w:p>
        </w:tc>
        <w:tc>
          <w:tcPr>
            <w:tcW w:w="1296" w:type="dxa"/>
            <w:vAlign w:val="center"/>
          </w:tcPr>
          <w:p w14:paraId="5781E761" w14:textId="77777777" w:rsidR="00BF043B" w:rsidRPr="00097604" w:rsidRDefault="00BF043B" w:rsidP="0082611F">
            <w:pPr>
              <w:spacing w:after="0"/>
              <w:ind w:firstLine="0"/>
              <w:jc w:val="left"/>
              <w:rPr>
                <w:sz w:val="28"/>
                <w:szCs w:val="28"/>
              </w:rPr>
            </w:pPr>
          </w:p>
        </w:tc>
        <w:tc>
          <w:tcPr>
            <w:tcW w:w="1296" w:type="dxa"/>
            <w:vAlign w:val="center"/>
          </w:tcPr>
          <w:p w14:paraId="2D965007" w14:textId="77777777" w:rsidR="00BF043B" w:rsidRPr="00097604" w:rsidRDefault="00BF043B" w:rsidP="0082611F">
            <w:pPr>
              <w:spacing w:after="0"/>
              <w:ind w:firstLine="0"/>
              <w:jc w:val="left"/>
              <w:rPr>
                <w:sz w:val="28"/>
                <w:szCs w:val="28"/>
              </w:rPr>
            </w:pPr>
          </w:p>
        </w:tc>
        <w:tc>
          <w:tcPr>
            <w:tcW w:w="1296" w:type="dxa"/>
            <w:vAlign w:val="center"/>
          </w:tcPr>
          <w:p w14:paraId="7A88E392" w14:textId="77777777" w:rsidR="00BF043B" w:rsidRPr="00097604" w:rsidRDefault="00BF043B" w:rsidP="0082611F">
            <w:pPr>
              <w:spacing w:after="0"/>
              <w:ind w:firstLine="0"/>
              <w:jc w:val="left"/>
              <w:rPr>
                <w:sz w:val="28"/>
                <w:szCs w:val="28"/>
              </w:rPr>
            </w:pPr>
          </w:p>
        </w:tc>
      </w:tr>
      <w:tr w:rsidR="00BF043B" w:rsidRPr="00097604" w14:paraId="24A1C447" w14:textId="77777777" w:rsidTr="0082611F">
        <w:trPr>
          <w:jc w:val="center"/>
        </w:trPr>
        <w:tc>
          <w:tcPr>
            <w:tcW w:w="1296" w:type="dxa"/>
            <w:vAlign w:val="center"/>
          </w:tcPr>
          <w:p w14:paraId="47588756" w14:textId="77777777" w:rsidR="00BF043B" w:rsidRPr="00097604" w:rsidRDefault="00BF043B" w:rsidP="0082611F">
            <w:pPr>
              <w:spacing w:after="0"/>
              <w:ind w:firstLine="0"/>
              <w:jc w:val="left"/>
              <w:rPr>
                <w:sz w:val="28"/>
                <w:szCs w:val="28"/>
              </w:rPr>
            </w:pPr>
          </w:p>
        </w:tc>
        <w:tc>
          <w:tcPr>
            <w:tcW w:w="1296" w:type="dxa"/>
            <w:vAlign w:val="center"/>
          </w:tcPr>
          <w:p w14:paraId="2A4CD891" w14:textId="77777777" w:rsidR="00BF043B" w:rsidRPr="00097604" w:rsidRDefault="00BF043B" w:rsidP="0082611F">
            <w:pPr>
              <w:spacing w:after="0"/>
              <w:ind w:firstLine="0"/>
              <w:jc w:val="left"/>
              <w:rPr>
                <w:sz w:val="28"/>
                <w:szCs w:val="28"/>
              </w:rPr>
            </w:pPr>
          </w:p>
        </w:tc>
        <w:tc>
          <w:tcPr>
            <w:tcW w:w="1296" w:type="dxa"/>
            <w:vAlign w:val="center"/>
          </w:tcPr>
          <w:p w14:paraId="611D02D9" w14:textId="77777777" w:rsidR="00BF043B" w:rsidRPr="00097604" w:rsidRDefault="00BF043B" w:rsidP="0082611F">
            <w:pPr>
              <w:spacing w:after="0"/>
              <w:ind w:firstLine="0"/>
              <w:jc w:val="left"/>
              <w:rPr>
                <w:sz w:val="28"/>
                <w:szCs w:val="28"/>
              </w:rPr>
            </w:pPr>
          </w:p>
        </w:tc>
        <w:tc>
          <w:tcPr>
            <w:tcW w:w="2238" w:type="dxa"/>
            <w:vAlign w:val="center"/>
          </w:tcPr>
          <w:p w14:paraId="3103264F" w14:textId="77777777" w:rsidR="00BF043B" w:rsidRPr="00097604" w:rsidRDefault="00BF043B" w:rsidP="0082611F">
            <w:pPr>
              <w:spacing w:after="0"/>
              <w:ind w:firstLine="0"/>
              <w:jc w:val="left"/>
              <w:rPr>
                <w:sz w:val="28"/>
                <w:szCs w:val="28"/>
              </w:rPr>
            </w:pPr>
          </w:p>
        </w:tc>
        <w:tc>
          <w:tcPr>
            <w:tcW w:w="1296" w:type="dxa"/>
            <w:vAlign w:val="center"/>
          </w:tcPr>
          <w:p w14:paraId="60E1789E" w14:textId="77777777" w:rsidR="00BF043B" w:rsidRPr="00097604" w:rsidRDefault="00BF043B" w:rsidP="0082611F">
            <w:pPr>
              <w:spacing w:after="0"/>
              <w:ind w:firstLine="0"/>
              <w:jc w:val="left"/>
              <w:rPr>
                <w:sz w:val="28"/>
                <w:szCs w:val="28"/>
              </w:rPr>
            </w:pPr>
          </w:p>
        </w:tc>
        <w:tc>
          <w:tcPr>
            <w:tcW w:w="1296" w:type="dxa"/>
            <w:vAlign w:val="center"/>
          </w:tcPr>
          <w:p w14:paraId="44DD3005" w14:textId="77777777" w:rsidR="00BF043B" w:rsidRPr="00097604" w:rsidRDefault="00BF043B" w:rsidP="0082611F">
            <w:pPr>
              <w:spacing w:after="0"/>
              <w:ind w:firstLine="0"/>
              <w:jc w:val="left"/>
              <w:rPr>
                <w:sz w:val="28"/>
                <w:szCs w:val="28"/>
              </w:rPr>
            </w:pPr>
          </w:p>
        </w:tc>
        <w:tc>
          <w:tcPr>
            <w:tcW w:w="1296" w:type="dxa"/>
            <w:vAlign w:val="center"/>
          </w:tcPr>
          <w:p w14:paraId="74881BDC" w14:textId="77777777" w:rsidR="00BF043B" w:rsidRPr="00097604" w:rsidRDefault="00BF043B" w:rsidP="0082611F">
            <w:pPr>
              <w:spacing w:after="0"/>
              <w:ind w:firstLine="0"/>
              <w:jc w:val="left"/>
              <w:rPr>
                <w:sz w:val="28"/>
                <w:szCs w:val="28"/>
              </w:rPr>
            </w:pPr>
          </w:p>
        </w:tc>
      </w:tr>
    </w:tbl>
    <w:p w14:paraId="6CF3AD49" w14:textId="77777777" w:rsidR="00BF043B" w:rsidRPr="00097604" w:rsidRDefault="00971749">
      <w:pPr>
        <w:spacing w:after="0" w:line="252" w:lineRule="auto"/>
        <w:rPr>
          <w:sz w:val="28"/>
          <w:szCs w:val="28"/>
        </w:rPr>
      </w:pPr>
      <w:r w:rsidRPr="00097604">
        <w:rPr>
          <w:color w:val="000000"/>
          <w:sz w:val="24"/>
          <w:szCs w:val="28"/>
        </w:rPr>
        <w:t>4. Mức độ cấp thiết và thời điểm cần có năng lực.</w:t>
      </w:r>
    </w:p>
    <w:p w14:paraId="5B4BAD06" w14:textId="77777777" w:rsidR="00FC231D" w:rsidRPr="00097604" w:rsidRDefault="006018A6">
      <w:pPr>
        <w:spacing w:after="0" w:line="252" w:lineRule="auto"/>
        <w:rPr>
          <w:sz w:val="28"/>
          <w:szCs w:val="28"/>
        </w:rPr>
      </w:pPr>
      <w:r>
        <w:rPr>
          <w:color w:val="000000"/>
          <w:sz w:val="24"/>
        </w:rPr>
        <w:t>5. Tóm tắt năng lực cần phát triển: nêu rõ nhu cầu, khoảng trống năng lực, phạm vi người sử dụng, mức độ phụ thuộc vào năng lực bên ngoài và giá trị bổ sung so với năng lực hiện có; tối đa 02 trang.</w:t>
      </w:r>
    </w:p>
    <w:tbl>
      <w:tblPr>
        <w:tblStyle w:val="TableGrid"/>
        <w:tblW w:w="0" w:type="auto"/>
        <w:jc w:val="center"/>
        <w:tblLook w:val="04A0" w:firstRow="1" w:lastRow="0" w:firstColumn="1" w:lastColumn="0" w:noHBand="0" w:noVBand="1"/>
      </w:tblPr>
      <w:tblGrid>
        <w:gridCol w:w="704"/>
        <w:gridCol w:w="1813"/>
        <w:gridCol w:w="1812"/>
        <w:gridCol w:w="1812"/>
        <w:gridCol w:w="1813"/>
      </w:tblGrid>
      <w:tr w:rsidR="00BF043B" w:rsidRPr="00097604" w14:paraId="5E689E6F" w14:textId="77777777" w:rsidTr="00F750EC">
        <w:trPr>
          <w:tblHeader/>
          <w:jc w:val="center"/>
        </w:trPr>
        <w:tc>
          <w:tcPr>
            <w:tcW w:w="704" w:type="dxa"/>
            <w:vAlign w:val="center"/>
          </w:tcPr>
          <w:p w14:paraId="0139A16A" w14:textId="77777777" w:rsidR="00BF043B" w:rsidRPr="00097604" w:rsidRDefault="00971749" w:rsidP="0082611F">
            <w:pPr>
              <w:spacing w:after="0"/>
              <w:ind w:firstLine="0"/>
              <w:jc w:val="center"/>
              <w:rPr>
                <w:sz w:val="28"/>
                <w:szCs w:val="28"/>
              </w:rPr>
            </w:pPr>
            <w:r w:rsidRPr="00097604">
              <w:rPr>
                <w:b/>
                <w:color w:val="000000"/>
                <w:sz w:val="22"/>
                <w:szCs w:val="28"/>
              </w:rPr>
              <w:t>STT</w:t>
            </w:r>
          </w:p>
        </w:tc>
        <w:tc>
          <w:tcPr>
            <w:tcW w:w="1813" w:type="dxa"/>
            <w:vAlign w:val="center"/>
          </w:tcPr>
          <w:p w14:paraId="1AF21802" w14:textId="77777777" w:rsidR="00BF043B" w:rsidRPr="00097604" w:rsidRDefault="00971749" w:rsidP="0082611F">
            <w:pPr>
              <w:spacing w:after="0"/>
              <w:ind w:firstLine="0"/>
              <w:jc w:val="center"/>
              <w:rPr>
                <w:sz w:val="28"/>
                <w:szCs w:val="28"/>
              </w:rPr>
            </w:pPr>
            <w:r w:rsidRPr="00097604">
              <w:rPr>
                <w:b/>
                <w:sz w:val="22"/>
                <w:szCs w:val="28"/>
              </w:rPr>
              <w:t>Nhiệm vụ/sản phẩm được phục vụ</w:t>
            </w:r>
          </w:p>
        </w:tc>
        <w:tc>
          <w:tcPr>
            <w:tcW w:w="1812" w:type="dxa"/>
            <w:vAlign w:val="center"/>
          </w:tcPr>
          <w:p w14:paraId="548FB68E" w14:textId="77777777" w:rsidR="00BF043B" w:rsidRPr="00097604" w:rsidRDefault="00971749" w:rsidP="0082611F">
            <w:pPr>
              <w:spacing w:after="0"/>
              <w:ind w:firstLine="0"/>
              <w:jc w:val="center"/>
              <w:rPr>
                <w:sz w:val="28"/>
                <w:szCs w:val="28"/>
              </w:rPr>
            </w:pPr>
            <w:r w:rsidRPr="00097604">
              <w:rPr>
                <w:b/>
                <w:sz w:val="22"/>
                <w:szCs w:val="28"/>
              </w:rPr>
              <w:t>Mốc thời gian cần năng lực</w:t>
            </w:r>
          </w:p>
        </w:tc>
        <w:tc>
          <w:tcPr>
            <w:tcW w:w="1812" w:type="dxa"/>
            <w:vAlign w:val="center"/>
          </w:tcPr>
          <w:p w14:paraId="285B42E9" w14:textId="77777777" w:rsidR="00BF043B" w:rsidRPr="00097604" w:rsidRDefault="00971749" w:rsidP="0082611F">
            <w:pPr>
              <w:spacing w:after="0"/>
              <w:ind w:firstLine="0"/>
              <w:jc w:val="center"/>
              <w:rPr>
                <w:sz w:val="28"/>
                <w:szCs w:val="28"/>
              </w:rPr>
            </w:pPr>
            <w:r w:rsidRPr="00097604">
              <w:rPr>
                <w:b/>
                <w:sz w:val="22"/>
                <w:szCs w:val="28"/>
              </w:rPr>
              <w:t>Mức độ ưu tiên, thời điểm cần có năng lực</w:t>
            </w:r>
          </w:p>
        </w:tc>
        <w:tc>
          <w:tcPr>
            <w:tcW w:w="1813" w:type="dxa"/>
            <w:vAlign w:val="center"/>
          </w:tcPr>
          <w:p w14:paraId="5022B438" w14:textId="77777777" w:rsidR="00BF043B" w:rsidRPr="00097604" w:rsidRDefault="00971749" w:rsidP="0082611F">
            <w:pPr>
              <w:spacing w:after="0"/>
              <w:ind w:firstLine="0"/>
              <w:jc w:val="center"/>
              <w:rPr>
                <w:sz w:val="28"/>
                <w:szCs w:val="28"/>
              </w:rPr>
            </w:pPr>
            <w:r w:rsidRPr="00097604">
              <w:rPr>
                <w:b/>
                <w:sz w:val="22"/>
                <w:szCs w:val="28"/>
              </w:rPr>
              <w:t>Căn cứ và ảnh hưởng nếu chậm hình thành năng lực</w:t>
            </w:r>
          </w:p>
        </w:tc>
      </w:tr>
      <w:tr w:rsidR="00BF043B" w:rsidRPr="00097604" w14:paraId="177AD751" w14:textId="77777777" w:rsidTr="00F750EC">
        <w:trPr>
          <w:jc w:val="center"/>
        </w:trPr>
        <w:tc>
          <w:tcPr>
            <w:tcW w:w="704" w:type="dxa"/>
            <w:vAlign w:val="center"/>
          </w:tcPr>
          <w:p w14:paraId="6E92FD36" w14:textId="77777777" w:rsidR="00BF043B" w:rsidRPr="00097604" w:rsidRDefault="00BF043B" w:rsidP="0082611F">
            <w:pPr>
              <w:spacing w:after="0"/>
              <w:ind w:firstLine="0"/>
              <w:jc w:val="left"/>
              <w:rPr>
                <w:sz w:val="28"/>
                <w:szCs w:val="28"/>
              </w:rPr>
            </w:pPr>
          </w:p>
        </w:tc>
        <w:tc>
          <w:tcPr>
            <w:tcW w:w="1813" w:type="dxa"/>
            <w:vAlign w:val="center"/>
          </w:tcPr>
          <w:p w14:paraId="1808E83F" w14:textId="77777777" w:rsidR="00BF043B" w:rsidRPr="00097604" w:rsidRDefault="00BF043B" w:rsidP="0082611F">
            <w:pPr>
              <w:spacing w:after="0"/>
              <w:ind w:firstLine="0"/>
              <w:jc w:val="left"/>
              <w:rPr>
                <w:sz w:val="28"/>
                <w:szCs w:val="28"/>
              </w:rPr>
            </w:pPr>
          </w:p>
        </w:tc>
        <w:tc>
          <w:tcPr>
            <w:tcW w:w="1812" w:type="dxa"/>
            <w:vAlign w:val="center"/>
          </w:tcPr>
          <w:p w14:paraId="28C27475" w14:textId="77777777" w:rsidR="00BF043B" w:rsidRPr="00097604" w:rsidRDefault="00BF043B" w:rsidP="0082611F">
            <w:pPr>
              <w:spacing w:after="0"/>
              <w:ind w:firstLine="0"/>
              <w:jc w:val="left"/>
              <w:rPr>
                <w:sz w:val="28"/>
                <w:szCs w:val="28"/>
              </w:rPr>
            </w:pPr>
          </w:p>
        </w:tc>
        <w:tc>
          <w:tcPr>
            <w:tcW w:w="1812" w:type="dxa"/>
            <w:vAlign w:val="center"/>
          </w:tcPr>
          <w:p w14:paraId="46FA6F7D" w14:textId="77777777" w:rsidR="00BF043B" w:rsidRPr="00097604" w:rsidRDefault="00BF043B" w:rsidP="0082611F">
            <w:pPr>
              <w:spacing w:after="0"/>
              <w:ind w:firstLine="0"/>
              <w:jc w:val="left"/>
              <w:rPr>
                <w:sz w:val="28"/>
                <w:szCs w:val="28"/>
              </w:rPr>
            </w:pPr>
          </w:p>
        </w:tc>
        <w:tc>
          <w:tcPr>
            <w:tcW w:w="1813" w:type="dxa"/>
            <w:vAlign w:val="center"/>
          </w:tcPr>
          <w:p w14:paraId="1093F717" w14:textId="77777777" w:rsidR="00BF043B" w:rsidRPr="00097604" w:rsidRDefault="00BF043B" w:rsidP="0082611F">
            <w:pPr>
              <w:spacing w:after="0"/>
              <w:ind w:firstLine="0"/>
              <w:jc w:val="left"/>
              <w:rPr>
                <w:sz w:val="28"/>
                <w:szCs w:val="28"/>
              </w:rPr>
            </w:pPr>
          </w:p>
        </w:tc>
      </w:tr>
      <w:tr w:rsidR="00BF043B" w:rsidRPr="00097604" w14:paraId="48DDB981" w14:textId="77777777" w:rsidTr="00F750EC">
        <w:trPr>
          <w:jc w:val="center"/>
        </w:trPr>
        <w:tc>
          <w:tcPr>
            <w:tcW w:w="704" w:type="dxa"/>
            <w:vAlign w:val="center"/>
          </w:tcPr>
          <w:p w14:paraId="5EA30D79" w14:textId="77777777" w:rsidR="00BF043B" w:rsidRPr="00097604" w:rsidRDefault="00BF043B" w:rsidP="0082611F">
            <w:pPr>
              <w:spacing w:after="0"/>
              <w:ind w:firstLine="0"/>
              <w:jc w:val="left"/>
              <w:rPr>
                <w:sz w:val="28"/>
                <w:szCs w:val="28"/>
              </w:rPr>
            </w:pPr>
          </w:p>
        </w:tc>
        <w:tc>
          <w:tcPr>
            <w:tcW w:w="1813" w:type="dxa"/>
            <w:vAlign w:val="center"/>
          </w:tcPr>
          <w:p w14:paraId="3048CD00" w14:textId="77777777" w:rsidR="00BF043B" w:rsidRPr="00097604" w:rsidRDefault="00BF043B" w:rsidP="0082611F">
            <w:pPr>
              <w:spacing w:after="0"/>
              <w:ind w:firstLine="0"/>
              <w:jc w:val="left"/>
              <w:rPr>
                <w:sz w:val="28"/>
                <w:szCs w:val="28"/>
              </w:rPr>
            </w:pPr>
          </w:p>
        </w:tc>
        <w:tc>
          <w:tcPr>
            <w:tcW w:w="1812" w:type="dxa"/>
            <w:vAlign w:val="center"/>
          </w:tcPr>
          <w:p w14:paraId="73ED3E02" w14:textId="77777777" w:rsidR="00BF043B" w:rsidRPr="00097604" w:rsidRDefault="00BF043B" w:rsidP="0082611F">
            <w:pPr>
              <w:spacing w:after="0"/>
              <w:ind w:firstLine="0"/>
              <w:jc w:val="left"/>
              <w:rPr>
                <w:sz w:val="28"/>
                <w:szCs w:val="28"/>
              </w:rPr>
            </w:pPr>
          </w:p>
        </w:tc>
        <w:tc>
          <w:tcPr>
            <w:tcW w:w="1812" w:type="dxa"/>
            <w:vAlign w:val="center"/>
          </w:tcPr>
          <w:p w14:paraId="6F70B7BA" w14:textId="77777777" w:rsidR="00BF043B" w:rsidRPr="00097604" w:rsidRDefault="00BF043B" w:rsidP="0082611F">
            <w:pPr>
              <w:spacing w:after="0"/>
              <w:ind w:firstLine="0"/>
              <w:jc w:val="left"/>
              <w:rPr>
                <w:sz w:val="28"/>
                <w:szCs w:val="28"/>
              </w:rPr>
            </w:pPr>
          </w:p>
        </w:tc>
        <w:tc>
          <w:tcPr>
            <w:tcW w:w="1813" w:type="dxa"/>
            <w:vAlign w:val="center"/>
          </w:tcPr>
          <w:p w14:paraId="52455514" w14:textId="77777777" w:rsidR="00BF043B" w:rsidRPr="00097604" w:rsidRDefault="00BF043B" w:rsidP="0082611F">
            <w:pPr>
              <w:spacing w:after="0"/>
              <w:ind w:firstLine="0"/>
              <w:jc w:val="left"/>
              <w:rPr>
                <w:sz w:val="28"/>
                <w:szCs w:val="28"/>
              </w:rPr>
            </w:pPr>
          </w:p>
        </w:tc>
      </w:tr>
      <w:tr w:rsidR="00BF043B" w:rsidRPr="00097604" w14:paraId="4F5D73EC" w14:textId="77777777" w:rsidTr="00F750EC">
        <w:trPr>
          <w:jc w:val="center"/>
        </w:trPr>
        <w:tc>
          <w:tcPr>
            <w:tcW w:w="704" w:type="dxa"/>
            <w:vAlign w:val="center"/>
          </w:tcPr>
          <w:p w14:paraId="7D227083" w14:textId="77777777" w:rsidR="00BF043B" w:rsidRPr="00097604" w:rsidRDefault="00BF043B" w:rsidP="0082611F">
            <w:pPr>
              <w:spacing w:after="0"/>
              <w:ind w:firstLine="0"/>
              <w:jc w:val="left"/>
              <w:rPr>
                <w:sz w:val="28"/>
                <w:szCs w:val="28"/>
              </w:rPr>
            </w:pPr>
          </w:p>
        </w:tc>
        <w:tc>
          <w:tcPr>
            <w:tcW w:w="1813" w:type="dxa"/>
            <w:vAlign w:val="center"/>
          </w:tcPr>
          <w:p w14:paraId="2D434BF3" w14:textId="77777777" w:rsidR="00BF043B" w:rsidRPr="00097604" w:rsidRDefault="00BF043B" w:rsidP="0082611F">
            <w:pPr>
              <w:spacing w:after="0"/>
              <w:ind w:firstLine="0"/>
              <w:jc w:val="left"/>
              <w:rPr>
                <w:sz w:val="28"/>
                <w:szCs w:val="28"/>
              </w:rPr>
            </w:pPr>
          </w:p>
        </w:tc>
        <w:tc>
          <w:tcPr>
            <w:tcW w:w="1812" w:type="dxa"/>
            <w:vAlign w:val="center"/>
          </w:tcPr>
          <w:p w14:paraId="09C57495" w14:textId="77777777" w:rsidR="00BF043B" w:rsidRPr="00097604" w:rsidRDefault="00BF043B" w:rsidP="0082611F">
            <w:pPr>
              <w:spacing w:after="0"/>
              <w:ind w:firstLine="0"/>
              <w:jc w:val="left"/>
              <w:rPr>
                <w:sz w:val="28"/>
                <w:szCs w:val="28"/>
              </w:rPr>
            </w:pPr>
          </w:p>
        </w:tc>
        <w:tc>
          <w:tcPr>
            <w:tcW w:w="1812" w:type="dxa"/>
            <w:vAlign w:val="center"/>
          </w:tcPr>
          <w:p w14:paraId="771640A8" w14:textId="77777777" w:rsidR="00BF043B" w:rsidRPr="00097604" w:rsidRDefault="00BF043B" w:rsidP="0082611F">
            <w:pPr>
              <w:spacing w:after="0"/>
              <w:ind w:firstLine="0"/>
              <w:jc w:val="left"/>
              <w:rPr>
                <w:sz w:val="28"/>
                <w:szCs w:val="28"/>
              </w:rPr>
            </w:pPr>
          </w:p>
        </w:tc>
        <w:tc>
          <w:tcPr>
            <w:tcW w:w="1813" w:type="dxa"/>
            <w:vAlign w:val="center"/>
          </w:tcPr>
          <w:p w14:paraId="2BBB66A4" w14:textId="77777777" w:rsidR="00BF043B" w:rsidRPr="00097604" w:rsidRDefault="00BF043B" w:rsidP="0082611F">
            <w:pPr>
              <w:spacing w:after="0"/>
              <w:ind w:firstLine="0"/>
              <w:jc w:val="left"/>
              <w:rPr>
                <w:sz w:val="28"/>
                <w:szCs w:val="28"/>
              </w:rPr>
            </w:pPr>
          </w:p>
        </w:tc>
      </w:tr>
    </w:tbl>
    <w:p w14:paraId="4F35167A" w14:textId="77777777" w:rsidR="00BF043B" w:rsidRPr="00097604" w:rsidRDefault="00971749" w:rsidP="0082611F">
      <w:pPr>
        <w:spacing w:after="0" w:line="252" w:lineRule="auto"/>
        <w:ind w:firstLine="0"/>
        <w:rPr>
          <w:sz w:val="28"/>
          <w:szCs w:val="28"/>
        </w:rPr>
      </w:pPr>
      <w:r w:rsidRPr="00097604">
        <w:rPr>
          <w:b/>
          <w:color w:val="000000"/>
          <w:sz w:val="24"/>
          <w:szCs w:val="28"/>
        </w:rPr>
        <w:t>II. SỰ CẦN THIẾT, NHU CẦU VÀ KHOẢNG TRỐNG NĂNG LỰC</w:t>
      </w:r>
    </w:p>
    <w:p w14:paraId="42AC15D2" w14:textId="77777777" w:rsidR="00BF043B" w:rsidRPr="00097604" w:rsidRDefault="00971749" w:rsidP="0082611F">
      <w:pPr>
        <w:spacing w:after="0" w:line="252" w:lineRule="auto"/>
        <w:ind w:firstLine="720"/>
        <w:rPr>
          <w:sz w:val="28"/>
          <w:szCs w:val="28"/>
        </w:rPr>
      </w:pPr>
      <w:r w:rsidRPr="00097604">
        <w:rPr>
          <w:color w:val="000000"/>
          <w:sz w:val="24"/>
          <w:szCs w:val="28"/>
        </w:rPr>
        <w:t>1. Nhu cầu của nhiệm vụ, ngành, lĩnh vực, vùng, doanh nghiệp và nhóm người sử dụng.</w:t>
      </w:r>
    </w:p>
    <w:p w14:paraId="5ECDE869" w14:textId="77777777" w:rsidR="00BF043B" w:rsidRPr="00097604" w:rsidRDefault="00971749" w:rsidP="0082611F">
      <w:pPr>
        <w:spacing w:after="0" w:line="252" w:lineRule="auto"/>
        <w:ind w:firstLine="720"/>
        <w:rPr>
          <w:sz w:val="28"/>
          <w:szCs w:val="28"/>
        </w:rPr>
      </w:pPr>
      <w:r>
        <w:rPr>
          <w:color w:val="000000"/>
          <w:sz w:val="24"/>
        </w:rPr>
        <w:t>2. Rà soát năng lực có chức năng tương tự hoặc bổ trợ trong ngành, lĩnh vực hoặc địa bàn thuộc trách nhiệm quản lý, trên cơ sở thông tin hiện có và các nguồn hợp pháp có thể tiếp cận, kiểm chứng hợp lý. Nêu phạm vi, phương pháp, nguồn và thời điểm thông tin, hạn chế dữ liệu, mức độ đáp ứng và phần năng lực còn thiếu; không phải xác nhận đầy đủ năng lực trên phạm vi toàn quốc.</w:t>
      </w:r>
    </w:p>
    <w:p w14:paraId="1C59FD28" w14:textId="77777777" w:rsidR="00BF043B" w:rsidRPr="00097604" w:rsidRDefault="00971749" w:rsidP="0082611F">
      <w:pPr>
        <w:spacing w:after="0" w:line="252" w:lineRule="auto"/>
        <w:ind w:firstLine="720"/>
        <w:rPr>
          <w:sz w:val="28"/>
          <w:szCs w:val="28"/>
        </w:rPr>
      </w:pPr>
      <w:r w:rsidRPr="00097604">
        <w:rPr>
          <w:color w:val="000000"/>
          <w:sz w:val="24"/>
          <w:szCs w:val="28"/>
        </w:rPr>
        <w:t>3. Phân tích điểm nghẽn trong quá trình nghiên cứu khoa học, phát triển công nghệ, thử nghiệm, hoàn thiện, ứng dụng và thương mại hóa công nghệ.</w:t>
      </w:r>
    </w:p>
    <w:p w14:paraId="4351A86B" w14:textId="77777777" w:rsidR="00BF043B" w:rsidRPr="00097604" w:rsidRDefault="00971749" w:rsidP="0082611F">
      <w:pPr>
        <w:spacing w:after="0" w:line="252" w:lineRule="auto"/>
        <w:ind w:firstLine="720"/>
        <w:rPr>
          <w:sz w:val="28"/>
          <w:szCs w:val="28"/>
        </w:rPr>
      </w:pPr>
      <w:r>
        <w:rPr>
          <w:color w:val="000000"/>
          <w:sz w:val="24"/>
        </w:rPr>
        <w:t>4. Phân tích khả năng đáp ứng nhu cầu bằng sử dụng, nâng cấp, kết nối, khai thác dùng chung hoặc thuê dịch vụ trên cơ sở thông tin có thể kiểm chứng hợp lý. Khi đã xác định được năng lực tương tự có thể đáp ứng, làm rõ điều kiện kỹ thuật, thời điểm tiếp cận, chi phí dự kiến, bảo mật, quyền sử dụng kết quả và yêu cầu tự chủ công nghệ nếu liên quan; giải trình sự cần thiết của phần năng lực cần bổ sung hoặc hình thành mới. Không bắt buộc thu thập báo giá hoặc khảo sát mọi nhà cung cấp có năng lực tương tự.</w:t>
      </w:r>
    </w:p>
    <w:p w14:paraId="2EB6F640" w14:textId="77777777" w:rsidR="00FC231D" w:rsidRPr="00097604" w:rsidRDefault="006018A6">
      <w:pPr>
        <w:spacing w:after="0" w:line="252" w:lineRule="auto"/>
        <w:ind w:firstLine="720"/>
        <w:rPr>
          <w:sz w:val="28"/>
          <w:szCs w:val="28"/>
        </w:rPr>
      </w:pPr>
      <w:r>
        <w:rPr>
          <w:color w:val="000000"/>
          <w:sz w:val="24"/>
        </w:rPr>
        <w:t>5. Khi sử dụng cơ sở trong nước hoặc quốc tế làm chuẩn tham chiếu, nêu rõ thông số chức năng chủ yếu, mức độ tương đồng và nguồn thông tin.</w:t>
      </w:r>
    </w:p>
    <w:p w14:paraId="3C11C5E0" w14:textId="77777777" w:rsidR="00FC231D" w:rsidRPr="00097604" w:rsidRDefault="006018A6">
      <w:pPr>
        <w:spacing w:after="0" w:line="252" w:lineRule="auto"/>
        <w:ind w:firstLine="720"/>
        <w:rPr>
          <w:sz w:val="28"/>
          <w:szCs w:val="28"/>
        </w:rPr>
      </w:pPr>
      <w:r w:rsidRPr="00097604">
        <w:rPr>
          <w:color w:val="000000"/>
          <w:sz w:val="24"/>
          <w:szCs w:val="28"/>
        </w:rPr>
        <w:t>6. Minh chứng về nhu cầu sử dụng, gồm nhiệm vụ được giao, nhu cầu của cơ quan, tổ chức, doanh nghiệp hoặc nhóm người sử dụng; có thể sử dụng văn bản thể hiện nhu cầu, kế hoạch sử dụng, thỏa thuận nguyên tắc hoặc tài liệu khác có căn cứ. Đối với hạ tầng hình thành mới, không bắt buộc có hợp đồng sử dụng dịch vụ hoặc kết quả giao dịch đã phát sinh.</w:t>
      </w:r>
    </w:p>
    <w:tbl>
      <w:tblPr>
        <w:tblStyle w:val="TableGrid"/>
        <w:tblW w:w="0" w:type="auto"/>
        <w:jc w:val="center"/>
        <w:tblLook w:val="04A0" w:firstRow="1" w:lastRow="0" w:firstColumn="1" w:lastColumn="0" w:noHBand="0" w:noVBand="1"/>
      </w:tblPr>
      <w:tblGrid>
        <w:gridCol w:w="1199"/>
        <w:gridCol w:w="1510"/>
        <w:gridCol w:w="1511"/>
        <w:gridCol w:w="1510"/>
        <w:gridCol w:w="1510"/>
        <w:gridCol w:w="1529"/>
      </w:tblGrid>
      <w:tr w:rsidR="00BF043B" w:rsidRPr="00097604" w14:paraId="70462DC0" w14:textId="77777777" w:rsidTr="00F750EC">
        <w:trPr>
          <w:tblHeader/>
          <w:jc w:val="center"/>
        </w:trPr>
        <w:tc>
          <w:tcPr>
            <w:tcW w:w="846" w:type="dxa"/>
            <w:vAlign w:val="center"/>
          </w:tcPr>
          <w:p w14:paraId="10E0E6F0" w14:textId="77777777" w:rsidR="007F03E4" w:rsidRDefault="00000000">
            <w:pPr>
              <w:spacing w:after="0"/>
            </w:pPr>
            <w:r>
              <w:rPr>
                <w:b/>
                <w:color w:val="000000"/>
                <w:sz w:val="22"/>
              </w:rPr>
              <w:t>STT</w:t>
            </w:r>
          </w:p>
        </w:tc>
        <w:tc>
          <w:tcPr>
            <w:tcW w:w="1510" w:type="dxa"/>
            <w:vAlign w:val="center"/>
          </w:tcPr>
          <w:p w14:paraId="1F084062" w14:textId="77777777" w:rsidR="007F03E4" w:rsidRDefault="00000000">
            <w:pPr>
              <w:spacing w:after="0"/>
            </w:pPr>
            <w:r>
              <w:rPr>
                <w:b/>
                <w:sz w:val="22"/>
              </w:rPr>
              <w:t>Năng lực mục tiêu/yêu cầu cần đáp ứng</w:t>
            </w:r>
          </w:p>
        </w:tc>
        <w:tc>
          <w:tcPr>
            <w:tcW w:w="1511" w:type="dxa"/>
            <w:vAlign w:val="center"/>
          </w:tcPr>
          <w:p w14:paraId="1A9AB61D" w14:textId="77777777" w:rsidR="007F03E4" w:rsidRDefault="00000000">
            <w:pPr>
              <w:spacing w:after="0"/>
            </w:pPr>
            <w:r>
              <w:rPr>
                <w:b/>
                <w:sz w:val="22"/>
              </w:rPr>
              <w:t>Năng lực, cơ sở hiện có và điều kiện tiếp cận</w:t>
            </w:r>
          </w:p>
        </w:tc>
        <w:tc>
          <w:tcPr>
            <w:tcW w:w="1510" w:type="dxa"/>
            <w:vAlign w:val="center"/>
          </w:tcPr>
          <w:p w14:paraId="3C492717" w14:textId="77777777" w:rsidR="007F03E4" w:rsidRDefault="00000000">
            <w:pPr>
              <w:spacing w:after="0"/>
            </w:pPr>
            <w:r>
              <w:rPr>
                <w:b/>
                <w:sz w:val="22"/>
              </w:rPr>
              <w:t>Mức độ đáp ứng</w:t>
            </w:r>
          </w:p>
        </w:tc>
        <w:tc>
          <w:tcPr>
            <w:tcW w:w="1510" w:type="dxa"/>
            <w:vAlign w:val="center"/>
          </w:tcPr>
          <w:p w14:paraId="5D6D6BCE" w14:textId="77777777" w:rsidR="007F03E4" w:rsidRDefault="00000000">
            <w:pPr>
              <w:spacing w:after="0"/>
            </w:pPr>
            <w:r>
              <w:rPr>
                <w:b/>
                <w:sz w:val="22"/>
              </w:rPr>
              <w:t>Nguồn, thời điểm, phạm vi và hạn chế dữ liệu</w:t>
            </w:r>
          </w:p>
        </w:tc>
        <w:tc>
          <w:tcPr>
            <w:tcW w:w="1511" w:type="dxa"/>
            <w:vAlign w:val="center"/>
          </w:tcPr>
          <w:p w14:paraId="49CD9E7E" w14:textId="77777777" w:rsidR="007F03E4" w:rsidRDefault="00000000">
            <w:pPr>
              <w:spacing w:after="0"/>
            </w:pPr>
            <w:r>
              <w:rPr>
                <w:b/>
                <w:sz w:val="22"/>
              </w:rPr>
              <w:t>Khoảng trống còn lại và phương án ưu tiên</w:t>
            </w:r>
          </w:p>
        </w:tc>
      </w:tr>
      <w:tr w:rsidR="00BF043B" w:rsidRPr="00097604" w14:paraId="15C51997" w14:textId="77777777" w:rsidTr="00F750EC">
        <w:trPr>
          <w:jc w:val="center"/>
        </w:trPr>
        <w:tc>
          <w:tcPr>
            <w:tcW w:w="846" w:type="dxa"/>
            <w:vAlign w:val="center"/>
          </w:tcPr>
          <w:p w14:paraId="4F5600C1" w14:textId="77777777" w:rsidR="00BF043B" w:rsidRPr="00097604" w:rsidRDefault="00BF043B" w:rsidP="0082611F">
            <w:pPr>
              <w:spacing w:after="0"/>
              <w:ind w:firstLine="0"/>
              <w:jc w:val="left"/>
              <w:rPr>
                <w:sz w:val="28"/>
                <w:szCs w:val="28"/>
              </w:rPr>
            </w:pPr>
          </w:p>
        </w:tc>
        <w:tc>
          <w:tcPr>
            <w:tcW w:w="1510" w:type="dxa"/>
            <w:vAlign w:val="center"/>
          </w:tcPr>
          <w:p w14:paraId="3167DC6F" w14:textId="77777777" w:rsidR="00BF043B" w:rsidRPr="00097604" w:rsidRDefault="00BF043B" w:rsidP="0082611F">
            <w:pPr>
              <w:spacing w:after="0"/>
              <w:ind w:firstLine="0"/>
              <w:jc w:val="left"/>
              <w:rPr>
                <w:sz w:val="28"/>
                <w:szCs w:val="28"/>
              </w:rPr>
            </w:pPr>
          </w:p>
        </w:tc>
        <w:tc>
          <w:tcPr>
            <w:tcW w:w="1511" w:type="dxa"/>
            <w:vAlign w:val="center"/>
          </w:tcPr>
          <w:p w14:paraId="78804C83" w14:textId="77777777" w:rsidR="00BF043B" w:rsidRPr="00097604" w:rsidRDefault="00BF043B" w:rsidP="0082611F">
            <w:pPr>
              <w:spacing w:after="0"/>
              <w:ind w:firstLine="0"/>
              <w:jc w:val="left"/>
              <w:rPr>
                <w:sz w:val="28"/>
                <w:szCs w:val="28"/>
              </w:rPr>
            </w:pPr>
          </w:p>
        </w:tc>
        <w:tc>
          <w:tcPr>
            <w:tcW w:w="1510" w:type="dxa"/>
            <w:vAlign w:val="center"/>
          </w:tcPr>
          <w:p w14:paraId="6D0434A6" w14:textId="77777777" w:rsidR="00BF043B" w:rsidRPr="00097604" w:rsidRDefault="00BF043B" w:rsidP="0082611F">
            <w:pPr>
              <w:spacing w:after="0"/>
              <w:ind w:firstLine="0"/>
              <w:jc w:val="left"/>
              <w:rPr>
                <w:sz w:val="28"/>
                <w:szCs w:val="28"/>
              </w:rPr>
            </w:pPr>
          </w:p>
        </w:tc>
        <w:tc>
          <w:tcPr>
            <w:tcW w:w="1510" w:type="dxa"/>
            <w:vAlign w:val="center"/>
          </w:tcPr>
          <w:p w14:paraId="5564B645" w14:textId="77777777" w:rsidR="00BF043B" w:rsidRPr="00097604" w:rsidRDefault="00BF043B" w:rsidP="0082611F">
            <w:pPr>
              <w:spacing w:after="0"/>
              <w:ind w:firstLine="0"/>
              <w:jc w:val="left"/>
              <w:rPr>
                <w:sz w:val="28"/>
                <w:szCs w:val="28"/>
              </w:rPr>
            </w:pPr>
          </w:p>
        </w:tc>
        <w:tc>
          <w:tcPr>
            <w:tcW w:w="1511" w:type="dxa"/>
            <w:vAlign w:val="center"/>
          </w:tcPr>
          <w:p w14:paraId="13B1598C" w14:textId="77777777" w:rsidR="00BF043B" w:rsidRPr="00097604" w:rsidRDefault="00BF043B" w:rsidP="0082611F">
            <w:pPr>
              <w:spacing w:after="0"/>
              <w:ind w:firstLine="0"/>
              <w:jc w:val="left"/>
              <w:rPr>
                <w:sz w:val="28"/>
                <w:szCs w:val="28"/>
              </w:rPr>
            </w:pPr>
          </w:p>
        </w:tc>
      </w:tr>
      <w:tr w:rsidR="00BF043B" w:rsidRPr="00097604" w14:paraId="789CF749" w14:textId="77777777" w:rsidTr="00F750EC">
        <w:trPr>
          <w:jc w:val="center"/>
        </w:trPr>
        <w:tc>
          <w:tcPr>
            <w:tcW w:w="846" w:type="dxa"/>
            <w:vAlign w:val="center"/>
          </w:tcPr>
          <w:p w14:paraId="45738581" w14:textId="77777777" w:rsidR="00BF043B" w:rsidRPr="00097604" w:rsidRDefault="00BF043B" w:rsidP="0082611F">
            <w:pPr>
              <w:spacing w:after="0"/>
              <w:ind w:firstLine="0"/>
              <w:jc w:val="left"/>
              <w:rPr>
                <w:sz w:val="28"/>
                <w:szCs w:val="28"/>
              </w:rPr>
            </w:pPr>
          </w:p>
        </w:tc>
        <w:tc>
          <w:tcPr>
            <w:tcW w:w="1510" w:type="dxa"/>
            <w:vAlign w:val="center"/>
          </w:tcPr>
          <w:p w14:paraId="7BD582EC" w14:textId="77777777" w:rsidR="00BF043B" w:rsidRPr="00097604" w:rsidRDefault="00BF043B" w:rsidP="0082611F">
            <w:pPr>
              <w:spacing w:after="0"/>
              <w:ind w:firstLine="0"/>
              <w:jc w:val="left"/>
              <w:rPr>
                <w:sz w:val="28"/>
                <w:szCs w:val="28"/>
              </w:rPr>
            </w:pPr>
          </w:p>
        </w:tc>
        <w:tc>
          <w:tcPr>
            <w:tcW w:w="1511" w:type="dxa"/>
            <w:vAlign w:val="center"/>
          </w:tcPr>
          <w:p w14:paraId="490C8880" w14:textId="77777777" w:rsidR="00BF043B" w:rsidRPr="00097604" w:rsidRDefault="00BF043B" w:rsidP="0082611F">
            <w:pPr>
              <w:spacing w:after="0"/>
              <w:ind w:firstLine="0"/>
              <w:jc w:val="left"/>
              <w:rPr>
                <w:sz w:val="28"/>
                <w:szCs w:val="28"/>
              </w:rPr>
            </w:pPr>
          </w:p>
        </w:tc>
        <w:tc>
          <w:tcPr>
            <w:tcW w:w="1510" w:type="dxa"/>
            <w:vAlign w:val="center"/>
          </w:tcPr>
          <w:p w14:paraId="00DD7E94" w14:textId="77777777" w:rsidR="00BF043B" w:rsidRPr="00097604" w:rsidRDefault="00BF043B" w:rsidP="0082611F">
            <w:pPr>
              <w:spacing w:after="0"/>
              <w:ind w:firstLine="0"/>
              <w:jc w:val="left"/>
              <w:rPr>
                <w:sz w:val="28"/>
                <w:szCs w:val="28"/>
              </w:rPr>
            </w:pPr>
          </w:p>
        </w:tc>
        <w:tc>
          <w:tcPr>
            <w:tcW w:w="1510" w:type="dxa"/>
            <w:vAlign w:val="center"/>
          </w:tcPr>
          <w:p w14:paraId="4C4DB2B4" w14:textId="77777777" w:rsidR="00BF043B" w:rsidRPr="00097604" w:rsidRDefault="00BF043B" w:rsidP="0082611F">
            <w:pPr>
              <w:spacing w:after="0"/>
              <w:ind w:firstLine="0"/>
              <w:jc w:val="left"/>
              <w:rPr>
                <w:sz w:val="28"/>
                <w:szCs w:val="28"/>
              </w:rPr>
            </w:pPr>
          </w:p>
        </w:tc>
        <w:tc>
          <w:tcPr>
            <w:tcW w:w="1511" w:type="dxa"/>
            <w:vAlign w:val="center"/>
          </w:tcPr>
          <w:p w14:paraId="5BCD9369" w14:textId="77777777" w:rsidR="00BF043B" w:rsidRPr="00097604" w:rsidRDefault="00BF043B" w:rsidP="0082611F">
            <w:pPr>
              <w:spacing w:after="0"/>
              <w:ind w:firstLine="0"/>
              <w:jc w:val="left"/>
              <w:rPr>
                <w:sz w:val="28"/>
                <w:szCs w:val="28"/>
              </w:rPr>
            </w:pPr>
          </w:p>
        </w:tc>
      </w:tr>
      <w:tr w:rsidR="00BF043B" w:rsidRPr="00097604" w14:paraId="5307E1BC" w14:textId="77777777" w:rsidTr="00F750EC">
        <w:trPr>
          <w:jc w:val="center"/>
        </w:trPr>
        <w:tc>
          <w:tcPr>
            <w:tcW w:w="846" w:type="dxa"/>
            <w:vAlign w:val="center"/>
          </w:tcPr>
          <w:p w14:paraId="38C7AB0C" w14:textId="77777777" w:rsidR="00BF043B" w:rsidRPr="00097604" w:rsidRDefault="00BF043B" w:rsidP="0082611F">
            <w:pPr>
              <w:spacing w:after="0"/>
              <w:ind w:firstLine="0"/>
              <w:jc w:val="left"/>
              <w:rPr>
                <w:sz w:val="28"/>
                <w:szCs w:val="28"/>
              </w:rPr>
            </w:pPr>
          </w:p>
        </w:tc>
        <w:tc>
          <w:tcPr>
            <w:tcW w:w="1510" w:type="dxa"/>
            <w:vAlign w:val="center"/>
          </w:tcPr>
          <w:p w14:paraId="5EF9CB31" w14:textId="77777777" w:rsidR="00BF043B" w:rsidRPr="00097604" w:rsidRDefault="00BF043B" w:rsidP="0082611F">
            <w:pPr>
              <w:spacing w:after="0"/>
              <w:ind w:firstLine="0"/>
              <w:jc w:val="left"/>
              <w:rPr>
                <w:sz w:val="28"/>
                <w:szCs w:val="28"/>
              </w:rPr>
            </w:pPr>
          </w:p>
        </w:tc>
        <w:tc>
          <w:tcPr>
            <w:tcW w:w="1511" w:type="dxa"/>
            <w:vAlign w:val="center"/>
          </w:tcPr>
          <w:p w14:paraId="2FF4FCDB" w14:textId="77777777" w:rsidR="00BF043B" w:rsidRPr="00097604" w:rsidRDefault="00BF043B" w:rsidP="0082611F">
            <w:pPr>
              <w:spacing w:after="0"/>
              <w:ind w:firstLine="0"/>
              <w:jc w:val="left"/>
              <w:rPr>
                <w:sz w:val="28"/>
                <w:szCs w:val="28"/>
              </w:rPr>
            </w:pPr>
          </w:p>
        </w:tc>
        <w:tc>
          <w:tcPr>
            <w:tcW w:w="1510" w:type="dxa"/>
            <w:vAlign w:val="center"/>
          </w:tcPr>
          <w:p w14:paraId="6495202B" w14:textId="77777777" w:rsidR="00BF043B" w:rsidRPr="00097604" w:rsidRDefault="00BF043B" w:rsidP="0082611F">
            <w:pPr>
              <w:spacing w:after="0"/>
              <w:ind w:firstLine="0"/>
              <w:jc w:val="left"/>
              <w:rPr>
                <w:sz w:val="28"/>
                <w:szCs w:val="28"/>
              </w:rPr>
            </w:pPr>
          </w:p>
        </w:tc>
        <w:tc>
          <w:tcPr>
            <w:tcW w:w="1510" w:type="dxa"/>
            <w:vAlign w:val="center"/>
          </w:tcPr>
          <w:p w14:paraId="47FFFDD1" w14:textId="77777777" w:rsidR="00BF043B" w:rsidRPr="00097604" w:rsidRDefault="00BF043B" w:rsidP="0082611F">
            <w:pPr>
              <w:spacing w:after="0"/>
              <w:ind w:firstLine="0"/>
              <w:jc w:val="left"/>
              <w:rPr>
                <w:sz w:val="28"/>
                <w:szCs w:val="28"/>
              </w:rPr>
            </w:pPr>
          </w:p>
        </w:tc>
        <w:tc>
          <w:tcPr>
            <w:tcW w:w="1511" w:type="dxa"/>
            <w:vAlign w:val="center"/>
          </w:tcPr>
          <w:p w14:paraId="42B91FDB" w14:textId="77777777" w:rsidR="00BF043B" w:rsidRPr="00097604" w:rsidRDefault="00BF043B" w:rsidP="0082611F">
            <w:pPr>
              <w:spacing w:after="0"/>
              <w:ind w:firstLine="0"/>
              <w:jc w:val="left"/>
              <w:rPr>
                <w:sz w:val="28"/>
                <w:szCs w:val="28"/>
              </w:rPr>
            </w:pPr>
          </w:p>
        </w:tc>
      </w:tr>
      <w:tr w:rsidR="00BF043B" w:rsidRPr="00097604" w14:paraId="1B1B5DF9" w14:textId="77777777" w:rsidTr="00F750EC">
        <w:trPr>
          <w:jc w:val="center"/>
        </w:trPr>
        <w:tc>
          <w:tcPr>
            <w:tcW w:w="846" w:type="dxa"/>
            <w:vAlign w:val="center"/>
          </w:tcPr>
          <w:p w14:paraId="706BC694" w14:textId="77777777" w:rsidR="00BF043B" w:rsidRPr="00097604" w:rsidRDefault="00BF043B" w:rsidP="0082611F">
            <w:pPr>
              <w:spacing w:after="0"/>
              <w:ind w:firstLine="0"/>
              <w:jc w:val="left"/>
              <w:rPr>
                <w:sz w:val="28"/>
                <w:szCs w:val="28"/>
              </w:rPr>
            </w:pPr>
          </w:p>
        </w:tc>
        <w:tc>
          <w:tcPr>
            <w:tcW w:w="1510" w:type="dxa"/>
            <w:vAlign w:val="center"/>
          </w:tcPr>
          <w:p w14:paraId="71AE216F" w14:textId="77777777" w:rsidR="00BF043B" w:rsidRPr="00097604" w:rsidRDefault="00BF043B" w:rsidP="0082611F">
            <w:pPr>
              <w:spacing w:after="0"/>
              <w:ind w:firstLine="0"/>
              <w:jc w:val="left"/>
              <w:rPr>
                <w:sz w:val="28"/>
                <w:szCs w:val="28"/>
              </w:rPr>
            </w:pPr>
          </w:p>
        </w:tc>
        <w:tc>
          <w:tcPr>
            <w:tcW w:w="1511" w:type="dxa"/>
            <w:vAlign w:val="center"/>
          </w:tcPr>
          <w:p w14:paraId="4045A153" w14:textId="77777777" w:rsidR="00BF043B" w:rsidRPr="00097604" w:rsidRDefault="00BF043B" w:rsidP="0082611F">
            <w:pPr>
              <w:spacing w:after="0"/>
              <w:ind w:firstLine="0"/>
              <w:jc w:val="left"/>
              <w:rPr>
                <w:sz w:val="28"/>
                <w:szCs w:val="28"/>
              </w:rPr>
            </w:pPr>
          </w:p>
        </w:tc>
        <w:tc>
          <w:tcPr>
            <w:tcW w:w="1510" w:type="dxa"/>
            <w:vAlign w:val="center"/>
          </w:tcPr>
          <w:p w14:paraId="4A4ACCB0" w14:textId="77777777" w:rsidR="00BF043B" w:rsidRPr="00097604" w:rsidRDefault="00BF043B" w:rsidP="0082611F">
            <w:pPr>
              <w:spacing w:after="0"/>
              <w:ind w:firstLine="0"/>
              <w:jc w:val="left"/>
              <w:rPr>
                <w:sz w:val="28"/>
                <w:szCs w:val="28"/>
              </w:rPr>
            </w:pPr>
          </w:p>
        </w:tc>
        <w:tc>
          <w:tcPr>
            <w:tcW w:w="1510" w:type="dxa"/>
            <w:vAlign w:val="center"/>
          </w:tcPr>
          <w:p w14:paraId="329B461E" w14:textId="77777777" w:rsidR="00BF043B" w:rsidRPr="00097604" w:rsidRDefault="00BF043B" w:rsidP="0082611F">
            <w:pPr>
              <w:spacing w:after="0"/>
              <w:ind w:firstLine="0"/>
              <w:jc w:val="left"/>
              <w:rPr>
                <w:sz w:val="28"/>
                <w:szCs w:val="28"/>
              </w:rPr>
            </w:pPr>
          </w:p>
        </w:tc>
        <w:tc>
          <w:tcPr>
            <w:tcW w:w="1511" w:type="dxa"/>
            <w:vAlign w:val="center"/>
          </w:tcPr>
          <w:p w14:paraId="09DDBFFF" w14:textId="77777777" w:rsidR="00BF043B" w:rsidRPr="00097604" w:rsidRDefault="00BF043B" w:rsidP="0082611F">
            <w:pPr>
              <w:spacing w:after="0"/>
              <w:ind w:firstLine="0"/>
              <w:jc w:val="left"/>
              <w:rPr>
                <w:sz w:val="28"/>
                <w:szCs w:val="28"/>
              </w:rPr>
            </w:pPr>
          </w:p>
        </w:tc>
      </w:tr>
    </w:tbl>
    <w:p>
      <w:pPr>
        <w:spacing w:after="80"/>
      </w:pPr>
      <w:r>
        <w:rPr>
          <w:rFonts w:ascii="Times New Roman" w:hAnsi="Times New Roman"/>
          <w:color w:val="000000"/>
          <w:sz w:val="24"/>
        </w:rPr>
        <w:t>Ghi chú: Mức độ đáp ứng ghi: đáp ứng đầy đủ; đáp ứng một phần; không đáp ứng; hoặc chưa đủ thông tin để xác định. Nếu chưa đủ thông tin, nêu rõ phần chưa xác minh được, lý do và căn cứ đã sử dụng; không coi việc chưa phát hiện năng lực tương tự là bằng chứng duy nhất về khoảng trống năng lực.</w:t>
      </w:r>
    </w:p>
    <w:p w14:paraId="02EDE2CB" w14:textId="77777777" w:rsidR="0082611F" w:rsidRPr="00097604" w:rsidRDefault="0082611F">
      <w:pPr>
        <w:spacing w:after="0"/>
        <w:ind w:firstLine="0"/>
        <w:rPr>
          <w:b/>
          <w:sz w:val="23"/>
        </w:rPr>
      </w:pPr>
    </w:p>
    <w:p w14:paraId="7B223865" w14:textId="77777777" w:rsidR="00BF043B" w:rsidRPr="00097604" w:rsidRDefault="00971749" w:rsidP="0082611F">
      <w:pPr>
        <w:spacing w:after="0" w:line="252" w:lineRule="auto"/>
        <w:ind w:firstLine="0"/>
        <w:rPr>
          <w:sz w:val="28"/>
          <w:szCs w:val="28"/>
        </w:rPr>
      </w:pPr>
      <w:r w:rsidRPr="00097604">
        <w:rPr>
          <w:b/>
          <w:color w:val="000000"/>
          <w:sz w:val="24"/>
          <w:szCs w:val="28"/>
        </w:rPr>
        <w:t>III. MỤC TIÊU, CHỨC NĂNG VÀ NĂNG LỰC CẦN BỔ SUNG, NÂNG CẤP HOẶC HÌNH THÀNH</w:t>
      </w:r>
    </w:p>
    <w:p w14:paraId="6ADA72CD" w14:textId="77777777" w:rsidR="00BF043B" w:rsidRPr="00097604" w:rsidRDefault="00971749" w:rsidP="0082611F">
      <w:pPr>
        <w:spacing w:after="0" w:line="252" w:lineRule="auto"/>
        <w:ind w:firstLine="720"/>
        <w:rPr>
          <w:sz w:val="28"/>
          <w:szCs w:val="28"/>
        </w:rPr>
      </w:pPr>
      <w:r w:rsidRPr="00097604">
        <w:rPr>
          <w:color w:val="000000"/>
          <w:sz w:val="24"/>
          <w:szCs w:val="28"/>
        </w:rPr>
        <w:t>1. Mục tiêu tổng quát và mục tiêu cụ thể.</w:t>
      </w:r>
    </w:p>
    <w:p w14:paraId="597319D5" w14:textId="77777777" w:rsidR="00BF043B" w:rsidRPr="00097604" w:rsidRDefault="00971749" w:rsidP="0082611F">
      <w:pPr>
        <w:spacing w:after="0" w:line="252" w:lineRule="auto"/>
        <w:ind w:firstLine="720"/>
        <w:rPr>
          <w:sz w:val="28"/>
          <w:szCs w:val="28"/>
        </w:rPr>
      </w:pPr>
      <w:r w:rsidRPr="00097604">
        <w:rPr>
          <w:color w:val="000000"/>
          <w:sz w:val="24"/>
        </w:rPr>
        <w:t>2. Chức năng chủ đạo theo loại hình theo Điều 3 và Điều 12 Thông tư này; vai trò trong thực hiện công nghệ chiến lược, sản phẩm công nghệ chiến lược và nhiệm vụ được giao, nếu có.</w:t>
      </w:r>
    </w:p>
    <w:p w14:paraId="2FB2E7DB" w14:textId="77777777" w:rsidR="00BF043B" w:rsidRPr="00097604" w:rsidRDefault="00971749" w:rsidP="0082611F">
      <w:pPr>
        <w:spacing w:after="0" w:line="252" w:lineRule="auto"/>
        <w:ind w:firstLine="720"/>
        <w:rPr>
          <w:sz w:val="28"/>
          <w:szCs w:val="28"/>
        </w:rPr>
      </w:pPr>
      <w:r w:rsidRPr="00097604">
        <w:rPr>
          <w:color w:val="000000"/>
          <w:sz w:val="24"/>
          <w:szCs w:val="28"/>
        </w:rPr>
        <w:t>3. Năng lực nghiên cứu khoa học, phát triển công nghệ, chế tạo nguyên mẫu, tích hợp, thử nghiệm, đo lường, kiểm định, chứng nhận, sản xuất thử nghiệm, dữ liệu hoặc năng lực khác cần đạt.</w:t>
      </w:r>
    </w:p>
    <w:p w14:paraId="7D75907A" w14:textId="77777777" w:rsidR="00BF043B" w:rsidRPr="00097604" w:rsidRDefault="00971749" w:rsidP="0082611F">
      <w:pPr>
        <w:spacing w:after="0" w:line="252" w:lineRule="auto"/>
        <w:ind w:firstLine="720"/>
        <w:rPr>
          <w:sz w:val="28"/>
          <w:szCs w:val="28"/>
        </w:rPr>
      </w:pPr>
      <w:r w:rsidRPr="00097604">
        <w:rPr>
          <w:color w:val="000000"/>
          <w:sz w:val="24"/>
          <w:szCs w:val="28"/>
        </w:rPr>
        <w:t>4. Phạm vi phục vụ, khả năng liên ngành, liên vùng và mối liên hệ với cơ sở nghiên cứu, thử nghiệm có liên quan.</w:t>
      </w:r>
    </w:p>
    <w:p w14:paraId="223482F2" w14:textId="77777777" w:rsidR="00BF043B" w:rsidRPr="00097604" w:rsidRDefault="00971749" w:rsidP="0082611F">
      <w:pPr>
        <w:spacing w:after="0" w:line="252" w:lineRule="auto"/>
        <w:ind w:firstLine="0"/>
        <w:rPr>
          <w:b/>
          <w:sz w:val="28"/>
          <w:szCs w:val="28"/>
        </w:rPr>
      </w:pPr>
      <w:r w:rsidRPr="00097604">
        <w:rPr>
          <w:b/>
          <w:color w:val="000000"/>
          <w:sz w:val="24"/>
        </w:rPr>
        <w:t>IV. NĂNG LỰC CỦA TỔ CHỨC ĐẦU MỐI DỰ KIẾN QUẢN LÝ, VẬN HÀNH</w:t>
      </w:r>
    </w:p>
    <w:p w14:paraId="539043AC" w14:textId="77777777" w:rsidR="00BF043B" w:rsidRPr="00097604" w:rsidRDefault="00971749" w:rsidP="0082611F">
      <w:pPr>
        <w:spacing w:after="0" w:line="252" w:lineRule="auto"/>
        <w:ind w:firstLine="720"/>
        <w:rPr>
          <w:sz w:val="28"/>
          <w:szCs w:val="28"/>
        </w:rPr>
      </w:pPr>
      <w:r w:rsidRPr="00097604">
        <w:rPr>
          <w:color w:val="000000"/>
          <w:sz w:val="24"/>
          <w:szCs w:val="28"/>
        </w:rPr>
        <w:t>1. Tư cách pháp lý, chức năng, kinh nghiệm quản lý hạ tầng và thực hiện nhiệm vụ khoa học, công nghệ của tổ chức đầu mối hoặc tổ chức được giao chuẩn bị đề xuất.</w:t>
      </w:r>
    </w:p>
    <w:p w14:paraId="6080FB71" w14:textId="77777777" w:rsidR="00BF043B" w:rsidRPr="00097604" w:rsidRDefault="00971749" w:rsidP="0082611F">
      <w:pPr>
        <w:spacing w:after="0" w:line="252" w:lineRule="auto"/>
        <w:ind w:firstLine="720"/>
        <w:rPr>
          <w:sz w:val="28"/>
          <w:szCs w:val="28"/>
        </w:rPr>
      </w:pPr>
      <w:r w:rsidRPr="00097604">
        <w:rPr>
          <w:color w:val="000000"/>
          <w:sz w:val="24"/>
          <w:szCs w:val="28"/>
        </w:rPr>
        <w:t>2. Kết quả nghiên cứu, phát triển công nghệ, thử nghiệm, chuyển giao công nghệ và quản lý hạ tầng có liên quan, thể hiện kinh nghiệm và năng lực hiện có của tổ chức đầu mối dự kiến quản lý, vận hành; trường hợp sáp nhập, hợp nhất hoặc tổ chức lại, nêu kết quả của tổ chức tiền thân kèm tài liệu chứng minh.</w:t>
      </w:r>
    </w:p>
    <w:p w14:paraId="4F3B15B6" w14:textId="77777777" w:rsidR="00BF043B" w:rsidRPr="00097604" w:rsidRDefault="00971749" w:rsidP="0082611F">
      <w:pPr>
        <w:spacing w:after="0" w:line="252" w:lineRule="auto"/>
        <w:ind w:firstLine="720"/>
        <w:rPr>
          <w:sz w:val="28"/>
          <w:szCs w:val="28"/>
        </w:rPr>
      </w:pPr>
      <w:r w:rsidRPr="00097604">
        <w:rPr>
          <w:color w:val="000000"/>
          <w:sz w:val="24"/>
          <w:szCs w:val="28"/>
        </w:rPr>
        <w:t>3. Đội ngũ nhân lực nòng cốt và nhân sự chủ chốt hiện có hoặc dự kiến huy động; người đứng đầu hoặc dự kiến đứng đầu; nhóm nghiên cứu, kỹ sư nghiên cứu, kỹ sư vận hành, kỹ thuật viên và nhân lực chuyên môn đặc thù. Làm rõ vai trò, trình độ, kinh nghiệm, nguồn huy động, thời điểm sẵn sàng tham gia và phương án duy trì đội ngũ. Khi phù hợp, nêu năng lực đào tạo, phát triển nghiên cứu sinh, kỹ sư nghiên cứu, nhà khoa học trẻ và nhân lực vận hành.</w:t>
      </w:r>
    </w:p>
    <w:p w14:paraId="28BCC408" w14:textId="77777777" w:rsidR="00BF043B" w:rsidRPr="00097604" w:rsidRDefault="00971749" w:rsidP="0082611F">
      <w:pPr>
        <w:spacing w:after="0" w:line="252" w:lineRule="auto"/>
        <w:ind w:firstLine="720"/>
        <w:rPr>
          <w:sz w:val="28"/>
          <w:szCs w:val="28"/>
        </w:rPr>
      </w:pPr>
      <w:r w:rsidRPr="00097604">
        <w:rPr>
          <w:color w:val="000000"/>
          <w:sz w:val="24"/>
          <w:szCs w:val="28"/>
        </w:rPr>
        <w:t>4. Hiện trạng mặt bằng, công trình, thiết bị, dữ liệu, quy trình và tài sản có thể kế thừa; mức độ sử dụng và khả năng tiếp tục khai thác.</w:t>
      </w:r>
    </w:p>
    <w:p w14:paraId="6CB9235F" w14:textId="77777777" w:rsidR="00BF043B" w:rsidRPr="00097604" w:rsidRDefault="00971749" w:rsidP="0082611F">
      <w:pPr>
        <w:spacing w:after="0" w:line="252" w:lineRule="auto"/>
        <w:ind w:firstLine="720"/>
        <w:rPr>
          <w:sz w:val="28"/>
          <w:szCs w:val="28"/>
        </w:rPr>
      </w:pPr>
      <w:r>
        <w:rPr>
          <w:color w:val="000000"/>
          <w:sz w:val="24"/>
        </w:rPr>
        <w:t>5. Khả năng tiếp cận tri thức, chuyên gia, hợp tác chuyên môn và người sử dụng cần thiết để hình thành, vận hành và phát triển năng lực.</w:t>
      </w:r>
    </w:p>
    <w:p w14:paraId="158EE3C2" w14:textId="77777777" w:rsidR="00BF043B" w:rsidRPr="00097604" w:rsidRDefault="00971749" w:rsidP="0082611F">
      <w:pPr>
        <w:spacing w:after="0" w:line="252" w:lineRule="auto"/>
        <w:ind w:firstLine="0"/>
        <w:rPr>
          <w:sz w:val="28"/>
          <w:szCs w:val="28"/>
        </w:rPr>
      </w:pPr>
      <w:r w:rsidRPr="00097604">
        <w:rPr>
          <w:b/>
          <w:color w:val="000000"/>
          <w:sz w:val="24"/>
          <w:szCs w:val="28"/>
        </w:rPr>
        <w:t>V. PHƯƠNG ÁN HÌNH THÀNH, BỔ SUNG VÀ DUY TRÌ NĂNG LỰC</w:t>
      </w:r>
    </w:p>
    <w:p w14:paraId="25C440DA" w14:textId="77777777" w:rsidR="00BF043B" w:rsidRPr="00097604" w:rsidRDefault="00971749" w:rsidP="0082611F">
      <w:pPr>
        <w:spacing w:after="0" w:line="252" w:lineRule="auto"/>
        <w:ind w:firstLine="720"/>
        <w:rPr>
          <w:sz w:val="28"/>
          <w:szCs w:val="28"/>
        </w:rPr>
      </w:pPr>
      <w:r w:rsidRPr="00097604">
        <w:rPr>
          <w:color w:val="000000"/>
          <w:sz w:val="24"/>
          <w:szCs w:val="28"/>
        </w:rPr>
        <w:t>1. Năng lực hiện có được kế thừa và năng lực cần bổ sung, nâng cấp hoặc kết nối; yêu cầu chức năng, kỹ thuật chủ yếu. Không yêu cầu xác định nhãn hiệu, kiểu loại hoặc đơn giá thiết bị.</w:t>
      </w:r>
    </w:p>
    <w:p w14:paraId="74F8A796" w14:textId="77777777" w:rsidR="00BF043B" w:rsidRPr="00097604" w:rsidRDefault="00971749" w:rsidP="0082611F">
      <w:pPr>
        <w:spacing w:after="0" w:line="252" w:lineRule="auto"/>
        <w:ind w:firstLine="720"/>
        <w:rPr>
          <w:sz w:val="28"/>
          <w:szCs w:val="28"/>
        </w:rPr>
      </w:pPr>
      <w:r>
        <w:rPr>
          <w:color w:val="000000"/>
          <w:sz w:val="24"/>
        </w:rPr>
        <w:t>2. Phương án hình thành, phát triển năng lực, gồm phần năng lực hiện có tiếp tục sử dụng; phần cần nâng cấp, kết nối; phần cần bổ sung hoặc hình thành mới và mối liên hệ giữa các phần.</w:t>
      </w:r>
    </w:p>
    <w:p w14:paraId="02420EC5" w14:textId="77777777" w:rsidR="00BF043B" w:rsidRPr="00097604" w:rsidRDefault="00971749" w:rsidP="0082611F">
      <w:pPr>
        <w:spacing w:after="0" w:line="252" w:lineRule="auto"/>
        <w:ind w:firstLine="720"/>
        <w:rPr>
          <w:sz w:val="28"/>
          <w:szCs w:val="28"/>
        </w:rPr>
      </w:pPr>
      <w:r w:rsidRPr="00097604">
        <w:rPr>
          <w:color w:val="000000"/>
          <w:sz w:val="24"/>
          <w:szCs w:val="28"/>
        </w:rPr>
        <w:t>3. Yêu cầu về hạ tầng kỹ thuật; tiêu chuẩn, quy chuẩn; an toàn, an ninh mạng, bảo vệ dữ liệu, bảo mật; an toàn sinh học, hóa chất, bức xạ, hạt nhân, chất thải, môi trường; truy xuất chuẩn đo lường, quyền sở hữu trí tuệ và yêu cầu chuyên ngành khi phù hợp.</w:t>
      </w:r>
    </w:p>
    <w:p w14:paraId="3B3D56FC" w14:textId="77777777" w:rsidR="00BF043B" w:rsidRPr="00097604" w:rsidRDefault="00971749" w:rsidP="0082611F">
      <w:pPr>
        <w:spacing w:after="0" w:line="252" w:lineRule="auto"/>
        <w:ind w:firstLine="720"/>
        <w:rPr>
          <w:sz w:val="28"/>
          <w:szCs w:val="28"/>
        </w:rPr>
      </w:pPr>
      <w:r w:rsidRPr="00097604">
        <w:rPr>
          <w:color w:val="000000"/>
          <w:sz w:val="24"/>
          <w:szCs w:val="28"/>
        </w:rPr>
        <w:t>4. Lộ trình hình thành năng lực theo các mốc chuẩn bị, hình thành hoặc nâng cấp, vận hành thử, khai thác; nhu cầu nhân lực, bảo trì, hiệu chuẩn, phần mềm, vật tư, nâng cấp và thay thế; điều kiện chuyên ngành cần đáp ứng trước khi đưa năng lực vào hoạt động; rủi ro lạc hậu công nghệ và biện pháp xử lý.</w:t>
      </w:r>
    </w:p>
    <w:p w14:paraId="3B3EDCF6" w14:textId="77777777" w:rsidR="00BF043B" w:rsidRPr="00097604" w:rsidRDefault="00971749" w:rsidP="0082611F">
      <w:pPr>
        <w:spacing w:after="0" w:line="252" w:lineRule="auto"/>
        <w:ind w:firstLine="720"/>
        <w:rPr>
          <w:sz w:val="28"/>
          <w:szCs w:val="28"/>
        </w:rPr>
      </w:pPr>
      <w:r>
        <w:rPr>
          <w:color w:val="000000"/>
          <w:sz w:val="24"/>
        </w:rPr>
        <w:t>5. Ước tính sơ bộ nhu cầu nguồn lực để hình thành, bổ sung hoặc nâng cấp năng lực chủ yếu và khả năng huy động tương ứng; nhu cầu nguồn lực duy trì hoạt động trong 05 năm đầu kể từ thời điểm dự kiến vận hành chính thức và nhu cầu nâng cấp, thay thế trong vòng đời còn lại. Phân biệt nhu cầu với nguồn đã được quyết định, nguồn có cam kết kèm điều kiện và nguồn dự kiến huy động; nêu phần chưa có nguồn bảo đảm và biện pháp xử lý. Được sử dụng khoảng giá trị, giả định hoặc kịch bản có căn cứ; không yêu cầu có quyết định bố trí kinh phí tại bước lựa chọn.</w:t>
      </w:r>
    </w:p>
    <w:p>
      <w:pPr>
        <w:spacing w:after="40" w:line="252" w:lineRule="auto"/>
        <w:ind w:firstLine="720"/>
        <w:rPr>
          <w:sz w:val="28"/>
          <w:szCs w:val="28"/>
        </w:rPr>
      </w:pPr>
      <w:r>
        <w:rPr>
          <w:rFonts w:ascii="Times New Roman" w:hAnsi="Times New Roman"/>
          <w:b/>
          <w:color w:val="000000"/>
          <w:sz w:val="22"/>
        </w:rPr>
        <w:t>Bảng 1. Nhu cầu nguồn lực để hình thành, bổ sung hoặc nâng cấp năng lực chủ yếu (ước tính sơ bộ; nêu đơn vị và căn cứ):</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c>
          <w:tcPr>
            <w:tcW w:type="dxa" w:w="2381"/>
            <w:vAlign w:val="center"/>
          </w:tcPr>
          <w:p>
            <w:pPr>
              <w:spacing w:before="0" w:after="0"/>
              <w:jc w:val="center"/>
            </w:pPr>
            <w:r>
              <w:rPr>
                <w:rFonts w:ascii="Times New Roman" w:hAnsi="Times New Roman"/>
                <w:b/>
                <w:color w:val="000000"/>
                <w:sz w:val="20"/>
              </w:rPr>
              <w:t>Năng lực cần hình thành, bổ sung hoặc nâng cấp</w:t>
            </w:r>
          </w:p>
        </w:tc>
        <w:tc>
          <w:tcPr>
            <w:tcW w:type="dxa" w:w="1871"/>
            <w:vAlign w:val="center"/>
          </w:tcPr>
          <w:p>
            <w:pPr>
              <w:spacing w:before="0" w:after="0"/>
              <w:jc w:val="center"/>
            </w:pPr>
            <w:r>
              <w:rPr>
                <w:rFonts w:ascii="Times New Roman" w:hAnsi="Times New Roman"/>
                <w:b/>
                <w:sz w:val="20"/>
              </w:rPr>
              <w:t>Nhu cầu nguồn lực ước tính</w:t>
            </w:r>
          </w:p>
        </w:tc>
        <w:tc>
          <w:tcPr>
            <w:tcW w:type="dxa" w:w="2154"/>
            <w:vAlign w:val="center"/>
          </w:tcPr>
          <w:p>
            <w:pPr>
              <w:spacing w:before="0" w:after="0"/>
              <w:jc w:val="center"/>
            </w:pPr>
            <w:r>
              <w:rPr>
                <w:rFonts w:ascii="Times New Roman" w:hAnsi="Times New Roman"/>
                <w:b/>
                <w:sz w:val="20"/>
              </w:rPr>
              <w:t>Căn cứ xác định</w:t>
            </w:r>
          </w:p>
        </w:tc>
        <w:tc>
          <w:tcPr>
            <w:tcW w:type="dxa" w:w="2551"/>
            <w:vAlign w:val="center"/>
          </w:tcPr>
          <w:p>
            <w:pPr>
              <w:spacing w:before="0" w:after="0"/>
              <w:jc w:val="center"/>
            </w:pPr>
            <w:r>
              <w:rPr>
                <w:rFonts w:ascii="Times New Roman" w:hAnsi="Times New Roman"/>
                <w:b/>
                <w:sz w:val="20"/>
              </w:rPr>
              <w:t>Nguồn dự kiến huy động và mức độ bảo đảm</w:t>
            </w:r>
          </w:p>
        </w:tc>
      </w:tr>
      <w:tr>
        <w:tc>
          <w:tcPr>
            <w:tcW w:type="dxa" w:w="2381"/>
            <w:vAlign w:val="center"/>
          </w:tcPr>
          <w:p>
            <w:pPr>
              <w:spacing w:before="0" w:after="0"/>
              <w:jc w:val="left"/>
            </w:pPr>
            <w:r>
              <w:rPr>
                <w:rFonts w:ascii="Times New Roman" w:hAnsi="Times New Roman"/>
                <w:color w:val="000000"/>
                <w:sz w:val="20"/>
              </w:rPr>
              <w:t>Năng lực nghiên cứu, thử nghiệm chủ yếu</w:t>
            </w:r>
          </w:p>
        </w:tc>
        <w:tc>
          <w:tcPr>
            <w:tcW w:type="dxa" w:w="1871"/>
            <w:vAlign w:val="center"/>
          </w:tcPr>
          <w:p>
            <w:pPr>
              <w:spacing w:before="0" w:after="0"/>
              <w:jc w:val="left"/>
            </w:pPr>
            <w:r>
              <w:rPr>
                <w:rFonts w:ascii="Times New Roman" w:hAnsi="Times New Roman"/>
                <w:sz w:val="20"/>
              </w:rPr>
              <w:t>…</w:t>
            </w:r>
          </w:p>
        </w:tc>
        <w:tc>
          <w:tcPr>
            <w:tcW w:type="dxa" w:w="2154"/>
            <w:vAlign w:val="center"/>
          </w:tcPr>
          <w:p>
            <w:pPr>
              <w:spacing w:before="0" w:after="0"/>
              <w:jc w:val="left"/>
            </w:pPr>
            <w:r>
              <w:rPr>
                <w:rFonts w:ascii="Times New Roman" w:hAnsi="Times New Roman"/>
                <w:color w:val="000000"/>
                <w:sz w:val="20"/>
              </w:rPr>
              <w:t>…</w:t>
            </w:r>
          </w:p>
        </w:tc>
        <w:tc>
          <w:tcPr>
            <w:tcW w:type="dxa" w:w="2551"/>
            <w:vAlign w:val="center"/>
          </w:tcPr>
          <w:p>
            <w:pPr>
              <w:spacing w:before="0" w:after="0"/>
              <w:jc w:val="left"/>
            </w:pPr>
            <w:r>
              <w:rPr>
                <w:rFonts w:ascii="Times New Roman" w:hAnsi="Times New Roman"/>
                <w:sz w:val="20"/>
              </w:rPr>
              <w:t>…</w:t>
            </w:r>
          </w:p>
        </w:tc>
      </w:tr>
      <w:tr>
        <w:tc>
          <w:tcPr>
            <w:tcW w:type="dxa" w:w="2381"/>
            <w:vAlign w:val="center"/>
          </w:tcPr>
          <w:p>
            <w:pPr>
              <w:spacing w:before="0" w:after="0"/>
              <w:jc w:val="left"/>
            </w:pPr>
            <w:r>
              <w:rPr>
                <w:rFonts w:ascii="Times New Roman" w:hAnsi="Times New Roman"/>
                <w:color w:val="000000"/>
                <w:sz w:val="20"/>
              </w:rPr>
              <w:t>Hạ tầng kỹ thuật phục vụ hình thành năng lực</w:t>
            </w:r>
          </w:p>
        </w:tc>
        <w:tc>
          <w:tcPr>
            <w:tcW w:type="dxa" w:w="1871"/>
            <w:vAlign w:val="center"/>
          </w:tcPr>
          <w:p>
            <w:pPr>
              <w:spacing w:before="0" w:after="0"/>
              <w:jc w:val="left"/>
            </w:pPr>
            <w:r>
              <w:rPr>
                <w:rFonts w:ascii="Times New Roman" w:hAnsi="Times New Roman"/>
                <w:sz w:val="20"/>
              </w:rPr>
              <w:t>…</w:t>
            </w:r>
          </w:p>
        </w:tc>
        <w:tc>
          <w:tcPr>
            <w:tcW w:type="dxa" w:w="2154"/>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r>
      <w:tr>
        <w:tc>
          <w:tcPr>
            <w:tcW w:type="dxa" w:w="2381"/>
            <w:vAlign w:val="center"/>
          </w:tcPr>
          <w:p>
            <w:pPr>
              <w:spacing w:before="0" w:after="0"/>
              <w:jc w:val="left"/>
            </w:pPr>
            <w:r>
              <w:rPr>
                <w:rFonts w:ascii="Times New Roman" w:hAnsi="Times New Roman"/>
                <w:color w:val="000000"/>
                <w:sz w:val="20"/>
              </w:rPr>
              <w:t>Nguồn lực cần thiết khác (nếu có)</w:t>
            </w:r>
          </w:p>
        </w:tc>
        <w:tc>
          <w:tcPr>
            <w:tcW w:type="dxa" w:w="1871"/>
            <w:vAlign w:val="center"/>
          </w:tcPr>
          <w:p>
            <w:pPr>
              <w:spacing w:before="0" w:after="0"/>
              <w:jc w:val="left"/>
            </w:pPr>
            <w:r>
              <w:rPr>
                <w:rFonts w:ascii="Times New Roman" w:hAnsi="Times New Roman"/>
                <w:color w:val="000000"/>
                <w:sz w:val="20"/>
              </w:rPr>
              <w:t>…</w:t>
            </w:r>
          </w:p>
        </w:tc>
        <w:tc>
          <w:tcPr>
            <w:tcW w:type="dxa" w:w="2154"/>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r>
    </w:tbl>
    <w:p>
      <w:pPr>
        <w:spacing w:after="40" w:line="252" w:lineRule="auto"/>
        <w:ind w:firstLine="720"/>
        <w:rPr>
          <w:sz w:val="28"/>
          <w:szCs w:val="28"/>
        </w:rPr>
      </w:pPr>
      <w:r>
        <w:rPr>
          <w:rFonts w:ascii="Times New Roman" w:hAnsi="Times New Roman"/>
          <w:b/>
          <w:color w:val="000000"/>
          <w:sz w:val="22"/>
        </w:rPr>
        <w:t>Bảng 2. Nhu cầu chi phí vận hành dự kiến trong 05 năm đầu (ước tính theo năm hoặc giai đoạn; nêu đơn vị và căn cứ):</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c>
          <w:tcPr>
            <w:tcW w:type="dxa" w:w="2324"/>
            <w:vAlign w:val="center"/>
          </w:tcPr>
          <w:p>
            <w:pPr>
              <w:spacing w:before="0" w:after="0"/>
              <w:jc w:val="center"/>
            </w:pPr>
            <w:r>
              <w:rPr>
                <w:rFonts w:ascii="Times New Roman" w:hAnsi="Times New Roman"/>
                <w:b/>
                <w:color w:val="000000"/>
                <w:sz w:val="20"/>
              </w:rPr>
              <w:t>Nội dung chi phí</w:t>
            </w:r>
          </w:p>
        </w:tc>
        <w:tc>
          <w:tcPr>
            <w:tcW w:type="dxa" w:w="2098"/>
            <w:vAlign w:val="center"/>
          </w:tcPr>
          <w:p>
            <w:pPr>
              <w:spacing w:before="0" w:after="0"/>
              <w:jc w:val="center"/>
            </w:pPr>
            <w:r>
              <w:rPr>
                <w:rFonts w:ascii="Times New Roman" w:hAnsi="Times New Roman"/>
                <w:b/>
                <w:sz w:val="20"/>
              </w:rPr>
              <w:t>Nhu cầu ước tính</w:t>
            </w:r>
          </w:p>
        </w:tc>
        <w:tc>
          <w:tcPr>
            <w:tcW w:type="dxa" w:w="2551"/>
            <w:vAlign w:val="center"/>
          </w:tcPr>
          <w:p>
            <w:pPr>
              <w:spacing w:before="0" w:after="0"/>
              <w:jc w:val="center"/>
            </w:pPr>
            <w:r>
              <w:rPr>
                <w:rFonts w:ascii="Times New Roman" w:hAnsi="Times New Roman"/>
                <w:b/>
                <w:color w:val="000000"/>
                <w:sz w:val="20"/>
              </w:rPr>
              <w:t>Căn cứ/giả định</w:t>
            </w:r>
          </w:p>
        </w:tc>
        <w:tc>
          <w:tcPr>
            <w:tcW w:type="dxa" w:w="1984"/>
            <w:vAlign w:val="center"/>
          </w:tcPr>
          <w:p>
            <w:pPr>
              <w:spacing w:before="0" w:after="0"/>
              <w:jc w:val="center"/>
            </w:pPr>
            <w:r>
              <w:rPr>
                <w:rFonts w:ascii="Times New Roman" w:hAnsi="Times New Roman"/>
                <w:b/>
                <w:sz w:val="20"/>
              </w:rPr>
              <w:t>Ghi chú</w:t>
            </w:r>
          </w:p>
        </w:tc>
      </w:tr>
      <w:tr>
        <w:tc>
          <w:tcPr>
            <w:tcW w:type="dxa" w:w="2324"/>
            <w:vAlign w:val="center"/>
          </w:tcPr>
          <w:p>
            <w:pPr>
              <w:spacing w:before="0" w:after="0"/>
              <w:jc w:val="left"/>
            </w:pPr>
            <w:r>
              <w:rPr>
                <w:rFonts w:ascii="Times New Roman" w:hAnsi="Times New Roman"/>
                <w:color w:val="000000"/>
                <w:sz w:val="20"/>
              </w:rPr>
              <w:t>Nhân lực vận hành thiết yếu</w:t>
            </w:r>
          </w:p>
        </w:tc>
        <w:tc>
          <w:tcPr>
            <w:tcW w:type="dxa" w:w="2098"/>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c>
          <w:tcPr>
            <w:tcW w:type="dxa" w:w="1984"/>
            <w:vAlign w:val="center"/>
          </w:tcPr>
          <w:p>
            <w:pPr>
              <w:spacing w:before="0" w:after="0"/>
              <w:jc w:val="left"/>
            </w:pPr>
            <w:r>
              <w:rPr>
                <w:rFonts w:ascii="Times New Roman" w:hAnsi="Times New Roman"/>
                <w:sz w:val="20"/>
              </w:rPr>
              <w:t>…</w:t>
            </w:r>
          </w:p>
        </w:tc>
      </w:tr>
      <w:tr>
        <w:tc>
          <w:tcPr>
            <w:tcW w:type="dxa" w:w="2324"/>
            <w:vAlign w:val="center"/>
          </w:tcPr>
          <w:p>
            <w:pPr>
              <w:spacing w:before="0" w:after="0"/>
              <w:jc w:val="left"/>
            </w:pPr>
            <w:r>
              <w:rPr>
                <w:rFonts w:ascii="Times New Roman" w:hAnsi="Times New Roman"/>
                <w:color w:val="000000"/>
                <w:sz w:val="20"/>
              </w:rPr>
              <w:t>Vật tư, tiện ích, phần mềm</w:t>
            </w:r>
          </w:p>
        </w:tc>
        <w:tc>
          <w:tcPr>
            <w:tcW w:type="dxa" w:w="2098"/>
            <w:vAlign w:val="center"/>
          </w:tcPr>
          <w:p>
            <w:pPr>
              <w:spacing w:before="0" w:after="0"/>
              <w:jc w:val="left"/>
            </w:pPr>
            <w:r>
              <w:rPr>
                <w:rFonts w:ascii="Times New Roman" w:hAnsi="Times New Roman"/>
                <w:color w:val="000000"/>
                <w:sz w:val="20"/>
              </w:rPr>
              <w:t>…</w:t>
            </w:r>
          </w:p>
        </w:tc>
        <w:tc>
          <w:tcPr>
            <w:tcW w:type="dxa" w:w="2551"/>
            <w:vAlign w:val="center"/>
          </w:tcPr>
          <w:p>
            <w:pPr>
              <w:spacing w:before="0" w:after="0"/>
              <w:jc w:val="left"/>
            </w:pPr>
            <w:r>
              <w:rPr>
                <w:rFonts w:ascii="Times New Roman" w:hAnsi="Times New Roman"/>
                <w:sz w:val="20"/>
              </w:rPr>
              <w:t>…</w:t>
            </w:r>
          </w:p>
        </w:tc>
        <w:tc>
          <w:tcPr>
            <w:tcW w:type="dxa" w:w="1984"/>
            <w:vAlign w:val="center"/>
          </w:tcPr>
          <w:p>
            <w:pPr>
              <w:spacing w:before="0" w:after="0"/>
              <w:jc w:val="left"/>
            </w:pPr>
            <w:r>
              <w:rPr>
                <w:rFonts w:ascii="Times New Roman" w:hAnsi="Times New Roman"/>
                <w:sz w:val="20"/>
              </w:rPr>
              <w:t>…</w:t>
            </w:r>
          </w:p>
        </w:tc>
      </w:tr>
      <w:tr>
        <w:tc>
          <w:tcPr>
            <w:tcW w:type="dxa" w:w="2324"/>
            <w:vAlign w:val="center"/>
          </w:tcPr>
          <w:p>
            <w:pPr>
              <w:spacing w:before="0" w:after="0"/>
              <w:jc w:val="left"/>
            </w:pPr>
            <w:r>
              <w:rPr>
                <w:rFonts w:ascii="Times New Roman" w:hAnsi="Times New Roman"/>
                <w:color w:val="000000"/>
                <w:sz w:val="20"/>
              </w:rPr>
              <w:t>Bảo trì, hiệu chuẩn, an toàn</w:t>
            </w:r>
          </w:p>
        </w:tc>
        <w:tc>
          <w:tcPr>
            <w:tcW w:type="dxa" w:w="2098"/>
            <w:vAlign w:val="center"/>
          </w:tcPr>
          <w:p>
            <w:pPr>
              <w:spacing w:before="0" w:after="0"/>
              <w:jc w:val="left"/>
            </w:pPr>
            <w:r>
              <w:rPr>
                <w:rFonts w:ascii="Times New Roman" w:hAnsi="Times New Roman"/>
                <w:color w:val="000000"/>
                <w:sz w:val="20"/>
              </w:rPr>
              <w:t>…</w:t>
            </w:r>
          </w:p>
        </w:tc>
        <w:tc>
          <w:tcPr>
            <w:tcW w:type="dxa" w:w="2551"/>
            <w:vAlign w:val="center"/>
          </w:tcPr>
          <w:p>
            <w:pPr>
              <w:spacing w:before="0" w:after="0"/>
              <w:jc w:val="left"/>
            </w:pPr>
            <w:r>
              <w:rPr>
                <w:rFonts w:ascii="Times New Roman" w:hAnsi="Times New Roman"/>
                <w:sz w:val="20"/>
              </w:rPr>
              <w:t>…</w:t>
            </w:r>
          </w:p>
        </w:tc>
        <w:tc>
          <w:tcPr>
            <w:tcW w:type="dxa" w:w="1984"/>
            <w:vAlign w:val="center"/>
          </w:tcPr>
          <w:p>
            <w:pPr>
              <w:spacing w:before="0" w:after="0"/>
              <w:jc w:val="left"/>
            </w:pPr>
            <w:r>
              <w:rPr>
                <w:rFonts w:ascii="Times New Roman" w:hAnsi="Times New Roman"/>
                <w:sz w:val="20"/>
              </w:rPr>
              <w:t>…</w:t>
            </w:r>
          </w:p>
        </w:tc>
      </w:tr>
      <w:tr>
        <w:tc>
          <w:tcPr>
            <w:tcW w:type="dxa" w:w="2324"/>
            <w:vAlign w:val="center"/>
          </w:tcPr>
          <w:p>
            <w:pPr>
              <w:spacing w:before="0" w:after="0"/>
              <w:jc w:val="left"/>
            </w:pPr>
            <w:r>
              <w:rPr>
                <w:rFonts w:ascii="Times New Roman" w:hAnsi="Times New Roman"/>
                <w:color w:val="000000"/>
                <w:sz w:val="20"/>
              </w:rPr>
              <w:t>Nâng cấp, thay thế</w:t>
            </w:r>
          </w:p>
        </w:tc>
        <w:tc>
          <w:tcPr>
            <w:tcW w:type="dxa" w:w="2098"/>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c>
          <w:tcPr>
            <w:tcW w:type="dxa" w:w="1984"/>
            <w:vAlign w:val="center"/>
          </w:tcPr>
          <w:p>
            <w:pPr>
              <w:spacing w:before="0" w:after="0"/>
              <w:jc w:val="left"/>
            </w:pPr>
            <w:r>
              <w:rPr>
                <w:rFonts w:ascii="Times New Roman" w:hAnsi="Times New Roman"/>
                <w:sz w:val="20"/>
              </w:rPr>
              <w:t>…</w:t>
            </w:r>
          </w:p>
        </w:tc>
      </w:tr>
      <w:tr>
        <w:tc>
          <w:tcPr>
            <w:tcW w:type="dxa" w:w="2324"/>
            <w:vAlign w:val="center"/>
          </w:tcPr>
          <w:p>
            <w:pPr>
              <w:spacing w:before="0" w:after="0"/>
              <w:jc w:val="left"/>
            </w:pPr>
            <w:r>
              <w:rPr>
                <w:rFonts w:ascii="Times New Roman" w:hAnsi="Times New Roman"/>
                <w:color w:val="000000"/>
                <w:sz w:val="20"/>
              </w:rPr>
              <w:t>Chi phí khác (nếu có)</w:t>
            </w:r>
          </w:p>
        </w:tc>
        <w:tc>
          <w:tcPr>
            <w:tcW w:type="dxa" w:w="2098"/>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c>
          <w:tcPr>
            <w:tcW w:type="dxa" w:w="1984"/>
            <w:vAlign w:val="center"/>
          </w:tcPr>
          <w:p>
            <w:pPr>
              <w:spacing w:before="0" w:after="0"/>
              <w:jc w:val="left"/>
            </w:pPr>
            <w:r>
              <w:rPr>
                <w:rFonts w:ascii="Times New Roman" w:hAnsi="Times New Roman"/>
                <w:sz w:val="20"/>
              </w:rPr>
              <w:t>…</w:t>
            </w:r>
          </w:p>
        </w:tc>
      </w:tr>
    </w:tbl>
    <w:p>
      <w:pPr>
        <w:spacing w:before="100" w:after="40"/>
      </w:pPr>
      <w:r>
        <w:rPr>
          <w:rFonts w:ascii="Times New Roman" w:hAnsi="Times New Roman"/>
          <w:b/>
          <w:color w:val="000000"/>
          <w:sz w:val="22"/>
        </w:rPr>
        <w:t>Bảng 3. Nguồn dự kiến bảo đảm, phần chưa có nguồn bảo đảm và phương án xử lý:</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c>
          <w:tcPr>
            <w:tcW w:type="dxa" w:w="2381"/>
            <w:vAlign w:val="center"/>
          </w:tcPr>
          <w:p>
            <w:pPr>
              <w:spacing w:before="0" w:after="0"/>
              <w:jc w:val="center"/>
            </w:pPr>
            <w:r>
              <w:rPr>
                <w:rFonts w:ascii="Times New Roman" w:hAnsi="Times New Roman"/>
                <w:b/>
                <w:color w:val="000000"/>
                <w:sz w:val="20"/>
              </w:rPr>
              <w:t>Nguồn dự kiến bảo đảm và giai đoạn sử dụng</w:t>
            </w:r>
          </w:p>
        </w:tc>
        <w:tc>
          <w:tcPr>
            <w:tcW w:type="dxa" w:w="1871"/>
            <w:vAlign w:val="center"/>
          </w:tcPr>
          <w:p>
            <w:pPr>
              <w:spacing w:before="0" w:after="0"/>
              <w:jc w:val="center"/>
            </w:pPr>
            <w:r>
              <w:rPr>
                <w:rFonts w:ascii="Times New Roman" w:hAnsi="Times New Roman"/>
                <w:b/>
                <w:sz w:val="20"/>
              </w:rPr>
              <w:t>Giá trị/giai đoạn</w:t>
            </w:r>
          </w:p>
        </w:tc>
        <w:tc>
          <w:tcPr>
            <w:tcW w:type="dxa" w:w="2154"/>
            <w:vAlign w:val="center"/>
          </w:tcPr>
          <w:p>
            <w:pPr>
              <w:spacing w:before="0" w:after="0"/>
              <w:jc w:val="center"/>
            </w:pPr>
            <w:r>
              <w:rPr>
                <w:rFonts w:ascii="Times New Roman" w:hAnsi="Times New Roman"/>
                <w:b/>
                <w:sz w:val="20"/>
              </w:rPr>
              <w:t>Tình trạng/căn cứ</w:t>
            </w:r>
          </w:p>
        </w:tc>
        <w:tc>
          <w:tcPr>
            <w:tcW w:type="dxa" w:w="2551"/>
            <w:vAlign w:val="center"/>
          </w:tcPr>
          <w:p>
            <w:pPr>
              <w:spacing w:before="0" w:after="0"/>
              <w:jc w:val="center"/>
            </w:pPr>
            <w:r>
              <w:rPr>
                <w:rFonts w:ascii="Times New Roman" w:hAnsi="Times New Roman"/>
                <w:b/>
                <w:sz w:val="20"/>
              </w:rPr>
              <w:t>Điều kiện, thời điểm huy động</w:t>
            </w:r>
          </w:p>
        </w:tc>
      </w:tr>
      <w:tr>
        <w:tc>
          <w:tcPr>
            <w:tcW w:type="dxa" w:w="2381"/>
            <w:vAlign w:val="center"/>
          </w:tcPr>
          <w:p>
            <w:pPr>
              <w:spacing w:before="0" w:after="0"/>
              <w:jc w:val="left"/>
            </w:pPr>
            <w:r>
              <w:rPr>
                <w:rFonts w:ascii="Times New Roman" w:hAnsi="Times New Roman"/>
                <w:color w:val="000000"/>
                <w:sz w:val="20"/>
              </w:rPr>
              <w:t>Ngân sách, nhiệm vụ, hỗ trợ hợp pháp</w:t>
            </w:r>
          </w:p>
        </w:tc>
        <w:tc>
          <w:tcPr>
            <w:tcW w:type="dxa" w:w="1871"/>
            <w:vAlign w:val="center"/>
          </w:tcPr>
          <w:p>
            <w:pPr>
              <w:spacing w:before="0" w:after="0"/>
              <w:jc w:val="left"/>
            </w:pPr>
            <w:r>
              <w:rPr>
                <w:rFonts w:ascii="Times New Roman" w:hAnsi="Times New Roman"/>
                <w:sz w:val="20"/>
              </w:rPr>
              <w:t>…</w:t>
            </w:r>
          </w:p>
        </w:tc>
        <w:tc>
          <w:tcPr>
            <w:tcW w:type="dxa" w:w="2154"/>
            <w:vAlign w:val="center"/>
          </w:tcPr>
          <w:p>
            <w:pPr>
              <w:spacing w:before="0" w:after="0"/>
              <w:jc w:val="left"/>
            </w:pPr>
            <w:r>
              <w:rPr>
                <w:rFonts w:ascii="Times New Roman" w:hAnsi="Times New Roman"/>
                <w:color w:val="000000"/>
                <w:sz w:val="20"/>
              </w:rPr>
              <w:t>…</w:t>
            </w:r>
          </w:p>
        </w:tc>
        <w:tc>
          <w:tcPr>
            <w:tcW w:type="dxa" w:w="2551"/>
            <w:vAlign w:val="center"/>
          </w:tcPr>
          <w:p>
            <w:pPr>
              <w:spacing w:before="0" w:after="0"/>
              <w:jc w:val="left"/>
            </w:pPr>
            <w:r>
              <w:rPr>
                <w:rFonts w:ascii="Times New Roman" w:hAnsi="Times New Roman"/>
                <w:sz w:val="20"/>
              </w:rPr>
              <w:t>…</w:t>
            </w:r>
          </w:p>
        </w:tc>
      </w:tr>
      <w:tr>
        <w:tc>
          <w:tcPr>
            <w:tcW w:type="dxa" w:w="2381"/>
            <w:vAlign w:val="center"/>
          </w:tcPr>
          <w:p>
            <w:pPr>
              <w:spacing w:before="0" w:after="0"/>
              <w:jc w:val="left"/>
            </w:pPr>
            <w:r>
              <w:rPr>
                <w:rFonts w:ascii="Times New Roman" w:hAnsi="Times New Roman"/>
                <w:color w:val="000000"/>
                <w:sz w:val="20"/>
              </w:rPr>
              <w:t>Hợp tác của tổ chức, doanh nghiệp</w:t>
            </w:r>
          </w:p>
        </w:tc>
        <w:tc>
          <w:tcPr>
            <w:tcW w:type="dxa" w:w="1871"/>
            <w:vAlign w:val="center"/>
          </w:tcPr>
          <w:p>
            <w:pPr>
              <w:spacing w:before="0" w:after="0"/>
              <w:jc w:val="left"/>
            </w:pPr>
            <w:r>
              <w:rPr>
                <w:rFonts w:ascii="Times New Roman" w:hAnsi="Times New Roman"/>
                <w:sz w:val="20"/>
              </w:rPr>
              <w:t>…</w:t>
            </w:r>
          </w:p>
        </w:tc>
        <w:tc>
          <w:tcPr>
            <w:tcW w:type="dxa" w:w="2154"/>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r>
      <w:tr>
        <w:tc>
          <w:tcPr>
            <w:tcW w:type="dxa" w:w="2381"/>
            <w:vAlign w:val="center"/>
          </w:tcPr>
          <w:p>
            <w:pPr>
              <w:spacing w:before="0" w:after="0"/>
              <w:jc w:val="left"/>
            </w:pPr>
            <w:r>
              <w:rPr>
                <w:rFonts w:ascii="Times New Roman" w:hAnsi="Times New Roman"/>
                <w:color w:val="000000"/>
                <w:sz w:val="20"/>
              </w:rPr>
              <w:t>Thu dịch vụ hoặc nguồn khác</w:t>
            </w:r>
          </w:p>
        </w:tc>
        <w:tc>
          <w:tcPr>
            <w:tcW w:type="dxa" w:w="1871"/>
            <w:vAlign w:val="center"/>
          </w:tcPr>
          <w:p>
            <w:pPr>
              <w:spacing w:before="0" w:after="0"/>
              <w:jc w:val="left"/>
            </w:pPr>
            <w:r>
              <w:rPr>
                <w:rFonts w:ascii="Times New Roman" w:hAnsi="Times New Roman"/>
                <w:color w:val="000000"/>
                <w:sz w:val="20"/>
              </w:rPr>
              <w:t>…</w:t>
            </w:r>
          </w:p>
        </w:tc>
        <w:tc>
          <w:tcPr>
            <w:tcW w:type="dxa" w:w="2154"/>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r>
      <w:tr>
        <w:tc>
          <w:tcPr>
            <w:tcW w:type="dxa" w:w="2381"/>
            <w:vAlign w:val="center"/>
          </w:tcPr>
          <w:p>
            <w:pPr>
              <w:spacing w:before="0" w:after="0"/>
              <w:jc w:val="left"/>
            </w:pPr>
            <w:r>
              <w:rPr>
                <w:rFonts w:ascii="Times New Roman" w:hAnsi="Times New Roman"/>
                <w:color w:val="000000"/>
                <w:sz w:val="20"/>
              </w:rPr>
              <w:t>Phần nhu cầu chưa bảo đảm; biện pháp xử lý</w:t>
            </w:r>
          </w:p>
        </w:tc>
        <w:tc>
          <w:tcPr>
            <w:tcW w:type="dxa" w:w="1871"/>
            <w:vAlign w:val="center"/>
          </w:tcPr>
          <w:p>
            <w:pPr>
              <w:spacing w:before="0" w:after="0"/>
              <w:jc w:val="left"/>
            </w:pPr>
            <w:r>
              <w:rPr>
                <w:rFonts w:ascii="Times New Roman" w:hAnsi="Times New Roman"/>
                <w:sz w:val="20"/>
              </w:rPr>
              <w:t>…</w:t>
            </w:r>
          </w:p>
        </w:tc>
        <w:tc>
          <w:tcPr>
            <w:tcW w:type="dxa" w:w="2154"/>
            <w:vAlign w:val="center"/>
          </w:tcPr>
          <w:p>
            <w:pPr>
              <w:spacing w:before="0" w:after="0"/>
              <w:jc w:val="left"/>
            </w:pPr>
            <w:r>
              <w:rPr>
                <w:rFonts w:ascii="Times New Roman" w:hAnsi="Times New Roman"/>
                <w:sz w:val="20"/>
              </w:rPr>
              <w:t>…</w:t>
            </w:r>
          </w:p>
        </w:tc>
        <w:tc>
          <w:tcPr>
            <w:tcW w:type="dxa" w:w="2551"/>
            <w:vAlign w:val="center"/>
          </w:tcPr>
          <w:p>
            <w:pPr>
              <w:spacing w:before="0" w:after="0"/>
              <w:jc w:val="left"/>
            </w:pPr>
            <w:r>
              <w:rPr>
                <w:rFonts w:ascii="Times New Roman" w:hAnsi="Times New Roman"/>
                <w:sz w:val="20"/>
              </w:rPr>
              <w:t>…</w:t>
            </w:r>
          </w:p>
        </w:tc>
      </w:tr>
    </w:tbl>
    <w:p>
      <w:pPr/>
      <w:r>
        <w:rPr>
          <w:rFonts w:ascii="Times New Roman" w:hAnsi="Times New Roman"/>
          <w:color w:val="000000"/>
          <w:sz w:val="21"/>
        </w:rPr>
        <w:t>Ghi chú: Xác định nguồn sử dụng cho giai đoạn hình thành hoặc vận hành; phân biệt nguồn đã có căn cứ bảo đảm với nguồn dự kiến huy động; không tính trùng nguồn lực.</w:t>
      </w:r>
    </w:p>
    <w:p w14:paraId="75AFAAEC" w14:textId="77777777" w:rsidR="00BF043B" w:rsidRPr="00097604" w:rsidRDefault="00971749" w:rsidP="0082611F">
      <w:pPr>
        <w:spacing w:after="0" w:line="252" w:lineRule="auto"/>
        <w:ind w:firstLine="0"/>
        <w:rPr>
          <w:sz w:val="28"/>
          <w:szCs w:val="28"/>
        </w:rPr>
      </w:pPr>
      <w:r w:rsidRPr="00097604">
        <w:rPr>
          <w:b/>
          <w:color w:val="000000"/>
          <w:sz w:val="24"/>
          <w:szCs w:val="28"/>
        </w:rPr>
        <w:t>VI. PHƯƠNG ÁN QUẢN LÝ, VẬN HÀNH, KẾT NỐI VÀ KHAI THÁC DÙNG CHUNG</w:t>
      </w:r>
    </w:p>
    <w:p w14:paraId="6F3D0C9A" w14:textId="77777777" w:rsidR="00BF043B" w:rsidRPr="00097604" w:rsidRDefault="00971749" w:rsidP="0082611F">
      <w:pPr>
        <w:spacing w:after="0" w:line="252" w:lineRule="auto"/>
        <w:ind w:firstLine="720"/>
        <w:rPr>
          <w:sz w:val="28"/>
          <w:szCs w:val="28"/>
        </w:rPr>
      </w:pPr>
      <w:r w:rsidRPr="00097604">
        <w:rPr>
          <w:color w:val="000000"/>
          <w:sz w:val="24"/>
          <w:szCs w:val="28"/>
        </w:rPr>
        <w:t>1. Mô hình tổ chức dự kiến; phân công trách nhiệm và năng lực quản trị.</w:t>
      </w:r>
    </w:p>
    <w:p w14:paraId="14196D4E" w14:textId="77777777" w:rsidR="00BF043B" w:rsidRPr="00097604" w:rsidRDefault="00971749" w:rsidP="0082611F">
      <w:pPr>
        <w:spacing w:after="0" w:line="252" w:lineRule="auto"/>
        <w:ind w:firstLine="720"/>
        <w:rPr>
          <w:sz w:val="28"/>
          <w:szCs w:val="28"/>
        </w:rPr>
      </w:pPr>
      <w:r>
        <w:rPr>
          <w:color w:val="000000"/>
          <w:sz w:val="24"/>
        </w:rPr>
        <w:t>2. Phạm vi năng lực dự kiến có thể khai thác dùng chung; hình thức cung cấp phù hợp (sử dụng trực tiếp, dịch vụ nghiên cứu, thử nghiệm hoặc hợp tác nghiên cứu); nhóm người sử dụng, điều kiện tiếp cận, phương thức đăng ký, điều phối sử dụng và cách theo dõi kết quả. Đối với hạ tầng đã có, nêu kết quả sử dụng thực tế khi có dữ liệu; đối với hạ tầng hình thành mới, nêu nhu cầu và chỉ tiêu dự kiến, không bắt buộc có doanh thu, hợp đồng dịch vụ, phần mềm đặt lịch hoặc kết quả vận hành thực tế.</w:t>
      </w:r>
    </w:p>
    <w:p>
      <w:pPr>
        <w:spacing w:after="40" w:line="252" w:lineRule="auto"/>
        <w:ind w:firstLine="720"/>
        <w:rPr>
          <w:sz w:val="28"/>
          <w:szCs w:val="28"/>
        </w:rPr>
      </w:pPr>
      <w:r>
        <w:rPr>
          <w:rFonts w:ascii="Times New Roman" w:hAnsi="Times New Roman"/>
          <w:b/>
          <w:color w:val="000000"/>
          <w:sz w:val="22"/>
        </w:rPr>
        <w:t>Bảng thông tin về khả năng khai thác dùng chung dự kiến:</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c>
          <w:tcPr>
            <w:tcW w:type="dxa" w:w="2438"/>
            <w:vAlign w:val="center"/>
          </w:tcPr>
          <w:p>
            <w:pPr>
              <w:spacing w:before="0" w:after="0"/>
              <w:jc w:val="center"/>
            </w:pPr>
            <w:r>
              <w:rPr>
                <w:rFonts w:ascii="Times New Roman" w:hAnsi="Times New Roman"/>
                <w:b/>
                <w:color w:val="000000"/>
                <w:sz w:val="20"/>
              </w:rPr>
              <w:t>Năng lực/dịch vụ dùng chung</w:t>
            </w:r>
          </w:p>
        </w:tc>
        <w:tc>
          <w:tcPr>
            <w:tcW w:type="dxa" w:w="2438"/>
            <w:vAlign w:val="center"/>
          </w:tcPr>
          <w:p>
            <w:pPr>
              <w:spacing w:before="0" w:after="0"/>
              <w:jc w:val="center"/>
            </w:pPr>
            <w:r>
              <w:rPr>
                <w:rFonts w:ascii="Times New Roman" w:hAnsi="Times New Roman"/>
                <w:b/>
                <w:sz w:val="20"/>
              </w:rPr>
              <w:t>Hình thức, điều kiện tiếp cận</w:t>
            </w:r>
          </w:p>
        </w:tc>
        <w:tc>
          <w:tcPr>
            <w:tcW w:type="dxa" w:w="2041"/>
            <w:vAlign w:val="center"/>
          </w:tcPr>
          <w:p>
            <w:pPr>
              <w:spacing w:before="0" w:after="0"/>
              <w:jc w:val="center"/>
            </w:pPr>
            <w:r>
              <w:rPr>
                <w:rFonts w:ascii="Times New Roman" w:hAnsi="Times New Roman"/>
                <w:b/>
                <w:sz w:val="20"/>
              </w:rPr>
              <w:t>Nhóm sử dụng/đáp ứng</w:t>
            </w:r>
          </w:p>
        </w:tc>
        <w:tc>
          <w:tcPr>
            <w:tcW w:type="dxa" w:w="2041"/>
            <w:vAlign w:val="center"/>
          </w:tcPr>
          <w:p>
            <w:pPr>
              <w:spacing w:before="0" w:after="0"/>
              <w:jc w:val="center"/>
            </w:pPr>
            <w:r>
              <w:rPr>
                <w:rFonts w:ascii="Times New Roman" w:hAnsi="Times New Roman"/>
                <w:b/>
                <w:sz w:val="20"/>
              </w:rPr>
              <w:t>Căn cứ kiểm chứng</w:t>
            </w:r>
          </w:p>
        </w:tc>
      </w:tr>
      <w:tr>
        <w:tc>
          <w:tcPr>
            <w:tcW w:type="dxa" w:w="2438"/>
            <w:vAlign w:val="center"/>
          </w:tcPr>
          <w:p>
            <w:pPr>
              <w:spacing w:before="0" w:after="0"/>
              <w:jc w:val="left"/>
            </w:pPr>
            <w:r>
              <w:rPr>
                <w:rFonts w:ascii="Times New Roman" w:hAnsi="Times New Roman"/>
                <w:color w:val="000000"/>
                <w:sz w:val="20"/>
              </w:rPr>
              <w:t>…</w:t>
            </w:r>
          </w:p>
        </w:tc>
        <w:tc>
          <w:tcPr>
            <w:tcW w:type="dxa" w:w="2438"/>
            <w:vAlign w:val="center"/>
          </w:tcPr>
          <w:p>
            <w:pPr>
              <w:spacing w:before="0" w:after="0"/>
              <w:jc w:val="left"/>
            </w:pPr>
            <w:r>
              <w:rPr>
                <w:rFonts w:ascii="Times New Roman" w:hAnsi="Times New Roman"/>
                <w:sz w:val="20"/>
              </w:rPr>
              <w:t>…</w:t>
            </w:r>
          </w:p>
        </w:tc>
        <w:tc>
          <w:tcPr>
            <w:tcW w:type="dxa" w:w="2041"/>
            <w:vAlign w:val="center"/>
          </w:tcPr>
          <w:p>
            <w:pPr>
              <w:spacing w:before="0" w:after="0"/>
              <w:jc w:val="left"/>
            </w:pPr>
            <w:r>
              <w:rPr>
                <w:rFonts w:ascii="Times New Roman" w:hAnsi="Times New Roman"/>
                <w:sz w:val="20"/>
              </w:rPr>
              <w:t>…</w:t>
            </w:r>
          </w:p>
        </w:tc>
        <w:tc>
          <w:tcPr>
            <w:tcW w:type="dxa" w:w="2041"/>
            <w:vAlign w:val="center"/>
          </w:tcPr>
          <w:p>
            <w:pPr>
              <w:spacing w:before="0" w:after="0"/>
              <w:jc w:val="left"/>
            </w:pPr>
            <w:r>
              <w:rPr>
                <w:rFonts w:ascii="Times New Roman" w:hAnsi="Times New Roman"/>
                <w:sz w:val="20"/>
              </w:rPr>
              <w:t>…</w:t>
            </w:r>
          </w:p>
        </w:tc>
      </w:tr>
      <w:tr>
        <w:tc>
          <w:tcPr>
            <w:tcW w:type="dxa" w:w="2438"/>
            <w:vAlign w:val="center"/>
          </w:tcPr>
          <w:p>
            <w:pPr>
              <w:spacing w:before="0" w:after="0"/>
              <w:jc w:val="left"/>
            </w:pPr>
            <w:r>
              <w:rPr>
                <w:rFonts w:ascii="Times New Roman" w:hAnsi="Times New Roman"/>
                <w:color w:val="000000"/>
                <w:sz w:val="20"/>
              </w:rPr>
              <w:t>…</w:t>
            </w:r>
          </w:p>
        </w:tc>
        <w:tc>
          <w:tcPr>
            <w:tcW w:type="dxa" w:w="2438"/>
            <w:vAlign w:val="center"/>
          </w:tcPr>
          <w:p>
            <w:pPr>
              <w:spacing w:before="0" w:after="0"/>
              <w:jc w:val="left"/>
            </w:pPr>
            <w:r>
              <w:rPr>
                <w:rFonts w:ascii="Times New Roman" w:hAnsi="Times New Roman"/>
                <w:sz w:val="20"/>
              </w:rPr>
              <w:t>…</w:t>
            </w:r>
          </w:p>
        </w:tc>
        <w:tc>
          <w:tcPr>
            <w:tcW w:type="dxa" w:w="2041"/>
            <w:vAlign w:val="center"/>
          </w:tcPr>
          <w:p>
            <w:pPr>
              <w:spacing w:before="0" w:after="0"/>
              <w:jc w:val="left"/>
            </w:pPr>
            <w:r>
              <w:rPr>
                <w:rFonts w:ascii="Times New Roman" w:hAnsi="Times New Roman"/>
                <w:sz w:val="20"/>
              </w:rPr>
              <w:t>…</w:t>
            </w:r>
          </w:p>
        </w:tc>
        <w:tc>
          <w:tcPr>
            <w:tcW w:type="dxa" w:w="2041"/>
            <w:vAlign w:val="center"/>
          </w:tcPr>
          <w:p>
            <w:pPr>
              <w:spacing w:before="0" w:after="0"/>
              <w:jc w:val="left"/>
            </w:pPr>
            <w:r>
              <w:rPr>
                <w:rFonts w:ascii="Times New Roman" w:hAnsi="Times New Roman"/>
                <w:sz w:val="20"/>
              </w:rPr>
              <w:t>…</w:t>
            </w:r>
          </w:p>
        </w:tc>
      </w:tr>
    </w:tbl>
    <w:p w14:paraId="2E82F878" w14:textId="77777777" w:rsidR="00BF043B" w:rsidRPr="00097604" w:rsidRDefault="00971749" w:rsidP="0082611F">
      <w:pPr>
        <w:spacing w:after="0" w:line="252" w:lineRule="auto"/>
        <w:ind w:firstLine="720"/>
        <w:rPr>
          <w:sz w:val="28"/>
          <w:szCs w:val="28"/>
        </w:rPr>
      </w:pPr>
      <w:r w:rsidRPr="00097604">
        <w:rPr>
          <w:color w:val="000000"/>
          <w:sz w:val="24"/>
          <w:szCs w:val="28"/>
        </w:rPr>
        <w:t>3. Phương án quản trị dữ liệu, chuẩn dữ liệu, liên thông, chia sẻ thông tin, truy cập từ xa khi phù hợp; nguyên tắc về quyền sử dụng dữ liệu, quyền sở hữu trí tuệ, kết quả nghiên cứu phát sinh, an ninh mạng, bảo mật và phân loại thông tin theo quy định; đối với hạ tầng phân tán, làm rõ trách nhiệm của từng thành viên.</w:t>
      </w:r>
    </w:p>
    <w:p w14:paraId="428E9E87" w14:textId="77777777" w:rsidR="00BF043B" w:rsidRPr="00097604" w:rsidRDefault="00971749" w:rsidP="0082611F">
      <w:pPr>
        <w:spacing w:after="0" w:line="252" w:lineRule="auto"/>
        <w:ind w:firstLine="720"/>
        <w:rPr>
          <w:sz w:val="28"/>
          <w:szCs w:val="28"/>
        </w:rPr>
      </w:pPr>
      <w:r>
        <w:rPr>
          <w:color w:val="000000"/>
          <w:sz w:val="24"/>
        </w:rPr>
        <w:t>4. Cơ chế liên kết với doanh nghiệp, cơ sở nghiên cứu, cơ sở giáo dục đại học, địa phương và tổ chức, chuyên gia có liên quan.</w:t>
      </w:r>
    </w:p>
    <w:p>
      <w:pPr>
        <w:spacing w:after="40" w:line="252" w:lineRule="auto"/>
        <w:ind w:firstLine="720"/>
        <w:rPr>
          <w:sz w:val="28"/>
          <w:szCs w:val="28"/>
        </w:rPr>
      </w:pPr>
      <w:r>
        <w:rPr>
          <w:rFonts w:ascii="Times New Roman" w:hAnsi="Times New Roman"/>
          <w:b/>
          <w:color w:val="000000"/>
          <w:sz w:val="22"/>
        </w:rPr>
        <w:t>Bảng phân công trách nhiệm của các tổ chức tham gia (nếu có):</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c>
          <w:tcPr>
            <w:tcW w:type="dxa" w:w="2211"/>
            <w:vAlign w:val="center"/>
          </w:tcPr>
          <w:p>
            <w:pPr>
              <w:spacing w:before="0" w:after="0"/>
              <w:jc w:val="center"/>
            </w:pPr>
            <w:r>
              <w:rPr>
                <w:rFonts w:ascii="Times New Roman" w:hAnsi="Times New Roman"/>
                <w:b/>
                <w:color w:val="000000"/>
                <w:sz w:val="20"/>
              </w:rPr>
              <w:t>Tổ chức tham gia</w:t>
            </w:r>
          </w:p>
        </w:tc>
        <w:tc>
          <w:tcPr>
            <w:tcW w:type="dxa" w:w="2268"/>
            <w:vAlign w:val="center"/>
          </w:tcPr>
          <w:p>
            <w:pPr>
              <w:spacing w:before="0" w:after="0"/>
              <w:jc w:val="center"/>
            </w:pPr>
            <w:r>
              <w:rPr>
                <w:rFonts w:ascii="Times New Roman" w:hAnsi="Times New Roman"/>
                <w:b/>
                <w:color w:val="000000"/>
                <w:sz w:val="20"/>
              </w:rPr>
              <w:t>Năng lực/nguồn lực</w:t>
            </w:r>
          </w:p>
        </w:tc>
        <w:tc>
          <w:tcPr>
            <w:tcW w:type="dxa" w:w="2268"/>
            <w:vAlign w:val="center"/>
          </w:tcPr>
          <w:p>
            <w:pPr>
              <w:spacing w:before="0" w:after="0"/>
              <w:jc w:val="center"/>
            </w:pPr>
            <w:r>
              <w:rPr>
                <w:rFonts w:ascii="Times New Roman" w:hAnsi="Times New Roman"/>
                <w:b/>
                <w:sz w:val="20"/>
              </w:rPr>
              <w:t>Trách nhiệm, thời hạn</w:t>
            </w:r>
          </w:p>
        </w:tc>
        <w:tc>
          <w:tcPr>
            <w:tcW w:type="dxa" w:w="2211"/>
            <w:vAlign w:val="center"/>
          </w:tcPr>
          <w:p>
            <w:pPr>
              <w:spacing w:before="0" w:after="0"/>
              <w:jc w:val="center"/>
            </w:pPr>
            <w:r>
              <w:rPr>
                <w:rFonts w:ascii="Times New Roman" w:hAnsi="Times New Roman"/>
                <w:b/>
                <w:sz w:val="20"/>
              </w:rPr>
              <w:t>Căn cứ phối hợp</w:t>
            </w:r>
          </w:p>
        </w:tc>
      </w:tr>
      <w:tr>
        <w:tc>
          <w:tcPr>
            <w:tcW w:type="dxa" w:w="2211"/>
            <w:vAlign w:val="center"/>
          </w:tcPr>
          <w:p>
            <w:pPr>
              <w:spacing w:before="0" w:after="0"/>
              <w:jc w:val="left"/>
            </w:pPr>
            <w:r>
              <w:rPr>
                <w:rFonts w:ascii="Times New Roman" w:hAnsi="Times New Roman"/>
                <w:color w:val="000000"/>
                <w:sz w:val="20"/>
              </w:rPr>
              <w:t>…</w:t>
            </w:r>
          </w:p>
        </w:tc>
        <w:tc>
          <w:tcPr>
            <w:tcW w:type="dxa" w:w="2268"/>
            <w:vAlign w:val="center"/>
          </w:tcPr>
          <w:p>
            <w:pPr>
              <w:spacing w:before="0" w:after="0"/>
              <w:jc w:val="left"/>
            </w:pPr>
            <w:r>
              <w:rPr>
                <w:rFonts w:ascii="Times New Roman" w:hAnsi="Times New Roman"/>
                <w:sz w:val="20"/>
              </w:rPr>
              <w:t>…</w:t>
            </w:r>
          </w:p>
        </w:tc>
        <w:tc>
          <w:tcPr>
            <w:tcW w:type="dxa" w:w="2268"/>
            <w:vAlign w:val="center"/>
          </w:tcPr>
          <w:p>
            <w:pPr>
              <w:spacing w:before="0" w:after="0"/>
              <w:jc w:val="left"/>
            </w:pPr>
            <w:r>
              <w:rPr>
                <w:rFonts w:ascii="Times New Roman" w:hAnsi="Times New Roman"/>
                <w:sz w:val="20"/>
              </w:rPr>
              <w:t>…</w:t>
            </w:r>
          </w:p>
        </w:tc>
        <w:tc>
          <w:tcPr>
            <w:tcW w:type="dxa" w:w="2211"/>
            <w:vAlign w:val="center"/>
          </w:tcPr>
          <w:p>
            <w:pPr>
              <w:spacing w:before="0" w:after="0"/>
              <w:jc w:val="left"/>
            </w:pPr>
            <w:r>
              <w:rPr>
                <w:rFonts w:ascii="Times New Roman" w:hAnsi="Times New Roman"/>
                <w:sz w:val="20"/>
              </w:rPr>
              <w:t>…</w:t>
            </w:r>
          </w:p>
        </w:tc>
      </w:tr>
      <w:tr>
        <w:tc>
          <w:tcPr>
            <w:tcW w:type="dxa" w:w="2211"/>
            <w:vAlign w:val="center"/>
          </w:tcPr>
          <w:p>
            <w:pPr>
              <w:spacing w:before="0" w:after="0"/>
              <w:jc w:val="left"/>
            </w:pPr>
            <w:r>
              <w:rPr>
                <w:rFonts w:ascii="Times New Roman" w:hAnsi="Times New Roman"/>
                <w:color w:val="000000"/>
                <w:sz w:val="20"/>
              </w:rPr>
              <w:t>…</w:t>
            </w:r>
          </w:p>
        </w:tc>
        <w:tc>
          <w:tcPr>
            <w:tcW w:type="dxa" w:w="2268"/>
            <w:vAlign w:val="center"/>
          </w:tcPr>
          <w:p>
            <w:pPr>
              <w:spacing w:before="0" w:after="0"/>
              <w:jc w:val="left"/>
            </w:pPr>
            <w:r>
              <w:rPr>
                <w:rFonts w:ascii="Times New Roman" w:hAnsi="Times New Roman"/>
                <w:sz w:val="20"/>
              </w:rPr>
              <w:t>…</w:t>
            </w:r>
          </w:p>
        </w:tc>
        <w:tc>
          <w:tcPr>
            <w:tcW w:type="dxa" w:w="2268"/>
            <w:vAlign w:val="center"/>
          </w:tcPr>
          <w:p>
            <w:pPr>
              <w:spacing w:before="0" w:after="0"/>
              <w:jc w:val="left"/>
            </w:pPr>
            <w:r>
              <w:rPr>
                <w:rFonts w:ascii="Times New Roman" w:hAnsi="Times New Roman"/>
                <w:sz w:val="20"/>
              </w:rPr>
              <w:t>…</w:t>
            </w:r>
          </w:p>
        </w:tc>
        <w:tc>
          <w:tcPr>
            <w:tcW w:type="dxa" w:w="2211"/>
            <w:vAlign w:val="center"/>
          </w:tcPr>
          <w:p>
            <w:pPr>
              <w:spacing w:before="0" w:after="0"/>
              <w:jc w:val="left"/>
            </w:pPr>
            <w:r>
              <w:rPr>
                <w:rFonts w:ascii="Times New Roman" w:hAnsi="Times New Roman"/>
                <w:sz w:val="20"/>
              </w:rPr>
              <w:t>…</w:t>
            </w:r>
          </w:p>
        </w:tc>
      </w:tr>
    </w:tbl>
    <w:p>
      <w:pPr>
        <w:spacing w:after="0" w:line="252" w:lineRule="auto"/>
        <w:ind w:firstLine="720"/>
        <w:rPr>
          <w:sz w:val="28"/>
          <w:szCs w:val="28"/>
        </w:rPr>
      </w:pPr>
      <w:r>
        <w:rPr>
          <w:color w:val="000000"/>
          <w:sz w:val="24"/>
        </w:rPr>
        <w:t>Trường hợp có nhiều tổ chức tham gia, nêu tổ chức đầu mối, phần năng lực tham gia, trách nhiệm, nguyên tắc phối hợp và cách xử lý khi một bên thay đổi hoặc chấm dứt tham gia. Thỏa thuận nguyên tắc hoặc cam kết phối hợp là đủ tại bước lựa chọn; việc sử dụng tài sản, tài chính và hợp đồng chính thức thực hiện theo quy định của pháp luật.</w:t>
      </w:r>
    </w:p>
    <w:p w14:paraId="74647FF9" w14:textId="77777777" w:rsidR="00BF043B" w:rsidRPr="00097604" w:rsidRDefault="00971749" w:rsidP="0082611F">
      <w:pPr>
        <w:spacing w:after="0" w:line="252" w:lineRule="auto"/>
        <w:ind w:firstLine="0"/>
        <w:rPr>
          <w:b/>
          <w:sz w:val="28"/>
          <w:szCs w:val="28"/>
        </w:rPr>
      </w:pPr>
      <w:r w:rsidRPr="00097604">
        <w:rPr>
          <w:b/>
          <w:color w:val="000000"/>
          <w:sz w:val="24"/>
          <w:szCs w:val="28"/>
        </w:rPr>
        <w:t>VII. KẾT QUẢ ĐẦU RA VÀ TÁC ĐỘNG</w:t>
      </w:r>
    </w:p>
    <w:p w14:paraId="4E8E78FB" w14:textId="77777777" w:rsidR="00BF043B" w:rsidRPr="00097604" w:rsidRDefault="00971749" w:rsidP="0082611F">
      <w:pPr>
        <w:spacing w:after="0" w:line="252" w:lineRule="auto"/>
        <w:ind w:firstLine="720"/>
        <w:rPr>
          <w:sz w:val="28"/>
          <w:szCs w:val="28"/>
        </w:rPr>
      </w:pPr>
      <w:r>
        <w:rPr>
          <w:color w:val="000000"/>
          <w:sz w:val="24"/>
        </w:rPr>
        <w:t>1. Xác định chỉ tiêu đầu ra theo năm, giai đoạn hoặc mốc vận hành phù hợp; nêu số liệu hiện trạng hoặc căn cứ xác định điểm xuất phát, đơn vị đo và nguồn xác minh.</w:t>
      </w:r>
    </w:p>
    <w:p w14:paraId="4AC40309" w14:textId="77777777" w:rsidR="00BF043B" w:rsidRPr="00097604" w:rsidRDefault="00971749" w:rsidP="0082611F">
      <w:pPr>
        <w:spacing w:after="0" w:line="252" w:lineRule="auto"/>
        <w:ind w:firstLine="720"/>
        <w:rPr>
          <w:sz w:val="28"/>
          <w:szCs w:val="28"/>
        </w:rPr>
      </w:pPr>
      <w:r w:rsidRPr="00097604">
        <w:rPr>
          <w:color w:val="000000"/>
          <w:sz w:val="24"/>
          <w:szCs w:val="28"/>
        </w:rPr>
        <w:t>2. Chỉ tiêu về công nghệ, sản phẩm, nguyên mẫu, quy trình, dữ liệu, quyền sở hữu trí tuệ, tiêu chuẩn, quy chuẩn, dịch vụ thử nghiệm hoặc kết quả tương ứng.</w:t>
      </w:r>
    </w:p>
    <w:p w14:paraId="5CB53F8B" w14:textId="77777777" w:rsidR="00BF043B" w:rsidRPr="00097604" w:rsidRDefault="00971749" w:rsidP="0082611F">
      <w:pPr>
        <w:spacing w:after="0" w:line="252" w:lineRule="auto"/>
        <w:ind w:firstLine="720"/>
        <w:rPr>
          <w:sz w:val="28"/>
          <w:szCs w:val="28"/>
        </w:rPr>
      </w:pPr>
      <w:r w:rsidRPr="00097604">
        <w:rPr>
          <w:color w:val="000000"/>
          <w:sz w:val="24"/>
          <w:szCs w:val="28"/>
        </w:rPr>
        <w:t>3. Chỉ tiêu dự kiến về khai thác dùng chung phù hợp chức năng và giai đoạn hình thành: người sử dụng hoặc nhiệm vụ được phục vụ, phạm vi chia sẻ thiết bị, dữ liệu, dịch vụ, thời gian tiếp cận hoặc công suất khi có thể xác định; không bắt buộc sử dụng doanh thu hay số khách hàng thương mại làm chỉ tiêu chung.</w:t>
      </w:r>
    </w:p>
    <w:p w14:paraId="30539814" w14:textId="77777777" w:rsidR="00BF043B" w:rsidRPr="00097604" w:rsidRDefault="00971749" w:rsidP="0082611F">
      <w:pPr>
        <w:spacing w:after="0" w:line="252" w:lineRule="auto"/>
        <w:ind w:firstLine="720"/>
        <w:rPr>
          <w:sz w:val="28"/>
          <w:szCs w:val="28"/>
        </w:rPr>
      </w:pPr>
      <w:r w:rsidRPr="00097604">
        <w:rPr>
          <w:color w:val="000000"/>
          <w:sz w:val="24"/>
          <w:szCs w:val="28"/>
        </w:rPr>
        <w:t>4. Chỉ tiêu về đào tạo nghiên cứu sinh, kỹ sư nghiên cứu, nhà khoa học trẻ, nhân lực vận hành; phát triển nhóm nghiên cứu, hợp tác và chuyển giao khi phù hợp với loại hình và chức năng của hạ tầng.</w:t>
      </w:r>
    </w:p>
    <w:p w14:paraId="11FE1647" w14:textId="77777777" w:rsidR="00BF043B" w:rsidRPr="00097604" w:rsidRDefault="00971749" w:rsidP="0082611F">
      <w:pPr>
        <w:spacing w:after="0" w:line="252" w:lineRule="auto"/>
        <w:ind w:firstLine="720"/>
        <w:rPr>
          <w:sz w:val="28"/>
          <w:szCs w:val="28"/>
        </w:rPr>
      </w:pPr>
      <w:r w:rsidRPr="00097604">
        <w:rPr>
          <w:color w:val="000000"/>
          <w:sz w:val="24"/>
          <w:szCs w:val="28"/>
        </w:rPr>
        <w:t>5. Tác động dự kiến đối với làm chủ công nghệ chiến lược, sản phẩm công nghệ chiến lược, năng lực cạnh tranh, kinh tế - xã hội, môi trường, an toàn, đạo đức nghiên cứu, đạo đức công nghệ, an sinh xã hội và mục tiêu của Đề án khi phù hợp.</w:t>
      </w:r>
    </w:p>
    <w:tbl>
      <w:tblPr>
        <w:tblStyle w:val="TableGrid"/>
        <w:tblW w:w="0" w:type="auto"/>
        <w:jc w:val="center"/>
        <w:tblLook w:val="04A0" w:firstRow="1" w:lastRow="0" w:firstColumn="1" w:lastColumn="0" w:noHBand="0" w:noVBand="1"/>
      </w:tblPr>
      <w:tblGrid>
        <w:gridCol w:w="1274"/>
        <w:gridCol w:w="1257"/>
        <w:gridCol w:w="1270"/>
        <w:gridCol w:w="1300"/>
        <w:gridCol w:w="1380"/>
        <w:gridCol w:w="1330"/>
        <w:gridCol w:w="1251"/>
      </w:tblGrid>
      <w:tr w:rsidR="00BF043B" w:rsidRPr="00097604" w14:paraId="65AF3E87" w14:textId="77777777" w:rsidTr="0082611F">
        <w:trPr>
          <w:tblHeader/>
          <w:jc w:val="center"/>
        </w:trPr>
        <w:tc>
          <w:tcPr>
            <w:tcW w:w="1512" w:type="dxa"/>
            <w:vAlign w:val="center"/>
          </w:tcPr>
          <w:p w14:paraId="5BA9618E" w14:textId="77777777" w:rsidR="00BF043B" w:rsidRPr="00097604" w:rsidRDefault="00971749" w:rsidP="0082611F">
            <w:pPr>
              <w:spacing w:after="0"/>
              <w:ind w:firstLine="0"/>
              <w:jc w:val="center"/>
              <w:rPr>
                <w:sz w:val="28"/>
                <w:szCs w:val="28"/>
              </w:rPr>
            </w:pPr>
            <w:r w:rsidRPr="00097604">
              <w:rPr>
                <w:b/>
                <w:color w:val="000000"/>
                <w:sz w:val="22"/>
                <w:szCs w:val="28"/>
              </w:rPr>
              <w:t>STT</w:t>
            </w:r>
          </w:p>
        </w:tc>
        <w:tc>
          <w:tcPr>
            <w:tcW w:w="1512" w:type="dxa"/>
            <w:vAlign w:val="center"/>
          </w:tcPr>
          <w:p w14:paraId="0C107488" w14:textId="77777777" w:rsidR="00BF043B" w:rsidRPr="00097604" w:rsidRDefault="00971749" w:rsidP="0082611F">
            <w:pPr>
              <w:spacing w:after="0"/>
              <w:ind w:firstLine="0"/>
              <w:jc w:val="center"/>
              <w:rPr>
                <w:sz w:val="28"/>
                <w:szCs w:val="28"/>
              </w:rPr>
            </w:pPr>
            <w:r w:rsidRPr="00097604">
              <w:rPr>
                <w:b/>
                <w:sz w:val="22"/>
                <w:szCs w:val="28"/>
              </w:rPr>
              <w:t>Chỉ tiêu</w:t>
            </w:r>
          </w:p>
        </w:tc>
        <w:tc>
          <w:tcPr>
            <w:tcW w:w="1512" w:type="dxa"/>
            <w:vAlign w:val="center"/>
          </w:tcPr>
          <w:p w14:paraId="6E53471E" w14:textId="77777777" w:rsidR="00BF043B" w:rsidRPr="00097604" w:rsidRDefault="00971749" w:rsidP="0082611F">
            <w:pPr>
              <w:spacing w:after="0"/>
              <w:ind w:firstLine="0"/>
              <w:jc w:val="center"/>
              <w:rPr>
                <w:sz w:val="28"/>
                <w:szCs w:val="28"/>
              </w:rPr>
            </w:pPr>
            <w:r w:rsidRPr="00097604">
              <w:rPr>
                <w:b/>
                <w:sz w:val="22"/>
                <w:szCs w:val="28"/>
              </w:rPr>
              <w:t>Đơn vị đo</w:t>
            </w:r>
          </w:p>
        </w:tc>
        <w:tc>
          <w:tcPr>
            <w:tcW w:w="1512" w:type="dxa"/>
            <w:vAlign w:val="center"/>
          </w:tcPr>
          <w:p w14:paraId="0BDC2F34" w14:textId="77777777" w:rsidR="00BF043B" w:rsidRPr="00097604" w:rsidRDefault="00971749" w:rsidP="0082611F">
            <w:pPr>
              <w:spacing w:after="0"/>
              <w:ind w:firstLine="0"/>
              <w:jc w:val="center"/>
              <w:rPr>
                <w:sz w:val="28"/>
                <w:szCs w:val="28"/>
              </w:rPr>
            </w:pPr>
            <w:r w:rsidRPr="00097604">
              <w:rPr>
                <w:b/>
                <w:sz w:val="22"/>
                <w:szCs w:val="28"/>
              </w:rPr>
              <w:t>Số liệu hiện trạng</w:t>
            </w:r>
          </w:p>
        </w:tc>
        <w:tc>
          <w:tcPr>
            <w:tcW w:w="1512" w:type="dxa"/>
            <w:vAlign w:val="center"/>
          </w:tcPr>
          <w:p w14:paraId="190BA78C" w14:textId="77777777" w:rsidR="00BF043B" w:rsidRPr="00097604" w:rsidRDefault="00971749" w:rsidP="0082611F">
            <w:pPr>
              <w:spacing w:after="0"/>
              <w:ind w:firstLine="0"/>
              <w:jc w:val="center"/>
              <w:rPr>
                <w:sz w:val="28"/>
                <w:szCs w:val="28"/>
              </w:rPr>
            </w:pPr>
            <w:r w:rsidRPr="00097604">
              <w:rPr>
                <w:b/>
                <w:sz w:val="22"/>
                <w:szCs w:val="28"/>
              </w:rPr>
              <w:t>Mục tiêu/mốc thời gian</w:t>
            </w:r>
          </w:p>
        </w:tc>
        <w:tc>
          <w:tcPr>
            <w:tcW w:w="1512" w:type="dxa"/>
            <w:vAlign w:val="center"/>
          </w:tcPr>
          <w:p w14:paraId="6F276E8A" w14:textId="77777777" w:rsidR="00BF043B" w:rsidRPr="00097604" w:rsidRDefault="00971749" w:rsidP="0082611F">
            <w:pPr>
              <w:spacing w:after="0"/>
              <w:ind w:firstLine="0"/>
              <w:jc w:val="center"/>
              <w:rPr>
                <w:sz w:val="28"/>
                <w:szCs w:val="28"/>
              </w:rPr>
            </w:pPr>
            <w:r w:rsidRPr="00097604">
              <w:rPr>
                <w:b/>
                <w:sz w:val="22"/>
                <w:szCs w:val="28"/>
              </w:rPr>
              <w:t>Nguồn xác minh</w:t>
            </w:r>
          </w:p>
        </w:tc>
        <w:tc>
          <w:tcPr>
            <w:tcW w:w="1417" w:type="dxa"/>
          </w:tcPr>
          <w:p w14:paraId="56C88550" w14:textId="77777777" w:rsidR="00FC231D" w:rsidRPr="00097604" w:rsidRDefault="006018A6" w:rsidP="00F750EC">
            <w:pPr>
              <w:spacing w:after="0"/>
              <w:ind w:firstLine="0"/>
              <w:jc w:val="center"/>
              <w:rPr>
                <w:sz w:val="28"/>
                <w:szCs w:val="28"/>
              </w:rPr>
            </w:pPr>
            <w:r w:rsidRPr="00097604">
              <w:rPr>
                <w:b/>
                <w:sz w:val="22"/>
                <w:szCs w:val="28"/>
              </w:rPr>
              <w:t>Chủ thể chịu trách nhiệm</w:t>
            </w:r>
          </w:p>
        </w:tc>
      </w:tr>
      <w:tr w:rsidR="00BF043B" w:rsidRPr="00097604" w14:paraId="40C3DBCC" w14:textId="77777777" w:rsidTr="0082611F">
        <w:trPr>
          <w:jc w:val="center"/>
        </w:trPr>
        <w:tc>
          <w:tcPr>
            <w:tcW w:w="1512" w:type="dxa"/>
            <w:vAlign w:val="center"/>
          </w:tcPr>
          <w:p w14:paraId="0EFEB389" w14:textId="77777777" w:rsidR="00BF043B" w:rsidRPr="00097604" w:rsidRDefault="00BF043B" w:rsidP="0082611F">
            <w:pPr>
              <w:spacing w:after="0"/>
              <w:ind w:firstLine="0"/>
              <w:jc w:val="left"/>
              <w:rPr>
                <w:sz w:val="28"/>
                <w:szCs w:val="28"/>
              </w:rPr>
            </w:pPr>
          </w:p>
        </w:tc>
        <w:tc>
          <w:tcPr>
            <w:tcW w:w="1512" w:type="dxa"/>
            <w:vAlign w:val="center"/>
          </w:tcPr>
          <w:p w14:paraId="5C3A5739" w14:textId="77777777" w:rsidR="00BF043B" w:rsidRPr="00097604" w:rsidRDefault="00BF043B" w:rsidP="0082611F">
            <w:pPr>
              <w:spacing w:after="0"/>
              <w:ind w:firstLine="0"/>
              <w:jc w:val="left"/>
              <w:rPr>
                <w:sz w:val="28"/>
                <w:szCs w:val="28"/>
              </w:rPr>
            </w:pPr>
          </w:p>
        </w:tc>
        <w:tc>
          <w:tcPr>
            <w:tcW w:w="1512" w:type="dxa"/>
            <w:vAlign w:val="center"/>
          </w:tcPr>
          <w:p w14:paraId="45311859" w14:textId="77777777" w:rsidR="00BF043B" w:rsidRPr="00097604" w:rsidRDefault="00BF043B" w:rsidP="0082611F">
            <w:pPr>
              <w:spacing w:after="0"/>
              <w:ind w:firstLine="0"/>
              <w:jc w:val="left"/>
              <w:rPr>
                <w:sz w:val="28"/>
                <w:szCs w:val="28"/>
              </w:rPr>
            </w:pPr>
          </w:p>
        </w:tc>
        <w:tc>
          <w:tcPr>
            <w:tcW w:w="1512" w:type="dxa"/>
            <w:vAlign w:val="center"/>
          </w:tcPr>
          <w:p w14:paraId="077FE4BA" w14:textId="77777777" w:rsidR="00BF043B" w:rsidRPr="00097604" w:rsidRDefault="00BF043B" w:rsidP="0082611F">
            <w:pPr>
              <w:spacing w:after="0"/>
              <w:ind w:firstLine="0"/>
              <w:jc w:val="left"/>
              <w:rPr>
                <w:sz w:val="28"/>
                <w:szCs w:val="28"/>
              </w:rPr>
            </w:pPr>
          </w:p>
        </w:tc>
        <w:tc>
          <w:tcPr>
            <w:tcW w:w="1512" w:type="dxa"/>
            <w:vAlign w:val="center"/>
          </w:tcPr>
          <w:p w14:paraId="5076779B" w14:textId="77777777" w:rsidR="00BF043B" w:rsidRPr="00097604" w:rsidRDefault="00BF043B" w:rsidP="0082611F">
            <w:pPr>
              <w:spacing w:after="0"/>
              <w:ind w:firstLine="0"/>
              <w:jc w:val="left"/>
              <w:rPr>
                <w:sz w:val="28"/>
                <w:szCs w:val="28"/>
              </w:rPr>
            </w:pPr>
          </w:p>
        </w:tc>
        <w:tc>
          <w:tcPr>
            <w:tcW w:w="1512" w:type="dxa"/>
            <w:vAlign w:val="center"/>
          </w:tcPr>
          <w:p w14:paraId="6BD74C73" w14:textId="77777777" w:rsidR="00BF043B" w:rsidRPr="00097604" w:rsidRDefault="00BF043B" w:rsidP="0082611F">
            <w:pPr>
              <w:spacing w:after="0"/>
              <w:ind w:firstLine="0"/>
              <w:jc w:val="left"/>
              <w:rPr>
                <w:sz w:val="28"/>
                <w:szCs w:val="28"/>
              </w:rPr>
            </w:pPr>
          </w:p>
        </w:tc>
        <w:tc>
          <w:tcPr>
            <w:tcW w:w="1417" w:type="dxa"/>
          </w:tcPr>
          <w:p w14:paraId="3D9CBB22" w14:textId="77777777" w:rsidR="00FC231D" w:rsidRPr="00097604" w:rsidRDefault="00FC231D">
            <w:pPr>
              <w:spacing w:after="0"/>
            </w:pPr>
          </w:p>
        </w:tc>
      </w:tr>
      <w:tr w:rsidR="00BF043B" w:rsidRPr="00097604" w14:paraId="4E251ACC" w14:textId="77777777" w:rsidTr="0082611F">
        <w:trPr>
          <w:jc w:val="center"/>
        </w:trPr>
        <w:tc>
          <w:tcPr>
            <w:tcW w:w="1512" w:type="dxa"/>
            <w:vAlign w:val="center"/>
          </w:tcPr>
          <w:p w14:paraId="34D3EFC9" w14:textId="77777777" w:rsidR="00BF043B" w:rsidRPr="00097604" w:rsidRDefault="00BF043B" w:rsidP="0082611F">
            <w:pPr>
              <w:spacing w:after="0"/>
              <w:ind w:firstLine="0"/>
              <w:jc w:val="left"/>
              <w:rPr>
                <w:sz w:val="28"/>
                <w:szCs w:val="28"/>
              </w:rPr>
            </w:pPr>
          </w:p>
        </w:tc>
        <w:tc>
          <w:tcPr>
            <w:tcW w:w="1512" w:type="dxa"/>
            <w:vAlign w:val="center"/>
          </w:tcPr>
          <w:p w14:paraId="41A2C138" w14:textId="77777777" w:rsidR="00BF043B" w:rsidRPr="00097604" w:rsidRDefault="00BF043B" w:rsidP="0082611F">
            <w:pPr>
              <w:spacing w:after="0"/>
              <w:ind w:firstLine="0"/>
              <w:jc w:val="left"/>
              <w:rPr>
                <w:sz w:val="28"/>
                <w:szCs w:val="28"/>
              </w:rPr>
            </w:pPr>
          </w:p>
        </w:tc>
        <w:tc>
          <w:tcPr>
            <w:tcW w:w="1512" w:type="dxa"/>
            <w:vAlign w:val="center"/>
          </w:tcPr>
          <w:p w14:paraId="1BDB5AF6" w14:textId="77777777" w:rsidR="00BF043B" w:rsidRPr="00097604" w:rsidRDefault="00BF043B" w:rsidP="0082611F">
            <w:pPr>
              <w:spacing w:after="0"/>
              <w:ind w:firstLine="0"/>
              <w:jc w:val="left"/>
              <w:rPr>
                <w:sz w:val="28"/>
                <w:szCs w:val="28"/>
              </w:rPr>
            </w:pPr>
          </w:p>
        </w:tc>
        <w:tc>
          <w:tcPr>
            <w:tcW w:w="1512" w:type="dxa"/>
            <w:vAlign w:val="center"/>
          </w:tcPr>
          <w:p w14:paraId="493D4C22" w14:textId="77777777" w:rsidR="00BF043B" w:rsidRPr="00097604" w:rsidRDefault="00BF043B" w:rsidP="0082611F">
            <w:pPr>
              <w:spacing w:after="0"/>
              <w:ind w:firstLine="0"/>
              <w:jc w:val="left"/>
              <w:rPr>
                <w:sz w:val="28"/>
                <w:szCs w:val="28"/>
              </w:rPr>
            </w:pPr>
          </w:p>
        </w:tc>
        <w:tc>
          <w:tcPr>
            <w:tcW w:w="1512" w:type="dxa"/>
            <w:vAlign w:val="center"/>
          </w:tcPr>
          <w:p w14:paraId="4F9E9A1B" w14:textId="77777777" w:rsidR="00BF043B" w:rsidRPr="00097604" w:rsidRDefault="00BF043B" w:rsidP="0082611F">
            <w:pPr>
              <w:spacing w:after="0"/>
              <w:ind w:firstLine="0"/>
              <w:jc w:val="left"/>
              <w:rPr>
                <w:sz w:val="28"/>
                <w:szCs w:val="28"/>
              </w:rPr>
            </w:pPr>
          </w:p>
        </w:tc>
        <w:tc>
          <w:tcPr>
            <w:tcW w:w="1512" w:type="dxa"/>
            <w:vAlign w:val="center"/>
          </w:tcPr>
          <w:p w14:paraId="128ACAEA" w14:textId="77777777" w:rsidR="00BF043B" w:rsidRPr="00097604" w:rsidRDefault="00BF043B" w:rsidP="0082611F">
            <w:pPr>
              <w:spacing w:after="0"/>
              <w:ind w:firstLine="0"/>
              <w:jc w:val="left"/>
              <w:rPr>
                <w:sz w:val="28"/>
                <w:szCs w:val="28"/>
              </w:rPr>
            </w:pPr>
          </w:p>
        </w:tc>
        <w:tc>
          <w:tcPr>
            <w:tcW w:w="1417" w:type="dxa"/>
          </w:tcPr>
          <w:p w14:paraId="719722F6" w14:textId="77777777" w:rsidR="00FC231D" w:rsidRPr="00097604" w:rsidRDefault="00FC231D">
            <w:pPr>
              <w:spacing w:after="0"/>
            </w:pPr>
          </w:p>
        </w:tc>
      </w:tr>
      <w:tr w:rsidR="00BF043B" w:rsidRPr="00097604" w14:paraId="6A6339E3" w14:textId="77777777" w:rsidTr="0082611F">
        <w:trPr>
          <w:jc w:val="center"/>
        </w:trPr>
        <w:tc>
          <w:tcPr>
            <w:tcW w:w="1512" w:type="dxa"/>
            <w:vAlign w:val="center"/>
          </w:tcPr>
          <w:p w14:paraId="0081DF73" w14:textId="77777777" w:rsidR="00BF043B" w:rsidRPr="00097604" w:rsidRDefault="00BF043B" w:rsidP="0082611F">
            <w:pPr>
              <w:spacing w:after="0"/>
              <w:ind w:firstLine="0"/>
              <w:jc w:val="left"/>
              <w:rPr>
                <w:sz w:val="28"/>
                <w:szCs w:val="28"/>
              </w:rPr>
            </w:pPr>
          </w:p>
        </w:tc>
        <w:tc>
          <w:tcPr>
            <w:tcW w:w="1512" w:type="dxa"/>
            <w:vAlign w:val="center"/>
          </w:tcPr>
          <w:p w14:paraId="1166025E" w14:textId="77777777" w:rsidR="00BF043B" w:rsidRPr="00097604" w:rsidRDefault="00BF043B" w:rsidP="0082611F">
            <w:pPr>
              <w:spacing w:after="0"/>
              <w:ind w:firstLine="0"/>
              <w:jc w:val="left"/>
              <w:rPr>
                <w:sz w:val="28"/>
                <w:szCs w:val="28"/>
              </w:rPr>
            </w:pPr>
          </w:p>
        </w:tc>
        <w:tc>
          <w:tcPr>
            <w:tcW w:w="1512" w:type="dxa"/>
            <w:vAlign w:val="center"/>
          </w:tcPr>
          <w:p w14:paraId="11757D7C" w14:textId="77777777" w:rsidR="00BF043B" w:rsidRPr="00097604" w:rsidRDefault="00BF043B" w:rsidP="0082611F">
            <w:pPr>
              <w:spacing w:after="0"/>
              <w:ind w:firstLine="0"/>
              <w:jc w:val="left"/>
              <w:rPr>
                <w:sz w:val="28"/>
                <w:szCs w:val="28"/>
              </w:rPr>
            </w:pPr>
          </w:p>
        </w:tc>
        <w:tc>
          <w:tcPr>
            <w:tcW w:w="1512" w:type="dxa"/>
            <w:vAlign w:val="center"/>
          </w:tcPr>
          <w:p w14:paraId="635BB8E7" w14:textId="77777777" w:rsidR="00BF043B" w:rsidRPr="00097604" w:rsidRDefault="00BF043B" w:rsidP="0082611F">
            <w:pPr>
              <w:spacing w:after="0"/>
              <w:ind w:firstLine="0"/>
              <w:jc w:val="left"/>
              <w:rPr>
                <w:sz w:val="28"/>
                <w:szCs w:val="28"/>
              </w:rPr>
            </w:pPr>
          </w:p>
        </w:tc>
        <w:tc>
          <w:tcPr>
            <w:tcW w:w="1512" w:type="dxa"/>
            <w:vAlign w:val="center"/>
          </w:tcPr>
          <w:p w14:paraId="50D1569D" w14:textId="77777777" w:rsidR="00BF043B" w:rsidRPr="00097604" w:rsidRDefault="00BF043B" w:rsidP="0082611F">
            <w:pPr>
              <w:spacing w:after="0"/>
              <w:ind w:firstLine="0"/>
              <w:jc w:val="left"/>
              <w:rPr>
                <w:sz w:val="28"/>
                <w:szCs w:val="28"/>
              </w:rPr>
            </w:pPr>
          </w:p>
        </w:tc>
        <w:tc>
          <w:tcPr>
            <w:tcW w:w="1512" w:type="dxa"/>
            <w:vAlign w:val="center"/>
          </w:tcPr>
          <w:p w14:paraId="09F49B5B" w14:textId="77777777" w:rsidR="00BF043B" w:rsidRPr="00097604" w:rsidRDefault="00BF043B" w:rsidP="0082611F">
            <w:pPr>
              <w:spacing w:after="0"/>
              <w:ind w:firstLine="0"/>
              <w:jc w:val="left"/>
              <w:rPr>
                <w:sz w:val="28"/>
                <w:szCs w:val="28"/>
              </w:rPr>
            </w:pPr>
          </w:p>
        </w:tc>
        <w:tc>
          <w:tcPr>
            <w:tcW w:w="1417" w:type="dxa"/>
          </w:tcPr>
          <w:p w14:paraId="07F8AF21" w14:textId="77777777" w:rsidR="00FC231D" w:rsidRPr="00097604" w:rsidRDefault="00FC231D">
            <w:pPr>
              <w:spacing w:after="0"/>
            </w:pPr>
          </w:p>
        </w:tc>
      </w:tr>
      <w:tr w:rsidR="00BF043B" w:rsidRPr="00097604" w14:paraId="6759BD7F" w14:textId="77777777" w:rsidTr="0082611F">
        <w:trPr>
          <w:jc w:val="center"/>
        </w:trPr>
        <w:tc>
          <w:tcPr>
            <w:tcW w:w="1512" w:type="dxa"/>
            <w:vAlign w:val="center"/>
          </w:tcPr>
          <w:p w14:paraId="7BB09C71" w14:textId="77777777" w:rsidR="00BF043B" w:rsidRPr="00097604" w:rsidRDefault="00BF043B" w:rsidP="0082611F">
            <w:pPr>
              <w:spacing w:after="0"/>
              <w:ind w:firstLine="0"/>
              <w:jc w:val="left"/>
              <w:rPr>
                <w:sz w:val="28"/>
                <w:szCs w:val="28"/>
              </w:rPr>
            </w:pPr>
          </w:p>
        </w:tc>
        <w:tc>
          <w:tcPr>
            <w:tcW w:w="1512" w:type="dxa"/>
            <w:vAlign w:val="center"/>
          </w:tcPr>
          <w:p w14:paraId="416E993B" w14:textId="77777777" w:rsidR="00BF043B" w:rsidRPr="00097604" w:rsidRDefault="00BF043B" w:rsidP="0082611F">
            <w:pPr>
              <w:spacing w:after="0"/>
              <w:ind w:firstLine="0"/>
              <w:jc w:val="left"/>
              <w:rPr>
                <w:sz w:val="28"/>
                <w:szCs w:val="28"/>
              </w:rPr>
            </w:pPr>
          </w:p>
        </w:tc>
        <w:tc>
          <w:tcPr>
            <w:tcW w:w="1512" w:type="dxa"/>
            <w:vAlign w:val="center"/>
          </w:tcPr>
          <w:p w14:paraId="4AF941C7" w14:textId="77777777" w:rsidR="00BF043B" w:rsidRPr="00097604" w:rsidRDefault="00BF043B" w:rsidP="0082611F">
            <w:pPr>
              <w:spacing w:after="0"/>
              <w:ind w:firstLine="0"/>
              <w:jc w:val="left"/>
              <w:rPr>
                <w:sz w:val="28"/>
                <w:szCs w:val="28"/>
              </w:rPr>
            </w:pPr>
          </w:p>
        </w:tc>
        <w:tc>
          <w:tcPr>
            <w:tcW w:w="1512" w:type="dxa"/>
            <w:vAlign w:val="center"/>
          </w:tcPr>
          <w:p w14:paraId="575D44DC" w14:textId="77777777" w:rsidR="00BF043B" w:rsidRPr="00097604" w:rsidRDefault="00BF043B" w:rsidP="0082611F">
            <w:pPr>
              <w:spacing w:after="0"/>
              <w:ind w:firstLine="0"/>
              <w:jc w:val="left"/>
              <w:rPr>
                <w:sz w:val="28"/>
                <w:szCs w:val="28"/>
              </w:rPr>
            </w:pPr>
          </w:p>
        </w:tc>
        <w:tc>
          <w:tcPr>
            <w:tcW w:w="1512" w:type="dxa"/>
            <w:vAlign w:val="center"/>
          </w:tcPr>
          <w:p w14:paraId="30279665" w14:textId="77777777" w:rsidR="00BF043B" w:rsidRPr="00097604" w:rsidRDefault="00BF043B" w:rsidP="0082611F">
            <w:pPr>
              <w:spacing w:after="0"/>
              <w:ind w:firstLine="0"/>
              <w:jc w:val="left"/>
              <w:rPr>
                <w:sz w:val="28"/>
                <w:szCs w:val="28"/>
              </w:rPr>
            </w:pPr>
          </w:p>
        </w:tc>
        <w:tc>
          <w:tcPr>
            <w:tcW w:w="1512" w:type="dxa"/>
            <w:vAlign w:val="center"/>
          </w:tcPr>
          <w:p w14:paraId="79C17ECC" w14:textId="77777777" w:rsidR="00BF043B" w:rsidRPr="00097604" w:rsidRDefault="00BF043B" w:rsidP="0082611F">
            <w:pPr>
              <w:spacing w:after="0"/>
              <w:ind w:firstLine="0"/>
              <w:jc w:val="left"/>
              <w:rPr>
                <w:sz w:val="28"/>
                <w:szCs w:val="28"/>
              </w:rPr>
            </w:pPr>
          </w:p>
        </w:tc>
        <w:tc>
          <w:tcPr>
            <w:tcW w:w="1417" w:type="dxa"/>
          </w:tcPr>
          <w:p w14:paraId="0F2A5DB6" w14:textId="77777777" w:rsidR="00FC231D" w:rsidRPr="00097604" w:rsidRDefault="00FC231D">
            <w:pPr>
              <w:spacing w:after="0"/>
            </w:pPr>
          </w:p>
        </w:tc>
      </w:tr>
      <w:tr w:rsidR="00BF043B" w:rsidRPr="00097604" w14:paraId="083F9EAD" w14:textId="77777777" w:rsidTr="0082611F">
        <w:trPr>
          <w:jc w:val="center"/>
        </w:trPr>
        <w:tc>
          <w:tcPr>
            <w:tcW w:w="1512" w:type="dxa"/>
            <w:vAlign w:val="center"/>
          </w:tcPr>
          <w:p w14:paraId="78C79BAE" w14:textId="77777777" w:rsidR="00BF043B" w:rsidRPr="00097604" w:rsidRDefault="00BF043B" w:rsidP="0082611F">
            <w:pPr>
              <w:spacing w:after="0"/>
              <w:ind w:firstLine="0"/>
              <w:jc w:val="left"/>
              <w:rPr>
                <w:sz w:val="28"/>
                <w:szCs w:val="28"/>
              </w:rPr>
            </w:pPr>
          </w:p>
        </w:tc>
        <w:tc>
          <w:tcPr>
            <w:tcW w:w="1512" w:type="dxa"/>
            <w:vAlign w:val="center"/>
          </w:tcPr>
          <w:p w14:paraId="1CAC6DA8" w14:textId="77777777" w:rsidR="00BF043B" w:rsidRPr="00097604" w:rsidRDefault="00BF043B" w:rsidP="0082611F">
            <w:pPr>
              <w:spacing w:after="0"/>
              <w:ind w:firstLine="0"/>
              <w:jc w:val="left"/>
              <w:rPr>
                <w:sz w:val="28"/>
                <w:szCs w:val="28"/>
              </w:rPr>
            </w:pPr>
          </w:p>
        </w:tc>
        <w:tc>
          <w:tcPr>
            <w:tcW w:w="1512" w:type="dxa"/>
            <w:vAlign w:val="center"/>
          </w:tcPr>
          <w:p w14:paraId="1DF77ADC" w14:textId="77777777" w:rsidR="00BF043B" w:rsidRPr="00097604" w:rsidRDefault="00BF043B" w:rsidP="0082611F">
            <w:pPr>
              <w:spacing w:after="0"/>
              <w:ind w:firstLine="0"/>
              <w:jc w:val="left"/>
              <w:rPr>
                <w:sz w:val="28"/>
                <w:szCs w:val="28"/>
              </w:rPr>
            </w:pPr>
          </w:p>
        </w:tc>
        <w:tc>
          <w:tcPr>
            <w:tcW w:w="1512" w:type="dxa"/>
            <w:vAlign w:val="center"/>
          </w:tcPr>
          <w:p w14:paraId="3A30FF92" w14:textId="77777777" w:rsidR="00BF043B" w:rsidRPr="00097604" w:rsidRDefault="00BF043B" w:rsidP="0082611F">
            <w:pPr>
              <w:spacing w:after="0"/>
              <w:ind w:firstLine="0"/>
              <w:jc w:val="left"/>
              <w:rPr>
                <w:sz w:val="28"/>
                <w:szCs w:val="28"/>
              </w:rPr>
            </w:pPr>
          </w:p>
        </w:tc>
        <w:tc>
          <w:tcPr>
            <w:tcW w:w="1512" w:type="dxa"/>
            <w:vAlign w:val="center"/>
          </w:tcPr>
          <w:p w14:paraId="04C95FFB" w14:textId="77777777" w:rsidR="00BF043B" w:rsidRPr="00097604" w:rsidRDefault="00BF043B" w:rsidP="0082611F">
            <w:pPr>
              <w:spacing w:after="0"/>
              <w:ind w:firstLine="0"/>
              <w:jc w:val="left"/>
              <w:rPr>
                <w:sz w:val="28"/>
                <w:szCs w:val="28"/>
              </w:rPr>
            </w:pPr>
          </w:p>
        </w:tc>
        <w:tc>
          <w:tcPr>
            <w:tcW w:w="1512" w:type="dxa"/>
            <w:vAlign w:val="center"/>
          </w:tcPr>
          <w:p w14:paraId="3C73CECA" w14:textId="77777777" w:rsidR="00BF043B" w:rsidRPr="00097604" w:rsidRDefault="00BF043B" w:rsidP="0082611F">
            <w:pPr>
              <w:spacing w:after="0"/>
              <w:ind w:firstLine="0"/>
              <w:jc w:val="left"/>
              <w:rPr>
                <w:sz w:val="28"/>
                <w:szCs w:val="28"/>
              </w:rPr>
            </w:pPr>
          </w:p>
        </w:tc>
        <w:tc>
          <w:tcPr>
            <w:tcW w:w="1417" w:type="dxa"/>
          </w:tcPr>
          <w:p w14:paraId="41D0F479" w14:textId="77777777" w:rsidR="00FC231D" w:rsidRPr="00097604" w:rsidRDefault="00FC231D">
            <w:pPr>
              <w:spacing w:after="0"/>
            </w:pPr>
          </w:p>
        </w:tc>
      </w:tr>
    </w:tbl>
    <w:p w14:paraId="0BB708BA" w14:textId="77777777" w:rsidR="0082611F" w:rsidRPr="00097604" w:rsidRDefault="0082611F">
      <w:pPr>
        <w:spacing w:after="0"/>
        <w:ind w:firstLine="0"/>
        <w:rPr>
          <w:b/>
          <w:sz w:val="23"/>
        </w:rPr>
      </w:pPr>
    </w:p>
    <w:p w14:paraId="07D66BB1" w14:textId="77777777" w:rsidR="00BF043B" w:rsidRPr="00097604" w:rsidRDefault="00971749" w:rsidP="0082611F">
      <w:pPr>
        <w:spacing w:after="0" w:line="252" w:lineRule="auto"/>
        <w:ind w:firstLine="0"/>
        <w:rPr>
          <w:sz w:val="28"/>
          <w:szCs w:val="28"/>
        </w:rPr>
      </w:pPr>
      <w:r w:rsidRPr="00097604">
        <w:rPr>
          <w:b/>
          <w:color w:val="000000"/>
          <w:sz w:val="24"/>
          <w:szCs w:val="28"/>
        </w:rPr>
        <w:t>VIII. RỦI RO VÀ DANH MỤC TÀI LIỆU MINH CHỨNG</w:t>
      </w:r>
    </w:p>
    <w:p w14:paraId="47EE078B" w14:textId="77777777" w:rsidR="00BF043B" w:rsidRPr="00097604" w:rsidRDefault="00971749" w:rsidP="0082611F">
      <w:pPr>
        <w:spacing w:after="0" w:line="252" w:lineRule="auto"/>
        <w:ind w:firstLine="720"/>
        <w:rPr>
          <w:sz w:val="28"/>
          <w:szCs w:val="28"/>
        </w:rPr>
      </w:pPr>
      <w:r w:rsidRPr="00097604">
        <w:rPr>
          <w:color w:val="000000"/>
          <w:sz w:val="24"/>
          <w:szCs w:val="28"/>
        </w:rPr>
        <w:t>1. Rủi ro về công nghệ, nguy cơ lạc hậu, tiến độ hình thành năng lực, nguồn lực, nhân lực, an toàn, dữ liệu, quyền sở hữu trí tuệ, phụ thuộc nhà cung cấp và biện pháp xử lý; định hướng nâng cấp, thay thế hoặc kết thúc khai thác khi không còn phù hợp, nếu cần.</w:t>
      </w:r>
    </w:p>
    <w:p w14:paraId="11A439B7" w14:textId="77777777" w:rsidR="00BF043B" w:rsidRPr="00097604" w:rsidRDefault="00971749" w:rsidP="0082611F">
      <w:pPr>
        <w:spacing w:after="0" w:line="252" w:lineRule="auto"/>
        <w:ind w:firstLine="720"/>
        <w:rPr>
          <w:sz w:val="28"/>
          <w:szCs w:val="28"/>
        </w:rPr>
      </w:pPr>
      <w:r w:rsidRPr="00097604">
        <w:rPr>
          <w:color w:val="000000"/>
          <w:sz w:val="24"/>
          <w:szCs w:val="28"/>
        </w:rPr>
        <w:t>2. Liệt kê, đánh số và dẫn chiếu tài liệu minh chứng tương ứng với từng nội dung, tiêu chí; nhận diện thông tin cần hạn chế tiếp cận, nếu có.</w:t>
      </w:r>
    </w:p>
    <w:p w14:paraId="6446C944" w14:textId="77777777" w:rsidR="0082611F" w:rsidRPr="00097604" w:rsidRDefault="0082611F" w:rsidP="0082611F">
      <w:pPr>
        <w:spacing w:after="0"/>
        <w:ind w:firstLine="720"/>
        <w:rPr>
          <w:sz w:val="28"/>
          <w:szCs w:val="2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6B8BEC44" w14:textId="77777777">
        <w:trPr>
          <w:jc w:val="center"/>
        </w:trPr>
        <w:tc>
          <w:tcPr>
            <w:tcW w:w="4536" w:type="dxa"/>
          </w:tcPr>
          <w:p w14:paraId="0AA420DB" w14:textId="77777777" w:rsidR="00BF043B" w:rsidRPr="00097604" w:rsidRDefault="00971749" w:rsidP="0082611F">
            <w:pPr>
              <w:spacing w:after="0" w:line="240" w:lineRule="auto"/>
              <w:ind w:firstLine="0"/>
              <w:jc w:val="center"/>
              <w:rPr>
                <w:b/>
                <w:sz w:val="28"/>
                <w:szCs w:val="28"/>
              </w:rPr>
            </w:pPr>
            <w:r w:rsidRPr="00097604">
              <w:rPr>
                <w:b/>
                <w:sz w:val="22"/>
              </w:rPr>
              <w:t>TỔ CHỨC ĐẦU MỐI HOẶC TỔ CHỨC ĐƯỢC GIAO CHUẨN BỊ ĐỀ XUẤT</w:t>
              <w:br/>
              <w:t>(Ký, ghi rõ họ tên)</w:t>
            </w:r>
          </w:p>
          <w:p w14:paraId="558D1B4B" w14:textId="77777777" w:rsidR="00BF043B" w:rsidRPr="00097604" w:rsidRDefault="00971749" w:rsidP="0082611F">
            <w:pPr>
              <w:spacing w:after="0" w:line="240" w:lineRule="auto"/>
              <w:ind w:firstLine="0"/>
              <w:jc w:val="center"/>
              <w:rPr>
                <w:sz w:val="28"/>
                <w:szCs w:val="28"/>
              </w:rPr>
            </w:pPr>
            <w:r w:rsidRPr="00097604">
              <w:rPr>
                <w:b/>
                <w:i/>
                <w:sz w:val="22"/>
                <w:szCs w:val="28"/>
              </w:rPr>
              <w:t>(Ký, ghi rõ họ tên)</w:t>
            </w:r>
          </w:p>
          <w:p w14:paraId="215CECC2" w14:textId="77777777" w:rsidR="00BF043B" w:rsidRPr="00097604" w:rsidRDefault="00BF043B" w:rsidP="0082611F">
            <w:pPr>
              <w:spacing w:after="0" w:line="240" w:lineRule="auto"/>
              <w:ind w:firstLine="0"/>
              <w:rPr>
                <w:sz w:val="28"/>
                <w:szCs w:val="28"/>
              </w:rPr>
            </w:pPr>
          </w:p>
          <w:p w14:paraId="04F38028" w14:textId="77777777" w:rsidR="00BF043B" w:rsidRPr="00097604" w:rsidRDefault="00BF043B" w:rsidP="0082611F">
            <w:pPr>
              <w:spacing w:after="0" w:line="240" w:lineRule="auto"/>
              <w:ind w:firstLine="0"/>
              <w:rPr>
                <w:sz w:val="28"/>
                <w:szCs w:val="28"/>
              </w:rPr>
            </w:pPr>
          </w:p>
          <w:p w14:paraId="0C88426B" w14:textId="77777777" w:rsidR="00BF043B" w:rsidRPr="00097604" w:rsidRDefault="00BF043B" w:rsidP="0082611F">
            <w:pPr>
              <w:spacing w:after="0" w:line="240" w:lineRule="auto"/>
              <w:ind w:firstLine="0"/>
              <w:rPr>
                <w:sz w:val="28"/>
                <w:szCs w:val="28"/>
              </w:rPr>
            </w:pPr>
          </w:p>
        </w:tc>
        <w:tc>
          <w:tcPr>
            <w:tcW w:w="4536" w:type="dxa"/>
          </w:tcPr>
          <w:p w14:paraId="6268CC13" w14:textId="77777777" w:rsidR="00BF043B" w:rsidRPr="00097604" w:rsidRDefault="00971749" w:rsidP="0082611F">
            <w:pPr>
              <w:spacing w:after="0" w:line="240" w:lineRule="auto"/>
              <w:ind w:firstLine="0"/>
              <w:jc w:val="center"/>
              <w:rPr>
                <w:sz w:val="28"/>
                <w:szCs w:val="28"/>
              </w:rPr>
            </w:pPr>
            <w:r w:rsidRPr="00097604">
              <w:rPr>
                <w:b/>
                <w:sz w:val="22"/>
                <w:szCs w:val="28"/>
              </w:rPr>
              <w:t>CƠ QUAN ĐỀ XUẤT</w:t>
            </w:r>
          </w:p>
          <w:p w14:paraId="6969E07F" w14:textId="77777777" w:rsidR="00BF043B" w:rsidRPr="00097604" w:rsidRDefault="00971749" w:rsidP="0082611F">
            <w:pPr>
              <w:spacing w:after="0" w:line="240" w:lineRule="auto"/>
              <w:ind w:firstLine="0"/>
              <w:jc w:val="center"/>
              <w:rPr>
                <w:sz w:val="28"/>
                <w:szCs w:val="28"/>
              </w:rPr>
            </w:pPr>
            <w:r w:rsidRPr="00097604">
              <w:rPr>
                <w:b/>
                <w:i/>
                <w:sz w:val="22"/>
                <w:szCs w:val="28"/>
              </w:rPr>
              <w:t>(Ký, ghi rõ họ tên)</w:t>
            </w:r>
          </w:p>
          <w:p w14:paraId="1DD6620C" w14:textId="77777777" w:rsidR="00BF043B" w:rsidRPr="00097604" w:rsidRDefault="00BF043B" w:rsidP="0082611F">
            <w:pPr>
              <w:spacing w:after="0" w:line="240" w:lineRule="auto"/>
              <w:ind w:firstLine="0"/>
              <w:rPr>
                <w:sz w:val="28"/>
                <w:szCs w:val="28"/>
              </w:rPr>
            </w:pPr>
          </w:p>
          <w:p w14:paraId="447C2E24" w14:textId="77777777" w:rsidR="00BF043B" w:rsidRPr="00097604" w:rsidRDefault="00BF043B" w:rsidP="0082611F">
            <w:pPr>
              <w:spacing w:after="0" w:line="240" w:lineRule="auto"/>
              <w:ind w:firstLine="0"/>
              <w:rPr>
                <w:sz w:val="28"/>
                <w:szCs w:val="28"/>
              </w:rPr>
            </w:pPr>
          </w:p>
          <w:p w14:paraId="6B02F55D" w14:textId="77777777" w:rsidR="00BF043B" w:rsidRPr="00097604" w:rsidRDefault="00BF043B" w:rsidP="0082611F">
            <w:pPr>
              <w:spacing w:after="0" w:line="240" w:lineRule="auto"/>
              <w:ind w:firstLine="0"/>
              <w:rPr>
                <w:sz w:val="28"/>
                <w:szCs w:val="28"/>
              </w:rPr>
            </w:pPr>
          </w:p>
        </w:tc>
      </w:tr>
    </w:tbl>
    <w:p w14:paraId="71F3D3BA" w14:textId="77777777" w:rsidR="00BF043B" w:rsidRPr="00097604" w:rsidRDefault="00BF043B"/>
    <w:p w14:paraId="320E7D7C" w14:textId="77777777" w:rsidR="0082611F" w:rsidRPr="00097604" w:rsidRDefault="0082611F">
      <w:pPr>
        <w:keepNext/>
        <w:spacing w:after="0"/>
        <w:jc w:val="right"/>
        <w:rPr>
          <w:b/>
          <w:sz w:val="22"/>
        </w:rPr>
        <w:sectPr w:rsidR="0082611F" w:rsidRPr="00097604" w:rsidSect="00C85397">
          <w:headerReference w:type="default" r:id="rId11"/>
          <w:pgSz w:w="11907" w:h="16840" w:code="9"/>
          <w:pgMar w:top="1134" w:right="1134" w:bottom="1134" w:left="1701" w:header="680" w:footer="454" w:gutter="0"/>
          <w:cols w:space="720"/>
          <w:docGrid w:linePitch="360"/>
        </w:sectPr>
      </w:pPr>
    </w:p>
    <w:p w14:paraId="70F0BBB6" w14:textId="77777777" w:rsidR="00BF043B" w:rsidRPr="00097604" w:rsidRDefault="00971749">
      <w:pPr>
        <w:keepNext/>
        <w:pageBreakBefore/>
        <w:spacing w:after="0"/>
        <w:jc w:val="right"/>
      </w:pPr>
      <w:r>
        <w:rPr>
          <w:b/>
          <w:color w:val="000000"/>
          <w:sz w:val="22"/>
        </w:rPr>
        <w:t>BM-03-TTPTN</w:t>
      </w:r>
      <w:r>
        <w:rPr>
          <w:b/>
          <w:color w:val="000000"/>
          <w:sz w:val="22"/>
        </w:rPr>
        <w:br/>
        <w:t>…/2026/TT-BKHCN</w:t>
      </w:r>
    </w:p>
    <w:tbl>
      <w:tblPr>
        <w:tblW w:w="10083" w:type="dxa"/>
        <w:jc w:val="center"/>
        <w:tblBorders>
          <w:top w:val="nil"/>
          <w:left w:val="nil"/>
          <w:bottom w:val="nil"/>
          <w:right w:val="nil"/>
          <w:insideH w:val="nil"/>
          <w:insideV w:val="nil"/>
        </w:tblBorders>
        <w:tblLook w:val="04A0" w:firstRow="1" w:lastRow="0" w:firstColumn="1" w:lastColumn="0" w:noHBand="0" w:noVBand="1"/>
      </w:tblPr>
      <w:tblGrid>
        <w:gridCol w:w="4306"/>
        <w:gridCol w:w="5777"/>
      </w:tblGrid>
      <w:tr w:rsidR="00BF043B" w:rsidRPr="00097604" w14:paraId="7CDDE4A4" w14:textId="77777777" w:rsidTr="005E2066">
        <w:trPr>
          <w:jc w:val="center"/>
        </w:trPr>
        <w:tc>
          <w:tcPr>
            <w:tcW w:w="4306" w:type="dxa"/>
          </w:tcPr>
          <w:p w14:paraId="5E5E21C3" w14:textId="77777777" w:rsidR="00BF043B" w:rsidRPr="00097604" w:rsidRDefault="00A80521" w:rsidP="005E2066">
            <w:pPr>
              <w:spacing w:after="0" w:line="240" w:lineRule="auto"/>
              <w:ind w:firstLine="0"/>
              <w:jc w:val="center"/>
              <w:rPr>
                <w:b/>
                <w:szCs w:val="26"/>
              </w:rPr>
            </w:pPr>
            <w:r w:rsidRPr="00097604">
              <w:rPr>
                <w:b/>
                <w:sz w:val="22"/>
                <w:szCs w:val="26"/>
              </w:rPr>
              <w:t>BỘ KHOA HỌC VÀ CÔNG NGHỆ</w:t>
            </w:r>
          </w:p>
          <w:p w14:paraId="5C421E5D" w14:textId="77777777" w:rsidR="00BF043B" w:rsidRPr="00097604" w:rsidRDefault="00BF043B" w:rsidP="005E2066">
            <w:pPr>
              <w:spacing w:after="0" w:line="240" w:lineRule="auto"/>
              <w:ind w:firstLine="0"/>
              <w:jc w:val="center"/>
              <w:rPr>
                <w:szCs w:val="26"/>
              </w:rPr>
            </w:pPr>
          </w:p>
        </w:tc>
        <w:tc>
          <w:tcPr>
            <w:tcW w:w="5777" w:type="dxa"/>
          </w:tcPr>
          <w:p w14:paraId="6F93BE88" w14:textId="77777777" w:rsidR="00BF043B" w:rsidRPr="00097604" w:rsidRDefault="00971749" w:rsidP="005E2066">
            <w:pPr>
              <w:spacing w:after="0" w:line="240" w:lineRule="auto"/>
              <w:ind w:firstLine="0"/>
              <w:jc w:val="center"/>
              <w:rPr>
                <w:szCs w:val="26"/>
              </w:rPr>
            </w:pPr>
            <w:r w:rsidRPr="00097604">
              <w:rPr>
                <w:b/>
                <w:sz w:val="22"/>
                <w:szCs w:val="26"/>
              </w:rPr>
              <w:t>CỘNG HÒA XÃ HỘI CHỦ NGHĨA VIỆT NAM</w:t>
            </w:r>
          </w:p>
          <w:p w14:paraId="12016510" w14:textId="77777777" w:rsidR="00BF043B" w:rsidRPr="00097604" w:rsidRDefault="00971749" w:rsidP="005E2066">
            <w:pPr>
              <w:spacing w:after="0" w:line="240" w:lineRule="auto"/>
              <w:ind w:firstLine="0"/>
              <w:jc w:val="center"/>
              <w:rPr>
                <w:szCs w:val="26"/>
              </w:rPr>
            </w:pPr>
            <w:r w:rsidRPr="00097604">
              <w:rPr>
                <w:b/>
                <w:sz w:val="22"/>
                <w:szCs w:val="26"/>
              </w:rPr>
              <w:t>Độc lập - Tự do - Hạnh phúc</w:t>
            </w:r>
          </w:p>
          <w:p w14:paraId="5A8EE1D0" w14:textId="77777777" w:rsidR="005E2066" w:rsidRPr="00097604" w:rsidRDefault="005E2066" w:rsidP="005E2066">
            <w:pPr>
              <w:spacing w:after="0" w:line="240" w:lineRule="auto"/>
              <w:ind w:firstLine="0"/>
              <w:jc w:val="center"/>
              <w:rPr>
                <w:i/>
                <w:szCs w:val="26"/>
              </w:rPr>
            </w:pPr>
          </w:p>
          <w:p w14:paraId="3679E1F2" w14:textId="77777777" w:rsidR="00BF043B" w:rsidRPr="00097604" w:rsidRDefault="00971749" w:rsidP="005E2066">
            <w:pPr>
              <w:spacing w:after="0" w:line="240" w:lineRule="auto"/>
              <w:ind w:firstLine="0"/>
              <w:jc w:val="center"/>
              <w:rPr>
                <w:szCs w:val="26"/>
              </w:rPr>
            </w:pPr>
            <w:r w:rsidRPr="00097604">
              <w:rPr>
                <w:b/>
                <w:i/>
                <w:sz w:val="22"/>
                <w:szCs w:val="26"/>
              </w:rPr>
              <w:t>Hà Nội, ngày ... tháng ... năm 20...</w:t>
            </w:r>
          </w:p>
        </w:tc>
      </w:tr>
    </w:tbl>
    <w:p w14:paraId="67995EB6" w14:textId="77777777" w:rsidR="005E2066" w:rsidRPr="00097604" w:rsidRDefault="005E2066">
      <w:pPr>
        <w:pStyle w:val="AnnexTitle"/>
        <w:spacing w:after="0"/>
        <w:rPr>
          <w:sz w:val="25"/>
        </w:rPr>
      </w:pPr>
    </w:p>
    <w:p w14:paraId="01D36521" w14:textId="77777777" w:rsidR="00BF043B" w:rsidRPr="00097604" w:rsidRDefault="00971749">
      <w:pPr>
        <w:pStyle w:val="AnnexTitle"/>
        <w:spacing w:before="80" w:after="40" w:line="252" w:lineRule="auto"/>
        <w:rPr>
          <w:szCs w:val="28"/>
        </w:rPr>
      </w:pPr>
      <w:r w:rsidRPr="00097604">
        <w:rPr>
          <w:color w:val="000000"/>
          <w:sz w:val="26"/>
        </w:rPr>
        <w:t>PHIẾU RÀ SOÁT HỒ SƠ</w:t>
      </w:r>
    </w:p>
    <w:p w14:paraId="25DB63E1" w14:textId="77777777" w:rsidR="00BF043B" w:rsidRPr="00097604" w:rsidRDefault="00971749">
      <w:pPr>
        <w:pStyle w:val="AnnexTitle"/>
        <w:spacing w:after="0" w:line="252" w:lineRule="auto"/>
        <w:rPr>
          <w:szCs w:val="28"/>
        </w:rPr>
      </w:pPr>
      <w:r>
        <w:rPr>
          <w:color w:val="000000"/>
          <w:sz w:val="24"/>
        </w:rPr>
        <w:t>VÀ MỨC ĐỘ ĐẦY ĐỦ THÔNG TIN ĐỂ ĐƯA VÀO HỘI ĐỒNG</w:t>
      </w:r>
    </w:p>
    <w:p w14:paraId="6C936DC1" w14:textId="77777777" w:rsidR="005E2066" w:rsidRPr="00097604" w:rsidRDefault="005E2066">
      <w:pPr>
        <w:spacing w:after="0"/>
        <w:rPr>
          <w:sz w:val="28"/>
          <w:szCs w:val="28"/>
        </w:rPr>
      </w:pPr>
    </w:p>
    <w:p w14:paraId="6EE66CBD" w14:textId="77777777" w:rsidR="00BF043B" w:rsidRPr="00097604" w:rsidRDefault="00971749" w:rsidP="005E2066">
      <w:pPr>
        <w:spacing w:after="0" w:line="252" w:lineRule="auto"/>
        <w:ind w:firstLine="720"/>
        <w:rPr>
          <w:sz w:val="28"/>
          <w:szCs w:val="28"/>
        </w:rPr>
      </w:pPr>
      <w:r w:rsidRPr="00097604">
        <w:rPr>
          <w:color w:val="000000"/>
          <w:sz w:val="24"/>
          <w:szCs w:val="28"/>
        </w:rPr>
        <w:t>1. Đợt tiếp nhận: …</w:t>
      </w:r>
    </w:p>
    <w:p w14:paraId="18E67098" w14:textId="77777777" w:rsidR="00BF043B" w:rsidRPr="00097604" w:rsidRDefault="00971749" w:rsidP="005E2066">
      <w:pPr>
        <w:spacing w:after="0" w:line="252" w:lineRule="auto"/>
        <w:ind w:firstLine="720"/>
        <w:rPr>
          <w:sz w:val="28"/>
          <w:szCs w:val="28"/>
        </w:rPr>
      </w:pPr>
      <w:r w:rsidRPr="00097604">
        <w:rPr>
          <w:color w:val="000000"/>
          <w:sz w:val="24"/>
          <w:szCs w:val="28"/>
        </w:rPr>
        <w:t>2. Tên đề xuất: …</w:t>
      </w:r>
    </w:p>
    <w:p w14:paraId="5B7A3A47" w14:textId="77777777" w:rsidR="00BF043B" w:rsidRPr="00097604" w:rsidRDefault="00971749" w:rsidP="005E2066">
      <w:pPr>
        <w:spacing w:after="0" w:line="252" w:lineRule="auto"/>
        <w:ind w:firstLine="720"/>
        <w:rPr>
          <w:sz w:val="28"/>
          <w:szCs w:val="28"/>
        </w:rPr>
      </w:pPr>
      <w:r w:rsidRPr="00097604">
        <w:rPr>
          <w:color w:val="000000"/>
          <w:sz w:val="24"/>
          <w:szCs w:val="28"/>
        </w:rPr>
        <w:t>3. Cơ quan đề xuất: …</w:t>
      </w:r>
    </w:p>
    <w:p w14:paraId="7B1AA56F" w14:textId="77777777" w:rsidR="00BF043B" w:rsidRPr="00097604" w:rsidRDefault="00971749" w:rsidP="005E2066">
      <w:pPr>
        <w:spacing w:after="0" w:line="252" w:lineRule="auto"/>
        <w:ind w:firstLine="720"/>
        <w:rPr>
          <w:sz w:val="28"/>
          <w:szCs w:val="28"/>
        </w:rPr>
      </w:pPr>
      <w:r w:rsidRPr="00097604">
        <w:rPr>
          <w:color w:val="000000"/>
          <w:sz w:val="24"/>
          <w:szCs w:val="28"/>
        </w:rPr>
        <w:t>4. Tổ chức đầu mối dự kiến quản lý, vận hành: …</w:t>
      </w:r>
    </w:p>
    <w:p w14:paraId="484985E4" w14:textId="77777777" w:rsidR="00BF043B" w:rsidRPr="00097604" w:rsidRDefault="00971749" w:rsidP="005E2066">
      <w:pPr>
        <w:spacing w:after="0" w:line="252" w:lineRule="auto"/>
        <w:ind w:firstLine="720"/>
        <w:rPr>
          <w:sz w:val="28"/>
          <w:szCs w:val="28"/>
        </w:rPr>
      </w:pPr>
      <w:r w:rsidRPr="00097604">
        <w:rPr>
          <w:color w:val="000000"/>
          <w:sz w:val="24"/>
          <w:szCs w:val="28"/>
        </w:rPr>
        <w:t>5. Thời điểm rà soát: …</w:t>
      </w:r>
    </w:p>
    <w:p w14:paraId="47A24B54" w14:textId="77777777" w:rsidR="00BF043B" w:rsidRPr="00097604" w:rsidRDefault="00971749" w:rsidP="005E2066">
      <w:pPr>
        <w:spacing w:after="0" w:line="252" w:lineRule="auto"/>
        <w:ind w:firstLine="720"/>
        <w:rPr>
          <w:sz w:val="28"/>
          <w:szCs w:val="28"/>
        </w:rPr>
      </w:pPr>
      <w:r w:rsidRPr="00097604">
        <w:rPr>
          <w:color w:val="000000"/>
          <w:sz w:val="24"/>
          <w:szCs w:val="28"/>
        </w:rPr>
        <w:t>6. Người thực hiện rà soát: …</w:t>
      </w:r>
    </w:p>
    <w:p w14:paraId="3830A4A4" w14:textId="77777777" w:rsidR="00BF043B" w:rsidRPr="00097604" w:rsidRDefault="00971749" w:rsidP="005E2066">
      <w:pPr>
        <w:spacing w:after="0" w:line="252" w:lineRule="auto"/>
        <w:ind w:firstLine="0"/>
        <w:rPr>
          <w:sz w:val="28"/>
          <w:szCs w:val="28"/>
        </w:rPr>
      </w:pPr>
      <w:r w:rsidRPr="00097604">
        <w:rPr>
          <w:b/>
          <w:color w:val="000000"/>
          <w:sz w:val="24"/>
          <w:szCs w:val="28"/>
        </w:rPr>
        <w:t>I. RÀ SOÁT THÀNH PHẦN HỒ SƠ</w:t>
      </w:r>
    </w:p>
    <w:tbl>
      <w:tblPr>
        <w:tblStyle w:val="TableGrid"/>
        <w:tblW w:w="9302" w:type="dxa"/>
        <w:jc w:val="center"/>
        <w:tblLook w:val="04A0" w:firstRow="1" w:lastRow="0" w:firstColumn="1" w:lastColumn="0" w:noHBand="0" w:noVBand="1"/>
      </w:tblPr>
      <w:tblGrid>
        <w:gridCol w:w="746"/>
        <w:gridCol w:w="3114"/>
        <w:gridCol w:w="1814"/>
        <w:gridCol w:w="1814"/>
        <w:gridCol w:w="1814"/>
      </w:tblGrid>
      <w:tr w:rsidR="00BF043B" w:rsidRPr="00097604" w14:paraId="14BDC20C" w14:textId="77777777" w:rsidTr="005E2066">
        <w:trPr>
          <w:tblHeader/>
          <w:jc w:val="center"/>
        </w:trPr>
        <w:tc>
          <w:tcPr>
            <w:tcW w:w="746" w:type="dxa"/>
            <w:vAlign w:val="center"/>
          </w:tcPr>
          <w:p w14:paraId="3D28FA39" w14:textId="77777777" w:rsidR="00BF043B" w:rsidRPr="00097604" w:rsidRDefault="00971749" w:rsidP="005E2066">
            <w:pPr>
              <w:spacing w:after="0"/>
              <w:ind w:firstLine="0"/>
              <w:jc w:val="center"/>
              <w:rPr>
                <w:rFonts w:cs="Times New Roman"/>
                <w:sz w:val="28"/>
                <w:szCs w:val="28"/>
              </w:rPr>
            </w:pPr>
            <w:r w:rsidRPr="00097604">
              <w:rPr>
                <w:rFonts w:cs="Times New Roman"/>
                <w:b/>
                <w:color w:val="000000"/>
                <w:sz w:val="22"/>
                <w:szCs w:val="28"/>
              </w:rPr>
              <w:t>STT</w:t>
            </w:r>
          </w:p>
        </w:tc>
        <w:tc>
          <w:tcPr>
            <w:tcW w:w="3114" w:type="dxa"/>
            <w:vAlign w:val="center"/>
          </w:tcPr>
          <w:p w14:paraId="681443F5" w14:textId="77777777" w:rsidR="00BF043B" w:rsidRPr="00097604" w:rsidRDefault="00971749" w:rsidP="005E2066">
            <w:pPr>
              <w:spacing w:after="0"/>
              <w:ind w:firstLine="0"/>
              <w:jc w:val="center"/>
              <w:rPr>
                <w:rFonts w:cs="Times New Roman"/>
                <w:sz w:val="28"/>
                <w:szCs w:val="28"/>
              </w:rPr>
            </w:pPr>
            <w:r w:rsidRPr="00097604">
              <w:rPr>
                <w:rFonts w:cs="Times New Roman"/>
                <w:b/>
                <w:sz w:val="22"/>
                <w:szCs w:val="28"/>
              </w:rPr>
              <w:t>Thành phần</w:t>
            </w:r>
          </w:p>
        </w:tc>
        <w:tc>
          <w:tcPr>
            <w:tcW w:w="1814" w:type="dxa"/>
            <w:vAlign w:val="center"/>
          </w:tcPr>
          <w:p w14:paraId="6C7FF361" w14:textId="77777777" w:rsidR="00BF043B" w:rsidRPr="00097604" w:rsidRDefault="00971749" w:rsidP="005E2066">
            <w:pPr>
              <w:spacing w:after="0"/>
              <w:ind w:firstLine="0"/>
              <w:jc w:val="center"/>
              <w:rPr>
                <w:rFonts w:cs="Times New Roman"/>
                <w:sz w:val="28"/>
                <w:szCs w:val="28"/>
              </w:rPr>
            </w:pPr>
            <w:r w:rsidRPr="00097604">
              <w:rPr>
                <w:rFonts w:cs="Times New Roman"/>
                <w:b/>
                <w:color w:val="000000"/>
                <w:sz w:val="22"/>
                <w:szCs w:val="28"/>
              </w:rPr>
              <w:t>Có</w:t>
            </w:r>
          </w:p>
        </w:tc>
        <w:tc>
          <w:tcPr>
            <w:tcW w:w="1814" w:type="dxa"/>
            <w:vAlign w:val="center"/>
          </w:tcPr>
          <w:p w14:paraId="03A8C73A" w14:textId="77777777" w:rsidR="00BF043B" w:rsidRPr="00097604" w:rsidRDefault="00971749" w:rsidP="005E2066">
            <w:pPr>
              <w:spacing w:after="0"/>
              <w:ind w:firstLine="0"/>
              <w:jc w:val="center"/>
              <w:rPr>
                <w:rFonts w:cs="Times New Roman"/>
                <w:sz w:val="28"/>
                <w:szCs w:val="28"/>
              </w:rPr>
            </w:pPr>
            <w:r w:rsidRPr="00097604">
              <w:rPr>
                <w:rFonts w:cs="Times New Roman"/>
                <w:b/>
                <w:sz w:val="22"/>
                <w:szCs w:val="28"/>
              </w:rPr>
              <w:t>Không</w:t>
            </w:r>
          </w:p>
        </w:tc>
        <w:tc>
          <w:tcPr>
            <w:tcW w:w="1814" w:type="dxa"/>
            <w:vAlign w:val="center"/>
          </w:tcPr>
          <w:p w14:paraId="7CEFC0A0" w14:textId="77777777" w:rsidR="00BF043B" w:rsidRPr="00097604" w:rsidRDefault="00971749" w:rsidP="005E2066">
            <w:pPr>
              <w:spacing w:after="0"/>
              <w:ind w:firstLine="0"/>
              <w:jc w:val="center"/>
              <w:rPr>
                <w:rFonts w:cs="Times New Roman"/>
                <w:sz w:val="28"/>
                <w:szCs w:val="28"/>
              </w:rPr>
            </w:pPr>
            <w:r w:rsidRPr="00097604">
              <w:rPr>
                <w:rFonts w:cs="Times New Roman"/>
                <w:b/>
                <w:sz w:val="22"/>
                <w:szCs w:val="28"/>
              </w:rPr>
              <w:t>Ghi chú</w:t>
            </w:r>
          </w:p>
        </w:tc>
      </w:tr>
      <w:tr w:rsidR="00BF043B" w:rsidRPr="00097604" w14:paraId="2D88503F" w14:textId="77777777" w:rsidTr="005E2066">
        <w:trPr>
          <w:jc w:val="center"/>
        </w:trPr>
        <w:tc>
          <w:tcPr>
            <w:tcW w:w="746" w:type="dxa"/>
            <w:vAlign w:val="center"/>
          </w:tcPr>
          <w:p w14:paraId="4ECA0D04" w14:textId="77777777" w:rsidR="00BF043B" w:rsidRPr="00BA30EF" w:rsidRDefault="00BF043B" w:rsidP="00BA30EF">
            <w:pPr>
              <w:pStyle w:val="ListParagraph"/>
              <w:numPr>
                <w:ilvl w:val="0"/>
                <w:numId w:val="11"/>
              </w:numPr>
              <w:spacing w:after="0"/>
              <w:ind w:left="170" w:hanging="170"/>
              <w:jc w:val="left"/>
              <w:rPr>
                <w:rFonts w:cs="Times New Roman"/>
                <w:sz w:val="28"/>
                <w:szCs w:val="28"/>
              </w:rPr>
            </w:pPr>
          </w:p>
        </w:tc>
        <w:tc>
          <w:tcPr>
            <w:tcW w:w="3114" w:type="dxa"/>
            <w:vAlign w:val="center"/>
          </w:tcPr>
          <w:p w14:paraId="3862374F" w14:textId="77777777" w:rsidR="00BF043B" w:rsidRPr="00097604" w:rsidRDefault="00971749" w:rsidP="005E2066">
            <w:pPr>
              <w:spacing w:after="0"/>
              <w:ind w:firstLine="0"/>
              <w:jc w:val="left"/>
              <w:rPr>
                <w:rFonts w:cs="Times New Roman"/>
                <w:sz w:val="28"/>
                <w:szCs w:val="28"/>
              </w:rPr>
            </w:pPr>
            <w:r>
              <w:rPr>
                <w:sz w:val="22"/>
              </w:rPr>
              <w:t>BM-01-TTPTN - Văn bản đề xuất</w:t>
            </w:r>
          </w:p>
        </w:tc>
        <w:tc>
          <w:tcPr>
            <w:tcW w:w="1814" w:type="dxa"/>
            <w:vAlign w:val="center"/>
          </w:tcPr>
          <w:p w14:paraId="2AF097E9"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6B0080B0"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0D55BEE0" w14:textId="77777777" w:rsidR="00BF043B" w:rsidRPr="00097604" w:rsidRDefault="00BF043B" w:rsidP="005E2066">
            <w:pPr>
              <w:spacing w:after="0"/>
              <w:ind w:firstLine="0"/>
              <w:jc w:val="left"/>
              <w:rPr>
                <w:rFonts w:cs="Times New Roman"/>
                <w:sz w:val="28"/>
                <w:szCs w:val="28"/>
              </w:rPr>
            </w:pPr>
          </w:p>
        </w:tc>
      </w:tr>
      <w:tr w:rsidR="00BF043B" w:rsidRPr="00097604" w14:paraId="140B82A9" w14:textId="77777777" w:rsidTr="005E2066">
        <w:trPr>
          <w:jc w:val="center"/>
        </w:trPr>
        <w:tc>
          <w:tcPr>
            <w:tcW w:w="746" w:type="dxa"/>
            <w:vAlign w:val="center"/>
          </w:tcPr>
          <w:p w14:paraId="617B558E" w14:textId="77777777" w:rsidR="00BF043B" w:rsidRPr="00BA30EF" w:rsidRDefault="00BF043B" w:rsidP="00BA30EF">
            <w:pPr>
              <w:pStyle w:val="ListParagraph"/>
              <w:numPr>
                <w:ilvl w:val="0"/>
                <w:numId w:val="11"/>
              </w:numPr>
              <w:spacing w:after="0"/>
              <w:ind w:left="170" w:hanging="170"/>
              <w:jc w:val="left"/>
              <w:rPr>
                <w:rFonts w:cs="Times New Roman"/>
                <w:sz w:val="28"/>
                <w:szCs w:val="28"/>
              </w:rPr>
            </w:pPr>
          </w:p>
        </w:tc>
        <w:tc>
          <w:tcPr>
            <w:tcW w:w="3114" w:type="dxa"/>
            <w:vAlign w:val="center"/>
          </w:tcPr>
          <w:p w14:paraId="538E0C2A" w14:textId="77777777" w:rsidR="00BF043B" w:rsidRPr="00097604" w:rsidRDefault="00971749" w:rsidP="005E2066">
            <w:pPr>
              <w:spacing w:after="0"/>
              <w:ind w:firstLine="0"/>
              <w:jc w:val="left"/>
              <w:rPr>
                <w:rFonts w:cs="Times New Roman"/>
                <w:sz w:val="28"/>
                <w:szCs w:val="28"/>
              </w:rPr>
            </w:pPr>
            <w:r>
              <w:rPr>
                <w:sz w:val="22"/>
              </w:rPr>
              <w:t>BM-02-TTPTN - Thuyết minh đề xuất</w:t>
            </w:r>
          </w:p>
        </w:tc>
        <w:tc>
          <w:tcPr>
            <w:tcW w:w="1814" w:type="dxa"/>
            <w:vAlign w:val="center"/>
          </w:tcPr>
          <w:p w14:paraId="0B759076"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3833B33E"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32702A17" w14:textId="77777777" w:rsidR="00BF043B" w:rsidRPr="00097604" w:rsidRDefault="00BF043B" w:rsidP="005E2066">
            <w:pPr>
              <w:spacing w:after="0"/>
              <w:ind w:firstLine="0"/>
              <w:jc w:val="left"/>
              <w:rPr>
                <w:rFonts w:cs="Times New Roman"/>
                <w:sz w:val="28"/>
                <w:szCs w:val="28"/>
              </w:rPr>
            </w:pPr>
          </w:p>
        </w:tc>
      </w:tr>
      <w:tr w:rsidR="00BF043B" w:rsidRPr="00097604" w14:paraId="31FAF358" w14:textId="77777777" w:rsidTr="005E2066">
        <w:trPr>
          <w:jc w:val="center"/>
        </w:trPr>
        <w:tc>
          <w:tcPr>
            <w:tcW w:w="746" w:type="dxa"/>
            <w:vAlign w:val="center"/>
          </w:tcPr>
          <w:p w14:paraId="18A039C1" w14:textId="77777777" w:rsidR="00BF043B" w:rsidRPr="00BA30EF" w:rsidRDefault="00BF043B" w:rsidP="00BA30EF">
            <w:pPr>
              <w:pStyle w:val="ListParagraph"/>
              <w:numPr>
                <w:ilvl w:val="0"/>
                <w:numId w:val="11"/>
              </w:numPr>
              <w:spacing w:after="0"/>
              <w:ind w:left="170" w:hanging="170"/>
              <w:jc w:val="left"/>
              <w:rPr>
                <w:rFonts w:cs="Times New Roman"/>
                <w:sz w:val="28"/>
                <w:szCs w:val="28"/>
              </w:rPr>
            </w:pPr>
          </w:p>
        </w:tc>
        <w:tc>
          <w:tcPr>
            <w:tcW w:w="3114" w:type="dxa"/>
            <w:vAlign w:val="center"/>
          </w:tcPr>
          <w:p w14:paraId="55D468F8" w14:textId="77777777" w:rsidR="00BF043B" w:rsidRPr="00097604" w:rsidRDefault="00971749" w:rsidP="005E2066">
            <w:pPr>
              <w:spacing w:after="0"/>
              <w:ind w:firstLine="0"/>
              <w:jc w:val="left"/>
              <w:rPr>
                <w:rFonts w:cs="Times New Roman"/>
                <w:sz w:val="28"/>
                <w:szCs w:val="28"/>
              </w:rPr>
            </w:pPr>
            <w:r>
              <w:rPr>
                <w:sz w:val="22"/>
              </w:rPr>
              <w:t>Tài liệu pháp lý của tổ chức đầu mối hoặc tổ chức được giao chuẩn bị đề xuất</w:t>
            </w:r>
          </w:p>
        </w:tc>
        <w:tc>
          <w:tcPr>
            <w:tcW w:w="1814" w:type="dxa"/>
            <w:vAlign w:val="center"/>
          </w:tcPr>
          <w:p w14:paraId="50CBD35A"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3677F4B2"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32F311B4" w14:textId="77777777" w:rsidR="00BF043B" w:rsidRPr="00097604" w:rsidRDefault="00BF043B" w:rsidP="005E2066">
            <w:pPr>
              <w:spacing w:after="0"/>
              <w:ind w:firstLine="0"/>
              <w:jc w:val="left"/>
              <w:rPr>
                <w:rFonts w:cs="Times New Roman"/>
                <w:sz w:val="28"/>
                <w:szCs w:val="28"/>
              </w:rPr>
            </w:pPr>
          </w:p>
        </w:tc>
      </w:tr>
      <w:tr w:rsidR="00BF043B" w:rsidRPr="00097604" w14:paraId="6E3BE370" w14:textId="77777777" w:rsidTr="005E2066">
        <w:trPr>
          <w:jc w:val="center"/>
        </w:trPr>
        <w:tc>
          <w:tcPr>
            <w:tcW w:w="746" w:type="dxa"/>
            <w:vAlign w:val="center"/>
          </w:tcPr>
          <w:p w14:paraId="03563F5A" w14:textId="77777777" w:rsidR="00BF043B" w:rsidRPr="00BA30EF" w:rsidRDefault="00BF043B" w:rsidP="00BA30EF">
            <w:pPr>
              <w:pStyle w:val="ListParagraph"/>
              <w:numPr>
                <w:ilvl w:val="0"/>
                <w:numId w:val="11"/>
              </w:numPr>
              <w:spacing w:after="0"/>
              <w:ind w:left="170" w:hanging="170"/>
              <w:jc w:val="left"/>
              <w:rPr>
                <w:rFonts w:cs="Times New Roman"/>
                <w:sz w:val="28"/>
                <w:szCs w:val="28"/>
              </w:rPr>
            </w:pPr>
          </w:p>
        </w:tc>
        <w:tc>
          <w:tcPr>
            <w:tcW w:w="3114" w:type="dxa"/>
            <w:vAlign w:val="center"/>
          </w:tcPr>
          <w:p w14:paraId="1EC92502" w14:textId="77777777" w:rsidR="00BF043B" w:rsidRPr="00097604" w:rsidRDefault="00971749" w:rsidP="005E2066">
            <w:pPr>
              <w:spacing w:after="0"/>
              <w:ind w:firstLine="0"/>
              <w:jc w:val="left"/>
              <w:rPr>
                <w:rFonts w:cs="Times New Roman"/>
                <w:sz w:val="28"/>
                <w:szCs w:val="28"/>
              </w:rPr>
            </w:pPr>
            <w:r>
              <w:rPr>
                <w:sz w:val="22"/>
              </w:rPr>
              <w:t>Tài liệu minh chứng được dẫn chiếu trong Thuyết minh</w:t>
            </w:r>
          </w:p>
        </w:tc>
        <w:tc>
          <w:tcPr>
            <w:tcW w:w="1814" w:type="dxa"/>
            <w:vAlign w:val="center"/>
          </w:tcPr>
          <w:p w14:paraId="259D71E1"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24268867" w14:textId="77777777" w:rsidR="00BF043B" w:rsidRPr="00097604" w:rsidRDefault="00BF043B" w:rsidP="005E2066">
            <w:pPr>
              <w:spacing w:after="0"/>
              <w:ind w:firstLine="0"/>
              <w:jc w:val="left"/>
              <w:rPr>
                <w:rFonts w:cs="Times New Roman"/>
                <w:sz w:val="28"/>
                <w:szCs w:val="28"/>
              </w:rPr>
            </w:pPr>
          </w:p>
        </w:tc>
        <w:tc>
          <w:tcPr>
            <w:tcW w:w="1814" w:type="dxa"/>
            <w:vAlign w:val="center"/>
          </w:tcPr>
          <w:p w14:paraId="754B8BB7" w14:textId="77777777" w:rsidR="00BF043B" w:rsidRPr="00097604" w:rsidRDefault="00BF043B" w:rsidP="005E2066">
            <w:pPr>
              <w:spacing w:after="0"/>
              <w:ind w:firstLine="0"/>
              <w:jc w:val="left"/>
              <w:rPr>
                <w:rFonts w:cs="Times New Roman"/>
                <w:sz w:val="28"/>
                <w:szCs w:val="28"/>
              </w:rPr>
            </w:pPr>
          </w:p>
        </w:tc>
      </w:tr>
    </w:tbl>
    <w:p w14:paraId="784389B6" w14:textId="77777777" w:rsidR="00BF043B" w:rsidRPr="00097604" w:rsidRDefault="00971749" w:rsidP="005E2066">
      <w:pPr>
        <w:spacing w:after="0" w:line="252" w:lineRule="auto"/>
        <w:ind w:firstLine="0"/>
        <w:rPr>
          <w:sz w:val="28"/>
          <w:szCs w:val="28"/>
        </w:rPr>
      </w:pPr>
      <w:r w:rsidRPr="00097604">
        <w:rPr>
          <w:b/>
          <w:color w:val="000000"/>
          <w:sz w:val="24"/>
        </w:rPr>
        <w:t>II. RÀ SOÁT MỨC ĐỘ ĐẦY ĐỦ THÔNG TIN THEO ĐIỀU 5</w:t>
      </w:r>
    </w:p>
    <w:tbl>
      <w:tblPr>
        <w:tblStyle w:val="TableGrid"/>
        <w:tblW w:w="9243" w:type="dxa"/>
        <w:jc w:val="center"/>
        <w:tblLook w:val="04A0" w:firstRow="1" w:lastRow="0" w:firstColumn="1" w:lastColumn="0" w:noHBand="0" w:noVBand="1"/>
      </w:tblPr>
      <w:tblGrid>
        <w:gridCol w:w="746"/>
        <w:gridCol w:w="3055"/>
        <w:gridCol w:w="1814"/>
        <w:gridCol w:w="1814"/>
        <w:gridCol w:w="1814"/>
      </w:tblGrid>
      <w:tr w:rsidR="00BF043B" w:rsidRPr="00097604" w14:paraId="4A4CFA2D" w14:textId="77777777" w:rsidTr="005E2066">
        <w:trPr>
          <w:tblHeader/>
          <w:jc w:val="center"/>
        </w:trPr>
        <w:tc>
          <w:tcPr>
            <w:tcW w:w="746" w:type="dxa"/>
            <w:vAlign w:val="center"/>
          </w:tcPr>
          <w:p w14:paraId="5206F763" w14:textId="77777777" w:rsidR="00BF043B" w:rsidRPr="00097604" w:rsidRDefault="00971749" w:rsidP="005E2066">
            <w:pPr>
              <w:spacing w:after="0"/>
              <w:ind w:firstLine="0"/>
              <w:jc w:val="center"/>
              <w:rPr>
                <w:sz w:val="28"/>
                <w:szCs w:val="28"/>
              </w:rPr>
            </w:pPr>
            <w:r w:rsidRPr="00097604">
              <w:rPr>
                <w:b/>
                <w:color w:val="000000"/>
                <w:sz w:val="22"/>
                <w:szCs w:val="28"/>
              </w:rPr>
              <w:t>STT</w:t>
            </w:r>
          </w:p>
        </w:tc>
        <w:tc>
          <w:tcPr>
            <w:tcW w:w="3055" w:type="dxa"/>
            <w:vAlign w:val="center"/>
          </w:tcPr>
          <w:p w14:paraId="704D7CEF" w14:textId="77777777" w:rsidR="00FC231D" w:rsidRPr="00097604" w:rsidRDefault="006018A6" w:rsidP="00D32C80">
            <w:pPr>
              <w:spacing w:after="0"/>
              <w:ind w:firstLine="0"/>
              <w:jc w:val="center"/>
              <w:rPr>
                <w:b/>
                <w:bCs/>
                <w:sz w:val="28"/>
                <w:szCs w:val="28"/>
              </w:rPr>
            </w:pPr>
            <w:r w:rsidRPr="00097604">
              <w:rPr>
                <w:b/>
                <w:bCs/>
                <w:sz w:val="22"/>
                <w:szCs w:val="28"/>
              </w:rPr>
              <w:t>Yêu cầu</w:t>
            </w:r>
          </w:p>
        </w:tc>
        <w:tc>
          <w:tcPr>
            <w:tcW w:w="1814" w:type="dxa"/>
            <w:vAlign w:val="center"/>
          </w:tcPr>
          <w:p w14:paraId="67BED335" w14:textId="77777777" w:rsidR="00FC231D" w:rsidRPr="00097604" w:rsidRDefault="006018A6" w:rsidP="00D32C80">
            <w:pPr>
              <w:spacing w:after="0"/>
              <w:ind w:firstLine="0"/>
              <w:jc w:val="center"/>
              <w:rPr>
                <w:b/>
                <w:bCs/>
                <w:sz w:val="28"/>
                <w:szCs w:val="28"/>
              </w:rPr>
            </w:pPr>
            <w:r w:rsidRPr="00097604">
              <w:rPr>
                <w:b/>
                <w:bCs/>
                <w:color w:val="000000"/>
                <w:sz w:val="22"/>
                <w:szCs w:val="28"/>
              </w:rPr>
              <w:t>Có đủ thông tin</w:t>
            </w:r>
          </w:p>
        </w:tc>
        <w:tc>
          <w:tcPr>
            <w:tcW w:w="1814" w:type="dxa"/>
            <w:vAlign w:val="center"/>
          </w:tcPr>
          <w:p w14:paraId="1EB99829" w14:textId="77777777" w:rsidR="00FC231D" w:rsidRPr="00097604" w:rsidRDefault="006018A6" w:rsidP="00D32C80">
            <w:pPr>
              <w:spacing w:after="0"/>
              <w:ind w:firstLine="0"/>
              <w:jc w:val="center"/>
              <w:rPr>
                <w:b/>
                <w:bCs/>
                <w:sz w:val="28"/>
                <w:szCs w:val="28"/>
              </w:rPr>
            </w:pPr>
            <w:r w:rsidRPr="00097604">
              <w:rPr>
                <w:b/>
                <w:bCs/>
                <w:sz w:val="22"/>
                <w:szCs w:val="28"/>
              </w:rPr>
              <w:t>Chưa đủ thông tin</w:t>
            </w:r>
          </w:p>
        </w:tc>
        <w:tc>
          <w:tcPr>
            <w:tcW w:w="1814" w:type="dxa"/>
            <w:vAlign w:val="center"/>
          </w:tcPr>
          <w:p w14:paraId="510F12B1" w14:textId="77777777" w:rsidR="00FC231D" w:rsidRPr="00097604" w:rsidRDefault="006018A6" w:rsidP="00D32C80">
            <w:pPr>
              <w:spacing w:after="0"/>
              <w:ind w:firstLine="0"/>
              <w:jc w:val="center"/>
              <w:rPr>
                <w:b/>
                <w:bCs/>
                <w:sz w:val="28"/>
                <w:szCs w:val="28"/>
              </w:rPr>
            </w:pPr>
            <w:r w:rsidRPr="00097604">
              <w:rPr>
                <w:b/>
                <w:bCs/>
                <w:sz w:val="22"/>
                <w:szCs w:val="28"/>
              </w:rPr>
              <w:t>Nội dung cần bổ sung, làm rõ</w:t>
            </w:r>
          </w:p>
        </w:tc>
      </w:tr>
      <w:tr w:rsidR="00BF043B" w:rsidRPr="00097604" w14:paraId="239FC6D1" w14:textId="77777777" w:rsidTr="005E2066">
        <w:trPr>
          <w:jc w:val="center"/>
        </w:trPr>
        <w:tc>
          <w:tcPr>
            <w:tcW w:w="746" w:type="dxa"/>
            <w:vAlign w:val="center"/>
          </w:tcPr>
          <w:p w14:paraId="06265D14" w14:textId="77777777" w:rsidR="00BF043B" w:rsidRPr="00097604" w:rsidRDefault="00BF043B" w:rsidP="00D32C80">
            <w:pPr>
              <w:pStyle w:val="ListParagraph"/>
              <w:numPr>
                <w:ilvl w:val="0"/>
                <w:numId w:val="10"/>
              </w:numPr>
              <w:spacing w:after="0"/>
              <w:ind w:left="170" w:hanging="170"/>
              <w:jc w:val="left"/>
              <w:rPr>
                <w:sz w:val="28"/>
                <w:szCs w:val="28"/>
              </w:rPr>
            </w:pPr>
          </w:p>
        </w:tc>
        <w:tc>
          <w:tcPr>
            <w:tcW w:w="3055" w:type="dxa"/>
            <w:vAlign w:val="center"/>
          </w:tcPr>
          <w:p w14:paraId="08CD7BBF" w14:textId="77777777" w:rsidR="00BF043B" w:rsidRPr="00097604" w:rsidRDefault="00971749" w:rsidP="00C460B8">
            <w:pPr>
              <w:spacing w:after="0"/>
              <w:ind w:firstLine="0"/>
              <w:jc w:val="left"/>
              <w:rPr>
                <w:sz w:val="28"/>
                <w:szCs w:val="28"/>
              </w:rPr>
            </w:pPr>
            <w:r w:rsidRPr="00097604">
              <w:rPr>
                <w:sz w:val="22"/>
                <w:szCs w:val="28"/>
              </w:rPr>
              <w:t>Xác định loại hình, công nghệ/sản phẩm chiến lược, vai trò của năng lực và nhiệm vụ trực tiếp được phục vụ (nếu có)</w:t>
            </w:r>
          </w:p>
        </w:tc>
        <w:tc>
          <w:tcPr>
            <w:tcW w:w="1814" w:type="dxa"/>
            <w:vAlign w:val="center"/>
          </w:tcPr>
          <w:p w14:paraId="4E10F9B2" w14:textId="77777777" w:rsidR="00BF043B" w:rsidRPr="00097604" w:rsidRDefault="00BF043B" w:rsidP="005E2066">
            <w:pPr>
              <w:spacing w:after="0"/>
              <w:ind w:firstLine="0"/>
              <w:jc w:val="left"/>
              <w:rPr>
                <w:sz w:val="28"/>
                <w:szCs w:val="28"/>
              </w:rPr>
            </w:pPr>
          </w:p>
        </w:tc>
        <w:tc>
          <w:tcPr>
            <w:tcW w:w="1814" w:type="dxa"/>
            <w:vAlign w:val="center"/>
          </w:tcPr>
          <w:p w14:paraId="7C47FB0D" w14:textId="77777777" w:rsidR="00BF043B" w:rsidRPr="00097604" w:rsidRDefault="00BF043B" w:rsidP="005E2066">
            <w:pPr>
              <w:spacing w:after="0"/>
              <w:ind w:firstLine="0"/>
              <w:jc w:val="left"/>
              <w:rPr>
                <w:sz w:val="28"/>
                <w:szCs w:val="28"/>
              </w:rPr>
            </w:pPr>
          </w:p>
        </w:tc>
        <w:tc>
          <w:tcPr>
            <w:tcW w:w="1814" w:type="dxa"/>
            <w:vAlign w:val="center"/>
          </w:tcPr>
          <w:p w14:paraId="7077164F" w14:textId="77777777" w:rsidR="00BF043B" w:rsidRPr="00097604" w:rsidRDefault="00BF043B" w:rsidP="005E2066">
            <w:pPr>
              <w:spacing w:after="0"/>
              <w:ind w:firstLine="0"/>
              <w:jc w:val="left"/>
              <w:rPr>
                <w:sz w:val="28"/>
                <w:szCs w:val="28"/>
              </w:rPr>
            </w:pPr>
          </w:p>
        </w:tc>
      </w:tr>
      <w:tr w:rsidR="00BF043B" w:rsidRPr="00097604" w14:paraId="1896A8AD" w14:textId="77777777" w:rsidTr="005E2066">
        <w:trPr>
          <w:jc w:val="center"/>
        </w:trPr>
        <w:tc>
          <w:tcPr>
            <w:tcW w:w="746" w:type="dxa"/>
            <w:vAlign w:val="center"/>
          </w:tcPr>
          <w:p w14:paraId="439B0BFA" w14:textId="77777777" w:rsidR="00BF043B" w:rsidRPr="00097604" w:rsidRDefault="00BF043B" w:rsidP="00D32C80">
            <w:pPr>
              <w:pStyle w:val="ListParagraph"/>
              <w:numPr>
                <w:ilvl w:val="0"/>
                <w:numId w:val="10"/>
              </w:numPr>
              <w:spacing w:after="0"/>
              <w:ind w:left="170" w:hanging="170"/>
              <w:jc w:val="left"/>
              <w:rPr>
                <w:sz w:val="28"/>
                <w:szCs w:val="28"/>
              </w:rPr>
            </w:pPr>
          </w:p>
        </w:tc>
        <w:tc>
          <w:tcPr>
            <w:tcW w:w="3055" w:type="dxa"/>
            <w:vAlign w:val="center"/>
          </w:tcPr>
          <w:p w14:paraId="2E275DAC" w14:textId="77777777" w:rsidR="00BF043B" w:rsidRPr="00097604" w:rsidRDefault="00971749" w:rsidP="00C460B8">
            <w:pPr>
              <w:spacing w:after="0"/>
              <w:ind w:firstLine="0"/>
              <w:jc w:val="left"/>
              <w:rPr>
                <w:sz w:val="28"/>
                <w:szCs w:val="28"/>
              </w:rPr>
            </w:pPr>
            <w:r w:rsidRPr="00097604">
              <w:rPr>
                <w:sz w:val="22"/>
                <w:szCs w:val="28"/>
              </w:rPr>
              <w:t>Có căn cứ về nhu cầu, hiện trạng, khoảng trống năng lực và khả năng đáp ứng bằng hạ tầng hiện có</w:t>
            </w:r>
          </w:p>
        </w:tc>
        <w:tc>
          <w:tcPr>
            <w:tcW w:w="1814" w:type="dxa"/>
            <w:vAlign w:val="center"/>
          </w:tcPr>
          <w:p w14:paraId="37415FE2" w14:textId="77777777" w:rsidR="00BF043B" w:rsidRPr="00097604" w:rsidRDefault="00BF043B" w:rsidP="005E2066">
            <w:pPr>
              <w:spacing w:after="0"/>
              <w:ind w:firstLine="0"/>
              <w:jc w:val="left"/>
              <w:rPr>
                <w:sz w:val="28"/>
                <w:szCs w:val="28"/>
              </w:rPr>
            </w:pPr>
          </w:p>
        </w:tc>
        <w:tc>
          <w:tcPr>
            <w:tcW w:w="1814" w:type="dxa"/>
            <w:vAlign w:val="center"/>
          </w:tcPr>
          <w:p w14:paraId="6208371E" w14:textId="77777777" w:rsidR="00BF043B" w:rsidRPr="00097604" w:rsidRDefault="00BF043B" w:rsidP="005E2066">
            <w:pPr>
              <w:spacing w:after="0"/>
              <w:ind w:firstLine="0"/>
              <w:jc w:val="left"/>
              <w:rPr>
                <w:sz w:val="28"/>
                <w:szCs w:val="28"/>
              </w:rPr>
            </w:pPr>
          </w:p>
        </w:tc>
        <w:tc>
          <w:tcPr>
            <w:tcW w:w="1814" w:type="dxa"/>
            <w:vAlign w:val="center"/>
          </w:tcPr>
          <w:p w14:paraId="703767D1" w14:textId="77777777" w:rsidR="00BF043B" w:rsidRPr="00097604" w:rsidRDefault="00BF043B" w:rsidP="005E2066">
            <w:pPr>
              <w:spacing w:after="0"/>
              <w:ind w:firstLine="0"/>
              <w:jc w:val="left"/>
              <w:rPr>
                <w:sz w:val="28"/>
                <w:szCs w:val="28"/>
              </w:rPr>
            </w:pPr>
          </w:p>
        </w:tc>
      </w:tr>
      <w:tr w:rsidR="00BF043B" w:rsidRPr="00097604" w14:paraId="6A06EC1D" w14:textId="77777777" w:rsidTr="005E2066">
        <w:trPr>
          <w:jc w:val="center"/>
        </w:trPr>
        <w:tc>
          <w:tcPr>
            <w:tcW w:w="746" w:type="dxa"/>
            <w:vAlign w:val="center"/>
          </w:tcPr>
          <w:p w14:paraId="66D1B01D" w14:textId="77777777" w:rsidR="00BF043B" w:rsidRPr="00097604" w:rsidRDefault="00BF043B" w:rsidP="00D32C80">
            <w:pPr>
              <w:pStyle w:val="ListParagraph"/>
              <w:numPr>
                <w:ilvl w:val="0"/>
                <w:numId w:val="10"/>
              </w:numPr>
              <w:spacing w:after="0"/>
              <w:ind w:left="170" w:hanging="170"/>
              <w:jc w:val="left"/>
              <w:rPr>
                <w:sz w:val="28"/>
                <w:szCs w:val="28"/>
              </w:rPr>
            </w:pPr>
          </w:p>
        </w:tc>
        <w:tc>
          <w:tcPr>
            <w:tcW w:w="3055" w:type="dxa"/>
            <w:vAlign w:val="center"/>
          </w:tcPr>
          <w:p w14:paraId="155E3C61" w14:textId="77777777" w:rsidR="00BF043B" w:rsidRPr="00097604" w:rsidRDefault="00971749" w:rsidP="00C460B8">
            <w:pPr>
              <w:spacing w:after="0"/>
              <w:ind w:firstLine="0"/>
              <w:jc w:val="left"/>
              <w:rPr>
                <w:sz w:val="28"/>
                <w:szCs w:val="28"/>
              </w:rPr>
            </w:pPr>
            <w:r w:rsidRPr="00097604">
              <w:rPr>
                <w:sz w:val="22"/>
                <w:szCs w:val="28"/>
              </w:rPr>
              <w:t>Thông tin về tổ chức đầu mối, nhân lực và trách nhiệm của các tổ chức tham gia (nếu có)</w:t>
            </w:r>
          </w:p>
        </w:tc>
        <w:tc>
          <w:tcPr>
            <w:tcW w:w="1814" w:type="dxa"/>
            <w:vAlign w:val="center"/>
          </w:tcPr>
          <w:p w14:paraId="5B3F01AB" w14:textId="77777777" w:rsidR="00BF043B" w:rsidRPr="00097604" w:rsidRDefault="00BF043B" w:rsidP="005E2066">
            <w:pPr>
              <w:spacing w:after="0"/>
              <w:ind w:firstLine="0"/>
              <w:jc w:val="left"/>
              <w:rPr>
                <w:sz w:val="28"/>
                <w:szCs w:val="28"/>
              </w:rPr>
            </w:pPr>
          </w:p>
        </w:tc>
        <w:tc>
          <w:tcPr>
            <w:tcW w:w="1814" w:type="dxa"/>
            <w:vAlign w:val="center"/>
          </w:tcPr>
          <w:p w14:paraId="1B2FF250" w14:textId="77777777" w:rsidR="00BF043B" w:rsidRPr="00097604" w:rsidRDefault="00BF043B" w:rsidP="005E2066">
            <w:pPr>
              <w:spacing w:after="0"/>
              <w:ind w:firstLine="0"/>
              <w:jc w:val="left"/>
              <w:rPr>
                <w:sz w:val="28"/>
                <w:szCs w:val="28"/>
              </w:rPr>
            </w:pPr>
          </w:p>
        </w:tc>
        <w:tc>
          <w:tcPr>
            <w:tcW w:w="1814" w:type="dxa"/>
            <w:vAlign w:val="center"/>
          </w:tcPr>
          <w:p w14:paraId="196F9DD6" w14:textId="77777777" w:rsidR="00BF043B" w:rsidRPr="00097604" w:rsidRDefault="00BF043B" w:rsidP="005E2066">
            <w:pPr>
              <w:spacing w:after="0"/>
              <w:ind w:firstLine="0"/>
              <w:jc w:val="left"/>
              <w:rPr>
                <w:sz w:val="28"/>
                <w:szCs w:val="28"/>
              </w:rPr>
            </w:pPr>
          </w:p>
        </w:tc>
      </w:tr>
      <w:tr w:rsidR="00BF043B" w:rsidRPr="00097604" w14:paraId="14C3731B" w14:textId="77777777" w:rsidTr="005E2066">
        <w:trPr>
          <w:jc w:val="center"/>
        </w:trPr>
        <w:tc>
          <w:tcPr>
            <w:tcW w:w="746" w:type="dxa"/>
            <w:vAlign w:val="center"/>
          </w:tcPr>
          <w:p w14:paraId="269CF86B" w14:textId="77777777" w:rsidR="00BF043B" w:rsidRPr="00097604" w:rsidRDefault="00BF043B" w:rsidP="00D32C80">
            <w:pPr>
              <w:pStyle w:val="ListParagraph"/>
              <w:numPr>
                <w:ilvl w:val="0"/>
                <w:numId w:val="10"/>
              </w:numPr>
              <w:spacing w:after="0"/>
              <w:ind w:left="170" w:hanging="170"/>
              <w:jc w:val="left"/>
              <w:rPr>
                <w:sz w:val="28"/>
                <w:szCs w:val="28"/>
              </w:rPr>
            </w:pPr>
          </w:p>
        </w:tc>
        <w:tc>
          <w:tcPr>
            <w:tcW w:w="3055" w:type="dxa"/>
            <w:vAlign w:val="center"/>
          </w:tcPr>
          <w:p>
            <w:r>
              <w:t>Thông tin về năng lực cần bổ sung, phương án vận hành, nguồn lực hình thành và duy trì 05 năm đầu, khai thác dùng chung</w:t>
            </w:r>
          </w:p>
        </w:tc>
        <w:tc>
          <w:tcPr>
            <w:tcW w:w="1814" w:type="dxa"/>
            <w:vAlign w:val="center"/>
          </w:tcPr>
          <w:p w14:paraId="75840398" w14:textId="77777777" w:rsidR="00BF043B" w:rsidRPr="00097604" w:rsidRDefault="00BF043B" w:rsidP="005E2066">
            <w:pPr>
              <w:spacing w:after="0"/>
              <w:ind w:firstLine="0"/>
              <w:jc w:val="left"/>
              <w:rPr>
                <w:sz w:val="28"/>
                <w:szCs w:val="28"/>
              </w:rPr>
            </w:pPr>
          </w:p>
        </w:tc>
        <w:tc>
          <w:tcPr>
            <w:tcW w:w="1814" w:type="dxa"/>
            <w:vAlign w:val="center"/>
          </w:tcPr>
          <w:p w14:paraId="648ADEB8" w14:textId="77777777" w:rsidR="00BF043B" w:rsidRPr="00097604" w:rsidRDefault="00BF043B" w:rsidP="005E2066">
            <w:pPr>
              <w:spacing w:after="0"/>
              <w:ind w:firstLine="0"/>
              <w:jc w:val="left"/>
              <w:rPr>
                <w:sz w:val="28"/>
                <w:szCs w:val="28"/>
              </w:rPr>
            </w:pPr>
          </w:p>
        </w:tc>
        <w:tc>
          <w:tcPr>
            <w:tcW w:w="1814" w:type="dxa"/>
            <w:vAlign w:val="center"/>
          </w:tcPr>
          <w:p w14:paraId="3E8F2677" w14:textId="77777777" w:rsidR="00BF043B" w:rsidRPr="00097604" w:rsidRDefault="00BF043B" w:rsidP="005E2066">
            <w:pPr>
              <w:spacing w:after="0"/>
              <w:ind w:firstLine="0"/>
              <w:jc w:val="left"/>
              <w:rPr>
                <w:sz w:val="28"/>
                <w:szCs w:val="28"/>
              </w:rPr>
            </w:pPr>
          </w:p>
        </w:tc>
      </w:tr>
      <w:tr w:rsidR="00BF043B" w:rsidRPr="00097604" w14:paraId="691B0A75" w14:textId="77777777" w:rsidTr="005E2066">
        <w:trPr>
          <w:jc w:val="center"/>
        </w:trPr>
        <w:tc>
          <w:tcPr>
            <w:tcW w:w="746" w:type="dxa"/>
            <w:vAlign w:val="center"/>
          </w:tcPr>
          <w:p w14:paraId="29239E6A" w14:textId="77777777" w:rsidR="00BF043B" w:rsidRPr="00097604" w:rsidRDefault="00BF043B" w:rsidP="00D32C80">
            <w:pPr>
              <w:pStyle w:val="ListParagraph"/>
              <w:numPr>
                <w:ilvl w:val="0"/>
                <w:numId w:val="10"/>
              </w:numPr>
              <w:spacing w:after="0"/>
              <w:ind w:left="170" w:hanging="170"/>
              <w:jc w:val="left"/>
              <w:rPr>
                <w:sz w:val="28"/>
                <w:szCs w:val="28"/>
              </w:rPr>
            </w:pPr>
          </w:p>
        </w:tc>
        <w:tc>
          <w:tcPr>
            <w:tcW w:w="3055" w:type="dxa"/>
            <w:vAlign w:val="center"/>
          </w:tcPr>
          <w:p w14:paraId="5681068C" w14:textId="77777777" w:rsidR="00BF043B" w:rsidRPr="00097604" w:rsidRDefault="00971749" w:rsidP="00C460B8">
            <w:pPr>
              <w:spacing w:after="0"/>
              <w:ind w:firstLine="0"/>
              <w:jc w:val="left"/>
              <w:rPr>
                <w:sz w:val="28"/>
                <w:szCs w:val="28"/>
              </w:rPr>
            </w:pPr>
            <w:r w:rsidRPr="00097604">
              <w:rPr>
                <w:sz w:val="22"/>
                <w:szCs w:val="28"/>
              </w:rPr>
              <w:t>Xác định mục tiêu, kết quả đầu ra chủ yếu, mốc thời gian và căn cứ theo dõi, kiểm chứng</w:t>
            </w:r>
          </w:p>
        </w:tc>
        <w:tc>
          <w:tcPr>
            <w:tcW w:w="1814" w:type="dxa"/>
            <w:vAlign w:val="center"/>
          </w:tcPr>
          <w:p w14:paraId="2EE511FC" w14:textId="77777777" w:rsidR="00BF043B" w:rsidRPr="00097604" w:rsidRDefault="00BF043B" w:rsidP="005E2066">
            <w:pPr>
              <w:spacing w:after="0"/>
              <w:ind w:firstLine="0"/>
              <w:jc w:val="left"/>
              <w:rPr>
                <w:sz w:val="28"/>
                <w:szCs w:val="28"/>
              </w:rPr>
            </w:pPr>
          </w:p>
        </w:tc>
        <w:tc>
          <w:tcPr>
            <w:tcW w:w="1814" w:type="dxa"/>
            <w:vAlign w:val="center"/>
          </w:tcPr>
          <w:p w14:paraId="24EFC452" w14:textId="77777777" w:rsidR="00BF043B" w:rsidRPr="00097604" w:rsidRDefault="00BF043B" w:rsidP="005E2066">
            <w:pPr>
              <w:spacing w:after="0"/>
              <w:ind w:firstLine="0"/>
              <w:jc w:val="left"/>
              <w:rPr>
                <w:sz w:val="28"/>
                <w:szCs w:val="28"/>
              </w:rPr>
            </w:pPr>
          </w:p>
        </w:tc>
        <w:tc>
          <w:tcPr>
            <w:tcW w:w="1814" w:type="dxa"/>
            <w:vAlign w:val="center"/>
          </w:tcPr>
          <w:p w14:paraId="1D4B341D" w14:textId="77777777" w:rsidR="00BF043B" w:rsidRPr="00097604" w:rsidRDefault="00BF043B" w:rsidP="005E2066">
            <w:pPr>
              <w:spacing w:after="0"/>
              <w:ind w:firstLine="0"/>
              <w:jc w:val="left"/>
              <w:rPr>
                <w:sz w:val="28"/>
                <w:szCs w:val="28"/>
              </w:rPr>
            </w:pPr>
          </w:p>
        </w:tc>
      </w:tr>
    </w:tbl>
    <w:p w14:paraId="37E6F69A" w14:textId="77777777" w:rsidR="005E2066" w:rsidRPr="00097604" w:rsidRDefault="005E2066">
      <w:pPr>
        <w:spacing w:after="0"/>
        <w:ind w:firstLine="0"/>
        <w:rPr>
          <w:b/>
          <w:sz w:val="23"/>
        </w:rPr>
      </w:pPr>
    </w:p>
    <w:p w14:paraId="328F4484" w14:textId="77777777" w:rsidR="00BF043B" w:rsidRPr="00097604" w:rsidRDefault="00971749" w:rsidP="005E2066">
      <w:pPr>
        <w:spacing w:after="0" w:line="252" w:lineRule="auto"/>
        <w:ind w:firstLine="0"/>
        <w:rPr>
          <w:sz w:val="28"/>
          <w:szCs w:val="28"/>
        </w:rPr>
      </w:pPr>
      <w:r>
        <w:rPr>
          <w:b/>
          <w:color w:val="000000"/>
          <w:sz w:val="24"/>
          <w:szCs w:val="28"/>
        </w:rPr>
        <w:t>III. KẾT QUẢ RÀ SOÁT</w:t>
      </w:r>
    </w:p>
    <w:p w14:paraId="3D445C3D" w14:textId="77777777" w:rsidR="00BF043B" w:rsidRPr="00097604" w:rsidRDefault="00971749" w:rsidP="005E2066">
      <w:pPr>
        <w:spacing w:after="0" w:line="252" w:lineRule="auto"/>
        <w:ind w:firstLine="720"/>
        <w:rPr>
          <w:sz w:val="28"/>
          <w:szCs w:val="28"/>
        </w:rPr>
      </w:pPr>
      <w:r w:rsidRPr="00097604">
        <w:rPr>
          <w:color w:val="000000"/>
          <w:sz w:val="24"/>
          <w:szCs w:val="28"/>
        </w:rPr>
        <w:t>□ Có đủ thông tin để đưa vào Hội đồng đánh giá.</w:t>
      </w:r>
    </w:p>
    <w:p w14:paraId="0293534D" w14:textId="77777777" w:rsidR="00BF043B" w:rsidRPr="00097604" w:rsidRDefault="00971749" w:rsidP="005E2066">
      <w:pPr>
        <w:spacing w:after="0" w:line="252" w:lineRule="auto"/>
        <w:ind w:firstLine="720"/>
        <w:rPr>
          <w:sz w:val="28"/>
          <w:szCs w:val="28"/>
        </w:rPr>
      </w:pPr>
      <w:r w:rsidRPr="00097604">
        <w:rPr>
          <w:color w:val="000000"/>
          <w:sz w:val="24"/>
          <w:szCs w:val="28"/>
        </w:rPr>
        <w:t>□ Chưa đủ thông tin; cần bổ sung, giải trình. Nội dung: …</w:t>
      </w:r>
    </w:p>
    <w:p w14:paraId="68EF5ADB" w14:textId="77777777" w:rsidR="00BF043B" w:rsidRPr="00097604" w:rsidRDefault="00971749" w:rsidP="005E2066">
      <w:pPr>
        <w:spacing w:after="0" w:line="252" w:lineRule="auto"/>
        <w:ind w:firstLine="720"/>
        <w:rPr>
          <w:sz w:val="28"/>
          <w:szCs w:val="28"/>
        </w:rPr>
      </w:pPr>
      <w:r>
        <w:rPr>
          <w:color w:val="000000"/>
          <w:sz w:val="24"/>
        </w:rPr>
        <w:t>□ Không thuộc phạm vi đợt tiếp nhận hoặc không đáp ứng yêu cầu về thông tin, tài liệu sau thời hạn bổ sung, giải trình. Lý do: …</w:t>
      </w:r>
    </w:p>
    <w:p w14:paraId="417D7201" w14:textId="77777777" w:rsidR="00BF043B" w:rsidRPr="00097604" w:rsidRDefault="00971749" w:rsidP="005E2066">
      <w:pPr>
        <w:spacing w:after="0" w:line="252" w:lineRule="auto"/>
        <w:ind w:firstLine="720"/>
        <w:rPr>
          <w:sz w:val="28"/>
          <w:szCs w:val="28"/>
        </w:rPr>
      </w:pPr>
      <w:r w:rsidRPr="00097604">
        <w:rPr>
          <w:color w:val="000000"/>
          <w:sz w:val="24"/>
          <w:szCs w:val="28"/>
        </w:rPr>
        <w:t>Nội dung cần bổ sung về hồ sơ (nếu có): …</w:t>
        <w:br/>
        <w:t>Việc rà soát chỉ xác định mức độ đầy đủ thông tin, tài liệu; không đánh giá tiêu chí chuyên môn.</w:t>
      </w:r>
    </w:p>
    <w:p w14:paraId="048B772B" w14:textId="77777777" w:rsidR="005E2066" w:rsidRPr="00097604" w:rsidRDefault="005E2066" w:rsidP="005E2066">
      <w:pPr>
        <w:spacing w:after="0"/>
        <w:ind w:firstLine="720"/>
        <w:rPr>
          <w:sz w:val="28"/>
          <w:szCs w:val="2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216B81BE" w14:textId="77777777">
        <w:trPr>
          <w:cantSplit/>
          <w:jc w:val="center"/>
        </w:trPr>
        <w:tc>
          <w:tcPr>
            <w:tcW w:w="4536" w:type="dxa"/>
          </w:tcPr>
          <w:p w14:paraId="75676830" w14:textId="77777777" w:rsidR="00BF043B" w:rsidRPr="00097604" w:rsidRDefault="00971749" w:rsidP="005E2066">
            <w:pPr>
              <w:spacing w:after="0" w:line="240" w:lineRule="auto"/>
              <w:ind w:firstLine="0"/>
              <w:jc w:val="center"/>
              <w:rPr>
                <w:sz w:val="28"/>
                <w:szCs w:val="28"/>
              </w:rPr>
            </w:pPr>
            <w:r w:rsidRPr="00097604">
              <w:rPr>
                <w:b/>
                <w:sz w:val="22"/>
                <w:szCs w:val="28"/>
              </w:rPr>
              <w:t>NGƯỜI RÀ SOÁT</w:t>
            </w:r>
          </w:p>
          <w:p w14:paraId="1B14E2CA" w14:textId="77777777" w:rsidR="00BF043B" w:rsidRPr="00097604" w:rsidRDefault="00971749" w:rsidP="005E2066">
            <w:pPr>
              <w:spacing w:after="0" w:line="240" w:lineRule="auto"/>
              <w:ind w:firstLine="0"/>
              <w:jc w:val="center"/>
              <w:rPr>
                <w:sz w:val="28"/>
                <w:szCs w:val="28"/>
              </w:rPr>
            </w:pPr>
            <w:r w:rsidRPr="00097604">
              <w:rPr>
                <w:b/>
                <w:i/>
                <w:sz w:val="22"/>
                <w:szCs w:val="28"/>
              </w:rPr>
              <w:t>(Ký, ghi rõ họ tên)</w:t>
            </w:r>
          </w:p>
        </w:tc>
        <w:tc>
          <w:tcPr>
            <w:tcW w:w="4536" w:type="dxa"/>
          </w:tcPr>
          <w:p w14:paraId="0B4D21D9" w14:textId="77777777" w:rsidR="00BF043B" w:rsidRPr="00097604" w:rsidRDefault="00971749" w:rsidP="005E2066">
            <w:pPr>
              <w:spacing w:after="0" w:line="240" w:lineRule="auto"/>
              <w:ind w:firstLine="0"/>
              <w:jc w:val="center"/>
              <w:rPr>
                <w:sz w:val="28"/>
                <w:szCs w:val="28"/>
              </w:rPr>
            </w:pPr>
            <w:r w:rsidRPr="00097604">
              <w:rPr>
                <w:b/>
                <w:sz w:val="22"/>
                <w:szCs w:val="28"/>
              </w:rPr>
              <w:t>ĐẠI DIỆN ĐƠN VỊ ĐẦU MỐI</w:t>
            </w:r>
          </w:p>
          <w:p w14:paraId="291839BB" w14:textId="77777777" w:rsidR="00BF043B" w:rsidRPr="00097604" w:rsidRDefault="00971749" w:rsidP="005E2066">
            <w:pPr>
              <w:spacing w:after="0" w:line="240" w:lineRule="auto"/>
              <w:ind w:firstLine="0"/>
              <w:jc w:val="center"/>
              <w:rPr>
                <w:sz w:val="28"/>
                <w:szCs w:val="28"/>
              </w:rPr>
            </w:pPr>
            <w:r w:rsidRPr="00097604">
              <w:rPr>
                <w:b/>
                <w:i/>
                <w:sz w:val="22"/>
                <w:szCs w:val="28"/>
              </w:rPr>
              <w:t>(Ký, ghi rõ họ tên)</w:t>
            </w:r>
          </w:p>
        </w:tc>
      </w:tr>
    </w:tbl>
    <w:p w14:paraId="345D2274" w14:textId="77777777" w:rsidR="00BF043B" w:rsidRPr="00097604" w:rsidRDefault="00971749">
      <w:pPr>
        <w:keepNext/>
        <w:pageBreakBefore/>
        <w:spacing w:after="0"/>
        <w:jc w:val="right"/>
      </w:pPr>
      <w:r>
        <w:rPr>
          <w:b/>
          <w:color w:val="000000"/>
          <w:sz w:val="22"/>
        </w:rPr>
        <w:t>BM-04-TTPTN</w:t>
      </w:r>
      <w:r>
        <w:rPr>
          <w:b/>
          <w:color w:val="000000"/>
          <w:sz w:val="22"/>
        </w:rPr>
        <w:br/>
        <w:t>…/2026/TT-BKHCN</w:t>
      </w:r>
    </w:p>
    <w:tbl>
      <w:tblPr>
        <w:tblW w:w="10083" w:type="dxa"/>
        <w:jc w:val="center"/>
        <w:tblBorders>
          <w:top w:val="nil"/>
          <w:left w:val="nil"/>
          <w:bottom w:val="nil"/>
          <w:right w:val="nil"/>
          <w:insideH w:val="nil"/>
          <w:insideV w:val="nil"/>
        </w:tblBorders>
        <w:tblLook w:val="04A0" w:firstRow="1" w:lastRow="0" w:firstColumn="1" w:lastColumn="0" w:noHBand="0" w:noVBand="1"/>
      </w:tblPr>
      <w:tblGrid>
        <w:gridCol w:w="4306"/>
        <w:gridCol w:w="5777"/>
      </w:tblGrid>
      <w:tr w:rsidR="00A80521" w:rsidRPr="00097604" w14:paraId="4C261309" w14:textId="77777777" w:rsidTr="00A80521">
        <w:trPr>
          <w:jc w:val="center"/>
        </w:trPr>
        <w:tc>
          <w:tcPr>
            <w:tcW w:w="4306" w:type="dxa"/>
          </w:tcPr>
          <w:p w14:paraId="73FF7A1A" w14:textId="77777777" w:rsidR="00A80521" w:rsidRPr="00097604" w:rsidRDefault="00A80521" w:rsidP="006018A6">
            <w:pPr>
              <w:spacing w:after="0" w:line="240" w:lineRule="auto"/>
              <w:ind w:firstLine="0"/>
              <w:jc w:val="center"/>
              <w:rPr>
                <w:b/>
                <w:szCs w:val="26"/>
              </w:rPr>
            </w:pPr>
            <w:r w:rsidRPr="00097604">
              <w:rPr>
                <w:b/>
                <w:sz w:val="22"/>
                <w:szCs w:val="26"/>
              </w:rPr>
              <w:t>BỘ KHOA HỌC VÀ CÔNG NGHỆ</w:t>
            </w:r>
          </w:p>
          <w:p w14:paraId="2AFC3FF7" w14:textId="77777777" w:rsidR="00A80521" w:rsidRPr="00097604" w:rsidRDefault="00A80521" w:rsidP="006018A6">
            <w:pPr>
              <w:spacing w:after="0" w:line="240" w:lineRule="auto"/>
              <w:ind w:firstLine="0"/>
              <w:jc w:val="center"/>
              <w:rPr>
                <w:szCs w:val="26"/>
              </w:rPr>
            </w:pPr>
          </w:p>
        </w:tc>
        <w:tc>
          <w:tcPr>
            <w:tcW w:w="5777" w:type="dxa"/>
          </w:tcPr>
          <w:p w14:paraId="2A2EBEC6" w14:textId="77777777" w:rsidR="00A80521" w:rsidRPr="00097604" w:rsidRDefault="00A80521" w:rsidP="006018A6">
            <w:pPr>
              <w:spacing w:after="0" w:line="240" w:lineRule="auto"/>
              <w:ind w:firstLine="0"/>
              <w:jc w:val="center"/>
              <w:rPr>
                <w:szCs w:val="26"/>
              </w:rPr>
            </w:pPr>
            <w:r w:rsidRPr="00097604">
              <w:rPr>
                <w:b/>
                <w:sz w:val="22"/>
                <w:szCs w:val="26"/>
              </w:rPr>
              <w:t>CỘNG HÒA XÃ HỘI CHỦ NGHĨA VIỆT NAM</w:t>
            </w:r>
          </w:p>
          <w:p w14:paraId="5E5975D0" w14:textId="77777777" w:rsidR="00A80521" w:rsidRPr="00097604" w:rsidRDefault="00A80521" w:rsidP="006018A6">
            <w:pPr>
              <w:spacing w:after="0" w:line="240" w:lineRule="auto"/>
              <w:ind w:firstLine="0"/>
              <w:jc w:val="center"/>
              <w:rPr>
                <w:szCs w:val="26"/>
              </w:rPr>
            </w:pPr>
            <w:r w:rsidRPr="00097604">
              <w:rPr>
                <w:b/>
                <w:sz w:val="22"/>
                <w:szCs w:val="26"/>
              </w:rPr>
              <w:t>Độc lập - Tự do - Hạnh phúc</w:t>
            </w:r>
          </w:p>
          <w:p w14:paraId="29099C22" w14:textId="77777777" w:rsidR="00A80521" w:rsidRPr="00097604" w:rsidRDefault="00A80521" w:rsidP="006018A6">
            <w:pPr>
              <w:spacing w:after="0" w:line="240" w:lineRule="auto"/>
              <w:ind w:firstLine="0"/>
              <w:jc w:val="center"/>
              <w:rPr>
                <w:i/>
                <w:szCs w:val="26"/>
              </w:rPr>
            </w:pPr>
          </w:p>
          <w:p w14:paraId="70B78995" w14:textId="77777777" w:rsidR="00A80521" w:rsidRPr="00097604" w:rsidRDefault="00A80521" w:rsidP="006018A6">
            <w:pPr>
              <w:spacing w:after="0" w:line="240" w:lineRule="auto"/>
              <w:ind w:firstLine="0"/>
              <w:jc w:val="center"/>
              <w:rPr>
                <w:szCs w:val="26"/>
              </w:rPr>
            </w:pPr>
            <w:r w:rsidRPr="00097604">
              <w:rPr>
                <w:b/>
                <w:i/>
                <w:sz w:val="22"/>
                <w:szCs w:val="26"/>
              </w:rPr>
              <w:t>Hà Nội, ngày ... tháng ... năm 20...</w:t>
            </w:r>
          </w:p>
        </w:tc>
      </w:tr>
    </w:tbl>
    <w:p w14:paraId="6BB52E7D" w14:textId="77777777" w:rsidR="00A80521" w:rsidRPr="00097604" w:rsidRDefault="00A80521">
      <w:pPr>
        <w:pStyle w:val="AnnexTitle"/>
        <w:spacing w:after="0"/>
        <w:rPr>
          <w:sz w:val="25"/>
        </w:rPr>
      </w:pPr>
    </w:p>
    <w:p w14:paraId="20C552AB" w14:textId="77777777" w:rsidR="00BF043B" w:rsidRPr="00097604" w:rsidRDefault="00971749">
      <w:pPr>
        <w:pStyle w:val="AnnexTitle"/>
        <w:spacing w:before="80" w:after="40" w:line="252" w:lineRule="auto"/>
        <w:rPr>
          <w:szCs w:val="28"/>
        </w:rPr>
      </w:pPr>
      <w:r w:rsidRPr="00097604">
        <w:rPr>
          <w:color w:val="000000"/>
          <w:sz w:val="26"/>
          <w:szCs w:val="28"/>
        </w:rPr>
        <w:t>BIÊN BẢN KIỂM TRA, XÁC MINH THỰC TẾ</w:t>
      </w:r>
    </w:p>
    <w:p w14:paraId="4D013B45" w14:textId="77777777" w:rsidR="00BF043B" w:rsidRPr="00097604" w:rsidRDefault="00971749">
      <w:pPr>
        <w:pStyle w:val="AnnexTitle"/>
        <w:spacing w:after="0" w:line="252" w:lineRule="auto"/>
        <w:rPr>
          <w:szCs w:val="28"/>
        </w:rPr>
      </w:pPr>
      <w:r w:rsidRPr="00097604">
        <w:rPr>
          <w:color w:val="000000"/>
          <w:sz w:val="24"/>
          <w:szCs w:val="28"/>
        </w:rPr>
        <w:t>PHỤC VỤ ĐÁNH GIÁ, LỰA CHỌN</w:t>
      </w:r>
    </w:p>
    <w:p w14:paraId="434B950A" w14:textId="77777777" w:rsidR="007F0935" w:rsidRPr="00097604" w:rsidRDefault="007F0935">
      <w:pPr>
        <w:spacing w:after="0"/>
        <w:rPr>
          <w:sz w:val="28"/>
          <w:szCs w:val="28"/>
        </w:rPr>
      </w:pPr>
    </w:p>
    <w:p w14:paraId="45A18BB5" w14:textId="77777777" w:rsidR="00BF043B" w:rsidRPr="00097604" w:rsidRDefault="00971749" w:rsidP="007F0935">
      <w:pPr>
        <w:spacing w:after="0" w:line="252" w:lineRule="auto"/>
        <w:ind w:firstLine="720"/>
        <w:rPr>
          <w:sz w:val="28"/>
          <w:szCs w:val="28"/>
        </w:rPr>
      </w:pPr>
      <w:r w:rsidRPr="00097604">
        <w:rPr>
          <w:color w:val="000000"/>
          <w:sz w:val="24"/>
          <w:szCs w:val="28"/>
        </w:rPr>
        <w:t>1. Tên đề xuất: …</w:t>
      </w:r>
    </w:p>
    <w:p w14:paraId="617967E2" w14:textId="77777777" w:rsidR="00BF043B" w:rsidRPr="00097604" w:rsidRDefault="00971749" w:rsidP="007F0935">
      <w:pPr>
        <w:spacing w:after="0" w:line="252" w:lineRule="auto"/>
        <w:ind w:firstLine="720"/>
        <w:rPr>
          <w:sz w:val="28"/>
          <w:szCs w:val="28"/>
        </w:rPr>
      </w:pPr>
      <w:r w:rsidRPr="00097604">
        <w:rPr>
          <w:color w:val="000000"/>
          <w:sz w:val="24"/>
          <w:szCs w:val="28"/>
        </w:rPr>
        <w:t>2. Căn cứ tổ chức kiểm tra, xác minh: …</w:t>
      </w:r>
    </w:p>
    <w:p w14:paraId="09932DBC" w14:textId="77777777" w:rsidR="00BF043B" w:rsidRPr="00097604" w:rsidRDefault="00971749" w:rsidP="007F0935">
      <w:pPr>
        <w:spacing w:after="0" w:line="252" w:lineRule="auto"/>
        <w:ind w:firstLine="720"/>
        <w:rPr>
          <w:sz w:val="28"/>
          <w:szCs w:val="28"/>
        </w:rPr>
      </w:pPr>
      <w:r w:rsidRPr="00097604">
        <w:rPr>
          <w:color w:val="000000"/>
          <w:sz w:val="24"/>
          <w:szCs w:val="28"/>
        </w:rPr>
        <w:t>3. Thời gian, địa điểm: …</w:t>
      </w:r>
    </w:p>
    <w:p w14:paraId="6E4E3699" w14:textId="77777777" w:rsidR="00BF043B" w:rsidRPr="00097604" w:rsidRDefault="00971749" w:rsidP="007F0935">
      <w:pPr>
        <w:spacing w:after="0" w:line="252" w:lineRule="auto"/>
        <w:ind w:firstLine="720"/>
        <w:rPr>
          <w:sz w:val="28"/>
          <w:szCs w:val="28"/>
        </w:rPr>
      </w:pPr>
      <w:r w:rsidRPr="00097604">
        <w:rPr>
          <w:color w:val="000000"/>
          <w:sz w:val="24"/>
          <w:szCs w:val="28"/>
        </w:rPr>
        <w:t>4. Thành viên Hội đồng được phân công và thành phần tham gia kiểm tra, xác minh: …</w:t>
      </w:r>
    </w:p>
    <w:p w14:paraId="4991795A" w14:textId="77777777" w:rsidR="00BF043B" w:rsidRPr="00097604" w:rsidRDefault="00971749" w:rsidP="007F0935">
      <w:pPr>
        <w:spacing w:after="0" w:line="252" w:lineRule="auto"/>
        <w:ind w:firstLine="720"/>
        <w:rPr>
          <w:sz w:val="28"/>
          <w:szCs w:val="28"/>
        </w:rPr>
      </w:pPr>
      <w:r w:rsidRPr="00097604">
        <w:rPr>
          <w:color w:val="000000"/>
          <w:sz w:val="24"/>
        </w:rPr>
        <w:t>5. Đại diện cơ quan đề xuất/tổ chức đầu mối dự kiến quản lý, vận hành: …</w:t>
      </w:r>
    </w:p>
    <w:p w14:paraId="6CE94F94" w14:textId="77777777" w:rsidR="00BF043B" w:rsidRPr="00097604" w:rsidRDefault="00971749" w:rsidP="007F0935">
      <w:pPr>
        <w:spacing w:after="0" w:line="252" w:lineRule="auto"/>
        <w:ind w:firstLine="0"/>
        <w:rPr>
          <w:sz w:val="28"/>
          <w:szCs w:val="28"/>
        </w:rPr>
      </w:pPr>
      <w:r w:rsidRPr="00097604">
        <w:rPr>
          <w:b/>
          <w:color w:val="000000"/>
          <w:sz w:val="24"/>
          <w:szCs w:val="28"/>
        </w:rPr>
        <w:t>I. NỘI DUNG CẦN KIỂM TRA, XÁC MINH</w:t>
      </w:r>
    </w:p>
    <w:tbl>
      <w:tblPr>
        <w:tblStyle w:val="TableGrid"/>
        <w:tblW w:w="0" w:type="auto"/>
        <w:jc w:val="center"/>
        <w:tblLook w:val="04A0" w:firstRow="1" w:lastRow="0" w:firstColumn="1" w:lastColumn="0" w:noHBand="0" w:noVBand="1"/>
      </w:tblPr>
      <w:tblGrid>
        <w:gridCol w:w="884"/>
        <w:gridCol w:w="2228"/>
        <w:gridCol w:w="2192"/>
        <w:gridCol w:w="1814"/>
        <w:gridCol w:w="1882"/>
      </w:tblGrid>
      <w:tr w:rsidR="00BF043B" w:rsidRPr="00097604" w14:paraId="3C8840F7" w14:textId="77777777" w:rsidTr="007F0935">
        <w:trPr>
          <w:tblHeader/>
          <w:jc w:val="center"/>
        </w:trPr>
        <w:tc>
          <w:tcPr>
            <w:tcW w:w="884" w:type="dxa"/>
            <w:vAlign w:val="center"/>
          </w:tcPr>
          <w:p w14:paraId="4D9ED175" w14:textId="77777777" w:rsidR="00BF043B" w:rsidRPr="00097604" w:rsidRDefault="00971749" w:rsidP="007F0935">
            <w:pPr>
              <w:spacing w:after="0"/>
              <w:ind w:firstLine="0"/>
              <w:jc w:val="center"/>
              <w:rPr>
                <w:sz w:val="28"/>
                <w:szCs w:val="28"/>
              </w:rPr>
            </w:pPr>
            <w:r w:rsidRPr="00097604">
              <w:rPr>
                <w:b/>
                <w:color w:val="000000"/>
                <w:sz w:val="22"/>
                <w:szCs w:val="28"/>
              </w:rPr>
              <w:t>STT</w:t>
            </w:r>
          </w:p>
        </w:tc>
        <w:tc>
          <w:tcPr>
            <w:tcW w:w="2228" w:type="dxa"/>
            <w:vAlign w:val="center"/>
          </w:tcPr>
          <w:p w14:paraId="60D65689" w14:textId="77777777" w:rsidR="00BF043B" w:rsidRPr="00097604" w:rsidRDefault="00971749" w:rsidP="007F0935">
            <w:pPr>
              <w:spacing w:after="0"/>
              <w:ind w:firstLine="0"/>
              <w:jc w:val="center"/>
              <w:rPr>
                <w:sz w:val="28"/>
                <w:szCs w:val="28"/>
              </w:rPr>
            </w:pPr>
            <w:r w:rsidRPr="00097604">
              <w:rPr>
                <w:b/>
                <w:sz w:val="22"/>
                <w:szCs w:val="28"/>
              </w:rPr>
              <w:t>Nội dung cần xác minh</w:t>
            </w:r>
          </w:p>
        </w:tc>
        <w:tc>
          <w:tcPr>
            <w:tcW w:w="2192" w:type="dxa"/>
            <w:vAlign w:val="center"/>
          </w:tcPr>
          <w:p w14:paraId="19C2A83A" w14:textId="77777777" w:rsidR="00BF043B" w:rsidRPr="00097604" w:rsidRDefault="00971749" w:rsidP="007F0935">
            <w:pPr>
              <w:spacing w:after="0"/>
              <w:ind w:firstLine="0"/>
              <w:jc w:val="center"/>
              <w:rPr>
                <w:sz w:val="28"/>
                <w:szCs w:val="28"/>
              </w:rPr>
            </w:pPr>
            <w:r w:rsidRPr="00097604">
              <w:rPr>
                <w:b/>
                <w:color w:val="000000"/>
                <w:sz w:val="22"/>
                <w:szCs w:val="28"/>
              </w:rPr>
              <w:t>Thông tin theo hồ sơ</w:t>
            </w:r>
          </w:p>
        </w:tc>
        <w:tc>
          <w:tcPr>
            <w:tcW w:w="1814" w:type="dxa"/>
            <w:vAlign w:val="center"/>
          </w:tcPr>
          <w:p w14:paraId="5BBC8678" w14:textId="77777777" w:rsidR="00BF043B" w:rsidRPr="00097604" w:rsidRDefault="00971749" w:rsidP="007F0935">
            <w:pPr>
              <w:spacing w:after="0"/>
              <w:ind w:firstLine="0"/>
              <w:jc w:val="center"/>
              <w:rPr>
                <w:sz w:val="28"/>
                <w:szCs w:val="28"/>
              </w:rPr>
            </w:pPr>
            <w:r w:rsidRPr="00097604">
              <w:rPr>
                <w:b/>
                <w:sz w:val="22"/>
                <w:szCs w:val="28"/>
              </w:rPr>
              <w:t>Kết quả kiểm tra, xác minh</w:t>
            </w:r>
          </w:p>
        </w:tc>
        <w:tc>
          <w:tcPr>
            <w:tcW w:w="1882" w:type="dxa"/>
            <w:vAlign w:val="center"/>
          </w:tcPr>
          <w:p w14:paraId="6A7F9BC8" w14:textId="77777777" w:rsidR="00BF043B" w:rsidRPr="00097604" w:rsidRDefault="00971749" w:rsidP="007F0935">
            <w:pPr>
              <w:spacing w:after="0"/>
              <w:ind w:firstLine="0"/>
              <w:jc w:val="center"/>
              <w:rPr>
                <w:sz w:val="28"/>
                <w:szCs w:val="28"/>
              </w:rPr>
            </w:pPr>
            <w:r w:rsidRPr="00097604">
              <w:rPr>
                <w:b/>
                <w:sz w:val="22"/>
                <w:szCs w:val="28"/>
              </w:rPr>
              <w:t>Tài liệu/ảnh/minh chứng</w:t>
            </w:r>
          </w:p>
        </w:tc>
      </w:tr>
      <w:tr w:rsidR="00BF043B" w:rsidRPr="00097604" w14:paraId="395BBE85" w14:textId="77777777" w:rsidTr="007F0935">
        <w:trPr>
          <w:jc w:val="center"/>
        </w:trPr>
        <w:tc>
          <w:tcPr>
            <w:tcW w:w="884" w:type="dxa"/>
            <w:vAlign w:val="center"/>
          </w:tcPr>
          <w:p w14:paraId="5231207E" w14:textId="77777777" w:rsidR="00BF043B" w:rsidRPr="00097604" w:rsidRDefault="00BF043B" w:rsidP="007F0935">
            <w:pPr>
              <w:spacing w:after="0"/>
              <w:ind w:firstLine="0"/>
              <w:jc w:val="left"/>
              <w:rPr>
                <w:sz w:val="28"/>
                <w:szCs w:val="28"/>
              </w:rPr>
            </w:pPr>
          </w:p>
        </w:tc>
        <w:tc>
          <w:tcPr>
            <w:tcW w:w="2228" w:type="dxa"/>
            <w:vAlign w:val="center"/>
          </w:tcPr>
          <w:p w14:paraId="41B856AB" w14:textId="77777777" w:rsidR="00BF043B" w:rsidRPr="00097604" w:rsidRDefault="00BF043B" w:rsidP="007F0935">
            <w:pPr>
              <w:spacing w:after="0"/>
              <w:ind w:firstLine="0"/>
              <w:jc w:val="left"/>
              <w:rPr>
                <w:sz w:val="28"/>
                <w:szCs w:val="28"/>
              </w:rPr>
            </w:pPr>
          </w:p>
        </w:tc>
        <w:tc>
          <w:tcPr>
            <w:tcW w:w="2192" w:type="dxa"/>
            <w:vAlign w:val="center"/>
          </w:tcPr>
          <w:p w14:paraId="57E1B03E" w14:textId="77777777" w:rsidR="00BF043B" w:rsidRPr="00097604" w:rsidRDefault="00BF043B" w:rsidP="007F0935">
            <w:pPr>
              <w:spacing w:after="0"/>
              <w:ind w:firstLine="0"/>
              <w:jc w:val="left"/>
              <w:rPr>
                <w:sz w:val="28"/>
                <w:szCs w:val="28"/>
              </w:rPr>
            </w:pPr>
          </w:p>
        </w:tc>
        <w:tc>
          <w:tcPr>
            <w:tcW w:w="1814" w:type="dxa"/>
            <w:vAlign w:val="center"/>
          </w:tcPr>
          <w:p w14:paraId="0833175D" w14:textId="77777777" w:rsidR="00BF043B" w:rsidRPr="00097604" w:rsidRDefault="00BF043B" w:rsidP="007F0935">
            <w:pPr>
              <w:spacing w:after="0"/>
              <w:ind w:firstLine="0"/>
              <w:jc w:val="left"/>
              <w:rPr>
                <w:sz w:val="28"/>
                <w:szCs w:val="28"/>
              </w:rPr>
            </w:pPr>
          </w:p>
        </w:tc>
        <w:tc>
          <w:tcPr>
            <w:tcW w:w="1882" w:type="dxa"/>
            <w:vAlign w:val="center"/>
          </w:tcPr>
          <w:p w14:paraId="2B140049" w14:textId="77777777" w:rsidR="00BF043B" w:rsidRPr="00097604" w:rsidRDefault="00BF043B" w:rsidP="007F0935">
            <w:pPr>
              <w:spacing w:after="0"/>
              <w:ind w:firstLine="0"/>
              <w:jc w:val="left"/>
              <w:rPr>
                <w:sz w:val="28"/>
                <w:szCs w:val="28"/>
              </w:rPr>
            </w:pPr>
          </w:p>
        </w:tc>
      </w:tr>
      <w:tr w:rsidR="00BF043B" w:rsidRPr="00097604" w14:paraId="5531F2D3" w14:textId="77777777" w:rsidTr="007F0935">
        <w:trPr>
          <w:jc w:val="center"/>
        </w:trPr>
        <w:tc>
          <w:tcPr>
            <w:tcW w:w="884" w:type="dxa"/>
            <w:vAlign w:val="center"/>
          </w:tcPr>
          <w:p w14:paraId="0FA8D188" w14:textId="77777777" w:rsidR="00BF043B" w:rsidRPr="00097604" w:rsidRDefault="00BF043B" w:rsidP="007F0935">
            <w:pPr>
              <w:spacing w:after="0"/>
              <w:ind w:firstLine="0"/>
              <w:jc w:val="left"/>
              <w:rPr>
                <w:sz w:val="28"/>
                <w:szCs w:val="28"/>
              </w:rPr>
            </w:pPr>
          </w:p>
        </w:tc>
        <w:tc>
          <w:tcPr>
            <w:tcW w:w="2228" w:type="dxa"/>
            <w:vAlign w:val="center"/>
          </w:tcPr>
          <w:p w14:paraId="5A7B0062" w14:textId="77777777" w:rsidR="00BF043B" w:rsidRPr="00097604" w:rsidRDefault="00BF043B" w:rsidP="007F0935">
            <w:pPr>
              <w:spacing w:after="0"/>
              <w:ind w:firstLine="0"/>
              <w:jc w:val="left"/>
              <w:rPr>
                <w:sz w:val="28"/>
                <w:szCs w:val="28"/>
              </w:rPr>
            </w:pPr>
          </w:p>
        </w:tc>
        <w:tc>
          <w:tcPr>
            <w:tcW w:w="2192" w:type="dxa"/>
            <w:vAlign w:val="center"/>
          </w:tcPr>
          <w:p w14:paraId="3BCA8F5C" w14:textId="77777777" w:rsidR="00BF043B" w:rsidRPr="00097604" w:rsidRDefault="00BF043B" w:rsidP="007F0935">
            <w:pPr>
              <w:spacing w:after="0"/>
              <w:ind w:firstLine="0"/>
              <w:jc w:val="left"/>
              <w:rPr>
                <w:sz w:val="28"/>
                <w:szCs w:val="28"/>
              </w:rPr>
            </w:pPr>
          </w:p>
        </w:tc>
        <w:tc>
          <w:tcPr>
            <w:tcW w:w="1814" w:type="dxa"/>
            <w:vAlign w:val="center"/>
          </w:tcPr>
          <w:p w14:paraId="64EA9B81" w14:textId="77777777" w:rsidR="00BF043B" w:rsidRPr="00097604" w:rsidRDefault="00BF043B" w:rsidP="007F0935">
            <w:pPr>
              <w:spacing w:after="0"/>
              <w:ind w:firstLine="0"/>
              <w:jc w:val="left"/>
              <w:rPr>
                <w:sz w:val="28"/>
                <w:szCs w:val="28"/>
              </w:rPr>
            </w:pPr>
          </w:p>
        </w:tc>
        <w:tc>
          <w:tcPr>
            <w:tcW w:w="1882" w:type="dxa"/>
            <w:vAlign w:val="center"/>
          </w:tcPr>
          <w:p w14:paraId="175C90F6" w14:textId="77777777" w:rsidR="00BF043B" w:rsidRPr="00097604" w:rsidRDefault="00BF043B" w:rsidP="007F0935">
            <w:pPr>
              <w:spacing w:after="0"/>
              <w:ind w:firstLine="0"/>
              <w:jc w:val="left"/>
              <w:rPr>
                <w:sz w:val="28"/>
                <w:szCs w:val="28"/>
              </w:rPr>
            </w:pPr>
          </w:p>
        </w:tc>
      </w:tr>
      <w:tr w:rsidR="00BF043B" w:rsidRPr="00097604" w14:paraId="5B59FE13" w14:textId="77777777" w:rsidTr="007F0935">
        <w:trPr>
          <w:jc w:val="center"/>
        </w:trPr>
        <w:tc>
          <w:tcPr>
            <w:tcW w:w="884" w:type="dxa"/>
            <w:vAlign w:val="center"/>
          </w:tcPr>
          <w:p w14:paraId="783D7119" w14:textId="77777777" w:rsidR="00BF043B" w:rsidRPr="00097604" w:rsidRDefault="00BF043B" w:rsidP="007F0935">
            <w:pPr>
              <w:spacing w:after="0"/>
              <w:ind w:firstLine="0"/>
              <w:jc w:val="left"/>
              <w:rPr>
                <w:sz w:val="28"/>
                <w:szCs w:val="28"/>
              </w:rPr>
            </w:pPr>
          </w:p>
        </w:tc>
        <w:tc>
          <w:tcPr>
            <w:tcW w:w="2228" w:type="dxa"/>
            <w:vAlign w:val="center"/>
          </w:tcPr>
          <w:p w14:paraId="6828D43A" w14:textId="77777777" w:rsidR="00BF043B" w:rsidRPr="00097604" w:rsidRDefault="00BF043B" w:rsidP="007F0935">
            <w:pPr>
              <w:spacing w:after="0"/>
              <w:ind w:firstLine="0"/>
              <w:jc w:val="left"/>
              <w:rPr>
                <w:sz w:val="28"/>
                <w:szCs w:val="28"/>
              </w:rPr>
            </w:pPr>
          </w:p>
        </w:tc>
        <w:tc>
          <w:tcPr>
            <w:tcW w:w="2192" w:type="dxa"/>
            <w:vAlign w:val="center"/>
          </w:tcPr>
          <w:p w14:paraId="01629090" w14:textId="77777777" w:rsidR="00BF043B" w:rsidRPr="00097604" w:rsidRDefault="00BF043B" w:rsidP="007F0935">
            <w:pPr>
              <w:spacing w:after="0"/>
              <w:ind w:firstLine="0"/>
              <w:jc w:val="left"/>
              <w:rPr>
                <w:sz w:val="28"/>
                <w:szCs w:val="28"/>
              </w:rPr>
            </w:pPr>
          </w:p>
        </w:tc>
        <w:tc>
          <w:tcPr>
            <w:tcW w:w="1814" w:type="dxa"/>
            <w:vAlign w:val="center"/>
          </w:tcPr>
          <w:p w14:paraId="3D508F79" w14:textId="77777777" w:rsidR="00BF043B" w:rsidRPr="00097604" w:rsidRDefault="00BF043B" w:rsidP="007F0935">
            <w:pPr>
              <w:spacing w:after="0"/>
              <w:ind w:firstLine="0"/>
              <w:jc w:val="left"/>
              <w:rPr>
                <w:sz w:val="28"/>
                <w:szCs w:val="28"/>
              </w:rPr>
            </w:pPr>
          </w:p>
        </w:tc>
        <w:tc>
          <w:tcPr>
            <w:tcW w:w="1882" w:type="dxa"/>
            <w:vAlign w:val="center"/>
          </w:tcPr>
          <w:p w14:paraId="569CE069" w14:textId="77777777" w:rsidR="00BF043B" w:rsidRPr="00097604" w:rsidRDefault="00BF043B" w:rsidP="007F0935">
            <w:pPr>
              <w:spacing w:after="0"/>
              <w:ind w:firstLine="0"/>
              <w:jc w:val="left"/>
              <w:rPr>
                <w:sz w:val="28"/>
                <w:szCs w:val="28"/>
              </w:rPr>
            </w:pPr>
          </w:p>
        </w:tc>
      </w:tr>
      <w:tr w:rsidR="00BF043B" w:rsidRPr="00097604" w14:paraId="3825DE89" w14:textId="77777777" w:rsidTr="007F0935">
        <w:trPr>
          <w:jc w:val="center"/>
        </w:trPr>
        <w:tc>
          <w:tcPr>
            <w:tcW w:w="884" w:type="dxa"/>
            <w:vAlign w:val="center"/>
          </w:tcPr>
          <w:p w14:paraId="26750841" w14:textId="77777777" w:rsidR="00BF043B" w:rsidRPr="00097604" w:rsidRDefault="00BF043B" w:rsidP="007F0935">
            <w:pPr>
              <w:spacing w:after="0"/>
              <w:ind w:firstLine="0"/>
              <w:jc w:val="left"/>
              <w:rPr>
                <w:sz w:val="28"/>
                <w:szCs w:val="28"/>
              </w:rPr>
            </w:pPr>
          </w:p>
        </w:tc>
        <w:tc>
          <w:tcPr>
            <w:tcW w:w="2228" w:type="dxa"/>
            <w:vAlign w:val="center"/>
          </w:tcPr>
          <w:p w14:paraId="72CA67EC" w14:textId="77777777" w:rsidR="00BF043B" w:rsidRPr="00097604" w:rsidRDefault="00BF043B" w:rsidP="007F0935">
            <w:pPr>
              <w:spacing w:after="0"/>
              <w:ind w:firstLine="0"/>
              <w:jc w:val="left"/>
              <w:rPr>
                <w:sz w:val="28"/>
                <w:szCs w:val="28"/>
              </w:rPr>
            </w:pPr>
          </w:p>
        </w:tc>
        <w:tc>
          <w:tcPr>
            <w:tcW w:w="2192" w:type="dxa"/>
            <w:vAlign w:val="center"/>
          </w:tcPr>
          <w:p w14:paraId="5A01BF6B" w14:textId="77777777" w:rsidR="00BF043B" w:rsidRPr="00097604" w:rsidRDefault="00BF043B" w:rsidP="007F0935">
            <w:pPr>
              <w:spacing w:after="0"/>
              <w:ind w:firstLine="0"/>
              <w:jc w:val="left"/>
              <w:rPr>
                <w:sz w:val="28"/>
                <w:szCs w:val="28"/>
              </w:rPr>
            </w:pPr>
          </w:p>
        </w:tc>
        <w:tc>
          <w:tcPr>
            <w:tcW w:w="1814" w:type="dxa"/>
            <w:vAlign w:val="center"/>
          </w:tcPr>
          <w:p w14:paraId="10196149" w14:textId="77777777" w:rsidR="00BF043B" w:rsidRPr="00097604" w:rsidRDefault="00BF043B" w:rsidP="007F0935">
            <w:pPr>
              <w:spacing w:after="0"/>
              <w:ind w:firstLine="0"/>
              <w:jc w:val="left"/>
              <w:rPr>
                <w:sz w:val="28"/>
                <w:szCs w:val="28"/>
              </w:rPr>
            </w:pPr>
          </w:p>
        </w:tc>
        <w:tc>
          <w:tcPr>
            <w:tcW w:w="1882" w:type="dxa"/>
            <w:vAlign w:val="center"/>
          </w:tcPr>
          <w:p w14:paraId="38B5F933" w14:textId="77777777" w:rsidR="00BF043B" w:rsidRPr="00097604" w:rsidRDefault="00BF043B" w:rsidP="007F0935">
            <w:pPr>
              <w:spacing w:after="0"/>
              <w:ind w:firstLine="0"/>
              <w:jc w:val="left"/>
              <w:rPr>
                <w:sz w:val="28"/>
                <w:szCs w:val="28"/>
              </w:rPr>
            </w:pPr>
          </w:p>
        </w:tc>
      </w:tr>
      <w:tr w:rsidR="00BF043B" w:rsidRPr="00097604" w14:paraId="2C94616F" w14:textId="77777777" w:rsidTr="007F0935">
        <w:trPr>
          <w:jc w:val="center"/>
        </w:trPr>
        <w:tc>
          <w:tcPr>
            <w:tcW w:w="884" w:type="dxa"/>
            <w:vAlign w:val="center"/>
          </w:tcPr>
          <w:p w14:paraId="1FD712C6" w14:textId="77777777" w:rsidR="00BF043B" w:rsidRPr="00097604" w:rsidRDefault="00BF043B" w:rsidP="007F0935">
            <w:pPr>
              <w:spacing w:after="0"/>
              <w:ind w:firstLine="0"/>
              <w:jc w:val="left"/>
              <w:rPr>
                <w:sz w:val="28"/>
                <w:szCs w:val="28"/>
              </w:rPr>
            </w:pPr>
          </w:p>
        </w:tc>
        <w:tc>
          <w:tcPr>
            <w:tcW w:w="2228" w:type="dxa"/>
            <w:vAlign w:val="center"/>
          </w:tcPr>
          <w:p w14:paraId="18F80A14" w14:textId="77777777" w:rsidR="00BF043B" w:rsidRPr="00097604" w:rsidRDefault="00BF043B" w:rsidP="007F0935">
            <w:pPr>
              <w:spacing w:after="0"/>
              <w:ind w:firstLine="0"/>
              <w:jc w:val="left"/>
              <w:rPr>
                <w:sz w:val="28"/>
                <w:szCs w:val="28"/>
              </w:rPr>
            </w:pPr>
          </w:p>
        </w:tc>
        <w:tc>
          <w:tcPr>
            <w:tcW w:w="2192" w:type="dxa"/>
            <w:vAlign w:val="center"/>
          </w:tcPr>
          <w:p w14:paraId="7EA75410" w14:textId="77777777" w:rsidR="00BF043B" w:rsidRPr="00097604" w:rsidRDefault="00BF043B" w:rsidP="007F0935">
            <w:pPr>
              <w:spacing w:after="0"/>
              <w:ind w:firstLine="0"/>
              <w:jc w:val="left"/>
              <w:rPr>
                <w:sz w:val="28"/>
                <w:szCs w:val="28"/>
              </w:rPr>
            </w:pPr>
          </w:p>
        </w:tc>
        <w:tc>
          <w:tcPr>
            <w:tcW w:w="1814" w:type="dxa"/>
            <w:vAlign w:val="center"/>
          </w:tcPr>
          <w:p w14:paraId="7450EFDB" w14:textId="77777777" w:rsidR="00BF043B" w:rsidRPr="00097604" w:rsidRDefault="00BF043B" w:rsidP="007F0935">
            <w:pPr>
              <w:spacing w:after="0"/>
              <w:ind w:firstLine="0"/>
              <w:jc w:val="left"/>
              <w:rPr>
                <w:sz w:val="28"/>
                <w:szCs w:val="28"/>
              </w:rPr>
            </w:pPr>
          </w:p>
        </w:tc>
        <w:tc>
          <w:tcPr>
            <w:tcW w:w="1882" w:type="dxa"/>
            <w:vAlign w:val="center"/>
          </w:tcPr>
          <w:p w14:paraId="600EA31C" w14:textId="77777777" w:rsidR="00BF043B" w:rsidRPr="00097604" w:rsidRDefault="00BF043B" w:rsidP="007F0935">
            <w:pPr>
              <w:spacing w:after="0"/>
              <w:ind w:firstLine="0"/>
              <w:jc w:val="left"/>
              <w:rPr>
                <w:sz w:val="28"/>
                <w:szCs w:val="28"/>
              </w:rPr>
            </w:pPr>
          </w:p>
        </w:tc>
      </w:tr>
      <w:tr w:rsidR="00BF043B" w:rsidRPr="00097604" w14:paraId="6437C23F" w14:textId="77777777" w:rsidTr="007F0935">
        <w:trPr>
          <w:jc w:val="center"/>
        </w:trPr>
        <w:tc>
          <w:tcPr>
            <w:tcW w:w="884" w:type="dxa"/>
            <w:vAlign w:val="center"/>
          </w:tcPr>
          <w:p w14:paraId="536AA741" w14:textId="77777777" w:rsidR="00BF043B" w:rsidRPr="00097604" w:rsidRDefault="00BF043B" w:rsidP="007F0935">
            <w:pPr>
              <w:spacing w:after="0"/>
              <w:ind w:firstLine="0"/>
              <w:jc w:val="left"/>
              <w:rPr>
                <w:sz w:val="28"/>
                <w:szCs w:val="28"/>
              </w:rPr>
            </w:pPr>
          </w:p>
        </w:tc>
        <w:tc>
          <w:tcPr>
            <w:tcW w:w="2228" w:type="dxa"/>
            <w:vAlign w:val="center"/>
          </w:tcPr>
          <w:p w14:paraId="3D9F50D7" w14:textId="77777777" w:rsidR="00BF043B" w:rsidRPr="00097604" w:rsidRDefault="00BF043B" w:rsidP="007F0935">
            <w:pPr>
              <w:spacing w:after="0"/>
              <w:ind w:firstLine="0"/>
              <w:jc w:val="left"/>
              <w:rPr>
                <w:sz w:val="28"/>
                <w:szCs w:val="28"/>
              </w:rPr>
            </w:pPr>
          </w:p>
        </w:tc>
        <w:tc>
          <w:tcPr>
            <w:tcW w:w="2192" w:type="dxa"/>
            <w:vAlign w:val="center"/>
          </w:tcPr>
          <w:p w14:paraId="23ED14FC" w14:textId="77777777" w:rsidR="00BF043B" w:rsidRPr="00097604" w:rsidRDefault="00BF043B" w:rsidP="007F0935">
            <w:pPr>
              <w:spacing w:after="0"/>
              <w:ind w:firstLine="0"/>
              <w:jc w:val="left"/>
              <w:rPr>
                <w:sz w:val="28"/>
                <w:szCs w:val="28"/>
              </w:rPr>
            </w:pPr>
          </w:p>
        </w:tc>
        <w:tc>
          <w:tcPr>
            <w:tcW w:w="1814" w:type="dxa"/>
            <w:vAlign w:val="center"/>
          </w:tcPr>
          <w:p w14:paraId="594AC8F5" w14:textId="77777777" w:rsidR="00BF043B" w:rsidRPr="00097604" w:rsidRDefault="00BF043B" w:rsidP="007F0935">
            <w:pPr>
              <w:spacing w:after="0"/>
              <w:ind w:firstLine="0"/>
              <w:jc w:val="left"/>
              <w:rPr>
                <w:sz w:val="28"/>
                <w:szCs w:val="28"/>
              </w:rPr>
            </w:pPr>
          </w:p>
        </w:tc>
        <w:tc>
          <w:tcPr>
            <w:tcW w:w="1882" w:type="dxa"/>
            <w:vAlign w:val="center"/>
          </w:tcPr>
          <w:p w14:paraId="250C4ECD" w14:textId="77777777" w:rsidR="00BF043B" w:rsidRPr="00097604" w:rsidRDefault="00BF043B" w:rsidP="007F0935">
            <w:pPr>
              <w:spacing w:after="0"/>
              <w:ind w:firstLine="0"/>
              <w:jc w:val="left"/>
              <w:rPr>
                <w:sz w:val="28"/>
                <w:szCs w:val="28"/>
              </w:rPr>
            </w:pPr>
          </w:p>
        </w:tc>
      </w:tr>
    </w:tbl>
    <w:p w14:paraId="4A23D86E" w14:textId="77777777" w:rsidR="00BF043B" w:rsidRPr="00097604" w:rsidRDefault="00971749" w:rsidP="007F0935">
      <w:pPr>
        <w:spacing w:after="0" w:line="252" w:lineRule="auto"/>
        <w:ind w:firstLine="0"/>
        <w:rPr>
          <w:sz w:val="28"/>
          <w:szCs w:val="28"/>
        </w:rPr>
      </w:pPr>
      <w:r>
        <w:rPr>
          <w:b/>
          <w:color w:val="000000"/>
          <w:sz w:val="24"/>
        </w:rPr>
        <w:t>II. KẾT QUẢ XÁC MINH</w:t>
      </w:r>
    </w:p>
    <w:p w14:paraId="5C32E33A" w14:textId="77777777" w:rsidR="00BF043B" w:rsidRPr="00097604" w:rsidRDefault="00971749" w:rsidP="007F0935">
      <w:pPr>
        <w:spacing w:after="0" w:line="252" w:lineRule="auto"/>
        <w:ind w:firstLine="720"/>
        <w:rPr>
          <w:sz w:val="28"/>
          <w:szCs w:val="28"/>
        </w:rPr>
      </w:pPr>
      <w:r>
        <w:rPr>
          <w:color w:val="000000"/>
          <w:sz w:val="24"/>
        </w:rPr>
        <w:t>1. Nội dung đã xác minh phù hợp với hồ sơ: …</w:t>
      </w:r>
    </w:p>
    <w:p w14:paraId="27441E29" w14:textId="77777777" w:rsidR="00BF043B" w:rsidRPr="00097604" w:rsidRDefault="00971749" w:rsidP="007F0935">
      <w:pPr>
        <w:spacing w:after="0" w:line="252" w:lineRule="auto"/>
        <w:ind w:firstLine="720"/>
        <w:rPr>
          <w:sz w:val="28"/>
          <w:szCs w:val="28"/>
        </w:rPr>
      </w:pPr>
      <w:r>
        <w:rPr>
          <w:color w:val="000000"/>
          <w:sz w:val="24"/>
        </w:rPr>
        <w:t>2. Nội dung khác với hồ sơ hoặc chưa thể xác minh: …</w:t>
      </w:r>
    </w:p>
    <w:p w14:paraId="7B45C88F" w14:textId="77777777" w:rsidR="00BF043B" w:rsidRPr="00097604" w:rsidRDefault="00971749" w:rsidP="007F0935">
      <w:pPr>
        <w:spacing w:after="0" w:line="252" w:lineRule="auto"/>
        <w:ind w:firstLine="720"/>
        <w:rPr>
          <w:sz w:val="28"/>
          <w:szCs w:val="28"/>
        </w:rPr>
      </w:pPr>
      <w:r>
        <w:rPr>
          <w:color w:val="000000"/>
          <w:sz w:val="24"/>
        </w:rPr>
        <w:t>3. Tài liệu, thông tin kèm theo: …</w:t>
      </w:r>
    </w:p>
    <w:p w14:paraId="166C69BF" w14:textId="77777777" w:rsidR="007F0935" w:rsidRPr="00097604" w:rsidRDefault="007F0935" w:rsidP="007F0935">
      <w:pPr>
        <w:spacing w:after="0"/>
        <w:ind w:firstLine="720"/>
        <w:rPr>
          <w:sz w:val="28"/>
          <w:szCs w:val="2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7712F197" w14:textId="77777777">
        <w:trPr>
          <w:jc w:val="center"/>
        </w:trPr>
        <w:tc>
          <w:tcPr>
            <w:tcW w:w="4536" w:type="dxa"/>
          </w:tcPr>
          <w:p w14:paraId="582186C6" w14:textId="77777777" w:rsidR="00BF043B" w:rsidRPr="00097604" w:rsidRDefault="00971749" w:rsidP="007F0935">
            <w:pPr>
              <w:spacing w:after="0" w:line="240" w:lineRule="auto"/>
              <w:ind w:firstLine="0"/>
              <w:jc w:val="center"/>
              <w:rPr>
                <w:sz w:val="28"/>
                <w:szCs w:val="28"/>
              </w:rPr>
            </w:pPr>
            <w:r w:rsidRPr="00097604">
              <w:rPr>
                <w:b/>
                <w:sz w:val="22"/>
                <w:szCs w:val="28"/>
              </w:rPr>
              <w:t>THÀNH VIÊN HỘI ĐỒNG THAM GIA KIỂM TRA</w:t>
            </w:r>
          </w:p>
          <w:p w14:paraId="193C3139" w14:textId="77777777" w:rsidR="00BF043B" w:rsidRPr="00097604" w:rsidRDefault="00971749" w:rsidP="007F0935">
            <w:pPr>
              <w:spacing w:after="0" w:line="240" w:lineRule="auto"/>
              <w:ind w:firstLine="0"/>
              <w:jc w:val="center"/>
              <w:rPr>
                <w:sz w:val="28"/>
                <w:szCs w:val="28"/>
              </w:rPr>
            </w:pPr>
            <w:r w:rsidRPr="00097604">
              <w:rPr>
                <w:b/>
                <w:i/>
                <w:sz w:val="22"/>
                <w:szCs w:val="28"/>
              </w:rPr>
              <w:t>(Ký, ghi rõ họ tên)</w:t>
            </w:r>
          </w:p>
          <w:p w14:paraId="353922A3" w14:textId="77777777" w:rsidR="00BF043B" w:rsidRPr="00097604" w:rsidRDefault="00BF043B" w:rsidP="007F0935">
            <w:pPr>
              <w:spacing w:after="0" w:line="240" w:lineRule="auto"/>
              <w:ind w:firstLine="0"/>
              <w:rPr>
                <w:sz w:val="28"/>
                <w:szCs w:val="28"/>
              </w:rPr>
            </w:pPr>
          </w:p>
          <w:p w14:paraId="6BF29344" w14:textId="77777777" w:rsidR="00BF043B" w:rsidRPr="00097604" w:rsidRDefault="00BF043B" w:rsidP="007F0935">
            <w:pPr>
              <w:spacing w:after="0" w:line="240" w:lineRule="auto"/>
              <w:ind w:firstLine="0"/>
              <w:rPr>
                <w:sz w:val="28"/>
                <w:szCs w:val="28"/>
              </w:rPr>
            </w:pPr>
          </w:p>
          <w:p w14:paraId="54087F8E" w14:textId="77777777" w:rsidR="00BF043B" w:rsidRPr="00097604" w:rsidRDefault="00BF043B" w:rsidP="007F0935">
            <w:pPr>
              <w:spacing w:after="0" w:line="240" w:lineRule="auto"/>
              <w:ind w:firstLine="0"/>
              <w:rPr>
                <w:sz w:val="28"/>
                <w:szCs w:val="28"/>
              </w:rPr>
            </w:pPr>
          </w:p>
        </w:tc>
        <w:tc>
          <w:tcPr>
            <w:tcW w:w="4536" w:type="dxa"/>
          </w:tcPr>
          <w:p w14:paraId="65123B22" w14:textId="77777777" w:rsidR="00BF043B" w:rsidRPr="00097604" w:rsidRDefault="00971749" w:rsidP="007F0935">
            <w:pPr>
              <w:spacing w:after="0" w:line="240" w:lineRule="auto"/>
              <w:ind w:firstLine="0"/>
              <w:jc w:val="center"/>
              <w:rPr>
                <w:sz w:val="28"/>
                <w:szCs w:val="28"/>
              </w:rPr>
            </w:pPr>
            <w:r w:rsidRPr="00097604">
              <w:rPr>
                <w:b/>
                <w:sz w:val="22"/>
                <w:szCs w:val="28"/>
              </w:rPr>
              <w:t>ĐẠI DIỆN CƠ QUAN/TỔ CHỨC ĐƯỢC KIỂM TRA</w:t>
            </w:r>
          </w:p>
          <w:p w14:paraId="07736B4F" w14:textId="77777777" w:rsidR="00BF043B" w:rsidRPr="00097604" w:rsidRDefault="00971749" w:rsidP="007F0935">
            <w:pPr>
              <w:spacing w:after="0" w:line="240" w:lineRule="auto"/>
              <w:ind w:firstLine="0"/>
              <w:jc w:val="center"/>
              <w:rPr>
                <w:sz w:val="28"/>
                <w:szCs w:val="28"/>
              </w:rPr>
            </w:pPr>
            <w:r w:rsidRPr="00097604">
              <w:rPr>
                <w:b/>
                <w:i/>
                <w:sz w:val="22"/>
                <w:szCs w:val="28"/>
              </w:rPr>
              <w:t>(Ký, ghi rõ họ tên)</w:t>
            </w:r>
          </w:p>
          <w:p w14:paraId="71E87503" w14:textId="77777777" w:rsidR="00BF043B" w:rsidRPr="00097604" w:rsidRDefault="00BF043B" w:rsidP="007F0935">
            <w:pPr>
              <w:spacing w:after="0" w:line="240" w:lineRule="auto"/>
              <w:ind w:firstLine="0"/>
              <w:rPr>
                <w:sz w:val="28"/>
                <w:szCs w:val="28"/>
              </w:rPr>
            </w:pPr>
          </w:p>
          <w:p w14:paraId="7DDDE095" w14:textId="77777777" w:rsidR="00BF043B" w:rsidRPr="00097604" w:rsidRDefault="00BF043B" w:rsidP="007F0935">
            <w:pPr>
              <w:spacing w:after="0" w:line="240" w:lineRule="auto"/>
              <w:ind w:firstLine="0"/>
              <w:rPr>
                <w:sz w:val="28"/>
                <w:szCs w:val="28"/>
              </w:rPr>
            </w:pPr>
          </w:p>
          <w:p w14:paraId="43FDB4EE" w14:textId="77777777" w:rsidR="00BF043B" w:rsidRPr="00097604" w:rsidRDefault="00BF043B" w:rsidP="007F0935">
            <w:pPr>
              <w:spacing w:after="0" w:line="240" w:lineRule="auto"/>
              <w:ind w:firstLine="0"/>
              <w:rPr>
                <w:sz w:val="28"/>
                <w:szCs w:val="28"/>
              </w:rPr>
            </w:pPr>
          </w:p>
        </w:tc>
      </w:tr>
    </w:tbl>
    <w:p w14:paraId="2CCB139C" w14:textId="77777777" w:rsidR="00BF043B" w:rsidRPr="00097604" w:rsidRDefault="00BF043B"/>
    <w:p w14:paraId="05BC14ED" w14:textId="77777777" w:rsidR="00FF44DD" w:rsidRPr="00097604" w:rsidRDefault="00FF44DD">
      <w:pPr>
        <w:keepNext/>
        <w:spacing w:after="0"/>
        <w:jc w:val="right"/>
        <w:rPr>
          <w:b/>
          <w:sz w:val="22"/>
        </w:rPr>
        <w:sectPr w:rsidR="00FF44DD" w:rsidRPr="00097604" w:rsidSect="00C85397">
          <w:headerReference w:type="default" r:id="rId12"/>
          <w:pgSz w:w="11907" w:h="16840" w:code="9"/>
          <w:pgMar w:top="1134" w:right="1134" w:bottom="1134" w:left="1701" w:header="680" w:footer="454" w:gutter="0"/>
          <w:cols w:space="720"/>
          <w:docGrid w:linePitch="360"/>
        </w:sectPr>
      </w:pPr>
    </w:p>
    <w:p w14:paraId="1B7B85FE" w14:textId="77777777" w:rsidR="00BF043B" w:rsidRPr="00097604" w:rsidRDefault="00971749">
      <w:pPr>
        <w:keepNext/>
        <w:pageBreakBefore/>
        <w:spacing w:after="0"/>
        <w:jc w:val="right"/>
      </w:pPr>
      <w:r>
        <w:rPr>
          <w:b/>
          <w:color w:val="000000"/>
          <w:sz w:val="22"/>
        </w:rPr>
        <w:t>BM-05-TTPTN</w:t>
      </w:r>
      <w:r>
        <w:rPr>
          <w:b/>
          <w:color w:val="000000"/>
          <w:sz w:val="22"/>
        </w:rPr>
        <w:br/>
        <w:t>…/2026/TT-BKHCN</w:t>
      </w:r>
    </w:p>
    <w:tbl>
      <w:tblPr>
        <w:tblW w:w="10083" w:type="dxa"/>
        <w:jc w:val="center"/>
        <w:tblBorders>
          <w:top w:val="nil"/>
          <w:left w:val="nil"/>
          <w:bottom w:val="nil"/>
          <w:right w:val="nil"/>
          <w:insideH w:val="nil"/>
          <w:insideV w:val="nil"/>
        </w:tblBorders>
        <w:tblLook w:val="04A0" w:firstRow="1" w:lastRow="0" w:firstColumn="1" w:lastColumn="0" w:noHBand="0" w:noVBand="1"/>
      </w:tblPr>
      <w:tblGrid>
        <w:gridCol w:w="4306"/>
        <w:gridCol w:w="5777"/>
      </w:tblGrid>
      <w:tr w:rsidR="00FF44DD" w:rsidRPr="00097604" w14:paraId="4C3691C6" w14:textId="77777777" w:rsidTr="006018A6">
        <w:trPr>
          <w:jc w:val="center"/>
        </w:trPr>
        <w:tc>
          <w:tcPr>
            <w:tcW w:w="4306" w:type="dxa"/>
          </w:tcPr>
          <w:p w14:paraId="6CD01618" w14:textId="77777777" w:rsidR="00FF44DD" w:rsidRPr="00097604" w:rsidRDefault="00FF44DD" w:rsidP="006018A6">
            <w:pPr>
              <w:spacing w:after="0" w:line="240" w:lineRule="auto"/>
              <w:ind w:firstLine="0"/>
              <w:jc w:val="center"/>
              <w:rPr>
                <w:b/>
                <w:szCs w:val="26"/>
              </w:rPr>
            </w:pPr>
            <w:r w:rsidRPr="00097604">
              <w:rPr>
                <w:b/>
                <w:sz w:val="22"/>
                <w:szCs w:val="26"/>
              </w:rPr>
              <w:t>BỘ KHOA HỌC VÀ CÔNG NGHỆ</w:t>
            </w:r>
          </w:p>
          <w:p w14:paraId="05EC9919" w14:textId="77777777" w:rsidR="00FF44DD" w:rsidRPr="00097604" w:rsidRDefault="00FF44DD" w:rsidP="006018A6">
            <w:pPr>
              <w:spacing w:after="0" w:line="240" w:lineRule="auto"/>
              <w:ind w:firstLine="0"/>
              <w:jc w:val="center"/>
              <w:rPr>
                <w:szCs w:val="26"/>
              </w:rPr>
            </w:pPr>
          </w:p>
        </w:tc>
        <w:tc>
          <w:tcPr>
            <w:tcW w:w="5777" w:type="dxa"/>
          </w:tcPr>
          <w:p w14:paraId="60BA09A7" w14:textId="77777777" w:rsidR="00FF44DD" w:rsidRPr="00097604" w:rsidRDefault="00FF44DD" w:rsidP="006018A6">
            <w:pPr>
              <w:spacing w:after="0" w:line="240" w:lineRule="auto"/>
              <w:ind w:firstLine="0"/>
              <w:jc w:val="center"/>
              <w:rPr>
                <w:szCs w:val="26"/>
              </w:rPr>
            </w:pPr>
            <w:r w:rsidRPr="00097604">
              <w:rPr>
                <w:b/>
                <w:sz w:val="22"/>
                <w:szCs w:val="26"/>
              </w:rPr>
              <w:t>CỘNG HÒA XÃ HỘI CHỦ NGHĨA VIỆT NAM</w:t>
            </w:r>
          </w:p>
          <w:p w14:paraId="5C114700" w14:textId="77777777" w:rsidR="00FF44DD" w:rsidRPr="00097604" w:rsidRDefault="00FF44DD" w:rsidP="006018A6">
            <w:pPr>
              <w:spacing w:after="0" w:line="240" w:lineRule="auto"/>
              <w:ind w:firstLine="0"/>
              <w:jc w:val="center"/>
              <w:rPr>
                <w:szCs w:val="26"/>
              </w:rPr>
            </w:pPr>
            <w:r w:rsidRPr="00097604">
              <w:rPr>
                <w:b/>
                <w:sz w:val="22"/>
                <w:szCs w:val="26"/>
              </w:rPr>
              <w:t>Độc lập - Tự do - Hạnh phúc</w:t>
            </w:r>
          </w:p>
          <w:p w14:paraId="1DDDA418" w14:textId="77777777" w:rsidR="00FF44DD" w:rsidRPr="00097604" w:rsidRDefault="00FF44DD" w:rsidP="006018A6">
            <w:pPr>
              <w:spacing w:after="0" w:line="240" w:lineRule="auto"/>
              <w:ind w:firstLine="0"/>
              <w:jc w:val="center"/>
              <w:rPr>
                <w:i/>
                <w:szCs w:val="26"/>
              </w:rPr>
            </w:pPr>
          </w:p>
          <w:p w14:paraId="5AECDF12" w14:textId="77777777" w:rsidR="00FF44DD" w:rsidRPr="00097604" w:rsidRDefault="00FF44DD" w:rsidP="006018A6">
            <w:pPr>
              <w:spacing w:after="0" w:line="240" w:lineRule="auto"/>
              <w:ind w:firstLine="0"/>
              <w:jc w:val="center"/>
              <w:rPr>
                <w:szCs w:val="26"/>
              </w:rPr>
            </w:pPr>
            <w:r w:rsidRPr="00097604">
              <w:rPr>
                <w:b/>
                <w:i/>
                <w:sz w:val="22"/>
                <w:szCs w:val="26"/>
              </w:rPr>
              <w:t>Hà Nội, ngày ... tháng ... năm 20...</w:t>
            </w:r>
          </w:p>
        </w:tc>
      </w:tr>
    </w:tbl>
    <w:p w14:paraId="648349C5" w14:textId="77777777" w:rsidR="00FF44DD" w:rsidRPr="00097604" w:rsidRDefault="00FF44DD">
      <w:pPr>
        <w:pStyle w:val="AnnexTitle"/>
        <w:spacing w:after="0"/>
        <w:rPr>
          <w:sz w:val="25"/>
        </w:rPr>
      </w:pPr>
    </w:p>
    <w:p w14:paraId="1BB1F98A" w14:textId="77777777" w:rsidR="00BF043B" w:rsidRPr="00097604" w:rsidRDefault="00971749">
      <w:pPr>
        <w:pStyle w:val="AnnexTitle"/>
        <w:spacing w:after="0" w:line="252" w:lineRule="auto"/>
        <w:rPr>
          <w:szCs w:val="28"/>
        </w:rPr>
      </w:pPr>
      <w:r w:rsidRPr="00097604">
        <w:rPr>
          <w:color w:val="000000"/>
          <w:sz w:val="24"/>
          <w:szCs w:val="28"/>
        </w:rPr>
        <w:t>HỘI ĐỒNG ĐÁNH GIÁ, LỰA CHỌN</w:t>
      </w:r>
    </w:p>
    <w:p w14:paraId="15BED6FC" w14:textId="77777777" w:rsidR="00BF043B" w:rsidRPr="00097604" w:rsidRDefault="00971749">
      <w:pPr>
        <w:pStyle w:val="AnnexTitle"/>
        <w:spacing w:before="80" w:after="40" w:line="252" w:lineRule="auto"/>
        <w:rPr>
          <w:szCs w:val="28"/>
        </w:rPr>
      </w:pPr>
      <w:r w:rsidRPr="00097604">
        <w:rPr>
          <w:color w:val="000000"/>
          <w:sz w:val="26"/>
          <w:szCs w:val="28"/>
        </w:rPr>
        <w:t>PHIẾU NHẬN XÉT ĐỀ XUẤT</w:t>
      </w:r>
    </w:p>
    <w:p w14:paraId="554A4FB2" w14:textId="77777777" w:rsidR="00FF44DD" w:rsidRPr="00097604" w:rsidRDefault="00FF44DD">
      <w:pPr>
        <w:spacing w:after="0"/>
        <w:rPr>
          <w:sz w:val="28"/>
          <w:szCs w:val="28"/>
        </w:rPr>
      </w:pPr>
    </w:p>
    <w:p w14:paraId="1EE04AD0" w14:textId="77777777" w:rsidR="00BF043B" w:rsidRPr="00097604" w:rsidRDefault="00971749" w:rsidP="00FF44DD">
      <w:pPr>
        <w:spacing w:after="0" w:line="252" w:lineRule="auto"/>
        <w:ind w:firstLine="720"/>
        <w:rPr>
          <w:sz w:val="28"/>
          <w:szCs w:val="28"/>
        </w:rPr>
      </w:pPr>
      <w:r w:rsidRPr="00097604">
        <w:rPr>
          <w:color w:val="000000"/>
          <w:sz w:val="24"/>
          <w:szCs w:val="28"/>
        </w:rPr>
        <w:t>Tên đề xuất: …</w:t>
      </w:r>
    </w:p>
    <w:p w14:paraId="1DA2DDAA" w14:textId="77777777" w:rsidR="00BF043B" w:rsidRPr="00097604" w:rsidRDefault="00971749" w:rsidP="00FF44DD">
      <w:pPr>
        <w:spacing w:after="0" w:line="252" w:lineRule="auto"/>
        <w:ind w:firstLine="720"/>
        <w:rPr>
          <w:sz w:val="28"/>
          <w:szCs w:val="28"/>
        </w:rPr>
      </w:pPr>
      <w:r w:rsidRPr="00097604">
        <w:rPr>
          <w:color w:val="000000"/>
          <w:sz w:val="24"/>
          <w:szCs w:val="28"/>
        </w:rPr>
        <w:t>Cơ quan đề xuất: …</w:t>
      </w:r>
    </w:p>
    <w:p w14:paraId="0C1E7CE8" w14:textId="77777777" w:rsidR="00BF043B" w:rsidRPr="00097604" w:rsidRDefault="00971749" w:rsidP="00FF44DD">
      <w:pPr>
        <w:spacing w:after="0" w:line="252" w:lineRule="auto"/>
        <w:ind w:firstLine="720"/>
        <w:rPr>
          <w:sz w:val="28"/>
          <w:szCs w:val="28"/>
        </w:rPr>
      </w:pPr>
      <w:r w:rsidRPr="00097604">
        <w:rPr>
          <w:color w:val="000000"/>
          <w:sz w:val="24"/>
        </w:rPr>
        <w:t>Tổ chức đầu mối dự kiến quản lý, vận hành: …</w:t>
      </w:r>
    </w:p>
    <w:p w14:paraId="08AA81F6" w14:textId="77777777" w:rsidR="00BF043B" w:rsidRPr="00097604" w:rsidRDefault="00971749" w:rsidP="00FF44DD">
      <w:pPr>
        <w:spacing w:after="0" w:line="252" w:lineRule="auto"/>
        <w:ind w:firstLine="720"/>
        <w:rPr>
          <w:sz w:val="28"/>
          <w:szCs w:val="28"/>
        </w:rPr>
      </w:pPr>
      <w:r w:rsidRPr="00097604">
        <w:rPr>
          <w:color w:val="000000"/>
          <w:sz w:val="24"/>
          <w:szCs w:val="28"/>
        </w:rPr>
        <w:t>Họ và tên: …        Chức danh trong Hội đồng: …</w:t>
      </w:r>
    </w:p>
    <w:p w14:paraId="10487E41" w14:textId="77777777" w:rsidR="00BF043B" w:rsidRPr="00097604" w:rsidRDefault="00C460B8" w:rsidP="00FF44DD">
      <w:pPr>
        <w:spacing w:after="0" w:line="252" w:lineRule="auto"/>
        <w:ind w:firstLine="720"/>
        <w:rPr>
          <w:sz w:val="28"/>
          <w:szCs w:val="28"/>
        </w:rPr>
      </w:pPr>
      <w:r>
        <w:rPr>
          <w:i/>
          <w:color w:val="000000"/>
          <w:sz w:val="24"/>
        </w:rPr>
        <w:t>Thành viên Hội đồng nhận xét trên cơ sở hồ sơ và kết quả giải trình; ủy viên phản biện được phân công trình bày ý kiến tại phiên họp.</w:t>
      </w:r>
    </w:p>
    <w:p w14:paraId="48204CD1" w14:textId="77777777" w:rsidR="00BF043B" w:rsidRPr="00097604" w:rsidRDefault="00971749" w:rsidP="00CA4208">
      <w:pPr>
        <w:spacing w:after="0" w:line="252" w:lineRule="auto"/>
        <w:ind w:firstLine="0"/>
        <w:rPr>
          <w:b/>
          <w:sz w:val="28"/>
          <w:szCs w:val="28"/>
        </w:rPr>
      </w:pPr>
      <w:r>
        <w:rPr>
          <w:b/>
          <w:color w:val="000000"/>
          <w:sz w:val="24"/>
        </w:rPr>
        <w:t>I. NHẬN XÉT CHÍNH</w:t>
      </w:r>
    </w:p>
    <w:p w14:paraId="1A2FD987" w14:textId="77777777" w:rsidR="00BF043B" w:rsidRPr="00097604" w:rsidRDefault="00971749" w:rsidP="00CA4208">
      <w:pPr>
        <w:spacing w:after="0" w:line="252" w:lineRule="auto"/>
        <w:ind w:firstLine="720"/>
        <w:rPr>
          <w:sz w:val="28"/>
          <w:szCs w:val="28"/>
        </w:rPr>
      </w:pPr>
      <w:r>
        <w:rPr>
          <w:color w:val="000000"/>
          <w:sz w:val="24"/>
        </w:rPr>
        <w:t>Nhận xét ngắn gọn, nêu rõ căn cứ và nội dung cần Hội đồng tập trung xem xét; không chấm điểm tại Phiếu này.</w:t>
      </w:r>
    </w:p>
    <w:p w14:paraId="38B8BD3A" w14:textId="77777777" w:rsidR="00D32C80" w:rsidRPr="00097604" w:rsidRDefault="00D32C80" w:rsidP="00D32C80">
      <w:pPr>
        <w:spacing w:after="0" w:line="252" w:lineRule="auto"/>
        <w:ind w:firstLine="720"/>
        <w:rPr>
          <w:sz w:val="28"/>
          <w:szCs w:val="28"/>
        </w:rPr>
      </w:pPr>
      <w:r>
        <w:rPr>
          <w:color w:val="000000"/>
          <w:sz w:val="24"/>
        </w:rPr>
        <w:t>1. Nội dung đáp ứng tốt, có căn cứ rõ</w:t>
      </w:r>
    </w:p>
    <w:p w14:paraId="224021DB" w14:textId="77777777" w:rsidR="00D32C80" w:rsidRPr="00097604" w:rsidRDefault="00D32C80" w:rsidP="00D32C80">
      <w:pPr>
        <w:spacing w:after="0" w:line="252" w:lineRule="auto"/>
        <w:ind w:left="720" w:firstLine="0"/>
        <w:rPr>
          <w:sz w:val="28"/>
          <w:szCs w:val="28"/>
        </w:rPr>
      </w:pPr>
      <w:r w:rsidRPr="00097604">
        <w:rPr>
          <w:color w:val="000000"/>
          <w:sz w:val="24"/>
          <w:szCs w:val="28"/>
        </w:rPr>
        <w:t>………………………………………………………………………………………………………………………………………………………………………………………………………………………………………</w:t>
      </w:r>
    </w:p>
    <w:p w14:paraId="115F827D" w14:textId="77777777" w:rsidR="00D32C80" w:rsidRPr="00097604" w:rsidRDefault="00D32C80" w:rsidP="00D32C80">
      <w:pPr>
        <w:spacing w:after="0" w:line="252" w:lineRule="auto"/>
        <w:ind w:firstLine="0"/>
        <w:rPr>
          <w:sz w:val="28"/>
          <w:szCs w:val="28"/>
        </w:rPr>
      </w:pPr>
      <w:r>
        <w:rPr>
          <w:color w:val="000000"/>
          <w:sz w:val="24"/>
        </w:rPr>
        <w:t>2. Nội dung chưa rõ hoặc cần làm rõ thêm</w:t>
      </w:r>
    </w:p>
    <w:p w14:paraId="181DA42B" w14:textId="77777777" w:rsidR="00D32C80" w:rsidRPr="00097604" w:rsidRDefault="00D32C80" w:rsidP="00D32C80">
      <w:pPr>
        <w:spacing w:after="0" w:line="252" w:lineRule="auto"/>
        <w:ind w:left="720" w:firstLine="0"/>
        <w:rPr>
          <w:sz w:val="28"/>
          <w:szCs w:val="28"/>
        </w:rPr>
      </w:pPr>
      <w:r w:rsidRPr="00097604">
        <w:rPr>
          <w:color w:val="000000"/>
          <w:sz w:val="24"/>
          <w:szCs w:val="28"/>
        </w:rPr>
        <w:t>………………………………………………………………………………………………………………………………………………………………………………………………………………………………………</w:t>
      </w:r>
    </w:p>
    <w:p w14:paraId="442FC649" w14:textId="77777777" w:rsidR="00D32C80" w:rsidRPr="00097604" w:rsidRDefault="00D32C80" w:rsidP="00D32C80">
      <w:pPr>
        <w:spacing w:after="0" w:line="252" w:lineRule="auto"/>
        <w:ind w:firstLine="720"/>
        <w:rPr>
          <w:sz w:val="28"/>
          <w:szCs w:val="28"/>
        </w:rPr>
      </w:pPr>
      <w:r>
        <w:rPr>
          <w:color w:val="000000"/>
          <w:sz w:val="24"/>
        </w:rPr>
        <w:t>3. Rủi ro, hạn chế cần lưu ý khi đánh giá</w:t>
      </w:r>
    </w:p>
    <w:p w14:paraId="77D6AEFD" w14:textId="77777777" w:rsidR="00D32C80" w:rsidRPr="00097604" w:rsidRDefault="00D32C80" w:rsidP="00D32C80">
      <w:pPr>
        <w:spacing w:after="0" w:line="252" w:lineRule="auto"/>
        <w:ind w:left="720" w:firstLine="0"/>
        <w:rPr>
          <w:sz w:val="28"/>
          <w:szCs w:val="28"/>
        </w:rPr>
      </w:pPr>
      <w:r w:rsidRPr="00097604">
        <w:rPr>
          <w:color w:val="000000"/>
          <w:sz w:val="24"/>
          <w:szCs w:val="28"/>
        </w:rPr>
        <w:t>………………………………………………………………………………………………………………………………………………………………………………………………………………………………………</w:t>
      </w:r>
    </w:p>
    <w:p w14:paraId="02042343" w14:textId="77777777" w:rsidR="00D32C80" w:rsidRPr="00097604" w:rsidRDefault="00D32C80" w:rsidP="00D32C80">
      <w:pPr>
        <w:spacing w:after="0" w:line="252" w:lineRule="auto"/>
        <w:ind w:firstLine="720"/>
        <w:rPr>
          <w:sz w:val="28"/>
          <w:szCs w:val="28"/>
        </w:rPr>
      </w:pPr>
      <w:r>
        <w:rPr>
          <w:color w:val="000000"/>
          <w:sz w:val="24"/>
        </w:rPr>
        <w:t>4. Kiến nghị về kết quả đánh giá, mức độ ưu tiên hoặc nội dung cần hoàn thiện</w:t>
      </w:r>
    </w:p>
    <w:p w14:paraId="73C984D9" w14:textId="77777777" w:rsidR="00D32C80" w:rsidRPr="00097604" w:rsidRDefault="00D32C80" w:rsidP="00D32C80">
      <w:pPr>
        <w:spacing w:after="0" w:line="252" w:lineRule="auto"/>
        <w:ind w:left="720" w:firstLine="0"/>
        <w:rPr>
          <w:sz w:val="28"/>
          <w:szCs w:val="28"/>
        </w:rPr>
      </w:pPr>
      <w:r w:rsidRPr="00097604">
        <w:rPr>
          <w:color w:val="000000"/>
          <w:sz w:val="24"/>
          <w:szCs w:val="28"/>
        </w:rPr>
        <w:t>………………………………………………………………………………………………………………………………………………………………………………………………………………………………………</w:t>
      </w:r>
    </w:p>
    <w:p w14:paraId="14FA6BED" w14:textId="77777777" w:rsidR="00D32C80" w:rsidRPr="00097604" w:rsidRDefault="00D32C80" w:rsidP="00C460B8">
      <w:pPr>
        <w:spacing w:after="0"/>
        <w:ind w:firstLine="0"/>
        <w:jc w:val="center"/>
        <w:rPr>
          <w:b/>
          <w:sz w:val="28"/>
          <w:szCs w:val="28"/>
        </w:rPr>
      </w:pPr>
      <w:r w:rsidRPr="00097604">
        <w:rPr>
          <w:sz w:val="28"/>
          <w:szCs w:val="28"/>
        </w:rPr>
        <w:tab/>
      </w:r>
    </w:p>
    <w:p w14:paraId="660B2DA6" w14:textId="77777777" w:rsidR="00D32C80" w:rsidRPr="00097604" w:rsidRDefault="00D32C80" w:rsidP="00C460B8">
      <w:pPr>
        <w:tabs>
          <w:tab w:val="left" w:pos="4757"/>
        </w:tabs>
        <w:spacing w:after="0" w:line="252" w:lineRule="auto"/>
        <w:ind w:left="113" w:firstLine="0"/>
        <w:jc w:val="left"/>
        <w:rPr>
          <w:sz w:val="28"/>
          <w:szCs w:val="28"/>
        </w:rPr>
      </w:pPr>
      <w:r w:rsidRPr="00097604">
        <w:rPr>
          <w:b/>
          <w:color w:val="000000"/>
          <w:sz w:val="24"/>
          <w:szCs w:val="28"/>
        </w:rPr>
        <w:t xml:space="preserve">                                                                      THÀNH VIÊN HỘI ĐỒNG</w:t>
      </w:r>
      <w:r w:rsidRPr="00097604">
        <w:rPr>
          <w:b/>
          <w:sz w:val="24"/>
          <w:szCs w:val="28"/>
        </w:rPr>
        <w:br/>
      </w:r>
      <w:r w:rsidRPr="00097604">
        <w:rPr>
          <w:i/>
          <w:color w:val="000000"/>
          <w:sz w:val="24"/>
          <w:szCs w:val="28"/>
        </w:rPr>
        <w:t xml:space="preserve">                                                                               (Ký, ghi rõ họ tên)</w:t>
      </w:r>
    </w:p>
    <w:p w14:paraId="55E32F3E" w14:textId="77777777" w:rsidR="00CA4208" w:rsidRPr="00097604" w:rsidRDefault="00CA4208" w:rsidP="00CA4208">
      <w:pPr>
        <w:spacing w:after="0"/>
        <w:ind w:firstLine="720"/>
        <w:rPr>
          <w:sz w:val="28"/>
          <w:szCs w:val="28"/>
        </w:rPr>
      </w:pPr>
    </w:p>
    <w:p w14:paraId="0798339F" w14:textId="77777777" w:rsidR="00CA4208" w:rsidRPr="00097604" w:rsidRDefault="00CA4208">
      <w:pPr>
        <w:spacing w:after="0"/>
        <w:jc w:val="right"/>
        <w:rPr>
          <w:i/>
          <w:sz w:val="21"/>
        </w:rPr>
      </w:pPr>
    </w:p>
    <w:p w14:paraId="750102EC" w14:textId="77777777" w:rsidR="00BF043B" w:rsidRPr="00097604" w:rsidRDefault="00BF043B"/>
    <w:p w14:paraId="42D9FF5C" w14:textId="77777777" w:rsidR="00AF0CEE" w:rsidRPr="00097604" w:rsidRDefault="00AF0CEE">
      <w:pPr>
        <w:keepNext/>
        <w:spacing w:after="0"/>
        <w:jc w:val="right"/>
        <w:rPr>
          <w:b/>
          <w:sz w:val="22"/>
        </w:rPr>
        <w:sectPr w:rsidR="00AF0CEE" w:rsidRPr="00097604" w:rsidSect="00C85397">
          <w:headerReference w:type="default" r:id="rId13"/>
          <w:pgSz w:w="11907" w:h="16840" w:code="9"/>
          <w:pgMar w:top="1134" w:right="1134" w:bottom="1134" w:left="1701" w:header="680" w:footer="454" w:gutter="0"/>
          <w:cols w:space="720"/>
          <w:docGrid w:linePitch="360"/>
        </w:sectPr>
      </w:pPr>
    </w:p>
    <w:p w14:paraId="40264E5A" w14:textId="77777777" w:rsidR="00BF043B" w:rsidRPr="00097604" w:rsidRDefault="00971749">
      <w:pPr>
        <w:keepNext/>
        <w:pageBreakBefore/>
        <w:spacing w:after="0"/>
        <w:jc w:val="right"/>
      </w:pPr>
      <w:r>
        <w:rPr>
          <w:b/>
          <w:color w:val="000000"/>
          <w:sz w:val="22"/>
        </w:rPr>
        <w:t>BM-06-TTPTN</w:t>
      </w:r>
      <w:r>
        <w:rPr>
          <w:b/>
          <w:color w:val="000000"/>
          <w:sz w:val="22"/>
        </w:rPr>
        <w:br/>
        <w:t>…/2026/TT-BKHCN</w:t>
      </w:r>
    </w:p>
    <w:tbl>
      <w:tblPr>
        <w:tblW w:w="14566" w:type="dxa"/>
        <w:jc w:val="center"/>
        <w:tblBorders>
          <w:top w:val="nil"/>
          <w:left w:val="nil"/>
          <w:bottom w:val="nil"/>
          <w:right w:val="nil"/>
          <w:insideH w:val="nil"/>
          <w:insideV w:val="nil"/>
        </w:tblBorders>
        <w:tblLook w:val="04A0" w:firstRow="1" w:lastRow="0" w:firstColumn="1" w:lastColumn="0" w:noHBand="0" w:noVBand="1"/>
      </w:tblPr>
      <w:tblGrid>
        <w:gridCol w:w="8789"/>
        <w:gridCol w:w="5777"/>
      </w:tblGrid>
      <w:tr w:rsidR="00705DA2" w:rsidRPr="00097604" w14:paraId="0402861C" w14:textId="77777777" w:rsidTr="00705DA2">
        <w:trPr>
          <w:jc w:val="center"/>
        </w:trPr>
        <w:tc>
          <w:tcPr>
            <w:tcW w:w="8789" w:type="dxa"/>
          </w:tcPr>
          <w:p w14:paraId="1898BC0C" w14:textId="77777777" w:rsidR="00705DA2" w:rsidRPr="00097604" w:rsidRDefault="00705DA2" w:rsidP="00705DA2">
            <w:pPr>
              <w:spacing w:after="0" w:line="240" w:lineRule="auto"/>
              <w:ind w:firstLine="0"/>
              <w:jc w:val="center"/>
              <w:rPr>
                <w:bCs/>
                <w:szCs w:val="26"/>
              </w:rPr>
            </w:pPr>
            <w:r w:rsidRPr="00097604">
              <w:rPr>
                <w:b/>
                <w:bCs/>
                <w:sz w:val="22"/>
                <w:szCs w:val="26"/>
              </w:rPr>
              <w:t>BỘ KHOA HỌC VÀ CÔNG NGHỆ</w:t>
            </w:r>
          </w:p>
          <w:p w14:paraId="3672DAAC" w14:textId="77777777" w:rsidR="00705DA2" w:rsidRPr="00097604" w:rsidRDefault="00705DA2" w:rsidP="00705DA2">
            <w:pPr>
              <w:pStyle w:val="AnnexTitle"/>
              <w:spacing w:after="0" w:line="240" w:lineRule="auto"/>
              <w:rPr>
                <w:sz w:val="26"/>
                <w:szCs w:val="26"/>
              </w:rPr>
            </w:pPr>
            <w:r w:rsidRPr="00097604">
              <w:rPr>
                <w:sz w:val="22"/>
                <w:szCs w:val="26"/>
              </w:rPr>
              <w:t>HỘI ĐỒNG ĐÁNH GIÁ, LỰA CHỌN</w:t>
            </w:r>
          </w:p>
          <w:p w14:paraId="6F3BC8CE" w14:textId="77777777" w:rsidR="00705DA2" w:rsidRPr="00097604" w:rsidRDefault="00705DA2" w:rsidP="006018A6">
            <w:pPr>
              <w:spacing w:after="0" w:line="240" w:lineRule="auto"/>
              <w:ind w:firstLine="0"/>
              <w:jc w:val="center"/>
              <w:rPr>
                <w:b/>
                <w:szCs w:val="26"/>
              </w:rPr>
            </w:pPr>
          </w:p>
        </w:tc>
        <w:tc>
          <w:tcPr>
            <w:tcW w:w="5777" w:type="dxa"/>
          </w:tcPr>
          <w:p w14:paraId="63937C3F" w14:textId="77777777" w:rsidR="00705DA2" w:rsidRPr="00097604" w:rsidRDefault="00705DA2" w:rsidP="00705DA2">
            <w:pPr>
              <w:spacing w:after="0" w:line="240" w:lineRule="auto"/>
              <w:ind w:firstLine="0"/>
              <w:jc w:val="center"/>
              <w:rPr>
                <w:szCs w:val="26"/>
              </w:rPr>
            </w:pPr>
            <w:r w:rsidRPr="00097604">
              <w:rPr>
                <w:b/>
                <w:sz w:val="22"/>
                <w:szCs w:val="26"/>
              </w:rPr>
              <w:t>CỘNG HÒA XÃ HỘI CHỦ NGHĨA VIỆT NAM</w:t>
            </w:r>
          </w:p>
          <w:p w14:paraId="2C126F01" w14:textId="77777777" w:rsidR="00705DA2" w:rsidRPr="00097604" w:rsidRDefault="00705DA2" w:rsidP="00705DA2">
            <w:pPr>
              <w:spacing w:after="0" w:line="240" w:lineRule="auto"/>
              <w:ind w:firstLine="0"/>
              <w:jc w:val="center"/>
              <w:rPr>
                <w:b/>
                <w:szCs w:val="26"/>
              </w:rPr>
            </w:pPr>
            <w:r w:rsidRPr="00097604">
              <w:rPr>
                <w:b/>
                <w:sz w:val="22"/>
                <w:szCs w:val="26"/>
              </w:rPr>
              <w:t>Độc lập - Tự do - Hạnh phúc</w:t>
            </w:r>
          </w:p>
          <w:p w14:paraId="5A394557" w14:textId="77777777" w:rsidR="00705DA2" w:rsidRPr="00097604" w:rsidRDefault="00705DA2" w:rsidP="00705DA2">
            <w:pPr>
              <w:spacing w:after="0" w:line="240" w:lineRule="auto"/>
              <w:ind w:firstLine="0"/>
              <w:jc w:val="center"/>
              <w:rPr>
                <w:b/>
                <w:szCs w:val="26"/>
              </w:rPr>
            </w:pPr>
          </w:p>
          <w:p w14:paraId="6225FB7C" w14:textId="77777777" w:rsidR="00705DA2" w:rsidRPr="00097604" w:rsidRDefault="00705DA2" w:rsidP="00705DA2">
            <w:pPr>
              <w:spacing w:after="0" w:line="240" w:lineRule="auto"/>
              <w:ind w:firstLine="0"/>
              <w:jc w:val="center"/>
              <w:rPr>
                <w:szCs w:val="26"/>
              </w:rPr>
            </w:pPr>
            <w:r w:rsidRPr="00097604">
              <w:rPr>
                <w:b/>
                <w:i/>
                <w:sz w:val="22"/>
                <w:szCs w:val="26"/>
              </w:rPr>
              <w:t>Hà Nội, ngày ... tháng ... năm 20...</w:t>
            </w:r>
          </w:p>
          <w:p w14:paraId="662DBEED" w14:textId="77777777" w:rsidR="00705DA2" w:rsidRPr="00097604" w:rsidRDefault="00705DA2" w:rsidP="006018A6">
            <w:pPr>
              <w:spacing w:after="0" w:line="240" w:lineRule="auto"/>
              <w:ind w:firstLine="0"/>
              <w:jc w:val="center"/>
              <w:rPr>
                <w:b/>
                <w:szCs w:val="26"/>
              </w:rPr>
            </w:pPr>
          </w:p>
        </w:tc>
      </w:tr>
    </w:tbl>
    <w:p w14:paraId="6FDF84E2" w14:textId="77777777" w:rsidR="00FF44DD" w:rsidRPr="00097604" w:rsidRDefault="00FF44DD">
      <w:pPr>
        <w:pStyle w:val="AnnexTitle"/>
        <w:spacing w:after="0"/>
        <w:rPr>
          <w:sz w:val="25"/>
        </w:rPr>
      </w:pPr>
    </w:p>
    <w:p w14:paraId="6CF9D274" w14:textId="77777777" w:rsidR="00BF043B" w:rsidRPr="00097604" w:rsidRDefault="00971749">
      <w:pPr>
        <w:pStyle w:val="AnnexTitle"/>
        <w:spacing w:before="80" w:after="40" w:line="252" w:lineRule="auto"/>
        <w:rPr>
          <w:szCs w:val="28"/>
        </w:rPr>
      </w:pPr>
      <w:r w:rsidRPr="00097604">
        <w:rPr>
          <w:color w:val="000000"/>
          <w:sz w:val="26"/>
          <w:szCs w:val="28"/>
        </w:rPr>
        <w:t>PHIẾU ĐÁNH GIÁ, CHẤM ĐIỂM ĐỀ XUẤT</w:t>
      </w:r>
    </w:p>
    <w:p w14:paraId="470B8BD3" w14:textId="77777777" w:rsidR="00FF44DD" w:rsidRPr="00097604" w:rsidRDefault="00FF44DD">
      <w:pPr>
        <w:spacing w:after="0"/>
        <w:rPr>
          <w:sz w:val="28"/>
          <w:szCs w:val="28"/>
        </w:rPr>
      </w:pPr>
    </w:p>
    <w:p w14:paraId="20FFF5D8" w14:textId="77777777" w:rsidR="00BF043B" w:rsidRPr="00097604" w:rsidRDefault="00971749" w:rsidP="00FF44DD">
      <w:pPr>
        <w:spacing w:after="0" w:line="252" w:lineRule="auto"/>
        <w:ind w:firstLine="720"/>
        <w:rPr>
          <w:sz w:val="28"/>
          <w:szCs w:val="28"/>
        </w:rPr>
      </w:pPr>
      <w:r w:rsidRPr="00097604">
        <w:rPr>
          <w:color w:val="000000"/>
          <w:sz w:val="24"/>
          <w:szCs w:val="28"/>
        </w:rPr>
        <w:t>Tên đề xuất: …</w:t>
      </w:r>
    </w:p>
    <w:p w14:paraId="1687314B" w14:textId="77777777" w:rsidR="00BF043B" w:rsidRPr="00097604" w:rsidRDefault="00971749" w:rsidP="00FF44DD">
      <w:pPr>
        <w:spacing w:after="0" w:line="252" w:lineRule="auto"/>
        <w:ind w:firstLine="720"/>
        <w:rPr>
          <w:sz w:val="28"/>
          <w:szCs w:val="28"/>
        </w:rPr>
      </w:pPr>
      <w:r w:rsidRPr="00097604">
        <w:rPr>
          <w:color w:val="000000"/>
          <w:sz w:val="24"/>
          <w:szCs w:val="28"/>
        </w:rPr>
        <w:t>Cơ quan đề xuất: …</w:t>
      </w:r>
    </w:p>
    <w:p w14:paraId="5B7ACB35" w14:textId="77777777" w:rsidR="00BF043B" w:rsidRPr="00097604" w:rsidRDefault="00971749" w:rsidP="00FF44DD">
      <w:pPr>
        <w:spacing w:after="0" w:line="252" w:lineRule="auto"/>
        <w:ind w:firstLine="720"/>
        <w:rPr>
          <w:sz w:val="28"/>
          <w:szCs w:val="28"/>
        </w:rPr>
      </w:pPr>
      <w:r w:rsidRPr="00097604">
        <w:rPr>
          <w:color w:val="000000"/>
          <w:sz w:val="24"/>
        </w:rPr>
        <w:t>Tổ chức đầu mối dự kiến quản lý, vận hành: …</w:t>
      </w:r>
    </w:p>
    <w:p w14:paraId="10D29C9A" w14:textId="77777777" w:rsidR="00BF043B" w:rsidRPr="00097604" w:rsidRDefault="00971749" w:rsidP="00FF44DD">
      <w:pPr>
        <w:spacing w:after="0" w:line="252" w:lineRule="auto"/>
        <w:ind w:firstLine="720"/>
        <w:rPr>
          <w:sz w:val="28"/>
          <w:szCs w:val="28"/>
        </w:rPr>
      </w:pPr>
      <w:r w:rsidRPr="00097604">
        <w:rPr>
          <w:color w:val="000000"/>
          <w:sz w:val="24"/>
          <w:szCs w:val="28"/>
        </w:rPr>
        <w:t>Họ và tên thành viên Hội đồng: …        Chức danh trong Hội đồng: …</w:t>
      </w:r>
    </w:p>
    <w:p w14:paraId="7ACE8C72" w14:textId="77777777" w:rsidR="00BF043B" w:rsidRPr="00097604" w:rsidRDefault="00971749" w:rsidP="00FF44DD">
      <w:pPr>
        <w:spacing w:after="0" w:line="252" w:lineRule="auto"/>
        <w:ind w:firstLine="720"/>
        <w:rPr>
          <w:sz w:val="28"/>
          <w:szCs w:val="28"/>
        </w:rPr>
      </w:pPr>
      <w:r>
        <w:rPr>
          <w:i/>
          <w:color w:val="000000"/>
          <w:sz w:val="24"/>
        </w:rPr>
        <w:t>Thành viên Hội đồng chấm điểm độc lập từng tiêu chí, từng cấu phần bằng số nguyên, căn cứ hồ sơ, tài liệu minh chứng, ý kiến phản biện và kết quả giải trình. Chỉ yêu cầu minh chứng có thể xác định hợp lý ở bước lựa chọn; không đánh đồng phương án dự kiến có căn cứ với nguồn vốn đã được quyết định hoặc kết quả vận hành đã phát sinh.</w:t>
      </w:r>
    </w:p>
    <w:p w14:paraId="60EEDCB6" w14:textId="77777777" w:rsidR="00BF043B" w:rsidRPr="00097604" w:rsidRDefault="00BF043B" w:rsidP="00FF44DD">
      <w:pPr>
        <w:spacing w:after="0"/>
        <w:ind w:firstLine="720"/>
        <w:rPr>
          <w:sz w:val="28"/>
          <w:szCs w:val="28"/>
        </w:rPr>
      </w:pPr>
    </w:p>
    <w:tbl>
      <w:tblPr>
        <w:tblStyle w:val="TableGrid"/>
        <w:tblW w:w="15121" w:type="dxa"/>
        <w:jc w:val="center"/>
        <w:tblLayout w:type="fixed"/>
        <w:tblLook w:val="04A0" w:firstRow="1" w:lastRow="0" w:firstColumn="1" w:lastColumn="0" w:noHBand="0" w:noVBand="1"/>
      </w:tblPr>
      <w:tblGrid>
        <w:gridCol w:w="1100"/>
        <w:gridCol w:w="9029"/>
        <w:gridCol w:w="1028"/>
        <w:gridCol w:w="1615"/>
        <w:gridCol w:w="2349"/>
      </w:tblGrid>
      <w:tr w:rsidR="00BF043B" w:rsidRPr="00097604" w14:paraId="12F19596" w14:textId="77777777" w:rsidTr="00705DA2">
        <w:trPr>
          <w:tblHeader/>
          <w:jc w:val="center"/>
        </w:trPr>
        <w:tc>
          <w:tcPr>
            <w:tcW w:w="1080" w:type="dxa"/>
            <w:vAlign w:val="center"/>
          </w:tcPr>
          <w:p w14:paraId="46961027" w14:textId="77777777" w:rsidR="00FC231D" w:rsidRPr="00097604" w:rsidRDefault="006018A6" w:rsidP="00F568D1">
            <w:pPr>
              <w:spacing w:after="0"/>
              <w:ind w:firstLine="0"/>
              <w:jc w:val="center"/>
              <w:rPr>
                <w:rFonts w:cs="Times New Roman"/>
                <w:sz w:val="28"/>
                <w:szCs w:val="28"/>
              </w:rPr>
            </w:pPr>
            <w:r w:rsidRPr="00097604">
              <w:rPr>
                <w:rFonts w:cs="Times New Roman"/>
                <w:b/>
                <w:color w:val="000000"/>
                <w:sz w:val="22"/>
                <w:szCs w:val="28"/>
              </w:rPr>
              <w:t>STT</w:t>
            </w:r>
          </w:p>
        </w:tc>
        <w:tc>
          <w:tcPr>
            <w:tcW w:w="8856" w:type="dxa"/>
            <w:vAlign w:val="center"/>
          </w:tcPr>
          <w:p w14:paraId="05F68070" w14:textId="77777777" w:rsidR="00FC231D" w:rsidRPr="00097604" w:rsidRDefault="006018A6" w:rsidP="00F568D1">
            <w:pPr>
              <w:spacing w:after="0"/>
              <w:ind w:firstLine="0"/>
              <w:jc w:val="center"/>
              <w:rPr>
                <w:rFonts w:cs="Times New Roman"/>
                <w:sz w:val="28"/>
                <w:szCs w:val="28"/>
              </w:rPr>
            </w:pPr>
            <w:r>
              <w:rPr>
                <w:rFonts w:cs="Times New Roman"/>
                <w:b/>
                <w:sz w:val="22"/>
                <w:szCs w:val="28"/>
              </w:rPr>
              <w:t>Tiêu chí thành phần và nội dung xem xét</w:t>
            </w:r>
          </w:p>
        </w:tc>
        <w:tc>
          <w:tcPr>
            <w:tcW w:w="1008" w:type="dxa"/>
            <w:vAlign w:val="center"/>
          </w:tcPr>
          <w:p w14:paraId="5CA9FB1D" w14:textId="77777777" w:rsidR="00FC231D" w:rsidRPr="00097604" w:rsidRDefault="006018A6" w:rsidP="00F568D1">
            <w:pPr>
              <w:spacing w:after="0"/>
              <w:ind w:firstLine="0"/>
              <w:jc w:val="center"/>
              <w:rPr>
                <w:rFonts w:cs="Times New Roman"/>
                <w:sz w:val="28"/>
                <w:szCs w:val="28"/>
              </w:rPr>
            </w:pPr>
            <w:r w:rsidRPr="00097604">
              <w:rPr>
                <w:rFonts w:cs="Times New Roman"/>
                <w:b/>
                <w:color w:val="000000"/>
                <w:sz w:val="22"/>
                <w:szCs w:val="28"/>
              </w:rPr>
              <w:t>Điểm tối đa</w:t>
            </w:r>
          </w:p>
        </w:tc>
        <w:tc>
          <w:tcPr>
            <w:tcW w:w="1584" w:type="dxa"/>
            <w:vAlign w:val="center"/>
          </w:tcPr>
          <w:p w14:paraId="00136ABF" w14:textId="77777777" w:rsidR="007F03E4" w:rsidRDefault="00000000">
            <w:pPr>
              <w:spacing w:after="0"/>
            </w:pPr>
            <w:r>
              <w:rPr>
                <w:b/>
                <w:sz w:val="22"/>
              </w:rPr>
              <w:t>Điểm cấu phần/</w:t>
            </w:r>
            <w:r>
              <w:rPr>
                <w:b/>
                <w:sz w:val="22"/>
              </w:rPr>
              <w:br/>
              <w:t>Tổng điểm</w:t>
            </w:r>
          </w:p>
        </w:tc>
        <w:tc>
          <w:tcPr>
            <w:tcW w:w="2304" w:type="dxa"/>
            <w:vAlign w:val="center"/>
          </w:tcPr>
          <w:p w14:paraId="03F2C163" w14:textId="77777777" w:rsidR="00FC231D" w:rsidRPr="00097604" w:rsidRDefault="006018A6" w:rsidP="00F568D1">
            <w:pPr>
              <w:spacing w:after="0"/>
              <w:ind w:firstLine="0"/>
              <w:jc w:val="center"/>
              <w:rPr>
                <w:rFonts w:cs="Times New Roman"/>
                <w:sz w:val="28"/>
                <w:szCs w:val="28"/>
              </w:rPr>
            </w:pPr>
            <w:r w:rsidRPr="00097604">
              <w:rPr>
                <w:rFonts w:cs="Times New Roman"/>
                <w:b/>
                <w:sz w:val="22"/>
                <w:szCs w:val="28"/>
              </w:rPr>
              <w:t>Căn cứ/nhận xét chấm điểm</w:t>
            </w:r>
          </w:p>
        </w:tc>
      </w:tr>
      <w:tr w:rsidR="00BF043B" w:rsidRPr="00097604" w14:paraId="5E1A442D" w14:textId="77777777" w:rsidTr="00705DA2">
        <w:trPr>
          <w:jc w:val="center"/>
        </w:trPr>
        <w:tc>
          <w:tcPr>
            <w:tcW w:w="1080" w:type="dxa"/>
            <w:vAlign w:val="center"/>
          </w:tcPr>
          <w:p w14:paraId="5904597A"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I</w:t>
            </w:r>
          </w:p>
        </w:tc>
        <w:tc>
          <w:tcPr>
            <w:tcW w:w="8856" w:type="dxa"/>
            <w:vAlign w:val="center"/>
          </w:tcPr>
          <w:p w14:paraId="16E977A1" w14:textId="77777777" w:rsidR="00BF043B" w:rsidRPr="00097604" w:rsidRDefault="00971749" w:rsidP="00F568D1">
            <w:pPr>
              <w:spacing w:after="0"/>
              <w:ind w:firstLine="0"/>
              <w:rPr>
                <w:rFonts w:cs="Times New Roman"/>
                <w:sz w:val="28"/>
                <w:szCs w:val="28"/>
              </w:rPr>
            </w:pPr>
            <w:r w:rsidRPr="00097604">
              <w:rPr>
                <w:rFonts w:cs="Times New Roman"/>
                <w:b/>
                <w:sz w:val="22"/>
                <w:szCs w:val="28"/>
              </w:rPr>
              <w:t>MỨC ĐỘ PHÙ HỢP CHIẾN LƯỢC, NHU CẦU VÀ KHOẢNG TRỐNG NĂNG LỰC</w:t>
            </w:r>
          </w:p>
        </w:tc>
        <w:tc>
          <w:tcPr>
            <w:tcW w:w="1008" w:type="dxa"/>
            <w:vAlign w:val="center"/>
          </w:tcPr>
          <w:p w14:paraId="159F28BE"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30</w:t>
            </w:r>
          </w:p>
        </w:tc>
        <w:tc>
          <w:tcPr>
            <w:tcW w:w="1584" w:type="dxa"/>
            <w:vAlign w:val="center"/>
          </w:tcPr>
          <w:p w14:paraId="15EABEEB"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9AAF231" w14:textId="77777777" w:rsidR="00FC231D" w:rsidRPr="00097604" w:rsidRDefault="00FC231D" w:rsidP="00F568D1">
            <w:pPr>
              <w:spacing w:after="0"/>
              <w:ind w:firstLine="0"/>
              <w:rPr>
                <w:rFonts w:cs="Times New Roman"/>
                <w:sz w:val="28"/>
                <w:szCs w:val="28"/>
              </w:rPr>
            </w:pPr>
          </w:p>
        </w:tc>
      </w:tr>
      <w:tr w:rsidR="00BF043B" w:rsidRPr="00097604" w14:paraId="39E325D3" w14:textId="77777777" w:rsidTr="00705DA2">
        <w:trPr>
          <w:jc w:val="center"/>
        </w:trPr>
        <w:tc>
          <w:tcPr>
            <w:tcW w:w="1080" w:type="dxa"/>
            <w:vAlign w:val="center"/>
          </w:tcPr>
          <w:p w14:paraId="30B64E49"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1.1</w:t>
            </w:r>
          </w:p>
        </w:tc>
        <w:tc>
          <w:tcPr>
            <w:tcW w:w="8856" w:type="dxa"/>
            <w:vAlign w:val="center"/>
          </w:tcPr>
          <w:p w14:paraId="5CE61B7D" w14:textId="77777777" w:rsidR="00BF043B" w:rsidRPr="00097604" w:rsidRDefault="00971749" w:rsidP="00F568D1">
            <w:pPr>
              <w:spacing w:after="0"/>
              <w:ind w:firstLine="0"/>
              <w:rPr>
                <w:rFonts w:cs="Times New Roman"/>
                <w:sz w:val="28"/>
                <w:szCs w:val="28"/>
              </w:rPr>
            </w:pPr>
            <w:r>
              <w:rPr>
                <w:sz w:val="22"/>
              </w:rPr>
              <w:t>Phù hợp trực tiếp với công nghệ chiến lược (3 điểm); phù hợp với sản phẩm công nghệ chiến lược hoặc mục tiêu cụ thể cần phục vụ (2 điểm).</w:t>
            </w:r>
          </w:p>
        </w:tc>
        <w:tc>
          <w:tcPr>
            <w:tcW w:w="1008" w:type="dxa"/>
            <w:vAlign w:val="center"/>
          </w:tcPr>
          <w:p w14:paraId="02B96381"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5</w:t>
            </w:r>
          </w:p>
        </w:tc>
        <w:tc>
          <w:tcPr>
            <w:tcW w:w="1584" w:type="dxa"/>
            <w:vAlign w:val="center"/>
          </w:tcPr>
          <w:p w14:paraId="1D2AFE38"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15676039" w14:textId="77777777" w:rsidR="00FC231D" w:rsidRPr="00097604" w:rsidRDefault="00FC231D" w:rsidP="00F568D1">
            <w:pPr>
              <w:spacing w:after="0"/>
              <w:ind w:firstLine="0"/>
              <w:rPr>
                <w:rFonts w:cs="Times New Roman"/>
                <w:sz w:val="28"/>
                <w:szCs w:val="28"/>
              </w:rPr>
            </w:pPr>
          </w:p>
        </w:tc>
      </w:tr>
      <w:tr w:rsidR="00BF043B" w:rsidRPr="00097604" w14:paraId="0836BA98" w14:textId="77777777" w:rsidTr="00705DA2">
        <w:trPr>
          <w:jc w:val="center"/>
        </w:trPr>
        <w:tc>
          <w:tcPr>
            <w:tcW w:w="1080" w:type="dxa"/>
            <w:vAlign w:val="center"/>
          </w:tcPr>
          <w:p w14:paraId="5A2EF58E"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1.2</w:t>
            </w:r>
          </w:p>
        </w:tc>
        <w:tc>
          <w:tcPr>
            <w:tcW w:w="8856" w:type="dxa"/>
            <w:vAlign w:val="center"/>
          </w:tcPr>
          <w:p w14:paraId="568F239F" w14:textId="77777777" w:rsidR="00FC231D" w:rsidRPr="00097604" w:rsidRDefault="006018A6" w:rsidP="00F568D1">
            <w:pPr>
              <w:spacing w:after="0"/>
              <w:ind w:firstLine="0"/>
              <w:rPr>
                <w:rFonts w:cs="Times New Roman"/>
                <w:sz w:val="28"/>
                <w:szCs w:val="28"/>
              </w:rPr>
            </w:pPr>
            <w:r>
              <w:rPr>
                <w:sz w:val="22"/>
              </w:rPr>
              <w:t>Có căn cứ về nhu cầu hoặc nhiệm vụ cần phục vụ (3 điểm); mục tiêu, kết quả cần phục vụ rõ ràng (2 điểm); thời điểm cần có năng lực có căn cứ (2 điểm).</w:t>
            </w:r>
          </w:p>
        </w:tc>
        <w:tc>
          <w:tcPr>
            <w:tcW w:w="1008" w:type="dxa"/>
            <w:vAlign w:val="center"/>
          </w:tcPr>
          <w:p w14:paraId="4C567F33"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7</w:t>
            </w:r>
          </w:p>
        </w:tc>
        <w:tc>
          <w:tcPr>
            <w:tcW w:w="1584" w:type="dxa"/>
            <w:vAlign w:val="center"/>
          </w:tcPr>
          <w:p w14:paraId="2D5AABB5"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0A7A12FA" w14:textId="77777777" w:rsidR="00FC231D" w:rsidRPr="00097604" w:rsidRDefault="00FC231D" w:rsidP="00F568D1">
            <w:pPr>
              <w:spacing w:after="0"/>
              <w:ind w:firstLine="0"/>
              <w:rPr>
                <w:rFonts w:cs="Times New Roman"/>
                <w:sz w:val="28"/>
                <w:szCs w:val="28"/>
              </w:rPr>
            </w:pPr>
          </w:p>
        </w:tc>
      </w:tr>
      <w:tr w:rsidR="00BF043B" w:rsidRPr="00097604" w14:paraId="09F65084" w14:textId="77777777" w:rsidTr="00705DA2">
        <w:trPr>
          <w:jc w:val="center"/>
        </w:trPr>
        <w:tc>
          <w:tcPr>
            <w:tcW w:w="1080" w:type="dxa"/>
            <w:vAlign w:val="center"/>
          </w:tcPr>
          <w:p w14:paraId="36A10E6B"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1.3</w:t>
            </w:r>
          </w:p>
        </w:tc>
        <w:tc>
          <w:tcPr>
            <w:tcW w:w="8856" w:type="dxa"/>
            <w:vAlign w:val="center"/>
          </w:tcPr>
          <w:p w14:paraId="5BB2F75C" w14:textId="77777777" w:rsidR="00FC231D" w:rsidRPr="00097604" w:rsidRDefault="006018A6" w:rsidP="00F568D1">
            <w:pPr>
              <w:spacing w:after="0"/>
              <w:ind w:firstLine="0"/>
              <w:rPr>
                <w:rFonts w:cs="Times New Roman"/>
                <w:sz w:val="28"/>
                <w:szCs w:val="28"/>
              </w:rPr>
            </w:pPr>
            <w:r>
              <w:rPr>
                <w:color w:val="000000"/>
                <w:sz w:val="22"/>
              </w:rPr>
              <w:t>Ảnh hưởng của khoảng trống năng lực đối với nhiệm vụ, công nghệ hoặc sản phẩm chiến lược (2 điểm); mức độ phụ thuộc vào năng lực bên ngoài (2 điểm); phạm vi tổ chức, ngành, lĩnh vực hoặc vùng có nhu cầu sử dụng (2 điểm).</w:t>
            </w:r>
          </w:p>
        </w:tc>
        <w:tc>
          <w:tcPr>
            <w:tcW w:w="1008" w:type="dxa"/>
            <w:vAlign w:val="center"/>
          </w:tcPr>
          <w:p w14:paraId="7BC8721D"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6</w:t>
            </w:r>
          </w:p>
        </w:tc>
        <w:tc>
          <w:tcPr>
            <w:tcW w:w="1584" w:type="dxa"/>
            <w:vAlign w:val="center"/>
          </w:tcPr>
          <w:p w14:paraId="53CEBFBD"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3D9EA395" w14:textId="77777777" w:rsidR="00FC231D" w:rsidRPr="00097604" w:rsidRDefault="00FC231D" w:rsidP="00F568D1">
            <w:pPr>
              <w:spacing w:after="0"/>
              <w:ind w:firstLine="0"/>
              <w:rPr>
                <w:rFonts w:cs="Times New Roman"/>
                <w:sz w:val="28"/>
                <w:szCs w:val="28"/>
              </w:rPr>
            </w:pPr>
          </w:p>
        </w:tc>
      </w:tr>
      <w:tr w:rsidR="00BF043B" w:rsidRPr="00097604" w14:paraId="2AA37A4D" w14:textId="77777777" w:rsidTr="00705DA2">
        <w:trPr>
          <w:jc w:val="center"/>
        </w:trPr>
        <w:tc>
          <w:tcPr>
            <w:tcW w:w="1080" w:type="dxa"/>
            <w:vAlign w:val="center"/>
          </w:tcPr>
          <w:p w14:paraId="497B9312"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1.4</w:t>
            </w:r>
          </w:p>
        </w:tc>
        <w:tc>
          <w:tcPr>
            <w:tcW w:w="8856" w:type="dxa"/>
            <w:vAlign w:val="center"/>
          </w:tcPr>
          <w:p w14:paraId="24C5FF72" w14:textId="77777777" w:rsidR="00FC231D" w:rsidRPr="00097604" w:rsidRDefault="006018A6" w:rsidP="00F568D1">
            <w:pPr>
              <w:spacing w:after="0" w:before="0"/>
              <w:ind w:firstLine="0"/>
              <w:jc w:val="left"/>
              <w:rPr>
                <w:rFonts w:cs="Times New Roman"/>
                <w:sz w:val="28"/>
                <w:szCs w:val="28"/>
              </w:rPr>
            </w:pPr>
            <w:r>
              <w:rPr>
                <w:rFonts w:ascii="Times New Roman" w:hAnsi="Times New Roman"/>
                <w:color w:val="000000"/>
                <w:sz w:val="18"/>
              </w:rPr>
              <w:t>Năng lực mục tiêu (2 điểm); rà soát trong phạm vi quản lý và nguồn dữ liệu có thể tiếp cận, kiểm chứng (3 điểm); phân tích phần còn thiếu (3 điểm); khả năng sử dụng, nâng cấp, kết nối, dùng chung hoặc thuê dịch vụ có căn cứ (2 điểm); giải trình sự cần thiết và hạn chế trùng lặp (2 điểm).</w:t>
            </w:r>
          </w:p>
        </w:tc>
        <w:tc>
          <w:tcPr>
            <w:tcW w:w="1008" w:type="dxa"/>
            <w:vAlign w:val="center"/>
          </w:tcPr>
          <w:p w14:paraId="5AE56D16"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12</w:t>
            </w:r>
          </w:p>
        </w:tc>
        <w:tc>
          <w:tcPr>
            <w:tcW w:w="1584" w:type="dxa"/>
            <w:vAlign w:val="center"/>
          </w:tcPr>
          <w:p w14:paraId="2E96D96F"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C203523" w14:textId="77777777" w:rsidR="007F03E4" w:rsidRDefault="00000000">
            <w:pPr>
              <w:spacing w:after="0" w:before="0"/>
              <w:jc w:val="left"/>
            </w:pPr>
            <w:r>
              <w:rPr>
                <w:rFonts w:ascii="Times New Roman" w:hAnsi="Times New Roman"/>
                <w:sz w:val="18"/>
              </w:rPr>
              <w:t>Đối chiếu nội dung thuyết minh BM-02.</w:t>
            </w:r>
          </w:p>
        </w:tc>
      </w:tr>
      <w:tr w:rsidR="00BF043B" w:rsidRPr="00097604" w14:paraId="57BC2A9C" w14:textId="77777777" w:rsidTr="00705DA2">
        <w:trPr>
          <w:jc w:val="center"/>
        </w:trPr>
        <w:tc>
          <w:tcPr>
            <w:tcW w:w="1080" w:type="dxa"/>
            <w:vAlign w:val="center"/>
          </w:tcPr>
          <w:p w14:paraId="5C9795BE"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II</w:t>
            </w:r>
          </w:p>
        </w:tc>
        <w:tc>
          <w:tcPr>
            <w:tcW w:w="8856" w:type="dxa"/>
            <w:vAlign w:val="center"/>
          </w:tcPr>
          <w:p w14:paraId="3E587596" w14:textId="77777777" w:rsidR="00BF043B" w:rsidRPr="00097604" w:rsidRDefault="00971749" w:rsidP="00F568D1">
            <w:pPr>
              <w:spacing w:after="0"/>
              <w:ind w:firstLine="0"/>
              <w:rPr>
                <w:rFonts w:cs="Times New Roman"/>
                <w:sz w:val="28"/>
                <w:szCs w:val="28"/>
              </w:rPr>
            </w:pPr>
            <w:r w:rsidRPr="00097604">
              <w:rPr>
                <w:rFonts w:cs="Times New Roman"/>
                <w:b/>
                <w:sz w:val="22"/>
                <w:szCs w:val="28"/>
              </w:rPr>
              <w:t>NĂNG LỰC NGHIÊN CỨU, NĂNG LỰC CÔNG NGHỆ VÀ NGUỒN NHÂN LỰC</w:t>
            </w:r>
          </w:p>
        </w:tc>
        <w:tc>
          <w:tcPr>
            <w:tcW w:w="1008" w:type="dxa"/>
            <w:vAlign w:val="center"/>
          </w:tcPr>
          <w:p w14:paraId="62A3D3FB" w14:textId="77777777" w:rsidR="00BF043B" w:rsidRPr="00097604" w:rsidRDefault="00971749" w:rsidP="00F568D1">
            <w:pPr>
              <w:spacing w:after="0"/>
              <w:ind w:firstLine="0"/>
              <w:jc w:val="center"/>
              <w:rPr>
                <w:rFonts w:cs="Times New Roman"/>
                <w:sz w:val="28"/>
                <w:szCs w:val="28"/>
              </w:rPr>
            </w:pPr>
            <w:r w:rsidRPr="00097604">
              <w:rPr>
                <w:rFonts w:cs="Times New Roman"/>
                <w:b/>
                <w:sz w:val="22"/>
                <w:szCs w:val="28"/>
              </w:rPr>
              <w:t>20</w:t>
            </w:r>
          </w:p>
        </w:tc>
        <w:tc>
          <w:tcPr>
            <w:tcW w:w="1584" w:type="dxa"/>
            <w:vAlign w:val="center"/>
          </w:tcPr>
          <w:p w14:paraId="420831E1"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4F6E5B94" w14:textId="77777777" w:rsidR="00FC231D" w:rsidRPr="00097604" w:rsidRDefault="00FC231D" w:rsidP="00F568D1">
            <w:pPr>
              <w:spacing w:after="0"/>
              <w:ind w:firstLine="0"/>
              <w:rPr>
                <w:rFonts w:cs="Times New Roman"/>
                <w:sz w:val="28"/>
                <w:szCs w:val="28"/>
              </w:rPr>
            </w:pPr>
          </w:p>
        </w:tc>
      </w:tr>
      <w:tr w:rsidR="00BF043B" w:rsidRPr="00097604" w14:paraId="1F010084" w14:textId="77777777" w:rsidTr="00705DA2">
        <w:trPr>
          <w:jc w:val="center"/>
        </w:trPr>
        <w:tc>
          <w:tcPr>
            <w:tcW w:w="1080" w:type="dxa"/>
            <w:vAlign w:val="center"/>
          </w:tcPr>
          <w:p w14:paraId="68BB8773"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2.1</w:t>
            </w:r>
          </w:p>
        </w:tc>
        <w:tc>
          <w:tcPr>
            <w:tcW w:w="8856" w:type="dxa"/>
            <w:vAlign w:val="center"/>
          </w:tcPr>
          <w:p w14:paraId="7D482C60" w14:textId="77777777" w:rsidR="007F03E4" w:rsidRDefault="00000000">
            <w:pPr>
              <w:spacing w:after="0"/>
            </w:pPr>
            <w:r>
              <w:rPr>
                <w:sz w:val="22"/>
              </w:rPr>
              <w:t>Kinh nghiệm của tổ chức trong nghiên cứu, phát triển, thử nghiệm hoặc quản lý hạ tầng có liên quan (3 điểm); khả năng kế thừa và huy động năng lực hiện có cho đề xuất (3 điểm).</w:t>
            </w:r>
          </w:p>
        </w:tc>
        <w:tc>
          <w:tcPr>
            <w:tcW w:w="1008" w:type="dxa"/>
            <w:vAlign w:val="center"/>
          </w:tcPr>
          <w:p w14:paraId="54DB6AC4"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6</w:t>
            </w:r>
          </w:p>
        </w:tc>
        <w:tc>
          <w:tcPr>
            <w:tcW w:w="1584" w:type="dxa"/>
            <w:vAlign w:val="center"/>
          </w:tcPr>
          <w:p w14:paraId="009BBFD7"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721B5E63" w14:textId="77777777" w:rsidR="00FC231D" w:rsidRPr="00097604" w:rsidRDefault="00FC231D" w:rsidP="00F568D1">
            <w:pPr>
              <w:spacing w:after="0"/>
              <w:ind w:firstLine="0"/>
              <w:rPr>
                <w:rFonts w:cs="Times New Roman"/>
                <w:sz w:val="28"/>
                <w:szCs w:val="28"/>
              </w:rPr>
            </w:pPr>
          </w:p>
        </w:tc>
      </w:tr>
      <w:tr w:rsidR="00BF043B" w:rsidRPr="00097604" w14:paraId="7EC3A3F9" w14:textId="77777777" w:rsidTr="00705DA2">
        <w:trPr>
          <w:jc w:val="center"/>
        </w:trPr>
        <w:tc>
          <w:tcPr>
            <w:tcW w:w="1080" w:type="dxa"/>
            <w:vAlign w:val="center"/>
          </w:tcPr>
          <w:p w14:paraId="047D9369"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2.2</w:t>
            </w:r>
          </w:p>
        </w:tc>
        <w:tc>
          <w:tcPr>
            <w:tcW w:w="8856" w:type="dxa"/>
            <w:vAlign w:val="center"/>
          </w:tcPr>
          <w:p w14:paraId="608CD33F" w14:textId="77777777" w:rsidR="007F03E4" w:rsidRDefault="00000000">
            <w:pPr>
              <w:spacing w:after="0"/>
            </w:pPr>
            <w:r>
              <w:rPr>
                <w:sz w:val="22"/>
              </w:rPr>
              <w:t>Cơ cấu, chuyên môn và mức độ phù hợp của nhân lực nòng cốt (2 điểm); kinh nghiệm thực hành, mức độ sẵn sàng và khả năng huy động (2 điểm); khả năng phát triển và duy trì đội ngũ (2 điểm).</w:t>
            </w:r>
          </w:p>
        </w:tc>
        <w:tc>
          <w:tcPr>
            <w:tcW w:w="1008" w:type="dxa"/>
            <w:vAlign w:val="center"/>
          </w:tcPr>
          <w:p w14:paraId="15910942"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6</w:t>
            </w:r>
          </w:p>
        </w:tc>
        <w:tc>
          <w:tcPr>
            <w:tcW w:w="1584" w:type="dxa"/>
            <w:vAlign w:val="center"/>
          </w:tcPr>
          <w:p w14:paraId="781CD5A1"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053C8B96" w14:textId="77777777" w:rsidR="00FC231D" w:rsidRPr="00097604" w:rsidRDefault="00FC231D" w:rsidP="00F568D1">
            <w:pPr>
              <w:spacing w:after="0"/>
              <w:ind w:firstLine="0"/>
              <w:rPr>
                <w:rFonts w:cs="Times New Roman"/>
                <w:sz w:val="28"/>
                <w:szCs w:val="28"/>
              </w:rPr>
            </w:pPr>
          </w:p>
        </w:tc>
      </w:tr>
      <w:tr w:rsidR="00BF043B" w:rsidRPr="00097604" w14:paraId="61D808AA" w14:textId="77777777" w:rsidTr="00705DA2">
        <w:trPr>
          <w:jc w:val="center"/>
        </w:trPr>
        <w:tc>
          <w:tcPr>
            <w:tcW w:w="1080" w:type="dxa"/>
            <w:vAlign w:val="center"/>
          </w:tcPr>
          <w:p w14:paraId="32768749"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2.3</w:t>
            </w:r>
          </w:p>
        </w:tc>
        <w:tc>
          <w:tcPr>
            <w:tcW w:w="8856" w:type="dxa"/>
            <w:vAlign w:val="center"/>
          </w:tcPr>
          <w:p w14:paraId="0830D0DE" w14:textId="77777777" w:rsidR="007F03E4" w:rsidRDefault="00000000">
            <w:pPr>
              <w:spacing w:after="0"/>
            </w:pPr>
            <w:r>
              <w:rPr>
                <w:sz w:val="22"/>
              </w:rPr>
              <w:t>Năng lực của người đứng đầu, nhân sự chủ chốt (2 điểm); năng lực của nhóm nghiên cứu, đội ngũ chuyên môn và khả năng huy động chuyên gia (2 điểm).</w:t>
            </w:r>
          </w:p>
        </w:tc>
        <w:tc>
          <w:tcPr>
            <w:tcW w:w="1008" w:type="dxa"/>
            <w:vAlign w:val="center"/>
          </w:tcPr>
          <w:p w14:paraId="53C983DA"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74D42CAA"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0AC27A3C" w14:textId="77777777" w:rsidR="00FC231D" w:rsidRPr="00097604" w:rsidRDefault="00FC231D" w:rsidP="00F568D1">
            <w:pPr>
              <w:spacing w:after="0"/>
              <w:ind w:firstLine="0"/>
              <w:rPr>
                <w:rFonts w:cs="Times New Roman"/>
                <w:sz w:val="28"/>
                <w:szCs w:val="28"/>
              </w:rPr>
            </w:pPr>
          </w:p>
        </w:tc>
      </w:tr>
      <w:tr w:rsidR="00BF043B" w:rsidRPr="00097604" w14:paraId="55C84534" w14:textId="77777777" w:rsidTr="00705DA2">
        <w:trPr>
          <w:jc w:val="center"/>
        </w:trPr>
        <w:tc>
          <w:tcPr>
            <w:tcW w:w="1080" w:type="dxa"/>
            <w:vAlign w:val="center"/>
          </w:tcPr>
          <w:p w14:paraId="37D15CCA"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2.4</w:t>
            </w:r>
          </w:p>
        </w:tc>
        <w:tc>
          <w:tcPr>
            <w:tcW w:w="8856" w:type="dxa"/>
            <w:vAlign w:val="center"/>
          </w:tcPr>
          <w:p w14:paraId="75E194F6" w14:textId="77777777" w:rsidR="007F03E4" w:rsidRDefault="00000000">
            <w:pPr>
              <w:spacing w:after="0"/>
            </w:pPr>
            <w:r>
              <w:rPr>
                <w:sz w:val="22"/>
              </w:rPr>
              <w:t>Kết quả hoặc năng lực công nghệ đã được chứng minh phù hợp với chức năng đề xuất (2 điểm); minh chứng về mức độ ứng dụng, chuyển giao hoặc năng lực thay thế phù hợp đối với công nghệ mới (2 điểm).</w:t>
            </w:r>
          </w:p>
        </w:tc>
        <w:tc>
          <w:tcPr>
            <w:tcW w:w="1008" w:type="dxa"/>
            <w:vAlign w:val="center"/>
          </w:tcPr>
          <w:p w14:paraId="6A1C8A90"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63FCB769"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71153612" w14:textId="77777777" w:rsidR="00FC231D" w:rsidRPr="00097604" w:rsidRDefault="00FC231D" w:rsidP="00F568D1">
            <w:pPr>
              <w:spacing w:after="0"/>
              <w:ind w:firstLine="0"/>
              <w:rPr>
                <w:rFonts w:cs="Times New Roman"/>
                <w:sz w:val="28"/>
                <w:szCs w:val="28"/>
              </w:rPr>
            </w:pPr>
          </w:p>
        </w:tc>
      </w:tr>
      <w:tr w:rsidR="00BF043B" w:rsidRPr="00097604" w14:paraId="669DF5EB" w14:textId="77777777" w:rsidTr="00705DA2">
        <w:trPr>
          <w:jc w:val="center"/>
        </w:trPr>
        <w:tc>
          <w:tcPr>
            <w:tcW w:w="1080" w:type="dxa"/>
            <w:vAlign w:val="center"/>
          </w:tcPr>
          <w:p w14:paraId="7F13AEAF"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III</w:t>
            </w:r>
          </w:p>
        </w:tc>
        <w:tc>
          <w:tcPr>
            <w:tcW w:w="8856" w:type="dxa"/>
            <w:vAlign w:val="center"/>
          </w:tcPr>
          <w:p w14:paraId="312164C3" w14:textId="77777777" w:rsidR="00BF043B" w:rsidRPr="00097604" w:rsidRDefault="00971749" w:rsidP="00F568D1">
            <w:pPr>
              <w:spacing w:after="0"/>
              <w:ind w:firstLine="0"/>
              <w:rPr>
                <w:rFonts w:cs="Times New Roman"/>
                <w:sz w:val="28"/>
                <w:szCs w:val="28"/>
              </w:rPr>
            </w:pPr>
            <w:r w:rsidRPr="00097604">
              <w:rPr>
                <w:rFonts w:cs="Times New Roman"/>
                <w:b/>
                <w:sz w:val="22"/>
                <w:szCs w:val="28"/>
              </w:rPr>
              <w:t>HẠ TẦNG, PHƯƠNG ÁN HÌNH THÀNH NĂNG LỰC VÀ KHẢ NĂNG KẾT NỐI, KHAI THÁC DÙNG CHUNG</w:t>
            </w:r>
          </w:p>
        </w:tc>
        <w:tc>
          <w:tcPr>
            <w:tcW w:w="1008" w:type="dxa"/>
            <w:vAlign w:val="center"/>
          </w:tcPr>
          <w:p w14:paraId="692369F9" w14:textId="77777777" w:rsidR="00BF043B" w:rsidRPr="00097604" w:rsidRDefault="00971749" w:rsidP="00F568D1">
            <w:pPr>
              <w:spacing w:after="0"/>
              <w:ind w:firstLine="0"/>
              <w:jc w:val="center"/>
              <w:rPr>
                <w:rFonts w:cs="Times New Roman"/>
                <w:sz w:val="28"/>
                <w:szCs w:val="28"/>
              </w:rPr>
            </w:pPr>
            <w:r w:rsidRPr="00097604">
              <w:rPr>
                <w:rFonts w:cs="Times New Roman"/>
                <w:b/>
                <w:sz w:val="22"/>
                <w:szCs w:val="28"/>
              </w:rPr>
              <w:t>20</w:t>
            </w:r>
          </w:p>
        </w:tc>
        <w:tc>
          <w:tcPr>
            <w:tcW w:w="1584" w:type="dxa"/>
            <w:vAlign w:val="center"/>
          </w:tcPr>
          <w:p w14:paraId="0EA56D32"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7B5AD4AD" w14:textId="77777777" w:rsidR="00FC231D" w:rsidRPr="00097604" w:rsidRDefault="00FC231D" w:rsidP="00F568D1">
            <w:pPr>
              <w:spacing w:after="0"/>
              <w:ind w:firstLine="0"/>
              <w:rPr>
                <w:rFonts w:cs="Times New Roman"/>
                <w:sz w:val="28"/>
                <w:szCs w:val="28"/>
              </w:rPr>
            </w:pPr>
          </w:p>
        </w:tc>
      </w:tr>
      <w:tr w:rsidR="00BF043B" w:rsidRPr="00097604" w14:paraId="5D1FEC8E" w14:textId="77777777" w:rsidTr="00705DA2">
        <w:trPr>
          <w:jc w:val="center"/>
        </w:trPr>
        <w:tc>
          <w:tcPr>
            <w:tcW w:w="1080" w:type="dxa"/>
            <w:vAlign w:val="center"/>
          </w:tcPr>
          <w:p w14:paraId="54F028FD"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3.1</w:t>
            </w:r>
          </w:p>
        </w:tc>
        <w:tc>
          <w:tcPr>
            <w:tcW w:w="8856" w:type="dxa"/>
            <w:vAlign w:val="center"/>
          </w:tcPr>
          <w:p w14:paraId="1C614BFA" w14:textId="77777777" w:rsidR="007F03E4" w:rsidRDefault="00000000">
            <w:pPr>
              <w:spacing w:after="0"/>
            </w:pPr>
            <w:r>
              <w:rPr>
                <w:sz w:val="22"/>
              </w:rPr>
              <w:t>Mức độ sẵn có của cơ sở vật chất, hạ tầng kỹ thuật, trang thiết bị, hệ thống số, dữ liệu, phần mềm (2 điểm); khả năng tiếp tục khai thác, tích hợp, nâng cấp hoặc mở rộng (3 điểm).</w:t>
            </w:r>
          </w:p>
        </w:tc>
        <w:tc>
          <w:tcPr>
            <w:tcW w:w="1008" w:type="dxa"/>
            <w:vAlign w:val="center"/>
          </w:tcPr>
          <w:p w14:paraId="5BAC7608"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5</w:t>
            </w:r>
          </w:p>
        </w:tc>
        <w:tc>
          <w:tcPr>
            <w:tcW w:w="1584" w:type="dxa"/>
            <w:vAlign w:val="center"/>
          </w:tcPr>
          <w:p w14:paraId="0239044D"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066A6F5" w14:textId="77777777" w:rsidR="00FC231D" w:rsidRPr="00097604" w:rsidRDefault="00FC231D" w:rsidP="00F568D1">
            <w:pPr>
              <w:spacing w:after="0"/>
              <w:ind w:firstLine="0"/>
              <w:rPr>
                <w:rFonts w:cs="Times New Roman"/>
                <w:sz w:val="28"/>
                <w:szCs w:val="28"/>
              </w:rPr>
            </w:pPr>
          </w:p>
        </w:tc>
      </w:tr>
      <w:tr w:rsidR="00BF043B" w:rsidRPr="00097604" w14:paraId="5DB1C3C0" w14:textId="77777777" w:rsidTr="00705DA2">
        <w:trPr>
          <w:jc w:val="center"/>
        </w:trPr>
        <w:tc>
          <w:tcPr>
            <w:tcW w:w="1080" w:type="dxa"/>
            <w:vAlign w:val="center"/>
          </w:tcPr>
          <w:p w14:paraId="2CC2F57A"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3.2</w:t>
            </w:r>
          </w:p>
        </w:tc>
        <w:tc>
          <w:tcPr>
            <w:tcW w:w="8856" w:type="dxa"/>
            <w:vAlign w:val="center"/>
          </w:tcPr>
          <w:p w14:paraId="4E5026C1" w14:textId="77777777" w:rsidR="00FC231D" w:rsidRPr="00097604" w:rsidRDefault="006018A6" w:rsidP="00F568D1">
            <w:pPr>
              <w:spacing w:after="0"/>
              <w:ind w:firstLine="0"/>
              <w:rPr>
                <w:rFonts w:cs="Times New Roman"/>
                <w:sz w:val="28"/>
                <w:szCs w:val="28"/>
              </w:rPr>
            </w:pPr>
            <w:r>
              <w:rPr>
                <w:sz w:val="22"/>
              </w:rPr>
              <w:t>Mức độ phù hợp của yêu cầu chức năng, kỹ thuật và khả năng tích hợp, mở rộng (3 điểm); đáp ứng tiêu chuẩn, quy chuẩn và yêu cầu an toàn, bảo mật, dữ liệu, môi trường, chuyên ngành (2 điểm).</w:t>
            </w:r>
          </w:p>
        </w:tc>
        <w:tc>
          <w:tcPr>
            <w:tcW w:w="1008" w:type="dxa"/>
            <w:vAlign w:val="center"/>
          </w:tcPr>
          <w:p w14:paraId="73EBA75B"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5</w:t>
            </w:r>
          </w:p>
        </w:tc>
        <w:tc>
          <w:tcPr>
            <w:tcW w:w="1584" w:type="dxa"/>
            <w:vAlign w:val="center"/>
          </w:tcPr>
          <w:p w14:paraId="328047D1"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7E4FFD35" w14:textId="77777777" w:rsidR="00FC231D" w:rsidRPr="00097604" w:rsidRDefault="00FC231D" w:rsidP="00F568D1">
            <w:pPr>
              <w:spacing w:after="0"/>
              <w:ind w:firstLine="0"/>
              <w:rPr>
                <w:rFonts w:cs="Times New Roman"/>
                <w:sz w:val="28"/>
                <w:szCs w:val="28"/>
              </w:rPr>
            </w:pPr>
          </w:p>
        </w:tc>
      </w:tr>
      <w:tr w:rsidR="00BF043B" w:rsidRPr="00097604" w14:paraId="4F3068C3" w14:textId="77777777" w:rsidTr="00705DA2">
        <w:trPr>
          <w:jc w:val="center"/>
        </w:trPr>
        <w:tc>
          <w:tcPr>
            <w:tcW w:w="1080" w:type="dxa"/>
            <w:vAlign w:val="center"/>
          </w:tcPr>
          <w:p w14:paraId="07AF935E"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3.3</w:t>
            </w:r>
          </w:p>
        </w:tc>
        <w:tc>
          <w:tcPr>
            <w:tcW w:w="8856" w:type="dxa"/>
            <w:vAlign w:val="center"/>
          </w:tcPr>
          <w:p w14:paraId="75B51EDD" w14:textId="77777777" w:rsidR="007F03E4" w:rsidRDefault="00000000">
            <w:pPr>
              <w:spacing w:after="0"/>
            </w:pPr>
            <w:r>
              <w:rPr>
                <w:sz w:val="22"/>
              </w:rPr>
              <w:t>Tính khả thi về kỹ thuật của lộ trình hình thành năng lực (2 điểm); mức độ nhận diện yêu cầu kỹ thuật về bảo trì, hiệu chuẩn, vật tư, phần mềm, nâng cấp, thay thế và nguy cơ gián đoạn, lạc hậu (2 điểm).</w:t>
            </w:r>
          </w:p>
        </w:tc>
        <w:tc>
          <w:tcPr>
            <w:tcW w:w="1008" w:type="dxa"/>
            <w:vAlign w:val="center"/>
          </w:tcPr>
          <w:p w14:paraId="406DFA73"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562DD27C"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36F0CE8B" w14:textId="77777777" w:rsidR="00FC231D" w:rsidRPr="00097604" w:rsidRDefault="00FC231D" w:rsidP="00F568D1">
            <w:pPr>
              <w:spacing w:after="0"/>
              <w:ind w:firstLine="0"/>
              <w:rPr>
                <w:rFonts w:cs="Times New Roman"/>
                <w:sz w:val="28"/>
                <w:szCs w:val="28"/>
              </w:rPr>
            </w:pPr>
          </w:p>
        </w:tc>
      </w:tr>
      <w:tr w:rsidR="00BF043B" w:rsidRPr="00097604" w14:paraId="2DEF9BCE" w14:textId="77777777" w:rsidTr="00705DA2">
        <w:trPr>
          <w:jc w:val="center"/>
        </w:trPr>
        <w:tc>
          <w:tcPr>
            <w:tcW w:w="1080" w:type="dxa"/>
            <w:vAlign w:val="center"/>
          </w:tcPr>
          <w:p w14:paraId="0F2FD882"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3.4</w:t>
            </w:r>
          </w:p>
        </w:tc>
        <w:tc>
          <w:tcPr>
            <w:tcW w:w="8856" w:type="dxa"/>
            <w:vAlign w:val="center"/>
          </w:tcPr>
          <w:p w14:paraId="3991BAA2" w14:textId="77777777" w:rsidR="007F03E4" w:rsidRDefault="00000000">
            <w:pPr>
              <w:spacing w:after="0" w:before="0"/>
              <w:jc w:val="left"/>
            </w:pPr>
            <w:r>
              <w:rPr>
                <w:rFonts w:ascii="Times New Roman" w:hAnsi="Times New Roman"/>
                <w:sz w:val="18"/>
              </w:rPr>
              <w:t>Phạm vi năng lực dùng chung, nhóm sử dụng và điều kiện tiếp cận (2 điểm); phương án đăng ký, điều phối và ưu tiên sử dụng (2 điểm); khả năng đáp ứng và kiểm chứng theo giai đoạn hình thành năng lực (2 điểm).</w:t>
            </w:r>
          </w:p>
        </w:tc>
        <w:tc>
          <w:tcPr>
            <w:tcW w:w="1008" w:type="dxa"/>
            <w:vAlign w:val="center"/>
          </w:tcPr>
          <w:p w14:paraId="26B1B6AA"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6</w:t>
            </w:r>
          </w:p>
        </w:tc>
        <w:tc>
          <w:tcPr>
            <w:tcW w:w="1584" w:type="dxa"/>
            <w:vAlign w:val="center"/>
          </w:tcPr>
          <w:p w14:paraId="0AB95B1F"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03E9730E" w14:textId="77777777" w:rsidR="00FC231D" w:rsidRPr="00097604" w:rsidRDefault="00FC231D" w:rsidP="00F568D1">
            <w:pPr>
              <w:spacing w:after="0" w:before="0"/>
              <w:ind w:firstLine="0"/>
              <w:jc w:val="left"/>
              <w:rPr>
                <w:rFonts w:cs="Times New Roman"/>
                <w:sz w:val="28"/>
                <w:szCs w:val="28"/>
              </w:rPr>
            </w:pPr>
            <w:r>
              <w:rPr>
                <w:rFonts w:ascii="Times New Roman" w:hAnsi="Times New Roman"/>
                <w:sz w:val="18"/>
              </w:rPr>
            </w:r>
          </w:p>
        </w:tc>
      </w:tr>
      <w:tr w:rsidR="00BF043B" w:rsidRPr="00097604" w14:paraId="1CD8024D" w14:textId="77777777" w:rsidTr="00705DA2">
        <w:trPr>
          <w:jc w:val="center"/>
        </w:trPr>
        <w:tc>
          <w:tcPr>
            <w:tcW w:w="1080" w:type="dxa"/>
            <w:vAlign w:val="center"/>
          </w:tcPr>
          <w:p w14:paraId="5C38FEC2"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IV</w:t>
            </w:r>
          </w:p>
        </w:tc>
        <w:tc>
          <w:tcPr>
            <w:tcW w:w="8856" w:type="dxa"/>
            <w:vAlign w:val="center"/>
          </w:tcPr>
          <w:p w14:paraId="119238EA" w14:textId="77777777" w:rsidR="00BF043B" w:rsidRPr="00097604" w:rsidRDefault="00971749" w:rsidP="00F568D1">
            <w:pPr>
              <w:spacing w:after="0"/>
              <w:ind w:firstLine="0"/>
              <w:rPr>
                <w:rFonts w:cs="Times New Roman"/>
                <w:sz w:val="28"/>
                <w:szCs w:val="28"/>
              </w:rPr>
            </w:pPr>
            <w:r w:rsidRPr="00097604">
              <w:rPr>
                <w:rFonts w:cs="Times New Roman"/>
                <w:b/>
                <w:sz w:val="22"/>
                <w:szCs w:val="28"/>
              </w:rPr>
              <w:t>NĂNG LỰC QUẢN TRỊ, HUY ĐỘNG NGUỒN LỰC VÀ LIÊN KẾT</w:t>
            </w:r>
          </w:p>
        </w:tc>
        <w:tc>
          <w:tcPr>
            <w:tcW w:w="1008" w:type="dxa"/>
            <w:vAlign w:val="center"/>
          </w:tcPr>
          <w:p w14:paraId="319E13B8" w14:textId="77777777" w:rsidR="00BF043B" w:rsidRPr="00097604" w:rsidRDefault="00971749" w:rsidP="00F568D1">
            <w:pPr>
              <w:spacing w:after="0"/>
              <w:ind w:firstLine="0"/>
              <w:jc w:val="center"/>
              <w:rPr>
                <w:rFonts w:cs="Times New Roman"/>
                <w:sz w:val="28"/>
                <w:szCs w:val="28"/>
              </w:rPr>
            </w:pPr>
            <w:r w:rsidRPr="00097604">
              <w:rPr>
                <w:rFonts w:cs="Times New Roman"/>
                <w:b/>
                <w:sz w:val="22"/>
                <w:szCs w:val="28"/>
              </w:rPr>
              <w:t>15</w:t>
            </w:r>
          </w:p>
        </w:tc>
        <w:tc>
          <w:tcPr>
            <w:tcW w:w="1584" w:type="dxa"/>
            <w:vAlign w:val="center"/>
          </w:tcPr>
          <w:p w14:paraId="186741DA"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4C561106" w14:textId="77777777" w:rsidR="00FC231D" w:rsidRPr="00097604" w:rsidRDefault="00FC231D" w:rsidP="00F568D1">
            <w:pPr>
              <w:spacing w:after="0"/>
              <w:ind w:firstLine="0"/>
              <w:rPr>
                <w:rFonts w:cs="Times New Roman"/>
                <w:sz w:val="28"/>
                <w:szCs w:val="28"/>
              </w:rPr>
            </w:pPr>
          </w:p>
        </w:tc>
      </w:tr>
      <w:tr w:rsidR="00BF043B" w:rsidRPr="00097604" w14:paraId="181B699B" w14:textId="77777777" w:rsidTr="00705DA2">
        <w:trPr>
          <w:jc w:val="center"/>
        </w:trPr>
        <w:tc>
          <w:tcPr>
            <w:tcW w:w="1080" w:type="dxa"/>
            <w:vAlign w:val="center"/>
          </w:tcPr>
          <w:p w14:paraId="25DD05C3"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4.1</w:t>
            </w:r>
          </w:p>
        </w:tc>
        <w:tc>
          <w:tcPr>
            <w:tcW w:w="8856" w:type="dxa"/>
            <w:vAlign w:val="center"/>
          </w:tcPr>
          <w:p w14:paraId="2B32CFC0" w14:textId="77777777" w:rsidR="007F03E4" w:rsidRDefault="00000000">
            <w:pPr>
              <w:spacing w:after="0"/>
            </w:pPr>
            <w:r>
              <w:rPr>
                <w:sz w:val="22"/>
              </w:rPr>
              <w:t>Mô hình quản trị, phân công trách nhiệm và trách nhiệm giải trình (2 điểm); cơ chế quản lý tài sản, dữ liệu, quyền sở hữu trí tuệ và rủi ro giữa các bên (2 điểm).</w:t>
            </w:r>
          </w:p>
        </w:tc>
        <w:tc>
          <w:tcPr>
            <w:tcW w:w="1008" w:type="dxa"/>
            <w:vAlign w:val="center"/>
          </w:tcPr>
          <w:p w14:paraId="5758BE48"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0288BF94"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532A4810" w14:textId="77777777" w:rsidR="00FC231D" w:rsidRPr="00097604" w:rsidRDefault="00FC231D" w:rsidP="00F568D1">
            <w:pPr>
              <w:spacing w:after="0"/>
              <w:ind w:firstLine="0"/>
              <w:rPr>
                <w:rFonts w:cs="Times New Roman"/>
                <w:sz w:val="28"/>
                <w:szCs w:val="28"/>
              </w:rPr>
            </w:pPr>
          </w:p>
        </w:tc>
      </w:tr>
      <w:tr w:rsidR="00BF043B" w:rsidRPr="00097604" w14:paraId="11D13842" w14:textId="77777777" w:rsidTr="00705DA2">
        <w:trPr>
          <w:jc w:val="center"/>
        </w:trPr>
        <w:tc>
          <w:tcPr>
            <w:tcW w:w="1080" w:type="dxa"/>
            <w:vAlign w:val="center"/>
          </w:tcPr>
          <w:p w14:paraId="6EAF16FA"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4.2</w:t>
            </w:r>
          </w:p>
        </w:tc>
        <w:tc>
          <w:tcPr>
            <w:tcW w:w="8856" w:type="dxa"/>
            <w:vAlign w:val="center"/>
          </w:tcPr>
          <w:p w14:paraId="4E117373" w14:textId="77777777" w:rsidR="00FC231D" w:rsidRPr="00097604" w:rsidRDefault="006018A6" w:rsidP="00F568D1">
            <w:pPr>
              <w:spacing w:after="0" w:before="0"/>
              <w:ind w:firstLine="0"/>
              <w:jc w:val="left"/>
              <w:rPr>
                <w:rFonts w:cs="Times New Roman"/>
                <w:sz w:val="28"/>
                <w:szCs w:val="28"/>
              </w:rPr>
            </w:pPr>
            <w:r>
              <w:rPr>
                <w:rFonts w:ascii="Times New Roman" w:hAnsi="Times New Roman"/>
                <w:sz w:val="18"/>
              </w:rPr>
              <w:t>Ước tính có căn cứ nhu cầu nguồn lực để hình thành, bổ sung hoặc nâng cấp năng lực chủ yếu và vận hành trong 05 năm đầu (2 điểm); nguồn dự kiến, mức độ bảo đảm, phần thiếu hụt và biện pháp xử lý hợp lý (2 điểm).</w:t>
            </w:r>
          </w:p>
        </w:tc>
        <w:tc>
          <w:tcPr>
            <w:tcW w:w="1008" w:type="dxa"/>
            <w:vAlign w:val="center"/>
          </w:tcPr>
          <w:p w14:paraId="0E86DBB8"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66A7EC9F"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532D743D" w14:textId="77777777" w:rsidR="00FC231D" w:rsidRPr="00097604" w:rsidRDefault="00FC231D" w:rsidP="00F568D1">
            <w:pPr>
              <w:spacing w:after="0" w:before="0"/>
              <w:ind w:firstLine="0"/>
              <w:jc w:val="left"/>
              <w:rPr>
                <w:rFonts w:cs="Times New Roman"/>
                <w:sz w:val="28"/>
                <w:szCs w:val="28"/>
              </w:rPr>
            </w:pPr>
            <w:r>
              <w:rPr>
                <w:rFonts w:ascii="Times New Roman" w:hAnsi="Times New Roman"/>
                <w:sz w:val="18"/>
              </w:rPr>
            </w:r>
          </w:p>
        </w:tc>
      </w:tr>
      <w:tr w:rsidR="00BF043B" w:rsidRPr="00097604" w14:paraId="49F2481E" w14:textId="77777777" w:rsidTr="00705DA2">
        <w:trPr>
          <w:jc w:val="center"/>
        </w:trPr>
        <w:tc>
          <w:tcPr>
            <w:tcW w:w="1080" w:type="dxa"/>
            <w:vAlign w:val="center"/>
          </w:tcPr>
          <w:p w14:paraId="2267E544"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4.3</w:t>
            </w:r>
          </w:p>
        </w:tc>
        <w:tc>
          <w:tcPr>
            <w:tcW w:w="8856" w:type="dxa"/>
            <w:vAlign w:val="center"/>
          </w:tcPr>
          <w:p w14:paraId="06D31868" w14:textId="77777777" w:rsidR="007F03E4" w:rsidRDefault="00000000">
            <w:pPr>
              <w:spacing w:after="0"/>
            </w:pPr>
            <w:r>
              <w:rPr>
                <w:sz w:val="22"/>
              </w:rPr>
              <w:t>Vai trò và trách nhiệm của các tổ chức tham gia được xác định rõ (2 điểm); cam kết về năng lực, nguồn lực hoặc nhu cầu sử dụng có căn cứ (2 điểm).</w:t>
            </w:r>
          </w:p>
        </w:tc>
        <w:tc>
          <w:tcPr>
            <w:tcW w:w="1008" w:type="dxa"/>
            <w:vAlign w:val="center"/>
          </w:tcPr>
          <w:p w14:paraId="6B5BF1D2"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4158ED4A"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0B940E39" w14:textId="77777777" w:rsidR="00FC231D" w:rsidRPr="00097604" w:rsidRDefault="00FC231D" w:rsidP="00F568D1">
            <w:pPr>
              <w:spacing w:after="0"/>
              <w:ind w:firstLine="0"/>
              <w:rPr>
                <w:rFonts w:cs="Times New Roman"/>
                <w:sz w:val="28"/>
                <w:szCs w:val="28"/>
              </w:rPr>
            </w:pPr>
          </w:p>
        </w:tc>
      </w:tr>
      <w:tr w:rsidR="00BF043B" w:rsidRPr="00097604" w14:paraId="114197F9" w14:textId="77777777" w:rsidTr="00705DA2">
        <w:trPr>
          <w:jc w:val="center"/>
        </w:trPr>
        <w:tc>
          <w:tcPr>
            <w:tcW w:w="1080" w:type="dxa"/>
            <w:vAlign w:val="center"/>
          </w:tcPr>
          <w:p w14:paraId="6EC59591"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4.4</w:t>
            </w:r>
          </w:p>
        </w:tc>
        <w:tc>
          <w:tcPr>
            <w:tcW w:w="8856" w:type="dxa"/>
            <w:vAlign w:val="center"/>
          </w:tcPr>
          <w:p w14:paraId="2D07C062" w14:textId="77777777" w:rsidR="007F03E4" w:rsidRDefault="00000000">
            <w:pPr>
              <w:spacing w:after="0"/>
            </w:pPr>
            <w:r>
              <w:rPr>
                <w:sz w:val="22"/>
              </w:rPr>
              <w:t>Khả năng tiếp cận tri thức, chuyên gia và hợp tác chuyên môn cần thiết (1 điểm); khả năng tiếp nhận, hấp thụ, đồng phát triển hoặc chuyển giao công nghệ phù hợp với yêu cầu tự chủ (2 điểm).</w:t>
            </w:r>
          </w:p>
        </w:tc>
        <w:tc>
          <w:tcPr>
            <w:tcW w:w="1008" w:type="dxa"/>
            <w:vAlign w:val="center"/>
          </w:tcPr>
          <w:p w14:paraId="1D6C27E0"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3</w:t>
            </w:r>
          </w:p>
        </w:tc>
        <w:tc>
          <w:tcPr>
            <w:tcW w:w="1584" w:type="dxa"/>
            <w:vAlign w:val="center"/>
          </w:tcPr>
          <w:p w14:paraId="59427FA9"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7285494" w14:textId="77777777" w:rsidR="00FC231D" w:rsidRPr="00097604" w:rsidRDefault="00FC231D" w:rsidP="00F568D1">
            <w:pPr>
              <w:spacing w:after="0"/>
              <w:ind w:firstLine="0"/>
              <w:rPr>
                <w:rFonts w:cs="Times New Roman"/>
                <w:sz w:val="28"/>
                <w:szCs w:val="28"/>
              </w:rPr>
            </w:pPr>
          </w:p>
        </w:tc>
      </w:tr>
      <w:tr w:rsidR="00BF043B" w:rsidRPr="00097604" w14:paraId="7C8E73DD" w14:textId="77777777" w:rsidTr="00705DA2">
        <w:trPr>
          <w:jc w:val="center"/>
        </w:trPr>
        <w:tc>
          <w:tcPr>
            <w:tcW w:w="1080" w:type="dxa"/>
            <w:vAlign w:val="center"/>
          </w:tcPr>
          <w:p w14:paraId="1C6FD5A5" w14:textId="77777777" w:rsidR="00BF043B" w:rsidRPr="00097604" w:rsidRDefault="00971749" w:rsidP="00F568D1">
            <w:pPr>
              <w:spacing w:after="0"/>
              <w:ind w:firstLine="0"/>
              <w:jc w:val="center"/>
              <w:rPr>
                <w:rFonts w:cs="Times New Roman"/>
                <w:sz w:val="28"/>
                <w:szCs w:val="28"/>
              </w:rPr>
            </w:pPr>
            <w:r w:rsidRPr="00097604">
              <w:rPr>
                <w:rFonts w:cs="Times New Roman"/>
                <w:b/>
                <w:color w:val="000000"/>
                <w:sz w:val="22"/>
                <w:szCs w:val="28"/>
              </w:rPr>
              <w:t>V</w:t>
            </w:r>
          </w:p>
        </w:tc>
        <w:tc>
          <w:tcPr>
            <w:tcW w:w="8856" w:type="dxa"/>
            <w:vAlign w:val="center"/>
          </w:tcPr>
          <w:p w14:paraId="0963D889" w14:textId="77777777" w:rsidR="00FC231D" w:rsidRPr="00097604" w:rsidRDefault="006018A6" w:rsidP="00F568D1">
            <w:pPr>
              <w:spacing w:after="0"/>
              <w:ind w:firstLine="0"/>
              <w:rPr>
                <w:rFonts w:cs="Times New Roman"/>
                <w:sz w:val="28"/>
                <w:szCs w:val="28"/>
              </w:rPr>
            </w:pPr>
            <w:r w:rsidRPr="00097604">
              <w:rPr>
                <w:rFonts w:cs="Times New Roman"/>
                <w:sz w:val="22"/>
                <w:szCs w:val="28"/>
              </w:rPr>
              <w:t>KẾT QUẢ ĐẦU RA VÀ TÁC ĐỘNG</w:t>
            </w:r>
          </w:p>
        </w:tc>
        <w:tc>
          <w:tcPr>
            <w:tcW w:w="1008" w:type="dxa"/>
            <w:vAlign w:val="center"/>
          </w:tcPr>
          <w:p w14:paraId="5676BF15" w14:textId="77777777" w:rsidR="00BF043B" w:rsidRPr="00097604" w:rsidRDefault="00971749" w:rsidP="00F568D1">
            <w:pPr>
              <w:spacing w:after="0"/>
              <w:ind w:firstLine="0"/>
              <w:jc w:val="center"/>
              <w:rPr>
                <w:rFonts w:cs="Times New Roman"/>
                <w:sz w:val="28"/>
                <w:szCs w:val="28"/>
              </w:rPr>
            </w:pPr>
            <w:r w:rsidRPr="00097604">
              <w:rPr>
                <w:rFonts w:cs="Times New Roman"/>
                <w:b/>
                <w:sz w:val="22"/>
                <w:szCs w:val="28"/>
              </w:rPr>
              <w:t>15</w:t>
            </w:r>
          </w:p>
        </w:tc>
        <w:tc>
          <w:tcPr>
            <w:tcW w:w="1584" w:type="dxa"/>
            <w:vAlign w:val="center"/>
          </w:tcPr>
          <w:p w14:paraId="248D7521"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1D32710" w14:textId="77777777" w:rsidR="00FC231D" w:rsidRPr="00097604" w:rsidRDefault="00FC231D" w:rsidP="00F568D1">
            <w:pPr>
              <w:spacing w:after="0"/>
              <w:ind w:firstLine="0"/>
              <w:rPr>
                <w:rFonts w:cs="Times New Roman"/>
                <w:sz w:val="28"/>
                <w:szCs w:val="28"/>
              </w:rPr>
            </w:pPr>
          </w:p>
        </w:tc>
      </w:tr>
      <w:tr w:rsidR="00BF043B" w:rsidRPr="00097604" w14:paraId="360B9D20" w14:textId="77777777" w:rsidTr="00705DA2">
        <w:trPr>
          <w:jc w:val="center"/>
        </w:trPr>
        <w:tc>
          <w:tcPr>
            <w:tcW w:w="1080" w:type="dxa"/>
            <w:vAlign w:val="center"/>
          </w:tcPr>
          <w:p w14:paraId="7FFFEA6E"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5.1</w:t>
            </w:r>
          </w:p>
        </w:tc>
        <w:tc>
          <w:tcPr>
            <w:tcW w:w="8856" w:type="dxa"/>
            <w:vAlign w:val="center"/>
          </w:tcPr>
          <w:p w14:paraId="17D175A0" w14:textId="77777777" w:rsidR="007F03E4" w:rsidRDefault="00000000">
            <w:pPr>
              <w:spacing w:after="0"/>
            </w:pPr>
            <w:r>
              <w:rPr>
                <w:sz w:val="22"/>
              </w:rPr>
              <w:t>Có số liệu hiện trạng hoặc căn cứ xác định điểm xuất phát, mục tiêu, mốc thời gian, đơn vị đo và nguồn xác minh (2 điểm); hệ thống chỉ tiêu rõ, khả thi và có thể kiểm chứng (2 điểm).</w:t>
            </w:r>
          </w:p>
        </w:tc>
        <w:tc>
          <w:tcPr>
            <w:tcW w:w="1008" w:type="dxa"/>
            <w:vAlign w:val="center"/>
          </w:tcPr>
          <w:p w14:paraId="599A31BF"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0B735630"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62BE3532" w14:textId="77777777" w:rsidR="00FC231D" w:rsidRPr="00097604" w:rsidRDefault="00FC231D" w:rsidP="00F568D1">
            <w:pPr>
              <w:spacing w:after="0"/>
              <w:ind w:firstLine="0"/>
              <w:rPr>
                <w:rFonts w:cs="Times New Roman"/>
                <w:sz w:val="28"/>
                <w:szCs w:val="28"/>
              </w:rPr>
            </w:pPr>
          </w:p>
        </w:tc>
      </w:tr>
      <w:tr w:rsidR="00BF043B" w:rsidRPr="00097604" w14:paraId="1A4011D7" w14:textId="77777777" w:rsidTr="00705DA2">
        <w:trPr>
          <w:jc w:val="center"/>
        </w:trPr>
        <w:tc>
          <w:tcPr>
            <w:tcW w:w="1080" w:type="dxa"/>
            <w:vAlign w:val="center"/>
          </w:tcPr>
          <w:p w14:paraId="7697A5EB"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5.2</w:t>
            </w:r>
          </w:p>
        </w:tc>
        <w:tc>
          <w:tcPr>
            <w:tcW w:w="8856" w:type="dxa"/>
            <w:vAlign w:val="center"/>
          </w:tcPr>
          <w:p w14:paraId="32C52BA6" w14:textId="77777777" w:rsidR="007F03E4" w:rsidRDefault="00000000">
            <w:pPr>
              <w:spacing w:after="0"/>
            </w:pPr>
            <w:r>
              <w:rPr>
                <w:sz w:val="22"/>
              </w:rPr>
              <w:t>Kết quả trực tiếp dự kiến tạo ra hoặc phục vụ phù hợp với chức năng của đề xuất (2 điểm); mức độ phục vụ nhiệm vụ, công nghệ hoặc sản phẩm công nghệ chiến lược (2 điểm).</w:t>
            </w:r>
          </w:p>
        </w:tc>
        <w:tc>
          <w:tcPr>
            <w:tcW w:w="1008" w:type="dxa"/>
            <w:vAlign w:val="center"/>
          </w:tcPr>
          <w:p w14:paraId="51283BC5"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0F89E4D0"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381BB6C9" w14:textId="77777777" w:rsidR="00FC231D" w:rsidRPr="00097604" w:rsidRDefault="00FC231D" w:rsidP="00F568D1">
            <w:pPr>
              <w:spacing w:after="0"/>
              <w:ind w:firstLine="0"/>
              <w:rPr>
                <w:rFonts w:cs="Times New Roman"/>
                <w:sz w:val="28"/>
                <w:szCs w:val="28"/>
              </w:rPr>
            </w:pPr>
          </w:p>
        </w:tc>
      </w:tr>
      <w:tr w:rsidR="00BF043B" w:rsidRPr="00097604" w14:paraId="4885B962" w14:textId="77777777" w:rsidTr="00705DA2">
        <w:trPr>
          <w:jc w:val="center"/>
        </w:trPr>
        <w:tc>
          <w:tcPr>
            <w:tcW w:w="1080" w:type="dxa"/>
            <w:vAlign w:val="center"/>
          </w:tcPr>
          <w:p w14:paraId="26F93043"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5.3</w:t>
            </w:r>
          </w:p>
        </w:tc>
        <w:tc>
          <w:tcPr>
            <w:tcW w:w="8856" w:type="dxa"/>
            <w:vAlign w:val="center"/>
          </w:tcPr>
          <w:p w14:paraId="40BD34EF" w14:textId="77777777" w:rsidR="007F03E4" w:rsidRDefault="00000000">
            <w:pPr>
              <w:spacing w:after="0"/>
            </w:pPr>
            <w:r>
              <w:rPr>
                <w:sz w:val="22"/>
              </w:rPr>
              <w:t>Chỉ tiêu về mức độ hoặc công suất khai thác và phạm vi người sử dụng phù hợp loại hình (2 điểm); chỉ tiêu về thời gian tiếp cận hoặc thời gian đáp ứng khi có thể đo lường (2 điểm).</w:t>
            </w:r>
          </w:p>
        </w:tc>
        <w:tc>
          <w:tcPr>
            <w:tcW w:w="1008" w:type="dxa"/>
            <w:vAlign w:val="center"/>
          </w:tcPr>
          <w:p w14:paraId="35A49050"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4</w:t>
            </w:r>
          </w:p>
        </w:tc>
        <w:tc>
          <w:tcPr>
            <w:tcW w:w="1584" w:type="dxa"/>
            <w:vAlign w:val="center"/>
          </w:tcPr>
          <w:p w14:paraId="05411E97"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2E3F2BF2" w14:textId="77777777" w:rsidR="00FC231D" w:rsidRPr="00097604" w:rsidRDefault="00FC231D" w:rsidP="00F568D1">
            <w:pPr>
              <w:spacing w:after="0"/>
              <w:ind w:firstLine="0"/>
              <w:rPr>
                <w:rFonts w:cs="Times New Roman"/>
                <w:sz w:val="28"/>
                <w:szCs w:val="28"/>
              </w:rPr>
            </w:pPr>
          </w:p>
        </w:tc>
      </w:tr>
      <w:tr w:rsidR="00BF043B" w:rsidRPr="00097604" w14:paraId="23DE8025" w14:textId="77777777" w:rsidTr="00705DA2">
        <w:trPr>
          <w:jc w:val="center"/>
        </w:trPr>
        <w:tc>
          <w:tcPr>
            <w:tcW w:w="1080" w:type="dxa"/>
            <w:vAlign w:val="center"/>
          </w:tcPr>
          <w:p w14:paraId="4D25AF9B" w14:textId="77777777" w:rsidR="00BF043B" w:rsidRPr="00097604" w:rsidRDefault="00971749" w:rsidP="00F568D1">
            <w:pPr>
              <w:spacing w:after="0"/>
              <w:ind w:firstLine="0"/>
              <w:jc w:val="center"/>
              <w:rPr>
                <w:rFonts w:cs="Times New Roman"/>
                <w:sz w:val="28"/>
                <w:szCs w:val="28"/>
              </w:rPr>
            </w:pPr>
            <w:r w:rsidRPr="00097604">
              <w:rPr>
                <w:rFonts w:cs="Times New Roman"/>
                <w:color w:val="000000"/>
                <w:sz w:val="22"/>
                <w:szCs w:val="28"/>
              </w:rPr>
              <w:t>5.4</w:t>
            </w:r>
          </w:p>
        </w:tc>
        <w:tc>
          <w:tcPr>
            <w:tcW w:w="8856" w:type="dxa"/>
            <w:vAlign w:val="center"/>
          </w:tcPr>
          <w:p w14:paraId="39CEA054" w14:textId="77777777" w:rsidR="007F03E4" w:rsidRDefault="00000000">
            <w:pPr>
              <w:spacing w:after="0"/>
            </w:pPr>
            <w:r>
              <w:rPr>
                <w:sz w:val="22"/>
              </w:rPr>
              <w:t>Tác động trực tiếp đối với phát triển nhân lực, hệ sinh thái hoặc năng lực doanh nghiệp/ngành/vùng (1 điểm); tác động kinh tế - xã hội hoặc lợi ích công cộng có căn cứ, phù hợp tính chất đề xuất (2 điểm).</w:t>
            </w:r>
          </w:p>
        </w:tc>
        <w:tc>
          <w:tcPr>
            <w:tcW w:w="1008" w:type="dxa"/>
            <w:vAlign w:val="center"/>
          </w:tcPr>
          <w:p w14:paraId="46E99A3F" w14:textId="77777777" w:rsidR="00BF043B" w:rsidRPr="00097604" w:rsidRDefault="00971749" w:rsidP="00F568D1">
            <w:pPr>
              <w:spacing w:after="0"/>
              <w:ind w:firstLine="0"/>
              <w:jc w:val="center"/>
              <w:rPr>
                <w:rFonts w:cs="Times New Roman"/>
                <w:sz w:val="28"/>
                <w:szCs w:val="28"/>
              </w:rPr>
            </w:pPr>
            <w:r w:rsidRPr="00097604">
              <w:rPr>
                <w:rFonts w:cs="Times New Roman"/>
                <w:sz w:val="22"/>
                <w:szCs w:val="28"/>
              </w:rPr>
              <w:t>3</w:t>
            </w:r>
          </w:p>
        </w:tc>
        <w:tc>
          <w:tcPr>
            <w:tcW w:w="1584" w:type="dxa"/>
            <w:vAlign w:val="center"/>
          </w:tcPr>
          <w:p w14:paraId="0ACF33AA" w14:textId="77777777" w:rsidR="00BF043B" w:rsidRPr="00097604" w:rsidRDefault="00BF043B" w:rsidP="00F568D1">
            <w:pPr>
              <w:spacing w:after="0"/>
              <w:ind w:firstLine="0"/>
              <w:jc w:val="left"/>
              <w:rPr>
                <w:rFonts w:cs="Times New Roman"/>
                <w:sz w:val="28"/>
                <w:szCs w:val="28"/>
              </w:rPr>
            </w:pPr>
          </w:p>
        </w:tc>
        <w:tc>
          <w:tcPr>
            <w:tcW w:w="2304" w:type="dxa"/>
            <w:vAlign w:val="center"/>
          </w:tcPr>
          <w:p w14:paraId="49FDACE4" w14:textId="77777777" w:rsidR="00FC231D" w:rsidRPr="00097604" w:rsidRDefault="00FC231D" w:rsidP="00F568D1">
            <w:pPr>
              <w:spacing w:after="0"/>
              <w:ind w:firstLine="0"/>
              <w:rPr>
                <w:rFonts w:cs="Times New Roman"/>
                <w:sz w:val="28"/>
                <w:szCs w:val="28"/>
              </w:rPr>
            </w:pPr>
          </w:p>
        </w:tc>
      </w:tr>
      <w:tr w:rsidR="00247B1F" w:rsidRPr="00247B1F" w14:paraId="345E47DD" w14:textId="77777777" w:rsidTr="00705DA2">
        <w:trPr>
          <w:jc w:val="center"/>
        </w:trPr>
        <w:tc>
          <w:tcPr>
            <w:tcW w:w="1080" w:type="dxa"/>
            <w:vAlign w:val="center"/>
          </w:tcPr>
          <w:p w14:paraId="29E6D2B3" w14:textId="77777777" w:rsidR="00247B1F" w:rsidRPr="00247B1F" w:rsidRDefault="00247B1F" w:rsidP="00F568D1">
            <w:pPr>
              <w:spacing w:after="0"/>
              <w:ind w:firstLine="0"/>
              <w:jc w:val="center"/>
              <w:rPr>
                <w:rFonts w:cs="Times New Roman"/>
                <w:b/>
                <w:bCs/>
                <w:sz w:val="28"/>
                <w:szCs w:val="28"/>
              </w:rPr>
            </w:pPr>
          </w:p>
        </w:tc>
        <w:tc>
          <w:tcPr>
            <w:tcW w:w="8856" w:type="dxa"/>
            <w:vAlign w:val="center"/>
          </w:tcPr>
          <w:p w14:paraId="172DECE7" w14:textId="77777777" w:rsidR="00247B1F" w:rsidRPr="00247B1F" w:rsidRDefault="00247B1F" w:rsidP="00F568D1">
            <w:pPr>
              <w:spacing w:after="0"/>
              <w:ind w:firstLine="0"/>
              <w:rPr>
                <w:rFonts w:cs="Times New Roman"/>
                <w:b/>
                <w:bCs/>
                <w:sz w:val="28"/>
                <w:szCs w:val="28"/>
              </w:rPr>
            </w:pPr>
            <w:r w:rsidRPr="00247B1F">
              <w:rPr>
                <w:rFonts w:cs="Times New Roman"/>
                <w:b/>
                <w:bCs/>
                <w:sz w:val="22"/>
                <w:szCs w:val="28"/>
              </w:rPr>
              <w:t>Tổng</w:t>
            </w:r>
          </w:p>
        </w:tc>
        <w:tc>
          <w:tcPr>
            <w:tcW w:w="1008" w:type="dxa"/>
            <w:vAlign w:val="center"/>
          </w:tcPr>
          <w:p w14:paraId="57E62585" w14:textId="77777777" w:rsidR="00247B1F" w:rsidRPr="00247B1F" w:rsidRDefault="00247B1F" w:rsidP="00F568D1">
            <w:pPr>
              <w:spacing w:after="0"/>
              <w:ind w:firstLine="0"/>
              <w:jc w:val="center"/>
              <w:rPr>
                <w:rFonts w:cs="Times New Roman"/>
                <w:b/>
                <w:bCs/>
                <w:sz w:val="28"/>
                <w:szCs w:val="28"/>
              </w:rPr>
            </w:pPr>
            <w:r>
              <w:rPr>
                <w:rFonts w:cs="Times New Roman"/>
                <w:b/>
                <w:bCs/>
                <w:sz w:val="22"/>
                <w:szCs w:val="28"/>
              </w:rPr>
              <w:t>100</w:t>
            </w:r>
          </w:p>
        </w:tc>
        <w:tc>
          <w:tcPr>
            <w:tcW w:w="1584" w:type="dxa"/>
            <w:vAlign w:val="center"/>
          </w:tcPr>
          <w:p w14:paraId="333A43B9" w14:textId="77777777" w:rsidR="00247B1F" w:rsidRPr="00247B1F" w:rsidRDefault="00247B1F" w:rsidP="00F568D1">
            <w:pPr>
              <w:spacing w:after="0"/>
              <w:ind w:firstLine="0"/>
              <w:jc w:val="left"/>
              <w:rPr>
                <w:rFonts w:cs="Times New Roman"/>
                <w:b/>
                <w:bCs/>
                <w:sz w:val="28"/>
                <w:szCs w:val="28"/>
              </w:rPr>
            </w:pPr>
          </w:p>
        </w:tc>
        <w:tc>
          <w:tcPr>
            <w:tcW w:w="2304" w:type="dxa"/>
            <w:vAlign w:val="center"/>
          </w:tcPr>
          <w:p w14:paraId="5D44D2F7" w14:textId="77777777" w:rsidR="00247B1F" w:rsidRPr="00247B1F" w:rsidRDefault="00247B1F" w:rsidP="00F568D1">
            <w:pPr>
              <w:spacing w:after="0"/>
              <w:ind w:firstLine="0"/>
              <w:rPr>
                <w:rFonts w:cs="Times New Roman"/>
                <w:b/>
                <w:bCs/>
                <w:sz w:val="28"/>
                <w:szCs w:val="28"/>
              </w:rPr>
            </w:pPr>
          </w:p>
        </w:tc>
      </w:tr>
    </w:tbl>
    <w:p w14:paraId="1FF7C5F9" w14:textId="77777777" w:rsidR="007F03E4" w:rsidRDefault="00000000">
      <w:pPr>
        <w:keepNext w:val="0"/>
        <w:spacing w:before="24" w:after="0" w:line="240" w:lineRule="auto"/>
        <w:jc w:val="both"/>
      </w:pPr>
      <w:r>
        <w:rPr>
          <w:b w:val="0"/>
          <w:color w:val="000000"/>
          <w:sz w:val="21"/>
        </w:rPr>
        <w:t>Hướng dẫn tiêu chí 1.4: xác định năng lực mục tiêu (2 điểm); rà soát năng lực hiện có trong phạm vi quản lý và nguồn thông tin hợp pháp có thể tiếp cận, kiểm chứng (3 điểm); phân tích mức độ đáp ứng và phần còn thiếu (3 điểm); xem xét khả năng sử dụng, nâng cấp, kết nối, dùng chung hoặc thuê dịch vụ (2 điểm); giải trình sự cần thiết và hạn chế trùng lặp (2 điểm). Không yêu cầu dữ liệu kiểm kê đầy đủ năng lực trên phạm vi toàn quốc.</w:t>
      </w:r>
    </w:p>
    <w:p w14:paraId="1FF7C5F9" w14:textId="77777777" w:rsidR="007F03E4" w:rsidRDefault="00000000">
      <w:pPr>
        <w:keepNext w:val="0"/>
        <w:spacing w:before="24" w:after="0" w:line="240" w:lineRule="auto"/>
        <w:jc w:val="both"/>
      </w:pPr>
      <w:r>
        <w:rPr>
          <w:b w:val="0"/>
          <w:color w:val="000000"/>
          <w:sz w:val="21"/>
        </w:rPr>
        <w:t>Hướng dẫn tiêu chí 2.2 và 2.3: đánh giá đội ngũ hiện có và phương án huy động, phát triển nhân lực có căn cứ, xét sự phù hợp về chuyên môn, kinh nghiệm, vai trò và thời điểm sẵn sàng tham gia; không yêu cầu hoàn thành tuyển dụng tại bước lựa chọn.</w:t>
      </w:r>
    </w:p>
    <w:p>
      <w:pPr>
        <w:keepNext w:val="0"/>
        <w:spacing w:before="24" w:after="0" w:line="240" w:lineRule="auto"/>
        <w:jc w:val="both"/>
      </w:pPr>
      <w:r>
        <w:rPr>
          <w:b w:val="0"/>
          <w:color w:val="000000"/>
          <w:sz w:val="21"/>
        </w:rPr>
        <w:t>Hướng dẫn tiêu chí 3.4: đánh giá phạm vi dùng chung, nhóm sử dụng, điều kiện tiếp cận, phương án điều phối và kiểm chứng kết quả. Đối với hạ tầng hình thành mới, đánh giá phương án dự kiến. Việc hạn chế tiếp cận theo quy định của pháp luật không làm mất tính chất dùng chung của hạ tầng.</w:t>
      </w:r>
    </w:p>
    <w:p>
      <w:pPr>
        <w:keepNext w:val="0"/>
        <w:spacing w:before="24" w:after="0" w:line="240" w:lineRule="auto"/>
        <w:jc w:val="both"/>
      </w:pPr>
      <w:r>
        <w:rPr>
          <w:b w:val="0"/>
          <w:color w:val="000000"/>
          <w:sz w:val="21"/>
        </w:rPr>
        <w:t>Hướng dẫn tiêu chí 4.2: xem xét tính hợp lý của nguồn lực dự kiến hình thành hoặc nâng cấp năng lực ban đầu và nhu cầu duy trì hoạt động trong 05 năm đầu; nguồn dự kiến, mức độ bảo đảm và phương án xử lý phần thiếu hụt. Không coi nguồn dự kiến huy động là nguồn đã được bảo đảm; không bắt buộc có quyết định bố trí kinh phí tại bước lựa chọn và không cho điểm chỉ dựa vào tổng giá trị huy động hoặc tỷ lệ vốn ngoài ngân sách.</w:t>
      </w:r>
    </w:p>
    <w:p w14:paraId="1FF7C5F9" w14:textId="77777777" w:rsidR="007F03E4" w:rsidRDefault="00000000">
      <w:pPr>
        <w:keepNext w:val="0"/>
        <w:spacing w:before="24" w:after="0" w:line="240" w:lineRule="auto"/>
        <w:jc w:val="both"/>
      </w:pPr>
      <w:r>
        <w:rPr>
          <w:b w:val="0"/>
          <w:color w:val="000000"/>
          <w:sz w:val="21"/>
        </w:rPr>
        <w:t>Hướng dẫn tiêu chí 4.1: đánh giá mô hình quản trị, đầu mối chịu trách nhiệm và phương án vận hành; không yêu cầu hoàn thành thủ tục thành lập, giao quản lý tại bước lựa chọn.</w:t>
      </w:r>
    </w:p>
    <w:p>
      <w:pPr>
        <w:keepNext w:val="0"/>
        <w:spacing w:before="24" w:after="0" w:line="240" w:lineRule="auto"/>
        <w:jc w:val="both"/>
      </w:pPr>
      <w:r>
        <w:rPr>
          <w:b w:val="0"/>
          <w:color w:val="000000"/>
          <w:sz w:val="21"/>
        </w:rPr>
        <w:t>Hướng dẫn tiêu chí 4.3: đối với đề xuất do một tổ chức thực hiện, đánh giá năng lực và trách nhiệm của tổ chức đó; không yêu cầu có tổ chức khác tham gia.</w:t>
      </w:r>
    </w:p>
    <w:p w14:paraId="1FF7C5F9" w14:textId="77777777" w:rsidR="007F03E4" w:rsidRDefault="00000000">
      <w:pPr>
        <w:keepNext w:val="0"/>
        <w:spacing w:before="24" w:after="0" w:line="240" w:lineRule="auto"/>
        <w:jc w:val="both"/>
      </w:pPr>
      <w:r>
        <w:rPr>
          <w:b w:val="0"/>
          <w:color w:val="000000"/>
          <w:sz w:val="21"/>
        </w:rPr>
        <w:t>Hướng dẫn tiêu chí 5.1: đánh giá mục tiêu, mốc thời gian và các chỉ tiêu đầu ra có thể kiểm chứng phù hợp chức năng, giai đoạn hình thành năng lực; không yêu cầu mọi loại hình sử dụng cùng một loại chỉ tiêu.</w:t>
      </w:r>
    </w:p>
    <w:p w14:paraId="7F72AF61" w14:textId="77777777" w:rsidR="00FC231D" w:rsidRPr="00097604" w:rsidRDefault="006018A6">
      <w:pPr>
        <w:keepNext w:val="0"/>
        <w:spacing w:after="0" w:line="240" w:lineRule="auto" w:before="24"/>
        <w:jc w:val="both"/>
        <w:rPr>
          <w:sz w:val="28"/>
          <w:szCs w:val="28"/>
        </w:rPr>
      </w:pPr>
      <w:r>
        <w:rPr>
          <w:b w:val="0"/>
          <w:color w:val="000000"/>
          <w:sz w:val="21"/>
          <w:szCs w:val="28"/>
        </w:rPr>
        <w:t>Ghi chú theo loại hình: Đối với phòng thí nghiệm trọng điểm quốc gia, chú trọng năng lực nghiên cứu, làm chủ công nghệ lõi, phát triển nhóm nghiên cứu, chia sẻ thiết bị, dữ liệu và hợp tác chuyên môn; đối với trung tâm nghiên cứu, thử nghiệm, chú trọng năng lực thử nghiệm, chất lượng dịch vụ, thời gian đáp ứng và phạm vi người sử dụng. Các tiêu chí được chấm phù hợp chức năng chủ đạo của loại hình; không sử dụng trạng thái “không áp dụng” để bỏ điểm.</w:t>
      </w:r>
    </w:p>
    <w:p w14:paraId="1FF7C5F9" w14:textId="77777777" w:rsidR="007F03E4" w:rsidRDefault="00000000">
      <w:pPr>
        <w:keepNext/>
        <w:spacing w:before="40" w:after="0" w:line="240" w:lineRule="auto"/>
        <w:jc w:val="both"/>
      </w:pPr>
      <w:r>
        <w:rPr>
          <w:b/>
          <w:color w:val="000000"/>
          <w:sz w:val="22"/>
        </w:rPr>
        <w:t>ĐIỀU KIỆN XÁC ĐỊNH ĐỀ XUẤT ĐẠT YÊU CẦU THEO ĐIỂM C KHOẢN 2 ĐIỀU 11</w:t>
      </w:r>
    </w:p>
    <w:p w14:paraId="1FF7C5F9" w14:textId="77777777" w:rsidR="007F03E4" w:rsidRDefault="00000000">
      <w:pPr>
        <w:keepNext w:val="0"/>
        <w:spacing w:before="24" w:after="0" w:line="240" w:lineRule="auto"/>
        <w:jc w:val="both"/>
      </w:pPr>
      <w:r>
        <w:rPr>
          <w:b w:val="0"/>
          <w:color w:val="000000"/>
          <w:sz w:val="21"/>
        </w:rPr>
        <w:t>1. Mức điểm tối thiểu của từng nhóm tiêu chí (điểm trung bình Hội đồng): Nhóm I 18/30 điểm; Nhóm II 10/20 điểm; Nhóm III 10/20 điểm; Nhóm IV 7,5/15 điểm; Nhóm V 7,5/15 điểm.</w:t>
      </w:r>
    </w:p>
    <w:p w14:paraId="1FF7C5F9" w14:textId="77777777" w:rsidR="007F03E4" w:rsidRDefault="00000000">
      <w:pPr>
        <w:keepNext w:val="0"/>
        <w:spacing w:before="24" w:after="0" w:line="240" w:lineRule="auto"/>
        <w:jc w:val="both"/>
      </w:pPr>
      <w:r>
        <w:rPr>
          <w:b w:val="0"/>
          <w:color w:val="000000"/>
          <w:sz w:val="21"/>
        </w:rPr>
        <w:t>2. Mức điểm tối thiểu của các tiêu chí thành phần: tiêu chí 1.4 đạt 7,5/12 điểm; tiêu chí 3.4 đạt 3,6/6 điểm; tiêu chí 4.2 đạt 2,4/4 điểm.</w:t>
      </w:r>
    </w:p>
    <w:p w14:paraId="1FF7C5F9" w14:textId="77777777" w:rsidR="007F03E4" w:rsidRDefault="00000000">
      <w:pPr>
        <w:keepNext w:val="0"/>
        <w:spacing w:before="24" w:after="0" w:line="240" w:lineRule="auto"/>
        <w:jc w:val="both"/>
      </w:pPr>
      <w:r>
        <w:rPr>
          <w:b w:val="0"/>
          <w:color w:val="000000"/>
          <w:sz w:val="21"/>
        </w:rPr>
        <w:t>3. Đề xuất được xác định đạt yêu cầu khi đáp ứng đầy đủ điều kiện về hồ sơ, tổng điểm trung bình từ 70/100 điểm trở lên và tất cả các mức điểm tối thiểu nêu trên. Việc đối chiếu ngưỡng thực hiện trên điểm trung bình của các Phiếu hợp lệ trước khi làm tròn.</w:t>
      </w:r>
    </w:p>
    <w:p w14:paraId="6DBF18D7" w14:textId="77777777" w:rsidR="00BF043B" w:rsidRPr="00097604" w:rsidRDefault="00971749" w:rsidP="00CA4208">
      <w:pPr>
        <w:spacing w:after="0" w:line="252" w:lineRule="auto"/>
        <w:ind w:firstLine="720"/>
        <w:rPr>
          <w:sz w:val="28"/>
          <w:szCs w:val="28"/>
        </w:rPr>
      </w:pPr>
      <w:r w:rsidRPr="00097604">
        <w:rPr>
          <w:b/>
          <w:color w:val="000000"/>
          <w:sz w:val="24"/>
          <w:szCs w:val="28"/>
        </w:rPr>
        <w:t>Tổng điểm: ……/100</w:t>
      </w:r>
    </w:p>
    <w:p w14:paraId="5728F301" w14:textId="77777777" w:rsidR="00BF043B" w:rsidRPr="00097604" w:rsidRDefault="00971749" w:rsidP="00CA4208">
      <w:pPr>
        <w:spacing w:after="0" w:line="252" w:lineRule="auto"/>
        <w:ind w:firstLine="720"/>
        <w:rPr>
          <w:sz w:val="28"/>
          <w:szCs w:val="28"/>
        </w:rPr>
      </w:pPr>
      <w:r w:rsidRPr="00097604">
        <w:rPr>
          <w:color w:val="000000"/>
          <w:sz w:val="24"/>
          <w:szCs w:val="28"/>
        </w:rPr>
        <w:t>Ghi chú (nếu có): …</w:t>
      </w:r>
    </w:p>
    <w:tbl>
      <w:tblPr>
        <w:tblStyle w:val="TableGrid"/>
        <w:tblW w:w="17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13075"/>
      </w:tblGrid>
      <w:tr w:rsidR="00CA4208" w:rsidRPr="00097604" w14:paraId="4CBAE1AE" w14:textId="77777777" w:rsidTr="00705DA2">
        <w:tc>
          <w:tcPr>
            <w:tcW w:w="4644" w:type="dxa"/>
          </w:tcPr>
          <w:p w14:paraId="58FF53CA" w14:textId="77777777" w:rsidR="00CA4208" w:rsidRPr="00097604" w:rsidRDefault="00CA4208" w:rsidP="00CA4208">
            <w:pPr>
              <w:spacing w:after="0"/>
              <w:ind w:firstLine="0"/>
              <w:rPr>
                <w:sz w:val="28"/>
                <w:szCs w:val="28"/>
              </w:rPr>
            </w:pPr>
          </w:p>
        </w:tc>
        <w:tc>
          <w:tcPr>
            <w:tcW w:w="13075" w:type="dxa"/>
          </w:tcPr>
          <w:p w14:paraId="563E51D6" w14:textId="77777777" w:rsidR="00CA4208" w:rsidRPr="00097604" w:rsidRDefault="00CA4208" w:rsidP="00CA4208">
            <w:pPr>
              <w:spacing w:after="0"/>
              <w:ind w:firstLine="0"/>
              <w:jc w:val="center"/>
              <w:rPr>
                <w:sz w:val="28"/>
                <w:szCs w:val="28"/>
              </w:rPr>
            </w:pPr>
            <w:r w:rsidRPr="00097604">
              <w:rPr>
                <w:b/>
                <w:i/>
                <w:sz w:val="22"/>
                <w:szCs w:val="28"/>
              </w:rPr>
              <w:t>……, ngày … tháng … năm …</w:t>
            </w:r>
          </w:p>
          <w:p w14:paraId="2FD65656" w14:textId="77777777" w:rsidR="00CA4208" w:rsidRPr="00097604" w:rsidRDefault="00CA4208" w:rsidP="00705DA2">
            <w:pPr>
              <w:spacing w:after="0"/>
              <w:ind w:firstLine="0"/>
              <w:jc w:val="center"/>
              <w:rPr>
                <w:sz w:val="28"/>
                <w:szCs w:val="28"/>
              </w:rPr>
            </w:pPr>
            <w:r w:rsidRPr="00097604">
              <w:rPr>
                <w:b/>
                <w:sz w:val="22"/>
                <w:szCs w:val="28"/>
              </w:rPr>
              <w:t>THÀNH VIÊN HỘI ĐỒNG</w:t>
            </w:r>
            <w:r w:rsidRPr="00097604">
              <w:rPr>
                <w:b/>
                <w:sz w:val="22"/>
                <w:szCs w:val="28"/>
              </w:rPr>
              <w:br/>
            </w:r>
            <w:r w:rsidRPr="00097604">
              <w:rPr>
                <w:b/>
                <w:bCs/>
                <w:i/>
                <w:iCs/>
                <w:sz w:val="22"/>
                <w:szCs w:val="28"/>
              </w:rPr>
              <w:t>(Ký, ghi rõ họ tên)</w:t>
            </w:r>
          </w:p>
        </w:tc>
      </w:tr>
    </w:tbl>
    <w:p w14:paraId="7A3D5645" w14:textId="77777777" w:rsidR="00705DA2" w:rsidRPr="00097604" w:rsidRDefault="00705DA2" w:rsidP="00705DA2">
      <w:pPr>
        <w:sectPr w:rsidR="00705DA2" w:rsidRPr="00097604" w:rsidSect="00C85397">
          <w:headerReference w:type="default" r:id="rId14"/>
          <w:pgSz w:w="16838" w:h="11906" w:orient="landscape" w:code="9"/>
          <w:pgMar w:top="1134" w:right="1134" w:bottom="1134" w:left="1134" w:header="680" w:footer="454" w:gutter="0"/>
          <w:cols w:space="720"/>
          <w:docGrid w:linePitch="360"/>
        </w:sectPr>
      </w:pPr>
    </w:p>
    <w:p w14:paraId="1E238BC1" w14:textId="77777777" w:rsidR="00BF043B" w:rsidRPr="00097604" w:rsidRDefault="00971749" w:rsidP="00705DA2">
      <w:pPr>
        <w:spacing w:after="0"/>
        <w:jc w:val="right"/>
      </w:pPr>
      <w:r>
        <w:rPr>
          <w:b/>
          <w:color w:val="000000"/>
          <w:sz w:val="22"/>
        </w:rPr>
        <w:t>BM-07-TTPTN</w:t>
      </w:r>
      <w:r>
        <w:rPr>
          <w:b/>
          <w:color w:val="000000"/>
          <w:sz w:val="22"/>
        </w:rPr>
        <w:br/>
        <w:t>…/2026/TT-BKHCN</w:t>
      </w:r>
    </w:p>
    <w:tbl>
      <w:tblPr>
        <w:tblW w:w="10083" w:type="dxa"/>
        <w:jc w:val="center"/>
        <w:tblBorders>
          <w:top w:val="nil"/>
          <w:left w:val="nil"/>
          <w:bottom w:val="nil"/>
          <w:right w:val="nil"/>
          <w:insideH w:val="nil"/>
          <w:insideV w:val="nil"/>
        </w:tblBorders>
        <w:tblLook w:val="04A0" w:firstRow="1" w:lastRow="0" w:firstColumn="1" w:lastColumn="0" w:noHBand="0" w:noVBand="1"/>
      </w:tblPr>
      <w:tblGrid>
        <w:gridCol w:w="4306"/>
        <w:gridCol w:w="5777"/>
      </w:tblGrid>
      <w:tr w:rsidR="00AF0CEE" w:rsidRPr="00097604" w14:paraId="40A4EDFB" w14:textId="77777777" w:rsidTr="006018A6">
        <w:trPr>
          <w:jc w:val="center"/>
        </w:trPr>
        <w:tc>
          <w:tcPr>
            <w:tcW w:w="4306" w:type="dxa"/>
          </w:tcPr>
          <w:p w14:paraId="54B53A29" w14:textId="77777777" w:rsidR="00AF0CEE" w:rsidRPr="00097604" w:rsidRDefault="00AF0CEE" w:rsidP="006018A6">
            <w:pPr>
              <w:spacing w:after="0" w:line="240" w:lineRule="auto"/>
              <w:ind w:firstLine="0"/>
              <w:jc w:val="center"/>
              <w:rPr>
                <w:b/>
                <w:szCs w:val="26"/>
              </w:rPr>
            </w:pPr>
            <w:r w:rsidRPr="00097604">
              <w:rPr>
                <w:b/>
                <w:color w:val="000000"/>
                <w:sz w:val="22"/>
                <w:szCs w:val="26"/>
              </w:rPr>
              <w:t>BỘ KHOA HỌC VÀ CÔNG NGHỆ</w:t>
            </w:r>
          </w:p>
          <w:p w14:paraId="478528EF" w14:textId="77777777" w:rsidR="00AF0CEE" w:rsidRPr="00097604" w:rsidRDefault="00AF0CEE" w:rsidP="006018A6">
            <w:pPr>
              <w:spacing w:after="0" w:line="240" w:lineRule="auto"/>
              <w:ind w:firstLine="0"/>
              <w:jc w:val="center"/>
              <w:rPr>
                <w:szCs w:val="26"/>
              </w:rPr>
            </w:pPr>
          </w:p>
        </w:tc>
        <w:tc>
          <w:tcPr>
            <w:tcW w:w="5777" w:type="dxa"/>
          </w:tcPr>
          <w:p w14:paraId="5A804432" w14:textId="77777777" w:rsidR="00AF0CEE" w:rsidRPr="00097604" w:rsidRDefault="00AF0CEE" w:rsidP="006018A6">
            <w:pPr>
              <w:spacing w:after="0" w:line="240" w:lineRule="auto"/>
              <w:ind w:firstLine="0"/>
              <w:jc w:val="center"/>
              <w:rPr>
                <w:szCs w:val="26"/>
              </w:rPr>
            </w:pPr>
            <w:r w:rsidRPr="00097604">
              <w:rPr>
                <w:b/>
                <w:sz w:val="22"/>
                <w:szCs w:val="26"/>
              </w:rPr>
              <w:t>CỘNG HÒA XÃ HỘI CHỦ NGHĨA VIỆT NAM</w:t>
            </w:r>
          </w:p>
          <w:p w14:paraId="05C5172C" w14:textId="77777777" w:rsidR="00AF0CEE" w:rsidRPr="00097604" w:rsidRDefault="00AF0CEE" w:rsidP="006018A6">
            <w:pPr>
              <w:spacing w:after="0" w:line="240" w:lineRule="auto"/>
              <w:ind w:firstLine="0"/>
              <w:jc w:val="center"/>
              <w:rPr>
                <w:szCs w:val="26"/>
              </w:rPr>
            </w:pPr>
            <w:r w:rsidRPr="00097604">
              <w:rPr>
                <w:b/>
                <w:sz w:val="22"/>
                <w:szCs w:val="26"/>
              </w:rPr>
              <w:t>Độc lập - Tự do - Hạnh phúc</w:t>
            </w:r>
          </w:p>
          <w:p w14:paraId="7516A0C3" w14:textId="77777777" w:rsidR="00AF0CEE" w:rsidRPr="00097604" w:rsidRDefault="00AF0CEE" w:rsidP="006018A6">
            <w:pPr>
              <w:spacing w:after="0" w:line="240" w:lineRule="auto"/>
              <w:ind w:firstLine="0"/>
              <w:jc w:val="center"/>
              <w:rPr>
                <w:i/>
                <w:szCs w:val="26"/>
              </w:rPr>
            </w:pPr>
          </w:p>
          <w:p w14:paraId="0022585F" w14:textId="77777777" w:rsidR="00AF0CEE" w:rsidRPr="00097604" w:rsidRDefault="00AF0CEE" w:rsidP="006018A6">
            <w:pPr>
              <w:spacing w:after="0" w:line="240" w:lineRule="auto"/>
              <w:ind w:firstLine="0"/>
              <w:jc w:val="center"/>
              <w:rPr>
                <w:szCs w:val="26"/>
              </w:rPr>
            </w:pPr>
            <w:r w:rsidRPr="00097604">
              <w:rPr>
                <w:b/>
                <w:i/>
                <w:sz w:val="22"/>
                <w:szCs w:val="26"/>
              </w:rPr>
              <w:t>Hà Nội, ngày ... tháng ... năm 20...</w:t>
            </w:r>
          </w:p>
        </w:tc>
      </w:tr>
    </w:tbl>
    <w:p w14:paraId="124A9C3E" w14:textId="77777777" w:rsidR="00AF0CEE" w:rsidRPr="00097604" w:rsidRDefault="00AF0CEE">
      <w:pPr>
        <w:pStyle w:val="AnnexTitle"/>
        <w:spacing w:after="0"/>
        <w:rPr>
          <w:sz w:val="25"/>
        </w:rPr>
      </w:pPr>
    </w:p>
    <w:p w14:paraId="5358A128" w14:textId="77777777" w:rsidR="00BF043B" w:rsidRPr="00097604" w:rsidRDefault="00971749">
      <w:pPr>
        <w:pStyle w:val="AnnexTitle"/>
        <w:spacing w:after="0" w:line="252" w:lineRule="auto"/>
        <w:rPr>
          <w:szCs w:val="28"/>
        </w:rPr>
      </w:pPr>
      <w:r w:rsidRPr="00097604">
        <w:rPr>
          <w:color w:val="000000"/>
          <w:sz w:val="24"/>
          <w:szCs w:val="28"/>
        </w:rPr>
        <w:t>HỘI ĐỒNG ĐÁNH GIÁ, LỰA CHỌN</w:t>
      </w:r>
    </w:p>
    <w:p w14:paraId="0A2B62F0" w14:textId="77777777" w:rsidR="00BF043B" w:rsidRPr="00097604" w:rsidRDefault="00971749">
      <w:pPr>
        <w:pStyle w:val="AnnexTitle"/>
        <w:spacing w:before="80" w:after="40" w:line="252" w:lineRule="auto"/>
        <w:rPr>
          <w:szCs w:val="28"/>
        </w:rPr>
      </w:pPr>
      <w:r w:rsidRPr="00097604">
        <w:rPr>
          <w:color w:val="000000"/>
          <w:sz w:val="26"/>
          <w:szCs w:val="28"/>
        </w:rPr>
        <w:t>BIÊN BẢN KIỂM PHIẾU VÀ TỔNG HỢP KẾT QUẢ ĐÁNH GIÁ</w:t>
      </w:r>
    </w:p>
    <w:p w14:paraId="3D7F37C7" w14:textId="77777777" w:rsidR="00AF0CEE" w:rsidRPr="00097604" w:rsidRDefault="00AF0CEE">
      <w:pPr>
        <w:spacing w:after="0"/>
        <w:rPr>
          <w:sz w:val="28"/>
          <w:szCs w:val="28"/>
        </w:rPr>
      </w:pPr>
    </w:p>
    <w:p w14:paraId="548B95AC" w14:textId="77777777" w:rsidR="00BF043B" w:rsidRPr="00097604" w:rsidRDefault="00971749" w:rsidP="00AF0CEE">
      <w:pPr>
        <w:spacing w:after="0" w:line="252" w:lineRule="auto"/>
        <w:ind w:firstLine="720"/>
        <w:rPr>
          <w:sz w:val="28"/>
          <w:szCs w:val="28"/>
        </w:rPr>
      </w:pPr>
      <w:r w:rsidRPr="00097604">
        <w:rPr>
          <w:color w:val="000000"/>
          <w:sz w:val="24"/>
          <w:szCs w:val="28"/>
        </w:rPr>
        <w:t>Tên đề xuất: …</w:t>
      </w:r>
    </w:p>
    <w:p w14:paraId="09F9D329" w14:textId="77777777" w:rsidR="00BF043B" w:rsidRPr="00097604" w:rsidRDefault="00971749" w:rsidP="00AF0CEE">
      <w:pPr>
        <w:spacing w:after="0" w:line="252" w:lineRule="auto"/>
        <w:ind w:firstLine="720"/>
        <w:rPr>
          <w:sz w:val="28"/>
          <w:szCs w:val="28"/>
        </w:rPr>
      </w:pPr>
      <w:r w:rsidRPr="00097604">
        <w:rPr>
          <w:color w:val="000000"/>
          <w:sz w:val="24"/>
          <w:szCs w:val="28"/>
        </w:rPr>
        <w:t>Tổng số thành viên Hội đồng: …; số thành viên có quyền đánh giá đề xuất: …; số thành viên tham dự: …</w:t>
      </w:r>
    </w:p>
    <w:p w14:paraId="5026800B" w14:textId="77777777" w:rsidR="00BF043B" w:rsidRPr="00097604" w:rsidRDefault="00971749" w:rsidP="00AF0CEE">
      <w:pPr>
        <w:spacing w:after="0" w:line="252" w:lineRule="auto"/>
        <w:ind w:firstLine="720"/>
        <w:jc w:val="left"/>
        <w:rPr>
          <w:sz w:val="28"/>
          <w:szCs w:val="28"/>
        </w:rPr>
      </w:pPr>
      <w:r w:rsidRPr="00097604">
        <w:rPr>
          <w:color w:val="000000"/>
          <w:sz w:val="24"/>
          <w:szCs w:val="28"/>
        </w:rPr>
        <w:t>Số phiếu phát ra: …; số phiếu thu về: ….</w:t>
        <w:br/>
        <w:t>Số phiếu hợp lệ: …; số phiếu không hợp lệ: ….</w:t>
        <w:br/>
        <w:t>Trường hợp Hội đồng có trên 11 thành viên, bổ sung dòng tương ứng trong các bảng tổng hợp điểm.</w:t>
      </w:r>
    </w:p>
    <w:p w14:paraId="700B1004" w14:textId="77777777" w:rsidR="00AF0CEE" w:rsidRPr="00097604" w:rsidRDefault="00AF0CEE" w:rsidP="00AF0CEE">
      <w:pPr>
        <w:spacing w:after="0"/>
        <w:ind w:firstLine="720"/>
        <w:rPr>
          <w:sz w:val="28"/>
          <w:szCs w:val="28"/>
        </w:rPr>
      </w:pPr>
    </w:p>
    <w:tbl>
      <w:tblPr>
        <w:tblStyle w:val="TableGrid"/>
        <w:tblW w:w="9524" w:type="dxa"/>
        <w:jc w:val="center"/>
        <w:tblLayout w:type="fixed"/>
        <w:tblLook w:val="04A0" w:firstRow="1" w:lastRow="0" w:firstColumn="1" w:lastColumn="0" w:noHBand="0" w:noVBand="1"/>
      </w:tblPr>
      <w:tblGrid>
        <w:gridCol w:w="836"/>
        <w:gridCol w:w="2331"/>
        <w:gridCol w:w="878"/>
        <w:gridCol w:w="878"/>
        <w:gridCol w:w="1110"/>
        <w:gridCol w:w="1108"/>
        <w:gridCol w:w="878"/>
        <w:gridCol w:w="1505"/>
      </w:tblGrid>
      <w:tr w:rsidR="00BF043B" w:rsidRPr="00097604" w14:paraId="3451AAF4" w14:textId="77777777" w:rsidTr="00AF0CEE">
        <w:trPr>
          <w:tblHeader/>
          <w:jc w:val="center"/>
        </w:trPr>
        <w:tc>
          <w:tcPr>
            <w:tcW w:w="836" w:type="dxa"/>
            <w:vAlign w:val="center"/>
          </w:tcPr>
          <w:p w14:paraId="73726A7A" w14:textId="77777777" w:rsidR="00BF043B" w:rsidRPr="00097604" w:rsidRDefault="00971749" w:rsidP="00AF0CEE">
            <w:pPr>
              <w:spacing w:after="0"/>
              <w:ind w:firstLine="0"/>
              <w:jc w:val="center"/>
              <w:rPr>
                <w:rFonts w:cs="Times New Roman"/>
                <w:sz w:val="28"/>
                <w:szCs w:val="28"/>
              </w:rPr>
            </w:pPr>
            <w:r w:rsidRPr="00097604">
              <w:rPr>
                <w:rFonts w:cs="Times New Roman"/>
                <w:b/>
                <w:color w:val="000000"/>
                <w:sz w:val="22"/>
                <w:szCs w:val="28"/>
              </w:rPr>
              <w:t>STT</w:t>
            </w:r>
          </w:p>
        </w:tc>
        <w:tc>
          <w:tcPr>
            <w:tcW w:w="2331" w:type="dxa"/>
            <w:vAlign w:val="center"/>
          </w:tcPr>
          <w:p w14:paraId="076BC26F" w14:textId="77777777" w:rsidR="00BF043B" w:rsidRPr="00097604" w:rsidRDefault="00AF0CEE" w:rsidP="00AF0CEE">
            <w:pPr>
              <w:spacing w:after="0"/>
              <w:ind w:firstLine="0"/>
              <w:jc w:val="center"/>
              <w:rPr>
                <w:rFonts w:cs="Times New Roman"/>
                <w:sz w:val="28"/>
                <w:szCs w:val="28"/>
              </w:rPr>
            </w:pPr>
            <w:r w:rsidRPr="00097604">
              <w:rPr>
                <w:rFonts w:cs="Times New Roman"/>
                <w:b/>
                <w:sz w:val="22"/>
                <w:szCs w:val="28"/>
              </w:rPr>
              <w:t>Thành viên</w:t>
            </w:r>
          </w:p>
        </w:tc>
        <w:tc>
          <w:tcPr>
            <w:tcW w:w="878" w:type="dxa"/>
            <w:vAlign w:val="center"/>
          </w:tcPr>
          <w:p w14:paraId="4C0ED665"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I/30</w:t>
            </w:r>
          </w:p>
        </w:tc>
        <w:tc>
          <w:tcPr>
            <w:tcW w:w="878" w:type="dxa"/>
            <w:vAlign w:val="center"/>
          </w:tcPr>
          <w:p w14:paraId="7043B1C3"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II/20</w:t>
            </w:r>
          </w:p>
        </w:tc>
        <w:tc>
          <w:tcPr>
            <w:tcW w:w="1110" w:type="dxa"/>
            <w:vAlign w:val="center"/>
          </w:tcPr>
          <w:p w14:paraId="70077435"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III/20</w:t>
            </w:r>
          </w:p>
        </w:tc>
        <w:tc>
          <w:tcPr>
            <w:tcW w:w="1108" w:type="dxa"/>
            <w:vAlign w:val="center"/>
          </w:tcPr>
          <w:p w14:paraId="69020485"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IV/15</w:t>
            </w:r>
          </w:p>
        </w:tc>
        <w:tc>
          <w:tcPr>
            <w:tcW w:w="878" w:type="dxa"/>
            <w:vAlign w:val="center"/>
          </w:tcPr>
          <w:p w14:paraId="0D74587B"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V/15</w:t>
            </w:r>
          </w:p>
        </w:tc>
        <w:tc>
          <w:tcPr>
            <w:tcW w:w="1505" w:type="dxa"/>
            <w:vAlign w:val="center"/>
          </w:tcPr>
          <w:p w14:paraId="43732B51"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Tổng/100</w:t>
            </w:r>
          </w:p>
        </w:tc>
      </w:tr>
      <w:tr w:rsidR="00BF043B" w:rsidRPr="00097604" w14:paraId="23D6D558" w14:textId="77777777" w:rsidTr="00AF0CEE">
        <w:trPr>
          <w:jc w:val="center"/>
        </w:trPr>
        <w:tc>
          <w:tcPr>
            <w:tcW w:w="836" w:type="dxa"/>
            <w:vAlign w:val="center"/>
          </w:tcPr>
          <w:p w14:paraId="3C181507"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02EB84D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2053D0AC"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4A79228A"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242EE0A0"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356C2175"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04C5C59"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5C7F89D0" w14:textId="77777777" w:rsidR="00BF043B" w:rsidRPr="00097604" w:rsidRDefault="00BF043B" w:rsidP="00AF0CEE">
            <w:pPr>
              <w:spacing w:after="0"/>
              <w:ind w:firstLine="0"/>
              <w:jc w:val="left"/>
              <w:rPr>
                <w:rFonts w:cs="Times New Roman"/>
                <w:sz w:val="28"/>
                <w:szCs w:val="28"/>
              </w:rPr>
            </w:pPr>
          </w:p>
        </w:tc>
      </w:tr>
      <w:tr w:rsidR="00BF043B" w:rsidRPr="00097604" w14:paraId="29007431" w14:textId="77777777" w:rsidTr="00AF0CEE">
        <w:trPr>
          <w:jc w:val="center"/>
        </w:trPr>
        <w:tc>
          <w:tcPr>
            <w:tcW w:w="836" w:type="dxa"/>
            <w:vAlign w:val="center"/>
          </w:tcPr>
          <w:p w14:paraId="03C35036"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76E8E6C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5FEA653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3E39D1D0"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4B32E271"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7A25E6A2"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B0DD009"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7BF2B46B" w14:textId="77777777" w:rsidR="00BF043B" w:rsidRPr="00097604" w:rsidRDefault="00BF043B" w:rsidP="00AF0CEE">
            <w:pPr>
              <w:spacing w:after="0"/>
              <w:ind w:firstLine="0"/>
              <w:jc w:val="left"/>
              <w:rPr>
                <w:rFonts w:cs="Times New Roman"/>
                <w:sz w:val="28"/>
                <w:szCs w:val="28"/>
              </w:rPr>
            </w:pPr>
          </w:p>
        </w:tc>
      </w:tr>
      <w:tr w:rsidR="00BF043B" w:rsidRPr="00097604" w14:paraId="2C728BB7" w14:textId="77777777" w:rsidTr="00AF0CEE">
        <w:trPr>
          <w:jc w:val="center"/>
        </w:trPr>
        <w:tc>
          <w:tcPr>
            <w:tcW w:w="836" w:type="dxa"/>
            <w:vAlign w:val="center"/>
          </w:tcPr>
          <w:p w14:paraId="11765771"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04054326"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58EDCC04"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35B88CAC"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03F96673"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11DBF39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3E1CA8F8"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6C8B0603" w14:textId="77777777" w:rsidR="00BF043B" w:rsidRPr="00097604" w:rsidRDefault="00BF043B" w:rsidP="00AF0CEE">
            <w:pPr>
              <w:spacing w:after="0"/>
              <w:ind w:firstLine="0"/>
              <w:jc w:val="left"/>
              <w:rPr>
                <w:rFonts w:cs="Times New Roman"/>
                <w:sz w:val="28"/>
                <w:szCs w:val="28"/>
              </w:rPr>
            </w:pPr>
          </w:p>
        </w:tc>
      </w:tr>
      <w:tr w:rsidR="00BF043B" w:rsidRPr="00097604" w14:paraId="3DFE3545" w14:textId="77777777" w:rsidTr="00AF0CEE">
        <w:trPr>
          <w:jc w:val="center"/>
        </w:trPr>
        <w:tc>
          <w:tcPr>
            <w:tcW w:w="836" w:type="dxa"/>
            <w:vAlign w:val="center"/>
          </w:tcPr>
          <w:p w14:paraId="4166B13D"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1BAA4F1F"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6FAA298E"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6E092FDC"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717DEDC0"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0716CF12"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112A3CF"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1322ED81" w14:textId="77777777" w:rsidR="00BF043B" w:rsidRPr="00097604" w:rsidRDefault="00BF043B" w:rsidP="00AF0CEE">
            <w:pPr>
              <w:spacing w:after="0"/>
              <w:ind w:firstLine="0"/>
              <w:jc w:val="left"/>
              <w:rPr>
                <w:rFonts w:cs="Times New Roman"/>
                <w:sz w:val="28"/>
                <w:szCs w:val="28"/>
              </w:rPr>
            </w:pPr>
          </w:p>
        </w:tc>
      </w:tr>
      <w:tr w:rsidR="00BF043B" w:rsidRPr="00097604" w14:paraId="685FBAB0" w14:textId="77777777" w:rsidTr="00AF0CEE">
        <w:trPr>
          <w:jc w:val="center"/>
        </w:trPr>
        <w:tc>
          <w:tcPr>
            <w:tcW w:w="836" w:type="dxa"/>
            <w:vAlign w:val="center"/>
          </w:tcPr>
          <w:p w14:paraId="5C4E75E0"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490CFC19"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230303D"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5DB74FE0"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5C803BA9"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3E7DA2D4"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74DC7016"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47C4EA5D" w14:textId="77777777" w:rsidR="00BF043B" w:rsidRPr="00097604" w:rsidRDefault="00BF043B" w:rsidP="00AF0CEE">
            <w:pPr>
              <w:spacing w:after="0"/>
              <w:ind w:firstLine="0"/>
              <w:jc w:val="left"/>
              <w:rPr>
                <w:rFonts w:cs="Times New Roman"/>
                <w:sz w:val="28"/>
                <w:szCs w:val="28"/>
              </w:rPr>
            </w:pPr>
          </w:p>
        </w:tc>
      </w:tr>
      <w:tr w:rsidR="00BF043B" w:rsidRPr="00097604" w14:paraId="63E7A83F" w14:textId="77777777" w:rsidTr="00AF0CEE">
        <w:trPr>
          <w:jc w:val="center"/>
        </w:trPr>
        <w:tc>
          <w:tcPr>
            <w:tcW w:w="836" w:type="dxa"/>
            <w:vAlign w:val="center"/>
          </w:tcPr>
          <w:p w14:paraId="3B89E806"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34971236"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22A267E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4B78CAEE"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740DE745"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546E47F6"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25CB98FD"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0EB8D59D" w14:textId="77777777" w:rsidR="00BF043B" w:rsidRPr="00097604" w:rsidRDefault="00BF043B" w:rsidP="00AF0CEE">
            <w:pPr>
              <w:spacing w:after="0"/>
              <w:ind w:firstLine="0"/>
              <w:jc w:val="left"/>
              <w:rPr>
                <w:rFonts w:cs="Times New Roman"/>
                <w:sz w:val="28"/>
                <w:szCs w:val="28"/>
              </w:rPr>
            </w:pPr>
          </w:p>
        </w:tc>
      </w:tr>
      <w:tr w:rsidR="00BF043B" w:rsidRPr="00097604" w14:paraId="34A83E5A" w14:textId="77777777" w:rsidTr="00AF0CEE">
        <w:trPr>
          <w:jc w:val="center"/>
        </w:trPr>
        <w:tc>
          <w:tcPr>
            <w:tcW w:w="836" w:type="dxa"/>
            <w:vAlign w:val="center"/>
          </w:tcPr>
          <w:p w14:paraId="492E6C47"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14FCAF25"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3CD7DFA1"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40AAFE60"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7AED8F60"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06A2424D"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9D63128"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49289350" w14:textId="77777777" w:rsidR="00BF043B" w:rsidRPr="00097604" w:rsidRDefault="00BF043B" w:rsidP="00AF0CEE">
            <w:pPr>
              <w:spacing w:after="0"/>
              <w:ind w:firstLine="0"/>
              <w:jc w:val="left"/>
              <w:rPr>
                <w:rFonts w:cs="Times New Roman"/>
                <w:sz w:val="28"/>
                <w:szCs w:val="28"/>
              </w:rPr>
            </w:pPr>
          </w:p>
        </w:tc>
      </w:tr>
      <w:tr w:rsidR="00BF043B" w:rsidRPr="00097604" w14:paraId="25598153" w14:textId="77777777" w:rsidTr="00AF0CEE">
        <w:trPr>
          <w:jc w:val="center"/>
        </w:trPr>
        <w:tc>
          <w:tcPr>
            <w:tcW w:w="836" w:type="dxa"/>
            <w:vAlign w:val="center"/>
          </w:tcPr>
          <w:p w14:paraId="356CD7D1"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2BA02D97"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3B01CA54"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4EBBD580"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16FA794D"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220C44BC"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4BB597E5"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1090FD7E" w14:textId="77777777" w:rsidR="00BF043B" w:rsidRPr="00097604" w:rsidRDefault="00BF043B" w:rsidP="00AF0CEE">
            <w:pPr>
              <w:spacing w:after="0"/>
              <w:ind w:firstLine="0"/>
              <w:jc w:val="left"/>
              <w:rPr>
                <w:rFonts w:cs="Times New Roman"/>
                <w:sz w:val="28"/>
                <w:szCs w:val="28"/>
              </w:rPr>
            </w:pPr>
          </w:p>
        </w:tc>
      </w:tr>
      <w:tr w:rsidR="00BF043B" w:rsidRPr="00097604" w14:paraId="1EE439E1" w14:textId="77777777" w:rsidTr="00AF0CEE">
        <w:trPr>
          <w:jc w:val="center"/>
        </w:trPr>
        <w:tc>
          <w:tcPr>
            <w:tcW w:w="836" w:type="dxa"/>
            <w:vAlign w:val="center"/>
          </w:tcPr>
          <w:p w14:paraId="75C3099E"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5654E2A4"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1878B51"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7F85ED2"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2E5A6134"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5C4FC33C"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7B01A93D"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09C67E34" w14:textId="77777777" w:rsidR="00BF043B" w:rsidRPr="00097604" w:rsidRDefault="00BF043B" w:rsidP="00AF0CEE">
            <w:pPr>
              <w:spacing w:after="0"/>
              <w:ind w:firstLine="0"/>
              <w:jc w:val="left"/>
              <w:rPr>
                <w:rFonts w:cs="Times New Roman"/>
                <w:sz w:val="28"/>
                <w:szCs w:val="28"/>
              </w:rPr>
            </w:pPr>
          </w:p>
        </w:tc>
      </w:tr>
      <w:tr w:rsidR="00BF043B" w:rsidRPr="00097604" w14:paraId="5481B404" w14:textId="77777777" w:rsidTr="00AF0CEE">
        <w:trPr>
          <w:jc w:val="center"/>
        </w:trPr>
        <w:tc>
          <w:tcPr>
            <w:tcW w:w="836" w:type="dxa"/>
            <w:vAlign w:val="center"/>
          </w:tcPr>
          <w:p w14:paraId="348D2DED" w14:textId="77777777" w:rsidR="00BF043B" w:rsidRPr="00097604" w:rsidRDefault="00BF043B" w:rsidP="00AF0CEE">
            <w:pPr>
              <w:spacing w:after="0"/>
              <w:ind w:firstLine="0"/>
              <w:jc w:val="left"/>
              <w:rPr>
                <w:rFonts w:cs="Times New Roman"/>
                <w:sz w:val="28"/>
                <w:szCs w:val="28"/>
              </w:rPr>
            </w:pPr>
          </w:p>
        </w:tc>
        <w:tc>
          <w:tcPr>
            <w:tcW w:w="2331" w:type="dxa"/>
            <w:vAlign w:val="center"/>
          </w:tcPr>
          <w:p w14:paraId="2727B7FD" w14:textId="77777777" w:rsidR="00BF043B" w:rsidRPr="00097604" w:rsidRDefault="00971749" w:rsidP="00AF0CEE">
            <w:pPr>
              <w:spacing w:after="0"/>
              <w:ind w:firstLine="0"/>
              <w:jc w:val="center"/>
              <w:rPr>
                <w:rFonts w:cs="Times New Roman"/>
                <w:sz w:val="28"/>
                <w:szCs w:val="28"/>
              </w:rPr>
            </w:pPr>
            <w:r w:rsidRPr="00097604">
              <w:rPr>
                <w:rFonts w:cs="Times New Roman"/>
                <w:b/>
                <w:sz w:val="22"/>
                <w:szCs w:val="28"/>
              </w:rPr>
              <w:t>TB</w:t>
            </w:r>
          </w:p>
        </w:tc>
        <w:tc>
          <w:tcPr>
            <w:tcW w:w="878" w:type="dxa"/>
            <w:vAlign w:val="center"/>
          </w:tcPr>
          <w:p w14:paraId="39CA250D"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1AFC29C8" w14:textId="77777777" w:rsidR="00BF043B" w:rsidRPr="00097604" w:rsidRDefault="00BF043B" w:rsidP="00AF0CEE">
            <w:pPr>
              <w:spacing w:after="0"/>
              <w:ind w:firstLine="0"/>
              <w:jc w:val="left"/>
              <w:rPr>
                <w:rFonts w:cs="Times New Roman"/>
                <w:sz w:val="28"/>
                <w:szCs w:val="28"/>
              </w:rPr>
            </w:pPr>
          </w:p>
        </w:tc>
        <w:tc>
          <w:tcPr>
            <w:tcW w:w="1110" w:type="dxa"/>
            <w:vAlign w:val="center"/>
          </w:tcPr>
          <w:p w14:paraId="56DBB120" w14:textId="77777777" w:rsidR="00BF043B" w:rsidRPr="00097604" w:rsidRDefault="00BF043B" w:rsidP="00AF0CEE">
            <w:pPr>
              <w:spacing w:after="0"/>
              <w:ind w:firstLine="0"/>
              <w:jc w:val="left"/>
              <w:rPr>
                <w:rFonts w:cs="Times New Roman"/>
                <w:sz w:val="28"/>
                <w:szCs w:val="28"/>
              </w:rPr>
            </w:pPr>
          </w:p>
        </w:tc>
        <w:tc>
          <w:tcPr>
            <w:tcW w:w="1108" w:type="dxa"/>
            <w:vAlign w:val="center"/>
          </w:tcPr>
          <w:p w14:paraId="4526FFCD" w14:textId="77777777" w:rsidR="00BF043B" w:rsidRPr="00097604" w:rsidRDefault="00BF043B" w:rsidP="00AF0CEE">
            <w:pPr>
              <w:spacing w:after="0"/>
              <w:ind w:firstLine="0"/>
              <w:jc w:val="left"/>
              <w:rPr>
                <w:rFonts w:cs="Times New Roman"/>
                <w:sz w:val="28"/>
                <w:szCs w:val="28"/>
              </w:rPr>
            </w:pPr>
          </w:p>
        </w:tc>
        <w:tc>
          <w:tcPr>
            <w:tcW w:w="878" w:type="dxa"/>
            <w:vAlign w:val="center"/>
          </w:tcPr>
          <w:p w14:paraId="043039E3" w14:textId="77777777" w:rsidR="00BF043B" w:rsidRPr="00097604" w:rsidRDefault="00BF043B" w:rsidP="00AF0CEE">
            <w:pPr>
              <w:spacing w:after="0"/>
              <w:ind w:firstLine="0"/>
              <w:jc w:val="left"/>
              <w:rPr>
                <w:rFonts w:cs="Times New Roman"/>
                <w:sz w:val="28"/>
                <w:szCs w:val="28"/>
              </w:rPr>
            </w:pPr>
          </w:p>
        </w:tc>
        <w:tc>
          <w:tcPr>
            <w:tcW w:w="1505" w:type="dxa"/>
            <w:vAlign w:val="center"/>
          </w:tcPr>
          <w:p w14:paraId="492967D8" w14:textId="77777777" w:rsidR="00BF043B" w:rsidRPr="00097604" w:rsidRDefault="00BF043B" w:rsidP="00AF0CEE">
            <w:pPr>
              <w:spacing w:after="0"/>
              <w:ind w:firstLine="0"/>
              <w:jc w:val="left"/>
              <w:rPr>
                <w:rFonts w:cs="Times New Roman"/>
                <w:sz w:val="28"/>
                <w:szCs w:val="28"/>
              </w:rPr>
            </w:pPr>
          </w:p>
        </w:tc>
      </w:tr>
    </w:tbl>
    <w:p>
      <w:pPr/>
      <w:r>
        <w:rPr>
          <w:rFonts w:ascii="Times New Roman" w:hAnsi="Times New Roman"/>
          <w:b/>
          <w:color w:val="000000"/>
          <w:sz w:val="21"/>
        </w:rPr>
        <w:t>Bảng tổng hợp điểm các tiêu chí có ngưỡng độc lập (điểm từng thành viên theo Phiếu BM-06; có thể bổ sung dòng):</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c>
          <w:tcPr>
            <w:tcW w:type="dxa" w:w="624"/>
            <w:vAlign w:val="center"/>
          </w:tcPr>
          <w:p>
            <w:pPr>
              <w:spacing w:before="0" w:after="0"/>
              <w:jc w:val="center"/>
            </w:pPr>
            <w:r>
              <w:rPr>
                <w:rFonts w:ascii="Times New Roman" w:hAnsi="Times New Roman"/>
                <w:b/>
                <w:color w:val="000000"/>
                <w:sz w:val="18"/>
              </w:rPr>
              <w:t>STT</w:t>
            </w:r>
          </w:p>
        </w:tc>
        <w:tc>
          <w:tcPr>
            <w:tcW w:type="dxa" w:w="3005"/>
            <w:vAlign w:val="center"/>
          </w:tcPr>
          <w:p>
            <w:pPr>
              <w:spacing w:before="0" w:after="0"/>
              <w:jc w:val="center"/>
            </w:pPr>
            <w:r>
              <w:rPr>
                <w:rFonts w:ascii="Times New Roman" w:hAnsi="Times New Roman"/>
                <w:b/>
                <w:color w:val="000000"/>
                <w:sz w:val="18"/>
              </w:rPr>
              <w:t>Thành viên</w:t>
            </w:r>
          </w:p>
        </w:tc>
        <w:tc>
          <w:tcPr>
            <w:tcW w:type="dxa" w:w="1757"/>
            <w:vAlign w:val="center"/>
          </w:tcPr>
          <w:p>
            <w:pPr>
              <w:spacing w:before="0" w:after="0"/>
              <w:jc w:val="center"/>
            </w:pPr>
            <w:r>
              <w:rPr>
                <w:rFonts w:ascii="Times New Roman" w:hAnsi="Times New Roman"/>
                <w:b/>
                <w:sz w:val="18"/>
              </w:rPr>
              <w:t>1.4 /12</w:t>
            </w:r>
          </w:p>
        </w:tc>
        <w:tc>
          <w:tcPr>
            <w:tcW w:type="dxa" w:w="1757"/>
            <w:vAlign w:val="center"/>
          </w:tcPr>
          <w:p>
            <w:pPr>
              <w:spacing w:before="0" w:after="0"/>
              <w:jc w:val="center"/>
            </w:pPr>
            <w:r>
              <w:rPr>
                <w:rFonts w:ascii="Times New Roman" w:hAnsi="Times New Roman"/>
                <w:b/>
                <w:sz w:val="18"/>
              </w:rPr>
              <w:t>3.4 /6</w:t>
            </w:r>
          </w:p>
        </w:tc>
        <w:tc>
          <w:tcPr>
            <w:tcW w:type="dxa" w:w="1757"/>
            <w:vAlign w:val="center"/>
          </w:tcPr>
          <w:p>
            <w:pPr>
              <w:spacing w:before="0" w:after="0"/>
              <w:jc w:val="center"/>
            </w:pPr>
            <w:r>
              <w:rPr>
                <w:rFonts w:ascii="Times New Roman" w:hAnsi="Times New Roman"/>
                <w:b/>
                <w:sz w:val="18"/>
              </w:rPr>
              <w:t>4.2 /4</w:t>
            </w:r>
          </w:p>
        </w:tc>
      </w:tr>
      <w:tr>
        <w:tc>
          <w:tcPr>
            <w:tcW w:type="dxa" w:w="624"/>
            <w:vAlign w:val="center"/>
          </w:tcPr>
          <w:p>
            <w:pPr>
              <w:spacing w:before="0" w:after="0"/>
              <w:jc w:val="left"/>
            </w:pPr>
            <w:r>
              <w:rPr>
                <w:rFonts w:ascii="Times New Roman" w:hAnsi="Times New Roman"/>
                <w:color w:val="000000"/>
                <w:sz w:val="18"/>
              </w:rPr>
              <w:t>1</w:t>
            </w:r>
          </w:p>
        </w:tc>
        <w:tc>
          <w:tcPr>
            <w:tcW w:type="dxa" w:w="3005"/>
            <w:vAlign w:val="center"/>
          </w:tcPr>
          <w:p>
            <w:pPr>
              <w:spacing w:before="0" w:after="0"/>
              <w:jc w:val="left"/>
            </w:pPr>
            <w:r>
              <w:rPr>
                <w:rFonts w:ascii="Times New Roman" w:hAnsi="Times New Roman"/>
                <w:color w:val="000000"/>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2</w:t>
            </w:r>
          </w:p>
        </w:tc>
        <w:tc>
          <w:tcPr>
            <w:tcW w:type="dxa" w:w="3005"/>
            <w:vAlign w:val="center"/>
          </w:tcPr>
          <w:p>
            <w:pPr>
              <w:spacing w:before="0" w:after="0"/>
              <w:jc w:val="left"/>
            </w:pPr>
            <w:r>
              <w:rPr>
                <w:rFonts w:ascii="Times New Roman" w:hAnsi="Times New Roman"/>
                <w:color w:val="000000"/>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3</w:t>
            </w:r>
          </w:p>
        </w:tc>
        <w:tc>
          <w:tcPr>
            <w:tcW w:type="dxa" w:w="3005"/>
            <w:vAlign w:val="center"/>
          </w:tcPr>
          <w:p>
            <w:pPr>
              <w:spacing w:before="0" w:after="0"/>
              <w:jc w:val="left"/>
            </w:pPr>
            <w:r>
              <w:rPr>
                <w:rFonts w:ascii="Times New Roman" w:hAnsi="Times New Roman"/>
                <w:color w:val="000000"/>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4</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5</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color w:val="000000"/>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6</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7</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8</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9</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10</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11</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r>
        <w:tc>
          <w:tcPr>
            <w:tcW w:type="dxa" w:w="624"/>
            <w:vAlign w:val="center"/>
          </w:tcPr>
          <w:p>
            <w:pPr>
              <w:spacing w:before="0" w:after="0"/>
              <w:jc w:val="left"/>
            </w:pPr>
            <w:r>
              <w:rPr>
                <w:rFonts w:ascii="Times New Roman" w:hAnsi="Times New Roman"/>
                <w:color w:val="000000"/>
                <w:sz w:val="18"/>
              </w:rPr>
              <w:t>Trung bình</w:t>
            </w:r>
          </w:p>
        </w:tc>
        <w:tc>
          <w:tcPr>
            <w:tcW w:type="dxa" w:w="3005"/>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c>
          <w:tcPr>
            <w:tcW w:type="dxa" w:w="1757"/>
            <w:vAlign w:val="center"/>
          </w:tcPr>
          <w:p>
            <w:pPr>
              <w:spacing w:before="0" w:after="0"/>
              <w:jc w:val="left"/>
            </w:pPr>
            <w:r>
              <w:rPr>
                <w:rFonts w:ascii="Times New Roman" w:hAnsi="Times New Roman"/>
                <w:sz w:val="18"/>
              </w:rPr>
              <w:t>…</w:t>
            </w:r>
          </w:p>
        </w:tc>
      </w:tr>
    </w:tbl>
    <w:p w14:paraId="0EE3E289" w14:textId="77777777" w:rsidR="00AF0CEE" w:rsidRPr="00097604" w:rsidRDefault="00AF0CEE">
      <w:pPr>
        <w:spacing w:after="0"/>
        <w:rPr>
          <w:b/>
          <w:sz w:val="22"/>
        </w:rPr>
      </w:pPr>
    </w:p>
    <w:p w14:paraId="57765685" w14:textId="77777777" w:rsidR="00BF043B" w:rsidRPr="00097604" w:rsidRDefault="00971749" w:rsidP="00AF0CEE">
      <w:pPr>
        <w:spacing w:after="0" w:line="252" w:lineRule="auto"/>
        <w:ind w:firstLine="720"/>
        <w:rPr>
          <w:sz w:val="28"/>
          <w:szCs w:val="28"/>
        </w:rPr>
      </w:pPr>
      <w:r w:rsidRPr="00097604">
        <w:rPr>
          <w:b/>
          <w:color w:val="000000"/>
          <w:sz w:val="24"/>
          <w:szCs w:val="28"/>
        </w:rPr>
        <w:t>Đối chiếu mức điểm tối thiểu tại BM-06-TTPTN bằng tổng điểm của các Phiếu hợp lệ chia cho số Phiếu hợp lệ, trước khi làm tròn. Điểm trung bình ghi trong bảng được làm tròn đến một chữ số thập phân.</w:t>
      </w:r>
    </w:p>
    <w:p w14:paraId="71E2015B" w14:textId="77777777" w:rsidR="007F03E4" w:rsidRDefault="00000000">
      <w:pPr>
        <w:spacing w:after="0" w:line="252" w:lineRule="auto"/>
      </w:pPr>
      <w:r>
        <w:rPr>
          <w:color w:val="000000"/>
          <w:sz w:val="24"/>
        </w:rPr>
        <w:t>- Số Phiếu hợp lệ đạt tối thiểu hai phần ba tổng số thành viên Hội đồng, gồm Phiếu của người chủ trì và 02 ủy viên phản biện được phân công: □ Có  □ Không</w:t>
      </w:r>
    </w:p>
    <w:p w14:paraId="065B067C" w14:textId="77777777" w:rsidR="00FC231D" w:rsidRPr="00097604" w:rsidRDefault="006018A6">
      <w:pPr>
        <w:spacing w:after="0" w:line="252" w:lineRule="auto"/>
        <w:ind w:firstLine="720"/>
        <w:rPr>
          <w:sz w:val="28"/>
          <w:szCs w:val="28"/>
        </w:rPr>
      </w:pPr>
      <w:r w:rsidRPr="00097604">
        <w:rPr>
          <w:color w:val="000000"/>
          <w:sz w:val="24"/>
          <w:szCs w:val="28"/>
        </w:rPr>
        <w:t>- Tiêu chí 1.4: tổng điểm các Phiếu hợp lệ …; số Phiếu hợp lệ …; đạt ngưỡng tối thiểu theo BM-06-TTPTN: □ Có  □ Không</w:t>
      </w:r>
    </w:p>
    <w:p>
      <w:pPr>
        <w:spacing w:after="0" w:line="252" w:lineRule="auto"/>
        <w:ind w:firstLine="720"/>
        <w:rPr>
          <w:sz w:val="28"/>
          <w:szCs w:val="28"/>
        </w:rPr>
      </w:pPr>
      <w:r>
        <w:rPr>
          <w:color w:val="000000"/>
          <w:sz w:val="24"/>
          <w:szCs w:val="28"/>
        </w:rPr>
        <w:t>- Tiêu chí 3.4: tổng điểm các Phiếu hợp lệ …; số Phiếu hợp lệ …; đạt ngưỡng tối thiểu theo BM-06-TTPTN: □ Có  □ Không</w:t>
      </w:r>
    </w:p>
    <w:p>
      <w:pPr>
        <w:spacing w:after="0" w:line="252" w:lineRule="auto"/>
        <w:ind w:firstLine="720"/>
        <w:rPr>
          <w:sz w:val="28"/>
          <w:szCs w:val="28"/>
        </w:rPr>
      </w:pPr>
      <w:r>
        <w:rPr>
          <w:color w:val="000000"/>
          <w:sz w:val="24"/>
          <w:szCs w:val="28"/>
        </w:rPr>
        <w:t>- Tiêu chí 4.2: tổng điểm các Phiếu hợp lệ …; số Phiếu hợp lệ …; đạt ngưỡng tối thiểu theo BM-06-TTPTN: □ Có  □ Không</w:t>
      </w:r>
    </w:p>
    <w:p w14:paraId="6D14716D" w14:textId="77777777" w:rsidR="00E2790A" w:rsidRDefault="00000000">
      <w:pPr>
        <w:spacing w:after="0" w:line="252" w:lineRule="auto"/>
        <w:ind w:firstLine="720"/>
        <w:rPr>
          <w:sz w:val="28"/>
          <w:szCs w:val="28"/>
        </w:rPr>
      </w:pPr>
      <w:r>
        <w:rPr>
          <w:color w:val="000000"/>
          <w:sz w:val="24"/>
          <w:szCs w:val="28"/>
        </w:rPr>
        <w:t>- Điểm cao nhất: …; điểm thấp nhất: …; chênh lệch: … điểm. Trường hợp chênh lệch từ 30 điểm trở lên: □ Đã thảo luận theo khoản 7 Điều 11 □ Không thuộc trường hợp phải thảo luận.</w:t>
      </w:r>
    </w:p>
    <w:p w14:paraId="44504D25" w14:textId="77777777" w:rsidR="00BF043B" w:rsidRPr="00097604" w:rsidRDefault="00971749" w:rsidP="00AF0CEE">
      <w:pPr>
        <w:spacing w:after="0" w:line="252" w:lineRule="auto"/>
        <w:ind w:firstLine="720"/>
        <w:rPr>
          <w:sz w:val="28"/>
          <w:szCs w:val="28"/>
        </w:rPr>
      </w:pPr>
      <w:r w:rsidRPr="00097604">
        <w:rPr>
          <w:color w:val="000000"/>
          <w:sz w:val="24"/>
          <w:szCs w:val="28"/>
        </w:rPr>
        <w:t>- Tổng điểm trung bình từ 70 điểm trở lên: □ Có  □ Không</w:t>
      </w:r>
    </w:p>
    <w:p w14:paraId="57AC69AB" w14:textId="77777777" w:rsidR="00BF043B" w:rsidRPr="00097604" w:rsidRDefault="00971749" w:rsidP="00AF0CEE">
      <w:pPr>
        <w:spacing w:after="0" w:line="252" w:lineRule="auto"/>
        <w:ind w:firstLine="720"/>
        <w:rPr>
          <w:sz w:val="28"/>
          <w:szCs w:val="28"/>
        </w:rPr>
      </w:pPr>
      <w:r w:rsidRPr="00097604">
        <w:rPr>
          <w:color w:val="000000"/>
          <w:sz w:val="24"/>
          <w:szCs w:val="28"/>
        </w:rPr>
        <w:t>- Nhóm I đạt mức tối thiểu theo BM-06-TTPTN: □ Có  □ Không</w:t>
      </w:r>
    </w:p>
    <w:p w14:paraId="0C5EAE2D" w14:textId="77777777" w:rsidR="00BF043B" w:rsidRPr="00097604" w:rsidRDefault="00971749" w:rsidP="00AF0CEE">
      <w:pPr>
        <w:spacing w:after="0" w:line="252" w:lineRule="auto"/>
        <w:ind w:firstLine="720"/>
        <w:rPr>
          <w:sz w:val="28"/>
          <w:szCs w:val="28"/>
        </w:rPr>
      </w:pPr>
      <w:r w:rsidRPr="00097604">
        <w:rPr>
          <w:color w:val="000000"/>
          <w:sz w:val="24"/>
          <w:szCs w:val="28"/>
        </w:rPr>
        <w:t>- Nhóm II đạt mức tối thiểu theo BM-06-TTPTN: □ Có  □ Không</w:t>
      </w:r>
    </w:p>
    <w:p w14:paraId="274C9ACA" w14:textId="77777777" w:rsidR="00BF043B" w:rsidRPr="00097604" w:rsidRDefault="00971749" w:rsidP="00AF0CEE">
      <w:pPr>
        <w:spacing w:after="0" w:line="252" w:lineRule="auto"/>
        <w:ind w:firstLine="720"/>
        <w:rPr>
          <w:sz w:val="28"/>
          <w:szCs w:val="28"/>
        </w:rPr>
      </w:pPr>
      <w:r w:rsidRPr="00097604">
        <w:rPr>
          <w:color w:val="000000"/>
          <w:sz w:val="24"/>
          <w:szCs w:val="28"/>
        </w:rPr>
        <w:t>- Nhóm III đạt mức tối thiểu theo BM-06-TTPTN: □ Có  □ Không</w:t>
      </w:r>
    </w:p>
    <w:p w14:paraId="40DAF1D4" w14:textId="77777777" w:rsidR="00BF043B" w:rsidRPr="00097604" w:rsidRDefault="00971749" w:rsidP="00AF0CEE">
      <w:pPr>
        <w:spacing w:after="0" w:line="252" w:lineRule="auto"/>
        <w:ind w:firstLine="720"/>
        <w:rPr>
          <w:sz w:val="28"/>
          <w:szCs w:val="28"/>
        </w:rPr>
      </w:pPr>
      <w:r w:rsidRPr="00097604">
        <w:rPr>
          <w:color w:val="000000"/>
          <w:sz w:val="24"/>
          <w:szCs w:val="28"/>
        </w:rPr>
        <w:t>- Nhóm IV đạt mức tối thiểu theo BM-06-TTPTN: □ Có  □ Không</w:t>
      </w:r>
    </w:p>
    <w:p w14:paraId="2A7C1F91" w14:textId="77777777" w:rsidR="00BF043B" w:rsidRPr="00097604" w:rsidRDefault="00971749" w:rsidP="00AF0CEE">
      <w:pPr>
        <w:spacing w:after="0" w:line="252" w:lineRule="auto"/>
        <w:ind w:firstLine="720"/>
        <w:rPr>
          <w:sz w:val="28"/>
          <w:szCs w:val="28"/>
        </w:rPr>
      </w:pPr>
      <w:r w:rsidRPr="00097604">
        <w:rPr>
          <w:color w:val="000000"/>
          <w:sz w:val="24"/>
          <w:szCs w:val="28"/>
        </w:rPr>
        <w:t>- Nhóm V đạt mức tối thiểu theo BM-06-TTPTN: □ Có  □ Không</w:t>
      </w:r>
    </w:p>
    <w:p w14:paraId="76D3D770" w14:textId="77777777" w:rsidR="00BF043B" w:rsidRPr="00097604" w:rsidRDefault="00971749" w:rsidP="00AF0CEE">
      <w:pPr>
        <w:spacing w:after="0" w:line="252" w:lineRule="auto"/>
        <w:ind w:firstLine="720"/>
        <w:rPr>
          <w:sz w:val="28"/>
          <w:szCs w:val="28"/>
        </w:rPr>
      </w:pPr>
      <w:r w:rsidRPr="00097604">
        <w:rPr>
          <w:color w:val="000000"/>
          <w:sz w:val="24"/>
          <w:szCs w:val="28"/>
        </w:rPr>
        <w:t>Kết quả về tiêu chí: □ ĐẠT  □ KHÔNG ĐẠT</w:t>
      </w:r>
    </w:p>
    <w:p w14:paraId="37FCD4C1" w14:textId="77777777" w:rsidR="00BF043B" w:rsidRPr="00097604" w:rsidRDefault="00971749" w:rsidP="00AF0CEE">
      <w:pPr>
        <w:spacing w:after="0" w:line="252" w:lineRule="auto"/>
        <w:ind w:firstLine="720"/>
        <w:rPr>
          <w:sz w:val="28"/>
          <w:szCs w:val="28"/>
        </w:rPr>
      </w:pPr>
      <w:r w:rsidRPr="00097604">
        <w:rPr>
          <w:color w:val="000000"/>
          <w:sz w:val="24"/>
          <w:szCs w:val="28"/>
        </w:rPr>
        <w:t>Phiếu không hợp lệ và lý do (nếu có): …</w:t>
      </w:r>
    </w:p>
    <w:p w14:paraId="797ACDB2" w14:textId="77777777" w:rsidR="00AF0CEE" w:rsidRPr="00097604" w:rsidRDefault="00AF0CEE" w:rsidP="00AF0CEE">
      <w:pPr>
        <w:spacing w:after="0"/>
        <w:ind w:firstLine="720"/>
        <w:rPr>
          <w:sz w:val="28"/>
          <w:szCs w:val="28"/>
        </w:rPr>
      </w:pPr>
    </w:p>
    <w:tbl>
      <w:tblPr>
        <w:tblW w:w="8640" w:type="dxa"/>
        <w:jc w:val="center"/>
        <w:tblBorders>
          <w:top w:val="nil"/>
          <w:left w:val="nil"/>
          <w:bottom w:val="nil"/>
          <w:right w:val="nil"/>
          <w:insideH w:val="nil"/>
          <w:insideV w:val="nil"/>
        </w:tblBorders>
        <w:tblLayout w:type="fixed"/>
        <w:tblLook w:val="04A0" w:firstRow="1" w:lastRow="0" w:firstColumn="1" w:lastColumn="0" w:noHBand="0" w:noVBand="1"/>
      </w:tblPr>
      <w:tblGrid>
        <w:gridCol w:w="2880"/>
        <w:gridCol w:w="2880"/>
        <w:gridCol w:w="2880"/>
      </w:tblGrid>
      <w:tr w:rsidR="00BF043B" w:rsidRPr="00097604" w14:paraId="7305A7F1" w14:textId="77777777" w:rsidTr="00F568D1">
        <w:trPr>
          <w:cantSplit/>
          <w:jc w:val="center"/>
        </w:trPr>
        <w:tc>
          <w:tcPr>
            <w:tcW w:w="2880" w:type="dxa"/>
          </w:tcPr>
          <w:p w14:paraId="773220D8" w14:textId="77777777" w:rsidR="00BF043B" w:rsidRPr="00097604" w:rsidRDefault="00971749" w:rsidP="00AF0CEE">
            <w:pPr>
              <w:spacing w:after="0" w:line="240" w:lineRule="auto"/>
              <w:ind w:firstLine="0"/>
              <w:jc w:val="center"/>
              <w:rPr>
                <w:sz w:val="28"/>
                <w:szCs w:val="28"/>
              </w:rPr>
            </w:pPr>
            <w:r w:rsidRPr="00097604">
              <w:rPr>
                <w:b/>
                <w:sz w:val="22"/>
                <w:szCs w:val="28"/>
              </w:rPr>
              <w:t>THÀNH VIÊN BAN KIỂM PHIẾU</w:t>
            </w:r>
          </w:p>
          <w:p w14:paraId="5922EFFC" w14:textId="77777777" w:rsidR="00BF043B" w:rsidRPr="00097604" w:rsidRDefault="00971749" w:rsidP="00AF0CEE">
            <w:pPr>
              <w:spacing w:after="0" w:line="240" w:lineRule="auto"/>
              <w:ind w:firstLine="0"/>
              <w:jc w:val="center"/>
              <w:rPr>
                <w:i/>
                <w:iCs/>
                <w:sz w:val="28"/>
                <w:szCs w:val="28"/>
              </w:rPr>
            </w:pPr>
            <w:r w:rsidRPr="00097604">
              <w:rPr>
                <w:b/>
                <w:i/>
                <w:iCs/>
                <w:sz w:val="22"/>
                <w:szCs w:val="28"/>
              </w:rPr>
              <w:t>(Ký, ghi rõ họ tên)</w:t>
            </w:r>
          </w:p>
        </w:tc>
        <w:tc>
          <w:tcPr>
            <w:tcW w:w="2880" w:type="dxa"/>
          </w:tcPr>
          <w:p w14:paraId="2C5D7795" w14:textId="77777777" w:rsidR="00BF043B" w:rsidRPr="00097604" w:rsidRDefault="00971749" w:rsidP="00AF0CEE">
            <w:pPr>
              <w:spacing w:after="0" w:line="240" w:lineRule="auto"/>
              <w:ind w:firstLine="0"/>
              <w:jc w:val="center"/>
              <w:rPr>
                <w:sz w:val="28"/>
                <w:szCs w:val="28"/>
              </w:rPr>
            </w:pPr>
            <w:r w:rsidRPr="00097604">
              <w:rPr>
                <w:b/>
                <w:sz w:val="22"/>
                <w:szCs w:val="28"/>
              </w:rPr>
              <w:t>THÀNH VIÊN BAN KIỂM PHIẾU</w:t>
            </w:r>
          </w:p>
          <w:p w14:paraId="18C14B39" w14:textId="77777777" w:rsidR="00BF043B" w:rsidRPr="00097604" w:rsidRDefault="00971749" w:rsidP="00AF0CEE">
            <w:pPr>
              <w:spacing w:after="0" w:line="240" w:lineRule="auto"/>
              <w:ind w:firstLine="0"/>
              <w:jc w:val="center"/>
              <w:rPr>
                <w:i/>
                <w:iCs/>
                <w:sz w:val="28"/>
                <w:szCs w:val="28"/>
              </w:rPr>
            </w:pPr>
            <w:r w:rsidRPr="00097604">
              <w:rPr>
                <w:b/>
                <w:i/>
                <w:iCs/>
                <w:sz w:val="22"/>
                <w:szCs w:val="28"/>
              </w:rPr>
              <w:t>(Ký, ghi rõ họ tên)</w:t>
            </w:r>
          </w:p>
        </w:tc>
        <w:tc>
          <w:tcPr>
            <w:tcW w:w="2880" w:type="dxa"/>
          </w:tcPr>
          <w:p w14:paraId="4A6F971C" w14:textId="77777777" w:rsidR="00BF043B" w:rsidRPr="00097604" w:rsidRDefault="00971749" w:rsidP="00AF0CEE">
            <w:pPr>
              <w:spacing w:after="0" w:line="240" w:lineRule="auto"/>
              <w:ind w:firstLine="0"/>
              <w:jc w:val="center"/>
              <w:rPr>
                <w:sz w:val="28"/>
                <w:szCs w:val="28"/>
              </w:rPr>
            </w:pPr>
            <w:r w:rsidRPr="00097604">
              <w:rPr>
                <w:b/>
                <w:sz w:val="22"/>
                <w:szCs w:val="28"/>
              </w:rPr>
              <w:t>TRƯỞNG BAN KIỂM PHIẾU</w:t>
            </w:r>
          </w:p>
          <w:p w14:paraId="3604D900" w14:textId="77777777" w:rsidR="00BF043B" w:rsidRPr="00097604" w:rsidRDefault="00971749" w:rsidP="00AF0CEE">
            <w:pPr>
              <w:spacing w:after="0" w:line="240" w:lineRule="auto"/>
              <w:ind w:firstLine="0"/>
              <w:jc w:val="center"/>
              <w:rPr>
                <w:i/>
                <w:iCs/>
                <w:sz w:val="28"/>
                <w:szCs w:val="28"/>
              </w:rPr>
            </w:pPr>
            <w:r w:rsidRPr="00097604">
              <w:rPr>
                <w:b/>
                <w:i/>
                <w:iCs/>
                <w:sz w:val="22"/>
                <w:szCs w:val="28"/>
              </w:rPr>
              <w:t>(Ký, ghi rõ họ tên)</w:t>
            </w:r>
          </w:p>
        </w:tc>
      </w:tr>
    </w:tbl>
    <w:p w14:paraId="3B08CBAD" w14:textId="77777777" w:rsidR="00BF043B" w:rsidRPr="00097604" w:rsidRDefault="00BF043B"/>
    <w:p w14:paraId="5B7A80E4" w14:textId="77777777" w:rsidR="004045AB" w:rsidRPr="00097604" w:rsidRDefault="004045AB">
      <w:pPr>
        <w:keepNext/>
        <w:spacing w:after="0"/>
        <w:jc w:val="right"/>
        <w:rPr>
          <w:b/>
          <w:sz w:val="22"/>
        </w:rPr>
        <w:sectPr w:rsidR="004045AB" w:rsidRPr="00097604" w:rsidSect="00705DA2">
          <w:headerReference w:type="default" r:id="rId15"/>
          <w:pgSz w:w="11906" w:h="16838" w:code="9"/>
          <w:pgMar w:top="1134" w:right="1134" w:bottom="1134" w:left="1701" w:header="680" w:footer="454" w:gutter="0"/>
          <w:cols w:space="720"/>
          <w:docGrid w:linePitch="360"/>
        </w:sectPr>
      </w:pPr>
    </w:p>
    <w:p w14:paraId="05AF8AE4" w14:textId="77777777" w:rsidR="00BF043B" w:rsidRPr="00097604" w:rsidRDefault="00971749">
      <w:pPr>
        <w:keepNext/>
        <w:pageBreakBefore/>
        <w:spacing w:after="0"/>
        <w:jc w:val="right"/>
      </w:pPr>
      <w:r>
        <w:rPr>
          <w:b/>
          <w:color w:val="000000"/>
          <w:sz w:val="22"/>
        </w:rPr>
        <w:t>BM-08-TTPTN</w:t>
      </w:r>
      <w:r>
        <w:rPr>
          <w:b/>
          <w:color w:val="000000"/>
          <w:sz w:val="22"/>
        </w:rPr>
        <w:br/>
        <w:t>…/2026/TT-BKHCN</w:t>
      </w:r>
    </w:p>
    <w:tbl>
      <w:tblPr>
        <w:tblW w:w="10313" w:type="dxa"/>
        <w:jc w:val="center"/>
        <w:tblBorders>
          <w:top w:val="nil"/>
          <w:left w:val="nil"/>
          <w:bottom w:val="nil"/>
          <w:right w:val="nil"/>
          <w:insideH w:val="nil"/>
          <w:insideV w:val="nil"/>
        </w:tblBorders>
        <w:tblLook w:val="04A0" w:firstRow="1" w:lastRow="0" w:firstColumn="1" w:lastColumn="0" w:noHBand="0" w:noVBand="1"/>
      </w:tblPr>
      <w:tblGrid>
        <w:gridCol w:w="4536"/>
        <w:gridCol w:w="5777"/>
      </w:tblGrid>
      <w:tr w:rsidR="004045AB" w:rsidRPr="00097604" w14:paraId="30EB87B8" w14:textId="77777777" w:rsidTr="00705DA2">
        <w:trPr>
          <w:jc w:val="center"/>
        </w:trPr>
        <w:tc>
          <w:tcPr>
            <w:tcW w:w="4536" w:type="dxa"/>
          </w:tcPr>
          <w:p w14:paraId="3A6FFB0F" w14:textId="77777777" w:rsidR="004045AB" w:rsidRPr="00097604" w:rsidRDefault="004045AB" w:rsidP="006018A6">
            <w:pPr>
              <w:spacing w:after="0" w:line="240" w:lineRule="auto"/>
              <w:ind w:firstLine="0"/>
              <w:jc w:val="center"/>
              <w:rPr>
                <w:bCs/>
                <w:szCs w:val="26"/>
              </w:rPr>
            </w:pPr>
            <w:r w:rsidRPr="00097604">
              <w:rPr>
                <w:b/>
                <w:bCs/>
                <w:sz w:val="22"/>
                <w:szCs w:val="26"/>
              </w:rPr>
              <w:t>BỘ KHOA HỌC VÀ CÔNG NGHỆ</w:t>
            </w:r>
          </w:p>
          <w:p w14:paraId="74FF4B0F" w14:textId="77777777" w:rsidR="00705DA2" w:rsidRPr="00097604" w:rsidRDefault="00705DA2" w:rsidP="00705DA2">
            <w:pPr>
              <w:pStyle w:val="AnnexTitle"/>
              <w:spacing w:after="0" w:line="240" w:lineRule="auto"/>
              <w:rPr>
                <w:rFonts w:cs="Times New Roman"/>
                <w:sz w:val="26"/>
                <w:szCs w:val="26"/>
              </w:rPr>
            </w:pPr>
            <w:r w:rsidRPr="00097604">
              <w:rPr>
                <w:rFonts w:cs="Times New Roman"/>
                <w:sz w:val="22"/>
                <w:szCs w:val="26"/>
              </w:rPr>
              <w:t>HỘI ĐỒNG ĐÁNH GIÁ, LỰA CHỌN</w:t>
            </w:r>
          </w:p>
          <w:p w14:paraId="00EF6BC6" w14:textId="77777777" w:rsidR="004045AB" w:rsidRPr="00097604" w:rsidRDefault="004045AB" w:rsidP="006018A6">
            <w:pPr>
              <w:spacing w:after="0" w:line="240" w:lineRule="auto"/>
              <w:ind w:firstLine="0"/>
              <w:jc w:val="center"/>
              <w:rPr>
                <w:szCs w:val="26"/>
              </w:rPr>
            </w:pPr>
          </w:p>
        </w:tc>
        <w:tc>
          <w:tcPr>
            <w:tcW w:w="5777" w:type="dxa"/>
          </w:tcPr>
          <w:p w14:paraId="7C063F00" w14:textId="77777777" w:rsidR="004045AB" w:rsidRPr="00097604" w:rsidRDefault="004045AB" w:rsidP="006018A6">
            <w:pPr>
              <w:spacing w:after="0" w:line="240" w:lineRule="auto"/>
              <w:ind w:firstLine="0"/>
              <w:jc w:val="center"/>
              <w:rPr>
                <w:szCs w:val="26"/>
              </w:rPr>
            </w:pPr>
            <w:r w:rsidRPr="00097604">
              <w:rPr>
                <w:b/>
                <w:sz w:val="22"/>
                <w:szCs w:val="26"/>
              </w:rPr>
              <w:t>CỘNG HÒA XÃ HỘI CHỦ NGHĨA VIỆT NAM</w:t>
            </w:r>
          </w:p>
          <w:p w14:paraId="16ABEC6C" w14:textId="77777777" w:rsidR="004045AB" w:rsidRPr="00097604" w:rsidRDefault="004045AB" w:rsidP="006018A6">
            <w:pPr>
              <w:spacing w:after="0" w:line="240" w:lineRule="auto"/>
              <w:ind w:firstLine="0"/>
              <w:jc w:val="center"/>
              <w:rPr>
                <w:szCs w:val="26"/>
              </w:rPr>
            </w:pPr>
            <w:r w:rsidRPr="00097604">
              <w:rPr>
                <w:b/>
                <w:sz w:val="22"/>
                <w:szCs w:val="26"/>
              </w:rPr>
              <w:t>Độc lập - Tự do - Hạnh phúc</w:t>
            </w:r>
          </w:p>
          <w:p w14:paraId="5C99AF31" w14:textId="77777777" w:rsidR="004045AB" w:rsidRPr="00097604" w:rsidRDefault="004045AB" w:rsidP="006018A6">
            <w:pPr>
              <w:spacing w:after="0" w:line="240" w:lineRule="auto"/>
              <w:ind w:firstLine="0"/>
              <w:jc w:val="center"/>
              <w:rPr>
                <w:i/>
                <w:szCs w:val="26"/>
              </w:rPr>
            </w:pPr>
          </w:p>
          <w:p w14:paraId="0EE2E157" w14:textId="77777777" w:rsidR="004045AB" w:rsidRPr="00097604" w:rsidRDefault="004045AB" w:rsidP="006018A6">
            <w:pPr>
              <w:spacing w:after="0" w:line="240" w:lineRule="auto"/>
              <w:ind w:firstLine="0"/>
              <w:jc w:val="center"/>
              <w:rPr>
                <w:szCs w:val="26"/>
              </w:rPr>
            </w:pPr>
            <w:r w:rsidRPr="00097604">
              <w:rPr>
                <w:b/>
                <w:i/>
                <w:sz w:val="22"/>
                <w:szCs w:val="26"/>
              </w:rPr>
              <w:t>Hà Nội, ngày ... tháng ... năm 20...</w:t>
            </w:r>
          </w:p>
        </w:tc>
      </w:tr>
    </w:tbl>
    <w:p w14:paraId="56C271C3" w14:textId="77777777" w:rsidR="004045AB" w:rsidRPr="00097604" w:rsidRDefault="004045AB">
      <w:pPr>
        <w:pStyle w:val="AnnexTitle"/>
        <w:spacing w:after="0"/>
        <w:rPr>
          <w:sz w:val="25"/>
        </w:rPr>
      </w:pPr>
    </w:p>
    <w:p w14:paraId="7C933076" w14:textId="77777777" w:rsidR="00BF043B" w:rsidRPr="00097604" w:rsidRDefault="00971749">
      <w:pPr>
        <w:pStyle w:val="AnnexTitle"/>
        <w:spacing w:before="80" w:after="40" w:line="252" w:lineRule="auto"/>
        <w:rPr>
          <w:rFonts w:cs="Times New Roman"/>
          <w:szCs w:val="28"/>
        </w:rPr>
      </w:pPr>
      <w:r w:rsidRPr="00097604">
        <w:rPr>
          <w:rFonts w:cs="Times New Roman"/>
          <w:color w:val="000000"/>
          <w:sz w:val="26"/>
          <w:szCs w:val="28"/>
        </w:rPr>
        <w:t>BIÊN BẢN HỌP HỘI ĐỒNG</w:t>
      </w:r>
    </w:p>
    <w:p w14:paraId="35B70AEA" w14:textId="77777777" w:rsidR="004045AB" w:rsidRPr="00097604" w:rsidRDefault="004045AB">
      <w:pPr>
        <w:spacing w:after="0"/>
        <w:ind w:firstLine="0"/>
        <w:rPr>
          <w:rFonts w:cs="Times New Roman"/>
          <w:b/>
          <w:sz w:val="28"/>
          <w:szCs w:val="28"/>
        </w:rPr>
      </w:pPr>
    </w:p>
    <w:p w14:paraId="4A2A8A26" w14:textId="77777777" w:rsidR="00BF043B" w:rsidRPr="00097604" w:rsidRDefault="00971749" w:rsidP="004045AB">
      <w:pPr>
        <w:spacing w:after="0" w:line="252" w:lineRule="auto"/>
        <w:ind w:firstLine="0"/>
        <w:rPr>
          <w:rFonts w:cs="Times New Roman"/>
          <w:sz w:val="28"/>
          <w:szCs w:val="28"/>
        </w:rPr>
      </w:pPr>
      <w:r w:rsidRPr="00097604">
        <w:rPr>
          <w:rFonts w:cs="Times New Roman"/>
          <w:b/>
          <w:color w:val="000000"/>
          <w:sz w:val="24"/>
          <w:szCs w:val="28"/>
        </w:rPr>
        <w:t>I. THÔNG TIN CHUNG</w:t>
      </w:r>
    </w:p>
    <w:p w14:paraId="5D02B728"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1. Tên đề xuất/nhóm đề xuất: …</w:t>
      </w:r>
    </w:p>
    <w:p w14:paraId="4C397430"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2. Quyết định thành lập Hội đồng số … ngày …</w:t>
      </w:r>
    </w:p>
    <w:p w14:paraId="532B3C8A"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3. Thời gian, địa điểm/phương thức họp: …</w:t>
      </w:r>
    </w:p>
    <w:p w14:paraId="3CBE5193"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4. Tổng số thành viên Hội đồng: …; số tham dự: …; số đủ điều kiện chấm điểm đối với từng đề xuất: …</w:t>
      </w:r>
    </w:p>
    <w:p w14:paraId="6C4C4D44"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5. Thành viên không tham gia đánh giá đối với đề xuất do xung đột lợi ích và biện pháp xử lý (nếu có): …</w:t>
      </w:r>
    </w:p>
    <w:p w14:paraId="463D13E0"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6. Đại biểu tham dự: …</w:t>
      </w:r>
    </w:p>
    <w:p w14:paraId="3030610D" w14:textId="77777777" w:rsidR="00BF043B" w:rsidRPr="00097604" w:rsidRDefault="00971749" w:rsidP="004045AB">
      <w:pPr>
        <w:spacing w:after="0" w:line="252" w:lineRule="auto"/>
        <w:ind w:firstLine="0"/>
        <w:rPr>
          <w:rFonts w:cs="Times New Roman"/>
          <w:sz w:val="28"/>
          <w:szCs w:val="28"/>
        </w:rPr>
      </w:pPr>
      <w:r w:rsidRPr="00097604">
        <w:rPr>
          <w:rFonts w:cs="Times New Roman"/>
          <w:b/>
          <w:color w:val="000000"/>
          <w:sz w:val="24"/>
          <w:szCs w:val="28"/>
        </w:rPr>
        <w:t>II. DIỄN BIẾN VÀ NỘI DUNG HỌP</w:t>
      </w:r>
    </w:p>
    <w:p w14:paraId="4B08000C"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1. Báo cáo của đơn vị đầu mối về kết quả rà soát hồ sơ và thông tin có liên quan.</w:t>
      </w:r>
    </w:p>
    <w:p w14:paraId="0CF69B6A" w14:textId="77777777" w:rsidR="00BF043B" w:rsidRPr="00097604" w:rsidRDefault="00971749" w:rsidP="004045AB">
      <w:pPr>
        <w:spacing w:after="0" w:line="252" w:lineRule="auto"/>
        <w:ind w:firstLine="720"/>
        <w:rPr>
          <w:rFonts w:cs="Times New Roman"/>
          <w:sz w:val="28"/>
          <w:szCs w:val="28"/>
        </w:rPr>
      </w:pPr>
      <w:r w:rsidRPr="00097604">
        <w:rPr>
          <w:color w:val="000000"/>
          <w:sz w:val="24"/>
        </w:rPr>
        <w:t>2. Nội dung trình bày, giải trình của cơ quan đề xuất và tổ chức đầu mối dự kiến quản lý, vận hành.</w:t>
      </w:r>
    </w:p>
    <w:p w14:paraId="6BB4D6D2"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3. Ý kiến của ủy viên phản biện được phân công và thành viên Hội đồng.</w:t>
      </w:r>
    </w:p>
    <w:p w14:paraId="13A221AA"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4. Ban kiểm phiếu báo cáo kết quả theo BM-07-TTPTN.</w:t>
      </w:r>
    </w:p>
    <w:p w14:paraId="4DF23579" w14:textId="77777777" w:rsidR="00FC231D" w:rsidRPr="00097604" w:rsidRDefault="006018A6">
      <w:pPr>
        <w:spacing w:after="0" w:line="252" w:lineRule="auto"/>
        <w:ind w:firstLine="720"/>
        <w:rPr>
          <w:rFonts w:cs="Times New Roman"/>
          <w:sz w:val="28"/>
          <w:szCs w:val="28"/>
        </w:rPr>
      </w:pPr>
      <w:r w:rsidRPr="00097604">
        <w:rPr>
          <w:color w:val="000000"/>
          <w:sz w:val="24"/>
          <w:szCs w:val="28"/>
        </w:rPr>
        <w:t>5. Nội dung thảo luận về chênh lệch điểm lớn và việc giữ nguyên/điều chỉnh điểm của thành viên, nếu có: …</w:t>
      </w:r>
    </w:p>
    <w:p w14:paraId="5FFA3E11" w14:textId="77777777" w:rsidR="00BF043B" w:rsidRPr="00097604" w:rsidRDefault="00971749" w:rsidP="004045AB">
      <w:pPr>
        <w:spacing w:after="0" w:line="252" w:lineRule="auto"/>
        <w:ind w:firstLine="0"/>
        <w:rPr>
          <w:rFonts w:cs="Times New Roman"/>
          <w:sz w:val="28"/>
          <w:szCs w:val="28"/>
        </w:rPr>
      </w:pPr>
      <w:r w:rsidRPr="00097604">
        <w:rPr>
          <w:rFonts w:cs="Times New Roman"/>
          <w:b/>
          <w:color w:val="000000"/>
          <w:sz w:val="24"/>
          <w:szCs w:val="28"/>
        </w:rPr>
        <w:t>III. KẾT LUẬN, KIẾN NGHỊ CỦA HỘI ĐỒNG</w:t>
      </w:r>
    </w:p>
    <w:p w14:paraId="1E2C0D96"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1. Kết quả theo Điều 11 Thông tư này và các ngưỡng điểm tại BM-06-TTPTN: □ Đạt  □ Không đạt.</w:t>
      </w:r>
    </w:p>
    <w:p w14:paraId="1B11ED31"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2. Nội dung cần hoàn thiện, làm rõ (nếu có): …</w:t>
      </w:r>
    </w:p>
    <w:p w14:paraId="19C51F09"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3. Kiến nghị mức độ/thứ tự ưu tiên trong phạm vi các đề xuất có thể so sánh, thời điểm cần có năng lực và căn cứ: …</w:t>
      </w:r>
    </w:p>
    <w:p w14:paraId="3A445285" w14:textId="77777777" w:rsidR="00BF043B" w:rsidRPr="00097604" w:rsidRDefault="00971749" w:rsidP="004045AB">
      <w:pPr>
        <w:spacing w:after="0" w:line="252" w:lineRule="auto"/>
        <w:ind w:firstLine="720"/>
        <w:rPr>
          <w:rFonts w:cs="Times New Roman"/>
          <w:sz w:val="28"/>
          <w:szCs w:val="28"/>
        </w:rPr>
      </w:pPr>
      <w:r>
        <w:rPr>
          <w:color w:val="000000"/>
          <w:sz w:val="24"/>
        </w:rPr>
        <w:t>4. Loại hình được sử dụng để đánh giá: … Trường hợp khác với hồ sơ ban đầu, nêu căn cứ và việc đánh giá lại nội dung bị ảnh hưởng (nếu có): …</w:t>
      </w:r>
    </w:p>
    <w:p w14:paraId="6A1E7F45"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5. Nội dung biểu quyết và kết quả biểu quyết (nếu có): …</w:t>
      </w:r>
    </w:p>
    <w:p w14:paraId="2F057ACB"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6. Ý kiến khác/ý kiến bảo lưu: …</w:t>
      </w:r>
    </w:p>
    <w:p w14:paraId="004499D6" w14:textId="77777777" w:rsidR="00BF043B" w:rsidRPr="00097604" w:rsidRDefault="00971749" w:rsidP="004045AB">
      <w:pPr>
        <w:spacing w:after="0" w:line="252" w:lineRule="auto"/>
        <w:ind w:firstLine="720"/>
        <w:rPr>
          <w:rFonts w:cs="Times New Roman"/>
          <w:iCs/>
          <w:sz w:val="28"/>
          <w:szCs w:val="28"/>
        </w:rPr>
      </w:pPr>
      <w:r w:rsidRPr="00097604">
        <w:rPr>
          <w:rFonts w:cs="Times New Roman"/>
          <w:iCs/>
          <w:color w:val="000000"/>
          <w:sz w:val="24"/>
          <w:szCs w:val="28"/>
        </w:rPr>
        <w:t>Biên bản được Hội đồng thông qua tại phiên họp.</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291ADEBC" w14:textId="77777777">
        <w:trPr>
          <w:jc w:val="center"/>
        </w:trPr>
        <w:tc>
          <w:tcPr>
            <w:tcW w:w="4536" w:type="dxa"/>
          </w:tcPr>
          <w:p w14:paraId="62CE6348"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color w:val="000000"/>
                <w:sz w:val="22"/>
                <w:szCs w:val="28"/>
              </w:rPr>
              <w:t>ỦY VIÊN KIÊM THƯ KÝ KHOA HỌC</w:t>
            </w:r>
          </w:p>
          <w:p w14:paraId="22C3B85F"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i/>
                <w:color w:val="000000"/>
                <w:sz w:val="22"/>
                <w:szCs w:val="28"/>
              </w:rPr>
              <w:t>(Ký, ghi rõ họ tên)</w:t>
            </w:r>
          </w:p>
          <w:p w14:paraId="4984D600" w14:textId="77777777" w:rsidR="00BF043B" w:rsidRPr="00097604" w:rsidRDefault="00BF043B" w:rsidP="004045AB">
            <w:pPr>
              <w:spacing w:after="0" w:line="240" w:lineRule="auto"/>
              <w:ind w:firstLine="0"/>
              <w:rPr>
                <w:rFonts w:cs="Times New Roman"/>
                <w:sz w:val="28"/>
                <w:szCs w:val="28"/>
              </w:rPr>
            </w:pPr>
          </w:p>
          <w:p w14:paraId="08128E67" w14:textId="77777777" w:rsidR="00BF043B" w:rsidRPr="00097604" w:rsidRDefault="00BF043B" w:rsidP="004045AB">
            <w:pPr>
              <w:spacing w:after="0" w:line="240" w:lineRule="auto"/>
              <w:ind w:firstLine="0"/>
              <w:rPr>
                <w:rFonts w:cs="Times New Roman"/>
                <w:sz w:val="28"/>
                <w:szCs w:val="28"/>
              </w:rPr>
            </w:pPr>
          </w:p>
          <w:p w14:paraId="4AEDB512" w14:textId="77777777" w:rsidR="00BF043B" w:rsidRPr="00097604" w:rsidRDefault="00BF043B" w:rsidP="004045AB">
            <w:pPr>
              <w:spacing w:after="0" w:line="240" w:lineRule="auto"/>
              <w:ind w:firstLine="0"/>
              <w:rPr>
                <w:rFonts w:cs="Times New Roman"/>
                <w:sz w:val="28"/>
                <w:szCs w:val="28"/>
              </w:rPr>
            </w:pPr>
          </w:p>
        </w:tc>
        <w:tc>
          <w:tcPr>
            <w:tcW w:w="4536" w:type="dxa"/>
          </w:tcPr>
          <w:p w14:paraId="1C486176"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sz w:val="22"/>
                <w:szCs w:val="28"/>
              </w:rPr>
              <w:t>CHỦ TỊCH HỘI ĐỒNG/PHÓ CHỦ TỊCH ĐƯỢC ỦY QUYỀN</w:t>
            </w:r>
          </w:p>
          <w:p w14:paraId="1FCFB141"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i/>
                <w:sz w:val="22"/>
                <w:szCs w:val="28"/>
              </w:rPr>
              <w:t>(Ký, ghi rõ họ tên)</w:t>
            </w:r>
          </w:p>
          <w:p w14:paraId="7DCFC5BA" w14:textId="77777777" w:rsidR="00BF043B" w:rsidRPr="00097604" w:rsidRDefault="00BF043B" w:rsidP="004045AB">
            <w:pPr>
              <w:spacing w:after="0" w:line="240" w:lineRule="auto"/>
              <w:ind w:firstLine="0"/>
              <w:rPr>
                <w:rFonts w:cs="Times New Roman"/>
                <w:sz w:val="28"/>
                <w:szCs w:val="28"/>
              </w:rPr>
            </w:pPr>
          </w:p>
          <w:p w14:paraId="26E17CD7" w14:textId="77777777" w:rsidR="00BF043B" w:rsidRPr="00097604" w:rsidRDefault="00BF043B" w:rsidP="004045AB">
            <w:pPr>
              <w:spacing w:after="0" w:line="240" w:lineRule="auto"/>
              <w:ind w:firstLine="0"/>
              <w:rPr>
                <w:rFonts w:cs="Times New Roman"/>
                <w:sz w:val="28"/>
                <w:szCs w:val="28"/>
              </w:rPr>
            </w:pPr>
          </w:p>
          <w:p w14:paraId="337EF8C8" w14:textId="77777777" w:rsidR="00BF043B" w:rsidRPr="00097604" w:rsidRDefault="00BF043B" w:rsidP="004045AB">
            <w:pPr>
              <w:spacing w:after="0" w:line="240" w:lineRule="auto"/>
              <w:ind w:firstLine="0"/>
              <w:rPr>
                <w:rFonts w:cs="Times New Roman"/>
                <w:sz w:val="28"/>
                <w:szCs w:val="28"/>
              </w:rPr>
            </w:pPr>
          </w:p>
        </w:tc>
      </w:tr>
    </w:tbl>
    <w:p w14:paraId="49A87CC1" w14:textId="77777777" w:rsidR="004045AB" w:rsidRPr="00097604" w:rsidRDefault="00971749">
      <w:pPr>
        <w:spacing w:after="0" w:line="252" w:lineRule="auto"/>
        <w:jc w:val="center"/>
        <w:rPr>
          <w:rFonts w:cs="Times New Roman"/>
          <w:b/>
          <w:sz w:val="28"/>
          <w:szCs w:val="28"/>
        </w:rPr>
      </w:pPr>
      <w:r w:rsidRPr="00097604">
        <w:rPr>
          <w:rFonts w:cs="Times New Roman"/>
          <w:b/>
          <w:color w:val="000000"/>
          <w:sz w:val="24"/>
          <w:szCs w:val="28"/>
        </w:rPr>
        <w:t xml:space="preserve">PHỤ LỤC KÈM THEO BIÊN BẢN </w:t>
      </w:r>
    </w:p>
    <w:p w14:paraId="5FC6D83F" w14:textId="77777777" w:rsidR="00BF043B" w:rsidRPr="00097604" w:rsidRDefault="00971749">
      <w:pPr>
        <w:spacing w:after="0" w:line="252" w:lineRule="auto"/>
        <w:jc w:val="center"/>
        <w:rPr>
          <w:rFonts w:cs="Times New Roman"/>
          <w:bCs/>
          <w:i/>
          <w:iCs/>
          <w:sz w:val="28"/>
          <w:szCs w:val="28"/>
        </w:rPr>
      </w:pPr>
      <w:r w:rsidRPr="00097604">
        <w:rPr>
          <w:rFonts w:cs="Times New Roman"/>
          <w:bCs/>
          <w:i/>
          <w:iCs/>
          <w:color w:val="000000"/>
          <w:sz w:val="24"/>
          <w:szCs w:val="28"/>
        </w:rPr>
        <w:t>(nếu Hội đồng đánh giá nhiều đề xuất; số thành viên được quyền đánh giá và số Phiếu hợp lệ xác định riêng theo từng đề xuất tại BM-07-TTPTN)</w:t>
      </w:r>
    </w:p>
    <w:p w14:paraId="6A62C472" w14:textId="77777777" w:rsidR="004045AB" w:rsidRPr="00097604" w:rsidRDefault="004045AB">
      <w:pPr>
        <w:spacing w:after="0"/>
        <w:jc w:val="center"/>
        <w:rPr>
          <w:rFonts w:cs="Times New Roman"/>
          <w:sz w:val="28"/>
          <w:szCs w:val="28"/>
        </w:rPr>
      </w:pPr>
    </w:p>
    <w:tbl>
      <w:tblPr>
        <w:tblStyle w:val="TableGrid"/>
        <w:tblW w:w="0" w:type="auto"/>
        <w:jc w:val="center"/>
        <w:tblLook w:val="04A0" w:firstRow="1" w:lastRow="0" w:firstColumn="1" w:lastColumn="0" w:noHBand="0" w:noVBand="1"/>
      </w:tblPr>
      <w:tblGrid>
        <w:gridCol w:w="851"/>
        <w:gridCol w:w="2080"/>
        <w:gridCol w:w="1512"/>
        <w:gridCol w:w="1512"/>
        <w:gridCol w:w="1512"/>
        <w:gridCol w:w="1512"/>
      </w:tblGrid>
      <w:tr w:rsidR="00BF043B" w:rsidRPr="00097604" w14:paraId="738CF5D6" w14:textId="77777777" w:rsidTr="004045AB">
        <w:trPr>
          <w:tblHeader/>
          <w:jc w:val="center"/>
        </w:trPr>
        <w:tc>
          <w:tcPr>
            <w:tcW w:w="851" w:type="dxa"/>
            <w:vAlign w:val="center"/>
          </w:tcPr>
          <w:p w14:paraId="6A174844" w14:textId="77777777" w:rsidR="00BF043B" w:rsidRPr="00097604" w:rsidRDefault="00971749" w:rsidP="004045AB">
            <w:pPr>
              <w:spacing w:after="0"/>
              <w:ind w:firstLine="0"/>
              <w:jc w:val="center"/>
              <w:rPr>
                <w:rFonts w:cs="Times New Roman"/>
                <w:sz w:val="28"/>
                <w:szCs w:val="28"/>
              </w:rPr>
            </w:pPr>
            <w:r w:rsidRPr="00097604">
              <w:rPr>
                <w:rFonts w:cs="Times New Roman"/>
                <w:b/>
                <w:color w:val="000000"/>
                <w:sz w:val="22"/>
                <w:szCs w:val="28"/>
              </w:rPr>
              <w:t>STT</w:t>
            </w:r>
          </w:p>
        </w:tc>
        <w:tc>
          <w:tcPr>
            <w:tcW w:w="2080" w:type="dxa"/>
            <w:vAlign w:val="center"/>
          </w:tcPr>
          <w:p w14:paraId="1A3C4667" w14:textId="77777777" w:rsidR="00BF043B" w:rsidRPr="00097604" w:rsidRDefault="00971749" w:rsidP="004045AB">
            <w:pPr>
              <w:spacing w:after="0"/>
              <w:ind w:firstLine="0"/>
              <w:jc w:val="center"/>
              <w:rPr>
                <w:rFonts w:cs="Times New Roman"/>
                <w:sz w:val="28"/>
                <w:szCs w:val="28"/>
              </w:rPr>
            </w:pPr>
            <w:r w:rsidRPr="00097604">
              <w:rPr>
                <w:rFonts w:cs="Times New Roman"/>
                <w:b/>
                <w:sz w:val="22"/>
                <w:szCs w:val="28"/>
              </w:rPr>
              <w:t>Tên đề xuất</w:t>
            </w:r>
          </w:p>
        </w:tc>
        <w:tc>
          <w:tcPr>
            <w:tcW w:w="1512" w:type="dxa"/>
            <w:vAlign w:val="center"/>
          </w:tcPr>
          <w:p w14:paraId="15658DE6" w14:textId="77777777" w:rsidR="00BF043B" w:rsidRPr="00097604" w:rsidRDefault="00971749" w:rsidP="004045AB">
            <w:pPr>
              <w:spacing w:after="0"/>
              <w:ind w:firstLine="0"/>
              <w:jc w:val="center"/>
              <w:rPr>
                <w:rFonts w:cs="Times New Roman"/>
                <w:sz w:val="28"/>
                <w:szCs w:val="28"/>
              </w:rPr>
            </w:pPr>
            <w:r w:rsidRPr="00097604">
              <w:rPr>
                <w:rFonts w:cs="Times New Roman"/>
                <w:b/>
                <w:sz w:val="22"/>
                <w:szCs w:val="28"/>
              </w:rPr>
              <w:t>Tổng điểm</w:t>
            </w:r>
          </w:p>
        </w:tc>
        <w:tc>
          <w:tcPr>
            <w:tcW w:w="1512" w:type="dxa"/>
            <w:vAlign w:val="center"/>
          </w:tcPr>
          <w:p w14:paraId="74017809" w14:textId="77777777" w:rsidR="00BF043B" w:rsidRPr="00097604" w:rsidRDefault="00971749" w:rsidP="004045AB">
            <w:pPr>
              <w:spacing w:after="0"/>
              <w:ind w:firstLine="0"/>
              <w:jc w:val="center"/>
              <w:rPr>
                <w:rFonts w:cs="Times New Roman"/>
                <w:sz w:val="28"/>
                <w:szCs w:val="28"/>
              </w:rPr>
            </w:pPr>
            <w:r w:rsidRPr="00097604">
              <w:rPr>
                <w:rFonts w:cs="Times New Roman"/>
                <w:b/>
                <w:sz w:val="22"/>
                <w:szCs w:val="28"/>
              </w:rPr>
              <w:t>Kết quả về tiêu chí</w:t>
            </w:r>
          </w:p>
        </w:tc>
        <w:tc>
          <w:tcPr>
            <w:tcW w:w="1512" w:type="dxa"/>
            <w:vAlign w:val="center"/>
          </w:tcPr>
          <w:p w14:paraId="7766D60C" w14:textId="77777777" w:rsidR="00BF043B" w:rsidRPr="00097604" w:rsidRDefault="00971749" w:rsidP="004045AB">
            <w:pPr>
              <w:spacing w:after="0"/>
              <w:ind w:firstLine="0"/>
              <w:jc w:val="center"/>
              <w:rPr>
                <w:rFonts w:cs="Times New Roman"/>
                <w:sz w:val="28"/>
                <w:szCs w:val="28"/>
              </w:rPr>
            </w:pPr>
            <w:r w:rsidRPr="00097604">
              <w:rPr>
                <w:rFonts w:cs="Times New Roman"/>
                <w:b/>
                <w:sz w:val="22"/>
                <w:szCs w:val="28"/>
              </w:rPr>
              <w:t>Mức độ/thứ tự ưu tiên</w:t>
            </w:r>
          </w:p>
        </w:tc>
        <w:tc>
          <w:tcPr>
            <w:tcW w:w="1512" w:type="dxa"/>
            <w:vAlign w:val="center"/>
          </w:tcPr>
          <w:p w14:paraId="3F2E700A" w14:textId="77777777" w:rsidR="00BF043B" w:rsidRPr="00097604" w:rsidRDefault="00971749" w:rsidP="004045AB">
            <w:pPr>
              <w:spacing w:after="0"/>
              <w:ind w:firstLine="0"/>
              <w:jc w:val="center"/>
              <w:rPr>
                <w:rFonts w:cs="Times New Roman"/>
                <w:sz w:val="28"/>
                <w:szCs w:val="28"/>
              </w:rPr>
            </w:pPr>
            <w:r w:rsidRPr="00097604">
              <w:rPr>
                <w:rFonts w:cs="Times New Roman"/>
                <w:b/>
                <w:sz w:val="22"/>
                <w:szCs w:val="28"/>
              </w:rPr>
              <w:t>Nội dung cần hoàn thiện</w:t>
            </w:r>
          </w:p>
        </w:tc>
      </w:tr>
      <w:tr w:rsidR="00BF043B" w:rsidRPr="00097604" w14:paraId="1A677FE1" w14:textId="77777777" w:rsidTr="004045AB">
        <w:trPr>
          <w:jc w:val="center"/>
        </w:trPr>
        <w:tc>
          <w:tcPr>
            <w:tcW w:w="851" w:type="dxa"/>
            <w:vAlign w:val="center"/>
          </w:tcPr>
          <w:p w14:paraId="01C01A84" w14:textId="77777777" w:rsidR="00BF043B" w:rsidRPr="00097604" w:rsidRDefault="00BF043B" w:rsidP="004045AB">
            <w:pPr>
              <w:spacing w:after="0"/>
              <w:ind w:firstLine="0"/>
              <w:jc w:val="left"/>
              <w:rPr>
                <w:rFonts w:cs="Times New Roman"/>
                <w:sz w:val="28"/>
                <w:szCs w:val="28"/>
              </w:rPr>
            </w:pPr>
          </w:p>
        </w:tc>
        <w:tc>
          <w:tcPr>
            <w:tcW w:w="2080" w:type="dxa"/>
            <w:vAlign w:val="center"/>
          </w:tcPr>
          <w:p w14:paraId="41C5F286"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61F5DDD7"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304C65CF"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7DEA94D5"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2B5C9908" w14:textId="77777777" w:rsidR="00BF043B" w:rsidRPr="00097604" w:rsidRDefault="00BF043B" w:rsidP="004045AB">
            <w:pPr>
              <w:spacing w:after="0"/>
              <w:ind w:firstLine="0"/>
              <w:jc w:val="left"/>
              <w:rPr>
                <w:rFonts w:cs="Times New Roman"/>
                <w:sz w:val="28"/>
                <w:szCs w:val="28"/>
              </w:rPr>
            </w:pPr>
          </w:p>
        </w:tc>
      </w:tr>
      <w:tr w:rsidR="00BF043B" w:rsidRPr="00097604" w14:paraId="6E2D11D4" w14:textId="77777777" w:rsidTr="004045AB">
        <w:trPr>
          <w:jc w:val="center"/>
        </w:trPr>
        <w:tc>
          <w:tcPr>
            <w:tcW w:w="851" w:type="dxa"/>
            <w:vAlign w:val="center"/>
          </w:tcPr>
          <w:p w14:paraId="0FA1A884" w14:textId="77777777" w:rsidR="00BF043B" w:rsidRPr="00097604" w:rsidRDefault="00BF043B" w:rsidP="004045AB">
            <w:pPr>
              <w:spacing w:after="0"/>
              <w:ind w:firstLine="0"/>
              <w:jc w:val="left"/>
              <w:rPr>
                <w:rFonts w:cs="Times New Roman"/>
                <w:sz w:val="28"/>
                <w:szCs w:val="28"/>
              </w:rPr>
            </w:pPr>
          </w:p>
        </w:tc>
        <w:tc>
          <w:tcPr>
            <w:tcW w:w="2080" w:type="dxa"/>
            <w:vAlign w:val="center"/>
          </w:tcPr>
          <w:p w14:paraId="47CA9842"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424000AE"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2C66F1D9"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0458D51F" w14:textId="77777777" w:rsidR="00BF043B" w:rsidRPr="00097604" w:rsidRDefault="00BF043B" w:rsidP="004045AB">
            <w:pPr>
              <w:spacing w:after="0"/>
              <w:ind w:firstLine="0"/>
              <w:jc w:val="left"/>
              <w:rPr>
                <w:rFonts w:cs="Times New Roman"/>
                <w:sz w:val="28"/>
                <w:szCs w:val="28"/>
              </w:rPr>
            </w:pPr>
          </w:p>
        </w:tc>
        <w:tc>
          <w:tcPr>
            <w:tcW w:w="1512" w:type="dxa"/>
            <w:vAlign w:val="center"/>
          </w:tcPr>
          <w:p w14:paraId="5EF4BE15" w14:textId="77777777" w:rsidR="00BF043B" w:rsidRPr="00097604" w:rsidRDefault="00BF043B" w:rsidP="004045AB">
            <w:pPr>
              <w:spacing w:after="0"/>
              <w:ind w:firstLine="0"/>
              <w:jc w:val="left"/>
              <w:rPr>
                <w:rFonts w:cs="Times New Roman"/>
                <w:sz w:val="28"/>
                <w:szCs w:val="28"/>
              </w:rPr>
            </w:pPr>
          </w:p>
        </w:tc>
      </w:tr>
    </w:tbl>
    <w:p w14:paraId="014C5889" w14:textId="77777777" w:rsidR="00BF043B" w:rsidRPr="00097604" w:rsidRDefault="00BF043B">
      <w:pPr>
        <w:rPr>
          <w:rFonts w:cs="Times New Roman"/>
          <w:sz w:val="28"/>
          <w:szCs w:val="28"/>
        </w:rPr>
      </w:pPr>
    </w:p>
    <w:p w14:paraId="6DF67384" w14:textId="77777777" w:rsidR="00BF043B" w:rsidRPr="00097604" w:rsidRDefault="00971749">
      <w:pPr>
        <w:keepNext/>
        <w:pageBreakBefore w:val="0"/>
        <w:spacing w:after="0"/>
        <w:jc w:val="right"/>
      </w:pPr>
      <w:r>
        <w:rPr>
          <w:b/>
          <w:color w:val="000000"/>
          <w:sz w:val="22"/>
        </w:rPr>
        <w:t>BM-09-TTPTN</w:t>
      </w:r>
      <w:r>
        <w:rPr>
          <w:b/>
          <w:color w:val="000000"/>
          <w:sz w:val="22"/>
        </w:rPr>
        <w:t>…/2026/TT-BKHCN</w:t>
      </w:r>
    </w:p>
    <w:tbl>
      <w:tblPr>
        <w:tblW w:w="10083" w:type="dxa"/>
        <w:jc w:val="center"/>
        <w:tblBorders>
          <w:top w:val="nil"/>
          <w:left w:val="nil"/>
          <w:bottom w:val="nil"/>
          <w:right w:val="nil"/>
          <w:insideH w:val="nil"/>
          <w:insideV w:val="nil"/>
        </w:tblBorders>
        <w:tblLook w:val="04A0" w:firstRow="1" w:lastRow="0" w:firstColumn="1" w:lastColumn="0" w:noHBand="0" w:noVBand="1"/>
      </w:tblPr>
      <w:tblGrid>
        <w:gridCol w:w="4306"/>
        <w:gridCol w:w="5777"/>
      </w:tblGrid>
      <w:tr w:rsidR="004045AB" w:rsidRPr="00097604" w14:paraId="0438233B" w14:textId="77777777" w:rsidTr="004045AB">
        <w:trPr>
          <w:jc w:val="center"/>
        </w:trPr>
        <w:tc>
          <w:tcPr>
            <w:tcW w:w="4306" w:type="dxa"/>
          </w:tcPr>
          <w:p w14:paraId="22BA7E39" w14:textId="77777777" w:rsidR="004045AB" w:rsidRPr="00097604" w:rsidRDefault="004045AB" w:rsidP="006018A6">
            <w:pPr>
              <w:spacing w:after="0" w:line="240" w:lineRule="auto"/>
              <w:ind w:firstLine="0"/>
              <w:jc w:val="center"/>
              <w:rPr>
                <w:b/>
                <w:szCs w:val="26"/>
              </w:rPr>
            </w:pPr>
            <w:r w:rsidRPr="00097604">
              <w:rPr>
                <w:b/>
                <w:color w:val="000000"/>
                <w:sz w:val="22"/>
                <w:szCs w:val="26"/>
              </w:rPr>
              <w:t>TÊN CƠ QUAN ĐỀ XUẤT</w:t>
            </w:r>
          </w:p>
          <w:p w14:paraId="67892081" w14:textId="77777777" w:rsidR="004045AB" w:rsidRPr="00097604" w:rsidRDefault="004045AB" w:rsidP="006018A6">
            <w:pPr>
              <w:spacing w:after="0" w:line="240" w:lineRule="auto"/>
              <w:ind w:firstLine="0"/>
              <w:jc w:val="center"/>
              <w:rPr>
                <w:szCs w:val="26"/>
              </w:rPr>
            </w:pPr>
          </w:p>
        </w:tc>
        <w:tc>
          <w:tcPr>
            <w:tcW w:w="5777" w:type="dxa"/>
          </w:tcPr>
          <w:p w14:paraId="12B0DFDD" w14:textId="77777777" w:rsidR="004045AB" w:rsidRPr="00097604" w:rsidRDefault="004045AB" w:rsidP="006018A6">
            <w:pPr>
              <w:spacing w:after="0" w:line="240" w:lineRule="auto"/>
              <w:ind w:firstLine="0"/>
              <w:jc w:val="center"/>
              <w:rPr>
                <w:szCs w:val="26"/>
              </w:rPr>
            </w:pPr>
            <w:r w:rsidRPr="00097604">
              <w:rPr>
                <w:b/>
                <w:sz w:val="22"/>
                <w:szCs w:val="26"/>
              </w:rPr>
              <w:t>CỘNG HÒA XÃ HỘI CHỦ NGHĨA VIỆT NAM</w:t>
            </w:r>
          </w:p>
          <w:p w14:paraId="2688E373" w14:textId="77777777" w:rsidR="004045AB" w:rsidRPr="00097604" w:rsidRDefault="004045AB" w:rsidP="006018A6">
            <w:pPr>
              <w:spacing w:after="0" w:line="240" w:lineRule="auto"/>
              <w:ind w:firstLine="0"/>
              <w:jc w:val="center"/>
              <w:rPr>
                <w:szCs w:val="26"/>
              </w:rPr>
            </w:pPr>
            <w:r w:rsidRPr="00097604">
              <w:rPr>
                <w:b/>
                <w:sz w:val="22"/>
                <w:szCs w:val="26"/>
              </w:rPr>
              <w:t>Độc lập - Tự do - Hạnh phúc</w:t>
            </w:r>
          </w:p>
          <w:p w14:paraId="6C8A7529" w14:textId="77777777" w:rsidR="004045AB" w:rsidRPr="00097604" w:rsidRDefault="004045AB" w:rsidP="006018A6">
            <w:pPr>
              <w:spacing w:after="0" w:line="240" w:lineRule="auto"/>
              <w:ind w:firstLine="0"/>
              <w:jc w:val="center"/>
              <w:rPr>
                <w:i/>
                <w:szCs w:val="26"/>
              </w:rPr>
            </w:pPr>
          </w:p>
          <w:p w14:paraId="16BDA38D" w14:textId="77777777" w:rsidR="004045AB" w:rsidRPr="00097604" w:rsidRDefault="004045AB" w:rsidP="006018A6">
            <w:pPr>
              <w:spacing w:after="0" w:line="240" w:lineRule="auto"/>
              <w:ind w:firstLine="0"/>
              <w:jc w:val="center"/>
              <w:rPr>
                <w:szCs w:val="26"/>
              </w:rPr>
            </w:pPr>
            <w:r w:rsidRPr="00097604">
              <w:rPr>
                <w:b/>
                <w:i/>
                <w:sz w:val="22"/>
                <w:szCs w:val="26"/>
              </w:rPr>
              <w:t>Hà Nội, ngày ... tháng ... năm 20...</w:t>
            </w:r>
          </w:p>
        </w:tc>
      </w:tr>
    </w:tbl>
    <w:p w14:paraId="78AC3B16" w14:textId="77777777" w:rsidR="004045AB" w:rsidRPr="00097604" w:rsidRDefault="004045AB">
      <w:pPr>
        <w:pStyle w:val="AnnexTitle"/>
        <w:spacing w:after="0"/>
        <w:rPr>
          <w:sz w:val="25"/>
        </w:rPr>
      </w:pPr>
    </w:p>
    <w:p w14:paraId="0263C517" w14:textId="77777777" w:rsidR="00BF043B" w:rsidRPr="00097604" w:rsidRDefault="00971749">
      <w:pPr>
        <w:pStyle w:val="AnnexTitle"/>
        <w:spacing w:before="80" w:after="40" w:line="252" w:lineRule="auto"/>
        <w:rPr>
          <w:rFonts w:cs="Times New Roman"/>
          <w:szCs w:val="28"/>
        </w:rPr>
      </w:pPr>
      <w:r w:rsidRPr="00097604">
        <w:rPr>
          <w:rFonts w:cs="Times New Roman"/>
          <w:color w:val="000000"/>
          <w:sz w:val="26"/>
          <w:szCs w:val="28"/>
        </w:rPr>
        <w:t>BẢN GIẢI TRÌNH, TIẾP THU</w:t>
      </w:r>
    </w:p>
    <w:p w14:paraId="488CADD7" w14:textId="77777777" w:rsidR="00BF043B" w:rsidRPr="00097604" w:rsidRDefault="00971749">
      <w:pPr>
        <w:pStyle w:val="AnnexTitle"/>
        <w:spacing w:after="0" w:line="252" w:lineRule="auto"/>
        <w:rPr>
          <w:rFonts w:cs="Times New Roman"/>
          <w:szCs w:val="28"/>
        </w:rPr>
      </w:pPr>
      <w:r w:rsidRPr="00097604">
        <w:rPr>
          <w:rFonts w:cs="Times New Roman"/>
          <w:color w:val="000000"/>
          <w:sz w:val="24"/>
          <w:szCs w:val="28"/>
        </w:rPr>
        <w:t>VÀ HOÀN THIỆN ĐỀ XUẤT</w:t>
      </w:r>
    </w:p>
    <w:p w14:paraId="57F5EA92" w14:textId="77777777" w:rsidR="004045AB" w:rsidRPr="00097604" w:rsidRDefault="004045AB">
      <w:pPr>
        <w:spacing w:after="0"/>
        <w:rPr>
          <w:rFonts w:cs="Times New Roman"/>
          <w:sz w:val="28"/>
          <w:szCs w:val="28"/>
        </w:rPr>
      </w:pPr>
    </w:p>
    <w:p w14:paraId="1034CF3D"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Tên đề xuất: …</w:t>
      </w:r>
    </w:p>
    <w:p w14:paraId="54FF15B9" w14:textId="77777777" w:rsidR="00BF043B" w:rsidRPr="00097604" w:rsidRDefault="00971749" w:rsidP="004045AB">
      <w:pPr>
        <w:spacing w:after="0" w:line="252" w:lineRule="auto"/>
        <w:ind w:firstLine="720"/>
        <w:rPr>
          <w:rFonts w:cs="Times New Roman"/>
          <w:sz w:val="28"/>
          <w:szCs w:val="28"/>
        </w:rPr>
      </w:pPr>
      <w:r w:rsidRPr="00097604">
        <w:rPr>
          <w:rFonts w:cs="Times New Roman"/>
          <w:color w:val="000000"/>
          <w:sz w:val="24"/>
          <w:szCs w:val="28"/>
        </w:rPr>
        <w:t>Căn cứ Biên bản Hội đồng theo BM-08-TTPTN ngày … và văn bản yêu cầu hoàn thiện số … ngày …, đối với đề xuất đã được Hội đồng xác định đạt yêu cầu về tiêu chí, cơ quan đề xuất giải trình, tiếp thu và hoàn thiện những nội dung được yêu cầu như sau:</w:t>
      </w:r>
    </w:p>
    <w:tbl>
      <w:tblPr>
        <w:tblStyle w:val="TableGrid"/>
        <w:tblW w:w="9094" w:type="dxa"/>
        <w:jc w:val="center"/>
        <w:tblLook w:val="04A0" w:firstRow="1" w:lastRow="0" w:firstColumn="1" w:lastColumn="0" w:noHBand="0" w:noVBand="1"/>
      </w:tblPr>
      <w:tblGrid>
        <w:gridCol w:w="988"/>
        <w:gridCol w:w="4279"/>
        <w:gridCol w:w="3827"/>
      </w:tblGrid>
      <w:tr w:rsidR="00F568D1" w:rsidRPr="00097604" w14:paraId="64B01562" w14:textId="77777777" w:rsidTr="00F568D1">
        <w:trPr>
          <w:tblHeader/>
          <w:jc w:val="center"/>
        </w:trPr>
        <w:tc>
          <w:tcPr>
            <w:tcW w:w="988" w:type="dxa"/>
            <w:vAlign w:val="center"/>
          </w:tcPr>
          <w:p w14:paraId="58F14DBF" w14:textId="77777777" w:rsidR="00F568D1" w:rsidRPr="00097604" w:rsidRDefault="00F568D1" w:rsidP="004045AB">
            <w:pPr>
              <w:spacing w:after="0"/>
              <w:ind w:firstLine="0"/>
              <w:jc w:val="center"/>
              <w:rPr>
                <w:rFonts w:cs="Times New Roman"/>
                <w:sz w:val="28"/>
                <w:szCs w:val="28"/>
              </w:rPr>
            </w:pPr>
            <w:r w:rsidRPr="00097604">
              <w:rPr>
                <w:rFonts w:cs="Times New Roman"/>
                <w:b/>
                <w:color w:val="000000"/>
                <w:sz w:val="22"/>
                <w:szCs w:val="28"/>
              </w:rPr>
              <w:t>STT</w:t>
            </w:r>
          </w:p>
        </w:tc>
        <w:tc>
          <w:tcPr>
            <w:tcW w:w="4279" w:type="dxa"/>
            <w:vAlign w:val="center"/>
          </w:tcPr>
          <w:p w14:paraId="3C4075AC" w14:textId="77777777" w:rsidR="00F568D1" w:rsidRPr="00097604" w:rsidRDefault="00F568D1" w:rsidP="004045AB">
            <w:pPr>
              <w:spacing w:after="0"/>
              <w:ind w:firstLine="0"/>
              <w:jc w:val="center"/>
              <w:rPr>
                <w:rFonts w:cs="Times New Roman"/>
                <w:sz w:val="28"/>
                <w:szCs w:val="28"/>
              </w:rPr>
            </w:pPr>
            <w:r w:rsidRPr="00097604">
              <w:rPr>
                <w:rFonts w:cs="Times New Roman"/>
                <w:b/>
                <w:sz w:val="22"/>
                <w:szCs w:val="28"/>
              </w:rPr>
              <w:t>Ý kiến/kết luận của Hội đồng</w:t>
            </w:r>
          </w:p>
        </w:tc>
        <w:tc>
          <w:tcPr>
            <w:tcW w:w="3827" w:type="dxa"/>
            <w:vAlign w:val="center"/>
          </w:tcPr>
          <w:p w14:paraId="0FEF26CC" w14:textId="77777777" w:rsidR="00F568D1" w:rsidRPr="00097604" w:rsidRDefault="00F568D1" w:rsidP="004045AB">
            <w:pPr>
              <w:spacing w:after="0"/>
              <w:ind w:firstLine="0"/>
              <w:jc w:val="center"/>
              <w:rPr>
                <w:rFonts w:cs="Times New Roman"/>
                <w:sz w:val="28"/>
                <w:szCs w:val="28"/>
              </w:rPr>
            </w:pPr>
            <w:r w:rsidRPr="00097604">
              <w:rPr>
                <w:rFonts w:cs="Times New Roman"/>
                <w:b/>
                <w:color w:val="000000"/>
                <w:sz w:val="22"/>
                <w:szCs w:val="28"/>
              </w:rPr>
              <w:t>Nội dung tiếp thu, hoàn thiện</w:t>
            </w:r>
          </w:p>
        </w:tc>
      </w:tr>
      <w:tr w:rsidR="00F568D1" w:rsidRPr="00097604" w14:paraId="18C9D704" w14:textId="77777777" w:rsidTr="00F568D1">
        <w:trPr>
          <w:jc w:val="center"/>
        </w:trPr>
        <w:tc>
          <w:tcPr>
            <w:tcW w:w="988" w:type="dxa"/>
            <w:vAlign w:val="center"/>
          </w:tcPr>
          <w:p w14:paraId="5231300F"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440D9906"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58B45265" w14:textId="77777777" w:rsidR="00F568D1" w:rsidRPr="00097604" w:rsidRDefault="00F568D1" w:rsidP="004045AB">
            <w:pPr>
              <w:spacing w:after="0"/>
              <w:ind w:firstLine="0"/>
              <w:jc w:val="left"/>
              <w:rPr>
                <w:rFonts w:cs="Times New Roman"/>
                <w:sz w:val="28"/>
                <w:szCs w:val="28"/>
              </w:rPr>
            </w:pPr>
          </w:p>
        </w:tc>
      </w:tr>
      <w:tr w:rsidR="00F568D1" w:rsidRPr="00097604" w14:paraId="132930E9" w14:textId="77777777" w:rsidTr="00F568D1">
        <w:trPr>
          <w:jc w:val="center"/>
        </w:trPr>
        <w:tc>
          <w:tcPr>
            <w:tcW w:w="988" w:type="dxa"/>
            <w:vAlign w:val="center"/>
          </w:tcPr>
          <w:p w14:paraId="124A84A1"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4FCED59A"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4CE548DD" w14:textId="77777777" w:rsidR="00F568D1" w:rsidRPr="00097604" w:rsidRDefault="00F568D1" w:rsidP="004045AB">
            <w:pPr>
              <w:spacing w:after="0"/>
              <w:ind w:firstLine="0"/>
              <w:jc w:val="left"/>
              <w:rPr>
                <w:rFonts w:cs="Times New Roman"/>
                <w:sz w:val="28"/>
                <w:szCs w:val="28"/>
              </w:rPr>
            </w:pPr>
          </w:p>
        </w:tc>
      </w:tr>
      <w:tr w:rsidR="00F568D1" w:rsidRPr="00097604" w14:paraId="3190DB7B" w14:textId="77777777" w:rsidTr="00F568D1">
        <w:trPr>
          <w:jc w:val="center"/>
        </w:trPr>
        <w:tc>
          <w:tcPr>
            <w:tcW w:w="988" w:type="dxa"/>
            <w:vAlign w:val="center"/>
          </w:tcPr>
          <w:p w14:paraId="2E462054"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53530D82"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343A09A5" w14:textId="77777777" w:rsidR="00F568D1" w:rsidRPr="00097604" w:rsidRDefault="00F568D1" w:rsidP="004045AB">
            <w:pPr>
              <w:spacing w:after="0"/>
              <w:ind w:firstLine="0"/>
              <w:jc w:val="left"/>
              <w:rPr>
                <w:rFonts w:cs="Times New Roman"/>
                <w:sz w:val="28"/>
                <w:szCs w:val="28"/>
              </w:rPr>
            </w:pPr>
          </w:p>
        </w:tc>
      </w:tr>
      <w:tr w:rsidR="00F568D1" w:rsidRPr="00097604" w14:paraId="0A6C0B44" w14:textId="77777777" w:rsidTr="00F568D1">
        <w:trPr>
          <w:jc w:val="center"/>
        </w:trPr>
        <w:tc>
          <w:tcPr>
            <w:tcW w:w="988" w:type="dxa"/>
            <w:vAlign w:val="center"/>
          </w:tcPr>
          <w:p w14:paraId="1D40BDAD"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57B94DF8"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7AF0FECD" w14:textId="77777777" w:rsidR="00F568D1" w:rsidRPr="00097604" w:rsidRDefault="00F568D1" w:rsidP="004045AB">
            <w:pPr>
              <w:spacing w:after="0"/>
              <w:ind w:firstLine="0"/>
              <w:jc w:val="left"/>
              <w:rPr>
                <w:rFonts w:cs="Times New Roman"/>
                <w:sz w:val="28"/>
                <w:szCs w:val="28"/>
              </w:rPr>
            </w:pPr>
          </w:p>
        </w:tc>
      </w:tr>
      <w:tr w:rsidR="00F568D1" w:rsidRPr="00097604" w14:paraId="56F63ADF" w14:textId="77777777" w:rsidTr="00F568D1">
        <w:trPr>
          <w:jc w:val="center"/>
        </w:trPr>
        <w:tc>
          <w:tcPr>
            <w:tcW w:w="988" w:type="dxa"/>
            <w:vAlign w:val="center"/>
          </w:tcPr>
          <w:p w14:paraId="6DF8EEDD"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01F09936"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06326917" w14:textId="77777777" w:rsidR="00F568D1" w:rsidRPr="00097604" w:rsidRDefault="00F568D1" w:rsidP="004045AB">
            <w:pPr>
              <w:spacing w:after="0"/>
              <w:ind w:firstLine="0"/>
              <w:jc w:val="left"/>
              <w:rPr>
                <w:rFonts w:cs="Times New Roman"/>
                <w:sz w:val="28"/>
                <w:szCs w:val="28"/>
              </w:rPr>
            </w:pPr>
          </w:p>
        </w:tc>
      </w:tr>
      <w:tr w:rsidR="00F568D1" w:rsidRPr="00097604" w14:paraId="6B902482" w14:textId="77777777" w:rsidTr="00F568D1">
        <w:trPr>
          <w:jc w:val="center"/>
        </w:trPr>
        <w:tc>
          <w:tcPr>
            <w:tcW w:w="988" w:type="dxa"/>
            <w:vAlign w:val="center"/>
          </w:tcPr>
          <w:p w14:paraId="3F3D7197"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333B90B0"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0F2A79D2" w14:textId="77777777" w:rsidR="00F568D1" w:rsidRPr="00097604" w:rsidRDefault="00F568D1" w:rsidP="004045AB">
            <w:pPr>
              <w:spacing w:after="0"/>
              <w:ind w:firstLine="0"/>
              <w:jc w:val="left"/>
              <w:rPr>
                <w:rFonts w:cs="Times New Roman"/>
                <w:sz w:val="28"/>
                <w:szCs w:val="28"/>
              </w:rPr>
            </w:pPr>
          </w:p>
        </w:tc>
      </w:tr>
      <w:tr w:rsidR="00F568D1" w:rsidRPr="00097604" w14:paraId="1417FB2B" w14:textId="77777777" w:rsidTr="00F568D1">
        <w:trPr>
          <w:jc w:val="center"/>
        </w:trPr>
        <w:tc>
          <w:tcPr>
            <w:tcW w:w="988" w:type="dxa"/>
            <w:vAlign w:val="center"/>
          </w:tcPr>
          <w:p w14:paraId="13D58A69"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022BA94D"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600AA991" w14:textId="77777777" w:rsidR="00F568D1" w:rsidRPr="00097604" w:rsidRDefault="00F568D1" w:rsidP="004045AB">
            <w:pPr>
              <w:spacing w:after="0"/>
              <w:ind w:firstLine="0"/>
              <w:jc w:val="left"/>
              <w:rPr>
                <w:rFonts w:cs="Times New Roman"/>
                <w:sz w:val="28"/>
                <w:szCs w:val="28"/>
              </w:rPr>
            </w:pPr>
          </w:p>
        </w:tc>
      </w:tr>
      <w:tr w:rsidR="00F568D1" w:rsidRPr="00097604" w14:paraId="06278F93" w14:textId="77777777" w:rsidTr="00F568D1">
        <w:trPr>
          <w:jc w:val="center"/>
        </w:trPr>
        <w:tc>
          <w:tcPr>
            <w:tcW w:w="988" w:type="dxa"/>
            <w:vAlign w:val="center"/>
          </w:tcPr>
          <w:p w14:paraId="770B62C8" w14:textId="77777777" w:rsidR="00F568D1" w:rsidRPr="00097604" w:rsidRDefault="00F568D1" w:rsidP="004045AB">
            <w:pPr>
              <w:spacing w:after="0"/>
              <w:ind w:firstLine="0"/>
              <w:jc w:val="left"/>
              <w:rPr>
                <w:rFonts w:cs="Times New Roman"/>
                <w:sz w:val="28"/>
                <w:szCs w:val="28"/>
              </w:rPr>
            </w:pPr>
          </w:p>
        </w:tc>
        <w:tc>
          <w:tcPr>
            <w:tcW w:w="4279" w:type="dxa"/>
            <w:vAlign w:val="center"/>
          </w:tcPr>
          <w:p w14:paraId="0AD97B69" w14:textId="77777777" w:rsidR="00F568D1" w:rsidRPr="00097604" w:rsidRDefault="00F568D1" w:rsidP="004045AB">
            <w:pPr>
              <w:spacing w:after="0"/>
              <w:ind w:firstLine="0"/>
              <w:jc w:val="left"/>
              <w:rPr>
                <w:rFonts w:cs="Times New Roman"/>
                <w:sz w:val="28"/>
                <w:szCs w:val="28"/>
              </w:rPr>
            </w:pPr>
          </w:p>
        </w:tc>
        <w:tc>
          <w:tcPr>
            <w:tcW w:w="3827" w:type="dxa"/>
            <w:vAlign w:val="center"/>
          </w:tcPr>
          <w:p w14:paraId="54601C39" w14:textId="77777777" w:rsidR="00F568D1" w:rsidRPr="00097604" w:rsidRDefault="00F568D1" w:rsidP="004045AB">
            <w:pPr>
              <w:spacing w:after="0"/>
              <w:ind w:firstLine="0"/>
              <w:jc w:val="left"/>
              <w:rPr>
                <w:rFonts w:cs="Times New Roman"/>
                <w:sz w:val="28"/>
                <w:szCs w:val="28"/>
              </w:rPr>
            </w:pPr>
          </w:p>
        </w:tc>
      </w:tr>
    </w:tbl>
    <w:p w14:paraId="36BBBE37" w14:textId="77777777" w:rsidR="004045AB" w:rsidRPr="00097604" w:rsidRDefault="004045AB">
      <w:pPr>
        <w:spacing w:after="0"/>
        <w:rPr>
          <w:rFonts w:cs="Times New Roman"/>
          <w:sz w:val="28"/>
          <w:szCs w:val="28"/>
        </w:rPr>
      </w:pPr>
    </w:p>
    <w:p w14:paraId="5B7D0637" w14:textId="77777777" w:rsidR="00BF043B" w:rsidRPr="00097604" w:rsidRDefault="00971749">
      <w:pPr>
        <w:spacing w:after="0" w:line="252" w:lineRule="auto"/>
        <w:ind w:firstLine="720"/>
        <w:rPr>
          <w:rFonts w:cs="Times New Roman"/>
          <w:sz w:val="28"/>
          <w:szCs w:val="28"/>
        </w:rPr>
      </w:pPr>
      <w:r>
        <w:rPr>
          <w:color w:val="000000"/>
          <w:sz w:val="24"/>
        </w:rPr>
        <w:t>Hồ sơ kèm theo gồm Thuyết minh BM-02-TTPTN đã hoàn thiện và tài liệu làm rõ nội dung đã được Hội đồng xem xét theo yêu cầu.</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608D7880" w14:textId="77777777">
        <w:trPr>
          <w:jc w:val="center"/>
        </w:trPr>
        <w:tc>
          <w:tcPr>
            <w:tcW w:w="4536" w:type="dxa"/>
          </w:tcPr>
          <w:p w14:paraId="66645BB2" w14:textId="77777777" w:rsidR="00BF043B" w:rsidRPr="00097604" w:rsidRDefault="00971749" w:rsidP="004045AB">
            <w:pPr>
              <w:spacing w:after="0" w:line="240" w:lineRule="auto"/>
              <w:ind w:firstLine="0"/>
              <w:jc w:val="center"/>
              <w:rPr>
                <w:rFonts w:cs="Times New Roman"/>
                <w:b/>
                <w:sz w:val="28"/>
                <w:szCs w:val="28"/>
              </w:rPr>
            </w:pPr>
            <w:r w:rsidRPr="00097604">
              <w:rPr>
                <w:b/>
                <w:sz w:val="22"/>
              </w:rPr>
              <w:t>TỔ CHỨC ĐẦU MỐI HOẶC TỔ CHỨC ĐƯỢC GIAO CHUẨN BỊ ĐỀ XUẤT</w:t>
              <w:br/>
              <w:t>(Ký, ghi rõ họ tên)</w:t>
            </w:r>
          </w:p>
          <w:p w14:paraId="331EB533"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i/>
                <w:color w:val="000000"/>
                <w:sz w:val="22"/>
                <w:szCs w:val="28"/>
              </w:rPr>
              <w:t>(Ký, ghi rõ họ tên)</w:t>
            </w:r>
          </w:p>
          <w:p w14:paraId="3C1A30D5" w14:textId="77777777" w:rsidR="00BF043B" w:rsidRPr="00097604" w:rsidRDefault="00BF043B" w:rsidP="004045AB">
            <w:pPr>
              <w:spacing w:after="0" w:line="240" w:lineRule="auto"/>
              <w:ind w:firstLine="0"/>
              <w:rPr>
                <w:rFonts w:cs="Times New Roman"/>
                <w:sz w:val="28"/>
                <w:szCs w:val="28"/>
              </w:rPr>
            </w:pPr>
          </w:p>
          <w:p w14:paraId="53D023E9" w14:textId="77777777" w:rsidR="00BF043B" w:rsidRPr="00097604" w:rsidRDefault="00BF043B" w:rsidP="004045AB">
            <w:pPr>
              <w:spacing w:after="0" w:line="240" w:lineRule="auto"/>
              <w:ind w:firstLine="0"/>
              <w:rPr>
                <w:rFonts w:cs="Times New Roman"/>
                <w:sz w:val="28"/>
                <w:szCs w:val="28"/>
              </w:rPr>
            </w:pPr>
          </w:p>
          <w:p w14:paraId="72FE74E3" w14:textId="77777777" w:rsidR="00BF043B" w:rsidRPr="00097604" w:rsidRDefault="00BF043B" w:rsidP="004045AB">
            <w:pPr>
              <w:spacing w:after="0" w:line="240" w:lineRule="auto"/>
              <w:ind w:firstLine="0"/>
              <w:rPr>
                <w:rFonts w:cs="Times New Roman"/>
                <w:sz w:val="28"/>
                <w:szCs w:val="28"/>
              </w:rPr>
            </w:pPr>
          </w:p>
        </w:tc>
        <w:tc>
          <w:tcPr>
            <w:tcW w:w="4536" w:type="dxa"/>
          </w:tcPr>
          <w:p w14:paraId="26D7211A"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sz w:val="22"/>
                <w:szCs w:val="28"/>
              </w:rPr>
              <w:t>CƠ QUAN ĐỀ XUẤT</w:t>
            </w:r>
          </w:p>
          <w:p w14:paraId="261DA702" w14:textId="77777777" w:rsidR="00BF043B" w:rsidRPr="00097604" w:rsidRDefault="00971749" w:rsidP="004045AB">
            <w:pPr>
              <w:spacing w:after="0" w:line="240" w:lineRule="auto"/>
              <w:ind w:firstLine="0"/>
              <w:jc w:val="center"/>
              <w:rPr>
                <w:rFonts w:cs="Times New Roman"/>
                <w:sz w:val="28"/>
                <w:szCs w:val="28"/>
              </w:rPr>
            </w:pPr>
            <w:r w:rsidRPr="00097604">
              <w:rPr>
                <w:rFonts w:cs="Times New Roman"/>
                <w:b/>
                <w:i/>
                <w:sz w:val="22"/>
                <w:szCs w:val="28"/>
              </w:rPr>
              <w:t>(Ký, ghi rõ họ tên)</w:t>
            </w:r>
          </w:p>
          <w:p w14:paraId="5A9CB2EB" w14:textId="77777777" w:rsidR="00BF043B" w:rsidRPr="00097604" w:rsidRDefault="00BF043B" w:rsidP="004045AB">
            <w:pPr>
              <w:spacing w:after="0" w:line="240" w:lineRule="auto"/>
              <w:ind w:firstLine="0"/>
              <w:rPr>
                <w:rFonts w:cs="Times New Roman"/>
                <w:sz w:val="28"/>
                <w:szCs w:val="28"/>
              </w:rPr>
            </w:pPr>
          </w:p>
          <w:p w14:paraId="4888CE3E" w14:textId="77777777" w:rsidR="00BF043B" w:rsidRPr="00097604" w:rsidRDefault="00BF043B" w:rsidP="004045AB">
            <w:pPr>
              <w:spacing w:after="0" w:line="240" w:lineRule="auto"/>
              <w:ind w:firstLine="0"/>
              <w:rPr>
                <w:rFonts w:cs="Times New Roman"/>
                <w:sz w:val="28"/>
                <w:szCs w:val="28"/>
              </w:rPr>
            </w:pPr>
          </w:p>
          <w:p w14:paraId="435CF771" w14:textId="77777777" w:rsidR="00BF043B" w:rsidRPr="00097604" w:rsidRDefault="00BF043B" w:rsidP="004045AB">
            <w:pPr>
              <w:spacing w:after="0" w:line="240" w:lineRule="auto"/>
              <w:ind w:firstLine="0"/>
              <w:rPr>
                <w:rFonts w:cs="Times New Roman"/>
                <w:sz w:val="28"/>
                <w:szCs w:val="28"/>
              </w:rPr>
            </w:pPr>
          </w:p>
        </w:tc>
      </w:tr>
    </w:tbl>
    <w:p w14:paraId="2E54A729" w14:textId="77777777" w:rsidR="00BF043B" w:rsidRPr="00097604" w:rsidRDefault="00BF043B"/>
    <w:p w14:paraId="009D8F83" w14:textId="77777777" w:rsidR="004045AB" w:rsidRPr="00097604" w:rsidRDefault="004045AB">
      <w:pPr>
        <w:keepNext/>
        <w:spacing w:after="0"/>
        <w:jc w:val="right"/>
        <w:rPr>
          <w:b/>
          <w:sz w:val="22"/>
        </w:rPr>
        <w:sectPr w:rsidR="004045AB" w:rsidRPr="00097604" w:rsidSect="00C85397">
          <w:headerReference w:type="default" r:id="rId18"/>
          <w:pgSz w:w="11907" w:h="16840" w:code="9"/>
          <w:pgMar w:top="1134" w:right="1134" w:bottom="1134" w:left="1701" w:header="680" w:footer="454" w:gutter="0"/>
          <w:cols w:space="720"/>
          <w:docGrid w:linePitch="360"/>
        </w:sectPr>
      </w:pPr>
    </w:p>
    <w:p w14:paraId="3797503C" w14:textId="77777777" w:rsidR="00BF043B" w:rsidRPr="00097604" w:rsidRDefault="00971749">
      <w:pPr>
        <w:keepNext/>
        <w:pageBreakBefore/>
        <w:spacing w:after="0"/>
        <w:jc w:val="right"/>
      </w:pPr>
      <w:r>
        <w:rPr>
          <w:b/>
          <w:color w:val="000000"/>
          <w:sz w:val="22"/>
        </w:rPr>
        <w:t>BM-10-TTPTN</w:t>
      </w:r>
      <w:r>
        <w:rPr>
          <w:b/>
          <w:color w:val="000000"/>
          <w:sz w:val="22"/>
        </w:rPr>
        <w:br/>
        <w:t>…/2026/TT-BKHCN</w:t>
      </w:r>
    </w:p>
    <w:tbl>
      <w:tblPr>
        <w:tblW w:w="10206" w:type="dxa"/>
        <w:jc w:val="center"/>
        <w:tblBorders>
          <w:top w:val="nil"/>
          <w:left w:val="nil"/>
          <w:bottom w:val="nil"/>
          <w:right w:val="nil"/>
          <w:insideH w:val="nil"/>
          <w:insideV w:val="nil"/>
        </w:tblBorders>
        <w:tblLook w:val="04A0" w:firstRow="1" w:lastRow="0" w:firstColumn="1" w:lastColumn="0" w:noHBand="0" w:noVBand="1"/>
      </w:tblPr>
      <w:tblGrid>
        <w:gridCol w:w="4536"/>
        <w:gridCol w:w="5670"/>
      </w:tblGrid>
      <w:tr w:rsidR="00791E24" w:rsidRPr="00097604" w14:paraId="35360608" w14:textId="77777777" w:rsidTr="00791E24">
        <w:trPr>
          <w:jc w:val="center"/>
        </w:trPr>
        <w:tc>
          <w:tcPr>
            <w:tcW w:w="4536" w:type="dxa"/>
          </w:tcPr>
          <w:p w14:paraId="42EDD7C1" w14:textId="77777777" w:rsidR="00791E24" w:rsidRPr="00097604" w:rsidRDefault="00791E24" w:rsidP="006018A6">
            <w:pPr>
              <w:spacing w:after="0" w:line="240" w:lineRule="auto"/>
              <w:ind w:firstLine="0"/>
              <w:jc w:val="center"/>
              <w:rPr>
                <w:szCs w:val="26"/>
              </w:rPr>
            </w:pPr>
            <w:r w:rsidRPr="00097604">
              <w:rPr>
                <w:b/>
                <w:sz w:val="22"/>
                <w:szCs w:val="26"/>
              </w:rPr>
              <w:t>BỘ KHOA HỌC VÀ CÔNG NGHỆ</w:t>
            </w:r>
          </w:p>
          <w:p w14:paraId="397AD0C5" w14:textId="77777777" w:rsidR="00791E24" w:rsidRPr="00097604" w:rsidRDefault="00791E24" w:rsidP="006018A6">
            <w:pPr>
              <w:spacing w:after="0" w:line="240" w:lineRule="auto"/>
              <w:ind w:firstLine="0"/>
              <w:jc w:val="center"/>
              <w:rPr>
                <w:b/>
                <w:szCs w:val="26"/>
              </w:rPr>
            </w:pPr>
          </w:p>
          <w:p w14:paraId="37A7DE3F" w14:textId="77777777" w:rsidR="00791E24" w:rsidRPr="00097604" w:rsidRDefault="00791E24" w:rsidP="006018A6">
            <w:pPr>
              <w:spacing w:after="0" w:line="240" w:lineRule="auto"/>
              <w:ind w:firstLine="0"/>
              <w:jc w:val="center"/>
              <w:rPr>
                <w:b/>
                <w:szCs w:val="26"/>
              </w:rPr>
            </w:pPr>
          </w:p>
          <w:p w14:paraId="3E05F812" w14:textId="77777777" w:rsidR="00791E24" w:rsidRPr="00097604" w:rsidRDefault="00791E24" w:rsidP="006018A6">
            <w:pPr>
              <w:spacing w:after="0" w:line="240" w:lineRule="auto"/>
              <w:ind w:firstLine="0"/>
              <w:jc w:val="center"/>
              <w:rPr>
                <w:bCs/>
                <w:szCs w:val="26"/>
              </w:rPr>
            </w:pPr>
            <w:r w:rsidRPr="00097604">
              <w:rPr>
                <w:b/>
                <w:bCs/>
                <w:color w:val="000000"/>
                <w:sz w:val="22"/>
                <w:szCs w:val="26"/>
              </w:rPr>
              <w:t>Số: …/BKHCN-…</w:t>
            </w:r>
          </w:p>
        </w:tc>
        <w:tc>
          <w:tcPr>
            <w:tcW w:w="5670" w:type="dxa"/>
          </w:tcPr>
          <w:p w14:paraId="060A9492" w14:textId="77777777" w:rsidR="00791E24" w:rsidRPr="00097604" w:rsidRDefault="00791E24" w:rsidP="006018A6">
            <w:pPr>
              <w:spacing w:after="0" w:line="240" w:lineRule="auto"/>
              <w:ind w:firstLine="0"/>
              <w:jc w:val="center"/>
              <w:rPr>
                <w:szCs w:val="26"/>
              </w:rPr>
            </w:pPr>
            <w:r w:rsidRPr="00097604">
              <w:rPr>
                <w:b/>
                <w:sz w:val="22"/>
                <w:szCs w:val="26"/>
              </w:rPr>
              <w:t>CỘNG HÒA XÃ HỘI CHỦ NGHĨA VIỆT NAM</w:t>
            </w:r>
          </w:p>
          <w:p w14:paraId="5EF26A32" w14:textId="77777777" w:rsidR="00791E24" w:rsidRPr="00097604" w:rsidRDefault="00791E24" w:rsidP="006018A6">
            <w:pPr>
              <w:spacing w:after="0" w:line="240" w:lineRule="auto"/>
              <w:ind w:firstLine="0"/>
              <w:jc w:val="center"/>
              <w:rPr>
                <w:szCs w:val="26"/>
              </w:rPr>
            </w:pPr>
            <w:r w:rsidRPr="00097604">
              <w:rPr>
                <w:b/>
                <w:sz w:val="22"/>
                <w:szCs w:val="26"/>
              </w:rPr>
              <w:t>Độc lập - Tự do - Hạnh phúc</w:t>
            </w:r>
          </w:p>
          <w:p w14:paraId="14E0F31B" w14:textId="77777777" w:rsidR="00791E24" w:rsidRPr="00097604" w:rsidRDefault="00791E24" w:rsidP="006018A6">
            <w:pPr>
              <w:spacing w:after="0" w:line="240" w:lineRule="auto"/>
              <w:ind w:firstLine="0"/>
              <w:jc w:val="center"/>
              <w:rPr>
                <w:i/>
                <w:szCs w:val="26"/>
              </w:rPr>
            </w:pPr>
          </w:p>
          <w:p w14:paraId="14DB1EB7" w14:textId="77777777" w:rsidR="00791E24" w:rsidRPr="00097604" w:rsidRDefault="00791E24" w:rsidP="006018A6">
            <w:pPr>
              <w:spacing w:after="0" w:line="240" w:lineRule="auto"/>
              <w:ind w:firstLine="0"/>
              <w:jc w:val="center"/>
              <w:rPr>
                <w:szCs w:val="26"/>
              </w:rPr>
            </w:pPr>
            <w:r w:rsidRPr="00097604">
              <w:rPr>
                <w:b/>
                <w:i/>
                <w:sz w:val="22"/>
                <w:szCs w:val="26"/>
              </w:rPr>
              <w:t>Hà Nội, ngày ... tháng ... năm 20...</w:t>
            </w:r>
          </w:p>
        </w:tc>
      </w:tr>
    </w:tbl>
    <w:p w14:paraId="7492398B" w14:textId="77777777" w:rsidR="00791E24" w:rsidRPr="00097604" w:rsidRDefault="00791E24">
      <w:pPr>
        <w:pStyle w:val="AnnexTitle"/>
        <w:spacing w:after="0"/>
        <w:rPr>
          <w:sz w:val="25"/>
        </w:rPr>
      </w:pPr>
    </w:p>
    <w:p w14:paraId="28B68521" w14:textId="77777777" w:rsidR="00BF043B" w:rsidRPr="00097604" w:rsidRDefault="00971749">
      <w:pPr>
        <w:pStyle w:val="AnnexTitle"/>
        <w:spacing w:before="80" w:after="40" w:line="252" w:lineRule="auto"/>
        <w:rPr>
          <w:szCs w:val="28"/>
        </w:rPr>
      </w:pPr>
      <w:r w:rsidRPr="00097604">
        <w:rPr>
          <w:color w:val="000000"/>
          <w:sz w:val="26"/>
          <w:szCs w:val="28"/>
        </w:rPr>
        <w:t>THÔNG BÁO</w:t>
      </w:r>
    </w:p>
    <w:p w14:paraId="7D1E11BC" w14:textId="77777777" w:rsidR="00791E24" w:rsidRPr="00097604" w:rsidRDefault="00971749">
      <w:pPr>
        <w:pStyle w:val="AnnexTitle"/>
        <w:spacing w:after="0" w:line="252" w:lineRule="auto"/>
        <w:jc w:val="both"/>
        <w:rPr>
          <w:szCs w:val="28"/>
        </w:rPr>
      </w:pPr>
      <w:r w:rsidRPr="00097604">
        <w:rPr>
          <w:color w:val="000000"/>
          <w:sz w:val="24"/>
        </w:rPr>
        <w:t>Kết quả đánh giá, lựa chọn đề xuất</w:t>
      </w:r>
    </w:p>
    <w:p w14:paraId="059B55D5" w14:textId="77777777" w:rsidR="00BF043B" w:rsidRPr="00097604" w:rsidRDefault="00791E24" w:rsidP="00791E24">
      <w:pPr>
        <w:spacing w:after="0" w:line="252" w:lineRule="auto"/>
        <w:jc w:val="center"/>
        <w:rPr>
          <w:sz w:val="28"/>
          <w:szCs w:val="28"/>
        </w:rPr>
      </w:pPr>
      <w:r w:rsidRPr="00097604">
        <w:rPr>
          <w:b/>
          <w:color w:val="000000"/>
          <w:sz w:val="24"/>
          <w:szCs w:val="28"/>
        </w:rPr>
        <w:t>Kính gửi: …………………………………………………..</w:t>
      </w:r>
    </w:p>
    <w:p w14:paraId="33387BA9" w14:textId="77777777" w:rsidR="00BF043B" w:rsidRPr="00097604" w:rsidRDefault="00971749" w:rsidP="00791E24">
      <w:pPr>
        <w:spacing w:after="0" w:line="252" w:lineRule="auto"/>
        <w:ind w:firstLine="720"/>
        <w:rPr>
          <w:sz w:val="28"/>
          <w:szCs w:val="28"/>
        </w:rPr>
      </w:pPr>
      <w:r w:rsidRPr="00097604">
        <w:rPr>
          <w:color w:val="000000"/>
          <w:sz w:val="24"/>
          <w:szCs w:val="28"/>
        </w:rPr>
        <w:t>Căn cứ Thông tư số …/2026/TT-BKHCN ngày … tháng … năm 2026 của Bộ trưởng Bộ Khoa học và Công nghệ;</w:t>
      </w:r>
    </w:p>
    <w:p w14:paraId="18ECCD7A" w14:textId="77777777" w:rsidR="00BF043B" w:rsidRPr="00097604" w:rsidRDefault="00971749" w:rsidP="00791E24">
      <w:pPr>
        <w:spacing w:after="0" w:line="252" w:lineRule="auto"/>
        <w:ind w:firstLine="720"/>
        <w:rPr>
          <w:sz w:val="28"/>
          <w:szCs w:val="28"/>
        </w:rPr>
      </w:pPr>
      <w:r w:rsidRPr="00097604">
        <w:rPr>
          <w:color w:val="000000"/>
          <w:sz w:val="24"/>
          <w:szCs w:val="28"/>
        </w:rPr>
        <w:t>Căn cứ kết quả đánh giá chuyên môn, việc lựa chọn đề xuất để trình Thủ tướng Chính phủ và Quyết định phê duyệt Danh mục (nếu có) tương ứng với thời điểm thông báo;</w:t>
      </w:r>
    </w:p>
    <w:p w14:paraId="4F9374F2" w14:textId="77777777" w:rsidR="00BF043B" w:rsidRPr="00097604" w:rsidRDefault="00971749" w:rsidP="00791E24">
      <w:pPr>
        <w:spacing w:after="0" w:line="252" w:lineRule="auto"/>
        <w:ind w:firstLine="720"/>
        <w:rPr>
          <w:sz w:val="28"/>
          <w:szCs w:val="28"/>
        </w:rPr>
      </w:pPr>
      <w:r w:rsidRPr="00097604">
        <w:rPr>
          <w:color w:val="000000"/>
          <w:sz w:val="24"/>
          <w:szCs w:val="28"/>
        </w:rPr>
        <w:t>Bộ Khoa học và Công nghệ thông báo kết quả đối với đề xuất như sau:</w:t>
      </w:r>
    </w:p>
    <w:p w14:paraId="66FA4785" w14:textId="77777777" w:rsidR="00BF043B" w:rsidRPr="00097604" w:rsidRDefault="00971749" w:rsidP="00791E24">
      <w:pPr>
        <w:spacing w:after="0" w:line="252" w:lineRule="auto"/>
        <w:ind w:firstLine="720"/>
        <w:rPr>
          <w:sz w:val="28"/>
          <w:szCs w:val="28"/>
        </w:rPr>
      </w:pPr>
      <w:r w:rsidRPr="00097604">
        <w:rPr>
          <w:color w:val="000000"/>
          <w:sz w:val="24"/>
          <w:szCs w:val="28"/>
        </w:rPr>
        <w:t>1. Tên đề xuất: …</w:t>
      </w:r>
    </w:p>
    <w:p w14:paraId="2A96B0D4" w14:textId="77777777" w:rsidR="00BF043B" w:rsidRPr="00097604" w:rsidRDefault="00971749" w:rsidP="00791E24">
      <w:pPr>
        <w:spacing w:after="0" w:line="252" w:lineRule="auto"/>
        <w:ind w:firstLine="720"/>
        <w:rPr>
          <w:sz w:val="28"/>
          <w:szCs w:val="28"/>
        </w:rPr>
      </w:pPr>
      <w:r w:rsidRPr="00097604">
        <w:rPr>
          <w:color w:val="000000"/>
          <w:sz w:val="24"/>
          <w:szCs w:val="28"/>
        </w:rPr>
        <w:t>2. Cơ quan đề xuất: …</w:t>
      </w:r>
    </w:p>
    <w:p w14:paraId="720A83FD" w14:textId="77777777" w:rsidR="00BF043B" w:rsidRPr="00097604" w:rsidRDefault="00971749" w:rsidP="00791E24">
      <w:pPr>
        <w:spacing w:after="0" w:line="252" w:lineRule="auto"/>
        <w:ind w:firstLine="720"/>
        <w:rPr>
          <w:sz w:val="28"/>
          <w:szCs w:val="28"/>
        </w:rPr>
      </w:pPr>
      <w:r w:rsidRPr="00097604">
        <w:rPr>
          <w:color w:val="000000"/>
          <w:sz w:val="24"/>
          <w:szCs w:val="28"/>
        </w:rPr>
        <w:t>3. Tổ chức đầu mối dự kiến quản lý, vận hành: …</w:t>
      </w:r>
    </w:p>
    <w:p w14:paraId="18766BFC" w14:textId="77777777" w:rsidR="00BF043B" w:rsidRPr="00097604" w:rsidRDefault="00971749" w:rsidP="00791E24">
      <w:pPr>
        <w:spacing w:after="0" w:line="252" w:lineRule="auto"/>
        <w:ind w:firstLine="720"/>
        <w:jc w:val="left"/>
        <w:rPr>
          <w:sz w:val="28"/>
          <w:szCs w:val="28"/>
        </w:rPr>
      </w:pPr>
      <w:r>
        <w:rPr>
          <w:color w:val="000000"/>
          <w:sz w:val="24"/>
          <w:szCs w:val="28"/>
        </w:rPr>
        <w:t>4. Kết quả đánh giá về tiêu chí: □ Đạt yêu cầu  □ Không đạt yêu cầu.</w:t>
      </w:r>
    </w:p>
    <w:p>
      <w:pPr>
        <w:spacing w:after="0" w:line="252" w:lineRule="auto"/>
        <w:ind w:firstLine="720"/>
        <w:jc w:val="left"/>
        <w:rPr>
          <w:sz w:val="28"/>
          <w:szCs w:val="28"/>
        </w:rPr>
      </w:pPr>
      <w:r>
        <w:rPr>
          <w:color w:val="000000"/>
          <w:sz w:val="24"/>
          <w:szCs w:val="28"/>
        </w:rPr>
        <w:t>5. Kết quả lựa chọn hoặc tình trạng xử lý (nếu có): □ Đạt yêu cầu nhưng chưa được lựa chọn trình trong đợt. □ Đã trình nhưng không có trong Danh mục được phê duyệt. □ Đã được phê duyệt trong Danh mục. □ Trường hợp khác theo ý kiến cấp có thẩm quyền: …</w:t>
      </w:r>
    </w:p>
    <w:p w14:paraId="12196BC1" w14:textId="77777777" w:rsidR="00BF043B" w:rsidRPr="00097604" w:rsidRDefault="00971749" w:rsidP="00791E24">
      <w:pPr>
        <w:spacing w:after="0" w:line="252" w:lineRule="auto"/>
        <w:ind w:firstLine="720"/>
        <w:rPr>
          <w:sz w:val="28"/>
          <w:szCs w:val="28"/>
        </w:rPr>
      </w:pPr>
      <w:r w:rsidRPr="00097604">
        <w:rPr>
          <w:color w:val="000000"/>
          <w:sz w:val="24"/>
          <w:szCs w:val="28"/>
        </w:rPr>
        <w:t>6. Tổng điểm và điểm từng nhóm tiêu chí; điểm tiêu chí 1.4, 3.4 và 4.2: …</w:t>
      </w:r>
    </w:p>
    <w:p w14:paraId="74479058" w14:textId="77777777" w:rsidR="00BF043B" w:rsidRPr="00097604" w:rsidRDefault="00971749" w:rsidP="00791E24">
      <w:pPr>
        <w:spacing w:after="0" w:line="252" w:lineRule="auto"/>
        <w:ind w:firstLine="720"/>
        <w:rPr>
          <w:sz w:val="28"/>
          <w:szCs w:val="28"/>
        </w:rPr>
      </w:pPr>
      <w:r>
        <w:rPr>
          <w:color w:val="000000"/>
          <w:sz w:val="24"/>
        </w:rPr>
        <w:t>7. Lý do/nội dung chính cần lưu ý: …</w:t>
      </w:r>
    </w:p>
    <w:p w14:paraId="787979E0" w14:textId="77777777" w:rsidR="00BF043B" w:rsidRPr="00097604" w:rsidRDefault="00971749" w:rsidP="00791E24">
      <w:pPr>
        <w:spacing w:after="0" w:line="252" w:lineRule="auto"/>
        <w:ind w:firstLine="720"/>
        <w:rPr>
          <w:sz w:val="28"/>
          <w:szCs w:val="28"/>
        </w:rPr>
      </w:pPr>
      <w:r>
        <w:rPr>
          <w:color w:val="000000"/>
          <w:sz w:val="24"/>
          <w:szCs w:val="28"/>
        </w:rPr>
        <w:t>8. Nội dung cần tiếp tục hoàn thiện, cập nhật (nếu có): …</w:t>
      </w:r>
    </w:p>
    <w:p w14:paraId="67457498" w14:textId="77777777" w:rsidR="00BF043B" w:rsidRPr="00097604" w:rsidRDefault="00971749" w:rsidP="00791E24">
      <w:pPr>
        <w:spacing w:after="0" w:line="252" w:lineRule="auto"/>
        <w:ind w:firstLine="720"/>
        <w:rPr>
          <w:sz w:val="28"/>
          <w:szCs w:val="28"/>
        </w:rPr>
      </w:pPr>
      <w:r>
        <w:rPr>
          <w:color w:val="000000"/>
          <w:sz w:val="24"/>
        </w:rPr>
        <w:t>Việc kế thừa hồ sơ, dữ liệu và kết quả xác minh còn giá trị được thực hiện theo khoản 3 Điều 21 Thông tư này.</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36"/>
        <w:gridCol w:w="4536"/>
      </w:tblGrid>
      <w:tr w:rsidR="00BF043B" w:rsidRPr="00097604" w14:paraId="6CC4BF21" w14:textId="77777777">
        <w:trPr>
          <w:jc w:val="center"/>
        </w:trPr>
        <w:tc>
          <w:tcPr>
            <w:tcW w:w="4536" w:type="dxa"/>
          </w:tcPr>
          <w:p w14:paraId="6E96CC8C" w14:textId="77777777" w:rsidR="00BF043B" w:rsidRPr="00097604" w:rsidRDefault="00971749" w:rsidP="00791E24">
            <w:pPr>
              <w:spacing w:after="0" w:line="240" w:lineRule="auto"/>
              <w:ind w:firstLine="0"/>
              <w:jc w:val="left"/>
              <w:rPr>
                <w:bCs/>
                <w:sz w:val="22"/>
              </w:rPr>
            </w:pPr>
            <w:r w:rsidRPr="00097604">
              <w:rPr>
                <w:b/>
                <w:sz w:val="22"/>
              </w:rPr>
              <w:t>Nơi nhận:</w:t>
            </w:r>
            <w:r w:rsidRPr="00097604">
              <w:rPr>
                <w:b/>
                <w:bCs/>
                <w:sz w:val="22"/>
              </w:rPr>
              <w:br/>
              <w:t>- Như trên;</w:t>
            </w:r>
            <w:r w:rsidRPr="00097604">
              <w:rPr>
                <w:b/>
                <w:bCs/>
                <w:sz w:val="22"/>
              </w:rPr>
              <w:br/>
              <w:t>- Lưu: VT, CN.</w:t>
            </w:r>
          </w:p>
          <w:p w14:paraId="2A321531" w14:textId="77777777" w:rsidR="00BF043B" w:rsidRPr="00097604" w:rsidRDefault="00BF043B" w:rsidP="00791E24">
            <w:pPr>
              <w:spacing w:after="0" w:line="240" w:lineRule="auto"/>
              <w:ind w:firstLine="0"/>
              <w:rPr>
                <w:sz w:val="28"/>
                <w:szCs w:val="28"/>
              </w:rPr>
            </w:pPr>
          </w:p>
          <w:p w14:paraId="5E63B5DE" w14:textId="77777777" w:rsidR="00BF043B" w:rsidRPr="00097604" w:rsidRDefault="00BF043B" w:rsidP="00791E24">
            <w:pPr>
              <w:spacing w:after="0" w:line="240" w:lineRule="auto"/>
              <w:ind w:firstLine="0"/>
              <w:rPr>
                <w:sz w:val="28"/>
                <w:szCs w:val="28"/>
              </w:rPr>
            </w:pPr>
          </w:p>
          <w:p w14:paraId="3244E0EA" w14:textId="77777777" w:rsidR="00BF043B" w:rsidRPr="00097604" w:rsidRDefault="00BF043B" w:rsidP="00791E24">
            <w:pPr>
              <w:spacing w:after="0" w:line="240" w:lineRule="auto"/>
              <w:ind w:firstLine="0"/>
              <w:rPr>
                <w:sz w:val="28"/>
                <w:szCs w:val="28"/>
              </w:rPr>
            </w:pPr>
          </w:p>
        </w:tc>
        <w:tc>
          <w:tcPr>
            <w:tcW w:w="4536" w:type="dxa"/>
          </w:tcPr>
          <w:p w14:paraId="17752DA1" w14:textId="77777777" w:rsidR="00BF043B" w:rsidRPr="00097604" w:rsidRDefault="00791E24" w:rsidP="00791E24">
            <w:pPr>
              <w:spacing w:after="0" w:line="240" w:lineRule="auto"/>
              <w:ind w:firstLine="0"/>
              <w:jc w:val="center"/>
              <w:rPr>
                <w:b/>
                <w:bCs/>
                <w:sz w:val="28"/>
                <w:szCs w:val="28"/>
              </w:rPr>
            </w:pPr>
            <w:r w:rsidRPr="00097604">
              <w:rPr>
                <w:b/>
                <w:bCs/>
                <w:sz w:val="22"/>
                <w:szCs w:val="28"/>
              </w:rPr>
              <w:t>ĐẠI DIỆN</w:t>
            </w:r>
          </w:p>
          <w:p w14:paraId="05642AF2" w14:textId="77777777" w:rsidR="00791E24" w:rsidRPr="00097604" w:rsidRDefault="00791E24" w:rsidP="00791E24">
            <w:pPr>
              <w:spacing w:after="0" w:line="240" w:lineRule="auto"/>
              <w:ind w:firstLine="0"/>
              <w:jc w:val="center"/>
              <w:rPr>
                <w:b/>
                <w:bCs/>
                <w:sz w:val="28"/>
                <w:szCs w:val="28"/>
              </w:rPr>
            </w:pPr>
            <w:r w:rsidRPr="00097604">
              <w:rPr>
                <w:b/>
                <w:bCs/>
                <w:sz w:val="22"/>
                <w:szCs w:val="28"/>
              </w:rPr>
              <w:t>BỘ KHOA HỌC VÀ CÔNG NGHỆ</w:t>
            </w:r>
          </w:p>
          <w:p w14:paraId="6ED034E4" w14:textId="77777777" w:rsidR="00BF043B" w:rsidRPr="00097604" w:rsidRDefault="00971749" w:rsidP="00791E24">
            <w:pPr>
              <w:spacing w:after="0" w:line="240" w:lineRule="auto"/>
              <w:ind w:firstLine="0"/>
              <w:jc w:val="center"/>
              <w:rPr>
                <w:sz w:val="28"/>
                <w:szCs w:val="28"/>
              </w:rPr>
            </w:pPr>
            <w:r w:rsidRPr="00097604">
              <w:rPr>
                <w:b/>
                <w:i/>
                <w:sz w:val="22"/>
                <w:szCs w:val="28"/>
              </w:rPr>
              <w:t>(Ký, ghi rõ họ tên)</w:t>
            </w:r>
          </w:p>
          <w:p w14:paraId="448A0AC2" w14:textId="77777777" w:rsidR="00BF043B" w:rsidRPr="00097604" w:rsidRDefault="00BF043B" w:rsidP="00791E24">
            <w:pPr>
              <w:spacing w:after="0" w:line="240" w:lineRule="auto"/>
              <w:ind w:firstLine="0"/>
              <w:rPr>
                <w:sz w:val="28"/>
                <w:szCs w:val="28"/>
              </w:rPr>
            </w:pPr>
          </w:p>
          <w:p w14:paraId="7ECB9F19" w14:textId="77777777" w:rsidR="00BF043B" w:rsidRPr="00097604" w:rsidRDefault="00BF043B" w:rsidP="00791E24">
            <w:pPr>
              <w:spacing w:after="0" w:line="240" w:lineRule="auto"/>
              <w:ind w:firstLine="0"/>
              <w:rPr>
                <w:sz w:val="28"/>
                <w:szCs w:val="28"/>
              </w:rPr>
            </w:pPr>
          </w:p>
          <w:p w14:paraId="64A36E20" w14:textId="77777777" w:rsidR="00BF043B" w:rsidRPr="00097604" w:rsidRDefault="00BF043B" w:rsidP="00791E24">
            <w:pPr>
              <w:spacing w:after="0" w:line="240" w:lineRule="auto"/>
              <w:ind w:firstLine="0"/>
              <w:rPr>
                <w:sz w:val="28"/>
                <w:szCs w:val="28"/>
              </w:rPr>
            </w:pPr>
          </w:p>
        </w:tc>
      </w:tr>
    </w:tbl>
    <w:p w14:paraId="52E53858" w14:textId="77777777" w:rsidR="005039E6" w:rsidRPr="00097604" w:rsidRDefault="005039E6"/>
    <w:sectPr w:rsidR="005039E6" w:rsidRPr="00097604" w:rsidSect="00C85397">
      <w:headerReference w:type="default" r:id="rId19"/>
      <w:pgSz w:w="11907" w:h="16840" w:code="9"/>
      <w:pgMar w:top="1134" w:right="1134" w:bottom="1134" w:left="1701"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2700A" w14:textId="77777777" w:rsidR="00896202" w:rsidRDefault="00896202">
      <w:pPr>
        <w:spacing w:after="0" w:line="240" w:lineRule="auto"/>
      </w:pPr>
      <w:r>
        <w:separator/>
      </w:r>
    </w:p>
  </w:endnote>
  <w:endnote w:type="continuationSeparator" w:id="0">
    <w:p w14:paraId="3810D4F8" w14:textId="77777777" w:rsidR="00896202" w:rsidRDefault="0089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9FB44" w14:textId="77777777" w:rsidR="00896202" w:rsidRDefault="00896202">
      <w:pPr>
        <w:spacing w:after="0" w:line="240" w:lineRule="auto"/>
      </w:pPr>
      <w:r>
        <w:separator/>
      </w:r>
    </w:p>
  </w:footnote>
  <w:footnote w:type="continuationSeparator" w:id="0">
    <w:p w14:paraId="21ED31AC" w14:textId="77777777" w:rsidR="00896202" w:rsidRDefault="00896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33D7" w14:textId="77777777" w:rsidR="007F03E4" w:rsidRDefault="00000000">
    <w:pPr>
      <w:jc w:val="center"/>
    </w:pPr>
    <w:r>
      <w:rPr>
        <w:sz w:val="24"/>
      </w:rPr>
      <w:fldChar w:fldCharType="begin"/>
    </w:r>
    <w:r>
      <w:rPr>
        <w:sz w:val="24"/>
      </w:rPr>
      <w:instrText xml:space="preserve"> PAGE </w:instrText>
    </w:r>
    <w:r>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FEAC" w14:textId="77777777" w:rsidR="007F03E4" w:rsidRDefault="007F03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517E" w14:textId="77777777"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2</w:t>
    </w:r>
    <w:r>
      <w:rPr>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94F4" w14:textId="16D0788B"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3</w:t>
    </w:r>
    <w:r>
      <w:rPr>
        <w:sz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1CC0" w14:textId="4DBB6215"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7</w:t>
    </w:r>
    <w:r>
      <w:rPr>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4426" w14:textId="4C8D4A6A"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color w:val="000000"/>
        <w:sz w:val="24"/>
      </w:rPr>
      <w:t>10</w:t>
    </w:r>
    <w:r>
      <w:rPr>
        <w:sz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D019" w14:textId="579C3E2B"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color w:val="000000"/>
        <w:sz w:val="24"/>
      </w:rPr>
      <w:t>11</w:t>
    </w:r>
    <w:r>
      <w:rPr>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51AD" w14:textId="3619B1FE"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15</w:t>
    </w:r>
    <w:r>
      <w:rPr>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A1D9" w14:textId="0CC33E19"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16</w:t>
    </w:r>
    <w:r>
      <w:rPr>
        <w:sz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A177" w14:textId="4D8F3251"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sz w:val="24"/>
      </w:rPr>
      <w:t>17</w:t>
    </w:r>
    <w:r>
      <w:rPr>
        <w:sz w:val="24"/>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AEE1" w14:textId="176CA6B6"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color w:val="000000"/>
        <w:sz w:val="24"/>
      </w:rPr>
      <w:t>18</w:t>
    </w:r>
    <w:r>
      <w:rPr>
        <w:sz w:val="24"/>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12320" w14:textId="5BBACC8E" w:rsidR="007F03E4" w:rsidRDefault="00000000">
    <w:pPr>
      <w:jc w:val="center"/>
    </w:pPr>
    <w:r>
      <w:rPr>
        <w:sz w:val="24"/>
      </w:rPr>
      <w:fldChar w:fldCharType="begin"/>
    </w:r>
    <w:r>
      <w:rPr>
        <w:sz w:val="24"/>
      </w:rPr>
      <w:instrText xml:space="preserve"> PAGE </w:instrText>
    </w:r>
    <w:r w:rsidR="0036493D">
      <w:rPr>
        <w:sz w:val="24"/>
      </w:rPr>
      <w:fldChar w:fldCharType="separate"/>
    </w:r>
    <w:r w:rsidR="0036493D">
      <w:rPr>
        <w:noProof/>
        <w:color w:val="000000"/>
        <w:sz w:val="24"/>
      </w:rPr>
      <w:t>19</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356F0"/>
    <w:multiLevelType w:val="hybridMultilevel"/>
    <w:tmpl w:val="F524F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6665A0"/>
    <w:multiLevelType w:val="hybridMultilevel"/>
    <w:tmpl w:val="1096B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1977258">
    <w:abstractNumId w:val="8"/>
  </w:num>
  <w:num w:numId="2" w16cid:durableId="1934584125">
    <w:abstractNumId w:val="6"/>
  </w:num>
  <w:num w:numId="3" w16cid:durableId="838303378">
    <w:abstractNumId w:val="5"/>
  </w:num>
  <w:num w:numId="4" w16cid:durableId="2040548836">
    <w:abstractNumId w:val="4"/>
  </w:num>
  <w:num w:numId="5" w16cid:durableId="989791357">
    <w:abstractNumId w:val="7"/>
  </w:num>
  <w:num w:numId="6" w16cid:durableId="644747655">
    <w:abstractNumId w:val="3"/>
  </w:num>
  <w:num w:numId="7" w16cid:durableId="421992266">
    <w:abstractNumId w:val="2"/>
  </w:num>
  <w:num w:numId="8" w16cid:durableId="619454058">
    <w:abstractNumId w:val="1"/>
  </w:num>
  <w:num w:numId="9" w16cid:durableId="1817869252">
    <w:abstractNumId w:val="0"/>
  </w:num>
  <w:num w:numId="10" w16cid:durableId="634066559">
    <w:abstractNumId w:val="10"/>
  </w:num>
  <w:num w:numId="11" w16cid:durableId="17596736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379E"/>
    <w:rsid w:val="00034616"/>
    <w:rsid w:val="0006063C"/>
    <w:rsid w:val="00097604"/>
    <w:rsid w:val="000E2FD6"/>
    <w:rsid w:val="0011573F"/>
    <w:rsid w:val="0015074B"/>
    <w:rsid w:val="001932EF"/>
    <w:rsid w:val="001F64BE"/>
    <w:rsid w:val="0021548E"/>
    <w:rsid w:val="00247B1F"/>
    <w:rsid w:val="00267F9B"/>
    <w:rsid w:val="0029639D"/>
    <w:rsid w:val="00297145"/>
    <w:rsid w:val="002B5D98"/>
    <w:rsid w:val="002E100C"/>
    <w:rsid w:val="00320A8D"/>
    <w:rsid w:val="00326F90"/>
    <w:rsid w:val="0036493D"/>
    <w:rsid w:val="003D7A30"/>
    <w:rsid w:val="004045AB"/>
    <w:rsid w:val="004508D6"/>
    <w:rsid w:val="00462883"/>
    <w:rsid w:val="004D4600"/>
    <w:rsid w:val="005039E6"/>
    <w:rsid w:val="005565A7"/>
    <w:rsid w:val="005E2066"/>
    <w:rsid w:val="005F6903"/>
    <w:rsid w:val="006018A6"/>
    <w:rsid w:val="0063243B"/>
    <w:rsid w:val="00634ECD"/>
    <w:rsid w:val="00655CAA"/>
    <w:rsid w:val="00671458"/>
    <w:rsid w:val="006A06E2"/>
    <w:rsid w:val="006C08CB"/>
    <w:rsid w:val="006E6001"/>
    <w:rsid w:val="00705DA2"/>
    <w:rsid w:val="007206BB"/>
    <w:rsid w:val="00752D9C"/>
    <w:rsid w:val="00762CD7"/>
    <w:rsid w:val="00772EEF"/>
    <w:rsid w:val="00791E24"/>
    <w:rsid w:val="007A2582"/>
    <w:rsid w:val="007B6854"/>
    <w:rsid w:val="007F03E4"/>
    <w:rsid w:val="007F0935"/>
    <w:rsid w:val="0080178B"/>
    <w:rsid w:val="0082611F"/>
    <w:rsid w:val="00896202"/>
    <w:rsid w:val="0096045B"/>
    <w:rsid w:val="00971749"/>
    <w:rsid w:val="009F15A1"/>
    <w:rsid w:val="009F63FA"/>
    <w:rsid w:val="00A24BF6"/>
    <w:rsid w:val="00A27058"/>
    <w:rsid w:val="00A340DD"/>
    <w:rsid w:val="00A80521"/>
    <w:rsid w:val="00AA1D8D"/>
    <w:rsid w:val="00AC228A"/>
    <w:rsid w:val="00AF0CEE"/>
    <w:rsid w:val="00B057E7"/>
    <w:rsid w:val="00B47730"/>
    <w:rsid w:val="00B747B1"/>
    <w:rsid w:val="00BA30EF"/>
    <w:rsid w:val="00BF043B"/>
    <w:rsid w:val="00C460B8"/>
    <w:rsid w:val="00C85397"/>
    <w:rsid w:val="00CA4208"/>
    <w:rsid w:val="00CB0664"/>
    <w:rsid w:val="00CF581D"/>
    <w:rsid w:val="00D060C1"/>
    <w:rsid w:val="00D32C80"/>
    <w:rsid w:val="00D90DB3"/>
    <w:rsid w:val="00DA5C7E"/>
    <w:rsid w:val="00DB5184"/>
    <w:rsid w:val="00DC5042"/>
    <w:rsid w:val="00E2790A"/>
    <w:rsid w:val="00EC741E"/>
    <w:rsid w:val="00EF5AA6"/>
    <w:rsid w:val="00F36167"/>
    <w:rsid w:val="00F430F6"/>
    <w:rsid w:val="00F53278"/>
    <w:rsid w:val="00F568D1"/>
    <w:rsid w:val="00F750EC"/>
    <w:rsid w:val="00FC231D"/>
    <w:rsid w:val="00FC693F"/>
    <w:rsid w:val="00FF4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6912B"/>
  <w14:defaultImageDpi w14:val="300"/>
  <w15:docId w15:val="{5FE69012-26CA-46E4-9283-366ED7469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before="80" w:after="40"/>
      <w:jc w:val="both"/>
    </w:pPr>
    <w:rPr>
      <w:rFonts w:ascii="Times New Roman" w:eastAsia="Times New Roman" w:hAnsi="Times New Roman"/>
      <w:b/>
      <w:sz w:val="26"/>
    </w:rPr>
  </w:style>
  <w:style w:type="paragraph" w:customStyle="1" w:styleId="Chapter">
    <w:name w:val="Chapter"/>
    <w:pPr>
      <w:spacing w:before="160" w:after="0"/>
      <w:jc w:val="center"/>
    </w:pPr>
    <w:rPr>
      <w:rFonts w:ascii="Times New Roman" w:eastAsia="Times New Roman" w:hAnsi="Times New Roman"/>
      <w:b/>
      <w:sz w:val="28"/>
    </w:rPr>
  </w:style>
  <w:style w:type="paragraph" w:customStyle="1" w:styleId="ChapterTitle">
    <w:name w:val="ChapterTitle"/>
    <w:pPr>
      <w:spacing w:after="120"/>
      <w:jc w:val="center"/>
    </w:pPr>
    <w:rPr>
      <w:rFonts w:ascii="Times New Roman" w:eastAsia="Times New Roman" w:hAnsi="Times New Roman"/>
      <w:b/>
      <w:sz w:val="28"/>
    </w:rPr>
  </w:style>
  <w:style w:type="paragraph" w:customStyle="1" w:styleId="AnnexTitle">
    <w:name w:val="AnnexTitle"/>
    <w:pPr>
      <w:spacing w:after="80"/>
      <w:jc w:val="center"/>
    </w:pPr>
    <w:rPr>
      <w:rFonts w:ascii="Times New Roman" w:eastAsia="Times New Roman" w:hAnsi="Times New Roman"/>
      <w:b/>
      <w:sz w:val="28"/>
    </w:rPr>
  </w:style>
  <w:style w:type="paragraph" w:customStyle="1" w:styleId="Preamble">
    <w:name w:val="Preamble"/>
    <w:pPr>
      <w:spacing w:after="40"/>
      <w:ind w:firstLine="567"/>
      <w:jc w:val="both"/>
    </w:pPr>
    <w:rPr>
      <w:rFonts w:ascii="Times New Roman" w:eastAsia="Times New Roman" w:hAnsi="Times New Roman"/>
      <w:sz w:val="26"/>
    </w:rPr>
  </w:style>
  <w:style w:type="paragraph" w:customStyle="1" w:styleId="NoIndent">
    <w:name w:val="NoIndent"/>
    <w:pPr>
      <w:spacing w:after="40"/>
    </w:pPr>
    <w:rPr>
      <w:rFonts w:ascii="Times New Roman" w:eastAsia="Times New Roman" w:hAnsi="Times New Roman"/>
      <w:sz w:val="26"/>
    </w:rPr>
  </w:style>
  <w:style w:type="paragraph" w:customStyle="1" w:styleId="Centered">
    <w:name w:val="Centered"/>
    <w:pPr>
      <w:spacing w:after="40"/>
      <w:jc w:val="center"/>
    </w:pPr>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79B4B-961F-4055-9295-4C15B03D9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Pages>
  <Words>4392</Words>
  <Characters>25038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Dự thảo Thông tư quy định tiêu chí đánh giá, lựa chọn trung tâm nghiên cứu, thử nghiệm quốc gia, phòng thí nghiệm trọng điểm quốc gia tập trung cho công nghệ chiến lược</vt:lpstr>
    </vt:vector>
  </TitlesOfParts>
  <Manager/>
  <Company/>
  <LinksUpToDate>false</LinksUpToDate>
  <CharactersWithSpaces>29372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Nghiem Dinh Gia</cp:lastModifiedBy>
  <cp:revision>3</cp:revision>
  <dcterms:created xsi:type="dcterms:W3CDTF">2013-12-23T23:15:00Z</dcterms:created>
  <dcterms:modified xsi:type="dcterms:W3CDTF">2026-10-05T15:19:00Z</dcterms:modified>
  <cp:category/>
</cp:coreProperties>
</file>