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92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55"/>
        <w:gridCol w:w="5310"/>
      </w:tblGrid>
      <w:tr w:rsidR="00B96EF7" w:rsidRPr="00B96EF7" w14:paraId="1A98BE17" w14:textId="77777777" w:rsidTr="00913E28">
        <w:trPr>
          <w:trHeight w:val="900"/>
        </w:trPr>
        <w:tc>
          <w:tcPr>
            <w:tcW w:w="3955" w:type="dxa"/>
          </w:tcPr>
          <w:bookmarkStart w:id="0" w:name="_GoBack"/>
          <w:bookmarkEnd w:id="0"/>
          <w:p w14:paraId="6DBF81B0" w14:textId="73227508" w:rsidR="00913E28" w:rsidRPr="00B96EF7" w:rsidRDefault="00913E28" w:rsidP="00913E28">
            <w:pPr>
              <w:widowControl w:val="0"/>
              <w:spacing w:before="40"/>
              <w:jc w:val="center"/>
              <w:rPr>
                <w:rFonts w:ascii="Arial" w:eastAsia="Arial" w:hAnsi="Arial" w:cs="Arial"/>
                <w:lang w:val="en-US"/>
              </w:rPr>
            </w:pPr>
            <w:r w:rsidRPr="00B96EF7">
              <w:rPr>
                <w:rFonts w:ascii="Times New Roman" w:eastAsia="Times New Roman" w:hAnsi="Times New Roman" w:cs="Times New Roman"/>
                <w:b/>
                <w:bCs/>
                <w:noProof/>
                <w:sz w:val="24"/>
                <w:szCs w:val="24"/>
                <w:lang w:val="en-US" w:eastAsia="en-US"/>
              </w:rPr>
              <mc:AlternateContent>
                <mc:Choice Requires="wps">
                  <w:drawing>
                    <wp:anchor distT="0" distB="0" distL="114300" distR="114300" simplePos="0" relativeHeight="251663360" behindDoc="0" locked="0" layoutInCell="1" allowOverlap="1" wp14:anchorId="0BF096D1" wp14:editId="6177900F">
                      <wp:simplePos x="0" y="0"/>
                      <wp:positionH relativeFrom="column">
                        <wp:posOffset>651949</wp:posOffset>
                      </wp:positionH>
                      <wp:positionV relativeFrom="paragraph">
                        <wp:posOffset>243547</wp:posOffset>
                      </wp:positionV>
                      <wp:extent cx="1104313" cy="0"/>
                      <wp:effectExtent l="0" t="0" r="0" b="0"/>
                      <wp:wrapNone/>
                      <wp:docPr id="450377729" name="Straight Connector 5"/>
                      <wp:cNvGraphicFramePr/>
                      <a:graphic xmlns:a="http://schemas.openxmlformats.org/drawingml/2006/main">
                        <a:graphicData uri="http://schemas.microsoft.com/office/word/2010/wordprocessingShape">
                          <wps:wsp>
                            <wps:cNvCnPr/>
                            <wps:spPr>
                              <a:xfrm>
                                <a:off x="0" y="0"/>
                                <a:ext cx="110431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7D6E9FA" id="Straight Connector 5"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51.35pt,19.2pt" to="138.3pt,1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" strokecolor="black [3040]"/>
                  </w:pict>
                </mc:Fallback>
              </mc:AlternateContent>
            </w:r>
            <w:r w:rsidRPr="00B96EF7">
              <w:rPr>
                <w:rFonts w:ascii="Times New Roman" w:eastAsia="Times New Roman" w:hAnsi="Times New Roman" w:cs="Times New Roman"/>
                <w:b/>
                <w:bCs/>
                <w:sz w:val="24"/>
                <w:szCs w:val="24"/>
              </w:rPr>
              <w:t>BỘ KHOA HỌC VÀ CÔNG NGHỆ</w:t>
            </w:r>
          </w:p>
        </w:tc>
        <w:tc>
          <w:tcPr>
            <w:tcW w:w="5310" w:type="dxa"/>
          </w:tcPr>
          <w:p w14:paraId="66DF2B9B" w14:textId="71C05D4B" w:rsidR="00913E28" w:rsidRPr="00B96EF7" w:rsidRDefault="00913E28" w:rsidP="00913E28">
            <w:pPr>
              <w:widowControl w:val="0"/>
              <w:spacing w:before="40"/>
              <w:jc w:val="center"/>
              <w:rPr>
                <w:rFonts w:ascii="Arial" w:eastAsia="Arial" w:hAnsi="Arial" w:cs="Arial"/>
                <w:lang w:val="en-US"/>
              </w:rPr>
            </w:pPr>
            <w:r w:rsidRPr="00B96EF7">
              <w:rPr>
                <w:rFonts w:ascii="Times New Roman" w:eastAsia="Times New Roman" w:hAnsi="Times New Roman" w:cs="Times New Roman"/>
                <w:b/>
                <w:bCs/>
                <w:noProof/>
                <w:sz w:val="24"/>
                <w:szCs w:val="24"/>
                <w:lang w:val="en-US" w:eastAsia="en-US"/>
              </w:rPr>
              <mc:AlternateContent>
                <mc:Choice Requires="wps">
                  <w:drawing>
                    <wp:anchor distT="0" distB="0" distL="114300" distR="114300" simplePos="0" relativeHeight="251662336" behindDoc="0" locked="0" layoutInCell="1" allowOverlap="1" wp14:anchorId="7BC7FE5A" wp14:editId="621A3B89">
                      <wp:simplePos x="0" y="0"/>
                      <wp:positionH relativeFrom="column">
                        <wp:posOffset>599489</wp:posOffset>
                      </wp:positionH>
                      <wp:positionV relativeFrom="paragraph">
                        <wp:posOffset>440055</wp:posOffset>
                      </wp:positionV>
                      <wp:extent cx="2025748" cy="0"/>
                      <wp:effectExtent l="0" t="0" r="0" b="0"/>
                      <wp:wrapNone/>
                      <wp:docPr id="1662026961" name="Straight Connector 6"/>
                      <wp:cNvGraphicFramePr/>
                      <a:graphic xmlns:a="http://schemas.openxmlformats.org/drawingml/2006/main">
                        <a:graphicData uri="http://schemas.microsoft.com/office/word/2010/wordprocessingShape">
                          <wps:wsp>
                            <wps:cNvCnPr/>
                            <wps:spPr>
                              <a:xfrm>
                                <a:off x="0" y="0"/>
                                <a:ext cx="2025748"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31A14F2" id="Straight Connector 6"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47.2pt,34.65pt" to="206.7pt,3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" strokecolor="black [3040]"/>
                  </w:pict>
                </mc:Fallback>
              </mc:AlternateContent>
            </w:r>
            <w:r w:rsidRPr="00B96EF7">
              <w:rPr>
                <w:rFonts w:ascii="Times New Roman" w:eastAsia="Times New Roman" w:hAnsi="Times New Roman" w:cs="Times New Roman"/>
                <w:b/>
                <w:bCs/>
                <w:sz w:val="24"/>
                <w:szCs w:val="24"/>
              </w:rPr>
              <w:t>CỘNG HÒA XÃ HỘI CHỦ NGHĨA VIỆT NAM</w:t>
            </w:r>
            <w:r w:rsidRPr="00B96EF7">
              <w:rPr>
                <w:rFonts w:ascii="Times New Roman" w:eastAsia="Times New Roman" w:hAnsi="Times New Roman" w:cs="Times New Roman"/>
                <w:b/>
                <w:bCs/>
                <w:sz w:val="28"/>
                <w:szCs w:val="28"/>
              </w:rPr>
              <w:br/>
            </w:r>
            <w:r w:rsidRPr="00B96EF7">
              <w:rPr>
                <w:rFonts w:ascii="Times New Roman" w:eastAsia="Times New Roman" w:hAnsi="Times New Roman" w:cs="Times New Roman"/>
                <w:b/>
                <w:bCs/>
                <w:sz w:val="26"/>
                <w:szCs w:val="26"/>
              </w:rPr>
              <w:t>Độc lập - Tự do - Hạnh phúc</w:t>
            </w:r>
          </w:p>
        </w:tc>
      </w:tr>
      <w:tr w:rsidR="00913E28" w:rsidRPr="00B96EF7" w14:paraId="64D1A393" w14:textId="77777777" w:rsidTr="00913E28">
        <w:tc>
          <w:tcPr>
            <w:tcW w:w="3955" w:type="dxa"/>
          </w:tcPr>
          <w:p w14:paraId="771DAD5A" w14:textId="5B20BDC3" w:rsidR="00913E28" w:rsidRPr="00B96EF7" w:rsidRDefault="00913E28">
            <w:pPr>
              <w:widowControl w:val="0"/>
              <w:spacing w:before="120" w:after="120" w:line="360" w:lineRule="auto"/>
              <w:jc w:val="center"/>
              <w:rPr>
                <w:rFonts w:ascii="Times New Roman" w:eastAsia="Times New Roman" w:hAnsi="Times New Roman" w:cs="Times New Roman"/>
                <w:b/>
                <w:bCs/>
                <w:sz w:val="24"/>
                <w:szCs w:val="24"/>
              </w:rPr>
            </w:pPr>
            <w:r w:rsidRPr="00B96EF7">
              <w:rPr>
                <w:rFonts w:ascii="Times New Roman" w:eastAsia="Times New Roman" w:hAnsi="Times New Roman" w:cs="Times New Roman"/>
                <w:sz w:val="26"/>
                <w:szCs w:val="26"/>
              </w:rPr>
              <w:t>Số:          /2026/TT-BKHCN</w:t>
            </w:r>
          </w:p>
        </w:tc>
        <w:tc>
          <w:tcPr>
            <w:tcW w:w="5310" w:type="dxa"/>
          </w:tcPr>
          <w:p w14:paraId="489059CB" w14:textId="7C03D180" w:rsidR="00913E28" w:rsidRPr="00B96EF7" w:rsidRDefault="00913E28">
            <w:pPr>
              <w:widowControl w:val="0"/>
              <w:spacing w:before="120" w:after="120" w:line="360" w:lineRule="auto"/>
              <w:jc w:val="center"/>
              <w:rPr>
                <w:rFonts w:ascii="Arial" w:eastAsia="Arial" w:hAnsi="Arial" w:cs="Arial"/>
                <w:lang w:val="en-US"/>
              </w:rPr>
            </w:pPr>
            <w:r w:rsidRPr="00B96EF7">
              <w:rPr>
                <w:rFonts w:ascii="Times New Roman" w:eastAsia="Times New Roman" w:hAnsi="Times New Roman" w:cs="Times New Roman"/>
                <w:i/>
                <w:iCs/>
                <w:sz w:val="26"/>
                <w:szCs w:val="26"/>
              </w:rPr>
              <w:t>Hà Nội, ngày         tháng       năm 2026</w:t>
            </w:r>
          </w:p>
        </w:tc>
      </w:tr>
    </w:tbl>
    <w:p w14:paraId="22BB6164" w14:textId="77777777" w:rsidR="00913E28" w:rsidRPr="00B96EF7" w:rsidRDefault="00913E28">
      <w:pPr>
        <w:widowControl w:val="0"/>
        <w:spacing w:before="120" w:after="120" w:line="360" w:lineRule="auto"/>
        <w:jc w:val="center"/>
        <w:rPr>
          <w:rFonts w:ascii="Arial" w:eastAsia="Arial" w:hAnsi="Arial" w:cs="Arial"/>
          <w:sz w:val="24"/>
          <w:szCs w:val="24"/>
          <w:lang w:val="en-US"/>
        </w:rPr>
      </w:pPr>
    </w:p>
    <w:p w14:paraId="10C10874" w14:textId="0C698C92" w:rsidR="00AC09D8" w:rsidRPr="00B96EF7" w:rsidRDefault="002E1D25" w:rsidP="00D82078">
      <w:pPr>
        <w:widowControl w:val="0"/>
        <w:spacing w:before="120" w:after="120" w:line="240" w:lineRule="auto"/>
        <w:jc w:val="center"/>
        <w:rPr>
          <w:rFonts w:ascii="Times New Roman" w:eastAsia="Times New Roman" w:hAnsi="Times New Roman" w:cs="Times New Roman"/>
          <w:b/>
          <w:bCs/>
          <w:sz w:val="28"/>
          <w:szCs w:val="28"/>
        </w:rPr>
      </w:pPr>
      <w:r w:rsidRPr="00B96EF7">
        <w:rPr>
          <w:rFonts w:ascii="Times New Roman" w:eastAsia="Times New Roman" w:hAnsi="Times New Roman" w:cs="Times New Roman"/>
          <w:b/>
          <w:bCs/>
          <w:sz w:val="28"/>
          <w:szCs w:val="28"/>
        </w:rPr>
        <w:t>THÔNG TƯ</w:t>
      </w:r>
    </w:p>
    <w:p w14:paraId="4E510F4B" w14:textId="77777777" w:rsidR="000966A9" w:rsidRPr="00B96EF7" w:rsidRDefault="002E1D25" w:rsidP="000966A9">
      <w:pPr>
        <w:widowControl w:val="0"/>
        <w:spacing w:after="0" w:line="240" w:lineRule="auto"/>
        <w:jc w:val="center"/>
        <w:rPr>
          <w:rFonts w:ascii="Times New Roman" w:eastAsia="Times New Roman" w:hAnsi="Times New Roman" w:cs="Times New Roman"/>
          <w:b/>
          <w:bCs/>
          <w:sz w:val="28"/>
          <w:szCs w:val="28"/>
          <w:lang w:val="en-US"/>
        </w:rPr>
      </w:pPr>
      <w:r w:rsidRPr="00B96EF7">
        <w:rPr>
          <w:rFonts w:ascii="Times New Roman" w:eastAsia="Times New Roman" w:hAnsi="Times New Roman" w:cs="Times New Roman"/>
          <w:b/>
          <w:bCs/>
          <w:sz w:val="28"/>
          <w:szCs w:val="28"/>
        </w:rPr>
        <w:t xml:space="preserve">Ban hành Điều lệ mẫu về tổ chức và hoạt động của Quỹ phát triển </w:t>
      </w:r>
    </w:p>
    <w:p w14:paraId="0F1FE694" w14:textId="77777777" w:rsidR="000966A9" w:rsidRPr="00B96EF7" w:rsidRDefault="002E1D25" w:rsidP="000966A9">
      <w:pPr>
        <w:widowControl w:val="0"/>
        <w:spacing w:after="0" w:line="240" w:lineRule="auto"/>
        <w:jc w:val="center"/>
        <w:rPr>
          <w:rFonts w:ascii="Times New Roman" w:eastAsia="Times New Roman" w:hAnsi="Times New Roman" w:cs="Times New Roman"/>
          <w:b/>
          <w:bCs/>
          <w:sz w:val="28"/>
          <w:szCs w:val="28"/>
          <w:lang w:val="en-US"/>
        </w:rPr>
      </w:pPr>
      <w:r w:rsidRPr="00B96EF7">
        <w:rPr>
          <w:rFonts w:ascii="Times New Roman" w:eastAsia="Times New Roman" w:hAnsi="Times New Roman" w:cs="Times New Roman"/>
          <w:b/>
          <w:bCs/>
          <w:sz w:val="28"/>
          <w:szCs w:val="28"/>
        </w:rPr>
        <w:t xml:space="preserve">khoa học, công nghệ và đổi mới sáng tạo của Bộ, cơ quan ngang Bộ, </w:t>
      </w:r>
    </w:p>
    <w:p w14:paraId="2BDBE55E" w14:textId="77777777" w:rsidR="000966A9" w:rsidRPr="00B96EF7" w:rsidRDefault="002E1D25" w:rsidP="000966A9">
      <w:pPr>
        <w:widowControl w:val="0"/>
        <w:spacing w:after="0" w:line="240" w:lineRule="auto"/>
        <w:jc w:val="center"/>
        <w:rPr>
          <w:rFonts w:ascii="Times New Roman" w:eastAsia="Times New Roman" w:hAnsi="Times New Roman" w:cs="Times New Roman"/>
          <w:b/>
          <w:bCs/>
          <w:sz w:val="28"/>
          <w:szCs w:val="28"/>
          <w:lang w:val="en-US"/>
        </w:rPr>
      </w:pPr>
      <w:r w:rsidRPr="00B96EF7">
        <w:rPr>
          <w:rFonts w:ascii="Times New Roman" w:eastAsia="Times New Roman" w:hAnsi="Times New Roman" w:cs="Times New Roman"/>
          <w:b/>
          <w:bCs/>
          <w:sz w:val="28"/>
          <w:szCs w:val="28"/>
        </w:rPr>
        <w:t xml:space="preserve">cơ quan thuộc Chính phủ, cơ quan khác ở trung ương, </w:t>
      </w:r>
    </w:p>
    <w:p w14:paraId="586DF6CC" w14:textId="55DD74EF" w:rsidR="00AC09D8" w:rsidRPr="00B96EF7" w:rsidRDefault="002E1D25" w:rsidP="000966A9">
      <w:pPr>
        <w:widowControl w:val="0"/>
        <w:spacing w:after="0" w:line="240" w:lineRule="auto"/>
        <w:jc w:val="center"/>
        <w:rPr>
          <w:rFonts w:ascii="Times New Roman" w:eastAsia="Times New Roman" w:hAnsi="Times New Roman" w:cs="Times New Roman"/>
          <w:b/>
          <w:bCs/>
          <w:sz w:val="28"/>
          <w:szCs w:val="28"/>
          <w:lang w:val="en-US"/>
        </w:rPr>
      </w:pPr>
      <w:r w:rsidRPr="00B96EF7">
        <w:rPr>
          <w:rFonts w:ascii="Times New Roman" w:eastAsia="Times New Roman" w:hAnsi="Times New Roman" w:cs="Times New Roman"/>
          <w:b/>
          <w:bCs/>
          <w:sz w:val="28"/>
          <w:szCs w:val="28"/>
        </w:rPr>
        <w:t>Ủy ban nhân dân cấp tỉnh</w:t>
      </w:r>
    </w:p>
    <w:p w14:paraId="2F4241EF" w14:textId="77777777" w:rsidR="000966A9" w:rsidRPr="00B96EF7" w:rsidRDefault="000966A9" w:rsidP="000966A9">
      <w:pPr>
        <w:widowControl w:val="0"/>
        <w:spacing w:after="0" w:line="240" w:lineRule="auto"/>
        <w:jc w:val="center"/>
        <w:rPr>
          <w:rFonts w:ascii="Times New Roman" w:eastAsia="Times New Roman" w:hAnsi="Times New Roman" w:cs="Times New Roman"/>
          <w:b/>
          <w:bCs/>
          <w:sz w:val="28"/>
          <w:szCs w:val="28"/>
          <w:lang w:val="en-US"/>
        </w:rPr>
      </w:pPr>
    </w:p>
    <w:p w14:paraId="0DA1D3D8" w14:textId="77777777" w:rsidR="00AC09D8" w:rsidRPr="00B96EF7" w:rsidRDefault="002E1D25" w:rsidP="00192475">
      <w:pPr>
        <w:widowControl w:val="0"/>
        <w:spacing w:after="120" w:line="300" w:lineRule="auto"/>
        <w:ind w:firstLine="720"/>
        <w:jc w:val="both"/>
        <w:rPr>
          <w:rFonts w:ascii="Times New Roman" w:eastAsia="Times New Roman" w:hAnsi="Times New Roman" w:cs="Times New Roman"/>
          <w:i/>
          <w:iCs/>
          <w:sz w:val="28"/>
          <w:szCs w:val="28"/>
        </w:rPr>
      </w:pPr>
      <w:r w:rsidRPr="00B96EF7">
        <w:rPr>
          <w:rFonts w:ascii="Times New Roman" w:eastAsia="Times New Roman" w:hAnsi="Times New Roman" w:cs="Times New Roman"/>
          <w:i/>
          <w:iCs/>
          <w:sz w:val="28"/>
          <w:szCs w:val="28"/>
        </w:rPr>
        <w:t xml:space="preserve">Căn cứ Luật Khoa học, công nghệ và đổi mới sáng tạo số 93/2025/QH15; </w:t>
      </w:r>
    </w:p>
    <w:p w14:paraId="1448AFE2" w14:textId="77777777" w:rsidR="00AC09D8" w:rsidRPr="00B96EF7" w:rsidRDefault="002E1D25" w:rsidP="00192475">
      <w:pPr>
        <w:widowControl w:val="0"/>
        <w:spacing w:after="120" w:line="300" w:lineRule="auto"/>
        <w:ind w:firstLine="720"/>
        <w:jc w:val="both"/>
        <w:rPr>
          <w:rFonts w:ascii="Times New Roman" w:eastAsia="Times New Roman" w:hAnsi="Times New Roman" w:cs="Times New Roman"/>
          <w:i/>
          <w:iCs/>
          <w:sz w:val="28"/>
          <w:szCs w:val="28"/>
          <w:lang w:val="en-US"/>
        </w:rPr>
      </w:pPr>
      <w:r w:rsidRPr="00B96EF7">
        <w:rPr>
          <w:rFonts w:ascii="Times New Roman" w:eastAsia="Times New Roman" w:hAnsi="Times New Roman" w:cs="Times New Roman"/>
          <w:i/>
          <w:iCs/>
          <w:sz w:val="28"/>
          <w:szCs w:val="28"/>
        </w:rPr>
        <w:t>Căn cứ Nghị định số 55/2025/NĐ-CP ngày 02 tháng 3 năm 2025 của Chính phủ quy định chức năng, nhiệm vụ, quyền hạn và cơ cấu tổ chức của Bộ Khoa học và Công nghệ;</w:t>
      </w:r>
    </w:p>
    <w:p w14:paraId="2A402D7A" w14:textId="2B5F52FE" w:rsidR="00771E9D" w:rsidRPr="00B96EF7" w:rsidRDefault="00771E9D" w:rsidP="00192475">
      <w:pPr>
        <w:widowControl w:val="0"/>
        <w:spacing w:after="120" w:line="300" w:lineRule="auto"/>
        <w:ind w:firstLine="720"/>
        <w:jc w:val="both"/>
        <w:rPr>
          <w:rFonts w:ascii="Times New Roman" w:eastAsia="Times New Roman" w:hAnsi="Times New Roman" w:cs="Times New Roman"/>
          <w:i/>
          <w:iCs/>
          <w:sz w:val="28"/>
          <w:szCs w:val="28"/>
          <w:lang w:val="en-US"/>
        </w:rPr>
      </w:pPr>
      <w:r w:rsidRPr="00B96EF7">
        <w:rPr>
          <w:rFonts w:ascii="Times New Roman" w:eastAsia="Times New Roman" w:hAnsi="Times New Roman" w:cs="Times New Roman"/>
          <w:i/>
          <w:iCs/>
          <w:sz w:val="28"/>
          <w:szCs w:val="28"/>
        </w:rPr>
        <w:t>Căn cứ Nghị định số 262/2025/NĐ-CP ngày 14 tháng 10 năm 2025 của Chính phủ quy định chi tiết và hướng dẫn thi hành một số điều của luật khoa học, công nghệ và đổi mới sáng tạo về thông tin, thống kê, đánh giá, chuyển đổi số và các vấn đề chung;</w:t>
      </w:r>
    </w:p>
    <w:p w14:paraId="43901D3C" w14:textId="4BA59489" w:rsidR="00AC09D8" w:rsidRPr="00B96EF7" w:rsidRDefault="002E1D25" w:rsidP="00192475">
      <w:pPr>
        <w:widowControl w:val="0"/>
        <w:spacing w:after="120" w:line="300" w:lineRule="auto"/>
        <w:ind w:firstLine="720"/>
        <w:jc w:val="both"/>
        <w:rPr>
          <w:rFonts w:ascii="Times New Roman" w:eastAsia="Times New Roman" w:hAnsi="Times New Roman" w:cs="Times New Roman"/>
          <w:i/>
          <w:iCs/>
          <w:sz w:val="28"/>
          <w:szCs w:val="28"/>
          <w:lang w:val="en-US"/>
        </w:rPr>
      </w:pPr>
      <w:r w:rsidRPr="00B96EF7">
        <w:rPr>
          <w:rFonts w:ascii="Times New Roman" w:eastAsia="Times New Roman" w:hAnsi="Times New Roman" w:cs="Times New Roman"/>
          <w:i/>
          <w:iCs/>
          <w:sz w:val="28"/>
          <w:szCs w:val="28"/>
        </w:rPr>
        <w:t>Căn cứ Nghị định số 265/2025/NĐ-CP ngày 14 tháng 10 năm 2025 của Chính phủ quy định chi tiết và hướng dẫn thi hành một số điều của Luật Khoa học, công nghệ và đổi mới sáng tạo về tài chính và đầu tư trong khoa học, công nghệ và đổi mới sáng tạo;</w:t>
      </w:r>
    </w:p>
    <w:p w14:paraId="7379A802" w14:textId="330B785D" w:rsidR="00B407E3" w:rsidRPr="00B96EF7" w:rsidRDefault="00B407E3" w:rsidP="00192475">
      <w:pPr>
        <w:widowControl w:val="0"/>
        <w:spacing w:after="120" w:line="300" w:lineRule="auto"/>
        <w:ind w:firstLine="720"/>
        <w:jc w:val="both"/>
        <w:rPr>
          <w:rFonts w:ascii="Times New Roman" w:eastAsia="Times New Roman" w:hAnsi="Times New Roman" w:cs="Times New Roman"/>
          <w:i/>
          <w:iCs/>
          <w:sz w:val="28"/>
          <w:szCs w:val="28"/>
          <w:lang w:val="en-US"/>
        </w:rPr>
      </w:pPr>
      <w:r w:rsidRPr="00B96EF7">
        <w:rPr>
          <w:rFonts w:ascii="Times New Roman" w:eastAsia="Times New Roman" w:hAnsi="Times New Roman" w:cs="Times New Roman"/>
          <w:i/>
          <w:iCs/>
          <w:sz w:val="28"/>
          <w:szCs w:val="28"/>
        </w:rPr>
        <w:t>Căn cứ Nghị định số 26</w:t>
      </w:r>
      <w:r w:rsidR="00150837" w:rsidRPr="00B96EF7">
        <w:rPr>
          <w:rFonts w:ascii="Times New Roman" w:eastAsia="Times New Roman" w:hAnsi="Times New Roman" w:cs="Times New Roman"/>
          <w:i/>
          <w:iCs/>
          <w:sz w:val="28"/>
          <w:szCs w:val="28"/>
        </w:rPr>
        <w:t>7</w:t>
      </w:r>
      <w:r w:rsidRPr="00B96EF7">
        <w:rPr>
          <w:rFonts w:ascii="Times New Roman" w:eastAsia="Times New Roman" w:hAnsi="Times New Roman" w:cs="Times New Roman"/>
          <w:i/>
          <w:iCs/>
          <w:sz w:val="28"/>
          <w:szCs w:val="28"/>
        </w:rPr>
        <w:t xml:space="preserve">/2025/NĐ-CP ngày 14 tháng 10 năm 2025 của Chính phủ </w:t>
      </w:r>
      <w:r w:rsidR="00150837" w:rsidRPr="00B96EF7">
        <w:rPr>
          <w:rFonts w:ascii="Times New Roman" w:eastAsia="Times New Roman" w:hAnsi="Times New Roman" w:cs="Times New Roman"/>
          <w:i/>
          <w:iCs/>
          <w:sz w:val="28"/>
          <w:szCs w:val="28"/>
        </w:rPr>
        <w:t>quy định chi tiết và hướng dẫn một số điều của luật khoa học, công nghệ và đổi mới sáng tạo về chương trình, nhiệm vụ khoa học, công nghệ và đổi mới sáng tạo và một số quy định về thúc đẩy hoạt động nghiên cứu khoa học, phát triển công nghệ và đổi mới sáng tạo</w:t>
      </w:r>
      <w:r w:rsidR="00150837" w:rsidRPr="00B96EF7">
        <w:rPr>
          <w:rFonts w:ascii="Times New Roman" w:eastAsia="Times New Roman" w:hAnsi="Times New Roman" w:cs="Times New Roman"/>
          <w:i/>
          <w:iCs/>
          <w:sz w:val="28"/>
          <w:szCs w:val="28"/>
          <w:lang w:val="en-US"/>
        </w:rPr>
        <w:t>;</w:t>
      </w:r>
    </w:p>
    <w:p w14:paraId="6DECBC64" w14:textId="69471448" w:rsidR="00B407E3" w:rsidRPr="00B96EF7" w:rsidRDefault="00B407E3" w:rsidP="00192475">
      <w:pPr>
        <w:widowControl w:val="0"/>
        <w:spacing w:after="120" w:line="300" w:lineRule="auto"/>
        <w:ind w:firstLine="720"/>
        <w:jc w:val="both"/>
        <w:rPr>
          <w:rFonts w:ascii="Times New Roman" w:eastAsia="Times New Roman" w:hAnsi="Times New Roman" w:cs="Times New Roman"/>
          <w:i/>
          <w:iCs/>
          <w:sz w:val="28"/>
          <w:szCs w:val="28"/>
          <w:lang w:val="en-US"/>
        </w:rPr>
      </w:pPr>
      <w:r w:rsidRPr="00B96EF7">
        <w:rPr>
          <w:rFonts w:ascii="Times New Roman" w:eastAsia="Times New Roman" w:hAnsi="Times New Roman" w:cs="Times New Roman"/>
          <w:i/>
          <w:iCs/>
          <w:sz w:val="28"/>
          <w:szCs w:val="28"/>
        </w:rPr>
        <w:t>Căn cứ Nghị định số 26</w:t>
      </w:r>
      <w:r w:rsidR="00A3461A" w:rsidRPr="00B96EF7">
        <w:rPr>
          <w:rFonts w:ascii="Times New Roman" w:eastAsia="Times New Roman" w:hAnsi="Times New Roman" w:cs="Times New Roman"/>
          <w:i/>
          <w:iCs/>
          <w:sz w:val="28"/>
          <w:szCs w:val="28"/>
          <w:lang w:val="en-US"/>
        </w:rPr>
        <w:t>8</w:t>
      </w:r>
      <w:r w:rsidRPr="00B96EF7">
        <w:rPr>
          <w:rFonts w:ascii="Times New Roman" w:eastAsia="Times New Roman" w:hAnsi="Times New Roman" w:cs="Times New Roman"/>
          <w:i/>
          <w:iCs/>
          <w:sz w:val="28"/>
          <w:szCs w:val="28"/>
        </w:rPr>
        <w:t xml:space="preserve">/2025/NĐ-CP ngày 14 tháng 10 năm 2025 của Chính phủ </w:t>
      </w:r>
      <w:r w:rsidR="001521E5" w:rsidRPr="00B96EF7">
        <w:rPr>
          <w:rFonts w:ascii="Times New Roman" w:eastAsia="Times New Roman" w:hAnsi="Times New Roman" w:cs="Times New Roman"/>
          <w:i/>
          <w:iCs/>
          <w:sz w:val="28"/>
          <w:szCs w:val="28"/>
          <w:lang w:val="en-US"/>
        </w:rPr>
        <w:t>q</w:t>
      </w:r>
      <w:r w:rsidR="001521E5" w:rsidRPr="00B96EF7">
        <w:rPr>
          <w:rFonts w:ascii="Times New Roman" w:eastAsia="Times New Roman" w:hAnsi="Times New Roman" w:cs="Times New Roman"/>
          <w:i/>
          <w:iCs/>
          <w:sz w:val="28"/>
          <w:szCs w:val="28"/>
        </w:rPr>
        <w:t>uy định chi tiết và hướng dẫn một số điều của Luật Khoa học, công nghệ và đổi mới sáng tạo về đổi mới sáng tạo; khuyến khích hoạt động khoa học, công nghệ và đổi mới sáng tạo trong doanh nghiệp; công nhận trung tâm đổi mới sáng tạo, hỗ trợ khởi nghiệp sáng tạo; công nhận cá nhân, doanh nghiệp khởi nghiệp sáng tạo; hạ tầng</w:t>
      </w:r>
      <w:r w:rsidR="00FB0093" w:rsidRPr="00B96EF7">
        <w:rPr>
          <w:rFonts w:ascii="Times New Roman" w:eastAsia="Times New Roman" w:hAnsi="Times New Roman" w:cs="Times New Roman"/>
          <w:i/>
          <w:iCs/>
          <w:sz w:val="28"/>
          <w:szCs w:val="28"/>
          <w:lang w:val="en-US"/>
        </w:rPr>
        <w:t>,</w:t>
      </w:r>
      <w:r w:rsidR="001521E5" w:rsidRPr="00B96EF7">
        <w:rPr>
          <w:rFonts w:ascii="Times New Roman" w:eastAsia="Times New Roman" w:hAnsi="Times New Roman" w:cs="Times New Roman"/>
          <w:i/>
          <w:iCs/>
          <w:sz w:val="28"/>
          <w:szCs w:val="28"/>
        </w:rPr>
        <w:t xml:space="preserve"> mạng lưới và hệ sinh thái khởi nghiệp sáng tạo</w:t>
      </w:r>
      <w:r w:rsidR="00BD1EA8" w:rsidRPr="00B96EF7">
        <w:rPr>
          <w:rFonts w:ascii="Times New Roman" w:eastAsia="Times New Roman" w:hAnsi="Times New Roman" w:cs="Times New Roman"/>
          <w:i/>
          <w:iCs/>
          <w:sz w:val="28"/>
          <w:szCs w:val="28"/>
          <w:lang w:val="en-US"/>
        </w:rPr>
        <w:t>;</w:t>
      </w:r>
    </w:p>
    <w:p w14:paraId="0ABE601D" w14:textId="77777777" w:rsidR="00AC09D8" w:rsidRPr="00B96EF7" w:rsidRDefault="002E1D25" w:rsidP="00192475">
      <w:pPr>
        <w:widowControl w:val="0"/>
        <w:spacing w:after="120" w:line="300" w:lineRule="auto"/>
        <w:ind w:firstLine="720"/>
        <w:jc w:val="both"/>
        <w:rPr>
          <w:rFonts w:ascii="Times New Roman" w:eastAsia="Times New Roman" w:hAnsi="Times New Roman" w:cs="Times New Roman"/>
          <w:i/>
          <w:iCs/>
          <w:spacing w:val="-4"/>
          <w:sz w:val="28"/>
          <w:szCs w:val="28"/>
        </w:rPr>
      </w:pPr>
      <w:r w:rsidRPr="00B96EF7">
        <w:rPr>
          <w:rFonts w:ascii="Times New Roman" w:eastAsia="Times New Roman" w:hAnsi="Times New Roman" w:cs="Times New Roman"/>
          <w:i/>
          <w:iCs/>
          <w:spacing w:val="-4"/>
          <w:sz w:val="28"/>
          <w:szCs w:val="28"/>
        </w:rPr>
        <w:lastRenderedPageBreak/>
        <w:t>Theo đề nghị của Giám đốc Quỹ Phát triển khoa học và công nghệ Quốc gia;</w:t>
      </w:r>
    </w:p>
    <w:p w14:paraId="4479FFCB" w14:textId="77777777" w:rsidR="00AC09D8" w:rsidRPr="00B96EF7" w:rsidRDefault="002E1D25" w:rsidP="00192475">
      <w:pPr>
        <w:widowControl w:val="0"/>
        <w:spacing w:after="120" w:line="300" w:lineRule="auto"/>
        <w:ind w:firstLine="720"/>
        <w:jc w:val="both"/>
        <w:rPr>
          <w:rFonts w:ascii="Times New Roman" w:eastAsia="Times New Roman" w:hAnsi="Times New Roman" w:cs="Times New Roman"/>
          <w:i/>
          <w:iCs/>
          <w:sz w:val="28"/>
          <w:szCs w:val="28"/>
        </w:rPr>
      </w:pPr>
      <w:r w:rsidRPr="00B96EF7">
        <w:rPr>
          <w:rFonts w:ascii="Times New Roman" w:eastAsia="Times New Roman" w:hAnsi="Times New Roman" w:cs="Times New Roman"/>
          <w:i/>
          <w:iCs/>
          <w:sz w:val="28"/>
          <w:szCs w:val="28"/>
        </w:rPr>
        <w:t>Bộ trưởng Bộ Khoa học và Công nghệ ban hành Thông tư ban hành Điều lệ mẫu về tổ chức và hoạt động của Quỹ phát triển khoa học, công nghệ và đổi mới sáng tạo của Bộ, cơ quan ngang Bộ, cơ quan thuộc Chính phủ, cơ quan khác ở trung ương, Ủy ban nhân dân cấp tỉnh.</w:t>
      </w:r>
    </w:p>
    <w:p w14:paraId="1756DE9F" w14:textId="77777777" w:rsidR="00AC09D8" w:rsidRPr="00B96EF7" w:rsidRDefault="00AC09D8" w:rsidP="00B053F9">
      <w:pPr>
        <w:widowControl w:val="0"/>
        <w:spacing w:after="120" w:line="264" w:lineRule="auto"/>
        <w:ind w:firstLine="720"/>
        <w:jc w:val="both"/>
        <w:rPr>
          <w:rFonts w:ascii="Times New Roman" w:eastAsia="Times New Roman" w:hAnsi="Times New Roman" w:cs="Times New Roman"/>
          <w:i/>
          <w:iCs/>
          <w:sz w:val="4"/>
          <w:szCs w:val="4"/>
        </w:rPr>
      </w:pPr>
    </w:p>
    <w:p w14:paraId="7AA7455C" w14:textId="77777777" w:rsidR="00AC09D8" w:rsidRPr="00B96EF7" w:rsidRDefault="002E1D25" w:rsidP="00192475">
      <w:pPr>
        <w:widowControl w:val="0"/>
        <w:spacing w:after="120" w:line="300" w:lineRule="auto"/>
        <w:ind w:firstLine="720"/>
        <w:jc w:val="both"/>
        <w:rPr>
          <w:rFonts w:ascii="Times New Roman" w:eastAsia="Times New Roman" w:hAnsi="Times New Roman" w:cs="Times New Roman"/>
          <w:b/>
          <w:bCs/>
          <w:sz w:val="28"/>
          <w:szCs w:val="28"/>
        </w:rPr>
      </w:pPr>
      <w:r w:rsidRPr="00B96EF7">
        <w:rPr>
          <w:rFonts w:ascii="Times New Roman" w:eastAsia="Times New Roman" w:hAnsi="Times New Roman" w:cs="Times New Roman"/>
          <w:b/>
          <w:bCs/>
          <w:sz w:val="28"/>
          <w:szCs w:val="28"/>
        </w:rPr>
        <w:t>Điều 1. Phạm vi điều chỉnh</w:t>
      </w:r>
    </w:p>
    <w:p w14:paraId="7E1CE530" w14:textId="10CE416D" w:rsidR="00AC09D8" w:rsidRPr="00B96EF7" w:rsidRDefault="002E1D25" w:rsidP="00192475">
      <w:pPr>
        <w:widowControl w:val="0"/>
        <w:spacing w:after="120" w:line="30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Thông tư này ban hành Điều lệ mẫu về tổ chức và hoạt động của Quỹ phát triển khoa học, công nghệ và đổi mới sáng tạo của Bộ, cơ quan ngang Bộ, cơ quan thuộc Chính phủ, cơ quan khác ở trung ương, Ủy ban nhân dân cấp tỉnh</w:t>
      </w:r>
      <w:r w:rsidR="007A10D8" w:rsidRPr="00B96EF7">
        <w:rPr>
          <w:rFonts w:ascii="Times New Roman" w:eastAsia="Times New Roman" w:hAnsi="Times New Roman" w:cs="Times New Roman"/>
          <w:sz w:val="28"/>
          <w:szCs w:val="28"/>
          <w:lang w:val="en-US"/>
        </w:rPr>
        <w:t xml:space="preserve"> (</w:t>
      </w:r>
      <w:proofErr w:type="spellStart"/>
      <w:r w:rsidR="007A10D8" w:rsidRPr="00B96EF7">
        <w:rPr>
          <w:rFonts w:ascii="Times New Roman" w:eastAsia="Times New Roman" w:hAnsi="Times New Roman" w:cs="Times New Roman"/>
          <w:sz w:val="28"/>
          <w:szCs w:val="28"/>
          <w:lang w:val="en-US"/>
        </w:rPr>
        <w:t>viết</w:t>
      </w:r>
      <w:proofErr w:type="spellEnd"/>
      <w:r w:rsidR="007A10D8" w:rsidRPr="00B96EF7">
        <w:rPr>
          <w:rFonts w:ascii="Times New Roman" w:eastAsia="Times New Roman" w:hAnsi="Times New Roman" w:cs="Times New Roman"/>
          <w:sz w:val="28"/>
          <w:szCs w:val="28"/>
          <w:lang w:val="en-US"/>
        </w:rPr>
        <w:t xml:space="preserve"> </w:t>
      </w:r>
      <w:proofErr w:type="spellStart"/>
      <w:r w:rsidR="007A10D8" w:rsidRPr="00B96EF7">
        <w:rPr>
          <w:rFonts w:ascii="Times New Roman" w:eastAsia="Times New Roman" w:hAnsi="Times New Roman" w:cs="Times New Roman"/>
          <w:sz w:val="28"/>
          <w:szCs w:val="28"/>
          <w:lang w:val="en-US"/>
        </w:rPr>
        <w:t>tắt</w:t>
      </w:r>
      <w:proofErr w:type="spellEnd"/>
      <w:r w:rsidR="007A10D8" w:rsidRPr="00B96EF7">
        <w:rPr>
          <w:rFonts w:ascii="Times New Roman" w:eastAsia="Times New Roman" w:hAnsi="Times New Roman" w:cs="Times New Roman"/>
          <w:sz w:val="28"/>
          <w:szCs w:val="28"/>
          <w:lang w:val="en-US"/>
        </w:rPr>
        <w:t xml:space="preserve"> </w:t>
      </w:r>
      <w:proofErr w:type="spellStart"/>
      <w:r w:rsidR="007A10D8" w:rsidRPr="00B96EF7">
        <w:rPr>
          <w:rFonts w:ascii="Times New Roman" w:eastAsia="Times New Roman" w:hAnsi="Times New Roman" w:cs="Times New Roman"/>
          <w:sz w:val="28"/>
          <w:szCs w:val="28"/>
          <w:lang w:val="en-US"/>
        </w:rPr>
        <w:t>là</w:t>
      </w:r>
      <w:proofErr w:type="spellEnd"/>
      <w:r w:rsidR="007A10D8" w:rsidRPr="00B96EF7">
        <w:rPr>
          <w:rFonts w:ascii="Times New Roman" w:eastAsia="Times New Roman" w:hAnsi="Times New Roman" w:cs="Times New Roman"/>
          <w:sz w:val="28"/>
          <w:szCs w:val="28"/>
          <w:lang w:val="en-US"/>
        </w:rPr>
        <w:t xml:space="preserve"> </w:t>
      </w:r>
      <w:proofErr w:type="spellStart"/>
      <w:r w:rsidR="007A10D8" w:rsidRPr="00B96EF7">
        <w:rPr>
          <w:rFonts w:ascii="Times New Roman" w:eastAsia="Times New Roman" w:hAnsi="Times New Roman" w:cs="Times New Roman"/>
          <w:sz w:val="28"/>
          <w:szCs w:val="28"/>
          <w:lang w:val="en-US"/>
        </w:rPr>
        <w:t>Quỹ</w:t>
      </w:r>
      <w:proofErr w:type="spellEnd"/>
      <w:r w:rsidR="007A10D8" w:rsidRPr="00B96EF7">
        <w:rPr>
          <w:rFonts w:ascii="Times New Roman" w:eastAsia="Times New Roman" w:hAnsi="Times New Roman" w:cs="Times New Roman"/>
          <w:sz w:val="28"/>
          <w:szCs w:val="28"/>
          <w:lang w:val="en-US"/>
        </w:rPr>
        <w:t>)</w:t>
      </w:r>
      <w:r w:rsidRPr="00B96EF7">
        <w:rPr>
          <w:rFonts w:ascii="Times New Roman" w:eastAsia="Times New Roman" w:hAnsi="Times New Roman" w:cs="Times New Roman"/>
          <w:sz w:val="28"/>
          <w:szCs w:val="28"/>
        </w:rPr>
        <w:t>.</w:t>
      </w:r>
    </w:p>
    <w:p w14:paraId="35914B90" w14:textId="77777777" w:rsidR="00AC09D8" w:rsidRPr="00B96EF7" w:rsidRDefault="002E1D25" w:rsidP="00192475">
      <w:pPr>
        <w:widowControl w:val="0"/>
        <w:spacing w:after="120" w:line="300" w:lineRule="auto"/>
        <w:ind w:firstLine="720"/>
        <w:jc w:val="both"/>
        <w:rPr>
          <w:rFonts w:ascii="Times New Roman" w:eastAsia="Times New Roman" w:hAnsi="Times New Roman" w:cs="Times New Roman"/>
          <w:b/>
          <w:bCs/>
          <w:sz w:val="28"/>
          <w:szCs w:val="28"/>
        </w:rPr>
      </w:pPr>
      <w:r w:rsidRPr="00B96EF7">
        <w:rPr>
          <w:rFonts w:ascii="Times New Roman" w:eastAsia="Times New Roman" w:hAnsi="Times New Roman" w:cs="Times New Roman"/>
          <w:b/>
          <w:bCs/>
          <w:sz w:val="28"/>
          <w:szCs w:val="28"/>
        </w:rPr>
        <w:t>Điều 2. Nguyên tắc áp dụng</w:t>
      </w:r>
    </w:p>
    <w:p w14:paraId="5E228297" w14:textId="0C498D73" w:rsidR="006E1AD6" w:rsidRPr="00B96EF7" w:rsidRDefault="002E1D25" w:rsidP="00192475">
      <w:pPr>
        <w:widowControl w:val="0"/>
        <w:spacing w:after="120" w:line="300" w:lineRule="auto"/>
        <w:ind w:firstLine="720"/>
        <w:jc w:val="both"/>
        <w:rPr>
          <w:rFonts w:ascii="Times New Roman" w:eastAsia="Times New Roman" w:hAnsi="Times New Roman" w:cs="Times New Roman"/>
          <w:spacing w:val="4"/>
          <w:sz w:val="28"/>
          <w:szCs w:val="28"/>
          <w:lang w:val="en-GB"/>
        </w:rPr>
      </w:pPr>
      <w:r w:rsidRPr="00B96EF7">
        <w:rPr>
          <w:rFonts w:ascii="Times New Roman" w:eastAsia="Times New Roman" w:hAnsi="Times New Roman" w:cs="Times New Roman"/>
          <w:spacing w:val="4"/>
          <w:sz w:val="28"/>
          <w:szCs w:val="28"/>
        </w:rPr>
        <w:t>1.</w:t>
      </w:r>
      <w:r w:rsidR="006E1AD6"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Đơn</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vị</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được</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giao</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điều</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hành</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Quỹ</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có</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trách</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nhiệm</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bố</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trí</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nhân</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lực</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thực</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hiện</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nhiệm</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vụ</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điều</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hành</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Quỹ</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theo</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quy</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định</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tại</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khoản</w:t>
      </w:r>
      <w:proofErr w:type="spellEnd"/>
      <w:r w:rsidR="00B613A2" w:rsidRPr="00B96EF7">
        <w:rPr>
          <w:rFonts w:ascii="Times New Roman" w:eastAsia="Times New Roman" w:hAnsi="Times New Roman" w:cs="Times New Roman"/>
          <w:spacing w:val="4"/>
          <w:sz w:val="28"/>
          <w:szCs w:val="28"/>
          <w:lang w:val="en-GB"/>
        </w:rPr>
        <w:t xml:space="preserve"> 1 </w:t>
      </w:r>
      <w:proofErr w:type="spellStart"/>
      <w:r w:rsidR="00B613A2" w:rsidRPr="00B96EF7">
        <w:rPr>
          <w:rFonts w:ascii="Times New Roman" w:eastAsia="Times New Roman" w:hAnsi="Times New Roman" w:cs="Times New Roman"/>
          <w:spacing w:val="4"/>
          <w:sz w:val="28"/>
          <w:szCs w:val="28"/>
          <w:lang w:val="en-GB"/>
        </w:rPr>
        <w:t>Điều</w:t>
      </w:r>
      <w:proofErr w:type="spellEnd"/>
      <w:r w:rsidR="00B613A2" w:rsidRPr="00B96EF7">
        <w:rPr>
          <w:rFonts w:ascii="Times New Roman" w:eastAsia="Times New Roman" w:hAnsi="Times New Roman" w:cs="Times New Roman"/>
          <w:spacing w:val="4"/>
          <w:sz w:val="28"/>
          <w:szCs w:val="28"/>
          <w:lang w:val="en-GB"/>
        </w:rPr>
        <w:t xml:space="preserve"> 16 </w:t>
      </w:r>
      <w:proofErr w:type="spellStart"/>
      <w:r w:rsidR="00B613A2" w:rsidRPr="00B96EF7">
        <w:rPr>
          <w:rFonts w:ascii="Times New Roman" w:eastAsia="Times New Roman" w:hAnsi="Times New Roman" w:cs="Times New Roman"/>
          <w:spacing w:val="4"/>
          <w:sz w:val="28"/>
          <w:szCs w:val="28"/>
          <w:lang w:val="en-GB"/>
        </w:rPr>
        <w:t>Nghị</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định</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số</w:t>
      </w:r>
      <w:proofErr w:type="spellEnd"/>
      <w:r w:rsidR="00B613A2" w:rsidRPr="00B96EF7">
        <w:rPr>
          <w:rFonts w:ascii="Times New Roman" w:eastAsia="Times New Roman" w:hAnsi="Times New Roman" w:cs="Times New Roman"/>
          <w:spacing w:val="4"/>
          <w:sz w:val="28"/>
          <w:szCs w:val="28"/>
          <w:lang w:val="en-GB"/>
        </w:rPr>
        <w:t xml:space="preserve"> 265/2025/NĐ-CP, </w:t>
      </w:r>
      <w:proofErr w:type="spellStart"/>
      <w:r w:rsidR="00B613A2" w:rsidRPr="00B96EF7">
        <w:rPr>
          <w:rFonts w:ascii="Times New Roman" w:eastAsia="Times New Roman" w:hAnsi="Times New Roman" w:cs="Times New Roman"/>
          <w:spacing w:val="4"/>
          <w:sz w:val="28"/>
          <w:szCs w:val="28"/>
          <w:lang w:val="en-GB"/>
        </w:rPr>
        <w:t>phù</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hợp</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với</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điều</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kiện</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tổ</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chức</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và</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trong</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phạm</w:t>
      </w:r>
      <w:proofErr w:type="spellEnd"/>
      <w:r w:rsidR="00B613A2" w:rsidRPr="00B96EF7">
        <w:rPr>
          <w:rFonts w:ascii="Times New Roman" w:eastAsia="Times New Roman" w:hAnsi="Times New Roman" w:cs="Times New Roman"/>
          <w:spacing w:val="4"/>
          <w:sz w:val="28"/>
          <w:szCs w:val="28"/>
          <w:lang w:val="en-GB"/>
        </w:rPr>
        <w:t xml:space="preserve"> vi </w:t>
      </w:r>
      <w:proofErr w:type="spellStart"/>
      <w:r w:rsidR="00B613A2" w:rsidRPr="00B96EF7">
        <w:rPr>
          <w:rFonts w:ascii="Times New Roman" w:eastAsia="Times New Roman" w:hAnsi="Times New Roman" w:cs="Times New Roman"/>
          <w:spacing w:val="4"/>
          <w:sz w:val="28"/>
          <w:szCs w:val="28"/>
          <w:lang w:val="en-GB"/>
        </w:rPr>
        <w:t>biên</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chế</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được</w:t>
      </w:r>
      <w:proofErr w:type="spellEnd"/>
      <w:r w:rsidR="00B613A2" w:rsidRPr="00B96EF7">
        <w:rPr>
          <w:rFonts w:ascii="Times New Roman" w:eastAsia="Times New Roman" w:hAnsi="Times New Roman" w:cs="Times New Roman"/>
          <w:spacing w:val="4"/>
          <w:sz w:val="28"/>
          <w:szCs w:val="28"/>
          <w:lang w:val="en-GB"/>
        </w:rPr>
        <w:t xml:space="preserve"> </w:t>
      </w:r>
      <w:proofErr w:type="spellStart"/>
      <w:r w:rsidR="00B613A2" w:rsidRPr="00B96EF7">
        <w:rPr>
          <w:rFonts w:ascii="Times New Roman" w:eastAsia="Times New Roman" w:hAnsi="Times New Roman" w:cs="Times New Roman"/>
          <w:spacing w:val="4"/>
          <w:sz w:val="28"/>
          <w:szCs w:val="28"/>
          <w:lang w:val="en-GB"/>
        </w:rPr>
        <w:t>giao</w:t>
      </w:r>
      <w:proofErr w:type="spellEnd"/>
      <w:r w:rsidR="00DF6ED7" w:rsidRPr="00B96EF7">
        <w:rPr>
          <w:rFonts w:ascii="Times New Roman" w:eastAsia="Times New Roman" w:hAnsi="Times New Roman" w:cs="Times New Roman"/>
          <w:spacing w:val="4"/>
          <w:sz w:val="28"/>
          <w:szCs w:val="28"/>
          <w:lang w:val="en-GB"/>
        </w:rPr>
        <w:t>.</w:t>
      </w:r>
    </w:p>
    <w:p w14:paraId="220CA729" w14:textId="0C01B845" w:rsidR="00AC09D8" w:rsidRPr="00B96EF7" w:rsidRDefault="004B62BC" w:rsidP="00192475">
      <w:pPr>
        <w:widowControl w:val="0"/>
        <w:spacing w:after="120" w:line="30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lang w:val="en-GB"/>
        </w:rPr>
        <w:t xml:space="preserve">2. </w:t>
      </w:r>
      <w:r w:rsidR="002E1D25" w:rsidRPr="00B96EF7">
        <w:rPr>
          <w:rFonts w:ascii="Times New Roman" w:eastAsia="Times New Roman" w:hAnsi="Times New Roman" w:cs="Times New Roman"/>
          <w:sz w:val="28"/>
          <w:szCs w:val="28"/>
        </w:rPr>
        <w:t>Điều lệ mẫu ban hành kèm theo Thông tư này là cơ sở để các Bộ, cơ quan ngang Bộ, cơ quan thuộc Chính phủ, cơ quan khác ở trung ương và Ủy ban nhân dân cấp tỉnh xây dựng, rà soát, sửa đổi, bổ sung và hoàn thiện Điều lệ tổ chức và hoạt động của Quỹ</w:t>
      </w:r>
      <w:r w:rsidR="008B0554" w:rsidRPr="00B96EF7">
        <w:rPr>
          <w:rFonts w:ascii="Times New Roman" w:eastAsia="Times New Roman" w:hAnsi="Times New Roman" w:cs="Times New Roman"/>
          <w:sz w:val="28"/>
          <w:szCs w:val="28"/>
        </w:rPr>
        <w:t xml:space="preserve"> </w:t>
      </w:r>
      <w:r w:rsidR="0045330F" w:rsidRPr="00B96EF7">
        <w:rPr>
          <w:rFonts w:ascii="Times New Roman" w:eastAsia="Times New Roman" w:hAnsi="Times New Roman" w:cs="Times New Roman"/>
          <w:sz w:val="28"/>
          <w:szCs w:val="28"/>
        </w:rPr>
        <w:t>thuộc phạm vi</w:t>
      </w:r>
      <w:r w:rsidR="008B0554" w:rsidRPr="00B96EF7">
        <w:rPr>
          <w:rFonts w:ascii="Times New Roman" w:eastAsia="Times New Roman" w:hAnsi="Times New Roman" w:cs="Times New Roman"/>
          <w:sz w:val="28"/>
          <w:szCs w:val="28"/>
        </w:rPr>
        <w:t xml:space="preserve"> </w:t>
      </w:r>
      <w:r w:rsidR="00C433AF" w:rsidRPr="00B96EF7">
        <w:rPr>
          <w:rFonts w:ascii="Times New Roman" w:eastAsia="Times New Roman" w:hAnsi="Times New Roman" w:cs="Times New Roman"/>
          <w:sz w:val="28"/>
          <w:szCs w:val="28"/>
        </w:rPr>
        <w:t>quản lý</w:t>
      </w:r>
      <w:r w:rsidR="002E1D25" w:rsidRPr="00B96EF7">
        <w:rPr>
          <w:rFonts w:ascii="Times New Roman" w:eastAsia="Times New Roman" w:hAnsi="Times New Roman" w:cs="Times New Roman"/>
          <w:sz w:val="28"/>
          <w:szCs w:val="28"/>
        </w:rPr>
        <w:t>.</w:t>
      </w:r>
      <w:r w:rsidR="00330276" w:rsidRPr="00B96EF7">
        <w:rPr>
          <w:rFonts w:ascii="Times New Roman" w:eastAsia="Times New Roman" w:hAnsi="Times New Roman" w:cs="Times New Roman"/>
          <w:sz w:val="28"/>
          <w:szCs w:val="28"/>
        </w:rPr>
        <w:t xml:space="preserve"> </w:t>
      </w:r>
    </w:p>
    <w:p w14:paraId="5A758D2F" w14:textId="3906F054" w:rsidR="00AC09D8" w:rsidRPr="00B96EF7" w:rsidRDefault="00B613A2" w:rsidP="00192475">
      <w:pPr>
        <w:widowControl w:val="0"/>
        <w:spacing w:after="120" w:line="30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lang w:val="en-US"/>
        </w:rPr>
        <w:t>3</w:t>
      </w:r>
      <w:r w:rsidR="002E1D25" w:rsidRPr="00B96EF7">
        <w:rPr>
          <w:rFonts w:ascii="Times New Roman" w:eastAsia="Times New Roman" w:hAnsi="Times New Roman" w:cs="Times New Roman"/>
          <w:sz w:val="28"/>
          <w:szCs w:val="28"/>
        </w:rPr>
        <w:t>. Trên cơ sở Điều lệ mẫu, các cơ quan, tổ chức quy định tại khoản 1 Điều này được phép điều chỉnh, bổ sung nội dung Điều lệ cho phù hợp với đặc thù tổ chức, điều kiện quản lý và yêu cầu thực tiễn nhưng không được trái Luật và các Nghị định có liên quan.</w:t>
      </w:r>
    </w:p>
    <w:p w14:paraId="6AB6343D" w14:textId="77777777" w:rsidR="00AC09D8" w:rsidRPr="00B96EF7" w:rsidRDefault="002E1D25" w:rsidP="00192475">
      <w:pPr>
        <w:widowControl w:val="0"/>
        <w:spacing w:after="120" w:line="300" w:lineRule="auto"/>
        <w:ind w:firstLine="720"/>
        <w:jc w:val="both"/>
        <w:rPr>
          <w:rFonts w:ascii="Times New Roman" w:eastAsia="Times New Roman" w:hAnsi="Times New Roman" w:cs="Times New Roman"/>
          <w:sz w:val="28"/>
          <w:szCs w:val="28"/>
          <w:lang w:val="en-US"/>
        </w:rPr>
      </w:pPr>
      <w:r w:rsidRPr="00B96EF7">
        <w:rPr>
          <w:rFonts w:ascii="Times New Roman" w:eastAsia="Times New Roman" w:hAnsi="Times New Roman" w:cs="Times New Roman"/>
          <w:sz w:val="28"/>
          <w:szCs w:val="28"/>
        </w:rPr>
        <w:t>Trong thời hạn 15 ngày làm việc kể từ ngày ký ban hành Điều lệ mới hoặc Điều lệ điều chỉnh, các Bộ, cơ quan ngang Bộ, cơ quan thuộc Chính phủ và Ủy ban nhân dân tỉnh, thành phố trực thuộc Trung ương có trách nhiệm gửi Bộ Khoa học và Công nghệ Điều lệ tổ chức và hoạt động của Quỹ để theo dõi, tổng hợp và phục vụ công tác quản lý nhà nước.</w:t>
      </w:r>
    </w:p>
    <w:p w14:paraId="6AFF0523" w14:textId="62F51C82" w:rsidR="00AC09D8" w:rsidRPr="00B96EF7" w:rsidRDefault="002E1D25" w:rsidP="00192475">
      <w:pPr>
        <w:widowControl w:val="0"/>
        <w:spacing w:after="120" w:line="300" w:lineRule="auto"/>
        <w:ind w:firstLine="720"/>
        <w:jc w:val="both"/>
        <w:rPr>
          <w:rFonts w:ascii="Times New Roman" w:eastAsia="Times New Roman" w:hAnsi="Times New Roman" w:cs="Times New Roman"/>
          <w:b/>
          <w:bCs/>
          <w:sz w:val="28"/>
          <w:szCs w:val="28"/>
        </w:rPr>
      </w:pPr>
      <w:r w:rsidRPr="00B96EF7">
        <w:rPr>
          <w:rFonts w:ascii="Times New Roman" w:eastAsia="Times New Roman" w:hAnsi="Times New Roman" w:cs="Times New Roman"/>
          <w:b/>
          <w:bCs/>
          <w:sz w:val="28"/>
          <w:szCs w:val="28"/>
        </w:rPr>
        <w:t xml:space="preserve">Điều </w:t>
      </w:r>
      <w:r w:rsidR="00F96293" w:rsidRPr="00B96EF7">
        <w:rPr>
          <w:rFonts w:ascii="Times New Roman" w:eastAsia="Times New Roman" w:hAnsi="Times New Roman" w:cs="Times New Roman"/>
          <w:b/>
          <w:bCs/>
          <w:sz w:val="28"/>
          <w:szCs w:val="28"/>
          <w:lang w:val="en-US"/>
        </w:rPr>
        <w:t>3</w:t>
      </w:r>
      <w:r w:rsidRPr="00B96EF7">
        <w:rPr>
          <w:rFonts w:ascii="Times New Roman" w:eastAsia="Times New Roman" w:hAnsi="Times New Roman" w:cs="Times New Roman"/>
          <w:b/>
          <w:bCs/>
          <w:sz w:val="28"/>
          <w:szCs w:val="28"/>
        </w:rPr>
        <w:t>. Hiệu lực thi hành</w:t>
      </w:r>
    </w:p>
    <w:p w14:paraId="54750F04" w14:textId="77777777" w:rsidR="00AC09D8" w:rsidRPr="00B96EF7" w:rsidRDefault="002E1D25" w:rsidP="00192475">
      <w:pPr>
        <w:widowControl w:val="0"/>
        <w:spacing w:after="120" w:line="30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1. Thông tư này có hiệu lực thi hành kể từ ngày … tháng … năm 2026</w:t>
      </w:r>
    </w:p>
    <w:p w14:paraId="29CDFDAC" w14:textId="77777777" w:rsidR="00AC09D8" w:rsidRPr="00B96EF7" w:rsidRDefault="002E1D25" w:rsidP="00192475">
      <w:pPr>
        <w:widowControl w:val="0"/>
        <w:spacing w:after="120" w:line="300" w:lineRule="auto"/>
        <w:ind w:firstLine="697"/>
        <w:jc w:val="both"/>
        <w:rPr>
          <w:rFonts w:ascii="Times New Roman" w:eastAsia="Times New Roman" w:hAnsi="Times New Roman" w:cs="Times New Roman"/>
          <w:spacing w:val="-2"/>
          <w:sz w:val="28"/>
          <w:szCs w:val="28"/>
        </w:rPr>
      </w:pPr>
      <w:r w:rsidRPr="00B96EF7">
        <w:rPr>
          <w:rFonts w:ascii="Times New Roman" w:eastAsia="Times New Roman" w:hAnsi="Times New Roman" w:cs="Times New Roman"/>
          <w:spacing w:val="-2"/>
          <w:sz w:val="28"/>
          <w:szCs w:val="28"/>
        </w:rPr>
        <w:t xml:space="preserve">2. Thông tư này thay thế cho Thông tư số 03/2015/TT-BKHCN ngày 09 tháng 3 năm 2015 của Bộ trưởng Bộ Khoa học và Công nghệ Ban hành Điều lệ </w:t>
      </w:r>
      <w:r w:rsidRPr="00B96EF7">
        <w:rPr>
          <w:rFonts w:ascii="Times New Roman" w:eastAsia="Times New Roman" w:hAnsi="Times New Roman" w:cs="Times New Roman"/>
          <w:spacing w:val="-2"/>
          <w:sz w:val="28"/>
          <w:szCs w:val="28"/>
        </w:rPr>
        <w:lastRenderedPageBreak/>
        <w:t>mẫu về tổ chức và hoạt động của Quỹ phát triển khoa học và công nghệ của Bộ, cơ quan ngang Bộ, cơ quan thuộc Chính phủ, tỉnh, thành phố trực thuộc Trung ương./.</w:t>
      </w:r>
    </w:p>
    <w:p w14:paraId="5E897491" w14:textId="77777777" w:rsidR="00AC09D8" w:rsidRPr="00B96EF7" w:rsidRDefault="00AC09D8">
      <w:pPr>
        <w:widowControl w:val="0"/>
        <w:spacing w:after="120" w:line="288" w:lineRule="auto"/>
        <w:ind w:firstLine="697"/>
        <w:jc w:val="both"/>
        <w:rPr>
          <w:rFonts w:ascii="Times New Roman" w:eastAsia="Times New Roman" w:hAnsi="Times New Roman" w:cs="Times New Roman"/>
          <w:sz w:val="4"/>
          <w:szCs w:val="4"/>
        </w:rPr>
      </w:pPr>
    </w:p>
    <w:tbl>
      <w:tblPr>
        <w:tblStyle w:val="a0"/>
        <w:tblW w:w="9074" w:type="dxa"/>
        <w:tblBorders>
          <w:top w:val="nil"/>
          <w:bottom w:val="nil"/>
          <w:insideH w:val="nil"/>
          <w:insideV w:val="nil"/>
        </w:tblBorders>
        <w:tblLayout w:type="fixed"/>
        <w:tblLook w:val="0400" w:firstRow="0" w:lastRow="0" w:firstColumn="0" w:lastColumn="0" w:noHBand="0" w:noVBand="1"/>
      </w:tblPr>
      <w:tblGrid>
        <w:gridCol w:w="5130"/>
        <w:gridCol w:w="3944"/>
      </w:tblGrid>
      <w:tr w:rsidR="00B96EF7" w:rsidRPr="00B96EF7" w14:paraId="12425023" w14:textId="77777777" w:rsidTr="001C71A6">
        <w:trPr>
          <w:trHeight w:val="4626"/>
        </w:trPr>
        <w:tc>
          <w:tcPr>
            <w:tcW w:w="5130" w:type="dxa"/>
          </w:tcPr>
          <w:p w14:paraId="5A49CAA5" w14:textId="77777777" w:rsidR="00AC09D8" w:rsidRPr="00B96EF7" w:rsidRDefault="002E1D25">
            <w:pPr>
              <w:widowControl w:val="0"/>
              <w:spacing w:after="0" w:line="240" w:lineRule="auto"/>
              <w:ind w:right="84"/>
              <w:rPr>
                <w:rFonts w:ascii="Times New Roman" w:eastAsia="Times New Roman" w:hAnsi="Times New Roman" w:cs="Times New Roman"/>
                <w:b/>
                <w:bCs/>
                <w:i/>
                <w:iCs/>
              </w:rPr>
            </w:pPr>
            <w:r w:rsidRPr="00B96EF7">
              <w:rPr>
                <w:rFonts w:ascii="Times New Roman" w:eastAsia="Times New Roman" w:hAnsi="Times New Roman" w:cs="Times New Roman"/>
                <w:b/>
                <w:bCs/>
                <w:i/>
                <w:iCs/>
              </w:rPr>
              <w:t>Nơi nhận:</w:t>
            </w:r>
          </w:p>
          <w:p w14:paraId="5BF01254" w14:textId="77777777" w:rsidR="00AC09D8" w:rsidRPr="00B96EF7" w:rsidRDefault="002E1D25">
            <w:pPr>
              <w:widowControl w:val="0"/>
              <w:spacing w:after="0" w:line="240" w:lineRule="auto"/>
              <w:ind w:right="84"/>
              <w:jc w:val="both"/>
              <w:rPr>
                <w:rFonts w:ascii="Times New Roman" w:eastAsia="Times New Roman" w:hAnsi="Times New Roman" w:cs="Times New Roman"/>
              </w:rPr>
            </w:pPr>
            <w:r w:rsidRPr="00B96EF7">
              <w:rPr>
                <w:rFonts w:ascii="Times New Roman" w:eastAsia="Times New Roman" w:hAnsi="Times New Roman" w:cs="Times New Roman"/>
              </w:rPr>
              <w:t>- Bộ trưởng (để báo cáo);</w:t>
            </w:r>
          </w:p>
          <w:p w14:paraId="23FBFA0F" w14:textId="77777777" w:rsidR="00AC09D8" w:rsidRPr="00B96EF7" w:rsidRDefault="002E1D25">
            <w:pPr>
              <w:widowControl w:val="0"/>
              <w:spacing w:after="0" w:line="240" w:lineRule="auto"/>
              <w:ind w:right="84"/>
              <w:jc w:val="both"/>
              <w:rPr>
                <w:rFonts w:ascii="Times New Roman" w:eastAsia="Times New Roman" w:hAnsi="Times New Roman" w:cs="Times New Roman"/>
              </w:rPr>
            </w:pPr>
            <w:r w:rsidRPr="00B96EF7">
              <w:rPr>
                <w:rFonts w:ascii="Times New Roman" w:eastAsia="Times New Roman" w:hAnsi="Times New Roman" w:cs="Times New Roman"/>
              </w:rPr>
              <w:t>- Văn phòng Trung ương và các Ban của Đảng;</w:t>
            </w:r>
          </w:p>
          <w:p w14:paraId="14B4C740" w14:textId="77777777" w:rsidR="00AC09D8" w:rsidRPr="00B96EF7" w:rsidRDefault="002E1D25">
            <w:pPr>
              <w:widowControl w:val="0"/>
              <w:spacing w:after="0" w:line="240" w:lineRule="auto"/>
              <w:ind w:right="84"/>
              <w:jc w:val="both"/>
              <w:rPr>
                <w:rFonts w:ascii="Times New Roman" w:eastAsia="Times New Roman" w:hAnsi="Times New Roman" w:cs="Times New Roman"/>
              </w:rPr>
            </w:pPr>
            <w:r w:rsidRPr="00B96EF7">
              <w:rPr>
                <w:rFonts w:ascii="Times New Roman" w:eastAsia="Times New Roman" w:hAnsi="Times New Roman" w:cs="Times New Roman"/>
              </w:rPr>
              <w:t>- Văn phòng Tổng Bí thư;</w:t>
            </w:r>
          </w:p>
          <w:p w14:paraId="764CA5C2" w14:textId="77777777" w:rsidR="00AC09D8" w:rsidRPr="00B96EF7" w:rsidRDefault="002E1D25">
            <w:pPr>
              <w:widowControl w:val="0"/>
              <w:spacing w:after="0" w:line="240" w:lineRule="auto"/>
              <w:ind w:right="84"/>
              <w:jc w:val="both"/>
              <w:rPr>
                <w:rFonts w:ascii="Times New Roman" w:eastAsia="Times New Roman" w:hAnsi="Times New Roman" w:cs="Times New Roman"/>
              </w:rPr>
            </w:pPr>
            <w:r w:rsidRPr="00B96EF7">
              <w:rPr>
                <w:rFonts w:ascii="Times New Roman" w:eastAsia="Times New Roman" w:hAnsi="Times New Roman" w:cs="Times New Roman"/>
              </w:rPr>
              <w:t>- Văn phòng Quốc hội;</w:t>
            </w:r>
          </w:p>
          <w:p w14:paraId="757FF690" w14:textId="77777777" w:rsidR="00AC09D8" w:rsidRPr="00B96EF7" w:rsidRDefault="002E1D25">
            <w:pPr>
              <w:widowControl w:val="0"/>
              <w:spacing w:after="0" w:line="240" w:lineRule="auto"/>
              <w:ind w:right="84"/>
              <w:jc w:val="both"/>
              <w:rPr>
                <w:rFonts w:ascii="Times New Roman" w:eastAsia="Times New Roman" w:hAnsi="Times New Roman" w:cs="Times New Roman"/>
              </w:rPr>
            </w:pPr>
            <w:r w:rsidRPr="00B96EF7">
              <w:rPr>
                <w:rFonts w:ascii="Times New Roman" w:eastAsia="Times New Roman" w:hAnsi="Times New Roman" w:cs="Times New Roman"/>
              </w:rPr>
              <w:t>- Văn phòng Chủ tịch nước;</w:t>
            </w:r>
          </w:p>
          <w:p w14:paraId="4922F284" w14:textId="77777777" w:rsidR="00AC09D8" w:rsidRPr="00B96EF7" w:rsidRDefault="002E1D25">
            <w:pPr>
              <w:widowControl w:val="0"/>
              <w:spacing w:after="0" w:line="240" w:lineRule="auto"/>
              <w:ind w:right="84"/>
              <w:jc w:val="both"/>
              <w:rPr>
                <w:rFonts w:ascii="Times New Roman" w:eastAsia="Times New Roman" w:hAnsi="Times New Roman" w:cs="Times New Roman"/>
              </w:rPr>
            </w:pPr>
            <w:r w:rsidRPr="00B96EF7">
              <w:rPr>
                <w:rFonts w:ascii="Times New Roman" w:eastAsia="Times New Roman" w:hAnsi="Times New Roman" w:cs="Times New Roman"/>
              </w:rPr>
              <w:t>- Văn phòng Chính phủ;</w:t>
            </w:r>
          </w:p>
          <w:p w14:paraId="5CBE83B3" w14:textId="77777777" w:rsidR="00AC09D8" w:rsidRPr="00B96EF7" w:rsidRDefault="002E1D25">
            <w:pPr>
              <w:widowControl w:val="0"/>
              <w:spacing w:after="0" w:line="240" w:lineRule="auto"/>
              <w:ind w:right="84"/>
              <w:jc w:val="both"/>
              <w:rPr>
                <w:rFonts w:ascii="Times New Roman" w:eastAsia="Times New Roman" w:hAnsi="Times New Roman" w:cs="Times New Roman"/>
              </w:rPr>
            </w:pPr>
            <w:r w:rsidRPr="00B96EF7">
              <w:rPr>
                <w:rFonts w:ascii="Times New Roman" w:eastAsia="Times New Roman" w:hAnsi="Times New Roman" w:cs="Times New Roman"/>
              </w:rPr>
              <w:t>- Viện KSND tối cao, Tòa án nhân dân tối cao;</w:t>
            </w:r>
          </w:p>
          <w:p w14:paraId="13CF4A63" w14:textId="77777777" w:rsidR="00AC09D8" w:rsidRPr="00B96EF7" w:rsidRDefault="002E1D25">
            <w:pPr>
              <w:widowControl w:val="0"/>
              <w:spacing w:after="0" w:line="240" w:lineRule="auto"/>
              <w:ind w:right="84"/>
              <w:jc w:val="both"/>
              <w:rPr>
                <w:rFonts w:ascii="Times New Roman" w:eastAsia="Times New Roman" w:hAnsi="Times New Roman" w:cs="Times New Roman"/>
              </w:rPr>
            </w:pPr>
            <w:r w:rsidRPr="00B96EF7">
              <w:rPr>
                <w:rFonts w:ascii="Times New Roman" w:eastAsia="Times New Roman" w:hAnsi="Times New Roman" w:cs="Times New Roman"/>
              </w:rPr>
              <w:t>- Các Bộ, cơ quan ngang Bộ, cơ quan thuộc Chính phủ, cơ quan khác thuộc Trung ương;</w:t>
            </w:r>
          </w:p>
          <w:p w14:paraId="12658212" w14:textId="77777777" w:rsidR="00AC09D8" w:rsidRPr="00B96EF7" w:rsidRDefault="002E1D25">
            <w:pPr>
              <w:widowControl w:val="0"/>
              <w:spacing w:after="0" w:line="240" w:lineRule="auto"/>
              <w:ind w:right="84"/>
              <w:jc w:val="both"/>
              <w:rPr>
                <w:rFonts w:ascii="Times New Roman" w:eastAsia="Times New Roman" w:hAnsi="Times New Roman" w:cs="Times New Roman"/>
              </w:rPr>
            </w:pPr>
            <w:r w:rsidRPr="00B96EF7">
              <w:rPr>
                <w:rFonts w:ascii="Times New Roman" w:eastAsia="Times New Roman" w:hAnsi="Times New Roman" w:cs="Times New Roman"/>
              </w:rPr>
              <w:t>- Kiểm toán Nhà nước;</w:t>
            </w:r>
          </w:p>
          <w:p w14:paraId="5B3BB8AA" w14:textId="77777777" w:rsidR="00AC09D8" w:rsidRPr="00B96EF7" w:rsidRDefault="002E1D25">
            <w:pPr>
              <w:widowControl w:val="0"/>
              <w:spacing w:after="0" w:line="240" w:lineRule="auto"/>
              <w:ind w:right="84"/>
              <w:jc w:val="both"/>
              <w:rPr>
                <w:rFonts w:ascii="Times New Roman" w:eastAsia="Times New Roman" w:hAnsi="Times New Roman" w:cs="Times New Roman"/>
              </w:rPr>
            </w:pPr>
            <w:r w:rsidRPr="00B96EF7">
              <w:rPr>
                <w:rFonts w:ascii="Times New Roman" w:eastAsia="Times New Roman" w:hAnsi="Times New Roman" w:cs="Times New Roman"/>
              </w:rPr>
              <w:t>- UBND, Sở Tài chính, Sở KH&amp;CN cấp tỉnh;</w:t>
            </w:r>
          </w:p>
          <w:p w14:paraId="1D284094" w14:textId="77777777" w:rsidR="00AC09D8" w:rsidRPr="00B96EF7" w:rsidRDefault="002E1D25">
            <w:pPr>
              <w:widowControl w:val="0"/>
              <w:spacing w:after="0" w:line="240" w:lineRule="auto"/>
              <w:ind w:right="84"/>
              <w:jc w:val="both"/>
              <w:rPr>
                <w:rFonts w:ascii="Times New Roman" w:eastAsia="Times New Roman" w:hAnsi="Times New Roman" w:cs="Times New Roman"/>
              </w:rPr>
            </w:pPr>
            <w:r w:rsidRPr="00B96EF7">
              <w:rPr>
                <w:rFonts w:ascii="Times New Roman" w:eastAsia="Times New Roman" w:hAnsi="Times New Roman" w:cs="Times New Roman"/>
              </w:rPr>
              <w:t>- Mặt trận Tổ quốc;</w:t>
            </w:r>
          </w:p>
          <w:p w14:paraId="2C423A0B" w14:textId="77777777" w:rsidR="00AC09D8" w:rsidRPr="00B96EF7" w:rsidRDefault="002E1D25">
            <w:pPr>
              <w:widowControl w:val="0"/>
              <w:spacing w:after="0" w:line="240" w:lineRule="auto"/>
              <w:ind w:right="84"/>
              <w:jc w:val="both"/>
              <w:rPr>
                <w:rFonts w:ascii="Times New Roman" w:eastAsia="Times New Roman" w:hAnsi="Times New Roman" w:cs="Times New Roman"/>
              </w:rPr>
            </w:pPr>
            <w:r w:rsidRPr="00B96EF7">
              <w:rPr>
                <w:rFonts w:ascii="Times New Roman" w:eastAsia="Times New Roman" w:hAnsi="Times New Roman" w:cs="Times New Roman"/>
              </w:rPr>
              <w:t>- Cục Kiểm tra văn bản quy phạm pháp luật - Bộ Tư pháp;</w:t>
            </w:r>
          </w:p>
          <w:p w14:paraId="03B98E64" w14:textId="77777777" w:rsidR="00AC09D8" w:rsidRPr="00B96EF7" w:rsidRDefault="002E1D25">
            <w:pPr>
              <w:widowControl w:val="0"/>
              <w:spacing w:after="0" w:line="240" w:lineRule="auto"/>
              <w:ind w:right="84"/>
              <w:jc w:val="both"/>
              <w:rPr>
                <w:rFonts w:ascii="Times New Roman" w:eastAsia="Times New Roman" w:hAnsi="Times New Roman" w:cs="Times New Roman"/>
              </w:rPr>
            </w:pPr>
            <w:r w:rsidRPr="00B96EF7">
              <w:rPr>
                <w:rFonts w:ascii="Times New Roman" w:eastAsia="Times New Roman" w:hAnsi="Times New Roman" w:cs="Times New Roman"/>
              </w:rPr>
              <w:t>- Công báo Chính phủ;</w:t>
            </w:r>
          </w:p>
          <w:p w14:paraId="0098565E" w14:textId="77777777" w:rsidR="00AC09D8" w:rsidRPr="00B96EF7" w:rsidRDefault="002E1D25">
            <w:pPr>
              <w:widowControl w:val="0"/>
              <w:spacing w:after="0" w:line="240" w:lineRule="auto"/>
              <w:ind w:right="84"/>
              <w:jc w:val="both"/>
              <w:rPr>
                <w:rFonts w:ascii="Times New Roman" w:eastAsia="Times New Roman" w:hAnsi="Times New Roman" w:cs="Times New Roman"/>
              </w:rPr>
            </w:pPr>
            <w:r w:rsidRPr="00B96EF7">
              <w:rPr>
                <w:rFonts w:ascii="Times New Roman" w:eastAsia="Times New Roman" w:hAnsi="Times New Roman" w:cs="Times New Roman"/>
              </w:rPr>
              <w:t>- Cổng thông tin điện tử Chính phủ;</w:t>
            </w:r>
          </w:p>
          <w:p w14:paraId="6F3604ED" w14:textId="77777777" w:rsidR="00AC09D8" w:rsidRPr="00B96EF7" w:rsidRDefault="002E1D25">
            <w:pPr>
              <w:widowControl w:val="0"/>
              <w:spacing w:after="0" w:line="240" w:lineRule="auto"/>
              <w:ind w:right="84"/>
              <w:jc w:val="both"/>
              <w:rPr>
                <w:rFonts w:ascii="Times New Roman" w:eastAsia="Times New Roman" w:hAnsi="Times New Roman" w:cs="Times New Roman"/>
              </w:rPr>
            </w:pPr>
            <w:r w:rsidRPr="00B96EF7">
              <w:rPr>
                <w:rFonts w:ascii="Times New Roman" w:eastAsia="Times New Roman" w:hAnsi="Times New Roman" w:cs="Times New Roman"/>
              </w:rPr>
              <w:t>- Cổng thông tin điện tử Bộ KH&amp;CN;</w:t>
            </w:r>
          </w:p>
          <w:p w14:paraId="0667DB75" w14:textId="77777777" w:rsidR="00AC09D8" w:rsidRPr="00B96EF7" w:rsidRDefault="002E1D25">
            <w:pPr>
              <w:widowControl w:val="0"/>
              <w:spacing w:after="0"/>
              <w:ind w:right="84"/>
              <w:jc w:val="both"/>
              <w:rPr>
                <w:rFonts w:ascii="Times New Roman" w:eastAsia="Times New Roman" w:hAnsi="Times New Roman" w:cs="Times New Roman"/>
              </w:rPr>
            </w:pPr>
            <w:r w:rsidRPr="00B96EF7">
              <w:rPr>
                <w:rFonts w:ascii="Times New Roman" w:eastAsia="Times New Roman" w:hAnsi="Times New Roman" w:cs="Times New Roman"/>
              </w:rPr>
              <w:t>- Lưu: VT, PC, NAFOSTED.</w:t>
            </w:r>
          </w:p>
        </w:tc>
        <w:tc>
          <w:tcPr>
            <w:tcW w:w="3944" w:type="dxa"/>
            <w:tcBorders>
              <w:top w:val="nil"/>
              <w:left w:val="nil"/>
              <w:bottom w:val="nil"/>
              <w:right w:val="nil"/>
            </w:tcBorders>
            <w:tcMar>
              <w:top w:w="0" w:type="dxa"/>
              <w:left w:w="108" w:type="dxa"/>
              <w:bottom w:w="0" w:type="dxa"/>
              <w:right w:w="108" w:type="dxa"/>
            </w:tcMar>
          </w:tcPr>
          <w:p w14:paraId="595AD0F9" w14:textId="56B31843" w:rsidR="00AC09D8" w:rsidRPr="00B96EF7" w:rsidRDefault="002E1D25">
            <w:pPr>
              <w:widowControl w:val="0"/>
              <w:spacing w:after="0" w:line="240" w:lineRule="auto"/>
              <w:jc w:val="center"/>
              <w:rPr>
                <w:rFonts w:ascii="Times New Roman" w:eastAsia="Times New Roman" w:hAnsi="Times New Roman" w:cs="Times New Roman"/>
                <w:b/>
                <w:bCs/>
                <w:sz w:val="28"/>
                <w:szCs w:val="28"/>
              </w:rPr>
            </w:pPr>
            <w:r w:rsidRPr="00B96EF7">
              <w:rPr>
                <w:rFonts w:ascii="Times New Roman" w:eastAsia="Times New Roman" w:hAnsi="Times New Roman" w:cs="Times New Roman"/>
                <w:b/>
                <w:bCs/>
                <w:sz w:val="28"/>
                <w:szCs w:val="28"/>
              </w:rPr>
              <w:t>BỘ TRƯỞNG</w:t>
            </w:r>
          </w:p>
          <w:p w14:paraId="0C0FC683" w14:textId="3BA204E5" w:rsidR="00AC09D8" w:rsidRPr="00B96EF7" w:rsidRDefault="002E1D25">
            <w:pPr>
              <w:widowControl w:val="0"/>
              <w:spacing w:after="0" w:line="240" w:lineRule="auto"/>
              <w:jc w:val="center"/>
              <w:rPr>
                <w:rFonts w:ascii="Times New Roman" w:eastAsia="Times New Roman" w:hAnsi="Times New Roman" w:cs="Times New Roman"/>
                <w:b/>
                <w:bCs/>
                <w:i/>
                <w:iCs/>
                <w:sz w:val="26"/>
                <w:szCs w:val="26"/>
              </w:rPr>
            </w:pPr>
            <w:r w:rsidRPr="00B96EF7">
              <w:rPr>
                <w:rFonts w:ascii="Times New Roman" w:eastAsia="Times New Roman" w:hAnsi="Times New Roman" w:cs="Times New Roman"/>
                <w:b/>
                <w:bCs/>
                <w:sz w:val="28"/>
                <w:szCs w:val="28"/>
              </w:rPr>
              <w:br/>
            </w:r>
            <w:r w:rsidRPr="00B96EF7">
              <w:rPr>
                <w:rFonts w:ascii="Times New Roman" w:eastAsia="Times New Roman" w:hAnsi="Times New Roman" w:cs="Times New Roman"/>
                <w:b/>
                <w:bCs/>
                <w:sz w:val="28"/>
                <w:szCs w:val="28"/>
              </w:rPr>
              <w:br/>
            </w:r>
          </w:p>
          <w:p w14:paraId="543F5233" w14:textId="77777777" w:rsidR="00AC09D8" w:rsidRPr="00B96EF7" w:rsidRDefault="00AC09D8">
            <w:pPr>
              <w:widowControl w:val="0"/>
              <w:jc w:val="center"/>
              <w:rPr>
                <w:rFonts w:ascii="Times New Roman" w:eastAsia="Times New Roman" w:hAnsi="Times New Roman" w:cs="Times New Roman"/>
                <w:b/>
                <w:bCs/>
                <w:i/>
                <w:iCs/>
                <w:sz w:val="26"/>
                <w:szCs w:val="26"/>
              </w:rPr>
            </w:pPr>
          </w:p>
          <w:p w14:paraId="1C415ABA" w14:textId="726F872F" w:rsidR="00AC09D8" w:rsidRPr="00B96EF7" w:rsidRDefault="002E1D25">
            <w:pPr>
              <w:widowControl w:val="0"/>
              <w:jc w:val="center"/>
              <w:rPr>
                <w:rFonts w:ascii="Times New Roman" w:eastAsia="Times New Roman" w:hAnsi="Times New Roman" w:cs="Times New Roman"/>
                <w:b/>
                <w:bCs/>
                <w:sz w:val="28"/>
                <w:szCs w:val="28"/>
                <w:lang w:val="en-US"/>
              </w:rPr>
            </w:pPr>
            <w:r w:rsidRPr="00B96EF7">
              <w:rPr>
                <w:rFonts w:ascii="Times New Roman" w:eastAsia="Times New Roman" w:hAnsi="Times New Roman" w:cs="Times New Roman"/>
                <w:b/>
                <w:bCs/>
                <w:sz w:val="28"/>
                <w:szCs w:val="28"/>
              </w:rPr>
              <w:br/>
            </w:r>
            <w:proofErr w:type="spellStart"/>
            <w:r w:rsidR="001C71A6" w:rsidRPr="00B96EF7">
              <w:rPr>
                <w:rFonts w:ascii="Times New Roman" w:eastAsia="Times New Roman" w:hAnsi="Times New Roman" w:cs="Times New Roman"/>
                <w:b/>
                <w:bCs/>
                <w:sz w:val="28"/>
                <w:szCs w:val="28"/>
                <w:lang w:val="en-US"/>
              </w:rPr>
              <w:t>Nguyễn</w:t>
            </w:r>
            <w:proofErr w:type="spellEnd"/>
            <w:r w:rsidR="001C71A6" w:rsidRPr="00B96EF7">
              <w:rPr>
                <w:rFonts w:ascii="Times New Roman" w:eastAsia="Times New Roman" w:hAnsi="Times New Roman" w:cs="Times New Roman"/>
                <w:b/>
                <w:bCs/>
                <w:sz w:val="28"/>
                <w:szCs w:val="28"/>
                <w:lang w:val="en-US"/>
              </w:rPr>
              <w:t xml:space="preserve"> </w:t>
            </w:r>
            <w:proofErr w:type="spellStart"/>
            <w:r w:rsidR="001C71A6" w:rsidRPr="00B96EF7">
              <w:rPr>
                <w:rFonts w:ascii="Times New Roman" w:eastAsia="Times New Roman" w:hAnsi="Times New Roman" w:cs="Times New Roman"/>
                <w:b/>
                <w:bCs/>
                <w:sz w:val="28"/>
                <w:szCs w:val="28"/>
                <w:lang w:val="en-US"/>
              </w:rPr>
              <w:t>Mạnh</w:t>
            </w:r>
            <w:proofErr w:type="spellEnd"/>
            <w:r w:rsidR="001C71A6" w:rsidRPr="00B96EF7">
              <w:rPr>
                <w:rFonts w:ascii="Times New Roman" w:eastAsia="Times New Roman" w:hAnsi="Times New Roman" w:cs="Times New Roman"/>
                <w:b/>
                <w:bCs/>
                <w:sz w:val="28"/>
                <w:szCs w:val="28"/>
                <w:lang w:val="en-US"/>
              </w:rPr>
              <w:t xml:space="preserve"> </w:t>
            </w:r>
            <w:proofErr w:type="spellStart"/>
            <w:r w:rsidR="001C71A6" w:rsidRPr="00B96EF7">
              <w:rPr>
                <w:rFonts w:ascii="Times New Roman" w:eastAsia="Times New Roman" w:hAnsi="Times New Roman" w:cs="Times New Roman"/>
                <w:b/>
                <w:bCs/>
                <w:sz w:val="28"/>
                <w:szCs w:val="28"/>
                <w:lang w:val="en-US"/>
              </w:rPr>
              <w:t>Hùng</w:t>
            </w:r>
            <w:proofErr w:type="spellEnd"/>
          </w:p>
        </w:tc>
      </w:tr>
    </w:tbl>
    <w:p w14:paraId="15091BE5" w14:textId="77777777" w:rsidR="00AC09D8" w:rsidRPr="00B96EF7" w:rsidRDefault="002E1D25">
      <w:pPr>
        <w:widowControl w:val="0"/>
        <w:rPr>
          <w:rFonts w:ascii="Times New Roman" w:eastAsia="Times New Roman" w:hAnsi="Times New Roman" w:cs="Times New Roman"/>
          <w:b/>
          <w:bCs/>
          <w:sz w:val="28"/>
          <w:szCs w:val="28"/>
        </w:rPr>
        <w:sectPr w:rsidR="00AC09D8" w:rsidRPr="00B96EF7">
          <w:headerReference w:type="default" r:id="rId8"/>
          <w:pgSz w:w="11909" w:h="16834"/>
          <w:pgMar w:top="1134" w:right="1134" w:bottom="1134" w:left="1701" w:header="720" w:footer="720" w:gutter="0"/>
          <w:pgNumType w:start="1"/>
          <w:cols w:space="720"/>
          <w:titlePg/>
        </w:sectPr>
      </w:pPr>
      <w:r w:rsidRPr="00B96EF7">
        <w:br w:type="page"/>
      </w:r>
    </w:p>
    <w:p w14:paraId="197FD71E" w14:textId="77777777" w:rsidR="00AC09D8" w:rsidRPr="00B96EF7" w:rsidRDefault="002E1D25">
      <w:pPr>
        <w:widowControl w:val="0"/>
        <w:spacing w:after="0" w:line="240" w:lineRule="auto"/>
        <w:jc w:val="center"/>
        <w:rPr>
          <w:rFonts w:ascii="Times New Roman" w:eastAsia="Times New Roman" w:hAnsi="Times New Roman" w:cs="Times New Roman"/>
          <w:b/>
          <w:bCs/>
          <w:sz w:val="28"/>
          <w:szCs w:val="28"/>
        </w:rPr>
      </w:pPr>
      <w:r w:rsidRPr="00B96EF7">
        <w:rPr>
          <w:rFonts w:ascii="Times New Roman" w:eastAsia="Times New Roman" w:hAnsi="Times New Roman" w:cs="Times New Roman"/>
          <w:b/>
          <w:bCs/>
          <w:sz w:val="28"/>
          <w:szCs w:val="28"/>
        </w:rPr>
        <w:lastRenderedPageBreak/>
        <w:t xml:space="preserve">ĐIỀU LỆ MẪU </w:t>
      </w:r>
    </w:p>
    <w:p w14:paraId="586C52D8" w14:textId="77777777" w:rsidR="00AC09D8" w:rsidRPr="00B96EF7" w:rsidRDefault="002E1D25">
      <w:pPr>
        <w:widowControl w:val="0"/>
        <w:spacing w:after="0" w:line="240" w:lineRule="auto"/>
        <w:jc w:val="center"/>
        <w:rPr>
          <w:rFonts w:ascii="Times New Roman" w:eastAsia="Times New Roman" w:hAnsi="Times New Roman" w:cs="Times New Roman"/>
          <w:b/>
          <w:bCs/>
          <w:sz w:val="28"/>
          <w:szCs w:val="28"/>
        </w:rPr>
      </w:pPr>
      <w:r w:rsidRPr="00B96EF7">
        <w:rPr>
          <w:rFonts w:ascii="Times New Roman" w:eastAsia="Times New Roman" w:hAnsi="Times New Roman" w:cs="Times New Roman"/>
          <w:b/>
          <w:bCs/>
          <w:sz w:val="28"/>
          <w:szCs w:val="28"/>
        </w:rPr>
        <w:t xml:space="preserve">VỀ TỔ CHỨC VÀ HOẠT ĐỘNG CỦA QUỸ PHÁT TRIỂN KHOA HỌC, CÔNG NGHỆ VÀ ĐỔI MỚI SÁNG TẠO CỦA BỘ, CƠ QUAN </w:t>
      </w:r>
    </w:p>
    <w:p w14:paraId="4EB3041B" w14:textId="77777777" w:rsidR="00AC09D8" w:rsidRPr="00B96EF7" w:rsidRDefault="002E1D25">
      <w:pPr>
        <w:widowControl w:val="0"/>
        <w:spacing w:after="0" w:line="240" w:lineRule="auto"/>
        <w:jc w:val="center"/>
        <w:rPr>
          <w:rFonts w:ascii="Times New Roman" w:eastAsia="Times New Roman" w:hAnsi="Times New Roman" w:cs="Times New Roman"/>
          <w:b/>
          <w:bCs/>
          <w:sz w:val="28"/>
          <w:szCs w:val="28"/>
        </w:rPr>
      </w:pPr>
      <w:r w:rsidRPr="00B96EF7">
        <w:rPr>
          <w:rFonts w:ascii="Times New Roman" w:eastAsia="Times New Roman" w:hAnsi="Times New Roman" w:cs="Times New Roman"/>
          <w:b/>
          <w:bCs/>
          <w:sz w:val="28"/>
          <w:szCs w:val="28"/>
        </w:rPr>
        <w:t xml:space="preserve">NGANG BỘ, CƠ QUAN THUỘC CHÍNH PHỦ, CƠ QUAN KHÁC </w:t>
      </w:r>
    </w:p>
    <w:p w14:paraId="44B15F44" w14:textId="77777777" w:rsidR="00AC09D8" w:rsidRPr="00B96EF7" w:rsidRDefault="002E1D25">
      <w:pPr>
        <w:widowControl w:val="0"/>
        <w:spacing w:after="0" w:line="240" w:lineRule="auto"/>
        <w:jc w:val="center"/>
        <w:rPr>
          <w:rFonts w:ascii="Times New Roman" w:eastAsia="Times New Roman" w:hAnsi="Times New Roman" w:cs="Times New Roman"/>
          <w:b/>
          <w:bCs/>
          <w:sz w:val="28"/>
          <w:szCs w:val="28"/>
        </w:rPr>
      </w:pPr>
      <w:r w:rsidRPr="00B96EF7">
        <w:rPr>
          <w:rFonts w:ascii="Times New Roman" w:eastAsia="Times New Roman" w:hAnsi="Times New Roman" w:cs="Times New Roman"/>
          <w:b/>
          <w:bCs/>
          <w:sz w:val="28"/>
          <w:szCs w:val="28"/>
        </w:rPr>
        <w:t>Ở TRUNG ƯƠNG, ỦY BAN NHÂN DÂN CẤP TỈNH</w:t>
      </w:r>
    </w:p>
    <w:p w14:paraId="63A09D46" w14:textId="77777777" w:rsidR="00AC09D8" w:rsidRPr="00B96EF7" w:rsidRDefault="002E1D25">
      <w:pPr>
        <w:widowControl w:val="0"/>
        <w:spacing w:after="0" w:line="240" w:lineRule="auto"/>
        <w:jc w:val="center"/>
        <w:rPr>
          <w:rFonts w:ascii="Times New Roman" w:eastAsia="Times New Roman" w:hAnsi="Times New Roman" w:cs="Times New Roman"/>
          <w:b/>
          <w:bCs/>
          <w:i/>
          <w:iCs/>
          <w:sz w:val="28"/>
          <w:szCs w:val="28"/>
        </w:rPr>
      </w:pPr>
      <w:r w:rsidRPr="00B96EF7">
        <w:rPr>
          <w:rFonts w:ascii="Times New Roman" w:eastAsia="Times New Roman" w:hAnsi="Times New Roman" w:cs="Times New Roman"/>
          <w:i/>
          <w:iCs/>
          <w:sz w:val="28"/>
          <w:szCs w:val="28"/>
        </w:rPr>
        <w:t>(Kèm theo Thông tư số         /2026/TT-BKHCN ngày       tháng     năm 2026 của Bộ trưởng Khoa học và Công nghệ)</w:t>
      </w:r>
    </w:p>
    <w:p w14:paraId="23BE8403" w14:textId="77777777" w:rsidR="00AC09D8" w:rsidRPr="00B96EF7" w:rsidRDefault="002E1D25">
      <w:pPr>
        <w:widowControl w:val="0"/>
        <w:jc w:val="center"/>
        <w:rPr>
          <w:rFonts w:ascii="Times New Roman" w:eastAsia="Times New Roman" w:hAnsi="Times New Roman" w:cs="Times New Roman"/>
          <w:b/>
          <w:bCs/>
          <w:sz w:val="18"/>
          <w:szCs w:val="18"/>
        </w:rPr>
      </w:pPr>
      <w:r w:rsidRPr="00B96EF7">
        <w:rPr>
          <w:noProof/>
          <w:lang w:val="en-US" w:eastAsia="en-US"/>
        </w:rPr>
        <mc:AlternateContent>
          <mc:Choice Requires="wps">
            <w:drawing>
              <wp:anchor distT="0" distB="0" distL="114300" distR="114300" simplePos="0" relativeHeight="251660288" behindDoc="0" locked="0" layoutInCell="1" hidden="0" allowOverlap="1" wp14:anchorId="31DBFD5B" wp14:editId="5F9366B8">
                <wp:simplePos x="0" y="0"/>
                <wp:positionH relativeFrom="column">
                  <wp:posOffset>2082164</wp:posOffset>
                </wp:positionH>
                <wp:positionV relativeFrom="paragraph">
                  <wp:posOffset>90170</wp:posOffset>
                </wp:positionV>
                <wp:extent cx="0" cy="12700"/>
                <wp:effectExtent l="0" t="0" r="0" b="0"/>
                <wp:wrapNone/>
                <wp:docPr id="1787749649" name="Straight Arrow Connector 1787749649"/>
                <wp:cNvGraphicFramePr/>
                <a:graphic xmlns:a="http://schemas.openxmlformats.org/drawingml/2006/main">
                  <a:graphicData uri="http://schemas.microsoft.com/office/word/2010/wordprocessingShape">
                    <wps:wsp>
                      <wps:cNvCnPr/>
                      <wps:spPr>
                        <a:xfrm>
                          <a:off x="4439220" y="3780000"/>
                          <a:ext cx="1813560" cy="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drawing>
              <wp:anchor allowOverlap="1" behindDoc="0" distB="0" distT="0" distL="114300" distR="114300" hidden="0" layoutInCell="1" locked="0" relativeHeight="0" simplePos="0">
                <wp:simplePos x="0" y="0"/>
                <wp:positionH relativeFrom="column">
                  <wp:posOffset>2082164</wp:posOffset>
                </wp:positionH>
                <wp:positionV relativeFrom="paragraph">
                  <wp:posOffset>90170</wp:posOffset>
                </wp:positionV>
                <wp:extent cx="0" cy="12700"/>
                <wp:effectExtent b="0" l="0" r="0" t="0"/>
                <wp:wrapNone/>
                <wp:docPr id="1787749649" name="image3.png"/>
                <a:graphic>
                  <a:graphicData uri="http://schemas.openxmlformats.org/drawingml/2006/picture">
                    <pic:pic>
                      <pic:nvPicPr>
                        <pic:cNvPr id="0" name="image3.png"/>
                        <pic:cNvPicPr preferRelativeResize="0"/>
                      </pic:nvPicPr>
                      <pic:blipFill>
                        <a:blip r:embed="rId13"/>
                        <a:srcRect/>
                        <a:stretch>
                          <a:fillRect/>
                        </a:stretch>
                      </pic:blipFill>
                      <pic:spPr>
                        <a:xfrm>
                          <a:off x="0" y="0"/>
                          <a:ext cx="0" cy="12700"/>
                        </a:xfrm>
                        <a:prstGeom prst="rect"/>
                        <a:ln/>
                      </pic:spPr>
                    </pic:pic>
                  </a:graphicData>
                </a:graphic>
              </wp:anchor>
            </w:drawing>
          </mc:Fallback>
        </mc:AlternateContent>
      </w:r>
    </w:p>
    <w:p w14:paraId="5EDB2B0C" w14:textId="77777777" w:rsidR="00AC09D8" w:rsidRPr="00B96EF7" w:rsidRDefault="002E1D25">
      <w:pPr>
        <w:widowControl w:val="0"/>
        <w:spacing w:after="0" w:line="240" w:lineRule="auto"/>
        <w:jc w:val="center"/>
        <w:rPr>
          <w:rFonts w:ascii="Times New Roman" w:eastAsia="Times New Roman" w:hAnsi="Times New Roman" w:cs="Times New Roman"/>
          <w:b/>
          <w:bCs/>
          <w:sz w:val="28"/>
          <w:szCs w:val="28"/>
        </w:rPr>
      </w:pPr>
      <w:r w:rsidRPr="00B96EF7">
        <w:rPr>
          <w:rFonts w:ascii="Times New Roman" w:eastAsia="Times New Roman" w:hAnsi="Times New Roman" w:cs="Times New Roman"/>
          <w:b/>
          <w:bCs/>
          <w:sz w:val="28"/>
          <w:szCs w:val="28"/>
        </w:rPr>
        <w:t xml:space="preserve">CHƯƠNG I </w:t>
      </w:r>
    </w:p>
    <w:p w14:paraId="190F61E6" w14:textId="77777777" w:rsidR="00AC09D8" w:rsidRPr="00B96EF7" w:rsidRDefault="002E1D25">
      <w:pPr>
        <w:widowControl w:val="0"/>
        <w:spacing w:after="0" w:line="240" w:lineRule="auto"/>
        <w:jc w:val="center"/>
        <w:rPr>
          <w:rFonts w:ascii="Times New Roman" w:eastAsia="Times New Roman" w:hAnsi="Times New Roman" w:cs="Times New Roman"/>
          <w:b/>
          <w:bCs/>
          <w:sz w:val="28"/>
          <w:szCs w:val="28"/>
        </w:rPr>
      </w:pPr>
      <w:r w:rsidRPr="00B96EF7">
        <w:rPr>
          <w:rFonts w:ascii="Times New Roman" w:eastAsia="Times New Roman" w:hAnsi="Times New Roman" w:cs="Times New Roman"/>
          <w:b/>
          <w:bCs/>
          <w:sz w:val="28"/>
          <w:szCs w:val="28"/>
        </w:rPr>
        <w:t>QUY ĐỊNH CHUNG</w:t>
      </w:r>
    </w:p>
    <w:p w14:paraId="7E2B75AA" w14:textId="77777777" w:rsidR="00AC09D8" w:rsidRPr="00B96EF7" w:rsidRDefault="00AC09D8">
      <w:pPr>
        <w:widowControl w:val="0"/>
        <w:jc w:val="both"/>
        <w:rPr>
          <w:rFonts w:ascii="Times New Roman" w:eastAsia="Times New Roman" w:hAnsi="Times New Roman" w:cs="Times New Roman"/>
          <w:b/>
          <w:bCs/>
          <w:sz w:val="6"/>
          <w:szCs w:val="6"/>
        </w:rPr>
      </w:pPr>
    </w:p>
    <w:p w14:paraId="644DF50A" w14:textId="77777777" w:rsidR="00AC09D8" w:rsidRPr="00B96EF7" w:rsidRDefault="002E1D25" w:rsidP="00410E27">
      <w:pPr>
        <w:widowControl w:val="0"/>
        <w:spacing w:after="120" w:line="252" w:lineRule="auto"/>
        <w:ind w:firstLine="720"/>
        <w:jc w:val="both"/>
        <w:rPr>
          <w:rFonts w:ascii="Times New Roman" w:eastAsia="Times New Roman" w:hAnsi="Times New Roman" w:cs="Times New Roman"/>
          <w:b/>
          <w:bCs/>
          <w:sz w:val="28"/>
          <w:szCs w:val="28"/>
        </w:rPr>
      </w:pPr>
      <w:r w:rsidRPr="00B96EF7">
        <w:rPr>
          <w:rFonts w:ascii="Times New Roman" w:eastAsia="Times New Roman" w:hAnsi="Times New Roman" w:cs="Times New Roman"/>
          <w:b/>
          <w:bCs/>
          <w:sz w:val="28"/>
          <w:szCs w:val="28"/>
        </w:rPr>
        <w:t>Điều 1. Địa vị pháp lý</w:t>
      </w:r>
    </w:p>
    <w:p w14:paraId="1DBE6B42" w14:textId="0537602C" w:rsidR="00AC09D8" w:rsidRPr="00B96EF7" w:rsidRDefault="002E1D25" w:rsidP="00410E27">
      <w:pPr>
        <w:widowControl w:val="0"/>
        <w:spacing w:after="120" w:line="252" w:lineRule="auto"/>
        <w:ind w:firstLine="720"/>
        <w:jc w:val="both"/>
        <w:rPr>
          <w:rFonts w:ascii="Times New Roman" w:eastAsia="Times New Roman" w:hAnsi="Times New Roman" w:cs="Times New Roman"/>
          <w:sz w:val="28"/>
          <w:szCs w:val="28"/>
          <w:lang w:val="en-US"/>
        </w:rPr>
      </w:pPr>
      <w:r w:rsidRPr="00B96EF7">
        <w:rPr>
          <w:rFonts w:ascii="Times New Roman" w:eastAsia="Times New Roman" w:hAnsi="Times New Roman" w:cs="Times New Roman"/>
          <w:sz w:val="28"/>
          <w:szCs w:val="28"/>
        </w:rPr>
        <w:t xml:space="preserve">1. Quỹ phát triển khoa học, công nghệ và đổi mới sáng tạo của Bộ, cơ quan ngang Bộ, cơ quan thuộc Chính phủ, cơ quan khác ở trung ương, Ủy ban nhân dân cấp tỉnh là đơn vị hoạt động không vì mục tiêu lợi nhuận, có chức năng tiếp nhận, quản lý và sử dụng nguồn vốn ngân sách nhà nước và các nguồn vốn hợp pháp khác được Quỹ tiếp nhận theo quy định của pháp luật. </w:t>
      </w:r>
      <w:proofErr w:type="spellStart"/>
      <w:r w:rsidR="00885DA9" w:rsidRPr="00B96EF7">
        <w:rPr>
          <w:rFonts w:ascii="Times New Roman" w:eastAsia="Times New Roman" w:hAnsi="Times New Roman" w:cs="Times New Roman"/>
          <w:sz w:val="28"/>
          <w:szCs w:val="28"/>
          <w:lang w:val="en-US"/>
        </w:rPr>
        <w:t>Việc</w:t>
      </w:r>
      <w:proofErr w:type="spellEnd"/>
      <w:r w:rsidR="00885DA9" w:rsidRPr="00B96EF7">
        <w:rPr>
          <w:rFonts w:ascii="Times New Roman" w:eastAsia="Times New Roman" w:hAnsi="Times New Roman" w:cs="Times New Roman"/>
          <w:sz w:val="28"/>
          <w:szCs w:val="28"/>
          <w:lang w:val="en-US"/>
        </w:rPr>
        <w:t xml:space="preserve"> </w:t>
      </w:r>
      <w:proofErr w:type="spellStart"/>
      <w:r w:rsidR="00885DA9" w:rsidRPr="00B96EF7">
        <w:rPr>
          <w:rFonts w:ascii="Times New Roman" w:eastAsia="Times New Roman" w:hAnsi="Times New Roman" w:cs="Times New Roman"/>
          <w:sz w:val="28"/>
          <w:szCs w:val="28"/>
          <w:lang w:val="en-US"/>
        </w:rPr>
        <w:t>thành</w:t>
      </w:r>
      <w:proofErr w:type="spellEnd"/>
      <w:r w:rsidR="00885DA9" w:rsidRPr="00B96EF7">
        <w:rPr>
          <w:rFonts w:ascii="Times New Roman" w:eastAsia="Times New Roman" w:hAnsi="Times New Roman" w:cs="Times New Roman"/>
          <w:sz w:val="28"/>
          <w:szCs w:val="28"/>
          <w:lang w:val="en-US"/>
        </w:rPr>
        <w:t xml:space="preserve"> </w:t>
      </w:r>
      <w:proofErr w:type="spellStart"/>
      <w:r w:rsidR="00885DA9" w:rsidRPr="00B96EF7">
        <w:rPr>
          <w:rFonts w:ascii="Times New Roman" w:eastAsia="Times New Roman" w:hAnsi="Times New Roman" w:cs="Times New Roman"/>
          <w:sz w:val="28"/>
          <w:szCs w:val="28"/>
          <w:lang w:val="en-US"/>
        </w:rPr>
        <w:t>lập</w:t>
      </w:r>
      <w:proofErr w:type="spellEnd"/>
      <w:r w:rsidR="00885DA9" w:rsidRPr="00B96EF7">
        <w:rPr>
          <w:rFonts w:ascii="Times New Roman" w:eastAsia="Times New Roman" w:hAnsi="Times New Roman" w:cs="Times New Roman"/>
          <w:sz w:val="28"/>
          <w:szCs w:val="28"/>
          <w:lang w:val="en-US"/>
        </w:rPr>
        <w:t xml:space="preserve"> </w:t>
      </w:r>
      <w:proofErr w:type="spellStart"/>
      <w:r w:rsidR="00885DA9" w:rsidRPr="00B96EF7">
        <w:rPr>
          <w:rFonts w:ascii="Times New Roman" w:eastAsia="Times New Roman" w:hAnsi="Times New Roman" w:cs="Times New Roman"/>
          <w:sz w:val="28"/>
          <w:szCs w:val="28"/>
          <w:lang w:val="en-US"/>
        </w:rPr>
        <w:t>Quỹ</w:t>
      </w:r>
      <w:proofErr w:type="spellEnd"/>
      <w:r w:rsidR="00885DA9" w:rsidRPr="00B96EF7">
        <w:rPr>
          <w:rFonts w:ascii="Times New Roman" w:eastAsia="Times New Roman" w:hAnsi="Times New Roman" w:cs="Times New Roman"/>
          <w:sz w:val="28"/>
          <w:szCs w:val="28"/>
          <w:lang w:val="en-US"/>
        </w:rPr>
        <w:t xml:space="preserve"> </w:t>
      </w:r>
      <w:proofErr w:type="spellStart"/>
      <w:r w:rsidR="00885DA9" w:rsidRPr="00B96EF7">
        <w:rPr>
          <w:rFonts w:ascii="Times New Roman" w:eastAsia="Times New Roman" w:hAnsi="Times New Roman" w:cs="Times New Roman"/>
          <w:sz w:val="28"/>
          <w:szCs w:val="28"/>
          <w:lang w:val="en-US"/>
        </w:rPr>
        <w:t>hoặc</w:t>
      </w:r>
      <w:proofErr w:type="spellEnd"/>
      <w:r w:rsidR="00885DA9" w:rsidRPr="00B96EF7">
        <w:rPr>
          <w:rFonts w:ascii="Times New Roman" w:eastAsia="Times New Roman" w:hAnsi="Times New Roman" w:cs="Times New Roman"/>
          <w:sz w:val="28"/>
          <w:szCs w:val="28"/>
          <w:lang w:val="en-US"/>
        </w:rPr>
        <w:t xml:space="preserve"> </w:t>
      </w:r>
      <w:proofErr w:type="spellStart"/>
      <w:r w:rsidR="00885DA9" w:rsidRPr="00B96EF7">
        <w:rPr>
          <w:rFonts w:ascii="Times New Roman" w:eastAsia="Times New Roman" w:hAnsi="Times New Roman" w:cs="Times New Roman"/>
          <w:sz w:val="28"/>
          <w:szCs w:val="28"/>
          <w:lang w:val="en-US"/>
        </w:rPr>
        <w:t>giao</w:t>
      </w:r>
      <w:proofErr w:type="spellEnd"/>
      <w:r w:rsidR="00885DA9" w:rsidRPr="00B96EF7">
        <w:rPr>
          <w:rFonts w:ascii="Times New Roman" w:eastAsia="Times New Roman" w:hAnsi="Times New Roman" w:cs="Times New Roman"/>
          <w:sz w:val="28"/>
          <w:szCs w:val="28"/>
          <w:lang w:val="en-US"/>
        </w:rPr>
        <w:t xml:space="preserve"> </w:t>
      </w:r>
      <w:proofErr w:type="spellStart"/>
      <w:r w:rsidR="00885DA9" w:rsidRPr="00B96EF7">
        <w:rPr>
          <w:rFonts w:ascii="Times New Roman" w:eastAsia="Times New Roman" w:hAnsi="Times New Roman" w:cs="Times New Roman"/>
          <w:sz w:val="28"/>
          <w:szCs w:val="28"/>
          <w:lang w:val="en-US"/>
        </w:rPr>
        <w:t>cơ</w:t>
      </w:r>
      <w:proofErr w:type="spellEnd"/>
      <w:r w:rsidR="00885DA9" w:rsidRPr="00B96EF7">
        <w:rPr>
          <w:rFonts w:ascii="Times New Roman" w:eastAsia="Times New Roman" w:hAnsi="Times New Roman" w:cs="Times New Roman"/>
          <w:sz w:val="28"/>
          <w:szCs w:val="28"/>
          <w:lang w:val="en-US"/>
        </w:rPr>
        <w:t xml:space="preserve"> </w:t>
      </w:r>
      <w:proofErr w:type="spellStart"/>
      <w:r w:rsidR="00885DA9" w:rsidRPr="00B96EF7">
        <w:rPr>
          <w:rFonts w:ascii="Times New Roman" w:eastAsia="Times New Roman" w:hAnsi="Times New Roman" w:cs="Times New Roman"/>
          <w:sz w:val="28"/>
          <w:szCs w:val="28"/>
          <w:lang w:val="en-US"/>
        </w:rPr>
        <w:t>quan</w:t>
      </w:r>
      <w:proofErr w:type="spellEnd"/>
      <w:r w:rsidR="00885DA9" w:rsidRPr="00B96EF7">
        <w:rPr>
          <w:rFonts w:ascii="Times New Roman" w:eastAsia="Times New Roman" w:hAnsi="Times New Roman" w:cs="Times New Roman"/>
          <w:sz w:val="28"/>
          <w:szCs w:val="28"/>
          <w:lang w:val="en-US"/>
        </w:rPr>
        <w:t xml:space="preserve">, </w:t>
      </w:r>
      <w:proofErr w:type="spellStart"/>
      <w:r w:rsidR="00885DA9" w:rsidRPr="00B96EF7">
        <w:rPr>
          <w:rFonts w:ascii="Times New Roman" w:eastAsia="Times New Roman" w:hAnsi="Times New Roman" w:cs="Times New Roman"/>
          <w:sz w:val="28"/>
          <w:szCs w:val="28"/>
          <w:lang w:val="en-US"/>
        </w:rPr>
        <w:t>đơn</w:t>
      </w:r>
      <w:proofErr w:type="spellEnd"/>
      <w:r w:rsidR="00885DA9" w:rsidRPr="00B96EF7">
        <w:rPr>
          <w:rFonts w:ascii="Times New Roman" w:eastAsia="Times New Roman" w:hAnsi="Times New Roman" w:cs="Times New Roman"/>
          <w:sz w:val="28"/>
          <w:szCs w:val="28"/>
          <w:lang w:val="en-US"/>
        </w:rPr>
        <w:t xml:space="preserve"> </w:t>
      </w:r>
      <w:proofErr w:type="spellStart"/>
      <w:r w:rsidR="00885DA9" w:rsidRPr="00B96EF7">
        <w:rPr>
          <w:rFonts w:ascii="Times New Roman" w:eastAsia="Times New Roman" w:hAnsi="Times New Roman" w:cs="Times New Roman"/>
          <w:sz w:val="28"/>
          <w:szCs w:val="28"/>
          <w:lang w:val="en-US"/>
        </w:rPr>
        <w:t>vị</w:t>
      </w:r>
      <w:proofErr w:type="spellEnd"/>
      <w:r w:rsidR="00885DA9" w:rsidRPr="00B96EF7">
        <w:rPr>
          <w:rFonts w:ascii="Times New Roman" w:eastAsia="Times New Roman" w:hAnsi="Times New Roman" w:cs="Times New Roman"/>
          <w:sz w:val="28"/>
          <w:szCs w:val="28"/>
          <w:lang w:val="en-US"/>
        </w:rPr>
        <w:t xml:space="preserve"> </w:t>
      </w:r>
      <w:proofErr w:type="spellStart"/>
      <w:r w:rsidR="00885DA9" w:rsidRPr="00B96EF7">
        <w:rPr>
          <w:rFonts w:ascii="Times New Roman" w:eastAsia="Times New Roman" w:hAnsi="Times New Roman" w:cs="Times New Roman"/>
          <w:sz w:val="28"/>
          <w:szCs w:val="28"/>
          <w:lang w:val="en-US"/>
        </w:rPr>
        <w:t>hiện</w:t>
      </w:r>
      <w:proofErr w:type="spellEnd"/>
      <w:r w:rsidR="00885DA9" w:rsidRPr="00B96EF7">
        <w:rPr>
          <w:rFonts w:ascii="Times New Roman" w:eastAsia="Times New Roman" w:hAnsi="Times New Roman" w:cs="Times New Roman"/>
          <w:sz w:val="28"/>
          <w:szCs w:val="28"/>
          <w:lang w:val="en-US"/>
        </w:rPr>
        <w:t xml:space="preserve"> </w:t>
      </w:r>
      <w:proofErr w:type="spellStart"/>
      <w:r w:rsidR="00885DA9" w:rsidRPr="00B96EF7">
        <w:rPr>
          <w:rFonts w:ascii="Times New Roman" w:eastAsia="Times New Roman" w:hAnsi="Times New Roman" w:cs="Times New Roman"/>
          <w:sz w:val="28"/>
          <w:szCs w:val="28"/>
          <w:lang w:val="en-US"/>
        </w:rPr>
        <w:t>có</w:t>
      </w:r>
      <w:proofErr w:type="spellEnd"/>
      <w:r w:rsidR="00885DA9" w:rsidRPr="00B96EF7">
        <w:rPr>
          <w:rFonts w:ascii="Times New Roman" w:eastAsia="Times New Roman" w:hAnsi="Times New Roman" w:cs="Times New Roman"/>
          <w:sz w:val="28"/>
          <w:szCs w:val="28"/>
          <w:lang w:val="en-US"/>
        </w:rPr>
        <w:t xml:space="preserve"> </w:t>
      </w:r>
      <w:proofErr w:type="spellStart"/>
      <w:r w:rsidR="00885DA9" w:rsidRPr="00B96EF7">
        <w:rPr>
          <w:rFonts w:ascii="Times New Roman" w:eastAsia="Times New Roman" w:hAnsi="Times New Roman" w:cs="Times New Roman"/>
          <w:sz w:val="28"/>
          <w:szCs w:val="28"/>
          <w:lang w:val="en-US"/>
        </w:rPr>
        <w:t>tổ</w:t>
      </w:r>
      <w:proofErr w:type="spellEnd"/>
      <w:r w:rsidR="00885DA9" w:rsidRPr="00B96EF7">
        <w:rPr>
          <w:rFonts w:ascii="Times New Roman" w:eastAsia="Times New Roman" w:hAnsi="Times New Roman" w:cs="Times New Roman"/>
          <w:sz w:val="28"/>
          <w:szCs w:val="28"/>
          <w:lang w:val="en-US"/>
        </w:rPr>
        <w:t xml:space="preserve"> </w:t>
      </w:r>
      <w:proofErr w:type="spellStart"/>
      <w:r w:rsidR="00885DA9" w:rsidRPr="00B96EF7">
        <w:rPr>
          <w:rFonts w:ascii="Times New Roman" w:eastAsia="Times New Roman" w:hAnsi="Times New Roman" w:cs="Times New Roman"/>
          <w:sz w:val="28"/>
          <w:szCs w:val="28"/>
          <w:lang w:val="en-US"/>
        </w:rPr>
        <w:t>chức</w:t>
      </w:r>
      <w:proofErr w:type="spellEnd"/>
      <w:r w:rsidR="00885DA9" w:rsidRPr="00B96EF7">
        <w:rPr>
          <w:rFonts w:ascii="Times New Roman" w:eastAsia="Times New Roman" w:hAnsi="Times New Roman" w:cs="Times New Roman"/>
          <w:sz w:val="28"/>
          <w:szCs w:val="28"/>
          <w:lang w:val="en-US"/>
        </w:rPr>
        <w:t xml:space="preserve"> </w:t>
      </w:r>
      <w:proofErr w:type="spellStart"/>
      <w:r w:rsidR="00885DA9" w:rsidRPr="00B96EF7">
        <w:rPr>
          <w:rFonts w:ascii="Times New Roman" w:eastAsia="Times New Roman" w:hAnsi="Times New Roman" w:cs="Times New Roman"/>
          <w:sz w:val="28"/>
          <w:szCs w:val="28"/>
          <w:lang w:val="en-US"/>
        </w:rPr>
        <w:t>điều</w:t>
      </w:r>
      <w:proofErr w:type="spellEnd"/>
      <w:r w:rsidR="00885DA9" w:rsidRPr="00B96EF7">
        <w:rPr>
          <w:rFonts w:ascii="Times New Roman" w:eastAsia="Times New Roman" w:hAnsi="Times New Roman" w:cs="Times New Roman"/>
          <w:sz w:val="28"/>
          <w:szCs w:val="28"/>
          <w:lang w:val="en-US"/>
        </w:rPr>
        <w:t xml:space="preserve"> </w:t>
      </w:r>
      <w:proofErr w:type="spellStart"/>
      <w:r w:rsidR="00885DA9" w:rsidRPr="00B96EF7">
        <w:rPr>
          <w:rFonts w:ascii="Times New Roman" w:eastAsia="Times New Roman" w:hAnsi="Times New Roman" w:cs="Times New Roman"/>
          <w:sz w:val="28"/>
          <w:szCs w:val="28"/>
          <w:lang w:val="en-US"/>
        </w:rPr>
        <w:t>hành</w:t>
      </w:r>
      <w:proofErr w:type="spellEnd"/>
      <w:r w:rsidR="00885DA9" w:rsidRPr="00B96EF7">
        <w:rPr>
          <w:rFonts w:ascii="Times New Roman" w:eastAsia="Times New Roman" w:hAnsi="Times New Roman" w:cs="Times New Roman"/>
          <w:sz w:val="28"/>
          <w:szCs w:val="28"/>
          <w:lang w:val="en-US"/>
        </w:rPr>
        <w:t xml:space="preserve"> </w:t>
      </w:r>
      <w:proofErr w:type="spellStart"/>
      <w:r w:rsidR="00885DA9" w:rsidRPr="00B96EF7">
        <w:rPr>
          <w:rFonts w:ascii="Times New Roman" w:eastAsia="Times New Roman" w:hAnsi="Times New Roman" w:cs="Times New Roman"/>
          <w:sz w:val="28"/>
          <w:szCs w:val="28"/>
          <w:lang w:val="en-US"/>
        </w:rPr>
        <w:t>Quỹ</w:t>
      </w:r>
      <w:proofErr w:type="spellEnd"/>
      <w:r w:rsidR="00885DA9" w:rsidRPr="00B96EF7">
        <w:rPr>
          <w:rFonts w:ascii="Times New Roman" w:eastAsia="Times New Roman" w:hAnsi="Times New Roman" w:cs="Times New Roman"/>
          <w:sz w:val="28"/>
          <w:szCs w:val="28"/>
          <w:lang w:val="en-US"/>
        </w:rPr>
        <w:t xml:space="preserve"> </w:t>
      </w:r>
      <w:proofErr w:type="spellStart"/>
      <w:r w:rsidR="00885DA9" w:rsidRPr="00B96EF7">
        <w:rPr>
          <w:rFonts w:ascii="Times New Roman" w:eastAsia="Times New Roman" w:hAnsi="Times New Roman" w:cs="Times New Roman"/>
          <w:sz w:val="28"/>
          <w:szCs w:val="28"/>
          <w:lang w:val="en-US"/>
        </w:rPr>
        <w:t>phải</w:t>
      </w:r>
      <w:proofErr w:type="spellEnd"/>
      <w:r w:rsidR="00885DA9" w:rsidRPr="00B96EF7">
        <w:rPr>
          <w:rFonts w:ascii="Times New Roman" w:eastAsia="Times New Roman" w:hAnsi="Times New Roman" w:cs="Times New Roman"/>
          <w:sz w:val="28"/>
          <w:szCs w:val="28"/>
          <w:lang w:val="en-US"/>
        </w:rPr>
        <w:t xml:space="preserve"> </w:t>
      </w:r>
      <w:proofErr w:type="spellStart"/>
      <w:r w:rsidR="00C50766" w:rsidRPr="00B96EF7">
        <w:rPr>
          <w:rFonts w:ascii="Times New Roman" w:eastAsia="Times New Roman" w:hAnsi="Times New Roman" w:cs="Times New Roman"/>
          <w:sz w:val="28"/>
          <w:szCs w:val="28"/>
          <w:lang w:val="en-US"/>
        </w:rPr>
        <w:t>đảm</w:t>
      </w:r>
      <w:proofErr w:type="spellEnd"/>
      <w:r w:rsidR="00C50766" w:rsidRPr="00B96EF7">
        <w:rPr>
          <w:rFonts w:ascii="Times New Roman" w:eastAsia="Times New Roman" w:hAnsi="Times New Roman" w:cs="Times New Roman"/>
          <w:sz w:val="28"/>
          <w:szCs w:val="28"/>
          <w:lang w:val="en-US"/>
        </w:rPr>
        <w:t xml:space="preserve"> </w:t>
      </w:r>
      <w:proofErr w:type="spellStart"/>
      <w:r w:rsidR="00C50766" w:rsidRPr="00B96EF7">
        <w:rPr>
          <w:rFonts w:ascii="Times New Roman" w:eastAsia="Times New Roman" w:hAnsi="Times New Roman" w:cs="Times New Roman"/>
          <w:sz w:val="28"/>
          <w:szCs w:val="28"/>
          <w:lang w:val="en-US"/>
        </w:rPr>
        <w:t>bảo</w:t>
      </w:r>
      <w:proofErr w:type="spellEnd"/>
      <w:r w:rsidR="00885DA9" w:rsidRPr="00B96EF7">
        <w:rPr>
          <w:rFonts w:ascii="Times New Roman" w:eastAsia="Times New Roman" w:hAnsi="Times New Roman" w:cs="Times New Roman"/>
          <w:sz w:val="28"/>
          <w:szCs w:val="28"/>
          <w:lang w:val="en-US"/>
        </w:rPr>
        <w:t xml:space="preserve"> </w:t>
      </w:r>
      <w:proofErr w:type="spellStart"/>
      <w:r w:rsidR="00885DA9" w:rsidRPr="00B96EF7">
        <w:rPr>
          <w:rFonts w:ascii="Times New Roman" w:eastAsia="Times New Roman" w:hAnsi="Times New Roman" w:cs="Times New Roman"/>
          <w:sz w:val="28"/>
          <w:szCs w:val="28"/>
          <w:lang w:val="en-US"/>
        </w:rPr>
        <w:t>quy</w:t>
      </w:r>
      <w:proofErr w:type="spellEnd"/>
      <w:r w:rsidR="00885DA9" w:rsidRPr="00B96EF7">
        <w:rPr>
          <w:rFonts w:ascii="Times New Roman" w:eastAsia="Times New Roman" w:hAnsi="Times New Roman" w:cs="Times New Roman"/>
          <w:sz w:val="28"/>
          <w:szCs w:val="28"/>
          <w:lang w:val="en-US"/>
        </w:rPr>
        <w:t xml:space="preserve"> </w:t>
      </w:r>
      <w:proofErr w:type="spellStart"/>
      <w:r w:rsidR="00885DA9" w:rsidRPr="00B96EF7">
        <w:rPr>
          <w:rFonts w:ascii="Times New Roman" w:eastAsia="Times New Roman" w:hAnsi="Times New Roman" w:cs="Times New Roman"/>
          <w:sz w:val="28"/>
          <w:szCs w:val="28"/>
          <w:lang w:val="en-US"/>
        </w:rPr>
        <w:t>định</w:t>
      </w:r>
      <w:proofErr w:type="spellEnd"/>
      <w:r w:rsidR="00885DA9" w:rsidRPr="00B96EF7">
        <w:rPr>
          <w:rFonts w:ascii="Times New Roman" w:eastAsia="Times New Roman" w:hAnsi="Times New Roman" w:cs="Times New Roman"/>
          <w:sz w:val="28"/>
          <w:szCs w:val="28"/>
          <w:lang w:val="en-US"/>
        </w:rPr>
        <w:t xml:space="preserve"> </w:t>
      </w:r>
      <w:proofErr w:type="spellStart"/>
      <w:r w:rsidR="00885DA9" w:rsidRPr="00B96EF7">
        <w:rPr>
          <w:rFonts w:ascii="Times New Roman" w:eastAsia="Times New Roman" w:hAnsi="Times New Roman" w:cs="Times New Roman"/>
          <w:sz w:val="28"/>
          <w:szCs w:val="28"/>
          <w:lang w:val="en-US"/>
        </w:rPr>
        <w:t>tại</w:t>
      </w:r>
      <w:proofErr w:type="spellEnd"/>
      <w:r w:rsidR="00885DA9" w:rsidRPr="00B96EF7">
        <w:rPr>
          <w:rFonts w:ascii="Times New Roman" w:eastAsia="Times New Roman" w:hAnsi="Times New Roman" w:cs="Times New Roman"/>
          <w:sz w:val="28"/>
          <w:szCs w:val="28"/>
          <w:lang w:val="en-US"/>
        </w:rPr>
        <w:t xml:space="preserve"> </w:t>
      </w:r>
      <w:proofErr w:type="spellStart"/>
      <w:r w:rsidR="00885DA9" w:rsidRPr="00B96EF7">
        <w:rPr>
          <w:rFonts w:ascii="Times New Roman" w:eastAsia="Times New Roman" w:hAnsi="Times New Roman" w:cs="Times New Roman"/>
          <w:sz w:val="28"/>
          <w:szCs w:val="28"/>
          <w:lang w:val="en-US"/>
        </w:rPr>
        <w:t>khoản</w:t>
      </w:r>
      <w:proofErr w:type="spellEnd"/>
      <w:r w:rsidR="00885DA9" w:rsidRPr="00B96EF7">
        <w:rPr>
          <w:rFonts w:ascii="Times New Roman" w:eastAsia="Times New Roman" w:hAnsi="Times New Roman" w:cs="Times New Roman"/>
          <w:sz w:val="28"/>
          <w:szCs w:val="28"/>
          <w:lang w:val="en-US"/>
        </w:rPr>
        <w:t xml:space="preserve"> 1 </w:t>
      </w:r>
      <w:proofErr w:type="spellStart"/>
      <w:r w:rsidR="00885DA9" w:rsidRPr="00B96EF7">
        <w:rPr>
          <w:rFonts w:ascii="Times New Roman" w:eastAsia="Times New Roman" w:hAnsi="Times New Roman" w:cs="Times New Roman"/>
          <w:sz w:val="28"/>
          <w:szCs w:val="28"/>
          <w:lang w:val="en-US"/>
        </w:rPr>
        <w:t>Điều</w:t>
      </w:r>
      <w:proofErr w:type="spellEnd"/>
      <w:r w:rsidR="00885DA9" w:rsidRPr="00B96EF7">
        <w:rPr>
          <w:rFonts w:ascii="Times New Roman" w:eastAsia="Times New Roman" w:hAnsi="Times New Roman" w:cs="Times New Roman"/>
          <w:sz w:val="28"/>
          <w:szCs w:val="28"/>
          <w:lang w:val="en-US"/>
        </w:rPr>
        <w:t xml:space="preserve"> 16 </w:t>
      </w:r>
      <w:proofErr w:type="spellStart"/>
      <w:r w:rsidR="00885DA9" w:rsidRPr="00B96EF7">
        <w:rPr>
          <w:rFonts w:ascii="Times New Roman" w:eastAsia="Times New Roman" w:hAnsi="Times New Roman" w:cs="Times New Roman"/>
          <w:sz w:val="28"/>
          <w:szCs w:val="28"/>
          <w:lang w:val="en-US"/>
        </w:rPr>
        <w:t>Nghị</w:t>
      </w:r>
      <w:proofErr w:type="spellEnd"/>
      <w:r w:rsidR="00885DA9" w:rsidRPr="00B96EF7">
        <w:rPr>
          <w:rFonts w:ascii="Times New Roman" w:eastAsia="Times New Roman" w:hAnsi="Times New Roman" w:cs="Times New Roman"/>
          <w:sz w:val="28"/>
          <w:szCs w:val="28"/>
          <w:lang w:val="en-US"/>
        </w:rPr>
        <w:t xml:space="preserve"> </w:t>
      </w:r>
      <w:proofErr w:type="spellStart"/>
      <w:r w:rsidR="00885DA9" w:rsidRPr="00B96EF7">
        <w:rPr>
          <w:rFonts w:ascii="Times New Roman" w:eastAsia="Times New Roman" w:hAnsi="Times New Roman" w:cs="Times New Roman"/>
          <w:sz w:val="28"/>
          <w:szCs w:val="28"/>
          <w:lang w:val="en-US"/>
        </w:rPr>
        <w:t>định</w:t>
      </w:r>
      <w:proofErr w:type="spellEnd"/>
      <w:r w:rsidR="00885DA9" w:rsidRPr="00B96EF7">
        <w:rPr>
          <w:rFonts w:ascii="Times New Roman" w:eastAsia="Times New Roman" w:hAnsi="Times New Roman" w:cs="Times New Roman"/>
          <w:sz w:val="28"/>
          <w:szCs w:val="28"/>
          <w:lang w:val="en-US"/>
        </w:rPr>
        <w:t xml:space="preserve"> </w:t>
      </w:r>
      <w:proofErr w:type="spellStart"/>
      <w:r w:rsidR="00885DA9" w:rsidRPr="00B96EF7">
        <w:rPr>
          <w:rFonts w:ascii="Times New Roman" w:eastAsia="Times New Roman" w:hAnsi="Times New Roman" w:cs="Times New Roman"/>
          <w:sz w:val="28"/>
          <w:szCs w:val="28"/>
          <w:lang w:val="en-US"/>
        </w:rPr>
        <w:t>số</w:t>
      </w:r>
      <w:proofErr w:type="spellEnd"/>
      <w:r w:rsidR="00885DA9" w:rsidRPr="00B96EF7">
        <w:rPr>
          <w:rFonts w:ascii="Times New Roman" w:eastAsia="Times New Roman" w:hAnsi="Times New Roman" w:cs="Times New Roman"/>
          <w:sz w:val="28"/>
          <w:szCs w:val="28"/>
          <w:lang w:val="en-US"/>
        </w:rPr>
        <w:t xml:space="preserve"> 265/2025/NĐ-CP.</w:t>
      </w:r>
    </w:p>
    <w:p w14:paraId="2D2588A9" w14:textId="30F385F6" w:rsidR="00AC09D8" w:rsidRPr="00B96EF7" w:rsidRDefault="002E1D25" w:rsidP="00410E27">
      <w:pPr>
        <w:widowControl w:val="0"/>
        <w:spacing w:after="120" w:line="252"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2. Quỹ có tư cách pháp nhân, có con dấu riêng, được mở tài khoản</w:t>
      </w:r>
      <w:r w:rsidR="004709D9" w:rsidRPr="00B96EF7">
        <w:rPr>
          <w:rFonts w:ascii="Times New Roman" w:eastAsia="Times New Roman" w:hAnsi="Times New Roman" w:cs="Times New Roman"/>
          <w:sz w:val="28"/>
          <w:szCs w:val="28"/>
          <w:lang w:val="en-US"/>
        </w:rPr>
        <w:t xml:space="preserve"> </w:t>
      </w:r>
      <w:proofErr w:type="spellStart"/>
      <w:r w:rsidR="004709D9" w:rsidRPr="00B96EF7">
        <w:rPr>
          <w:rFonts w:ascii="Times New Roman" w:eastAsia="Times New Roman" w:hAnsi="Times New Roman" w:cs="Times New Roman"/>
          <w:sz w:val="28"/>
          <w:szCs w:val="28"/>
          <w:lang w:val="en-US"/>
        </w:rPr>
        <w:t>tiền</w:t>
      </w:r>
      <w:proofErr w:type="spellEnd"/>
      <w:r w:rsidR="004709D9" w:rsidRPr="00B96EF7">
        <w:rPr>
          <w:rFonts w:ascii="Times New Roman" w:eastAsia="Times New Roman" w:hAnsi="Times New Roman" w:cs="Times New Roman"/>
          <w:sz w:val="28"/>
          <w:szCs w:val="28"/>
          <w:lang w:val="en-US"/>
        </w:rPr>
        <w:t xml:space="preserve"> </w:t>
      </w:r>
      <w:proofErr w:type="spellStart"/>
      <w:r w:rsidR="004709D9" w:rsidRPr="00B96EF7">
        <w:rPr>
          <w:rFonts w:ascii="Times New Roman" w:eastAsia="Times New Roman" w:hAnsi="Times New Roman" w:cs="Times New Roman"/>
          <w:sz w:val="28"/>
          <w:szCs w:val="28"/>
          <w:lang w:val="en-US"/>
        </w:rPr>
        <w:t>gửi</w:t>
      </w:r>
      <w:proofErr w:type="spellEnd"/>
      <w:r w:rsidRPr="00B96EF7">
        <w:rPr>
          <w:rFonts w:ascii="Times New Roman" w:eastAsia="Times New Roman" w:hAnsi="Times New Roman" w:cs="Times New Roman"/>
          <w:sz w:val="28"/>
          <w:szCs w:val="28"/>
        </w:rPr>
        <w:t xml:space="preserve"> tại Kho bạc Nhà nước và các ngân hàng thương mại hoạt động hợp pháp tại Việt Nam.</w:t>
      </w:r>
    </w:p>
    <w:p w14:paraId="13F89264" w14:textId="77777777" w:rsidR="00AC09D8" w:rsidRPr="00B96EF7" w:rsidRDefault="002E1D25" w:rsidP="00410E27">
      <w:pPr>
        <w:widowControl w:val="0"/>
        <w:spacing w:after="120" w:line="252"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3. Tên gọi của Quỹ bao gồm: tên gọi đầy đủ bằng tiếng Việt; tên viết tắt; tên giao dịch quốc tế (nếu có).</w:t>
      </w:r>
    </w:p>
    <w:p w14:paraId="4214B562" w14:textId="77777777" w:rsidR="00AC09D8" w:rsidRPr="00B96EF7" w:rsidRDefault="002E1D25" w:rsidP="00410E27">
      <w:pPr>
        <w:widowControl w:val="0"/>
        <w:spacing w:after="120" w:line="252"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4. Người đại diện theo pháp luật của Quỹ là Giám đốc Quỹ.</w:t>
      </w:r>
    </w:p>
    <w:p w14:paraId="2F7F4D24" w14:textId="38712EE8" w:rsidR="00AC09D8" w:rsidRPr="00B96EF7" w:rsidRDefault="002E1D25" w:rsidP="00410E27">
      <w:pPr>
        <w:widowControl w:val="0"/>
        <w:spacing w:after="120" w:line="252" w:lineRule="auto"/>
        <w:ind w:firstLine="720"/>
        <w:jc w:val="both"/>
        <w:rPr>
          <w:rFonts w:ascii="Times New Roman" w:eastAsia="Times New Roman" w:hAnsi="Times New Roman" w:cs="Times New Roman"/>
          <w:b/>
          <w:bCs/>
          <w:sz w:val="28"/>
          <w:szCs w:val="28"/>
        </w:rPr>
      </w:pPr>
      <w:r w:rsidRPr="00B96EF7">
        <w:rPr>
          <w:rFonts w:ascii="Times New Roman" w:eastAsia="Times New Roman" w:hAnsi="Times New Roman" w:cs="Times New Roman"/>
          <w:b/>
          <w:bCs/>
          <w:sz w:val="28"/>
          <w:szCs w:val="28"/>
        </w:rPr>
        <w:t xml:space="preserve">Điều 2. Mục </w:t>
      </w:r>
      <w:proofErr w:type="spellStart"/>
      <w:r w:rsidR="00A12D7C" w:rsidRPr="00B96EF7">
        <w:rPr>
          <w:rFonts w:ascii="Times New Roman" w:eastAsia="Times New Roman" w:hAnsi="Times New Roman" w:cs="Times New Roman"/>
          <w:b/>
          <w:bCs/>
          <w:sz w:val="28"/>
          <w:szCs w:val="28"/>
          <w:lang w:val="en-US"/>
        </w:rPr>
        <w:t>đích</w:t>
      </w:r>
      <w:proofErr w:type="spellEnd"/>
      <w:r w:rsidR="00A12D7C" w:rsidRPr="00B96EF7">
        <w:rPr>
          <w:rFonts w:ascii="Times New Roman" w:eastAsia="Times New Roman" w:hAnsi="Times New Roman" w:cs="Times New Roman"/>
          <w:b/>
          <w:bCs/>
          <w:sz w:val="28"/>
          <w:szCs w:val="28"/>
        </w:rPr>
        <w:t xml:space="preserve"> </w:t>
      </w:r>
      <w:r w:rsidRPr="00B96EF7">
        <w:rPr>
          <w:rFonts w:ascii="Times New Roman" w:eastAsia="Times New Roman" w:hAnsi="Times New Roman" w:cs="Times New Roman"/>
          <w:b/>
          <w:bCs/>
          <w:sz w:val="28"/>
          <w:szCs w:val="28"/>
        </w:rPr>
        <w:t>hoạt động của Quỹ</w:t>
      </w:r>
    </w:p>
    <w:p w14:paraId="5409E012" w14:textId="12AF859E" w:rsidR="00A12D7C" w:rsidRPr="00B96EF7" w:rsidRDefault="000E39B1" w:rsidP="00410E27">
      <w:pPr>
        <w:widowControl w:val="0"/>
        <w:spacing w:after="120" w:line="252" w:lineRule="auto"/>
        <w:ind w:firstLine="720"/>
        <w:jc w:val="both"/>
        <w:rPr>
          <w:rFonts w:ascii="Times New Roman" w:eastAsia="Times New Roman" w:hAnsi="Times New Roman" w:cs="Times New Roman"/>
          <w:sz w:val="28"/>
          <w:szCs w:val="28"/>
          <w:lang w:val="en-US"/>
        </w:rPr>
      </w:pPr>
      <w:r w:rsidRPr="00B96EF7">
        <w:rPr>
          <w:rFonts w:ascii="Times New Roman" w:eastAsia="Times New Roman" w:hAnsi="Times New Roman" w:cs="Times New Roman"/>
          <w:sz w:val="28"/>
          <w:szCs w:val="28"/>
        </w:rPr>
        <w:t>Quỹ được thành lập để thực hiện các mục đích quy định tại khoản 1 Điều 65 Luật Khoa học, công nghệ và đổi mới sáng tạo theo phân công của cơ quan thành lập Quỹ, gắn với ngành, lĩnh vực hoặc địa phương; thực hiện các chương trình, nhiệm vụ được cấp có thẩm quyền giao</w:t>
      </w:r>
      <w:r w:rsidR="009E2DC4" w:rsidRPr="00B96EF7">
        <w:rPr>
          <w:rFonts w:ascii="Times New Roman" w:eastAsia="Times New Roman" w:hAnsi="Times New Roman" w:cs="Times New Roman"/>
          <w:sz w:val="28"/>
          <w:szCs w:val="28"/>
          <w:lang w:val="en-US"/>
        </w:rPr>
        <w:t xml:space="preserve">. </w:t>
      </w:r>
    </w:p>
    <w:p w14:paraId="5BF150A9" w14:textId="77777777" w:rsidR="00AC09D8" w:rsidRPr="00B96EF7" w:rsidRDefault="002E1D25" w:rsidP="00410E27">
      <w:pPr>
        <w:widowControl w:val="0"/>
        <w:spacing w:after="120" w:line="252" w:lineRule="auto"/>
        <w:ind w:firstLine="720"/>
        <w:jc w:val="both"/>
        <w:rPr>
          <w:rFonts w:ascii="Times New Roman" w:eastAsia="Times New Roman" w:hAnsi="Times New Roman" w:cs="Times New Roman"/>
          <w:b/>
          <w:bCs/>
          <w:sz w:val="28"/>
          <w:szCs w:val="28"/>
        </w:rPr>
      </w:pPr>
      <w:r w:rsidRPr="00B96EF7">
        <w:rPr>
          <w:rFonts w:ascii="Times New Roman" w:eastAsia="Times New Roman" w:hAnsi="Times New Roman" w:cs="Times New Roman"/>
          <w:b/>
          <w:bCs/>
          <w:sz w:val="28"/>
          <w:szCs w:val="28"/>
        </w:rPr>
        <w:t xml:space="preserve">Điều 3. Chức năng của Quỹ </w:t>
      </w:r>
    </w:p>
    <w:p w14:paraId="53B03F1B" w14:textId="77777777" w:rsidR="00AC09D8" w:rsidRPr="00B96EF7" w:rsidRDefault="002E1D25" w:rsidP="00410E27">
      <w:pPr>
        <w:widowControl w:val="0"/>
        <w:spacing w:after="120" w:line="252"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1. Tiếp nhận, quản lý và sử dụng các nguồn lực tài chính từ ngân sách nhà nước và các nguồn hợp pháp khác để tài trợ, hỗ trợ, đối với các chương trình, nhiệm vụ khoa học, công nghệ và đổi mới sáng tạo theo quy định của pháp luật.</w:t>
      </w:r>
    </w:p>
    <w:p w14:paraId="2B71D53D" w14:textId="77777777" w:rsidR="00AC09D8" w:rsidRPr="00B96EF7" w:rsidRDefault="002E1D25" w:rsidP="00410E27">
      <w:pPr>
        <w:widowControl w:val="0"/>
        <w:spacing w:after="120" w:line="252"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2. Tổ chức triển khai các hoạt động hỗ trợ tài chính đối với hoạt động khoa học, công nghệ và đổi mới sáng tạo theo nguyên tắc công khai, minh bạch, hiệu quả, đúng quy định của pháp luật và phù hợp với định hướng phát triển khoa học, công nghệ và đổi mới sáng tạo của Bộ, ngành hoặc địa phương.</w:t>
      </w:r>
    </w:p>
    <w:p w14:paraId="490E4440" w14:textId="77777777" w:rsidR="00AC09D8" w:rsidRPr="00B96EF7" w:rsidRDefault="002E1D25" w:rsidP="00410E27">
      <w:pPr>
        <w:widowControl w:val="0"/>
        <w:spacing w:after="120" w:line="252"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xml:space="preserve">3. Tạo lập và phát triển nguồn lực tài chính ổn định, bền vững, góp phần </w:t>
      </w:r>
      <w:r w:rsidRPr="00B96EF7">
        <w:rPr>
          <w:rFonts w:ascii="Times New Roman" w:eastAsia="Times New Roman" w:hAnsi="Times New Roman" w:cs="Times New Roman"/>
          <w:sz w:val="28"/>
          <w:szCs w:val="28"/>
        </w:rPr>
        <w:lastRenderedPageBreak/>
        <w:t>thúc đẩy hình thành, phát triển và nâng cao năng lực nghiên cứu, phát triển công nghệ và đổi mới sáng tạo của tổ chức, cá nhân.</w:t>
      </w:r>
    </w:p>
    <w:p w14:paraId="435D22D7" w14:textId="77777777" w:rsidR="00AC09D8" w:rsidRPr="00B96EF7" w:rsidRDefault="002E1D25" w:rsidP="00410E27">
      <w:pPr>
        <w:widowControl w:val="0"/>
        <w:spacing w:after="120" w:line="252"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4. Thực hiện kết nối, hỗ trợ tổ chức, cá nhân tham gia mạng lưới tri thức, chuỗi giá trị công nghệ, hệ sinh thái đổi mới sáng tạo và các cơ chế hợp tác trong nước, quốc tế theo quy định của pháp luật.</w:t>
      </w:r>
    </w:p>
    <w:p w14:paraId="670E78E8" w14:textId="37246C43" w:rsidR="00AC09D8" w:rsidRPr="00B96EF7" w:rsidRDefault="002E1D25" w:rsidP="00410E27">
      <w:pPr>
        <w:widowControl w:val="0"/>
        <w:spacing w:after="120" w:line="252"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5. Thực hiện chức năng quản lý, hỗ trợ các hoạt động khoa học, công nghệ và đổi mới sáng tạo khác theo phân cấp, ủy quyền của Bộ trưởng, Thủ trưởng cơ quan ngang Bộ, Thủ trưởng cơ quan thuộc Chính phủ</w:t>
      </w:r>
      <w:r w:rsidR="00000CC5" w:rsidRPr="00B96EF7">
        <w:rPr>
          <w:rFonts w:ascii="Times New Roman" w:eastAsia="Times New Roman" w:hAnsi="Times New Roman" w:cs="Times New Roman"/>
          <w:sz w:val="28"/>
          <w:szCs w:val="28"/>
          <w:lang w:val="en-US"/>
        </w:rPr>
        <w:t xml:space="preserve">, </w:t>
      </w:r>
      <w:proofErr w:type="spellStart"/>
      <w:r w:rsidR="00000CC5" w:rsidRPr="00B96EF7">
        <w:rPr>
          <w:rFonts w:ascii="Times New Roman" w:eastAsia="Times New Roman" w:hAnsi="Times New Roman" w:cs="Times New Roman"/>
          <w:sz w:val="28"/>
          <w:szCs w:val="28"/>
          <w:lang w:val="en-US"/>
        </w:rPr>
        <w:t>Thủ</w:t>
      </w:r>
      <w:proofErr w:type="spellEnd"/>
      <w:r w:rsidR="00000CC5" w:rsidRPr="00B96EF7">
        <w:rPr>
          <w:rFonts w:ascii="Times New Roman" w:eastAsia="Times New Roman" w:hAnsi="Times New Roman" w:cs="Times New Roman"/>
          <w:sz w:val="28"/>
          <w:szCs w:val="28"/>
          <w:lang w:val="en-US"/>
        </w:rPr>
        <w:t xml:space="preserve"> </w:t>
      </w:r>
      <w:proofErr w:type="spellStart"/>
      <w:r w:rsidR="00000CC5" w:rsidRPr="00B96EF7">
        <w:rPr>
          <w:rFonts w:ascii="Times New Roman" w:eastAsia="Times New Roman" w:hAnsi="Times New Roman" w:cs="Times New Roman"/>
          <w:sz w:val="28"/>
          <w:szCs w:val="28"/>
          <w:lang w:val="en-US"/>
        </w:rPr>
        <w:t>trưởng</w:t>
      </w:r>
      <w:proofErr w:type="spellEnd"/>
      <w:r w:rsidR="00000CC5" w:rsidRPr="00B96EF7">
        <w:rPr>
          <w:rFonts w:ascii="Times New Roman" w:eastAsia="Times New Roman" w:hAnsi="Times New Roman" w:cs="Times New Roman"/>
          <w:sz w:val="28"/>
          <w:szCs w:val="28"/>
          <w:lang w:val="en-US"/>
        </w:rPr>
        <w:t xml:space="preserve"> </w:t>
      </w:r>
      <w:proofErr w:type="spellStart"/>
      <w:r w:rsidR="00000CC5" w:rsidRPr="00B96EF7">
        <w:rPr>
          <w:rFonts w:ascii="Times New Roman" w:eastAsia="Times New Roman" w:hAnsi="Times New Roman" w:cs="Times New Roman"/>
          <w:sz w:val="28"/>
          <w:szCs w:val="28"/>
          <w:lang w:val="en-US"/>
        </w:rPr>
        <w:t>cơ</w:t>
      </w:r>
      <w:proofErr w:type="spellEnd"/>
      <w:r w:rsidR="00000CC5" w:rsidRPr="00B96EF7">
        <w:rPr>
          <w:rFonts w:ascii="Times New Roman" w:eastAsia="Times New Roman" w:hAnsi="Times New Roman" w:cs="Times New Roman"/>
          <w:sz w:val="28"/>
          <w:szCs w:val="28"/>
          <w:lang w:val="en-US"/>
        </w:rPr>
        <w:t xml:space="preserve"> </w:t>
      </w:r>
      <w:proofErr w:type="spellStart"/>
      <w:r w:rsidR="00000CC5" w:rsidRPr="00B96EF7">
        <w:rPr>
          <w:rFonts w:ascii="Times New Roman" w:eastAsia="Times New Roman" w:hAnsi="Times New Roman" w:cs="Times New Roman"/>
          <w:sz w:val="28"/>
          <w:szCs w:val="28"/>
          <w:lang w:val="en-US"/>
        </w:rPr>
        <w:t>quan</w:t>
      </w:r>
      <w:proofErr w:type="spellEnd"/>
      <w:r w:rsidR="00000CC5" w:rsidRPr="00B96EF7">
        <w:rPr>
          <w:rFonts w:ascii="Times New Roman" w:eastAsia="Times New Roman" w:hAnsi="Times New Roman" w:cs="Times New Roman"/>
          <w:sz w:val="28"/>
          <w:szCs w:val="28"/>
          <w:lang w:val="en-US"/>
        </w:rPr>
        <w:t xml:space="preserve"> </w:t>
      </w:r>
      <w:proofErr w:type="spellStart"/>
      <w:r w:rsidR="00000CC5" w:rsidRPr="00B96EF7">
        <w:rPr>
          <w:rFonts w:ascii="Times New Roman" w:eastAsia="Times New Roman" w:hAnsi="Times New Roman" w:cs="Times New Roman"/>
          <w:sz w:val="28"/>
          <w:szCs w:val="28"/>
          <w:lang w:val="en-US"/>
        </w:rPr>
        <w:t>khác</w:t>
      </w:r>
      <w:proofErr w:type="spellEnd"/>
      <w:r w:rsidR="00000CC5" w:rsidRPr="00B96EF7">
        <w:rPr>
          <w:rFonts w:ascii="Times New Roman" w:eastAsia="Times New Roman" w:hAnsi="Times New Roman" w:cs="Times New Roman"/>
          <w:sz w:val="28"/>
          <w:szCs w:val="28"/>
          <w:lang w:val="en-US"/>
        </w:rPr>
        <w:t xml:space="preserve"> ở </w:t>
      </w:r>
      <w:proofErr w:type="spellStart"/>
      <w:r w:rsidR="00000CC5" w:rsidRPr="00B96EF7">
        <w:rPr>
          <w:rFonts w:ascii="Times New Roman" w:eastAsia="Times New Roman" w:hAnsi="Times New Roman" w:cs="Times New Roman"/>
          <w:sz w:val="28"/>
          <w:szCs w:val="28"/>
          <w:lang w:val="en-US"/>
        </w:rPr>
        <w:t>Trung</w:t>
      </w:r>
      <w:proofErr w:type="spellEnd"/>
      <w:r w:rsidR="00000CC5" w:rsidRPr="00B96EF7">
        <w:rPr>
          <w:rFonts w:ascii="Times New Roman" w:eastAsia="Times New Roman" w:hAnsi="Times New Roman" w:cs="Times New Roman"/>
          <w:sz w:val="28"/>
          <w:szCs w:val="28"/>
          <w:lang w:val="en-US"/>
        </w:rPr>
        <w:t xml:space="preserve"> </w:t>
      </w:r>
      <w:proofErr w:type="spellStart"/>
      <w:r w:rsidR="00000CC5" w:rsidRPr="00B96EF7">
        <w:rPr>
          <w:rFonts w:ascii="Times New Roman" w:eastAsia="Times New Roman" w:hAnsi="Times New Roman" w:cs="Times New Roman"/>
          <w:sz w:val="28"/>
          <w:szCs w:val="28"/>
          <w:lang w:val="en-US"/>
        </w:rPr>
        <w:t>ư</w:t>
      </w:r>
      <w:r w:rsidR="000A7C9A" w:rsidRPr="00B96EF7">
        <w:rPr>
          <w:rFonts w:ascii="Times New Roman" w:eastAsia="Times New Roman" w:hAnsi="Times New Roman" w:cs="Times New Roman"/>
          <w:sz w:val="28"/>
          <w:szCs w:val="28"/>
          <w:lang w:val="en-US"/>
        </w:rPr>
        <w:t>ơng</w:t>
      </w:r>
      <w:proofErr w:type="spellEnd"/>
      <w:r w:rsidRPr="00B96EF7">
        <w:rPr>
          <w:rFonts w:ascii="Times New Roman" w:eastAsia="Times New Roman" w:hAnsi="Times New Roman" w:cs="Times New Roman"/>
          <w:sz w:val="28"/>
          <w:szCs w:val="28"/>
        </w:rPr>
        <w:t xml:space="preserve"> hoặc Chủ tịch Ủy ban nhân dân cấp tỉnh, trong phạm vi chức năng, nhiệm vụ của Quỹ và phù hợp với quy định của pháp luật.</w:t>
      </w:r>
    </w:p>
    <w:p w14:paraId="31413E37" w14:textId="77777777" w:rsidR="00AC09D8" w:rsidRPr="00B96EF7" w:rsidRDefault="002E1D25" w:rsidP="00410E27">
      <w:pPr>
        <w:widowControl w:val="0"/>
        <w:spacing w:after="120" w:line="252" w:lineRule="auto"/>
        <w:ind w:firstLine="720"/>
        <w:jc w:val="both"/>
        <w:rPr>
          <w:rFonts w:ascii="Times New Roman" w:eastAsia="Times New Roman" w:hAnsi="Times New Roman" w:cs="Times New Roman"/>
          <w:b/>
          <w:bCs/>
          <w:sz w:val="28"/>
          <w:szCs w:val="28"/>
        </w:rPr>
      </w:pPr>
      <w:r w:rsidRPr="00B96EF7">
        <w:rPr>
          <w:rFonts w:ascii="Times New Roman" w:eastAsia="Times New Roman" w:hAnsi="Times New Roman" w:cs="Times New Roman"/>
          <w:b/>
          <w:bCs/>
          <w:sz w:val="28"/>
          <w:szCs w:val="28"/>
        </w:rPr>
        <w:t>Điều 4. Nguyên tắc hoạt động của Quỹ</w:t>
      </w:r>
    </w:p>
    <w:p w14:paraId="2EFC86F8" w14:textId="77777777" w:rsidR="00AC09D8" w:rsidRPr="00B96EF7" w:rsidRDefault="002E1D25" w:rsidP="00410E27">
      <w:pPr>
        <w:widowControl w:val="0"/>
        <w:spacing w:after="120" w:line="252"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Quỹ hoạt động theo nguyên tắc không vì mục tiêu lợi nhuận; bảo đảm độc lập, khách quan, công khai, minh bạch, hiệu quả và tuân thủ đúng quy định của pháp luật.</w:t>
      </w:r>
    </w:p>
    <w:p w14:paraId="28D29A68" w14:textId="77777777" w:rsidR="00AC09D8" w:rsidRPr="00B96EF7" w:rsidRDefault="002E1D25" w:rsidP="00410E27">
      <w:pPr>
        <w:widowControl w:val="0"/>
        <w:spacing w:after="120" w:line="252"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Các nguyên tắc cụ thể bao gồm:</w:t>
      </w:r>
    </w:p>
    <w:p w14:paraId="327A581B" w14:textId="77777777" w:rsidR="00AC09D8" w:rsidRPr="00B96EF7" w:rsidRDefault="002E1D25" w:rsidP="00410E27">
      <w:pPr>
        <w:widowControl w:val="0"/>
        <w:spacing w:after="120" w:line="252"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1. Hoạt động đúng tôn chỉ, mục tiêu đã được cơ quan có thẩm quyền phê duyệt; gắn với chiến lược, định hướng, chính sách phát triển khoa học, công nghệ và đổi mới sáng tạo của Bộ, ngành hoặc địa phương.</w:t>
      </w:r>
    </w:p>
    <w:p w14:paraId="1A92D2DC" w14:textId="77777777" w:rsidR="00AC09D8" w:rsidRPr="00B96EF7" w:rsidRDefault="002E1D25" w:rsidP="00410E27">
      <w:pPr>
        <w:widowControl w:val="0"/>
        <w:spacing w:after="120" w:line="252"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2. Tuân thủ pháp luật và Điều lệ tổ chức và hoạt động của Quỹ; bảo đảm sự thống nhất trong quản lý, thực hiện đầy đủ chế độ công khai, minh bạch, trách nhiệm giải trình.</w:t>
      </w:r>
    </w:p>
    <w:p w14:paraId="0DB00D9A" w14:textId="77777777" w:rsidR="00AC09D8" w:rsidRPr="00B96EF7" w:rsidRDefault="002E1D25" w:rsidP="00410E27">
      <w:pPr>
        <w:widowControl w:val="0"/>
        <w:spacing w:after="120" w:line="252"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3. Quản lý và sử dụng vốn đúng mục đích, đúng đối tượng, hiệu quả, tiết kiệm, không được lợi dụng Quỹ để trục lợi, chuyển vốn sai mục tiêu hoặc làm phát sinh nghĩa vụ tài chính trái quy định.</w:t>
      </w:r>
    </w:p>
    <w:p w14:paraId="360691F5" w14:textId="77777777" w:rsidR="00AC09D8" w:rsidRPr="00B96EF7" w:rsidRDefault="002E1D25" w:rsidP="00410E27">
      <w:pPr>
        <w:widowControl w:val="0"/>
        <w:spacing w:after="120" w:line="252"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4. Bảo đảm tính độc lập, khách quan trong đánh giá chuyên môn – kỹ thuật khi xét chọn, thẩm định, kiểm tra và nghiệm thu nhiệm vụ khoa học, công nghệ và đổi mới sáng tạo; tách bạch giữa hoạt động quản lý, điều hành của Quỹ với hoạt động đánh giá chuyên môn.</w:t>
      </w:r>
    </w:p>
    <w:p w14:paraId="351A22A5" w14:textId="77777777" w:rsidR="00AC09D8" w:rsidRPr="00B96EF7" w:rsidRDefault="002E1D25" w:rsidP="00410E27">
      <w:pPr>
        <w:widowControl w:val="0"/>
        <w:spacing w:after="120" w:line="252"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5. Thực hiện nguyên tắc cạnh tranh công bằng, bình đẳng và không phân biệt đối xử giữa các tổ chức, cá nhân tham gia đề xuất nhiệm vụ, đăng ký tài trợ, đặt hàng hoặc hỗ trợ từ Quỹ.</w:t>
      </w:r>
    </w:p>
    <w:p w14:paraId="46AFE816" w14:textId="77777777" w:rsidR="00AC09D8" w:rsidRPr="00B96EF7" w:rsidRDefault="002E1D25" w:rsidP="00410E27">
      <w:pPr>
        <w:widowControl w:val="0"/>
        <w:spacing w:after="120" w:line="252"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6. Thực hiện chế độ kiểm tra, giám sát tài chính và chuyên môn theo đúng quy định của pháp luật; bảo đảm tính chính xác, trung thực của thông tin báo cáo.</w:t>
      </w:r>
    </w:p>
    <w:p w14:paraId="65676D28" w14:textId="77777777" w:rsidR="00AC09D8" w:rsidRPr="00B96EF7" w:rsidRDefault="002E1D25" w:rsidP="00410E27">
      <w:pPr>
        <w:widowControl w:val="0"/>
        <w:spacing w:after="120" w:line="252"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7. Bảo đảm quyền tự chủ trong tổ chức và hoạt động của Quỹ trong phạm vi được pháp luật quy định và cơ quan có thẩm quyền giao; chịu trách nhiệm trước cơ quan chủ quản và trước pháp luật.</w:t>
      </w:r>
    </w:p>
    <w:p w14:paraId="0A91511A" w14:textId="77777777" w:rsidR="00AC09D8" w:rsidRPr="00B96EF7" w:rsidRDefault="00AC09D8">
      <w:pPr>
        <w:widowControl w:val="0"/>
        <w:spacing w:after="120" w:line="240" w:lineRule="auto"/>
        <w:jc w:val="center"/>
        <w:rPr>
          <w:rFonts w:ascii="Times New Roman" w:eastAsia="Times New Roman" w:hAnsi="Times New Roman" w:cs="Times New Roman"/>
          <w:b/>
          <w:bCs/>
          <w:sz w:val="28"/>
          <w:szCs w:val="28"/>
        </w:rPr>
      </w:pPr>
    </w:p>
    <w:p w14:paraId="03E0F6F0" w14:textId="77777777" w:rsidR="00AC09D8" w:rsidRPr="00B96EF7" w:rsidRDefault="002E1D25">
      <w:pPr>
        <w:widowControl w:val="0"/>
        <w:spacing w:after="0" w:line="240" w:lineRule="auto"/>
        <w:jc w:val="center"/>
        <w:rPr>
          <w:rFonts w:ascii="Times New Roman" w:eastAsia="Times New Roman" w:hAnsi="Times New Roman" w:cs="Times New Roman"/>
          <w:b/>
          <w:bCs/>
          <w:sz w:val="28"/>
          <w:szCs w:val="28"/>
        </w:rPr>
      </w:pPr>
      <w:r w:rsidRPr="00B96EF7">
        <w:rPr>
          <w:rFonts w:ascii="Times New Roman" w:eastAsia="Times New Roman" w:hAnsi="Times New Roman" w:cs="Times New Roman"/>
          <w:b/>
          <w:bCs/>
          <w:sz w:val="28"/>
          <w:szCs w:val="28"/>
        </w:rPr>
        <w:lastRenderedPageBreak/>
        <w:t>Chương II</w:t>
      </w:r>
    </w:p>
    <w:p w14:paraId="686E1A45" w14:textId="77777777" w:rsidR="00AC09D8" w:rsidRPr="00B96EF7" w:rsidRDefault="002E1D25">
      <w:pPr>
        <w:widowControl w:val="0"/>
        <w:spacing w:after="0" w:line="240" w:lineRule="auto"/>
        <w:jc w:val="center"/>
        <w:rPr>
          <w:rFonts w:ascii="Times New Roman" w:eastAsia="Times New Roman" w:hAnsi="Times New Roman" w:cs="Times New Roman"/>
          <w:b/>
          <w:bCs/>
          <w:sz w:val="28"/>
          <w:szCs w:val="28"/>
        </w:rPr>
      </w:pPr>
      <w:bookmarkStart w:id="1" w:name="bookmark=id.u98idyfy61sh" w:colFirst="0" w:colLast="0"/>
      <w:bookmarkEnd w:id="1"/>
      <w:r w:rsidRPr="00B96EF7">
        <w:rPr>
          <w:rFonts w:ascii="Times New Roman" w:eastAsia="Times New Roman" w:hAnsi="Times New Roman" w:cs="Times New Roman"/>
          <w:b/>
          <w:bCs/>
          <w:sz w:val="28"/>
          <w:szCs w:val="28"/>
        </w:rPr>
        <w:t>NHIỆM VỤ, QUYỀN HẠN, CƠ CẤU TỔ CHỨC CỦA QUỸ</w:t>
      </w:r>
    </w:p>
    <w:p w14:paraId="62F2B509" w14:textId="77777777" w:rsidR="00AC09D8" w:rsidRPr="00B96EF7" w:rsidRDefault="00AC09D8">
      <w:pPr>
        <w:widowControl w:val="0"/>
        <w:spacing w:after="120" w:line="240" w:lineRule="auto"/>
        <w:ind w:firstLine="720"/>
        <w:jc w:val="both"/>
        <w:rPr>
          <w:rFonts w:ascii="Times New Roman" w:eastAsia="Times New Roman" w:hAnsi="Times New Roman" w:cs="Times New Roman"/>
          <w:b/>
          <w:bCs/>
          <w:sz w:val="14"/>
          <w:szCs w:val="14"/>
        </w:rPr>
      </w:pPr>
    </w:p>
    <w:p w14:paraId="141810A9" w14:textId="1395BEF6" w:rsidR="00AC09D8" w:rsidRPr="00B96EF7" w:rsidRDefault="002E1D25">
      <w:pPr>
        <w:widowControl w:val="0"/>
        <w:spacing w:after="120" w:line="240" w:lineRule="auto"/>
        <w:ind w:firstLine="720"/>
        <w:jc w:val="both"/>
        <w:rPr>
          <w:rFonts w:ascii="Times New Roman" w:eastAsia="Times New Roman" w:hAnsi="Times New Roman" w:cs="Times New Roman"/>
          <w:b/>
          <w:bCs/>
          <w:sz w:val="28"/>
          <w:szCs w:val="28"/>
        </w:rPr>
      </w:pPr>
      <w:r w:rsidRPr="00B96EF7">
        <w:rPr>
          <w:rFonts w:ascii="Times New Roman" w:eastAsia="Times New Roman" w:hAnsi="Times New Roman" w:cs="Times New Roman"/>
          <w:b/>
          <w:bCs/>
          <w:sz w:val="28"/>
          <w:szCs w:val="28"/>
        </w:rPr>
        <w:t xml:space="preserve">Điều 5. Nhiệm vụ </w:t>
      </w:r>
      <w:proofErr w:type="spellStart"/>
      <w:r w:rsidR="00752114" w:rsidRPr="00B96EF7">
        <w:rPr>
          <w:rFonts w:ascii="Times New Roman" w:eastAsia="Times New Roman" w:hAnsi="Times New Roman" w:cs="Times New Roman"/>
          <w:b/>
          <w:bCs/>
          <w:sz w:val="28"/>
          <w:szCs w:val="28"/>
          <w:lang w:val="en-US"/>
        </w:rPr>
        <w:t>và</w:t>
      </w:r>
      <w:proofErr w:type="spellEnd"/>
      <w:r w:rsidR="00752114" w:rsidRPr="00B96EF7">
        <w:rPr>
          <w:rFonts w:ascii="Times New Roman" w:eastAsia="Times New Roman" w:hAnsi="Times New Roman" w:cs="Times New Roman"/>
          <w:b/>
          <w:bCs/>
          <w:sz w:val="28"/>
          <w:szCs w:val="28"/>
          <w:lang w:val="en-US"/>
        </w:rPr>
        <w:t xml:space="preserve"> </w:t>
      </w:r>
      <w:proofErr w:type="spellStart"/>
      <w:r w:rsidR="00752114" w:rsidRPr="00B96EF7">
        <w:rPr>
          <w:rFonts w:ascii="Times New Roman" w:eastAsia="Times New Roman" w:hAnsi="Times New Roman" w:cs="Times New Roman"/>
          <w:b/>
          <w:bCs/>
          <w:sz w:val="28"/>
          <w:szCs w:val="28"/>
          <w:lang w:val="en-US"/>
        </w:rPr>
        <w:t>quyền</w:t>
      </w:r>
      <w:proofErr w:type="spellEnd"/>
      <w:r w:rsidR="00752114" w:rsidRPr="00B96EF7">
        <w:rPr>
          <w:rFonts w:ascii="Times New Roman" w:eastAsia="Times New Roman" w:hAnsi="Times New Roman" w:cs="Times New Roman"/>
          <w:b/>
          <w:bCs/>
          <w:sz w:val="28"/>
          <w:szCs w:val="28"/>
          <w:lang w:val="en-US"/>
        </w:rPr>
        <w:t xml:space="preserve"> </w:t>
      </w:r>
      <w:proofErr w:type="spellStart"/>
      <w:r w:rsidR="00752114" w:rsidRPr="00B96EF7">
        <w:rPr>
          <w:rFonts w:ascii="Times New Roman" w:eastAsia="Times New Roman" w:hAnsi="Times New Roman" w:cs="Times New Roman"/>
          <w:b/>
          <w:bCs/>
          <w:sz w:val="28"/>
          <w:szCs w:val="28"/>
          <w:lang w:val="en-US"/>
        </w:rPr>
        <w:t>hạn</w:t>
      </w:r>
      <w:proofErr w:type="spellEnd"/>
      <w:r w:rsidR="00752114" w:rsidRPr="00B96EF7">
        <w:rPr>
          <w:rFonts w:ascii="Times New Roman" w:eastAsia="Times New Roman" w:hAnsi="Times New Roman" w:cs="Times New Roman"/>
          <w:b/>
          <w:bCs/>
          <w:sz w:val="28"/>
          <w:szCs w:val="28"/>
          <w:lang w:val="en-US"/>
        </w:rPr>
        <w:t xml:space="preserve"> </w:t>
      </w:r>
      <w:r w:rsidRPr="00B96EF7">
        <w:rPr>
          <w:rFonts w:ascii="Times New Roman" w:eastAsia="Times New Roman" w:hAnsi="Times New Roman" w:cs="Times New Roman"/>
          <w:b/>
          <w:bCs/>
          <w:sz w:val="28"/>
          <w:szCs w:val="28"/>
        </w:rPr>
        <w:t xml:space="preserve">của Quỹ </w:t>
      </w:r>
    </w:p>
    <w:p w14:paraId="6EB84698" w14:textId="77777777" w:rsidR="002F7852" w:rsidRPr="00B96EF7" w:rsidRDefault="002F7852" w:rsidP="002F7852">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Bộ, cơ quan ngang Bộ, cơ quan thuộc Chính phủ và Ủy ban nhân dân tỉnh, thành phố trực thuộc Trung ương căn cứ thẩm quyền, chức năng, nhiệm vụ được giao để quy định cụ thể nhiệm vụ và quyền hạn của Quỹ trong số các nhiệm vụ, quyền hạn được quy định tại Điều này, phù hợp với điều kiện thực tế và không trái với quy định của Luật và các nghị định có liên quan.</w:t>
      </w:r>
    </w:p>
    <w:p w14:paraId="5E093C36" w14:textId="7870FFAB" w:rsidR="002F7852" w:rsidRPr="00B96EF7" w:rsidRDefault="002F7852" w:rsidP="002F7852">
      <w:pPr>
        <w:widowControl w:val="0"/>
        <w:spacing w:after="120" w:line="240" w:lineRule="auto"/>
        <w:ind w:firstLine="720"/>
        <w:jc w:val="both"/>
        <w:rPr>
          <w:rFonts w:ascii="Times New Roman" w:eastAsia="Times New Roman" w:hAnsi="Times New Roman" w:cs="Times New Roman"/>
          <w:sz w:val="28"/>
          <w:szCs w:val="28"/>
          <w:lang w:val="en-US"/>
        </w:rPr>
      </w:pPr>
      <w:r w:rsidRPr="00B96EF7">
        <w:rPr>
          <w:rFonts w:ascii="Times New Roman" w:eastAsia="Times New Roman" w:hAnsi="Times New Roman" w:cs="Times New Roman"/>
          <w:sz w:val="28"/>
          <w:szCs w:val="28"/>
        </w:rPr>
        <w:t>Quỹ có các nhiệm vụ và quyền hạn sau đây:</w:t>
      </w:r>
    </w:p>
    <w:p w14:paraId="2E6C063B" w14:textId="77777777" w:rsidR="002F7852" w:rsidRPr="00B96EF7" w:rsidRDefault="002F7852" w:rsidP="002F7852">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1. Tiếp nhận các nguồn vốn của Nhà nước và các khoản đóng góp tự nguyện của tổ chức, cá nhân trong nước và nước ngoài; quản lý và sử dụng đúng mục đích, có hiệu quả các nguồn vốn của Quỹ.</w:t>
      </w:r>
    </w:p>
    <w:p w14:paraId="0137E2A6" w14:textId="77777777" w:rsidR="002F7852" w:rsidRPr="00B96EF7" w:rsidRDefault="002F7852" w:rsidP="002F7852">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xml:space="preserve">2. Xây dựng và trình Bộ trưởng, Thủ trưởng các cơ quan ngang Bộ, Thủ trưởng các cơ quan thuộc Chính phủ, Thủ trưởng các cơ quan khác ở trung ương, Chủ tịch Uỷ ban nhân dân tỉnh phê duyệt kế hoạch hoạt động và nhu cầu kinh phí từ nguồn ngân sách nhà nước hằng năm của Quỹ; kế hoạch tài chính hằng năm phân bổ, sử dụng các khoản đóng góp tự nguyện, hiến, tặng cho hợp pháp của tổ chức, cá nhân. </w:t>
      </w:r>
    </w:p>
    <w:p w14:paraId="57FEAC48" w14:textId="77777777" w:rsidR="002F7852" w:rsidRPr="00B96EF7" w:rsidRDefault="002F7852" w:rsidP="002F7852">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3. Định kỳ hoặc đột xuất thông báo kế hoạch tài trợ, đặt hàng nhiệm vụ khoa học, công nghệ và đổi mới sáng tạo theo quy định tại khoản 1 Điều 10 Nghị định số 267/2025/NĐ-CP; thông báo, kêu gọi đề xuất nhiệm vụ đổi mới sáng tạo theo quy định tại khoản 1 Điều 10 Nghị định số 268/2025/NĐ-CP.</w:t>
      </w:r>
    </w:p>
    <w:p w14:paraId="35307E9D" w14:textId="602425EA" w:rsidR="00752114" w:rsidRPr="00B96EF7" w:rsidRDefault="002F7852" w:rsidP="002F7852">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4. Tổ chức việc xét tài trợ, đặt hàng, thẩm định kinh phí và ký hợp đồng thực hiện các nhiệm vụ khoa học, công nghệ và đổi mới sáng tạo, các hoạt động hỗ trợ để Quỹ tài trợ, đặt hàng và hỗ trợ theo quy định của Nghị định số 267/2025/NĐ-CP và Nghị định số 268/2025/NĐ-CP.</w:t>
      </w:r>
    </w:p>
    <w:p w14:paraId="207625FA" w14:textId="77777777" w:rsidR="00752114" w:rsidRPr="00B96EF7" w:rsidRDefault="00752114" w:rsidP="00752114">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5. Tổ chức thực hiện cấp kinh phí, tài trợ thực hiện các nhiệm vụ khoa học, công nghệ và đổi mới sáng tạo; hỗ trợ kinh phí, hỗ trợ lãi suất vay để ứng dụng công nghệ, chuyển giao công nghệ, đổi mới công nghệ, đổi mới sáng tạo; hỗ trợ hoạt động nâng cao năng lực khoa học và công nghệ; hỗ trợ hoạt động phát triển đổi mới sáng tạo, hệ sinh thái khởi nghiệp sáng tạo, thúc đẩy văn hóa đổi mới sáng tạo, khởi nghiệp sáng tạo theo quy định của Nghị định số 267/2025/NĐ-CP và Nghị định số 268/2025/NĐ-CP.</w:t>
      </w:r>
    </w:p>
    <w:p w14:paraId="6F9BB299" w14:textId="3C886B3B" w:rsidR="00752114" w:rsidRPr="00B96EF7" w:rsidRDefault="00752114" w:rsidP="00752114">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xml:space="preserve">6. Tổ chức kiểm tra, đánh giá tình hình thực hiện các nội dung chuyên môn, tình hình sử dụng kinh phí và tiến độ giải ngân kinh phí phù hợp với nội dung, công việc và kết quả đạt được của các nhiệm vụ khoa học, công nghệ và đổi mới sáng tạo; giám sát hoạt động hỗ trợ kinh phí, hỗ trợ lãi suất vay để ứng dụng công nghệ, chuyển giao công nghệ, đổi mới công nghệ, đổi mới sáng tạo do Quỹ tài trợ, đặt hàng và hỗ trợ theo quy định của Nghị định số 267/2025/NĐ-CP và Nghị định số 268/2025/NĐ-CP. </w:t>
      </w:r>
    </w:p>
    <w:p w14:paraId="431F7C10" w14:textId="77777777" w:rsidR="00752114" w:rsidRPr="00B96EF7" w:rsidRDefault="00752114" w:rsidP="00752114">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lastRenderedPageBreak/>
        <w:t>7. Cấp tiếp kinh phí, điều chỉnh hợp đồng và chấm dứt thực hiện nhiệm vụ khoa học, công nghệ và đổi mới sáng tạo; hỗ trợ kinh phí, hỗ trợ lãi suất vay để ứng dụng công nghệ, chuyển giao công nghệ, đổi mới công nghệ, đổi mới sáng tạo; hỗ trợ hoạt động nâng cao năng lực khoa học và công nghệ; hỗ trợ hoạt động phát triển đổi mới sáng tạo, hệ sinh thái khởi nghiệp sáng tạo, thúc đẩy văn hóa đổi mới sáng tạo, khởi nghiệp sáng tạo được Quỹ tài trợ, đặt hàng và hỗ trợ theo quy định của Nghị định số 267/2025/NĐ-CP và Nghị định số 268/2025/NĐ-CP.</w:t>
      </w:r>
    </w:p>
    <w:p w14:paraId="29E73B9E" w14:textId="77777777" w:rsidR="00752114" w:rsidRPr="00B96EF7" w:rsidRDefault="00752114" w:rsidP="00752114">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8. Tổ chức đánh giá cuối kỳ, đánh giá hiệu quả đầu ra của nhiệm vụ khoa học, công nghệ và đổi mới sáng tạo, đánh giá tác động của kết quả thực hiện nhiệm vụ phát triển công nghệ, đổi mới sáng tạo do Quỹ tài trợ, đặt hàng, đánh giá hiệu quả các hoạt động mà Quỹ hỗ trợ theo quy định của Nghị định số 267/2025/NĐ-CP và Nghị định số 268/2025/NĐ-CP.</w:t>
      </w:r>
    </w:p>
    <w:p w14:paraId="26E6F304" w14:textId="7DEBC5FE" w:rsidR="00752114" w:rsidRPr="00B96EF7" w:rsidRDefault="00752114" w:rsidP="00752114">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xml:space="preserve">9. Quản lý, sử dụng vốn, tài sản của Nhà nước giao và các nguồn lực khác theo Điều lệ tổ chức và hoạt động của Quỹ và quy định của pháp luật. Xem xét, quyết định việc thuê kiểm toán độc lập để kiểm toán việc sử dụng kinh phí của tổ chức chủ trì nhiệm vụ khoa học, công nghệ và đổi mới sáng tạo được Quỹ đặt hàng, tài trợ, hỗ trợ. </w:t>
      </w:r>
    </w:p>
    <w:p w14:paraId="0505B966" w14:textId="77777777" w:rsidR="00752114" w:rsidRPr="00B96EF7" w:rsidRDefault="00752114" w:rsidP="00752114">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10. Quản lý tổ chức và lao động của Quỹ theo quy định của pháp luật.</w:t>
      </w:r>
    </w:p>
    <w:p w14:paraId="47A62278" w14:textId="216A19F3" w:rsidR="00752114" w:rsidRPr="00B96EF7" w:rsidRDefault="00752114" w:rsidP="00752114">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xml:space="preserve">11. Xây dựng và trình </w:t>
      </w:r>
      <w:proofErr w:type="spellStart"/>
      <w:r w:rsidR="002E57C0" w:rsidRPr="00B96EF7">
        <w:rPr>
          <w:rFonts w:ascii="Times New Roman" w:eastAsia="Times New Roman" w:hAnsi="Times New Roman" w:cs="Times New Roman"/>
          <w:sz w:val="28"/>
          <w:szCs w:val="28"/>
          <w:lang w:val="en-US"/>
        </w:rPr>
        <w:t>cấp</w:t>
      </w:r>
      <w:proofErr w:type="spellEnd"/>
      <w:r w:rsidR="002E57C0" w:rsidRPr="00B96EF7">
        <w:rPr>
          <w:rFonts w:ascii="Times New Roman" w:eastAsia="Times New Roman" w:hAnsi="Times New Roman" w:cs="Times New Roman"/>
          <w:sz w:val="28"/>
          <w:szCs w:val="28"/>
          <w:lang w:val="en-US"/>
        </w:rPr>
        <w:t xml:space="preserve"> </w:t>
      </w:r>
      <w:proofErr w:type="spellStart"/>
      <w:r w:rsidR="002E57C0" w:rsidRPr="00B96EF7">
        <w:rPr>
          <w:rFonts w:ascii="Times New Roman" w:eastAsia="Times New Roman" w:hAnsi="Times New Roman" w:cs="Times New Roman"/>
          <w:sz w:val="28"/>
          <w:szCs w:val="28"/>
          <w:lang w:val="en-US"/>
        </w:rPr>
        <w:t>có</w:t>
      </w:r>
      <w:proofErr w:type="spellEnd"/>
      <w:r w:rsidR="002E57C0" w:rsidRPr="00B96EF7">
        <w:rPr>
          <w:rFonts w:ascii="Times New Roman" w:eastAsia="Times New Roman" w:hAnsi="Times New Roman" w:cs="Times New Roman"/>
          <w:sz w:val="28"/>
          <w:szCs w:val="28"/>
          <w:lang w:val="en-US"/>
        </w:rPr>
        <w:t xml:space="preserve"> </w:t>
      </w:r>
      <w:proofErr w:type="spellStart"/>
      <w:r w:rsidR="002E57C0" w:rsidRPr="00B96EF7">
        <w:rPr>
          <w:rFonts w:ascii="Times New Roman" w:eastAsia="Times New Roman" w:hAnsi="Times New Roman" w:cs="Times New Roman"/>
          <w:sz w:val="28"/>
          <w:szCs w:val="28"/>
          <w:lang w:val="en-US"/>
        </w:rPr>
        <w:t>thẩm</w:t>
      </w:r>
      <w:proofErr w:type="spellEnd"/>
      <w:r w:rsidR="002E57C0" w:rsidRPr="00B96EF7">
        <w:rPr>
          <w:rFonts w:ascii="Times New Roman" w:eastAsia="Times New Roman" w:hAnsi="Times New Roman" w:cs="Times New Roman"/>
          <w:sz w:val="28"/>
          <w:szCs w:val="28"/>
          <w:lang w:val="en-US"/>
        </w:rPr>
        <w:t xml:space="preserve"> </w:t>
      </w:r>
      <w:proofErr w:type="spellStart"/>
      <w:r w:rsidR="002E57C0" w:rsidRPr="00B96EF7">
        <w:rPr>
          <w:rFonts w:ascii="Times New Roman" w:eastAsia="Times New Roman" w:hAnsi="Times New Roman" w:cs="Times New Roman"/>
          <w:sz w:val="28"/>
          <w:szCs w:val="28"/>
          <w:lang w:val="en-US"/>
        </w:rPr>
        <w:t>quyền</w:t>
      </w:r>
      <w:proofErr w:type="spellEnd"/>
      <w:r w:rsidRPr="00B96EF7">
        <w:rPr>
          <w:rFonts w:ascii="Times New Roman" w:eastAsia="Times New Roman" w:hAnsi="Times New Roman" w:cs="Times New Roman"/>
          <w:sz w:val="28"/>
          <w:szCs w:val="28"/>
        </w:rPr>
        <w:t xml:space="preserve"> ban hành Quy chế quản lý kinh phí thực hiện nhiệm vụ khoa học, công nghệ và đổi mới sáng tạo và các quy định khác phục vụ cho hoạt động của Quỹ.</w:t>
      </w:r>
    </w:p>
    <w:p w14:paraId="4B853A12" w14:textId="40AF98F3" w:rsidR="00752114" w:rsidRPr="00B96EF7" w:rsidRDefault="00752114" w:rsidP="00752114">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xml:space="preserve">12. Thực hiện chế độ báo cáo đánh giá kết quả, hiệu quả hoạt động của Quỹ định kỳ hằng năm; báo cáo định kỳ và đột xuất khác với các cơ quan quản lý theo quy định. </w:t>
      </w:r>
    </w:p>
    <w:p w14:paraId="5111B4A2" w14:textId="77777777" w:rsidR="00752114" w:rsidRPr="00B96EF7" w:rsidRDefault="00752114" w:rsidP="00752114">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13. Giải quyết các khiếu nại, tố cáo, kiến nghị liên quan đến hoạt động của Quỹ theo quy định pháp luật.</w:t>
      </w:r>
    </w:p>
    <w:p w14:paraId="2F4B7A80" w14:textId="77777777" w:rsidR="00752114" w:rsidRPr="00B96EF7" w:rsidRDefault="00752114" w:rsidP="00752114">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14. Chấp hành các quy định của Điều lệ tổ chức và hoạt động Quỹ, các quy định khác của pháp luật có liên quan.</w:t>
      </w:r>
    </w:p>
    <w:p w14:paraId="1030DB0E" w14:textId="229B6565" w:rsidR="00AC09D8" w:rsidRPr="00B96EF7" w:rsidRDefault="00752114">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15. Hợp tác với tổ chức, cá nhân trong nước, ngoài nước để vận động tài trợ cho Quỹ để thực hiện các nhiệm vụ khoa học, công nghệ và đổi mới sáng tạo theo quy định của pháp luật.</w:t>
      </w:r>
      <w:bookmarkStart w:id="2" w:name="_heading=h.ftfm9xxytafi" w:colFirst="0" w:colLast="0"/>
      <w:bookmarkEnd w:id="2"/>
    </w:p>
    <w:p w14:paraId="3D506AD9" w14:textId="3E8DA690" w:rsidR="00AC09D8" w:rsidRPr="00B96EF7" w:rsidRDefault="002E1D25">
      <w:pPr>
        <w:widowControl w:val="0"/>
        <w:spacing w:after="120" w:line="240" w:lineRule="auto"/>
        <w:ind w:firstLine="720"/>
        <w:jc w:val="both"/>
        <w:rPr>
          <w:rFonts w:ascii="Times New Roman" w:eastAsia="Times New Roman" w:hAnsi="Times New Roman" w:cs="Times New Roman"/>
          <w:b/>
          <w:bCs/>
          <w:sz w:val="28"/>
          <w:szCs w:val="28"/>
        </w:rPr>
      </w:pPr>
      <w:r w:rsidRPr="00B96EF7">
        <w:rPr>
          <w:rFonts w:ascii="Times New Roman" w:eastAsia="Times New Roman" w:hAnsi="Times New Roman" w:cs="Times New Roman"/>
          <w:b/>
          <w:bCs/>
          <w:sz w:val="28"/>
          <w:szCs w:val="28"/>
        </w:rPr>
        <w:t xml:space="preserve">Điều </w:t>
      </w:r>
      <w:r w:rsidR="00C45E4E" w:rsidRPr="00B96EF7">
        <w:rPr>
          <w:rFonts w:ascii="Times New Roman" w:eastAsia="Times New Roman" w:hAnsi="Times New Roman" w:cs="Times New Roman"/>
          <w:b/>
          <w:bCs/>
          <w:sz w:val="28"/>
          <w:szCs w:val="28"/>
          <w:lang w:val="en-US"/>
        </w:rPr>
        <w:t>6</w:t>
      </w:r>
      <w:r w:rsidRPr="00B96EF7">
        <w:rPr>
          <w:rFonts w:ascii="Times New Roman" w:eastAsia="Times New Roman" w:hAnsi="Times New Roman" w:cs="Times New Roman"/>
          <w:b/>
          <w:bCs/>
          <w:sz w:val="28"/>
          <w:szCs w:val="28"/>
        </w:rPr>
        <w:t xml:space="preserve">. Tổ chức của Quỹ </w:t>
      </w:r>
    </w:p>
    <w:p w14:paraId="55160C95" w14:textId="77777777" w:rsidR="00752114" w:rsidRPr="00B96EF7" w:rsidRDefault="002E1D25">
      <w:pPr>
        <w:widowControl w:val="0"/>
        <w:spacing w:after="120" w:line="240" w:lineRule="auto"/>
        <w:ind w:firstLine="720"/>
        <w:jc w:val="both"/>
        <w:rPr>
          <w:rFonts w:ascii="Times New Roman" w:eastAsia="Times New Roman" w:hAnsi="Times New Roman" w:cs="Times New Roman"/>
          <w:sz w:val="28"/>
          <w:szCs w:val="28"/>
          <w:lang w:val="en-US"/>
        </w:rPr>
      </w:pPr>
      <w:r w:rsidRPr="00B96EF7">
        <w:rPr>
          <w:rFonts w:ascii="Times New Roman" w:eastAsia="Times New Roman" w:hAnsi="Times New Roman" w:cs="Times New Roman"/>
          <w:sz w:val="28"/>
          <w:szCs w:val="28"/>
        </w:rPr>
        <w:t xml:space="preserve">Tổ chức của Quỹ gồm Hội đồng quản lý Quỹ, Cơ quan điều hành Quỹ và Ban Kiểm soát Quỹ. </w:t>
      </w:r>
    </w:p>
    <w:p w14:paraId="4E1222A2" w14:textId="5B3BB81B" w:rsidR="00AC09D8" w:rsidRPr="00B96EF7" w:rsidRDefault="002E1D25">
      <w:pPr>
        <w:widowControl w:val="0"/>
        <w:spacing w:after="120" w:line="240" w:lineRule="auto"/>
        <w:ind w:firstLine="720"/>
        <w:jc w:val="both"/>
        <w:rPr>
          <w:rFonts w:ascii="Times New Roman" w:eastAsia="Times New Roman" w:hAnsi="Times New Roman" w:cs="Times New Roman"/>
          <w:b/>
          <w:bCs/>
          <w:sz w:val="28"/>
          <w:szCs w:val="28"/>
        </w:rPr>
      </w:pPr>
      <w:r w:rsidRPr="00B96EF7">
        <w:rPr>
          <w:rFonts w:ascii="Times New Roman" w:eastAsia="Times New Roman" w:hAnsi="Times New Roman" w:cs="Times New Roman"/>
          <w:b/>
          <w:bCs/>
          <w:sz w:val="28"/>
          <w:szCs w:val="28"/>
        </w:rPr>
        <w:t xml:space="preserve">Điều </w:t>
      </w:r>
      <w:r w:rsidR="00C45E4E" w:rsidRPr="00B96EF7">
        <w:rPr>
          <w:rFonts w:ascii="Times New Roman" w:eastAsia="Times New Roman" w:hAnsi="Times New Roman" w:cs="Times New Roman"/>
          <w:b/>
          <w:bCs/>
          <w:sz w:val="28"/>
          <w:szCs w:val="28"/>
          <w:lang w:val="en-US"/>
        </w:rPr>
        <w:t>7</w:t>
      </w:r>
      <w:r w:rsidRPr="00B96EF7">
        <w:rPr>
          <w:rFonts w:ascii="Times New Roman" w:eastAsia="Times New Roman" w:hAnsi="Times New Roman" w:cs="Times New Roman"/>
          <w:b/>
          <w:bCs/>
          <w:sz w:val="28"/>
          <w:szCs w:val="28"/>
        </w:rPr>
        <w:t xml:space="preserve">. Hội đồng quản lý Quỹ </w:t>
      </w:r>
    </w:p>
    <w:p w14:paraId="28C76EC7"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1. Vị trí, vai trò</w:t>
      </w:r>
    </w:p>
    <w:p w14:paraId="05F19E8A"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xml:space="preserve">Hội đồng quản lý Quỹ là tổ chức quản lý của Quỹ phát triển khoa học, công nghệ và đổi mới sáng tạo, có chức năng quyết định định hướng chiến lược, phương hướng hoạt động và giám sát hoạt động của Quỹ theo quy định của pháp luật và </w:t>
      </w:r>
      <w:r w:rsidRPr="00B96EF7">
        <w:rPr>
          <w:rFonts w:ascii="Times New Roman" w:eastAsia="Times New Roman" w:hAnsi="Times New Roman" w:cs="Times New Roman"/>
          <w:sz w:val="28"/>
          <w:szCs w:val="28"/>
        </w:rPr>
        <w:lastRenderedPageBreak/>
        <w:t>Điều lệ này.</w:t>
      </w:r>
    </w:p>
    <w:p w14:paraId="215BCA3C"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2. Thành lập và cơ cấu</w:t>
      </w:r>
    </w:p>
    <w:p w14:paraId="596A18D1"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a) Hội đồng quản lý Quỹ do Bộ trưởng, Thủ trưởng cơ quan ngang Bộ, Thủ trưởng cơ quan thuộc Chính phủ hoặc Chủ tịch Ủy ban nhân dân cấp tỉnh quyết định thành lập theo thẩm quyền.</w:t>
      </w:r>
    </w:p>
    <w:p w14:paraId="5646EC88" w14:textId="1D12BCD3"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xml:space="preserve">b) Hội đồng quản lý Quỹ có từ 05 đến 07 thành viên, </w:t>
      </w:r>
      <w:r w:rsidR="002B3BD5" w:rsidRPr="00B96EF7">
        <w:rPr>
          <w:rFonts w:ascii="Times New Roman" w:eastAsia="Times New Roman" w:hAnsi="Times New Roman" w:cs="Times New Roman"/>
          <w:sz w:val="28"/>
          <w:szCs w:val="28"/>
        </w:rPr>
        <w:t>gồm: Chủ tịch, Phó Chủ tịch và các thành viên là các nhà quản lý, nhà khoa học, làm việc theo chế độ chuyên trách hoặc kiêm nhiệm. Căn cứ vào quy mô, tính chất và điều kiện thực tế hoạt động của Quỹ, Bộ trưởng, Thủ trưởng các cơ quan ngang Bộ, Thủ trưởng các cơ quan thuộc Chính phủ, Thủ trưởng các cơ quan khác ở trung ương, Chủ tịch Uỷ ban nhân dân tỉnh quyết định số lượng cụ thể thành viên Hội đồng quản lý.</w:t>
      </w:r>
    </w:p>
    <w:p w14:paraId="79ECF8BE"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c) Thành viên Hội đồng quản lý Quỹ là các nhà quản lý, nhà khoa học, đại diện doanh nghiệp hoặc chuyên gia có uy tín, am hiểu lĩnh vực khoa học, công nghệ và đổi mới sáng tạo.</w:t>
      </w:r>
    </w:p>
    <w:p w14:paraId="130F7AFA"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d) Chủ tịch Hội đồng quản lý Quỹ làm việc theo chế độ chuyên trách hoặc kiêm nhiệm theo quyết định của cơ quan có thẩm quyền.</w:t>
      </w:r>
    </w:p>
    <w:p w14:paraId="53ED764D" w14:textId="45B030F8"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đ) Giám đốc Cơ quan điều hành Quỹ là</w:t>
      </w:r>
      <w:r w:rsidR="0078234D" w:rsidRPr="00B96EF7">
        <w:rPr>
          <w:rFonts w:ascii="Times New Roman" w:eastAsia="Times New Roman" w:hAnsi="Times New Roman" w:cs="Times New Roman"/>
          <w:sz w:val="28"/>
          <w:szCs w:val="28"/>
          <w:lang w:val="en-US"/>
        </w:rPr>
        <w:t xml:space="preserve"> </w:t>
      </w:r>
      <w:proofErr w:type="spellStart"/>
      <w:r w:rsidR="0078234D" w:rsidRPr="00B96EF7">
        <w:rPr>
          <w:rFonts w:ascii="Times New Roman" w:eastAsia="Times New Roman" w:hAnsi="Times New Roman" w:cs="Times New Roman"/>
          <w:sz w:val="28"/>
          <w:szCs w:val="28"/>
          <w:lang w:val="en-US"/>
        </w:rPr>
        <w:t>thành</w:t>
      </w:r>
      <w:proofErr w:type="spellEnd"/>
      <w:r w:rsidR="0078234D" w:rsidRPr="00B96EF7">
        <w:rPr>
          <w:rFonts w:ascii="Times New Roman" w:eastAsia="Times New Roman" w:hAnsi="Times New Roman" w:cs="Times New Roman"/>
          <w:sz w:val="28"/>
          <w:szCs w:val="28"/>
          <w:lang w:val="en-US"/>
        </w:rPr>
        <w:t xml:space="preserve"> </w:t>
      </w:r>
      <w:proofErr w:type="spellStart"/>
      <w:r w:rsidR="0078234D" w:rsidRPr="00B96EF7">
        <w:rPr>
          <w:rFonts w:ascii="Times New Roman" w:eastAsia="Times New Roman" w:hAnsi="Times New Roman" w:cs="Times New Roman"/>
          <w:sz w:val="28"/>
          <w:szCs w:val="28"/>
          <w:lang w:val="en-US"/>
        </w:rPr>
        <w:t>viên</w:t>
      </w:r>
      <w:proofErr w:type="spellEnd"/>
      <w:r w:rsidR="0078234D" w:rsidRPr="00B96EF7">
        <w:rPr>
          <w:rFonts w:ascii="Times New Roman" w:eastAsia="Times New Roman" w:hAnsi="Times New Roman" w:cs="Times New Roman"/>
          <w:sz w:val="28"/>
          <w:szCs w:val="28"/>
          <w:lang w:val="en-US"/>
        </w:rPr>
        <w:t xml:space="preserve"> </w:t>
      </w:r>
      <w:proofErr w:type="spellStart"/>
      <w:r w:rsidR="0078234D" w:rsidRPr="00B96EF7">
        <w:rPr>
          <w:rFonts w:ascii="Times New Roman" w:eastAsia="Times New Roman" w:hAnsi="Times New Roman" w:cs="Times New Roman"/>
          <w:sz w:val="28"/>
          <w:szCs w:val="28"/>
          <w:lang w:val="en-US"/>
        </w:rPr>
        <w:t>hoặc</w:t>
      </w:r>
      <w:proofErr w:type="spellEnd"/>
      <w:r w:rsidRPr="00B96EF7">
        <w:rPr>
          <w:rFonts w:ascii="Times New Roman" w:eastAsia="Times New Roman" w:hAnsi="Times New Roman" w:cs="Times New Roman"/>
          <w:sz w:val="28"/>
          <w:szCs w:val="28"/>
        </w:rPr>
        <w:t xml:space="preserve"> Phó Chủ tịch Hội đồng quản lý Quỹ.</w:t>
      </w:r>
    </w:p>
    <w:p w14:paraId="57E04BA0"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3. Nhiệm kỳ, bổ nhiệm và miễn nhiệm</w:t>
      </w:r>
    </w:p>
    <w:p w14:paraId="52C2294B"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a) Nhiệm kỳ của Hội đồng quản lý Quỹ là 05 năm; thành viên Hội đồng quản lý Quỹ không tham gia quá 02 nhiệm kỳ liên tiếp.</w:t>
      </w:r>
    </w:p>
    <w:p w14:paraId="7DB6F8DC"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b) Việc bổ nhiệm, miễn nhiệm, thay thế Chủ tịch, Phó Chủ tịch và các thành viên Hội đồng quản lý Quỹ do Bộ trưởng, Thủ trưởng cơ quan ngang Bộ, Thủ trưởng cơ quan thuộc Chính phủ hoặc Chủ tịch Ủy ban nhân dân cấp tỉnh quyết định.</w:t>
      </w:r>
    </w:p>
    <w:p w14:paraId="6F760F39"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c) Trường hợp Hội đồng quản lý Quỹ hết nhiệm kỳ mà Hội đồng mới chưa được kiện toàn thì Hội đồng đương nhiệm tiếp tục thực hiện nhiệm vụ cho đến khi Hội đồng mới được bổ nhiệm và nhận nhiệm vụ.</w:t>
      </w:r>
    </w:p>
    <w:p w14:paraId="1F32EEED"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4. Nhiệm vụ và quyền hạn của Hội đồng quản lý Quỹ</w:t>
      </w:r>
    </w:p>
    <w:p w14:paraId="0004BF43"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Hội đồng quản lý Quỹ có các nhiệm vụ và quyền hạn sau đây:</w:t>
      </w:r>
    </w:p>
    <w:p w14:paraId="512A138D"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a) Quyết định chiến lược, phương hướng và kế hoạch phát triển của Quỹ phù hợp với định hướng phát triển khoa học, công nghệ và đổi mới sáng tạo của Nhà nước, Bộ, ngành hoặc địa phương.</w:t>
      </w:r>
    </w:p>
    <w:p w14:paraId="563CFA7D"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b) Định hướng ưu tiên hoạt động hằng năm của Quỹ.</w:t>
      </w:r>
    </w:p>
    <w:p w14:paraId="7C62752F"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c) Giám sát, kiểm tra hoạt động của Cơ quan điều hành Quỹ, Ban Kiểm soát Quỹ trong việc thực hiện chức năng, nhiệm vụ được giao.</w:t>
      </w:r>
    </w:p>
    <w:p w14:paraId="68367BDD"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d) Cho ý kiến đối với các vấn đề thuộc thẩm quyền theo Điều lệ Quỹ và quy định của pháp luật.</w:t>
      </w:r>
    </w:p>
    <w:p w14:paraId="0D3ACDCA"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lastRenderedPageBreak/>
        <w:t>đ) Uỷ quyền Chủ tịch, Phó Chủ tịch Hội đồng quản lý và Giám đốc Quỹ thực hiện một số nhiệm vụ thuộc thẩm quyền của Hội đồng quản lý Quỹ theo quy định.</w:t>
      </w:r>
    </w:p>
    <w:p w14:paraId="23F58591"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e) Kiến nghị cơ quan có thẩm quyền sửa đổi, bổ sung Điều lệ tổ chức và hoạt động của Quỹ.</w:t>
      </w:r>
    </w:p>
    <w:p w14:paraId="1D11D495"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g) Hội đồng quản lý Quỹ sử dụng bộ máy và con dấu của Quỹ trong việc thực hiện nhiệm vụ, quyền hạn của mình theo Điều lệ tổ chức và hoạt động của Quỹ.</w:t>
      </w:r>
    </w:p>
    <w:p w14:paraId="501527DA"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h) Thực hiện các nhiệm vụ, quyền hạn khác do cơ quan có thẩm quyền giao và theo quy định của pháp luật.</w:t>
      </w:r>
    </w:p>
    <w:p w14:paraId="56A6BA39"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5. Tổ chức giúp việc và chế độ hoạt động</w:t>
      </w:r>
    </w:p>
    <w:p w14:paraId="5543095A"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a) Hội đồng quản lý Quỹ có bộ phận giúp việc, đặt tại Cơ quan điều hành Quỹ.</w:t>
      </w:r>
    </w:p>
    <w:p w14:paraId="07CAAA13"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b) Chế độ làm việc, nguyên tắc họp, lấy ý kiến, biểu quyết và các nội dung liên quan đến hoạt động của Hội đồng quản lý Quỹ được quy định tại Quy chế hoạt động của Hội đồng quản lý Quỹ do Hội đồng quản lý Quỹ ban hành.</w:t>
      </w:r>
    </w:p>
    <w:p w14:paraId="04EB4F5B"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5. Kinh phí và chế độ đối với thành viên Hội đồng</w:t>
      </w:r>
    </w:p>
    <w:p w14:paraId="52500F3A"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a) Thành viên Hội đồng quản lý Quỹ được hưởng thù lao, chế độ theo quy định của pháp luật.</w:t>
      </w:r>
    </w:p>
    <w:p w14:paraId="6465149C"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b) Kinh phí hoạt động của Hội đồng quản lý Quỹ được bố trí trong kinh phí hoạt động quản lý của Quỹ theo quy định của pháp luật.</w:t>
      </w:r>
    </w:p>
    <w:p w14:paraId="14D49E22" w14:textId="72E2BC65" w:rsidR="00AC09D8" w:rsidRPr="00B96EF7" w:rsidRDefault="002E1D25">
      <w:pPr>
        <w:widowControl w:val="0"/>
        <w:spacing w:after="120" w:line="240" w:lineRule="auto"/>
        <w:ind w:firstLine="720"/>
        <w:jc w:val="both"/>
        <w:rPr>
          <w:rFonts w:ascii="Times New Roman" w:eastAsia="Times New Roman" w:hAnsi="Times New Roman" w:cs="Times New Roman"/>
          <w:b/>
          <w:bCs/>
          <w:sz w:val="28"/>
          <w:szCs w:val="28"/>
        </w:rPr>
      </w:pPr>
      <w:r w:rsidRPr="00B96EF7">
        <w:rPr>
          <w:rFonts w:ascii="Times New Roman" w:eastAsia="Times New Roman" w:hAnsi="Times New Roman" w:cs="Times New Roman"/>
          <w:b/>
          <w:bCs/>
          <w:sz w:val="28"/>
          <w:szCs w:val="28"/>
        </w:rPr>
        <w:t xml:space="preserve">Điều </w:t>
      </w:r>
      <w:r w:rsidR="00C45E4E" w:rsidRPr="00B96EF7">
        <w:rPr>
          <w:rFonts w:ascii="Times New Roman" w:eastAsia="Times New Roman" w:hAnsi="Times New Roman" w:cs="Times New Roman"/>
          <w:b/>
          <w:bCs/>
          <w:sz w:val="28"/>
          <w:szCs w:val="28"/>
          <w:lang w:val="en-US"/>
        </w:rPr>
        <w:t>8</w:t>
      </w:r>
      <w:r w:rsidRPr="00B96EF7">
        <w:rPr>
          <w:rFonts w:ascii="Times New Roman" w:eastAsia="Times New Roman" w:hAnsi="Times New Roman" w:cs="Times New Roman"/>
          <w:b/>
          <w:bCs/>
          <w:sz w:val="28"/>
          <w:szCs w:val="28"/>
        </w:rPr>
        <w:t>. Cơ quan điều hành Quỹ</w:t>
      </w:r>
    </w:p>
    <w:p w14:paraId="7F88103F" w14:textId="4A1B306E" w:rsidR="00727A3A" w:rsidRPr="00B96EF7" w:rsidRDefault="00727A3A" w:rsidP="00727A3A">
      <w:pPr>
        <w:widowControl w:val="0"/>
        <w:spacing w:after="120" w:line="240" w:lineRule="auto"/>
        <w:ind w:firstLine="720"/>
        <w:jc w:val="both"/>
        <w:rPr>
          <w:rFonts w:ascii="Times New Roman" w:eastAsia="Times New Roman" w:hAnsi="Times New Roman" w:cs="Times New Roman"/>
          <w:sz w:val="28"/>
          <w:szCs w:val="28"/>
          <w:lang w:val="en-US"/>
        </w:rPr>
      </w:pPr>
      <w:r w:rsidRPr="00B96EF7">
        <w:rPr>
          <w:rFonts w:ascii="Times New Roman" w:eastAsia="Times New Roman" w:hAnsi="Times New Roman" w:cs="Times New Roman"/>
          <w:sz w:val="28"/>
          <w:szCs w:val="28"/>
          <w:lang w:val="en-US"/>
        </w:rPr>
        <w:t>1.</w:t>
      </w:r>
      <w:r w:rsidRPr="00B96EF7">
        <w:t xml:space="preserve"> </w:t>
      </w:r>
      <w:proofErr w:type="spellStart"/>
      <w:r w:rsidRPr="00B96EF7">
        <w:rPr>
          <w:rFonts w:ascii="Times New Roman" w:eastAsia="Times New Roman" w:hAnsi="Times New Roman" w:cs="Times New Roman"/>
          <w:sz w:val="28"/>
          <w:szCs w:val="28"/>
          <w:lang w:val="en-US"/>
        </w:rPr>
        <w:t>Bộ</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cơ</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quan</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ngang</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Bộ</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cơ</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quan</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thuộc</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Chính</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phủ</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cơ</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quan</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khác</w:t>
      </w:r>
      <w:proofErr w:type="spellEnd"/>
      <w:r w:rsidRPr="00B96EF7">
        <w:rPr>
          <w:rFonts w:ascii="Times New Roman" w:eastAsia="Times New Roman" w:hAnsi="Times New Roman" w:cs="Times New Roman"/>
          <w:sz w:val="28"/>
          <w:szCs w:val="28"/>
          <w:lang w:val="en-US"/>
        </w:rPr>
        <w:t xml:space="preserve"> ở </w:t>
      </w:r>
      <w:proofErr w:type="spellStart"/>
      <w:r w:rsidRPr="00B96EF7">
        <w:rPr>
          <w:rFonts w:ascii="Times New Roman" w:eastAsia="Times New Roman" w:hAnsi="Times New Roman" w:cs="Times New Roman"/>
          <w:sz w:val="28"/>
          <w:szCs w:val="28"/>
          <w:lang w:val="en-US"/>
        </w:rPr>
        <w:t>Trung</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ương</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Ủy</w:t>
      </w:r>
      <w:proofErr w:type="spellEnd"/>
      <w:r w:rsidRPr="00B96EF7">
        <w:rPr>
          <w:rFonts w:ascii="Times New Roman" w:eastAsia="Times New Roman" w:hAnsi="Times New Roman" w:cs="Times New Roman"/>
          <w:sz w:val="28"/>
          <w:szCs w:val="28"/>
          <w:lang w:val="en-US"/>
        </w:rPr>
        <w:t xml:space="preserve"> ban </w:t>
      </w:r>
      <w:proofErr w:type="spellStart"/>
      <w:r w:rsidRPr="00B96EF7">
        <w:rPr>
          <w:rFonts w:ascii="Times New Roman" w:eastAsia="Times New Roman" w:hAnsi="Times New Roman" w:cs="Times New Roman"/>
          <w:sz w:val="28"/>
          <w:szCs w:val="28"/>
          <w:lang w:val="en-US"/>
        </w:rPr>
        <w:t>nhân</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dân</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cấp</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tỉnh</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giao</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cơ</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quan</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đơn</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vị</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thực</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hiện</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nhiệm</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vụ</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điều</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hành</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quỹ</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phát</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triển</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khoa</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học</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công</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nghệ</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và</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đổi</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mới</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sáng</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tạo</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gọi</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tắt</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là</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Cơ</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quan</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điều</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hành</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Quỹ</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theo</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quy</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định</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tại</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khoản</w:t>
      </w:r>
      <w:proofErr w:type="spellEnd"/>
      <w:r w:rsidRPr="00B96EF7">
        <w:rPr>
          <w:rFonts w:ascii="Times New Roman" w:eastAsia="Times New Roman" w:hAnsi="Times New Roman" w:cs="Times New Roman"/>
          <w:sz w:val="28"/>
          <w:szCs w:val="28"/>
          <w:lang w:val="en-US"/>
        </w:rPr>
        <w:t xml:space="preserve"> 1 </w:t>
      </w:r>
      <w:proofErr w:type="spellStart"/>
      <w:r w:rsidRPr="00B96EF7">
        <w:rPr>
          <w:rFonts w:ascii="Times New Roman" w:eastAsia="Times New Roman" w:hAnsi="Times New Roman" w:cs="Times New Roman"/>
          <w:sz w:val="28"/>
          <w:szCs w:val="28"/>
          <w:lang w:val="en-US"/>
        </w:rPr>
        <w:t>Điều</w:t>
      </w:r>
      <w:proofErr w:type="spellEnd"/>
      <w:r w:rsidRPr="00B96EF7">
        <w:rPr>
          <w:rFonts w:ascii="Times New Roman" w:eastAsia="Times New Roman" w:hAnsi="Times New Roman" w:cs="Times New Roman"/>
          <w:sz w:val="28"/>
          <w:szCs w:val="28"/>
          <w:lang w:val="en-US"/>
        </w:rPr>
        <w:t xml:space="preserve"> 16 </w:t>
      </w:r>
      <w:proofErr w:type="spellStart"/>
      <w:r w:rsidRPr="00B96EF7">
        <w:rPr>
          <w:rFonts w:ascii="Times New Roman" w:eastAsia="Times New Roman" w:hAnsi="Times New Roman" w:cs="Times New Roman"/>
          <w:sz w:val="28"/>
          <w:szCs w:val="28"/>
          <w:lang w:val="en-US"/>
        </w:rPr>
        <w:t>Nghị</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định</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số</w:t>
      </w:r>
      <w:proofErr w:type="spellEnd"/>
      <w:r w:rsidRPr="00B96EF7">
        <w:rPr>
          <w:rFonts w:ascii="Times New Roman" w:eastAsia="Times New Roman" w:hAnsi="Times New Roman" w:cs="Times New Roman"/>
          <w:sz w:val="28"/>
          <w:szCs w:val="28"/>
          <w:lang w:val="en-US"/>
        </w:rPr>
        <w:t xml:space="preserve"> 265/2025/NĐ-CP </w:t>
      </w:r>
      <w:proofErr w:type="spellStart"/>
      <w:r w:rsidRPr="00B96EF7">
        <w:rPr>
          <w:rFonts w:ascii="Times New Roman" w:eastAsia="Times New Roman" w:hAnsi="Times New Roman" w:cs="Times New Roman"/>
          <w:sz w:val="28"/>
          <w:szCs w:val="28"/>
          <w:lang w:val="en-US"/>
        </w:rPr>
        <w:t>và</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các</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quy</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định</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pháp</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luật</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có</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liên</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quan</w:t>
      </w:r>
      <w:proofErr w:type="spellEnd"/>
      <w:r w:rsidRPr="00B96EF7">
        <w:rPr>
          <w:rFonts w:ascii="Times New Roman" w:eastAsia="Times New Roman" w:hAnsi="Times New Roman" w:cs="Times New Roman"/>
          <w:sz w:val="28"/>
          <w:szCs w:val="28"/>
          <w:lang w:val="en-US"/>
        </w:rPr>
        <w:t>.</w:t>
      </w:r>
    </w:p>
    <w:p w14:paraId="3BC342B0" w14:textId="05733A8D" w:rsidR="00AC09D8" w:rsidRPr="00B96EF7" w:rsidRDefault="00727A3A">
      <w:pPr>
        <w:widowControl w:val="0"/>
        <w:spacing w:after="120" w:line="240" w:lineRule="auto"/>
        <w:ind w:firstLine="720"/>
        <w:jc w:val="both"/>
        <w:rPr>
          <w:rFonts w:ascii="Times New Roman" w:eastAsia="Times New Roman" w:hAnsi="Times New Roman" w:cs="Times New Roman"/>
          <w:strike/>
          <w:sz w:val="28"/>
          <w:szCs w:val="28"/>
        </w:rPr>
      </w:pPr>
      <w:r w:rsidRPr="00B96EF7">
        <w:rPr>
          <w:rFonts w:ascii="Times New Roman" w:eastAsia="Times New Roman" w:hAnsi="Times New Roman" w:cs="Times New Roman"/>
          <w:sz w:val="28"/>
          <w:szCs w:val="28"/>
          <w:lang w:val="en-US"/>
        </w:rPr>
        <w:t>2</w:t>
      </w:r>
      <w:r w:rsidRPr="00B96EF7">
        <w:rPr>
          <w:rFonts w:ascii="Times New Roman" w:eastAsia="Times New Roman" w:hAnsi="Times New Roman" w:cs="Times New Roman"/>
          <w:sz w:val="28"/>
          <w:szCs w:val="28"/>
        </w:rPr>
        <w:t>. Cơ quan điều hành Quỹ bao gồm: Giám đốc, các Phó Giám đốc, và các đơn vị chuyên môn, nghiệp vụ. Trong đó:</w:t>
      </w:r>
    </w:p>
    <w:p w14:paraId="4CE22697"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a) Giám đốc Quỹ là người đại diện theo pháp luật trong các hoạt động của Quỹ; chịu trách nhiệm trước Hội đồng quản lý Quỹ, Bộ trưởng, Thủ trưởng cơ quan ngang Bộ, Thủ trưởng cơ quan thuộc Chính phủ hoặc Chủ tịch Ủy ban nhân dân cấp tỉnh và trước pháp luật về việc điều hành hoạt động của Quỹ theo nhiệm vụ và quyền hạn được quy định.</w:t>
      </w:r>
    </w:p>
    <w:p w14:paraId="1AEF41BB"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Giám đốc Quỹ do Bộ trưởng, Thủ trưởng cơ quan ngang Bộ, Thủ trưởng cơ quan thuộc Chính phủ hoặc Chủ tịch Ủy ban nhân dân cấp tỉnh bổ nhiệm hoặc miễn nhiệm trên cơ sở đề nghị của Hội đồng quản lý Quỹ, theo nhiệm kỳ 05 năm.</w:t>
      </w:r>
    </w:p>
    <w:p w14:paraId="67B9525C"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xml:space="preserve">b) Phó Giám đốc của Quỹ do Bộ trưởng, Thủ trưởng cơ quan ngang Bộ, Thủ trưởng cơ quan thuộc Chính phủ hoặc Chủ tịch Ủy ban nhân dân cấp tỉnh bổ </w:t>
      </w:r>
      <w:r w:rsidRPr="00B96EF7">
        <w:rPr>
          <w:rFonts w:ascii="Times New Roman" w:eastAsia="Times New Roman" w:hAnsi="Times New Roman" w:cs="Times New Roman"/>
          <w:sz w:val="28"/>
          <w:szCs w:val="28"/>
        </w:rPr>
        <w:lastRenderedPageBreak/>
        <w:t>nhiệm, miễn nhiệm theo nhiệm kỳ 05 năm. Phó Giám đốc giúp Giám đốc điều hành một số lĩnh vực, nhiệm vụ theo phân công của Giám đốc và chịu trách nhiệm trước Giám đốc và pháp luật về nhiệm vụ được phân công.</w:t>
      </w:r>
    </w:p>
    <w:p w14:paraId="4B9992CD"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c) Cơ cấu tổ chức, chức năng, nhiệm vụ của các đơn vị chuyên môn, nghiệp vụ giúp việc Cơ quan điều hành Quỹ do Giám đốc Quỹ quyết định sau khi có ý kiến chấp thuận của Chủ tịch Hội đồng quản lý Quỹ.</w:t>
      </w:r>
    </w:p>
    <w:p w14:paraId="5DA19438" w14:textId="3099F456" w:rsidR="00AC09D8" w:rsidRPr="00B96EF7" w:rsidRDefault="00727A3A">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lang w:val="en-US"/>
        </w:rPr>
        <w:t>3</w:t>
      </w:r>
      <w:r w:rsidRPr="00B96EF7">
        <w:rPr>
          <w:rFonts w:ascii="Times New Roman" w:eastAsia="Times New Roman" w:hAnsi="Times New Roman" w:cs="Times New Roman"/>
          <w:sz w:val="28"/>
          <w:szCs w:val="28"/>
        </w:rPr>
        <w:t>. Trách nhiệm của Cơ quan điều hành Quỹ:</w:t>
      </w:r>
    </w:p>
    <w:p w14:paraId="1AC008B4"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Thực hiện công tác tham mưu, cung cấp thông tin và tổ chức triển khai các nhiệm vụ được Hội đồng quản lý Quỹ, nhiệm vụ do Bộ trưởng, Thủ trưởng cơ quan ngang Bộ, Thủ trưởng cơ quan thuộc Chính phủ hoặc Chủ tịch Ủy ban nhân dân cấp tỉnh giao; bảo đảm hoạt động của Quỹ đúng mục tiêu, phạm vi nhiệm vụ và quy định của pháp luật.</w:t>
      </w:r>
    </w:p>
    <w:p w14:paraId="541AAB7E"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Tổ chức tiếp nhận hồ sơ, đánh giá, thẩm định, giám sát, nghiệm thu và các hoạt động liên quan theo Điều lệ và các quy định pháp luật hiện hành.</w:t>
      </w:r>
    </w:p>
    <w:p w14:paraId="1E31F344"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Quản lý, sử dụng kinh phí ngân sách nhà nước hỗ trợ, đặt hàng, tài trợ thực hiện chương trình, nhiệm vụ khoa học, công nghệ và đổi mới sáng tạo theo quy định tại Khoản 2 Điều 17 Nghị định số 265/2025/NĐ-CP.</w:t>
      </w:r>
    </w:p>
    <w:p w14:paraId="7D4E4028"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Quản lý nhân sự, hồ sơ, tài sản, dữ liệu của Quỹ; thực hiện chế độ báo cáo định kỳ và đột xuất theo yêu cầu của cơ quan có thẩm quyền.</w:t>
      </w:r>
    </w:p>
    <w:p w14:paraId="3E00312C"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Thực hiện các trách nhiệm khác theo quy định của Điều lệ và quyết định của Giám đốc Quỹ.</w:t>
      </w:r>
    </w:p>
    <w:p w14:paraId="286B3B87" w14:textId="1D3F5B2A" w:rsidR="00AC09D8" w:rsidRPr="00B96EF7" w:rsidRDefault="00727A3A">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lang w:val="en-US"/>
        </w:rPr>
        <w:t>4</w:t>
      </w:r>
      <w:r w:rsidRPr="00B96EF7">
        <w:rPr>
          <w:rFonts w:ascii="Times New Roman" w:eastAsia="Times New Roman" w:hAnsi="Times New Roman" w:cs="Times New Roman"/>
          <w:sz w:val="28"/>
          <w:szCs w:val="28"/>
        </w:rPr>
        <w:t>. Nhiệm vụ và quyền hạn của Giám đốc Quỹ:</w:t>
      </w:r>
    </w:p>
    <w:p w14:paraId="34D77C04"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a) Tổ chức, điều hành và quản lý các hoạt động của Cơ quan điều hành Quỹ theo Điều lệ và theo quy định của pháp luật.</w:t>
      </w:r>
    </w:p>
    <w:p w14:paraId="49BD745A"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b) Tổ chức thực hiện các nhiệm vụ của Hội đồng quản lý Quỹ và bộ (hoặc tỉnh) giao cho Quỹ.</w:t>
      </w:r>
    </w:p>
    <w:p w14:paraId="042584CE"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c) Chủ trì xây dựng quy định về hoạt động trong từng thời kỳ và các văn bản khác có liên quan trình Hội đồng quản lý Quỹ xem xét:</w:t>
      </w:r>
    </w:p>
    <w:p w14:paraId="2E6479BA"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Quy định về hoạt động nghiệp vụ của Quỹ.</w:t>
      </w:r>
    </w:p>
    <w:p w14:paraId="5F9E9276"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Các văn bản khác theo quy định.</w:t>
      </w:r>
    </w:p>
    <w:p w14:paraId="6165940E"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đ) Quyết định phê duyệt tài trợ, hỗ trợ theo các quy định tại Điều lệ Quỹ.</w:t>
      </w:r>
    </w:p>
    <w:p w14:paraId="10EDB91A"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xml:space="preserve">e) Quyết định bổ nhiệm, miễn nhiệm các chức danh trưởng, phó các đơn vị chuyên môn, nghiệp vụ và các chức danh khác thuộc thẩm quyền </w:t>
      </w:r>
    </w:p>
    <w:p w14:paraId="0AE2D006"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g) Quản lý nhân sự, tài sản và vốn của Quỹ.</w:t>
      </w:r>
    </w:p>
    <w:p w14:paraId="3A5324C9"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h) Chịu trách nhiệm trước Hội đồng quản lý Quỹ và các cơ quan nhà nước có thẩm quyền đối với việc thực hiện nhiệm vụ điều hành của mình theo quy định của pháp luật.</w:t>
      </w:r>
    </w:p>
    <w:p w14:paraId="22B70C1D"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xml:space="preserve">i) Báo cáo Hội đồng quản lý Quỹ và các cơ quan nhà nước có thẩm quyền </w:t>
      </w:r>
      <w:r w:rsidRPr="00B96EF7">
        <w:rPr>
          <w:rFonts w:ascii="Times New Roman" w:eastAsia="Times New Roman" w:hAnsi="Times New Roman" w:cs="Times New Roman"/>
          <w:sz w:val="28"/>
          <w:szCs w:val="28"/>
        </w:rPr>
        <w:lastRenderedPageBreak/>
        <w:t>theo quy định của Điều lệ này và các quy định khác có liên quan đến hoạt động của Quỹ.</w:t>
      </w:r>
    </w:p>
    <w:p w14:paraId="635866E3"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xml:space="preserve">k) Trình Bộ trưởng, Thủ trưởng cơ quan ngang Bộ, Thủ trưởng cơ quan thuộc Chính phủ hoặc Chủ tịch Ủy ban nhân dân cấp tỉnh: </w:t>
      </w:r>
    </w:p>
    <w:p w14:paraId="516FEEB3"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Kế hoạch hoạt động hàng năm của Quỹ.</w:t>
      </w:r>
    </w:p>
    <w:p w14:paraId="4E2539DE"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Đề nghị bổ nhiệm, miễn nhiệm Phó Giám đốc, Kế toán trưởng.</w:t>
      </w:r>
    </w:p>
    <w:p w14:paraId="0529E89F"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m) Các nhiệm vụ, quyền hạn khác quy định tại Điều lệ này.</w:t>
      </w:r>
    </w:p>
    <w:p w14:paraId="33CDCF9D" w14:textId="22991E85" w:rsidR="00AC09D8" w:rsidRPr="00B96EF7" w:rsidRDefault="00727A3A">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lang w:val="en-US"/>
        </w:rPr>
        <w:t>5</w:t>
      </w:r>
      <w:r w:rsidRPr="00B96EF7">
        <w:rPr>
          <w:rFonts w:ascii="Times New Roman" w:eastAsia="Times New Roman" w:hAnsi="Times New Roman" w:cs="Times New Roman"/>
          <w:sz w:val="28"/>
          <w:szCs w:val="28"/>
        </w:rPr>
        <w:t>. Kinh phí hoạt động của Cơ quan điều hành Quỹ được tính vào chi phí hoạt động quản lý của Quỹ.</w:t>
      </w:r>
    </w:p>
    <w:p w14:paraId="79A2882F" w14:textId="7F627569" w:rsidR="00AC09D8" w:rsidRPr="00B96EF7" w:rsidRDefault="002E1D25">
      <w:pPr>
        <w:widowControl w:val="0"/>
        <w:spacing w:after="120" w:line="240" w:lineRule="auto"/>
        <w:ind w:firstLine="720"/>
        <w:jc w:val="both"/>
        <w:rPr>
          <w:rFonts w:ascii="Times New Roman" w:eastAsia="Times New Roman" w:hAnsi="Times New Roman" w:cs="Times New Roman"/>
          <w:b/>
          <w:bCs/>
          <w:sz w:val="28"/>
          <w:szCs w:val="28"/>
        </w:rPr>
      </w:pPr>
      <w:r w:rsidRPr="00B96EF7">
        <w:rPr>
          <w:rFonts w:ascii="Times New Roman" w:eastAsia="Times New Roman" w:hAnsi="Times New Roman" w:cs="Times New Roman"/>
          <w:b/>
          <w:bCs/>
          <w:sz w:val="28"/>
          <w:szCs w:val="28"/>
        </w:rPr>
        <w:t xml:space="preserve">Điều </w:t>
      </w:r>
      <w:r w:rsidR="00C45E4E" w:rsidRPr="00B96EF7">
        <w:rPr>
          <w:rFonts w:ascii="Times New Roman" w:eastAsia="Times New Roman" w:hAnsi="Times New Roman" w:cs="Times New Roman"/>
          <w:b/>
          <w:bCs/>
          <w:sz w:val="28"/>
          <w:szCs w:val="28"/>
          <w:lang w:val="en-US"/>
        </w:rPr>
        <w:t>9</w:t>
      </w:r>
      <w:r w:rsidRPr="00B96EF7">
        <w:rPr>
          <w:rFonts w:ascii="Times New Roman" w:eastAsia="Times New Roman" w:hAnsi="Times New Roman" w:cs="Times New Roman"/>
          <w:b/>
          <w:bCs/>
          <w:sz w:val="28"/>
          <w:szCs w:val="28"/>
        </w:rPr>
        <w:t>. Ban Kiểm soát Quỹ</w:t>
      </w:r>
    </w:p>
    <w:p w14:paraId="6B4F5E38"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1. Tổ chức của Ban Kiểm soát Quỹ:</w:t>
      </w:r>
    </w:p>
    <w:p w14:paraId="5EDE80F4" w14:textId="6804C8FD"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a) Ban Kiểm soát hoạt động theo chế độ kiêm nhiệm, có 03 thành viên. Thành viên Ban kiểm soát là các chuyên gia am hiểu về lĩnh vực tài chính, đầu tư, khoa học và công nghệ, pháp luật, không có tiền án, tiền sự. Nhiệm kỳ của Ban Kiểm soát Quỹ là 05 năm.</w:t>
      </w:r>
    </w:p>
    <w:p w14:paraId="1905FF2A"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xml:space="preserve">b) Thành viên của Ban Kiểm soát do Hội đồng quản lý Quỹ quyết định bổ nhiệm, miễn nhiệm, gồm Trưởng ban, Phó Trưởng ban và 01 thành viên. </w:t>
      </w:r>
    </w:p>
    <w:p w14:paraId="161A9EAA" w14:textId="1A9F8DB2"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c) Thành viên của Ban Kiểm soát không được là vợ hoặc chồng, bố, mẹ, con, anh chị em ruột của các thành viên Hội đồng quản lý Quỹ, Giám đốc Quỹ, Phó Giám đốc Quỹ</w:t>
      </w:r>
      <w:r w:rsidR="00C74006" w:rsidRPr="00B96EF7">
        <w:rPr>
          <w:rFonts w:ascii="Times New Roman" w:eastAsia="Times New Roman" w:hAnsi="Times New Roman" w:cs="Times New Roman"/>
          <w:sz w:val="28"/>
          <w:szCs w:val="28"/>
          <w:lang w:val="en-US"/>
        </w:rPr>
        <w:t>,</w:t>
      </w:r>
      <w:r w:rsidRPr="00B96EF7">
        <w:rPr>
          <w:rFonts w:ascii="Times New Roman" w:eastAsia="Times New Roman" w:hAnsi="Times New Roman" w:cs="Times New Roman"/>
          <w:sz w:val="28"/>
          <w:szCs w:val="28"/>
        </w:rPr>
        <w:t xml:space="preserve"> Kế toán trưởng của Quỹ</w:t>
      </w:r>
      <w:r w:rsidR="00C74006" w:rsidRPr="00B96EF7">
        <w:rPr>
          <w:rFonts w:ascii="Times New Roman" w:eastAsia="Times New Roman" w:hAnsi="Times New Roman" w:cs="Times New Roman"/>
          <w:sz w:val="28"/>
          <w:szCs w:val="28"/>
          <w:lang w:val="en-US"/>
        </w:rPr>
        <w:t xml:space="preserve"> </w:t>
      </w:r>
      <w:proofErr w:type="spellStart"/>
      <w:r w:rsidR="00C74006" w:rsidRPr="00B96EF7">
        <w:rPr>
          <w:rFonts w:ascii="Times New Roman" w:eastAsia="Times New Roman" w:hAnsi="Times New Roman" w:cs="Times New Roman"/>
          <w:sz w:val="28"/>
          <w:szCs w:val="28"/>
          <w:lang w:val="en-US"/>
        </w:rPr>
        <w:t>hoặc</w:t>
      </w:r>
      <w:proofErr w:type="spellEnd"/>
      <w:r w:rsidR="00C74006" w:rsidRPr="00B96EF7">
        <w:rPr>
          <w:rFonts w:ascii="Times New Roman" w:eastAsia="Times New Roman" w:hAnsi="Times New Roman" w:cs="Times New Roman"/>
          <w:sz w:val="28"/>
          <w:szCs w:val="28"/>
          <w:lang w:val="en-US"/>
        </w:rPr>
        <w:t xml:space="preserve"> </w:t>
      </w:r>
      <w:proofErr w:type="spellStart"/>
      <w:r w:rsidR="00C74006" w:rsidRPr="00B96EF7">
        <w:rPr>
          <w:rFonts w:ascii="Times New Roman" w:eastAsia="Times New Roman" w:hAnsi="Times New Roman" w:cs="Times New Roman"/>
          <w:sz w:val="28"/>
          <w:szCs w:val="28"/>
          <w:lang w:val="en-US"/>
        </w:rPr>
        <w:t>Trưởng</w:t>
      </w:r>
      <w:proofErr w:type="spellEnd"/>
      <w:r w:rsidR="00C74006" w:rsidRPr="00B96EF7">
        <w:rPr>
          <w:rFonts w:ascii="Times New Roman" w:eastAsia="Times New Roman" w:hAnsi="Times New Roman" w:cs="Times New Roman"/>
          <w:sz w:val="28"/>
          <w:szCs w:val="28"/>
          <w:lang w:val="en-US"/>
        </w:rPr>
        <w:t xml:space="preserve"> </w:t>
      </w:r>
      <w:proofErr w:type="spellStart"/>
      <w:r w:rsidR="00C74006" w:rsidRPr="00B96EF7">
        <w:rPr>
          <w:rFonts w:ascii="Times New Roman" w:eastAsia="Times New Roman" w:hAnsi="Times New Roman" w:cs="Times New Roman"/>
          <w:sz w:val="28"/>
          <w:szCs w:val="28"/>
          <w:lang w:val="en-US"/>
        </w:rPr>
        <w:t>cơ</w:t>
      </w:r>
      <w:proofErr w:type="spellEnd"/>
      <w:r w:rsidR="00C74006" w:rsidRPr="00B96EF7">
        <w:rPr>
          <w:rFonts w:ascii="Times New Roman" w:eastAsia="Times New Roman" w:hAnsi="Times New Roman" w:cs="Times New Roman"/>
          <w:sz w:val="28"/>
          <w:szCs w:val="28"/>
          <w:lang w:val="en-US"/>
        </w:rPr>
        <w:t xml:space="preserve"> </w:t>
      </w:r>
      <w:proofErr w:type="spellStart"/>
      <w:r w:rsidR="00C74006" w:rsidRPr="00B96EF7">
        <w:rPr>
          <w:rFonts w:ascii="Times New Roman" w:eastAsia="Times New Roman" w:hAnsi="Times New Roman" w:cs="Times New Roman"/>
          <w:sz w:val="28"/>
          <w:szCs w:val="28"/>
          <w:lang w:val="en-US"/>
        </w:rPr>
        <w:t>quan</w:t>
      </w:r>
      <w:proofErr w:type="spellEnd"/>
      <w:r w:rsidR="00C74006" w:rsidRPr="00B96EF7">
        <w:rPr>
          <w:rFonts w:ascii="Times New Roman" w:eastAsia="Times New Roman" w:hAnsi="Times New Roman" w:cs="Times New Roman"/>
          <w:sz w:val="28"/>
          <w:szCs w:val="28"/>
          <w:lang w:val="en-US"/>
        </w:rPr>
        <w:t xml:space="preserve"> </w:t>
      </w:r>
      <w:proofErr w:type="spellStart"/>
      <w:r w:rsidR="00C74006" w:rsidRPr="00B96EF7">
        <w:rPr>
          <w:rFonts w:ascii="Times New Roman" w:eastAsia="Times New Roman" w:hAnsi="Times New Roman" w:cs="Times New Roman"/>
          <w:sz w:val="28"/>
          <w:szCs w:val="28"/>
          <w:lang w:val="en-US"/>
        </w:rPr>
        <w:t>tài</w:t>
      </w:r>
      <w:proofErr w:type="spellEnd"/>
      <w:r w:rsidR="00C74006" w:rsidRPr="00B96EF7">
        <w:rPr>
          <w:rFonts w:ascii="Times New Roman" w:eastAsia="Times New Roman" w:hAnsi="Times New Roman" w:cs="Times New Roman"/>
          <w:sz w:val="28"/>
          <w:szCs w:val="28"/>
          <w:lang w:val="en-US"/>
        </w:rPr>
        <w:t xml:space="preserve"> </w:t>
      </w:r>
      <w:proofErr w:type="spellStart"/>
      <w:r w:rsidR="00C74006" w:rsidRPr="00B96EF7">
        <w:rPr>
          <w:rFonts w:ascii="Times New Roman" w:eastAsia="Times New Roman" w:hAnsi="Times New Roman" w:cs="Times New Roman"/>
          <w:sz w:val="28"/>
          <w:szCs w:val="28"/>
          <w:lang w:val="en-US"/>
        </w:rPr>
        <w:t>chính</w:t>
      </w:r>
      <w:proofErr w:type="spellEnd"/>
      <w:r w:rsidR="00C74006" w:rsidRPr="00B96EF7">
        <w:rPr>
          <w:rFonts w:ascii="Times New Roman" w:eastAsia="Times New Roman" w:hAnsi="Times New Roman" w:cs="Times New Roman"/>
          <w:sz w:val="28"/>
          <w:szCs w:val="28"/>
          <w:lang w:val="en-US"/>
        </w:rPr>
        <w:t xml:space="preserve"> </w:t>
      </w:r>
      <w:proofErr w:type="spellStart"/>
      <w:r w:rsidR="00C74006" w:rsidRPr="00B96EF7">
        <w:rPr>
          <w:rFonts w:ascii="Times New Roman" w:eastAsia="Times New Roman" w:hAnsi="Times New Roman" w:cs="Times New Roman"/>
          <w:sz w:val="28"/>
          <w:szCs w:val="28"/>
          <w:lang w:val="en-US"/>
        </w:rPr>
        <w:t>của</w:t>
      </w:r>
      <w:proofErr w:type="spellEnd"/>
      <w:r w:rsidR="00C74006" w:rsidRPr="00B96EF7">
        <w:rPr>
          <w:rFonts w:ascii="Times New Roman" w:eastAsia="Times New Roman" w:hAnsi="Times New Roman" w:cs="Times New Roman"/>
          <w:sz w:val="28"/>
          <w:szCs w:val="28"/>
          <w:lang w:val="en-US"/>
        </w:rPr>
        <w:t xml:space="preserve"> </w:t>
      </w:r>
      <w:proofErr w:type="spellStart"/>
      <w:r w:rsidR="00C74006" w:rsidRPr="00B96EF7">
        <w:rPr>
          <w:rFonts w:ascii="Times New Roman" w:eastAsia="Times New Roman" w:hAnsi="Times New Roman" w:cs="Times New Roman"/>
          <w:sz w:val="28"/>
          <w:szCs w:val="28"/>
          <w:lang w:val="en-US"/>
        </w:rPr>
        <w:t>Quỹ</w:t>
      </w:r>
      <w:proofErr w:type="spellEnd"/>
      <w:r w:rsidRPr="00B96EF7">
        <w:rPr>
          <w:rFonts w:ascii="Times New Roman" w:eastAsia="Times New Roman" w:hAnsi="Times New Roman" w:cs="Times New Roman"/>
          <w:sz w:val="28"/>
          <w:szCs w:val="28"/>
        </w:rPr>
        <w:t>.</w:t>
      </w:r>
    </w:p>
    <w:p w14:paraId="1645A046"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2. Nhiệm vụ và quyền hạn của Ban Kiểm soát Quỹ:</w:t>
      </w:r>
    </w:p>
    <w:p w14:paraId="08225FF8"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a) Giúp Hội đồng quản lý Quỹ giám sát hoạt động của Cơ quan điều hành Quỹ.</w:t>
      </w:r>
    </w:p>
    <w:p w14:paraId="29C86BF6"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b) Kiểm tra và báo cáo Hội đồng quản lý Quỹ về việc chấp hành chủ trương, chính sách, pháp luật của Nhà nước, thực hiện Điều lệ tổ chức và hoạt động của Cơ quan điều hành Quỹ.</w:t>
      </w:r>
    </w:p>
    <w:p w14:paraId="08E27F0F"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c) Kiểm tra hoạt động tài chính, giám sát việc chấp hành chế độ kế toán, hoạt động của hệ thống kiểm tra và kiểm soát nội bộ; thẩm định báo cáo tài chính hàng năm của Quỹ. Định kỳ hàng tháng, quý, năm và theo vụ việc, Ban Kiểm soát có trách nhiệm báo cáo Hội đồng quản lý Quỹ bằng văn bản kết quả kiểm tra, giám sát hoạt động tài chính của Quỹ.</w:t>
      </w:r>
    </w:p>
    <w:p w14:paraId="743108E2"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d) Tiến hành công việc một cách độc lập theo chương trình đã được Hội đồng quản lý Quỹ thông qua; có quyền sử dụng tư vấn độc lập để thực hiện các nhiệm vụ được giao; được sử dụng hệ thống kiểm tra và kiểm soát nội bộ của Quỹ.</w:t>
      </w:r>
    </w:p>
    <w:p w14:paraId="182ECD46"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xml:space="preserve">3. Trưởng Ban Kiểm soát Quỹ hoặc thành viên của Ban Kiểm soát Quỹ được Trưởng Ban Kiểm soát Quỹ ủy quyền có quyền tham dự các cuộc họp của Hội đồng quản lý Quỹ, phát biểu ý kiến về các nội dung mà Hội đồng quản lý Quỹ </w:t>
      </w:r>
      <w:r w:rsidRPr="00B96EF7">
        <w:rPr>
          <w:rFonts w:ascii="Times New Roman" w:eastAsia="Times New Roman" w:hAnsi="Times New Roman" w:cs="Times New Roman"/>
          <w:sz w:val="28"/>
          <w:szCs w:val="28"/>
        </w:rPr>
        <w:lastRenderedPageBreak/>
        <w:t>thảo luận, nhưng không được quyền biểu quyết.</w:t>
      </w:r>
    </w:p>
    <w:p w14:paraId="5685C3FB"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4. Ban Kiểm soát Quỹ hoạt động theo quy chế do Hội đồng quản lý Quỹ ban hành. Các thành viên Ban Kiểm soát Quỹ thực hiện nhiệm vụ được giao một cách độc lập và chịu trách nhiệm cá nhân trước Trưởng Ban Kiểm soát, Hội đồng quản lý Quỹ và pháp luật về nhiệm vụ được giao; được hưởng phụ cấp kiêm nhiệm, thù lao và các quyền khác theo quy định của Nhà nước.</w:t>
      </w:r>
    </w:p>
    <w:p w14:paraId="64BC4DF2" w14:textId="77777777" w:rsidR="00AC09D8" w:rsidRPr="00B96EF7" w:rsidRDefault="002E1D25">
      <w:pPr>
        <w:widowControl w:val="0"/>
        <w:spacing w:after="120" w:line="240" w:lineRule="auto"/>
        <w:ind w:firstLine="72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5. Kinh phí hoạt động của Ban Kiểm soát Quỹ được tính vào chi phí hoạt động quản lý của Quỹ.</w:t>
      </w:r>
    </w:p>
    <w:p w14:paraId="27072DFC" w14:textId="77777777" w:rsidR="00AC09D8" w:rsidRPr="00B96EF7" w:rsidRDefault="00AC09D8">
      <w:pPr>
        <w:widowControl w:val="0"/>
        <w:spacing w:after="120" w:line="240" w:lineRule="auto"/>
        <w:ind w:firstLine="720"/>
        <w:jc w:val="both"/>
        <w:rPr>
          <w:rFonts w:ascii="Times New Roman" w:eastAsia="Times New Roman" w:hAnsi="Times New Roman" w:cs="Times New Roman"/>
          <w:sz w:val="28"/>
          <w:szCs w:val="28"/>
        </w:rPr>
      </w:pPr>
    </w:p>
    <w:p w14:paraId="597BD3B1" w14:textId="77777777" w:rsidR="00AC09D8" w:rsidRPr="00B96EF7" w:rsidRDefault="002E1D25">
      <w:pPr>
        <w:widowControl w:val="0"/>
        <w:spacing w:after="0" w:line="240" w:lineRule="auto"/>
        <w:jc w:val="center"/>
        <w:rPr>
          <w:rFonts w:ascii="Times New Roman" w:eastAsia="Times New Roman" w:hAnsi="Times New Roman" w:cs="Times New Roman"/>
          <w:b/>
          <w:bCs/>
          <w:sz w:val="28"/>
          <w:szCs w:val="28"/>
        </w:rPr>
      </w:pPr>
      <w:r w:rsidRPr="00B96EF7">
        <w:rPr>
          <w:rFonts w:ascii="Times New Roman" w:eastAsia="Times New Roman" w:hAnsi="Times New Roman" w:cs="Times New Roman"/>
          <w:b/>
          <w:bCs/>
          <w:sz w:val="28"/>
          <w:szCs w:val="28"/>
        </w:rPr>
        <w:t>Chương III</w:t>
      </w:r>
    </w:p>
    <w:p w14:paraId="7E752183" w14:textId="77777777" w:rsidR="00AC09D8" w:rsidRPr="00B96EF7" w:rsidRDefault="002E1D25">
      <w:pPr>
        <w:widowControl w:val="0"/>
        <w:spacing w:after="0" w:line="240" w:lineRule="auto"/>
        <w:jc w:val="center"/>
        <w:rPr>
          <w:rFonts w:ascii="Times New Roman" w:eastAsia="Times New Roman" w:hAnsi="Times New Roman" w:cs="Times New Roman"/>
          <w:b/>
          <w:bCs/>
          <w:sz w:val="28"/>
          <w:szCs w:val="28"/>
        </w:rPr>
      </w:pPr>
      <w:r w:rsidRPr="00B96EF7">
        <w:rPr>
          <w:rFonts w:ascii="Times New Roman" w:eastAsia="Times New Roman" w:hAnsi="Times New Roman" w:cs="Times New Roman"/>
          <w:b/>
          <w:bCs/>
          <w:sz w:val="28"/>
          <w:szCs w:val="28"/>
        </w:rPr>
        <w:t xml:space="preserve">QUẢN LÝ TÀI CHÍNH VÀ GIÁM SÁT </w:t>
      </w:r>
    </w:p>
    <w:p w14:paraId="6E93943A" w14:textId="77777777" w:rsidR="00AC09D8" w:rsidRPr="00B96EF7" w:rsidRDefault="00AC09D8">
      <w:pPr>
        <w:widowControl w:val="0"/>
        <w:spacing w:after="120" w:line="240" w:lineRule="auto"/>
        <w:jc w:val="center"/>
        <w:rPr>
          <w:rFonts w:ascii="Times New Roman" w:eastAsia="Times New Roman" w:hAnsi="Times New Roman" w:cs="Times New Roman"/>
          <w:b/>
          <w:bCs/>
          <w:sz w:val="14"/>
          <w:szCs w:val="14"/>
        </w:rPr>
      </w:pPr>
    </w:p>
    <w:p w14:paraId="2EAA55CE" w14:textId="7F3F2DC2" w:rsidR="00AC09D8" w:rsidRPr="00B96EF7" w:rsidRDefault="002E1D25">
      <w:pPr>
        <w:widowControl w:val="0"/>
        <w:spacing w:after="120" w:line="240" w:lineRule="auto"/>
        <w:ind w:firstLine="700"/>
        <w:jc w:val="both"/>
        <w:rPr>
          <w:rFonts w:ascii="Times New Roman" w:eastAsia="Times New Roman" w:hAnsi="Times New Roman" w:cs="Times New Roman"/>
          <w:b/>
          <w:bCs/>
          <w:sz w:val="28"/>
          <w:szCs w:val="28"/>
        </w:rPr>
      </w:pPr>
      <w:r w:rsidRPr="00B96EF7">
        <w:rPr>
          <w:rFonts w:ascii="Times New Roman" w:eastAsia="Times New Roman" w:hAnsi="Times New Roman" w:cs="Times New Roman"/>
          <w:b/>
          <w:bCs/>
          <w:sz w:val="28"/>
          <w:szCs w:val="28"/>
        </w:rPr>
        <w:t>Điều 1</w:t>
      </w:r>
      <w:r w:rsidR="00C45E4E" w:rsidRPr="00B96EF7">
        <w:rPr>
          <w:rFonts w:ascii="Times New Roman" w:eastAsia="Times New Roman" w:hAnsi="Times New Roman" w:cs="Times New Roman"/>
          <w:b/>
          <w:bCs/>
          <w:sz w:val="28"/>
          <w:szCs w:val="28"/>
          <w:lang w:val="en-US"/>
        </w:rPr>
        <w:t>0</w:t>
      </w:r>
      <w:r w:rsidRPr="00B96EF7">
        <w:rPr>
          <w:rFonts w:ascii="Times New Roman" w:eastAsia="Times New Roman" w:hAnsi="Times New Roman" w:cs="Times New Roman"/>
          <w:b/>
          <w:bCs/>
          <w:sz w:val="28"/>
          <w:szCs w:val="28"/>
        </w:rPr>
        <w:t xml:space="preserve">. Nguồn tài chính của Quỹ </w:t>
      </w:r>
    </w:p>
    <w:p w14:paraId="50469F43" w14:textId="77777777" w:rsidR="005D7A1E" w:rsidRPr="00B96EF7" w:rsidRDefault="002E1D25">
      <w:pPr>
        <w:widowControl w:val="0"/>
        <w:spacing w:after="120" w:line="240" w:lineRule="auto"/>
        <w:ind w:firstLine="700"/>
        <w:jc w:val="both"/>
        <w:rPr>
          <w:rFonts w:ascii="Times New Roman" w:eastAsia="Times New Roman" w:hAnsi="Times New Roman" w:cs="Times New Roman"/>
          <w:sz w:val="28"/>
          <w:szCs w:val="28"/>
          <w:lang w:val="en-US"/>
        </w:rPr>
      </w:pPr>
      <w:r w:rsidRPr="00B96EF7">
        <w:rPr>
          <w:rFonts w:ascii="Times New Roman" w:eastAsia="Times New Roman" w:hAnsi="Times New Roman" w:cs="Times New Roman"/>
          <w:sz w:val="28"/>
          <w:szCs w:val="28"/>
        </w:rPr>
        <w:t>1. Nguồn ngân sách nhà nước</w:t>
      </w:r>
      <w:r w:rsidR="005D7A1E" w:rsidRPr="00B96EF7">
        <w:rPr>
          <w:rFonts w:ascii="Times New Roman" w:eastAsia="Times New Roman" w:hAnsi="Times New Roman" w:cs="Times New Roman"/>
          <w:sz w:val="28"/>
          <w:szCs w:val="28"/>
          <w:lang w:val="en-US"/>
        </w:rPr>
        <w:t>;</w:t>
      </w:r>
    </w:p>
    <w:p w14:paraId="57AA867E" w14:textId="7E2AA1DF" w:rsidR="00AC09D8" w:rsidRPr="00B96EF7" w:rsidRDefault="005D7A1E">
      <w:pPr>
        <w:widowControl w:val="0"/>
        <w:spacing w:after="120" w:line="240" w:lineRule="auto"/>
        <w:ind w:firstLine="700"/>
        <w:jc w:val="both"/>
        <w:rPr>
          <w:rFonts w:ascii="Times New Roman" w:eastAsia="Times New Roman" w:hAnsi="Times New Roman" w:cs="Times New Roman"/>
          <w:sz w:val="28"/>
          <w:szCs w:val="28"/>
          <w:lang w:val="en-US"/>
        </w:rPr>
      </w:pPr>
      <w:r w:rsidRPr="00B96EF7">
        <w:rPr>
          <w:rFonts w:ascii="Times New Roman" w:eastAsia="Times New Roman" w:hAnsi="Times New Roman" w:cs="Times New Roman"/>
          <w:sz w:val="28"/>
          <w:szCs w:val="28"/>
          <w:lang w:val="en-US"/>
        </w:rPr>
        <w:t xml:space="preserve">a) </w:t>
      </w:r>
      <w:proofErr w:type="spellStart"/>
      <w:r w:rsidRPr="00B96EF7">
        <w:rPr>
          <w:rFonts w:ascii="Times New Roman" w:eastAsia="Times New Roman" w:hAnsi="Times New Roman" w:cs="Times New Roman"/>
          <w:sz w:val="28"/>
          <w:szCs w:val="28"/>
          <w:lang w:val="en-US"/>
        </w:rPr>
        <w:t>Kinh</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phí</w:t>
      </w:r>
      <w:proofErr w:type="spellEnd"/>
      <w:r w:rsidRPr="00B96EF7">
        <w:rPr>
          <w:rFonts w:ascii="Times New Roman" w:eastAsia="Times New Roman" w:hAnsi="Times New Roman" w:cs="Times New Roman"/>
          <w:sz w:val="28"/>
          <w:szCs w:val="28"/>
          <w:lang w:val="en-US"/>
        </w:rPr>
        <w:t xml:space="preserve"> do </w:t>
      </w:r>
      <w:proofErr w:type="spellStart"/>
      <w:r w:rsidRPr="00B96EF7">
        <w:rPr>
          <w:rFonts w:ascii="Times New Roman" w:eastAsia="Times New Roman" w:hAnsi="Times New Roman" w:cs="Times New Roman"/>
          <w:sz w:val="28"/>
          <w:szCs w:val="28"/>
          <w:lang w:val="en-US"/>
        </w:rPr>
        <w:t>ngân</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sách</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nhà</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nước</w:t>
      </w:r>
      <w:proofErr w:type="spellEnd"/>
      <w:r w:rsidRPr="00B96EF7">
        <w:rPr>
          <w:rFonts w:ascii="Times New Roman" w:eastAsia="Times New Roman" w:hAnsi="Times New Roman" w:cs="Times New Roman"/>
          <w:sz w:val="28"/>
          <w:szCs w:val="28"/>
        </w:rPr>
        <w:t xml:space="preserve"> cấp để thực hiện các hoạt động theo chức năng của Quỹ.</w:t>
      </w:r>
    </w:p>
    <w:p w14:paraId="79A23A69" w14:textId="4D849655" w:rsidR="005D7A1E" w:rsidRPr="00B96EF7" w:rsidRDefault="005D7A1E">
      <w:pPr>
        <w:widowControl w:val="0"/>
        <w:spacing w:after="120" w:line="240" w:lineRule="auto"/>
        <w:ind w:firstLine="700"/>
        <w:jc w:val="both"/>
        <w:rPr>
          <w:rFonts w:ascii="Times New Roman" w:eastAsia="Times New Roman" w:hAnsi="Times New Roman" w:cs="Times New Roman"/>
          <w:sz w:val="28"/>
          <w:szCs w:val="28"/>
          <w:lang w:val="en-US"/>
        </w:rPr>
      </w:pPr>
      <w:r w:rsidRPr="00B96EF7">
        <w:rPr>
          <w:rFonts w:ascii="Times New Roman" w:eastAsia="Times New Roman" w:hAnsi="Times New Roman" w:cs="Times New Roman"/>
          <w:sz w:val="28"/>
          <w:szCs w:val="28"/>
          <w:lang w:val="en-US"/>
        </w:rPr>
        <w:t xml:space="preserve">b) </w:t>
      </w:r>
      <w:proofErr w:type="spellStart"/>
      <w:r w:rsidRPr="00B96EF7">
        <w:rPr>
          <w:rFonts w:ascii="Times New Roman" w:eastAsia="Times New Roman" w:hAnsi="Times New Roman" w:cs="Times New Roman"/>
          <w:sz w:val="28"/>
          <w:szCs w:val="28"/>
          <w:lang w:val="en-US"/>
        </w:rPr>
        <w:t>Kinh</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phí</w:t>
      </w:r>
      <w:proofErr w:type="spellEnd"/>
      <w:r w:rsidRPr="00B96EF7">
        <w:rPr>
          <w:rFonts w:ascii="Times New Roman" w:eastAsia="Times New Roman" w:hAnsi="Times New Roman" w:cs="Times New Roman"/>
          <w:sz w:val="28"/>
          <w:szCs w:val="28"/>
          <w:lang w:val="en-US"/>
        </w:rPr>
        <w:t xml:space="preserve"> chi </w:t>
      </w:r>
      <w:proofErr w:type="spellStart"/>
      <w:r w:rsidRPr="00B96EF7">
        <w:rPr>
          <w:rFonts w:ascii="Times New Roman" w:eastAsia="Times New Roman" w:hAnsi="Times New Roman" w:cs="Times New Roman"/>
          <w:sz w:val="28"/>
          <w:szCs w:val="28"/>
          <w:lang w:val="en-US"/>
        </w:rPr>
        <w:t>quản</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lý</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của</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Quỹ</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được</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giao</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dự</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toán</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từ</w:t>
      </w:r>
      <w:proofErr w:type="spellEnd"/>
      <w:r w:rsidRPr="00B96EF7">
        <w:rPr>
          <w:rFonts w:ascii="Times New Roman" w:eastAsia="Times New Roman" w:hAnsi="Times New Roman" w:cs="Times New Roman"/>
          <w:sz w:val="28"/>
          <w:szCs w:val="28"/>
          <w:lang w:val="en-US"/>
        </w:rPr>
        <w:t xml:space="preserve"> chi </w:t>
      </w:r>
      <w:proofErr w:type="spellStart"/>
      <w:r w:rsidRPr="00B96EF7">
        <w:rPr>
          <w:rFonts w:ascii="Times New Roman" w:eastAsia="Times New Roman" w:hAnsi="Times New Roman" w:cs="Times New Roman"/>
          <w:sz w:val="28"/>
          <w:szCs w:val="28"/>
          <w:lang w:val="en-US"/>
        </w:rPr>
        <w:t>sự</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nghiệp</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khoa</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học</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công</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nghệ</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đổi</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mới</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sáng</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tạo</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và</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chuyển</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đổi</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số</w:t>
      </w:r>
      <w:proofErr w:type="spellEnd"/>
      <w:r w:rsidRPr="00B96EF7">
        <w:rPr>
          <w:rFonts w:ascii="Times New Roman" w:eastAsia="Times New Roman" w:hAnsi="Times New Roman" w:cs="Times New Roman"/>
          <w:sz w:val="28"/>
          <w:szCs w:val="28"/>
          <w:lang w:val="en-US"/>
        </w:rPr>
        <w:t>.</w:t>
      </w:r>
    </w:p>
    <w:p w14:paraId="48152A7C" w14:textId="68545AD7" w:rsidR="005D7A1E" w:rsidRPr="00B96EF7" w:rsidRDefault="005D7A1E">
      <w:pPr>
        <w:widowControl w:val="0"/>
        <w:spacing w:after="120" w:line="240" w:lineRule="auto"/>
        <w:ind w:firstLine="700"/>
        <w:jc w:val="both"/>
        <w:rPr>
          <w:rFonts w:ascii="Times New Roman" w:eastAsia="Times New Roman" w:hAnsi="Times New Roman" w:cs="Times New Roman"/>
          <w:sz w:val="28"/>
          <w:szCs w:val="28"/>
          <w:lang w:val="en-US"/>
        </w:rPr>
      </w:pPr>
      <w:r w:rsidRPr="00B96EF7">
        <w:rPr>
          <w:rFonts w:ascii="Times New Roman" w:eastAsia="Times New Roman" w:hAnsi="Times New Roman" w:cs="Times New Roman"/>
          <w:sz w:val="28"/>
          <w:szCs w:val="28"/>
          <w:lang w:val="en-US"/>
        </w:rPr>
        <w:t xml:space="preserve">c) </w:t>
      </w:r>
      <w:proofErr w:type="spellStart"/>
      <w:r w:rsidRPr="00B96EF7">
        <w:rPr>
          <w:rFonts w:ascii="Times New Roman" w:eastAsia="Times New Roman" w:hAnsi="Times New Roman" w:cs="Times New Roman"/>
          <w:sz w:val="28"/>
          <w:szCs w:val="28"/>
          <w:lang w:val="en-US"/>
        </w:rPr>
        <w:t>Các</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nguồn</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ngân</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sách</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khác</w:t>
      </w:r>
      <w:proofErr w:type="spellEnd"/>
      <w:r w:rsidRPr="00B96EF7">
        <w:rPr>
          <w:rFonts w:ascii="Times New Roman" w:eastAsia="Times New Roman" w:hAnsi="Times New Roman" w:cs="Times New Roman"/>
          <w:sz w:val="28"/>
          <w:szCs w:val="28"/>
          <w:lang w:val="en-US"/>
        </w:rPr>
        <w:t>.</w:t>
      </w:r>
    </w:p>
    <w:p w14:paraId="43F674A1" w14:textId="77777777" w:rsidR="00AC09D8" w:rsidRPr="00B96EF7" w:rsidRDefault="002E1D25">
      <w:pPr>
        <w:widowControl w:val="0"/>
        <w:spacing w:after="120" w:line="240" w:lineRule="auto"/>
        <w:ind w:firstLine="70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2. Các nguồn ngoài ngân sách nhà nước:</w:t>
      </w:r>
    </w:p>
    <w:p w14:paraId="60E50AB2" w14:textId="760B9BD6" w:rsidR="00AC09D8" w:rsidRPr="00B96EF7" w:rsidRDefault="002E1D25">
      <w:pPr>
        <w:widowControl w:val="0"/>
        <w:spacing w:after="120" w:line="240" w:lineRule="auto"/>
        <w:ind w:firstLine="700"/>
        <w:jc w:val="both"/>
        <w:rPr>
          <w:rFonts w:ascii="Times New Roman" w:eastAsia="Times New Roman" w:hAnsi="Times New Roman" w:cs="Times New Roman"/>
          <w:sz w:val="28"/>
          <w:szCs w:val="28"/>
          <w:lang w:val="en-US"/>
        </w:rPr>
      </w:pPr>
      <w:r w:rsidRPr="00B96EF7">
        <w:rPr>
          <w:rFonts w:ascii="Times New Roman" w:eastAsia="Times New Roman" w:hAnsi="Times New Roman" w:cs="Times New Roman"/>
          <w:sz w:val="28"/>
          <w:szCs w:val="28"/>
        </w:rPr>
        <w:t>a) Các khoản đóng góp tự nguyện, tài trợ, hiến, tặng hợp pháp của tổ chức, cá nhân trong và ngoài nước</w:t>
      </w:r>
      <w:r w:rsidR="00FF5C8A" w:rsidRPr="00B96EF7">
        <w:rPr>
          <w:rFonts w:ascii="Times New Roman" w:eastAsia="Times New Roman" w:hAnsi="Times New Roman" w:cs="Times New Roman"/>
          <w:sz w:val="28"/>
          <w:szCs w:val="28"/>
          <w:lang w:val="en-US"/>
        </w:rPr>
        <w:t>.</w:t>
      </w:r>
    </w:p>
    <w:p w14:paraId="4DD83012" w14:textId="77777777" w:rsidR="00AC09D8" w:rsidRPr="00B96EF7" w:rsidRDefault="002E1D25">
      <w:pPr>
        <w:widowControl w:val="0"/>
        <w:spacing w:after="120" w:line="240" w:lineRule="auto"/>
        <w:ind w:firstLine="70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b) Thu từ các khoản lãi tiền gửi và các khoản thu hợp pháp khác theo quy định.</w:t>
      </w:r>
    </w:p>
    <w:p w14:paraId="79B90178" w14:textId="35CB6BFB" w:rsidR="00AC09D8" w:rsidRPr="00B96EF7" w:rsidRDefault="002E1D25">
      <w:pPr>
        <w:widowControl w:val="0"/>
        <w:spacing w:after="120" w:line="240" w:lineRule="auto"/>
        <w:ind w:firstLine="700"/>
        <w:jc w:val="both"/>
        <w:rPr>
          <w:rFonts w:ascii="Times New Roman" w:eastAsia="Times New Roman" w:hAnsi="Times New Roman" w:cs="Times New Roman"/>
          <w:b/>
          <w:bCs/>
          <w:sz w:val="28"/>
          <w:szCs w:val="28"/>
        </w:rPr>
      </w:pPr>
      <w:r w:rsidRPr="00B96EF7">
        <w:rPr>
          <w:rFonts w:ascii="Times New Roman" w:eastAsia="Times New Roman" w:hAnsi="Times New Roman" w:cs="Times New Roman"/>
          <w:b/>
          <w:bCs/>
          <w:sz w:val="28"/>
          <w:szCs w:val="28"/>
        </w:rPr>
        <w:t>Điều 1</w:t>
      </w:r>
      <w:r w:rsidR="00C45E4E" w:rsidRPr="00B96EF7">
        <w:rPr>
          <w:rFonts w:ascii="Times New Roman" w:eastAsia="Times New Roman" w:hAnsi="Times New Roman" w:cs="Times New Roman"/>
          <w:b/>
          <w:bCs/>
          <w:sz w:val="28"/>
          <w:szCs w:val="28"/>
          <w:lang w:val="en-US"/>
        </w:rPr>
        <w:t>1</w:t>
      </w:r>
      <w:r w:rsidRPr="00B96EF7">
        <w:rPr>
          <w:rFonts w:ascii="Times New Roman" w:eastAsia="Times New Roman" w:hAnsi="Times New Roman" w:cs="Times New Roman"/>
          <w:b/>
          <w:bCs/>
          <w:sz w:val="28"/>
          <w:szCs w:val="28"/>
        </w:rPr>
        <w:t>. Nội dung chi của Quỹ</w:t>
      </w:r>
    </w:p>
    <w:p w14:paraId="497A5E1E" w14:textId="77777777" w:rsidR="00AC09D8" w:rsidRPr="00B96EF7" w:rsidRDefault="002E1D25">
      <w:pPr>
        <w:widowControl w:val="0"/>
        <w:spacing w:after="120" w:line="240" w:lineRule="auto"/>
        <w:ind w:firstLine="70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1. Nội dung chi theo quy định tại khoản 10 Điều 6 và khoản 4 Điều 16 Nghị định số 265/2025/NĐ-CP.</w:t>
      </w:r>
    </w:p>
    <w:p w14:paraId="767972BF" w14:textId="77777777" w:rsidR="00AC09D8" w:rsidRPr="00B96EF7" w:rsidRDefault="002E1D25">
      <w:pPr>
        <w:widowControl w:val="0"/>
        <w:spacing w:after="120" w:line="240" w:lineRule="auto"/>
        <w:ind w:firstLine="70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2. Các khoản chi hợp pháp khác theo quy định pháp luật, bảo đảm đúng mục tiêu của Quỹ, không trái quy định tài chính – ngân sách.</w:t>
      </w:r>
    </w:p>
    <w:p w14:paraId="2C33FF07" w14:textId="57FA4370" w:rsidR="00AC09D8" w:rsidRPr="00B96EF7" w:rsidRDefault="002E1D25">
      <w:pPr>
        <w:widowControl w:val="0"/>
        <w:spacing w:after="120" w:line="240" w:lineRule="auto"/>
        <w:ind w:firstLine="700"/>
        <w:jc w:val="both"/>
        <w:rPr>
          <w:rFonts w:ascii="Times New Roman" w:eastAsia="Times New Roman" w:hAnsi="Times New Roman" w:cs="Times New Roman"/>
          <w:b/>
          <w:bCs/>
          <w:sz w:val="28"/>
          <w:szCs w:val="28"/>
        </w:rPr>
      </w:pPr>
      <w:r w:rsidRPr="00B96EF7">
        <w:rPr>
          <w:rFonts w:ascii="Times New Roman" w:eastAsia="Times New Roman" w:hAnsi="Times New Roman" w:cs="Times New Roman"/>
          <w:b/>
          <w:bCs/>
          <w:sz w:val="28"/>
          <w:szCs w:val="28"/>
        </w:rPr>
        <w:t>Điều 1</w:t>
      </w:r>
      <w:r w:rsidR="00C45E4E" w:rsidRPr="00B96EF7">
        <w:rPr>
          <w:rFonts w:ascii="Times New Roman" w:eastAsia="Times New Roman" w:hAnsi="Times New Roman" w:cs="Times New Roman"/>
          <w:b/>
          <w:bCs/>
          <w:sz w:val="28"/>
          <w:szCs w:val="28"/>
          <w:lang w:val="en-US"/>
        </w:rPr>
        <w:t>2</w:t>
      </w:r>
      <w:r w:rsidRPr="00B96EF7">
        <w:rPr>
          <w:rFonts w:ascii="Times New Roman" w:eastAsia="Times New Roman" w:hAnsi="Times New Roman" w:cs="Times New Roman"/>
          <w:b/>
          <w:bCs/>
          <w:sz w:val="28"/>
          <w:szCs w:val="28"/>
        </w:rPr>
        <w:t xml:space="preserve">. Lập, giao và tổ chức thực hiện kế hoạch, dự toán ngân sách của Quỹ </w:t>
      </w:r>
    </w:p>
    <w:p w14:paraId="61CB69E9" w14:textId="77777777" w:rsidR="00AC09D8" w:rsidRPr="00B96EF7" w:rsidRDefault="002E1D25">
      <w:pPr>
        <w:widowControl w:val="0"/>
        <w:spacing w:after="120" w:line="240" w:lineRule="auto"/>
        <w:ind w:firstLine="70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1. Lập dự toán:</w:t>
      </w:r>
    </w:p>
    <w:p w14:paraId="53AAFC97" w14:textId="77777777" w:rsidR="00AC09D8" w:rsidRPr="00B96EF7" w:rsidRDefault="002E1D25">
      <w:pPr>
        <w:widowControl w:val="0"/>
        <w:spacing w:after="120" w:line="240" w:lineRule="auto"/>
        <w:ind w:firstLine="70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a) Lập dự toán chi sự nghiệp cho các hoạt động khoa học, công nghệ và đổi mới sáng tạo của Quỹ được thực hiện theo quy định tại khoản 2 Điều 7 Nghị định số 265/2025/NĐ-CP.</w:t>
      </w:r>
    </w:p>
    <w:p w14:paraId="61A90ABD" w14:textId="77777777" w:rsidR="00AC09D8" w:rsidRPr="00B96EF7" w:rsidRDefault="002E1D25">
      <w:pPr>
        <w:widowControl w:val="0"/>
        <w:spacing w:after="120" w:line="240" w:lineRule="auto"/>
        <w:ind w:firstLine="709"/>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xml:space="preserve">b) Lập dự toán đối với các nhiệm vụ, hoạt động khác, chi đầu tư phát triển của Quỹ thực hiện theo quy định tại Nghị định số 265/2025/NĐ-CP.    </w:t>
      </w:r>
    </w:p>
    <w:p w14:paraId="2D0DE55B" w14:textId="77777777" w:rsidR="00AC09D8" w:rsidRPr="00B96EF7" w:rsidRDefault="002E1D25">
      <w:pPr>
        <w:widowControl w:val="0"/>
        <w:spacing w:after="120" w:line="240" w:lineRule="auto"/>
        <w:ind w:right="132" w:firstLine="70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lastRenderedPageBreak/>
        <w:t>2. Tổ chức thực hiện</w:t>
      </w:r>
    </w:p>
    <w:p w14:paraId="09248EBB" w14:textId="77777777" w:rsidR="00AC09D8" w:rsidRPr="00B96EF7" w:rsidRDefault="002E1D25">
      <w:pPr>
        <w:widowControl w:val="0"/>
        <w:spacing w:after="120" w:line="240" w:lineRule="auto"/>
        <w:ind w:firstLine="709"/>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a) Hằng năm, căn cứ hướng dẫn của cơ quan có thẩm quyền, Quỹ lập kế hoạch và dự toán ngân sách cho khoa học, công nghệ và đổi mới sáng tạo của Quỹ theo quy định tại Khoản 1 Điều này gửi cơ quan cấp trên thẩm định, tổng hợp và trình cấp có thẩm quyền giao dự toán theo quy định của pháp luật về ngân sách nhà nước.</w:t>
      </w:r>
    </w:p>
    <w:p w14:paraId="5A845806" w14:textId="77777777" w:rsidR="00AC09D8" w:rsidRPr="00B96EF7" w:rsidRDefault="002E1D25">
      <w:pPr>
        <w:widowControl w:val="0"/>
        <w:spacing w:after="120" w:line="240" w:lineRule="auto"/>
        <w:ind w:right="132" w:firstLine="70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b) Trên cơ sở dự toán được cấp có thẩm quyền giao, căn cứ văn bản thông báo, Quỹ tổ chức thực hiện đảm bảo tiến độ, công khai, minh bạch và đúng mục tiêu.</w:t>
      </w:r>
    </w:p>
    <w:p w14:paraId="2231D1F2" w14:textId="36FA15ED" w:rsidR="00AC09D8" w:rsidRPr="00B96EF7" w:rsidRDefault="002E1D25">
      <w:pPr>
        <w:widowControl w:val="0"/>
        <w:spacing w:after="120" w:line="240" w:lineRule="auto"/>
        <w:ind w:firstLine="700"/>
        <w:jc w:val="both"/>
        <w:rPr>
          <w:rFonts w:ascii="Times New Roman" w:eastAsia="Times New Roman" w:hAnsi="Times New Roman" w:cs="Times New Roman"/>
          <w:b/>
          <w:bCs/>
          <w:sz w:val="28"/>
          <w:szCs w:val="28"/>
        </w:rPr>
      </w:pPr>
      <w:bookmarkStart w:id="3" w:name="bookmark=id.p2kx045emutn" w:colFirst="0" w:colLast="0"/>
      <w:bookmarkEnd w:id="3"/>
      <w:r w:rsidRPr="00B96EF7">
        <w:rPr>
          <w:rFonts w:ascii="Times New Roman" w:eastAsia="Times New Roman" w:hAnsi="Times New Roman" w:cs="Times New Roman"/>
          <w:b/>
          <w:bCs/>
          <w:sz w:val="28"/>
          <w:szCs w:val="28"/>
        </w:rPr>
        <w:t>Điều 1</w:t>
      </w:r>
      <w:r w:rsidR="00C45E4E" w:rsidRPr="00B96EF7">
        <w:rPr>
          <w:rFonts w:ascii="Times New Roman" w:eastAsia="Times New Roman" w:hAnsi="Times New Roman" w:cs="Times New Roman"/>
          <w:b/>
          <w:bCs/>
          <w:sz w:val="28"/>
          <w:szCs w:val="28"/>
          <w:lang w:val="en-US"/>
        </w:rPr>
        <w:t>3</w:t>
      </w:r>
      <w:r w:rsidRPr="00B96EF7">
        <w:rPr>
          <w:rFonts w:ascii="Times New Roman" w:eastAsia="Times New Roman" w:hAnsi="Times New Roman" w:cs="Times New Roman"/>
          <w:b/>
          <w:bCs/>
          <w:sz w:val="28"/>
          <w:szCs w:val="28"/>
        </w:rPr>
        <w:t>. Quản lý, sử dụng kinh phí ngân sách nhà nước đặt hàng, tài trợ thực hiện nhiệm vụ khoa học, công nghệ và đổi mới sáng tạo; hỗ trợ hoạt động thông qua Quỹ</w:t>
      </w:r>
    </w:p>
    <w:p w14:paraId="6C4FFCBD" w14:textId="77777777" w:rsidR="00AC09D8" w:rsidRPr="00B96EF7" w:rsidRDefault="002E1D25">
      <w:pPr>
        <w:widowControl w:val="0"/>
        <w:spacing w:after="120" w:line="240" w:lineRule="auto"/>
        <w:ind w:firstLine="700"/>
        <w:jc w:val="both"/>
        <w:rPr>
          <w:rFonts w:ascii="Times New Roman" w:eastAsia="Times New Roman" w:hAnsi="Times New Roman" w:cs="Times New Roman"/>
          <w:sz w:val="28"/>
          <w:szCs w:val="28"/>
        </w:rPr>
      </w:pPr>
      <w:bookmarkStart w:id="4" w:name="_heading=h.446ec6k9a5y2" w:colFirst="0" w:colLast="0"/>
      <w:bookmarkEnd w:id="4"/>
      <w:r w:rsidRPr="00B96EF7">
        <w:rPr>
          <w:rFonts w:ascii="Times New Roman" w:eastAsia="Times New Roman" w:hAnsi="Times New Roman" w:cs="Times New Roman"/>
          <w:sz w:val="28"/>
          <w:szCs w:val="28"/>
        </w:rPr>
        <w:t xml:space="preserve">1. Tổ chức chủ trì thực hiện nhiệm vụ khoa học, công nghệ và đổi mới sáng tạo được Quỹ tài trợ, đặt hàng; tổ chức cá nhân nhận hỗ trợ của Quỹ có trách nhiệm thực hiện theo quy định tại khoản 1 Điều 17 Nghị định số 265/2025/NĐ-CP.    </w:t>
      </w:r>
    </w:p>
    <w:p w14:paraId="539FD7F8" w14:textId="5BED0032" w:rsidR="00AC09D8" w:rsidRPr="00B96EF7" w:rsidRDefault="002E1D25">
      <w:pPr>
        <w:widowControl w:val="0"/>
        <w:spacing w:after="120" w:line="240" w:lineRule="auto"/>
        <w:ind w:firstLine="70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xml:space="preserve">2. </w:t>
      </w:r>
      <w:proofErr w:type="spellStart"/>
      <w:r w:rsidR="00C630A4" w:rsidRPr="00B96EF7">
        <w:rPr>
          <w:rFonts w:ascii="Times New Roman" w:eastAsia="Times New Roman" w:hAnsi="Times New Roman" w:cs="Times New Roman"/>
          <w:sz w:val="28"/>
          <w:szCs w:val="28"/>
          <w:lang w:val="en-US"/>
        </w:rPr>
        <w:t>Việc</w:t>
      </w:r>
      <w:proofErr w:type="spellEnd"/>
      <w:r w:rsidR="00C630A4" w:rsidRPr="00B96EF7">
        <w:rPr>
          <w:rFonts w:ascii="Times New Roman" w:eastAsia="Times New Roman" w:hAnsi="Times New Roman" w:cs="Times New Roman"/>
          <w:sz w:val="28"/>
          <w:szCs w:val="28"/>
          <w:lang w:val="en-US"/>
        </w:rPr>
        <w:t xml:space="preserve"> </w:t>
      </w:r>
      <w:r w:rsidRPr="00B96EF7">
        <w:rPr>
          <w:rFonts w:ascii="Times New Roman" w:eastAsia="Times New Roman" w:hAnsi="Times New Roman" w:cs="Times New Roman"/>
          <w:sz w:val="28"/>
          <w:szCs w:val="28"/>
        </w:rPr>
        <w:t xml:space="preserve">cấp kinh phí cho các nhiệm vụ, hoạt động khoa học, công nghệ và đổi mới sáng tạo </w:t>
      </w:r>
      <w:r w:rsidR="00C630A4" w:rsidRPr="00B96EF7">
        <w:rPr>
          <w:rFonts w:ascii="Times New Roman" w:eastAsia="Times New Roman" w:hAnsi="Times New Roman" w:cs="Times New Roman"/>
          <w:sz w:val="28"/>
          <w:szCs w:val="28"/>
        </w:rPr>
        <w:t>căn cứ vào hợp đồng ký kết với tổ chức và cá nhân chủ trì thực hiện nhiệm vụ. Kinh phí được cấp phù hợp với tiến độ của hợp đồng và theo quy định tại Nghị định số 267/2025/NĐ-CP và Nghị định số 268/2025/NĐ-CP</w:t>
      </w:r>
      <w:r w:rsidRPr="00B96EF7">
        <w:rPr>
          <w:rFonts w:ascii="Times New Roman" w:eastAsia="Times New Roman" w:hAnsi="Times New Roman" w:cs="Times New Roman"/>
          <w:sz w:val="28"/>
          <w:szCs w:val="28"/>
        </w:rPr>
        <w:t>. Kinh phí được cấp về tài khoản tiền gửi của Tổ chức chủ trì tại Kho bạc Nhà nước.</w:t>
      </w:r>
    </w:p>
    <w:p w14:paraId="362D21EE"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3. Thanh, quyết toán chi ngân sách nhà nước cho nhiệm vụ, hoạt động được Quỹ đặt hàng, tài trợ, hỗ trợ:</w:t>
      </w:r>
    </w:p>
    <w:p w14:paraId="7C7B8352"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a) Quyết toán hàng năm đối với nhiệm vụ, hoạt động khoa học, công nghệ và đổi mới sáng tạo:</w:t>
      </w:r>
    </w:p>
    <w:p w14:paraId="2969D528"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Quỹ có trách nhiệm xét duyệt quyết toán chi ngân sách nhà nước đối với tổ chức chủ trì nhiệm vụ khoa học, công nghệ và đổi mới sáng tạo và thông báo số liệu xét duyệt quyết toán nhiệm vụ khoa học, công nghệ và đổi mới sáng tạo do Quỹ đặt hàng, tài trợ, hỗ trợ; tổng hợp quyết toán báo cáo cơ quan tài chính cấp trên hàng năm trên cơ sở như sau:</w:t>
      </w:r>
    </w:p>
    <w:p w14:paraId="5C231674"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a1) Nhiệm vụ theo phương thức khoán chi đến sản phẩm cuối cùng: Quyết định phê duyệt nhiệm vụ, phê duyệt hỗ trợ, tài trợ và các Quyết định có liên quan; hợp đồng khoa học, công nghệ và đổi mới sáng tạo; hợp đồng hỗ trợ, tài trợ; kết quả đánh giá nhiệm vụ, hoạt động hỗ trợ; số liệu được Kho bạc Nhà nước nơi tổ chức, cá nhân mở tài khoản để nhận kinh phí thực hiện nhiệm vụ, hoạt động hỗ trợ, tài trợ xác nhận thực chi;</w:t>
      </w:r>
    </w:p>
    <w:p w14:paraId="49213F73"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xml:space="preserve">a2) Nhiệm vụ thực hiện theo phương thức khoán chi từng phần theo nội dung nghiên cứu: căn cứ theo quy định tại tiểu điểm a1 điểm a khoản 3 Điều này và hồ sơ, chứng từ chi đối với phần kinh phí không được khoán tương ứng với các nội dung công việc đã hoàn thành được Chủ nhiệm nhiệm vụ, Kế toán trưởng và Thủ trưởng tổ chức chủ trì xác nhận trong bảng xác định giá trị khối lượng </w:t>
      </w:r>
      <w:r w:rsidRPr="00B96EF7">
        <w:rPr>
          <w:rFonts w:ascii="Times New Roman" w:eastAsia="Times New Roman" w:hAnsi="Times New Roman" w:cs="Times New Roman"/>
          <w:sz w:val="28"/>
          <w:szCs w:val="28"/>
        </w:rPr>
        <w:lastRenderedPageBreak/>
        <w:t>công việc hoàn thành.</w:t>
      </w:r>
    </w:p>
    <w:p w14:paraId="1B8BFA6B"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b) Quyết toán đối với nhiệm vụ khoa học, công nghệ và đổi mới sáng tạo hoàn thành:</w:t>
      </w:r>
    </w:p>
    <w:p w14:paraId="641293F7"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b1) Nhiệm vụ theo phương thức khoán chi đến sản phẩm cuối cùng: căn cứ theo quy định tại tiểu điểm a1 điểm a khoản 3 Điều này và thông báo số liệu xét duyệt quyết toán chi ngân sách nhà nước hằng năm của các nhiệm vụ, hoạt động được Quỹ đặt hàng, tài trợ, hỗ trợ.</w:t>
      </w:r>
    </w:p>
    <w:p w14:paraId="37C3544E"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b2) Nhiệm vụ thực hiện theo phương thức khoán chi từng phần: căn cứ theo quy định tại tiểu điểm a2 điểm a khoản 3 Điều này và thông báo số liệu xét duyệt quyết toán chi ngân sách nhà nước hằng năm của các nhiệm vụ, hoạt động được Quỹ đặt hàng, tài trợ, hỗ trợ.</w:t>
      </w:r>
    </w:p>
    <w:p w14:paraId="5B860B8D"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xml:space="preserve">4. Quỹ có trách nhiệm thực hiện theo quy định tại khoản 2 Điều 17 Nghị định số 265/2025/NĐ-CP.  </w:t>
      </w:r>
    </w:p>
    <w:p w14:paraId="40760A8C" w14:textId="3327F0B4" w:rsidR="00AC09D8" w:rsidRPr="00B96EF7" w:rsidRDefault="002E1D25">
      <w:pPr>
        <w:widowControl w:val="0"/>
        <w:spacing w:after="120" w:line="240" w:lineRule="auto"/>
        <w:ind w:firstLine="700"/>
        <w:jc w:val="both"/>
        <w:rPr>
          <w:rFonts w:ascii="Times New Roman" w:eastAsia="Times New Roman" w:hAnsi="Times New Roman" w:cs="Times New Roman"/>
          <w:b/>
          <w:bCs/>
          <w:sz w:val="28"/>
          <w:szCs w:val="28"/>
        </w:rPr>
      </w:pPr>
      <w:r w:rsidRPr="00B96EF7">
        <w:rPr>
          <w:rFonts w:ascii="Times New Roman" w:eastAsia="Times New Roman" w:hAnsi="Times New Roman" w:cs="Times New Roman"/>
          <w:b/>
          <w:bCs/>
          <w:sz w:val="28"/>
          <w:szCs w:val="28"/>
        </w:rPr>
        <w:t>Điều 1</w:t>
      </w:r>
      <w:r w:rsidR="00C45E4E" w:rsidRPr="00B96EF7">
        <w:rPr>
          <w:rFonts w:ascii="Times New Roman" w:eastAsia="Times New Roman" w:hAnsi="Times New Roman" w:cs="Times New Roman"/>
          <w:b/>
          <w:bCs/>
          <w:sz w:val="28"/>
          <w:szCs w:val="28"/>
          <w:lang w:val="en-US"/>
        </w:rPr>
        <w:t>4</w:t>
      </w:r>
      <w:r w:rsidRPr="00B96EF7">
        <w:rPr>
          <w:rFonts w:ascii="Times New Roman" w:eastAsia="Times New Roman" w:hAnsi="Times New Roman" w:cs="Times New Roman"/>
          <w:b/>
          <w:bCs/>
          <w:sz w:val="28"/>
          <w:szCs w:val="28"/>
        </w:rPr>
        <w:t>. Tiếp nhận, quản lý và sử dụng nguồn kinh phí ngoài ngân sách của Quỹ</w:t>
      </w:r>
    </w:p>
    <w:p w14:paraId="0B7F6D09" w14:textId="77777777" w:rsidR="00AC09D8" w:rsidRPr="00B96EF7" w:rsidRDefault="002E1D25">
      <w:pPr>
        <w:widowControl w:val="0"/>
        <w:spacing w:after="120" w:line="240" w:lineRule="auto"/>
        <w:ind w:firstLine="70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1. Việc tiếp nhận, quản lý và sử dụng các khoản đóng góp tự nguyện, hiến, tặng cho hợp pháp của tổ chức, cá nhân cho Quỹ được thực hiện theo quy định tại khoản 6 Điều 16 Nghị định số 265/2025/NĐ-CP.</w:t>
      </w:r>
    </w:p>
    <w:p w14:paraId="3286B362" w14:textId="77777777" w:rsidR="00AC09D8" w:rsidRPr="00B96EF7" w:rsidRDefault="002E1D25">
      <w:pPr>
        <w:widowControl w:val="0"/>
        <w:spacing w:after="120" w:line="240" w:lineRule="auto"/>
        <w:ind w:firstLine="70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2. Thẩm quyền phê duyệt và ký kết việc tiếp nhận.</w:t>
      </w:r>
    </w:p>
    <w:p w14:paraId="749C8A85" w14:textId="77777777" w:rsidR="00AC09D8" w:rsidRPr="00B96EF7" w:rsidRDefault="002E1D25">
      <w:pPr>
        <w:widowControl w:val="0"/>
        <w:spacing w:after="120" w:line="240" w:lineRule="auto"/>
        <w:ind w:firstLine="70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xml:space="preserve">a) Bộ, cơ quan ngang Bộ, cơ quan thuộc Chính phủ, cơ quan khác ở trung ương, Ủy ban nhân dân cấp tỉnh (hoặc cơ quan được phân cấp, ủy quyền) quyết định phê duyệt việc tiếp nhận các khoản đóng góp tự nguyện, hiến, tặng, cho của tổ chức, cá nhân nước ngoài. </w:t>
      </w:r>
    </w:p>
    <w:p w14:paraId="347AFAF1" w14:textId="77777777" w:rsidR="00AC09D8" w:rsidRPr="00B96EF7" w:rsidRDefault="002E1D25">
      <w:pPr>
        <w:widowControl w:val="0"/>
        <w:spacing w:after="120" w:line="240" w:lineRule="auto"/>
        <w:ind w:firstLine="70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xml:space="preserve">b) Giám đốc Quỹ quyết định phê duyệt việc tiếp nhận các khoản đóng góp tự nguyện, hiến, tặng, cho của tổ chức, cá nhân trong nước. </w:t>
      </w:r>
    </w:p>
    <w:p w14:paraId="6CF9B54E" w14:textId="77777777" w:rsidR="00AC09D8" w:rsidRPr="00B96EF7" w:rsidRDefault="002E1D25">
      <w:pPr>
        <w:widowControl w:val="0"/>
        <w:spacing w:after="120" w:line="240" w:lineRule="auto"/>
        <w:ind w:firstLine="70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c) Quỹ có trách nhiệm chủ trì, phối hợp chuẩn bị hồ sơ, văn bản tiếp nhận đối với các khoản đóng góp tự nguyện, hiến, tặng, cho của tổ chức, cá nhân trong nước và nước ngoài, bảo đảm tiến độ, chất lượng và nội dung theo quy định.</w:t>
      </w:r>
    </w:p>
    <w:p w14:paraId="42AD75A9" w14:textId="77777777" w:rsidR="00AC09D8" w:rsidRPr="00B96EF7" w:rsidRDefault="002E1D25">
      <w:pPr>
        <w:widowControl w:val="0"/>
        <w:spacing w:after="120" w:line="240" w:lineRule="auto"/>
        <w:ind w:firstLine="70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d) Giám đốc Quỹ thực hiện ký kết văn bản, thỏa thuận tiếp nhận các khoản đóng góp tự nguyện, hiến, tặng, cho với bên tài trợ theo thẩm quyền và quy định của pháp luật.</w:t>
      </w:r>
    </w:p>
    <w:p w14:paraId="1387A5D8" w14:textId="77777777" w:rsidR="00AC09D8" w:rsidRPr="00B96EF7" w:rsidRDefault="002E1D25">
      <w:pPr>
        <w:widowControl w:val="0"/>
        <w:spacing w:after="120" w:line="240" w:lineRule="auto"/>
        <w:ind w:firstLine="70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3. Nguyên tắc tiếp nhận, hạch toán và quản lý nguồn kinh phí ngoài ngân sách nhà nước</w:t>
      </w:r>
    </w:p>
    <w:p w14:paraId="55F213F4" w14:textId="77777777" w:rsidR="00AC09D8" w:rsidRPr="00B96EF7" w:rsidRDefault="002E1D25">
      <w:pPr>
        <w:widowControl w:val="0"/>
        <w:spacing w:after="120" w:line="240" w:lineRule="auto"/>
        <w:ind w:firstLine="70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a) Quỹ có trách nhiệm tổ chức tiếp nhận, quản lý và sử dụng các nguồn kinh phí ngoài ngân sách nhà nước đúng mục đích, đúng đối tượng, phù hợp với chức năng, nhiệm vụ của Quỹ, bảo đảm hiệu quả và tuân thủ quy định của pháp luật có liên quan.</w:t>
      </w:r>
    </w:p>
    <w:p w14:paraId="42F4523B" w14:textId="77777777" w:rsidR="00AC09D8" w:rsidRPr="00B96EF7" w:rsidRDefault="002E1D25">
      <w:pPr>
        <w:widowControl w:val="0"/>
        <w:spacing w:after="120" w:line="240" w:lineRule="auto"/>
        <w:ind w:firstLine="70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xml:space="preserve">b) Toàn bộ nguồn kinh phí ngoài ngân sách nhà nước phải được hạch toán, theo dõi riêng, phản ánh đầy đủ, kịp thời trong sổ kế toán, báo cáo tài chính và </w:t>
      </w:r>
      <w:r w:rsidRPr="00B96EF7">
        <w:rPr>
          <w:rFonts w:ascii="Times New Roman" w:eastAsia="Times New Roman" w:hAnsi="Times New Roman" w:cs="Times New Roman"/>
          <w:sz w:val="28"/>
          <w:szCs w:val="28"/>
        </w:rPr>
        <w:lastRenderedPageBreak/>
        <w:t>báo cáo quyết toán hằng năm của Quỹ theo quy định của pháp luật về kế toán.</w:t>
      </w:r>
    </w:p>
    <w:p w14:paraId="32036C10" w14:textId="77777777" w:rsidR="00AC09D8" w:rsidRPr="00B96EF7" w:rsidRDefault="002E1D25">
      <w:pPr>
        <w:widowControl w:val="0"/>
        <w:spacing w:after="120" w:line="240" w:lineRule="auto"/>
        <w:ind w:firstLine="70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c) Việc tiếp nhận hiện vật, tài sản hoặc dịch vụ có giá trị phải được định giá, ghi nhận, quản lý và sử dụng đúng mục tiêu, điều kiện của bên tài trợ, hiến, tặng, cho hoặc theo nội dung thỏa thuận tiếp nhận.</w:t>
      </w:r>
    </w:p>
    <w:p w14:paraId="4855785B" w14:textId="77777777" w:rsidR="00AC09D8" w:rsidRPr="00B96EF7" w:rsidRDefault="002E1D25">
      <w:pPr>
        <w:widowControl w:val="0"/>
        <w:spacing w:after="120" w:line="240" w:lineRule="auto"/>
        <w:ind w:firstLine="70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4. Nguyên tắc sử dụng nguồn kinh phí ngoài ngân sách nhà nước</w:t>
      </w:r>
    </w:p>
    <w:p w14:paraId="11F70D09" w14:textId="77777777" w:rsidR="00AC09D8" w:rsidRPr="00B96EF7" w:rsidRDefault="002E1D25">
      <w:pPr>
        <w:widowControl w:val="0"/>
        <w:spacing w:after="120" w:line="240" w:lineRule="auto"/>
        <w:ind w:firstLine="70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a) Quỹ được chủ động xây dựng kế hoạch tài chính hằng năm và quyết định việc phân bổ, sử dụng các nguồn thu ngoài ngân sách nhà nước theo đúng chức năng, nhiệm vụ được giao, quy chế chi tiêu nội bộ đã được phê duyệt và phù hợp với quy định của pháp luật.</w:t>
      </w:r>
    </w:p>
    <w:p w14:paraId="4DBBBACE" w14:textId="77777777" w:rsidR="00AC09D8" w:rsidRPr="00B96EF7" w:rsidRDefault="002E1D25">
      <w:pPr>
        <w:widowControl w:val="0"/>
        <w:spacing w:after="120" w:line="240" w:lineRule="auto"/>
        <w:ind w:firstLine="70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b) Việc chi tiêu từ nguồn ngoài ngân sách nhà nước được thực hiện theo quy chế chi tiêu nội bộ của Quỹ; không áp dụng các định mức, tiêu chuẩn, chế độ chi tiêu của ngân sách nhà nước, trừ trường hợp pháp luật có quy định khác.</w:t>
      </w:r>
    </w:p>
    <w:p w14:paraId="35FA54F1" w14:textId="77777777" w:rsidR="00AC09D8" w:rsidRPr="00B96EF7" w:rsidRDefault="002E1D25">
      <w:pPr>
        <w:widowControl w:val="0"/>
        <w:spacing w:after="120" w:line="240" w:lineRule="auto"/>
        <w:ind w:firstLine="70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c) Quỹ được sử dụng nguồn thu hợp pháp ngoài ngân sách nhà nước, bao gồm lãi tiền gửi, để chi cho các hoạt động: tăng cường năng lực tổ chức; hợp đồng chuyên gia; đào tạo, truyền thông; bổ sung thu nhập tăng thêm; chi phúc lợi tập thể và các khoản hỗ trợ hợp pháp khác cho cán bộ, viên chức, người lao động của Quỹ theo quy định tại quy chế chi tiêu nội bộ; không bị giới hạn bởi mức trần áp dụng đối với cơ chế tự chủ tài chính của đơn vị sự nghiệp công lập.</w:t>
      </w:r>
    </w:p>
    <w:p w14:paraId="5F996ECD" w14:textId="77777777" w:rsidR="00AC09D8" w:rsidRPr="00B96EF7" w:rsidRDefault="002E1D25">
      <w:pPr>
        <w:widowControl w:val="0"/>
        <w:spacing w:after="120" w:line="240" w:lineRule="auto"/>
        <w:ind w:firstLine="70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d) Việc quản lý, sử dụng nguồn kinh phí ngoài ngân sách nhà nước phải bảo đảm nguyên tắc tiết kiệm, hiệu quả, công khai, minh bạch và chịu trách nhiệm giải trình theo quy định của pháp luật.</w:t>
      </w:r>
    </w:p>
    <w:p w14:paraId="1C3C92BB" w14:textId="77777777" w:rsidR="00AC09D8" w:rsidRPr="00B96EF7" w:rsidRDefault="002E1D25">
      <w:pPr>
        <w:widowControl w:val="0"/>
        <w:spacing w:after="120" w:line="240" w:lineRule="auto"/>
        <w:ind w:firstLine="70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đ) Nguồn thu ngoài ngân sách nhà nước chưa sử dụng hết trong năm được chuyển sang năm sau để tiếp tục sử dụng theo mục tiêu đã xác định và được hạch toán đầy đủ trong báo cáo tài chính hằng năm của Quỹ.</w:t>
      </w:r>
    </w:p>
    <w:p w14:paraId="5AD5C4C2" w14:textId="77777777" w:rsidR="00AC09D8" w:rsidRPr="00B96EF7" w:rsidRDefault="002E1D25">
      <w:pPr>
        <w:widowControl w:val="0"/>
        <w:spacing w:after="120" w:line="240" w:lineRule="auto"/>
        <w:ind w:firstLine="70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5. Báo cáo, giám sát và kiểm tra</w:t>
      </w:r>
    </w:p>
    <w:p w14:paraId="55EA227D" w14:textId="77777777" w:rsidR="00AC09D8" w:rsidRPr="00B96EF7" w:rsidRDefault="002E1D25">
      <w:pPr>
        <w:widowControl w:val="0"/>
        <w:spacing w:after="120" w:line="240" w:lineRule="auto"/>
        <w:ind w:firstLine="700"/>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a) Quỹ có trách nhiệm công khai thông tin về việc tiếp nhận, quản lý và sử dụng các nguồn kinh phí ngoài ngân sách nhà nước theo quy định của pháp luật về kế toán, ngân sách nhà nước và công khai tài chính.</w:t>
      </w:r>
    </w:p>
    <w:p w14:paraId="1239F15A" w14:textId="77777777" w:rsidR="00AC09D8" w:rsidRPr="00B96EF7" w:rsidRDefault="002E1D25">
      <w:pPr>
        <w:widowControl w:val="0"/>
        <w:spacing w:after="120" w:line="240" w:lineRule="auto"/>
        <w:ind w:firstLine="700"/>
        <w:jc w:val="both"/>
        <w:rPr>
          <w:rFonts w:ascii="Times New Roman" w:eastAsia="Times New Roman" w:hAnsi="Times New Roman" w:cs="Times New Roman"/>
          <w:b/>
          <w:bCs/>
          <w:sz w:val="28"/>
          <w:szCs w:val="28"/>
        </w:rPr>
      </w:pPr>
      <w:r w:rsidRPr="00B96EF7">
        <w:rPr>
          <w:rFonts w:ascii="Times New Roman" w:eastAsia="Times New Roman" w:hAnsi="Times New Roman" w:cs="Times New Roman"/>
          <w:sz w:val="28"/>
          <w:szCs w:val="28"/>
        </w:rPr>
        <w:t>b) Việc quản lý và sử dụng nguồn kinh phí ngoài ngân sách nhà nước của Quỹ chịu sự thanh tra, kiểm tra, giám sát của cơ quan nhà nước có thẩm quyền theo quy định của pháp luật</w:t>
      </w:r>
    </w:p>
    <w:p w14:paraId="53ECB84D" w14:textId="1E49E76F" w:rsidR="00AC09D8" w:rsidRPr="00B96EF7" w:rsidRDefault="002E1D25">
      <w:pPr>
        <w:widowControl w:val="0"/>
        <w:spacing w:after="120" w:line="240" w:lineRule="auto"/>
        <w:ind w:firstLine="697"/>
        <w:jc w:val="both"/>
        <w:rPr>
          <w:rFonts w:ascii="Times New Roman" w:eastAsia="Times New Roman" w:hAnsi="Times New Roman" w:cs="Times New Roman"/>
          <w:b/>
          <w:bCs/>
          <w:sz w:val="28"/>
          <w:szCs w:val="28"/>
        </w:rPr>
      </w:pPr>
      <w:r w:rsidRPr="00B96EF7">
        <w:rPr>
          <w:rFonts w:ascii="Times New Roman" w:eastAsia="Times New Roman" w:hAnsi="Times New Roman" w:cs="Times New Roman"/>
          <w:b/>
          <w:bCs/>
          <w:sz w:val="28"/>
          <w:szCs w:val="28"/>
        </w:rPr>
        <w:t>Điều 1</w:t>
      </w:r>
      <w:r w:rsidR="00C45E4E" w:rsidRPr="00B96EF7">
        <w:rPr>
          <w:rFonts w:ascii="Times New Roman" w:eastAsia="Times New Roman" w:hAnsi="Times New Roman" w:cs="Times New Roman"/>
          <w:b/>
          <w:bCs/>
          <w:sz w:val="28"/>
          <w:szCs w:val="28"/>
          <w:lang w:val="en-US"/>
        </w:rPr>
        <w:t>5</w:t>
      </w:r>
      <w:r w:rsidRPr="00B96EF7">
        <w:rPr>
          <w:rFonts w:ascii="Times New Roman" w:eastAsia="Times New Roman" w:hAnsi="Times New Roman" w:cs="Times New Roman"/>
          <w:b/>
          <w:bCs/>
          <w:sz w:val="28"/>
          <w:szCs w:val="28"/>
        </w:rPr>
        <w:t>. Chế độ tài chính, kế toán của Quỹ</w:t>
      </w:r>
    </w:p>
    <w:p w14:paraId="3B673B10" w14:textId="2E2D5622"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xml:space="preserve">1. </w:t>
      </w:r>
      <w:r w:rsidR="006747DC" w:rsidRPr="00B96EF7">
        <w:rPr>
          <w:rFonts w:ascii="Times New Roman" w:eastAsia="Times New Roman" w:hAnsi="Times New Roman" w:cs="Times New Roman"/>
          <w:sz w:val="28"/>
          <w:szCs w:val="28"/>
        </w:rPr>
        <w:t>Quỹ thực hiện chế độ tài chính, kế toán, quản lý và sử dụng tài sản theo quy định của pháp luật về ngân sách nhà nước và kế toán.</w:t>
      </w:r>
    </w:p>
    <w:p w14:paraId="0251AD88"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lang w:val="en-US"/>
        </w:rPr>
      </w:pPr>
      <w:r w:rsidRPr="00B96EF7">
        <w:rPr>
          <w:rFonts w:ascii="Times New Roman" w:eastAsia="Times New Roman" w:hAnsi="Times New Roman" w:cs="Times New Roman"/>
          <w:sz w:val="28"/>
          <w:szCs w:val="28"/>
        </w:rPr>
        <w:t>2. Quỹ tổ chức bộ máy kế toán theo quy định của pháp luật về kế toán và quy chế nội bộ của Quỹ.</w:t>
      </w:r>
    </w:p>
    <w:p w14:paraId="127AF048" w14:textId="1C4E1345"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lang w:val="en-US"/>
        </w:rPr>
      </w:pPr>
      <w:r w:rsidRPr="00B96EF7">
        <w:rPr>
          <w:rFonts w:ascii="Times New Roman" w:eastAsia="Times New Roman" w:hAnsi="Times New Roman" w:cs="Times New Roman"/>
          <w:sz w:val="28"/>
          <w:szCs w:val="28"/>
        </w:rPr>
        <w:t xml:space="preserve">3. </w:t>
      </w:r>
      <w:r w:rsidR="006747DC" w:rsidRPr="00B96EF7">
        <w:rPr>
          <w:rFonts w:ascii="Times New Roman" w:eastAsia="Times New Roman" w:hAnsi="Times New Roman" w:cs="Times New Roman"/>
          <w:sz w:val="28"/>
          <w:szCs w:val="28"/>
        </w:rPr>
        <w:t>Hàng năm, Quỹ lập báo cáo quyết toán tài chính, báo cáo bộ (hoặc tỉnh) xem xét, kiểm tra theo quy định.</w:t>
      </w:r>
      <w:r w:rsidR="006747DC" w:rsidRPr="00B96EF7">
        <w:rPr>
          <w:rFonts w:ascii="Times New Roman" w:eastAsia="Times New Roman" w:hAnsi="Times New Roman" w:cs="Times New Roman"/>
          <w:sz w:val="28"/>
          <w:szCs w:val="28"/>
          <w:lang w:val="en-US"/>
        </w:rPr>
        <w:t xml:space="preserve"> </w:t>
      </w:r>
    </w:p>
    <w:p w14:paraId="1160C4A4"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lang w:val="en-US"/>
        </w:rPr>
      </w:pPr>
      <w:r w:rsidRPr="00B96EF7">
        <w:rPr>
          <w:rFonts w:ascii="Times New Roman" w:eastAsia="Times New Roman" w:hAnsi="Times New Roman" w:cs="Times New Roman"/>
          <w:sz w:val="28"/>
          <w:szCs w:val="28"/>
        </w:rPr>
        <w:t xml:space="preserve">4. Quỹ thực hiện chuyển nguồn kinh phí dư trong năm tài chính sang năm </w:t>
      </w:r>
      <w:r w:rsidRPr="00B96EF7">
        <w:rPr>
          <w:rFonts w:ascii="Times New Roman" w:eastAsia="Times New Roman" w:hAnsi="Times New Roman" w:cs="Times New Roman"/>
          <w:sz w:val="28"/>
          <w:szCs w:val="28"/>
        </w:rPr>
        <w:lastRenderedPageBreak/>
        <w:t>kế tiếp theo quy định của Luật Ngân sách nhà nước và các văn bản có liên quan.</w:t>
      </w:r>
    </w:p>
    <w:p w14:paraId="4A3B3796" w14:textId="19B5EF83" w:rsidR="006747DC" w:rsidRPr="00B96EF7" w:rsidRDefault="006747DC">
      <w:pPr>
        <w:widowControl w:val="0"/>
        <w:spacing w:after="120" w:line="240" w:lineRule="auto"/>
        <w:ind w:firstLine="697"/>
        <w:jc w:val="both"/>
        <w:rPr>
          <w:rFonts w:ascii="Times New Roman" w:eastAsia="Times New Roman" w:hAnsi="Times New Roman" w:cs="Times New Roman"/>
          <w:sz w:val="28"/>
          <w:szCs w:val="28"/>
          <w:lang w:val="en-US"/>
        </w:rPr>
      </w:pPr>
      <w:r w:rsidRPr="00B96EF7">
        <w:rPr>
          <w:rFonts w:ascii="Times New Roman" w:eastAsia="Times New Roman" w:hAnsi="Times New Roman" w:cs="Times New Roman"/>
          <w:sz w:val="28"/>
          <w:szCs w:val="28"/>
          <w:lang w:val="en-US"/>
        </w:rPr>
        <w:t xml:space="preserve">5. </w:t>
      </w:r>
      <w:proofErr w:type="spellStart"/>
      <w:r w:rsidRPr="00B96EF7">
        <w:rPr>
          <w:rFonts w:ascii="Times New Roman" w:eastAsia="Times New Roman" w:hAnsi="Times New Roman" w:cs="Times New Roman"/>
          <w:sz w:val="28"/>
          <w:szCs w:val="28"/>
          <w:lang w:val="en-US"/>
        </w:rPr>
        <w:t>Quỹ</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chịu</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sự</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kiểm</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tra</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giám</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sát</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về</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tài</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chính</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của</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Bộ</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trưởng</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Thủ</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trưởng</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các</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cơ</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quan</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thuộc</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Chính</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phủ</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Thủ</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trưởng</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các</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cơ</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quan</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khác</w:t>
      </w:r>
      <w:proofErr w:type="spellEnd"/>
      <w:r w:rsidRPr="00B96EF7">
        <w:rPr>
          <w:rFonts w:ascii="Times New Roman" w:eastAsia="Times New Roman" w:hAnsi="Times New Roman" w:cs="Times New Roman"/>
          <w:sz w:val="28"/>
          <w:szCs w:val="28"/>
          <w:lang w:val="en-US"/>
        </w:rPr>
        <w:t xml:space="preserve"> ở </w:t>
      </w:r>
      <w:proofErr w:type="spellStart"/>
      <w:r w:rsidRPr="00B96EF7">
        <w:rPr>
          <w:rFonts w:ascii="Times New Roman" w:eastAsia="Times New Roman" w:hAnsi="Times New Roman" w:cs="Times New Roman"/>
          <w:sz w:val="28"/>
          <w:szCs w:val="28"/>
          <w:lang w:val="en-US"/>
        </w:rPr>
        <w:t>trung</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ương</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Chủ</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tịch</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Uỷ</w:t>
      </w:r>
      <w:proofErr w:type="spellEnd"/>
      <w:r w:rsidRPr="00B96EF7">
        <w:rPr>
          <w:rFonts w:ascii="Times New Roman" w:eastAsia="Times New Roman" w:hAnsi="Times New Roman" w:cs="Times New Roman"/>
          <w:sz w:val="28"/>
          <w:szCs w:val="28"/>
          <w:lang w:val="en-US"/>
        </w:rPr>
        <w:t xml:space="preserve"> ban </w:t>
      </w:r>
      <w:proofErr w:type="spellStart"/>
      <w:r w:rsidRPr="00B96EF7">
        <w:rPr>
          <w:rFonts w:ascii="Times New Roman" w:eastAsia="Times New Roman" w:hAnsi="Times New Roman" w:cs="Times New Roman"/>
          <w:sz w:val="28"/>
          <w:szCs w:val="28"/>
          <w:lang w:val="en-US"/>
        </w:rPr>
        <w:t>nhân</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dân</w:t>
      </w:r>
      <w:proofErr w:type="spellEnd"/>
      <w:r w:rsidRPr="00B96EF7">
        <w:rPr>
          <w:rFonts w:ascii="Times New Roman" w:eastAsia="Times New Roman" w:hAnsi="Times New Roman" w:cs="Times New Roman"/>
          <w:sz w:val="28"/>
          <w:szCs w:val="28"/>
          <w:lang w:val="en-US"/>
        </w:rPr>
        <w:t xml:space="preserve"> </w:t>
      </w:r>
      <w:proofErr w:type="spellStart"/>
      <w:r w:rsidRPr="00B96EF7">
        <w:rPr>
          <w:rFonts w:ascii="Times New Roman" w:eastAsia="Times New Roman" w:hAnsi="Times New Roman" w:cs="Times New Roman"/>
          <w:sz w:val="28"/>
          <w:szCs w:val="28"/>
          <w:lang w:val="en-US"/>
        </w:rPr>
        <w:t>tỉnh</w:t>
      </w:r>
      <w:proofErr w:type="spellEnd"/>
      <w:r w:rsidRPr="00B96EF7">
        <w:rPr>
          <w:rFonts w:ascii="Times New Roman" w:eastAsia="Times New Roman" w:hAnsi="Times New Roman" w:cs="Times New Roman"/>
          <w:sz w:val="28"/>
          <w:szCs w:val="28"/>
          <w:lang w:val="en-US"/>
        </w:rPr>
        <w:t>.</w:t>
      </w:r>
    </w:p>
    <w:p w14:paraId="486480D3" w14:textId="14405017" w:rsidR="00AC09D8" w:rsidRPr="00B96EF7" w:rsidRDefault="002E1D25">
      <w:pPr>
        <w:widowControl w:val="0"/>
        <w:spacing w:after="120" w:line="240" w:lineRule="auto"/>
        <w:ind w:firstLine="697"/>
        <w:jc w:val="both"/>
        <w:rPr>
          <w:rFonts w:ascii="Times New Roman" w:eastAsia="Times New Roman" w:hAnsi="Times New Roman" w:cs="Times New Roman"/>
          <w:b/>
          <w:bCs/>
          <w:sz w:val="28"/>
          <w:szCs w:val="28"/>
        </w:rPr>
      </w:pPr>
      <w:bookmarkStart w:id="5" w:name="bookmark=id.wdh7gn6ma9nq" w:colFirst="0" w:colLast="0"/>
      <w:bookmarkStart w:id="6" w:name="bookmark=id.caw0xzdl9g9s" w:colFirst="0" w:colLast="0"/>
      <w:bookmarkEnd w:id="5"/>
      <w:bookmarkEnd w:id="6"/>
      <w:r w:rsidRPr="00B96EF7">
        <w:rPr>
          <w:rFonts w:ascii="Times New Roman" w:eastAsia="Times New Roman" w:hAnsi="Times New Roman" w:cs="Times New Roman"/>
          <w:b/>
          <w:bCs/>
          <w:sz w:val="28"/>
          <w:szCs w:val="28"/>
        </w:rPr>
        <w:t>Điều 1</w:t>
      </w:r>
      <w:r w:rsidR="00C45E4E" w:rsidRPr="00B96EF7">
        <w:rPr>
          <w:rFonts w:ascii="Times New Roman" w:eastAsia="Times New Roman" w:hAnsi="Times New Roman" w:cs="Times New Roman"/>
          <w:b/>
          <w:bCs/>
          <w:sz w:val="28"/>
          <w:szCs w:val="28"/>
          <w:lang w:val="en-US"/>
        </w:rPr>
        <w:t>6</w:t>
      </w:r>
      <w:r w:rsidRPr="00B96EF7">
        <w:rPr>
          <w:rFonts w:ascii="Times New Roman" w:eastAsia="Times New Roman" w:hAnsi="Times New Roman" w:cs="Times New Roman"/>
          <w:b/>
          <w:bCs/>
          <w:sz w:val="28"/>
          <w:szCs w:val="28"/>
        </w:rPr>
        <w:t>. Giám sát, đánh giá và trách nhiệm giải trình</w:t>
      </w:r>
    </w:p>
    <w:p w14:paraId="52AEEFCD"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1. Quỹ chịu sự giám sát theo quy định tại khoản 7 Điều 16 Nghị định số 265/2025/NĐ-CP</w:t>
      </w:r>
    </w:p>
    <w:p w14:paraId="1C325A73"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2. Giám sát nội bộ</w:t>
      </w:r>
    </w:p>
    <w:p w14:paraId="52C4B27C"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a) Quỹ thiết lập hệ thống giám sát nội bộ để theo dõi việc tuân thủ quy định pháp luật, quy chế hoạt động và hiệu quả sử dụng nguồn lực tài chính, chương trình nhiệm vụ, hoạt động khoa học, công nghệ và đổi mới sáng tạo.</w:t>
      </w:r>
    </w:p>
    <w:p w14:paraId="5F002E8A"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xml:space="preserve">b) Việc giám sát bao gồm cả giám sát định kỳ, đột xuất và hậu kiểm độc lập sau khi kết thúc nhiệm vụ. </w:t>
      </w:r>
    </w:p>
    <w:p w14:paraId="250648C3"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3. Đánh giá kết quả, hiệu quả hoạt động của Quỹ thực hiện theo quy định tại khoản 8 Điều 16 Nghị định số 265/2025/NĐ-CP</w:t>
      </w:r>
    </w:p>
    <w:p w14:paraId="7D223881"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xml:space="preserve">4. Trách nhiệm giải trình của Quỹ </w:t>
      </w:r>
    </w:p>
    <w:p w14:paraId="24DE9AA3"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Quỹ có trách nhiệm công khai thông tin, giải trình về các hoạt động thuộc phạm vi quản lý và điều hành của Quỹ.</w:t>
      </w:r>
    </w:p>
    <w:p w14:paraId="0ADF16BE" w14:textId="024D2FC4" w:rsidR="00AC09D8" w:rsidRPr="00B96EF7" w:rsidRDefault="002E1D25">
      <w:pPr>
        <w:widowControl w:val="0"/>
        <w:spacing w:after="120" w:line="240" w:lineRule="auto"/>
        <w:ind w:firstLine="697"/>
        <w:jc w:val="both"/>
        <w:rPr>
          <w:rFonts w:ascii="Times New Roman" w:eastAsia="Times New Roman" w:hAnsi="Times New Roman" w:cs="Times New Roman"/>
          <w:b/>
          <w:bCs/>
          <w:sz w:val="28"/>
          <w:szCs w:val="28"/>
        </w:rPr>
      </w:pPr>
      <w:bookmarkStart w:id="7" w:name="bookmark=id.40bjcglzp8n2" w:colFirst="0" w:colLast="0"/>
      <w:bookmarkEnd w:id="7"/>
      <w:r w:rsidRPr="00B96EF7">
        <w:rPr>
          <w:rFonts w:ascii="Times New Roman" w:eastAsia="Times New Roman" w:hAnsi="Times New Roman" w:cs="Times New Roman"/>
          <w:b/>
          <w:bCs/>
          <w:sz w:val="28"/>
          <w:szCs w:val="28"/>
        </w:rPr>
        <w:t>Điều 1</w:t>
      </w:r>
      <w:r w:rsidR="00C45E4E" w:rsidRPr="00B96EF7">
        <w:rPr>
          <w:rFonts w:ascii="Times New Roman" w:eastAsia="Times New Roman" w:hAnsi="Times New Roman" w:cs="Times New Roman"/>
          <w:b/>
          <w:bCs/>
          <w:sz w:val="28"/>
          <w:szCs w:val="28"/>
          <w:lang w:val="en-US"/>
        </w:rPr>
        <w:t>7</w:t>
      </w:r>
      <w:r w:rsidRPr="00B96EF7">
        <w:rPr>
          <w:rFonts w:ascii="Times New Roman" w:eastAsia="Times New Roman" w:hAnsi="Times New Roman" w:cs="Times New Roman"/>
          <w:b/>
          <w:bCs/>
          <w:sz w:val="28"/>
          <w:szCs w:val="28"/>
        </w:rPr>
        <w:t>. Xử lý rủi ro về tài chính trong quá trình thực hiện nhiệm vụ khoa học, công nghệ và đổi mới sáng tạo</w:t>
      </w:r>
    </w:p>
    <w:p w14:paraId="2B781AFE"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1. Nguyên tắc xử lý rủi ro:</w:t>
      </w:r>
    </w:p>
    <w:p w14:paraId="39B03CF1"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a) Tuân thủ quy định của pháp luật về khoa học, công nghệ và đổi mới sáng tạo và pháp luật khác có liên quan.</w:t>
      </w:r>
    </w:p>
    <w:p w14:paraId="391ECC02"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b) Bảo đảm rõ ràng, minh bạch, khách quan, có căn cứ và có đầy đủ hồ sơ, tài liệu để thẩm định, xác minh.</w:t>
      </w:r>
    </w:p>
    <w:p w14:paraId="6D853620"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c) Việc xác định và xử lý rủi ro được thực hiện trên cơ sở ý kiến của hội đồng tư vấn, chuyên gia độc lập hoặc tổ chức tư vấn (khi cần thiết), phù hợp với tính chất, mức độ rủi ro của nhiệm vụ.</w:t>
      </w:r>
    </w:p>
    <w:p w14:paraId="2A7A5BD1"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2. Căn cứ xác định rủi ro tài chính được chấp nhận</w:t>
      </w:r>
    </w:p>
    <w:p w14:paraId="332133DF"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Rủi ro tài chính được xem xét chấp nhận khi đáp ứng đầy đủ các căn cứ sau:</w:t>
      </w:r>
    </w:p>
    <w:p w14:paraId="1BCFCEC7"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a) Có biên bản xác minh, báo cáo đánh giá rủi ro và kết luận của cơ quan quản lý nhiệm vụ hoặc hội đồng đánh giá độc lập xác nhận việc tuân thủ quy định về quản lý, thực hiện nhiệm vụ và không có dấu hiệu gian lận, cố ý vi phạm pháp luật.</w:t>
      </w:r>
    </w:p>
    <w:p w14:paraId="0E3C56D4"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b) Kết quả thực hiện nhiệm vụ không đạt mục tiêu đề ra không xuất phát từ hành vi cố ý vi phạm pháp luật, gian lận, sử dụng kinh phí sai mục đích.</w:t>
      </w:r>
    </w:p>
    <w:p w14:paraId="3BDBAEC6"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xml:space="preserve">3. Các trường hợp rủi ro về tài chính </w:t>
      </w:r>
    </w:p>
    <w:p w14:paraId="75CCBEC3"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lastRenderedPageBreak/>
        <w:t>Áp dụng các trường hợp rủi ro về tài chính theo quy định tại Khoản 3 Điều 25 Nghị định số 265/NĐ-CP.</w:t>
      </w:r>
    </w:p>
    <w:p w14:paraId="4ABF4111"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4. Các hình thức xử lý rủi ro</w:t>
      </w:r>
    </w:p>
    <w:p w14:paraId="262FF754"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Căn cứ tính chất, mức độ rủi ro và kết quả thẩm định, xác minh việc xử lý rủi ro được áp dụng các hình thức sau đây:</w:t>
      </w:r>
    </w:p>
    <w:p w14:paraId="1930164D"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a) Cho phép điều chỉnh nội dung, tiến độ, thời gian thực hiện nhiệm vụ để khắc phục rủi ro (nếu phù hợp).</w:t>
      </w:r>
    </w:p>
    <w:p w14:paraId="64D45812"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b) Chấm dứt việc tài trợ, đặt hàng, hỗ trợ; thực hiện quyết toán đối với phần kinh phí đã sử dụng đúng quy định và không áp dụng xử phạt vi phạm, không thu hồi đối với phần kinh phí đã sử dụng trong trường hợp tổ chức chủ trì, cá nhân đã thực hiện đúng, đầy đủ nội dung theo quy định tại điểm d khoản 1 Điều này, kể cả trường hợp kết quả không đạt mục tiêu đề ra.</w:t>
      </w:r>
    </w:p>
    <w:p w14:paraId="41438B0C" w14:textId="77777777" w:rsidR="00AC09D8" w:rsidRPr="00B96EF7" w:rsidRDefault="002E1D25">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5. Việc xử lý rủi ro không làm thay đổi trách nhiệm giải trình của doanh nghiệp, tổ chức sử dụng kinh phí và phải được thẩm định, xác minh đầy đủ theo quy định pháp luật.</w:t>
      </w:r>
    </w:p>
    <w:p w14:paraId="510FC429" w14:textId="7DD4CDE5" w:rsidR="00AF6ACE" w:rsidRPr="00B96EF7" w:rsidRDefault="00AF6ACE" w:rsidP="00AF6ACE">
      <w:pPr>
        <w:widowControl w:val="0"/>
        <w:spacing w:after="120" w:line="240" w:lineRule="auto"/>
        <w:ind w:firstLine="697"/>
        <w:jc w:val="both"/>
        <w:rPr>
          <w:rFonts w:ascii="Times New Roman" w:eastAsia="Times New Roman" w:hAnsi="Times New Roman" w:cs="Times New Roman"/>
          <w:b/>
          <w:bCs/>
          <w:sz w:val="28"/>
          <w:szCs w:val="28"/>
        </w:rPr>
      </w:pPr>
      <w:bookmarkStart w:id="8" w:name="dieu_19"/>
      <w:r w:rsidRPr="00B96EF7">
        <w:rPr>
          <w:rFonts w:ascii="Times New Roman" w:eastAsia="Times New Roman" w:hAnsi="Times New Roman" w:cs="Times New Roman"/>
          <w:b/>
          <w:bCs/>
          <w:sz w:val="28"/>
          <w:szCs w:val="28"/>
        </w:rPr>
        <w:t>Điều 18. Hiệu lực của Điều lệ</w:t>
      </w:r>
      <w:bookmarkEnd w:id="8"/>
    </w:p>
    <w:p w14:paraId="573A2366" w14:textId="2E58ABDF" w:rsidR="00AC09D8" w:rsidRPr="00B96EF7" w:rsidRDefault="00AF6ACE" w:rsidP="00AF6ACE">
      <w:pPr>
        <w:widowControl w:val="0"/>
        <w:spacing w:after="120" w:line="240" w:lineRule="auto"/>
        <w:ind w:firstLine="697"/>
        <w:jc w:val="both"/>
        <w:rPr>
          <w:rFonts w:ascii="Times New Roman" w:eastAsia="Times New Roman" w:hAnsi="Times New Roman" w:cs="Times New Roman"/>
          <w:sz w:val="28"/>
          <w:szCs w:val="28"/>
        </w:rPr>
      </w:pPr>
      <w:r w:rsidRPr="00B96EF7">
        <w:rPr>
          <w:rFonts w:ascii="Times New Roman" w:eastAsia="Times New Roman" w:hAnsi="Times New Roman" w:cs="Times New Roman"/>
          <w:sz w:val="28"/>
          <w:szCs w:val="28"/>
        </w:rPr>
        <w:t xml:space="preserve">Điều lệ Quỹ có hiệu lực thi hành kể từ ngày </w:t>
      </w:r>
      <w:r w:rsidR="009D49D4" w:rsidRPr="00B96EF7">
        <w:rPr>
          <w:rFonts w:ascii="Times New Roman" w:eastAsia="Times New Roman" w:hAnsi="Times New Roman" w:cs="Times New Roman"/>
          <w:sz w:val="28"/>
          <w:szCs w:val="28"/>
        </w:rPr>
        <w:t>Bộ trưởng, Thủ trưởng cơ quan ngang Bộ, Thủ trưởng cơ quan thuộc Chính phủ</w:t>
      </w:r>
      <w:r w:rsidR="009D49D4" w:rsidRPr="00B96EF7">
        <w:rPr>
          <w:rFonts w:ascii="Times New Roman" w:eastAsia="Times New Roman" w:hAnsi="Times New Roman" w:cs="Times New Roman"/>
          <w:sz w:val="28"/>
          <w:szCs w:val="28"/>
          <w:lang w:val="en-US"/>
        </w:rPr>
        <w:t xml:space="preserve">, </w:t>
      </w:r>
      <w:proofErr w:type="spellStart"/>
      <w:r w:rsidR="009D49D4" w:rsidRPr="00B96EF7">
        <w:rPr>
          <w:rFonts w:ascii="Times New Roman" w:eastAsia="Times New Roman" w:hAnsi="Times New Roman" w:cs="Times New Roman"/>
          <w:sz w:val="28"/>
          <w:szCs w:val="28"/>
          <w:lang w:val="en-US"/>
        </w:rPr>
        <w:t>Thủ</w:t>
      </w:r>
      <w:proofErr w:type="spellEnd"/>
      <w:r w:rsidR="009D49D4" w:rsidRPr="00B96EF7">
        <w:rPr>
          <w:rFonts w:ascii="Times New Roman" w:eastAsia="Times New Roman" w:hAnsi="Times New Roman" w:cs="Times New Roman"/>
          <w:sz w:val="28"/>
          <w:szCs w:val="28"/>
          <w:lang w:val="en-US"/>
        </w:rPr>
        <w:t xml:space="preserve"> </w:t>
      </w:r>
      <w:proofErr w:type="spellStart"/>
      <w:r w:rsidR="009D49D4" w:rsidRPr="00B96EF7">
        <w:rPr>
          <w:rFonts w:ascii="Times New Roman" w:eastAsia="Times New Roman" w:hAnsi="Times New Roman" w:cs="Times New Roman"/>
          <w:sz w:val="28"/>
          <w:szCs w:val="28"/>
          <w:lang w:val="en-US"/>
        </w:rPr>
        <w:t>trưởng</w:t>
      </w:r>
      <w:proofErr w:type="spellEnd"/>
      <w:r w:rsidR="009D49D4" w:rsidRPr="00B96EF7">
        <w:rPr>
          <w:rFonts w:ascii="Times New Roman" w:eastAsia="Times New Roman" w:hAnsi="Times New Roman" w:cs="Times New Roman"/>
          <w:sz w:val="28"/>
          <w:szCs w:val="28"/>
          <w:lang w:val="en-US"/>
        </w:rPr>
        <w:t xml:space="preserve"> </w:t>
      </w:r>
      <w:proofErr w:type="spellStart"/>
      <w:r w:rsidR="009D49D4" w:rsidRPr="00B96EF7">
        <w:rPr>
          <w:rFonts w:ascii="Times New Roman" w:eastAsia="Times New Roman" w:hAnsi="Times New Roman" w:cs="Times New Roman"/>
          <w:sz w:val="28"/>
          <w:szCs w:val="28"/>
          <w:lang w:val="en-US"/>
        </w:rPr>
        <w:t>cơ</w:t>
      </w:r>
      <w:proofErr w:type="spellEnd"/>
      <w:r w:rsidR="009D49D4" w:rsidRPr="00B96EF7">
        <w:rPr>
          <w:rFonts w:ascii="Times New Roman" w:eastAsia="Times New Roman" w:hAnsi="Times New Roman" w:cs="Times New Roman"/>
          <w:sz w:val="28"/>
          <w:szCs w:val="28"/>
          <w:lang w:val="en-US"/>
        </w:rPr>
        <w:t xml:space="preserve"> </w:t>
      </w:r>
      <w:proofErr w:type="spellStart"/>
      <w:r w:rsidR="009D49D4" w:rsidRPr="00B96EF7">
        <w:rPr>
          <w:rFonts w:ascii="Times New Roman" w:eastAsia="Times New Roman" w:hAnsi="Times New Roman" w:cs="Times New Roman"/>
          <w:sz w:val="28"/>
          <w:szCs w:val="28"/>
          <w:lang w:val="en-US"/>
        </w:rPr>
        <w:t>quan</w:t>
      </w:r>
      <w:proofErr w:type="spellEnd"/>
      <w:r w:rsidR="009D49D4" w:rsidRPr="00B96EF7">
        <w:rPr>
          <w:rFonts w:ascii="Times New Roman" w:eastAsia="Times New Roman" w:hAnsi="Times New Roman" w:cs="Times New Roman"/>
          <w:sz w:val="28"/>
          <w:szCs w:val="28"/>
          <w:lang w:val="en-US"/>
        </w:rPr>
        <w:t xml:space="preserve"> </w:t>
      </w:r>
      <w:proofErr w:type="spellStart"/>
      <w:r w:rsidR="009D49D4" w:rsidRPr="00B96EF7">
        <w:rPr>
          <w:rFonts w:ascii="Times New Roman" w:eastAsia="Times New Roman" w:hAnsi="Times New Roman" w:cs="Times New Roman"/>
          <w:sz w:val="28"/>
          <w:szCs w:val="28"/>
          <w:lang w:val="en-US"/>
        </w:rPr>
        <w:t>khác</w:t>
      </w:r>
      <w:proofErr w:type="spellEnd"/>
      <w:r w:rsidR="009D49D4" w:rsidRPr="00B96EF7">
        <w:rPr>
          <w:rFonts w:ascii="Times New Roman" w:eastAsia="Times New Roman" w:hAnsi="Times New Roman" w:cs="Times New Roman"/>
          <w:sz w:val="28"/>
          <w:szCs w:val="28"/>
          <w:lang w:val="en-US"/>
        </w:rPr>
        <w:t xml:space="preserve"> ở </w:t>
      </w:r>
      <w:proofErr w:type="spellStart"/>
      <w:r w:rsidR="009D49D4" w:rsidRPr="00B96EF7">
        <w:rPr>
          <w:rFonts w:ascii="Times New Roman" w:eastAsia="Times New Roman" w:hAnsi="Times New Roman" w:cs="Times New Roman"/>
          <w:sz w:val="28"/>
          <w:szCs w:val="28"/>
          <w:lang w:val="en-US"/>
        </w:rPr>
        <w:t>Trung</w:t>
      </w:r>
      <w:proofErr w:type="spellEnd"/>
      <w:r w:rsidR="009D49D4" w:rsidRPr="00B96EF7">
        <w:rPr>
          <w:rFonts w:ascii="Times New Roman" w:eastAsia="Times New Roman" w:hAnsi="Times New Roman" w:cs="Times New Roman"/>
          <w:sz w:val="28"/>
          <w:szCs w:val="28"/>
          <w:lang w:val="en-US"/>
        </w:rPr>
        <w:t xml:space="preserve"> </w:t>
      </w:r>
      <w:proofErr w:type="spellStart"/>
      <w:r w:rsidR="009D49D4" w:rsidRPr="00B96EF7">
        <w:rPr>
          <w:rFonts w:ascii="Times New Roman" w:eastAsia="Times New Roman" w:hAnsi="Times New Roman" w:cs="Times New Roman"/>
          <w:sz w:val="28"/>
          <w:szCs w:val="28"/>
          <w:lang w:val="en-US"/>
        </w:rPr>
        <w:t>ương</w:t>
      </w:r>
      <w:proofErr w:type="spellEnd"/>
      <w:r w:rsidR="009D49D4" w:rsidRPr="00B96EF7">
        <w:rPr>
          <w:rFonts w:ascii="Times New Roman" w:eastAsia="Times New Roman" w:hAnsi="Times New Roman" w:cs="Times New Roman"/>
          <w:sz w:val="28"/>
          <w:szCs w:val="28"/>
        </w:rPr>
        <w:t xml:space="preserve"> hoặc Chủ tịch Ủy ban nhân dân cấp tỉnh</w:t>
      </w:r>
      <w:r w:rsidRPr="00B96EF7">
        <w:rPr>
          <w:rFonts w:ascii="Times New Roman" w:eastAsia="Times New Roman" w:hAnsi="Times New Roman" w:cs="Times New Roman"/>
          <w:sz w:val="28"/>
          <w:szCs w:val="28"/>
        </w:rPr>
        <w:t xml:space="preserve"> phê duyệt./.</w:t>
      </w:r>
    </w:p>
    <w:sectPr w:rsidR="00AC09D8" w:rsidRPr="00B96EF7">
      <w:headerReference w:type="first" r:id="rId14"/>
      <w:pgSz w:w="11909" w:h="16834"/>
      <w:pgMar w:top="1134" w:right="1134" w:bottom="1134" w:left="1701"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8F4CDD" w14:textId="77777777" w:rsidR="00BF290E" w:rsidRDefault="00BF290E">
      <w:pPr>
        <w:spacing w:after="0" w:line="240" w:lineRule="auto"/>
      </w:pPr>
      <w:r>
        <w:separator/>
      </w:r>
    </w:p>
  </w:endnote>
  <w:endnote w:type="continuationSeparator" w:id="0">
    <w:p w14:paraId="77FC6CE1" w14:textId="77777777" w:rsidR="00BF290E" w:rsidRDefault="00BF29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6FF" w:usb1="420024FF" w:usb2="02000000" w:usb3="00000000" w:csb0="0000019F" w:csb1="00000000"/>
    <w:embedRegular r:id="rId1" w:fontKey="{79EE0D72-6BCF-42E8-9DEB-52DCC57EADA4}"/>
    <w:embedBold r:id="rId2" w:fontKey="{61401CDE-3591-44E3-A689-BAEB1D94FDC7}"/>
    <w:embedItalic r:id="rId3" w:fontKey="{7FBD88C0-FF82-42E1-AC06-EAB6AD18540D}"/>
    <w:embedBoldItalic r:id="rId4" w:fontKey="{41B6F192-7D24-4555-8A07-04A263D76D64}"/>
  </w:font>
  <w:font w:name="Calibri">
    <w:panose1 w:val="020F0502020204030204"/>
    <w:charset w:val="00"/>
    <w:family w:val="swiss"/>
    <w:pitch w:val="variable"/>
    <w:sig w:usb0="E4002EFF" w:usb1="C000247B" w:usb2="00000009" w:usb3="00000000" w:csb0="000001FF" w:csb1="00000000"/>
    <w:embedRegular r:id="rId5" w:fontKey="{B6C5BB40-7D1D-4CF8-B760-5D72BAA63D4A}"/>
    <w:embedBold r:id="rId6" w:fontKey="{60889D09-DB6C-49A0-A0D0-6C178E8FB8B8}"/>
    <w:embedItalic r:id="rId7" w:fontKey="{0D3596D7-1AAF-4E5A-A34E-825B82A60B6C}"/>
    <w:embedBoldItalic r:id="rId8" w:fontKey="{588D7ECB-ABFB-4C5B-B48D-424FDE34760C}"/>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ourier">
    <w:panose1 w:val="02070409020205020404"/>
    <w:charset w:val="00"/>
    <w:family w:val="auto"/>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embedRegular r:id="rId9" w:fontKey="{4283D6B1-1D04-456F-A431-80351B203DD1}"/>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E22A97" w14:textId="77777777" w:rsidR="00BF290E" w:rsidRDefault="00BF290E">
      <w:pPr>
        <w:spacing w:after="0" w:line="240" w:lineRule="auto"/>
      </w:pPr>
      <w:r>
        <w:separator/>
      </w:r>
    </w:p>
  </w:footnote>
  <w:footnote w:type="continuationSeparator" w:id="0">
    <w:p w14:paraId="590F7D9B" w14:textId="77777777" w:rsidR="00BF290E" w:rsidRDefault="00BF29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ECAA23" w14:textId="53C834CB" w:rsidR="00AC09D8" w:rsidRDefault="002E1D25">
    <w:pPr>
      <w:pBdr>
        <w:top w:val="nil"/>
        <w:left w:val="nil"/>
        <w:bottom w:val="nil"/>
        <w:right w:val="nil"/>
        <w:between w:val="nil"/>
      </w:pBdr>
      <w:tabs>
        <w:tab w:val="center" w:pos="4680"/>
        <w:tab w:val="right" w:pos="9360"/>
      </w:tabs>
      <w:spacing w:after="0" w:line="240" w:lineRule="auto"/>
      <w:jc w:val="center"/>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fldChar w:fldCharType="begin"/>
    </w:r>
    <w:r>
      <w:rPr>
        <w:rFonts w:ascii="Times New Roman" w:eastAsia="Times New Roman" w:hAnsi="Times New Roman" w:cs="Times New Roman"/>
        <w:color w:val="000000"/>
        <w:sz w:val="26"/>
        <w:szCs w:val="26"/>
      </w:rPr>
      <w:instrText>PAGE</w:instrText>
    </w:r>
    <w:r>
      <w:rPr>
        <w:rFonts w:ascii="Times New Roman" w:eastAsia="Times New Roman" w:hAnsi="Times New Roman" w:cs="Times New Roman"/>
        <w:color w:val="000000"/>
        <w:sz w:val="26"/>
        <w:szCs w:val="26"/>
      </w:rPr>
      <w:fldChar w:fldCharType="separate"/>
    </w:r>
    <w:r w:rsidR="007C294E">
      <w:rPr>
        <w:rFonts w:ascii="Times New Roman" w:eastAsia="Times New Roman" w:hAnsi="Times New Roman" w:cs="Times New Roman"/>
        <w:noProof/>
        <w:color w:val="000000"/>
        <w:sz w:val="26"/>
        <w:szCs w:val="26"/>
      </w:rPr>
      <w:t>14</w:t>
    </w:r>
    <w:r>
      <w:rPr>
        <w:rFonts w:ascii="Times New Roman" w:eastAsia="Times New Roman" w:hAnsi="Times New Roman" w:cs="Times New Roman"/>
        <w:color w:val="000000"/>
        <w:sz w:val="26"/>
        <w:szCs w:val="26"/>
      </w:rPr>
      <w:fldChar w:fldCharType="end"/>
    </w:r>
  </w:p>
  <w:p w14:paraId="6147B0D1" w14:textId="77777777" w:rsidR="00AC09D8" w:rsidRDefault="00AC09D8">
    <w:pPr>
      <w:pBdr>
        <w:top w:val="nil"/>
        <w:left w:val="nil"/>
        <w:bottom w:val="nil"/>
        <w:right w:val="nil"/>
        <w:between w:val="nil"/>
      </w:pBdr>
      <w:tabs>
        <w:tab w:val="center" w:pos="4680"/>
        <w:tab w:val="right" w:pos="9360"/>
      </w:tabs>
      <w:spacing w:after="0" w:line="240" w:lineRule="auto"/>
      <w:rPr>
        <w:color w:val="00000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579745" w14:textId="13738499" w:rsidR="00AC09D8" w:rsidRDefault="002E1D25">
    <w:pPr>
      <w:pBdr>
        <w:top w:val="nil"/>
        <w:left w:val="nil"/>
        <w:bottom w:val="nil"/>
        <w:right w:val="nil"/>
        <w:between w:val="nil"/>
      </w:pBdr>
      <w:tabs>
        <w:tab w:val="center" w:pos="4680"/>
        <w:tab w:val="right" w:pos="9360"/>
      </w:tabs>
      <w:spacing w:after="0" w:line="240" w:lineRule="auto"/>
      <w:jc w:val="center"/>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fldChar w:fldCharType="begin"/>
    </w:r>
    <w:r>
      <w:rPr>
        <w:rFonts w:ascii="Times New Roman" w:eastAsia="Times New Roman" w:hAnsi="Times New Roman" w:cs="Times New Roman"/>
        <w:color w:val="000000"/>
        <w:sz w:val="26"/>
        <w:szCs w:val="26"/>
      </w:rPr>
      <w:instrText>PAGE</w:instrText>
    </w:r>
    <w:r>
      <w:rPr>
        <w:rFonts w:ascii="Times New Roman" w:eastAsia="Times New Roman" w:hAnsi="Times New Roman" w:cs="Times New Roman"/>
        <w:color w:val="000000"/>
        <w:sz w:val="26"/>
        <w:szCs w:val="26"/>
      </w:rPr>
      <w:fldChar w:fldCharType="separate"/>
    </w:r>
    <w:r w:rsidR="007C294E">
      <w:rPr>
        <w:rFonts w:ascii="Times New Roman" w:eastAsia="Times New Roman" w:hAnsi="Times New Roman" w:cs="Times New Roman"/>
        <w:noProof/>
        <w:color w:val="000000"/>
        <w:sz w:val="26"/>
        <w:szCs w:val="26"/>
      </w:rPr>
      <w:t>1</w:t>
    </w:r>
    <w:r>
      <w:rPr>
        <w:rFonts w:ascii="Times New Roman" w:eastAsia="Times New Roman" w:hAnsi="Times New Roman" w:cs="Times New Roman"/>
        <w:color w:val="000000"/>
        <w:sz w:val="26"/>
        <w:szCs w:val="26"/>
      </w:rP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ECC0709"/>
    <w:multiLevelType w:val="multilevel"/>
    <w:tmpl w:val="5B067FFA"/>
    <w:lvl w:ilvl="0">
      <w:start w:val="1"/>
      <w:numFmt w:val="decimal"/>
      <w:pStyle w:val="ListBullet"/>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09D8"/>
    <w:rsid w:val="00000CC5"/>
    <w:rsid w:val="00030BC3"/>
    <w:rsid w:val="000338ED"/>
    <w:rsid w:val="000507DE"/>
    <w:rsid w:val="000966A9"/>
    <w:rsid w:val="000A7C9A"/>
    <w:rsid w:val="000B2AF6"/>
    <w:rsid w:val="000B4325"/>
    <w:rsid w:val="000E39B1"/>
    <w:rsid w:val="001475A6"/>
    <w:rsid w:val="00150837"/>
    <w:rsid w:val="001521E5"/>
    <w:rsid w:val="00155E56"/>
    <w:rsid w:val="001669B8"/>
    <w:rsid w:val="00181442"/>
    <w:rsid w:val="00192475"/>
    <w:rsid w:val="001C2F70"/>
    <w:rsid w:val="001C71A6"/>
    <w:rsid w:val="00203F9F"/>
    <w:rsid w:val="00291A4B"/>
    <w:rsid w:val="00295CE7"/>
    <w:rsid w:val="002B3BD5"/>
    <w:rsid w:val="002B4E75"/>
    <w:rsid w:val="002E1D25"/>
    <w:rsid w:val="002E57C0"/>
    <w:rsid w:val="002E61BA"/>
    <w:rsid w:val="002F3AA4"/>
    <w:rsid w:val="002F7852"/>
    <w:rsid w:val="00330276"/>
    <w:rsid w:val="00361BBD"/>
    <w:rsid w:val="00410E27"/>
    <w:rsid w:val="00421E45"/>
    <w:rsid w:val="00426EE3"/>
    <w:rsid w:val="004273F1"/>
    <w:rsid w:val="00437192"/>
    <w:rsid w:val="0045330F"/>
    <w:rsid w:val="00463FA9"/>
    <w:rsid w:val="00465BC3"/>
    <w:rsid w:val="004665BE"/>
    <w:rsid w:val="004709D9"/>
    <w:rsid w:val="004A17A1"/>
    <w:rsid w:val="004B5EF7"/>
    <w:rsid w:val="004B62BC"/>
    <w:rsid w:val="004C67F6"/>
    <w:rsid w:val="0051518A"/>
    <w:rsid w:val="0052034D"/>
    <w:rsid w:val="005948C2"/>
    <w:rsid w:val="005D3983"/>
    <w:rsid w:val="005D3AB0"/>
    <w:rsid w:val="005D7A1E"/>
    <w:rsid w:val="005E31EF"/>
    <w:rsid w:val="00626905"/>
    <w:rsid w:val="006278D3"/>
    <w:rsid w:val="00640752"/>
    <w:rsid w:val="00644B10"/>
    <w:rsid w:val="006624C5"/>
    <w:rsid w:val="00663099"/>
    <w:rsid w:val="006747DC"/>
    <w:rsid w:val="006D2945"/>
    <w:rsid w:val="006E1AD6"/>
    <w:rsid w:val="006E5DA3"/>
    <w:rsid w:val="006F4807"/>
    <w:rsid w:val="00700C3B"/>
    <w:rsid w:val="00704966"/>
    <w:rsid w:val="00727A3A"/>
    <w:rsid w:val="00752114"/>
    <w:rsid w:val="00757237"/>
    <w:rsid w:val="00771E9D"/>
    <w:rsid w:val="0077474D"/>
    <w:rsid w:val="0078234D"/>
    <w:rsid w:val="007A10D8"/>
    <w:rsid w:val="007A4F9E"/>
    <w:rsid w:val="007C294E"/>
    <w:rsid w:val="007F5763"/>
    <w:rsid w:val="008436C4"/>
    <w:rsid w:val="00843A95"/>
    <w:rsid w:val="00857953"/>
    <w:rsid w:val="00885DA9"/>
    <w:rsid w:val="008A2E1F"/>
    <w:rsid w:val="008B0554"/>
    <w:rsid w:val="00913E28"/>
    <w:rsid w:val="009562FC"/>
    <w:rsid w:val="00961CB4"/>
    <w:rsid w:val="009745F0"/>
    <w:rsid w:val="009D49D4"/>
    <w:rsid w:val="009E0B17"/>
    <w:rsid w:val="009E2DC4"/>
    <w:rsid w:val="009E644F"/>
    <w:rsid w:val="009F0883"/>
    <w:rsid w:val="00A12D7C"/>
    <w:rsid w:val="00A13569"/>
    <w:rsid w:val="00A3461A"/>
    <w:rsid w:val="00AA753B"/>
    <w:rsid w:val="00AC09D8"/>
    <w:rsid w:val="00AD5C94"/>
    <w:rsid w:val="00AE1A4D"/>
    <w:rsid w:val="00AF6ACE"/>
    <w:rsid w:val="00B053F9"/>
    <w:rsid w:val="00B15649"/>
    <w:rsid w:val="00B23103"/>
    <w:rsid w:val="00B407E3"/>
    <w:rsid w:val="00B613A2"/>
    <w:rsid w:val="00B72B37"/>
    <w:rsid w:val="00B81BB4"/>
    <w:rsid w:val="00B92B7B"/>
    <w:rsid w:val="00B96EF7"/>
    <w:rsid w:val="00BA7E4A"/>
    <w:rsid w:val="00BB00C8"/>
    <w:rsid w:val="00BB0900"/>
    <w:rsid w:val="00BD1EA8"/>
    <w:rsid w:val="00BE6C74"/>
    <w:rsid w:val="00BF290E"/>
    <w:rsid w:val="00C1638E"/>
    <w:rsid w:val="00C2025A"/>
    <w:rsid w:val="00C433AF"/>
    <w:rsid w:val="00C45E4E"/>
    <w:rsid w:val="00C50766"/>
    <w:rsid w:val="00C55CDE"/>
    <w:rsid w:val="00C56578"/>
    <w:rsid w:val="00C630A4"/>
    <w:rsid w:val="00C74006"/>
    <w:rsid w:val="00C9613B"/>
    <w:rsid w:val="00CD2486"/>
    <w:rsid w:val="00D4020F"/>
    <w:rsid w:val="00D73E50"/>
    <w:rsid w:val="00D76A2F"/>
    <w:rsid w:val="00D77512"/>
    <w:rsid w:val="00D82078"/>
    <w:rsid w:val="00D9290B"/>
    <w:rsid w:val="00DA089C"/>
    <w:rsid w:val="00DF6ED7"/>
    <w:rsid w:val="00E000B2"/>
    <w:rsid w:val="00E711FE"/>
    <w:rsid w:val="00E76E6C"/>
    <w:rsid w:val="00E86931"/>
    <w:rsid w:val="00E8735D"/>
    <w:rsid w:val="00E90FE0"/>
    <w:rsid w:val="00E97E9E"/>
    <w:rsid w:val="00ED2197"/>
    <w:rsid w:val="00EE5D6A"/>
    <w:rsid w:val="00EF68E7"/>
    <w:rsid w:val="00F51F99"/>
    <w:rsid w:val="00F52E71"/>
    <w:rsid w:val="00F57E56"/>
    <w:rsid w:val="00F63F8A"/>
    <w:rsid w:val="00F80688"/>
    <w:rsid w:val="00F8347A"/>
    <w:rsid w:val="00F96293"/>
    <w:rsid w:val="00FB0093"/>
    <w:rsid w:val="00FB5ACF"/>
    <w:rsid w:val="00FF5C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1069E5"/>
  <w15:docId w15:val="{8D29BAF6-6A54-46AC-B95E-20AD80D6F2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Cambria" w:hAnsi="Cambria" w:cs="Cambria"/>
        <w:sz w:val="22"/>
        <w:szCs w:val="22"/>
        <w:lang w:val="vi" w:eastAsia="zh-CN"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480" w:after="0"/>
      <w:outlineLvl w:val="0"/>
    </w:pPr>
    <w:rPr>
      <w:rFonts w:ascii="Calibri" w:eastAsia="Calibri" w:hAnsi="Calibri" w:cs="Calibri"/>
      <w:b/>
      <w:bCs/>
      <w:color w:val="366091"/>
      <w:sz w:val="28"/>
      <w:szCs w:val="28"/>
    </w:rPr>
  </w:style>
  <w:style w:type="paragraph" w:styleId="Heading2">
    <w:name w:val="heading 2"/>
    <w:basedOn w:val="Normal"/>
    <w:next w:val="Normal"/>
    <w:link w:val="Heading2Char"/>
    <w:uiPriority w:val="9"/>
    <w:semiHidden/>
    <w:unhideWhenUsed/>
    <w:qFormat/>
    <w:pPr>
      <w:keepNext/>
      <w:keepLines/>
      <w:spacing w:before="200" w:after="0"/>
      <w:outlineLvl w:val="1"/>
    </w:pPr>
    <w:rPr>
      <w:rFonts w:ascii="Calibri" w:eastAsia="Calibri" w:hAnsi="Calibri" w:cs="Calibri"/>
      <w:b/>
      <w:bCs/>
      <w:color w:val="4F81BD"/>
      <w:sz w:val="26"/>
      <w:szCs w:val="26"/>
    </w:rPr>
  </w:style>
  <w:style w:type="paragraph" w:styleId="Heading3">
    <w:name w:val="heading 3"/>
    <w:basedOn w:val="Normal"/>
    <w:next w:val="Normal"/>
    <w:link w:val="Heading3Char"/>
    <w:uiPriority w:val="9"/>
    <w:semiHidden/>
    <w:unhideWhenUsed/>
    <w:qFormat/>
    <w:pPr>
      <w:keepNext/>
      <w:keepLines/>
      <w:spacing w:before="200" w:after="0"/>
      <w:outlineLvl w:val="2"/>
    </w:pPr>
    <w:rPr>
      <w:rFonts w:ascii="Calibri" w:eastAsia="Calibri" w:hAnsi="Calibri" w:cs="Calibri"/>
      <w:b/>
      <w:bCs/>
      <w:color w:val="4F81BD"/>
    </w:rPr>
  </w:style>
  <w:style w:type="paragraph" w:styleId="Heading4">
    <w:name w:val="heading 4"/>
    <w:basedOn w:val="Normal"/>
    <w:next w:val="Normal"/>
    <w:link w:val="Heading4Char"/>
    <w:uiPriority w:val="9"/>
    <w:semiHidden/>
    <w:unhideWhenUsed/>
    <w:qFormat/>
    <w:pPr>
      <w:keepNext/>
      <w:keepLines/>
      <w:spacing w:before="200" w:after="0"/>
      <w:outlineLvl w:val="3"/>
    </w:pPr>
    <w:rPr>
      <w:rFonts w:ascii="Calibri" w:eastAsia="Calibri" w:hAnsi="Calibri" w:cs="Calibri"/>
      <w:b/>
      <w:bCs/>
      <w:i/>
      <w:iCs/>
      <w:color w:val="4F81BD"/>
    </w:rPr>
  </w:style>
  <w:style w:type="paragraph" w:styleId="Heading5">
    <w:name w:val="heading 5"/>
    <w:basedOn w:val="Normal"/>
    <w:next w:val="Normal"/>
    <w:link w:val="Heading5Char"/>
    <w:uiPriority w:val="9"/>
    <w:semiHidden/>
    <w:unhideWhenUsed/>
    <w:qFormat/>
    <w:pPr>
      <w:keepNext/>
      <w:keepLines/>
      <w:spacing w:before="200" w:after="0"/>
      <w:outlineLvl w:val="4"/>
    </w:pPr>
    <w:rPr>
      <w:rFonts w:ascii="Calibri" w:eastAsia="Calibri" w:hAnsi="Calibri" w:cs="Calibri"/>
      <w:color w:val="243F61"/>
    </w:rPr>
  </w:style>
  <w:style w:type="paragraph" w:styleId="Heading6">
    <w:name w:val="heading 6"/>
    <w:basedOn w:val="Normal"/>
    <w:next w:val="Normal"/>
    <w:link w:val="Heading6Char"/>
    <w:uiPriority w:val="9"/>
    <w:semiHidden/>
    <w:unhideWhenUsed/>
    <w:qFormat/>
    <w:pPr>
      <w:keepNext/>
      <w:keepLines/>
      <w:spacing w:before="200" w:after="0"/>
      <w:outlineLvl w:val="5"/>
    </w:pPr>
    <w:rPr>
      <w:rFonts w:ascii="Calibri" w:eastAsia="Calibri" w:hAnsi="Calibri" w:cs="Calibri"/>
      <w:i/>
      <w:iCs/>
      <w:color w:val="243F61"/>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link w:val="TitleChar"/>
    <w:uiPriority w:val="10"/>
    <w:qFormat/>
    <w:pPr>
      <w:pBdr>
        <w:bottom w:val="single" w:sz="8" w:space="4" w:color="4F81BD"/>
      </w:pBdr>
      <w:spacing w:after="300" w:line="240" w:lineRule="auto"/>
    </w:pPr>
    <w:rPr>
      <w:rFonts w:ascii="Calibri" w:eastAsia="Calibri" w:hAnsi="Calibri" w:cs="Calibri"/>
      <w:color w:val="17365D"/>
      <w:sz w:val="52"/>
      <w:szCs w:val="52"/>
    </w:rPr>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tabs>
        <w:tab w:val="num" w:pos="720"/>
      </w:tabs>
      <w:ind w:left="720" w:hanging="720"/>
      <w:contextualSpacing/>
    </w:pPr>
  </w:style>
  <w:style w:type="paragraph" w:styleId="ListBullet3">
    <w:name w:val="List Bullet 3"/>
    <w:basedOn w:val="Normal"/>
    <w:uiPriority w:val="99"/>
    <w:unhideWhenUsed/>
    <w:rsid w:val="00326F90"/>
    <w:pPr>
      <w:tabs>
        <w:tab w:val="num" w:pos="720"/>
      </w:tabs>
      <w:ind w:left="720" w:hanging="720"/>
      <w:contextualSpacing/>
    </w:pPr>
  </w:style>
  <w:style w:type="paragraph" w:styleId="ListNumber">
    <w:name w:val="List Number"/>
    <w:basedOn w:val="Normal"/>
    <w:uiPriority w:val="99"/>
    <w:unhideWhenUsed/>
    <w:rsid w:val="00326F90"/>
    <w:pPr>
      <w:tabs>
        <w:tab w:val="num" w:pos="720"/>
      </w:tabs>
      <w:ind w:left="720" w:hanging="720"/>
      <w:contextualSpacing/>
    </w:pPr>
  </w:style>
  <w:style w:type="paragraph" w:styleId="ListNumber2">
    <w:name w:val="List Number 2"/>
    <w:basedOn w:val="Normal"/>
    <w:uiPriority w:val="99"/>
    <w:unhideWhenUsed/>
    <w:rsid w:val="0029639D"/>
    <w:pPr>
      <w:tabs>
        <w:tab w:val="num" w:pos="720"/>
      </w:tabs>
      <w:ind w:left="720" w:hanging="720"/>
      <w:contextualSpacing/>
    </w:pPr>
  </w:style>
  <w:style w:type="paragraph" w:styleId="ListNumber3">
    <w:name w:val="List Number 3"/>
    <w:basedOn w:val="Normal"/>
    <w:uiPriority w:val="99"/>
    <w:unhideWhenUsed/>
    <w:rsid w:val="0029639D"/>
    <w:pPr>
      <w:tabs>
        <w:tab w:val="num" w:pos="720"/>
      </w:tabs>
      <w:ind w:left="720" w:hanging="720"/>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CommentReference">
    <w:name w:val="annotation reference"/>
    <w:basedOn w:val="DefaultParagraphFont"/>
    <w:uiPriority w:val="99"/>
    <w:semiHidden/>
    <w:unhideWhenUsed/>
    <w:rsid w:val="0083736B"/>
    <w:rPr>
      <w:sz w:val="16"/>
      <w:szCs w:val="16"/>
    </w:rPr>
  </w:style>
  <w:style w:type="paragraph" w:styleId="CommentText">
    <w:name w:val="annotation text"/>
    <w:basedOn w:val="Normal"/>
    <w:link w:val="CommentTextChar"/>
    <w:uiPriority w:val="99"/>
    <w:unhideWhenUsed/>
    <w:rsid w:val="0083736B"/>
    <w:pPr>
      <w:spacing w:line="240" w:lineRule="auto"/>
    </w:pPr>
    <w:rPr>
      <w:sz w:val="20"/>
      <w:szCs w:val="20"/>
    </w:rPr>
  </w:style>
  <w:style w:type="character" w:customStyle="1" w:styleId="CommentTextChar">
    <w:name w:val="Comment Text Char"/>
    <w:basedOn w:val="DefaultParagraphFont"/>
    <w:link w:val="CommentText"/>
    <w:uiPriority w:val="99"/>
    <w:rsid w:val="0083736B"/>
    <w:rPr>
      <w:sz w:val="20"/>
      <w:szCs w:val="20"/>
    </w:rPr>
  </w:style>
  <w:style w:type="paragraph" w:styleId="CommentSubject">
    <w:name w:val="annotation subject"/>
    <w:basedOn w:val="CommentText"/>
    <w:next w:val="CommentText"/>
    <w:link w:val="CommentSubjectChar"/>
    <w:uiPriority w:val="99"/>
    <w:semiHidden/>
    <w:unhideWhenUsed/>
    <w:rsid w:val="0083736B"/>
    <w:rPr>
      <w:b/>
      <w:bCs/>
    </w:rPr>
  </w:style>
  <w:style w:type="character" w:customStyle="1" w:styleId="CommentSubjectChar">
    <w:name w:val="Comment Subject Char"/>
    <w:basedOn w:val="CommentTextChar"/>
    <w:link w:val="CommentSubject"/>
    <w:uiPriority w:val="99"/>
    <w:semiHidden/>
    <w:rsid w:val="0083736B"/>
    <w:rPr>
      <w:b/>
      <w:bCs/>
      <w:sz w:val="20"/>
      <w:szCs w:val="20"/>
    </w:rPr>
  </w:style>
  <w:style w:type="paragraph" w:styleId="Revision">
    <w:name w:val="Revision"/>
    <w:hidden/>
    <w:uiPriority w:val="99"/>
    <w:semiHidden/>
    <w:rsid w:val="00684324"/>
    <w:pPr>
      <w:spacing w:after="0" w:line="240" w:lineRule="auto"/>
    </w:pPr>
  </w:style>
  <w:style w:type="character" w:styleId="Hyperlink">
    <w:name w:val="Hyperlink"/>
    <w:basedOn w:val="DefaultParagraphFont"/>
    <w:uiPriority w:val="99"/>
    <w:unhideWhenUsed/>
    <w:rsid w:val="00D27EDD"/>
    <w:rPr>
      <w:color w:val="0000FF" w:themeColor="hyperlink"/>
      <w:u w:val="single"/>
    </w:rPr>
  </w:style>
  <w:style w:type="paragraph" w:styleId="NormalWeb">
    <w:name w:val="Normal (Web)"/>
    <w:basedOn w:val="Normal"/>
    <w:uiPriority w:val="99"/>
    <w:semiHidden/>
    <w:unhideWhenUsed/>
    <w:rsid w:val="00283468"/>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9D2DB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D2DB9"/>
    <w:rPr>
      <w:rFonts w:ascii="Segoe UI" w:hAnsi="Segoe UI" w:cs="Segoe UI"/>
      <w:sz w:val="18"/>
      <w:szCs w:val="18"/>
    </w:rPr>
  </w:style>
  <w:style w:type="paragraph" w:styleId="Subtitle">
    <w:name w:val="Subtitle"/>
    <w:basedOn w:val="Normal"/>
    <w:next w:val="Normal"/>
    <w:link w:val="SubtitleChar"/>
    <w:uiPriority w:val="11"/>
    <w:qFormat/>
    <w:rPr>
      <w:rFonts w:ascii="Calibri" w:eastAsia="Calibri" w:hAnsi="Calibri" w:cs="Calibri"/>
      <w:i/>
      <w:iCs/>
      <w:color w:val="4F81BD"/>
      <w:sz w:val="24"/>
      <w:szCs w:val="24"/>
    </w:rPr>
  </w:style>
  <w:style w:type="table" w:customStyle="1" w:styleId="a">
    <w:basedOn w:val="TableNormal"/>
    <w:tblPr>
      <w:tblStyleRowBandSize w:val="1"/>
      <w:tblStyleColBandSize w:val="1"/>
      <w:tblCellMar>
        <w:left w:w="0" w:type="dxa"/>
        <w:right w:w="0" w:type="dxa"/>
      </w:tblCellMar>
    </w:tblPr>
  </w:style>
  <w:style w:type="table" w:customStyle="1" w:styleId="a0">
    <w:basedOn w:val="TableNormal"/>
    <w:tblPr>
      <w:tblStyleRowBandSize w:val="1"/>
      <w:tblStyleColBandSize w:val="1"/>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5" Type="http://schemas.openxmlformats.org/officeDocument/2006/relationships/fontTable" Target="fontTable.xml"/><Relationship Id="rId4" Type="http://schemas.openxmlformats.org/officeDocument/2006/relationships/settings" Target="settings.xml"/><Relationship Id="rId14" Type="http://schemas.openxmlformats.org/officeDocument/2006/relationships/header" Target="header2.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Wcee7exm7CfbSZLsCdfow4OC5nw==">CgMxLjAyD2lkLnU5OGlkeWZ5NjFzaDIOaC5mdGZtOXh4eXRhZmkyD2lkLnAya3gwNDVlbXV0bjIOaC40NDZlYzZrOWE1eTIyD2lkLndkaDdnbjZtYTlucTIPaWQuY2F3MHh6ZGw5ZzlzMg9pZC40MGJqY2dsenA4bjI4AHIhMWp4UTg3djFMaHc0SXk0b0c5M21XSnV1em5YR0tSSUZU</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5304</Words>
  <Characters>30234</Characters>
  <Application>Microsoft Office Word</Application>
  <DocSecurity>0</DocSecurity>
  <Lines>251</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python-docx</dc:creator>
  <cp:lastModifiedBy>User</cp:lastModifiedBy>
  <cp:revision>2</cp:revision>
  <cp:lastPrinted>2026-01-16T08:33:00Z</cp:lastPrinted>
  <dcterms:created xsi:type="dcterms:W3CDTF">2026-01-21T08:04:00Z</dcterms:created>
  <dcterms:modified xsi:type="dcterms:W3CDTF">2026-01-21T08:04:00Z</dcterms:modified>
</cp:coreProperties>
</file>