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73B4DD" w14:textId="77777777" w:rsidR="006D55D4" w:rsidRDefault="001C5D5F">
      <w:pPr>
        <w:jc w:val="center"/>
        <w:rPr>
          <w:b/>
          <w:sz w:val="28"/>
          <w:szCs w:val="28"/>
        </w:rPr>
      </w:pPr>
      <w:r w:rsidRPr="00157D42">
        <w:rPr>
          <w:b/>
          <w:sz w:val="28"/>
          <w:szCs w:val="28"/>
        </w:rPr>
        <w:t xml:space="preserve">BẢNG </w:t>
      </w:r>
      <w:r w:rsidR="006D55D4">
        <w:rPr>
          <w:b/>
          <w:sz w:val="28"/>
          <w:szCs w:val="28"/>
        </w:rPr>
        <w:t>TỔNG HỢP XỬ LÝ Ý KIẾN GÓP Ý CÁC BỘ NGÀNH, ĐỊA PHƯƠNG, TỔ CHỨC</w:t>
      </w:r>
    </w:p>
    <w:p w14:paraId="47EAAE94" w14:textId="2FF4E3CE" w:rsidR="00CF1A71" w:rsidRPr="00157D42" w:rsidRDefault="001C5D5F">
      <w:pPr>
        <w:jc w:val="center"/>
        <w:rPr>
          <w:b/>
          <w:sz w:val="28"/>
          <w:szCs w:val="28"/>
        </w:rPr>
      </w:pPr>
      <w:r w:rsidRPr="00157D42">
        <w:rPr>
          <w:b/>
          <w:sz w:val="28"/>
          <w:szCs w:val="28"/>
        </w:rPr>
        <w:t>DỰ THẢO THÔNG TƯ MRA (</w:t>
      </w:r>
      <w:r w:rsidR="006D55D4">
        <w:rPr>
          <w:b/>
          <w:sz w:val="28"/>
          <w:szCs w:val="28"/>
        </w:rPr>
        <w:t>2</w:t>
      </w:r>
      <w:r w:rsidRPr="00157D42">
        <w:rPr>
          <w:b/>
          <w:sz w:val="28"/>
          <w:szCs w:val="28"/>
        </w:rPr>
        <w:t>4.11.2025)</w:t>
      </w:r>
    </w:p>
    <w:p w14:paraId="0DD2AFA2" w14:textId="13957B02" w:rsidR="002C2904" w:rsidRPr="003F2189" w:rsidRDefault="002C2904">
      <w:proofErr w:type="spellStart"/>
      <w:r w:rsidRPr="003F2189">
        <w:t>Tiếp</w:t>
      </w:r>
      <w:proofErr w:type="spellEnd"/>
      <w:r w:rsidRPr="003F2189">
        <w:t xml:space="preserve"> </w:t>
      </w:r>
      <w:proofErr w:type="spellStart"/>
      <w:r w:rsidRPr="003F2189">
        <w:t>nhận</w:t>
      </w:r>
      <w:proofErr w:type="spellEnd"/>
      <w:r w:rsidRPr="003F2189">
        <w:t xml:space="preserve"> cv </w:t>
      </w:r>
      <w:proofErr w:type="spellStart"/>
      <w:r w:rsidRPr="003F2189">
        <w:t>góp</w:t>
      </w:r>
      <w:proofErr w:type="spellEnd"/>
      <w:r w:rsidRPr="003F2189">
        <w:t xml:space="preserve"> ý </w:t>
      </w:r>
      <w:proofErr w:type="spellStart"/>
      <w:r w:rsidRPr="003F2189">
        <w:t>của</w:t>
      </w:r>
      <w:proofErr w:type="spellEnd"/>
      <w:r w:rsidRPr="003F2189">
        <w:t xml:space="preserve"> </w:t>
      </w:r>
      <w:r w:rsidR="003F2189" w:rsidRPr="003F2189">
        <w:t>26</w:t>
      </w:r>
      <w:r w:rsidRPr="003F2189">
        <w:t xml:space="preserve"> </w:t>
      </w:r>
      <w:proofErr w:type="spellStart"/>
      <w:r w:rsidRPr="003F2189">
        <w:t>cơ</w:t>
      </w:r>
      <w:proofErr w:type="spellEnd"/>
      <w:r w:rsidRPr="003F2189">
        <w:t xml:space="preserve"> </w:t>
      </w:r>
      <w:proofErr w:type="spellStart"/>
      <w:r w:rsidRPr="003F2189">
        <w:t>quan</w:t>
      </w:r>
      <w:proofErr w:type="spellEnd"/>
      <w:r w:rsidRPr="003F2189">
        <w:t xml:space="preserve">, </w:t>
      </w:r>
      <w:proofErr w:type="spellStart"/>
      <w:r w:rsidRPr="003F2189">
        <w:t>tổ</w:t>
      </w:r>
      <w:proofErr w:type="spellEnd"/>
      <w:r w:rsidRPr="003F2189">
        <w:t xml:space="preserve"> </w:t>
      </w:r>
      <w:proofErr w:type="spellStart"/>
      <w:r w:rsidRPr="003F2189">
        <w:t>chức</w:t>
      </w:r>
      <w:proofErr w:type="spellEnd"/>
      <w:r w:rsidRPr="003F2189">
        <w:t xml:space="preserve">: </w:t>
      </w:r>
    </w:p>
    <w:p w14:paraId="5B68C3AB" w14:textId="57F21452" w:rsidR="002C2904" w:rsidRPr="003F2189" w:rsidRDefault="002C2904" w:rsidP="002C2904">
      <w:pPr>
        <w:pStyle w:val="ListParagraph"/>
        <w:numPr>
          <w:ilvl w:val="0"/>
          <w:numId w:val="10"/>
        </w:numPr>
      </w:pPr>
      <w:proofErr w:type="spellStart"/>
      <w:r w:rsidRPr="003F2189">
        <w:t>Bộ</w:t>
      </w:r>
      <w:proofErr w:type="spellEnd"/>
      <w:r w:rsidRPr="003F2189">
        <w:t xml:space="preserve"> </w:t>
      </w:r>
      <w:proofErr w:type="spellStart"/>
      <w:r w:rsidRPr="003F2189">
        <w:t>Xây</w:t>
      </w:r>
      <w:proofErr w:type="spellEnd"/>
      <w:r w:rsidRPr="003F2189">
        <w:t xml:space="preserve"> </w:t>
      </w:r>
      <w:proofErr w:type="spellStart"/>
      <w:r w:rsidRPr="003F2189">
        <w:t>dựng</w:t>
      </w:r>
      <w:proofErr w:type="spellEnd"/>
      <w:r w:rsidRPr="003F2189">
        <w:t xml:space="preserve">, Thanh </w:t>
      </w:r>
      <w:proofErr w:type="spellStart"/>
      <w:r w:rsidRPr="003F2189">
        <w:t>tra</w:t>
      </w:r>
      <w:proofErr w:type="spellEnd"/>
      <w:r w:rsidRPr="003F2189">
        <w:t xml:space="preserve"> </w:t>
      </w:r>
      <w:proofErr w:type="spellStart"/>
      <w:r w:rsidRPr="003F2189">
        <w:t>Chính</w:t>
      </w:r>
      <w:proofErr w:type="spellEnd"/>
      <w:r w:rsidRPr="003F2189">
        <w:t xml:space="preserve"> </w:t>
      </w:r>
      <w:proofErr w:type="spellStart"/>
      <w:r w:rsidRPr="003F2189">
        <w:t>phủ</w:t>
      </w:r>
      <w:proofErr w:type="spellEnd"/>
      <w:r w:rsidR="003F2189" w:rsidRPr="003F2189">
        <w:rPr>
          <w:vertAlign w:val="superscript"/>
        </w:rPr>
        <w:t>*</w:t>
      </w:r>
      <w:r w:rsidRPr="003F2189">
        <w:t xml:space="preserve">, </w:t>
      </w:r>
      <w:proofErr w:type="spellStart"/>
      <w:r w:rsidRPr="003F2189">
        <w:t>Đài</w:t>
      </w:r>
      <w:proofErr w:type="spellEnd"/>
      <w:r w:rsidRPr="003F2189">
        <w:t xml:space="preserve"> </w:t>
      </w:r>
      <w:proofErr w:type="spellStart"/>
      <w:r w:rsidRPr="003F2189">
        <w:t>tiếng</w:t>
      </w:r>
      <w:proofErr w:type="spellEnd"/>
      <w:r w:rsidRPr="003F2189">
        <w:t xml:space="preserve"> </w:t>
      </w:r>
      <w:proofErr w:type="spellStart"/>
      <w:r w:rsidRPr="003F2189">
        <w:t>nói</w:t>
      </w:r>
      <w:proofErr w:type="spellEnd"/>
      <w:r w:rsidRPr="003F2189">
        <w:t xml:space="preserve"> VN, TTXVN</w:t>
      </w:r>
      <w:bookmarkStart w:id="0" w:name="_Hlk214950894"/>
      <w:r w:rsidR="003F2189" w:rsidRPr="003F2189">
        <w:t>*</w:t>
      </w:r>
      <w:bookmarkEnd w:id="0"/>
    </w:p>
    <w:p w14:paraId="49D6A7AA" w14:textId="63003E1F" w:rsidR="002C2904" w:rsidRPr="003F2189" w:rsidRDefault="002C2904" w:rsidP="002C2904">
      <w:pPr>
        <w:pStyle w:val="ListParagraph"/>
        <w:numPr>
          <w:ilvl w:val="0"/>
          <w:numId w:val="10"/>
        </w:numPr>
      </w:pPr>
      <w:proofErr w:type="spellStart"/>
      <w:r w:rsidRPr="003F2189">
        <w:t>Hiệp</w:t>
      </w:r>
      <w:proofErr w:type="spellEnd"/>
      <w:r w:rsidRPr="003F2189">
        <w:t xml:space="preserve"> </w:t>
      </w:r>
      <w:proofErr w:type="spellStart"/>
      <w:r w:rsidRPr="003F2189">
        <w:t>Tiêu</w:t>
      </w:r>
      <w:proofErr w:type="spellEnd"/>
      <w:r w:rsidRPr="003F2189">
        <w:t xml:space="preserve"> </w:t>
      </w:r>
      <w:proofErr w:type="spellStart"/>
      <w:r w:rsidRPr="003F2189">
        <w:t>chuẩn</w:t>
      </w:r>
      <w:proofErr w:type="spellEnd"/>
      <w:r w:rsidRPr="003F2189">
        <w:t xml:space="preserve"> </w:t>
      </w:r>
      <w:proofErr w:type="spellStart"/>
      <w:r w:rsidRPr="003F2189">
        <w:t>chất</w:t>
      </w:r>
      <w:proofErr w:type="spellEnd"/>
      <w:r w:rsidRPr="003F2189">
        <w:t xml:space="preserve"> </w:t>
      </w:r>
      <w:proofErr w:type="spellStart"/>
      <w:r w:rsidRPr="003F2189">
        <w:t>lượng</w:t>
      </w:r>
      <w:proofErr w:type="spellEnd"/>
      <w:r w:rsidRPr="003F2189">
        <w:t xml:space="preserve"> VN, Học Viện </w:t>
      </w:r>
      <w:proofErr w:type="spellStart"/>
      <w:r w:rsidRPr="003F2189">
        <w:t>Chính</w:t>
      </w:r>
      <w:proofErr w:type="spellEnd"/>
      <w:r w:rsidRPr="003F2189">
        <w:t xml:space="preserve"> </w:t>
      </w:r>
      <w:proofErr w:type="spellStart"/>
      <w:r w:rsidRPr="003F2189">
        <w:t>trị</w:t>
      </w:r>
      <w:proofErr w:type="spellEnd"/>
      <w:r w:rsidRPr="003F2189">
        <w:t xml:space="preserve"> Quốc </w:t>
      </w:r>
      <w:proofErr w:type="spellStart"/>
      <w:r w:rsidRPr="003F2189">
        <w:t>gia</w:t>
      </w:r>
      <w:proofErr w:type="spellEnd"/>
      <w:r w:rsidR="003F2189" w:rsidRPr="003F2189">
        <w:t>*</w:t>
      </w:r>
    </w:p>
    <w:p w14:paraId="6EC85BD1" w14:textId="77777777" w:rsidR="003F2189" w:rsidRDefault="002C2904" w:rsidP="002C2904">
      <w:pPr>
        <w:pStyle w:val="ListParagraph"/>
        <w:numPr>
          <w:ilvl w:val="0"/>
          <w:numId w:val="10"/>
        </w:numPr>
      </w:pPr>
      <w:r w:rsidRPr="003F2189">
        <w:t xml:space="preserve">Các UBND </w:t>
      </w:r>
      <w:proofErr w:type="spellStart"/>
      <w:r w:rsidRPr="003F2189">
        <w:t>tỉnh</w:t>
      </w:r>
      <w:proofErr w:type="spellEnd"/>
      <w:r w:rsidRPr="003F2189">
        <w:t xml:space="preserve"> An Giang, Bắc Ninh, </w:t>
      </w:r>
      <w:proofErr w:type="spellStart"/>
      <w:r w:rsidRPr="003F2189">
        <w:t>Cà</w:t>
      </w:r>
      <w:proofErr w:type="spellEnd"/>
      <w:r w:rsidRPr="003F2189">
        <w:t xml:space="preserve"> Mau, Cao </w:t>
      </w:r>
      <w:proofErr w:type="spellStart"/>
      <w:r w:rsidRPr="003F2189">
        <w:t>Bằng</w:t>
      </w:r>
      <w:proofErr w:type="spellEnd"/>
      <w:r w:rsidRPr="003F2189">
        <w:t xml:space="preserve">, </w:t>
      </w:r>
      <w:proofErr w:type="spellStart"/>
      <w:r w:rsidRPr="003F2189">
        <w:t>Đắc</w:t>
      </w:r>
      <w:proofErr w:type="spellEnd"/>
      <w:r w:rsidRPr="003F2189">
        <w:t xml:space="preserve"> </w:t>
      </w:r>
      <w:proofErr w:type="spellStart"/>
      <w:r w:rsidRPr="003F2189">
        <w:t>Lăk</w:t>
      </w:r>
      <w:proofErr w:type="spellEnd"/>
      <w:r w:rsidR="003F2189" w:rsidRPr="003F2189">
        <w:t>*</w:t>
      </w:r>
      <w:r w:rsidRPr="003F2189">
        <w:t xml:space="preserve">, </w:t>
      </w:r>
      <w:proofErr w:type="spellStart"/>
      <w:r w:rsidRPr="003F2189">
        <w:t>Điện</w:t>
      </w:r>
      <w:proofErr w:type="spellEnd"/>
      <w:r w:rsidRPr="003F2189">
        <w:t xml:space="preserve"> </w:t>
      </w:r>
      <w:proofErr w:type="spellStart"/>
      <w:r w:rsidRPr="003F2189">
        <w:t>Biên</w:t>
      </w:r>
      <w:proofErr w:type="spellEnd"/>
      <w:r w:rsidR="003F2189" w:rsidRPr="003F2189">
        <w:t>*</w:t>
      </w:r>
      <w:r w:rsidRPr="003F2189">
        <w:t xml:space="preserve">, </w:t>
      </w:r>
      <w:proofErr w:type="spellStart"/>
      <w:r w:rsidRPr="003F2189">
        <w:t>Đồng</w:t>
      </w:r>
      <w:proofErr w:type="spellEnd"/>
      <w:r w:rsidRPr="003F2189">
        <w:t xml:space="preserve"> </w:t>
      </w:r>
      <w:proofErr w:type="spellStart"/>
      <w:r w:rsidRPr="003F2189">
        <w:t>Tháp</w:t>
      </w:r>
      <w:proofErr w:type="spellEnd"/>
      <w:r w:rsidRPr="003F2189">
        <w:t xml:space="preserve">, </w:t>
      </w:r>
      <w:r w:rsidR="003F2189" w:rsidRPr="003F2189">
        <w:t>Gia Lai</w:t>
      </w:r>
      <w:bookmarkStart w:id="1" w:name="_Hlk214950733"/>
      <w:r w:rsidR="003F2189" w:rsidRPr="003F2189">
        <w:t>*</w:t>
      </w:r>
      <w:bookmarkEnd w:id="1"/>
      <w:r w:rsidR="003F2189" w:rsidRPr="003F2189">
        <w:t xml:space="preserve">, </w:t>
      </w:r>
      <w:r w:rsidRPr="003F2189">
        <w:t xml:space="preserve">Hải </w:t>
      </w:r>
      <w:proofErr w:type="spellStart"/>
      <w:r w:rsidRPr="003F2189">
        <w:t>Phòng</w:t>
      </w:r>
      <w:proofErr w:type="spellEnd"/>
      <w:r w:rsidRPr="003F2189">
        <w:t xml:space="preserve">, Khánh Hoà, Lâm </w:t>
      </w:r>
      <w:proofErr w:type="spellStart"/>
      <w:r w:rsidRPr="003F2189">
        <w:t>Đồng</w:t>
      </w:r>
      <w:proofErr w:type="spellEnd"/>
      <w:r w:rsidRPr="003F2189">
        <w:t xml:space="preserve">, Lai Châu, </w:t>
      </w:r>
      <w:proofErr w:type="spellStart"/>
      <w:r w:rsidRPr="003F2189">
        <w:t>Lạng</w:t>
      </w:r>
      <w:proofErr w:type="spellEnd"/>
      <w:r w:rsidRPr="003F2189">
        <w:t xml:space="preserve"> Sơn, Ninh Bình, Quảng </w:t>
      </w:r>
      <w:proofErr w:type="spellStart"/>
      <w:r w:rsidRPr="003F2189">
        <w:t>Ngãi</w:t>
      </w:r>
      <w:proofErr w:type="spellEnd"/>
      <w:r w:rsidR="003F2189" w:rsidRPr="003F2189">
        <w:t>*</w:t>
      </w:r>
      <w:r w:rsidRPr="003F2189">
        <w:t>, Sơn La</w:t>
      </w:r>
      <w:r w:rsidR="003F2189" w:rsidRPr="003F2189">
        <w:t>*</w:t>
      </w:r>
      <w:r w:rsidRPr="003F2189">
        <w:t>, Thái Nguyên</w:t>
      </w:r>
      <w:r w:rsidR="003F2189" w:rsidRPr="003F2189">
        <w:t>*</w:t>
      </w:r>
      <w:r w:rsidRPr="003F2189">
        <w:t xml:space="preserve">, </w:t>
      </w:r>
      <w:proofErr w:type="spellStart"/>
      <w:r w:rsidRPr="003F2189">
        <w:t>Tuyên</w:t>
      </w:r>
      <w:proofErr w:type="spellEnd"/>
      <w:r w:rsidRPr="003F2189">
        <w:t xml:space="preserve"> Quang</w:t>
      </w:r>
    </w:p>
    <w:p w14:paraId="562BFC7F" w14:textId="77777777" w:rsidR="003F2189" w:rsidRDefault="003F2189" w:rsidP="003F2189">
      <w:pPr>
        <w:pStyle w:val="ListParagraph"/>
        <w:spacing w:after="0"/>
      </w:pPr>
    </w:p>
    <w:p w14:paraId="026FAB8F" w14:textId="5602C367" w:rsidR="002C2904" w:rsidRPr="003F2189" w:rsidRDefault="003F2189" w:rsidP="003F2189">
      <w:pPr>
        <w:pStyle w:val="ListParagraph"/>
        <w:rPr>
          <w:i/>
          <w:iCs/>
        </w:rPr>
      </w:pPr>
      <w:r w:rsidRPr="003F2189">
        <w:rPr>
          <w:i/>
          <w:iCs/>
        </w:rPr>
        <w:t>(</w:t>
      </w:r>
      <w:r w:rsidRPr="003F2189">
        <w:rPr>
          <w:i/>
          <w:iCs/>
        </w:rPr>
        <w:t>*</w:t>
      </w:r>
      <w:r w:rsidRPr="003F2189">
        <w:rPr>
          <w:i/>
          <w:iCs/>
        </w:rPr>
        <w:t xml:space="preserve">) </w:t>
      </w:r>
      <w:proofErr w:type="spellStart"/>
      <w:r w:rsidRPr="003F2189">
        <w:rPr>
          <w:i/>
          <w:iCs/>
        </w:rPr>
        <w:t>là</w:t>
      </w:r>
      <w:proofErr w:type="spellEnd"/>
      <w:r w:rsidRPr="003F2189">
        <w:rPr>
          <w:i/>
          <w:iCs/>
        </w:rPr>
        <w:t xml:space="preserve"> </w:t>
      </w:r>
      <w:proofErr w:type="spellStart"/>
      <w:r w:rsidRPr="003F2189">
        <w:rPr>
          <w:i/>
          <w:iCs/>
        </w:rPr>
        <w:t>các</w:t>
      </w:r>
      <w:proofErr w:type="spellEnd"/>
      <w:r w:rsidRPr="003F2189">
        <w:rPr>
          <w:i/>
          <w:iCs/>
        </w:rPr>
        <w:t xml:space="preserve"> </w:t>
      </w:r>
      <w:proofErr w:type="spellStart"/>
      <w:r w:rsidRPr="003F2189">
        <w:rPr>
          <w:i/>
          <w:iCs/>
        </w:rPr>
        <w:t>cơ</w:t>
      </w:r>
      <w:proofErr w:type="spellEnd"/>
      <w:r w:rsidRPr="003F2189">
        <w:rPr>
          <w:i/>
          <w:iCs/>
        </w:rPr>
        <w:t xml:space="preserve"> </w:t>
      </w:r>
      <w:proofErr w:type="spellStart"/>
      <w:r w:rsidRPr="003F2189">
        <w:rPr>
          <w:i/>
          <w:iCs/>
        </w:rPr>
        <w:t>quan</w:t>
      </w:r>
      <w:proofErr w:type="spellEnd"/>
      <w:r w:rsidRPr="003F2189">
        <w:rPr>
          <w:i/>
          <w:iCs/>
        </w:rPr>
        <w:t xml:space="preserve">, </w:t>
      </w:r>
      <w:proofErr w:type="spellStart"/>
      <w:r w:rsidRPr="003F2189">
        <w:rPr>
          <w:i/>
          <w:iCs/>
        </w:rPr>
        <w:t>tổ</w:t>
      </w:r>
      <w:proofErr w:type="spellEnd"/>
      <w:r w:rsidRPr="003F2189">
        <w:rPr>
          <w:i/>
          <w:iCs/>
        </w:rPr>
        <w:t xml:space="preserve"> </w:t>
      </w:r>
      <w:proofErr w:type="spellStart"/>
      <w:r w:rsidRPr="003F2189">
        <w:rPr>
          <w:i/>
          <w:iCs/>
        </w:rPr>
        <w:t>chức</w:t>
      </w:r>
      <w:proofErr w:type="spellEnd"/>
      <w:r w:rsidRPr="003F2189">
        <w:rPr>
          <w:i/>
          <w:iCs/>
        </w:rPr>
        <w:t xml:space="preserve"> </w:t>
      </w:r>
      <w:proofErr w:type="spellStart"/>
      <w:r w:rsidRPr="003F2189">
        <w:rPr>
          <w:i/>
          <w:iCs/>
        </w:rPr>
        <w:t>đồng</w:t>
      </w:r>
      <w:proofErr w:type="spellEnd"/>
      <w:r w:rsidRPr="003F2189">
        <w:rPr>
          <w:i/>
          <w:iCs/>
        </w:rPr>
        <w:t xml:space="preserve"> ý </w:t>
      </w:r>
      <w:proofErr w:type="spellStart"/>
      <w:r w:rsidRPr="003F2189">
        <w:rPr>
          <w:i/>
          <w:iCs/>
        </w:rPr>
        <w:t>với</w:t>
      </w:r>
      <w:proofErr w:type="spellEnd"/>
      <w:r w:rsidRPr="003F2189">
        <w:rPr>
          <w:i/>
          <w:iCs/>
        </w:rPr>
        <w:t xml:space="preserve"> </w:t>
      </w:r>
      <w:proofErr w:type="spellStart"/>
      <w:r w:rsidRPr="003F2189">
        <w:rPr>
          <w:i/>
          <w:iCs/>
        </w:rPr>
        <w:t>dự</w:t>
      </w:r>
      <w:proofErr w:type="spellEnd"/>
      <w:r w:rsidRPr="003F2189">
        <w:rPr>
          <w:i/>
          <w:iCs/>
        </w:rPr>
        <w:t xml:space="preserve"> </w:t>
      </w:r>
      <w:proofErr w:type="spellStart"/>
      <w:r w:rsidRPr="003F2189">
        <w:rPr>
          <w:i/>
          <w:iCs/>
        </w:rPr>
        <w:t>thảo</w:t>
      </w:r>
      <w:proofErr w:type="spellEnd"/>
      <w:r w:rsidRPr="003F2189">
        <w:rPr>
          <w:i/>
          <w:iCs/>
        </w:rPr>
        <w:t xml:space="preserve"> Thông </w:t>
      </w:r>
      <w:proofErr w:type="spellStart"/>
      <w:r w:rsidRPr="003F2189">
        <w:rPr>
          <w:i/>
          <w:iCs/>
        </w:rPr>
        <w:t>tư</w:t>
      </w:r>
      <w:proofErr w:type="spellEnd"/>
      <w:r w:rsidRPr="003F2189">
        <w:rPr>
          <w:i/>
          <w:iCs/>
        </w:rPr>
        <w:t xml:space="preserve"> </w:t>
      </w:r>
      <w:proofErr w:type="spellStart"/>
      <w:r w:rsidRPr="003F2189">
        <w:rPr>
          <w:i/>
          <w:iCs/>
        </w:rPr>
        <w:t>và</w:t>
      </w:r>
      <w:proofErr w:type="spellEnd"/>
      <w:r w:rsidRPr="003F2189">
        <w:rPr>
          <w:i/>
          <w:iCs/>
        </w:rPr>
        <w:t xml:space="preserve"> </w:t>
      </w:r>
      <w:proofErr w:type="spellStart"/>
      <w:r w:rsidRPr="003F2189">
        <w:rPr>
          <w:i/>
          <w:iCs/>
        </w:rPr>
        <w:t>không</w:t>
      </w:r>
      <w:proofErr w:type="spellEnd"/>
      <w:r w:rsidRPr="003F2189">
        <w:rPr>
          <w:i/>
          <w:iCs/>
        </w:rPr>
        <w:t xml:space="preserve"> </w:t>
      </w:r>
      <w:proofErr w:type="spellStart"/>
      <w:r w:rsidRPr="003F2189">
        <w:rPr>
          <w:i/>
          <w:iCs/>
        </w:rPr>
        <w:t>có</w:t>
      </w:r>
      <w:proofErr w:type="spellEnd"/>
      <w:r w:rsidRPr="003F2189">
        <w:rPr>
          <w:i/>
          <w:iCs/>
        </w:rPr>
        <w:t xml:space="preserve"> ý </w:t>
      </w:r>
      <w:proofErr w:type="spellStart"/>
      <w:r w:rsidRPr="003F2189">
        <w:rPr>
          <w:i/>
          <w:iCs/>
        </w:rPr>
        <w:t>kiến</w:t>
      </w:r>
      <w:proofErr w:type="spellEnd"/>
      <w:r w:rsidRPr="003F2189">
        <w:rPr>
          <w:i/>
          <w:iCs/>
        </w:rPr>
        <w:t xml:space="preserve"> </w:t>
      </w:r>
      <w:proofErr w:type="spellStart"/>
      <w:r w:rsidRPr="003F2189">
        <w:rPr>
          <w:i/>
          <w:iCs/>
        </w:rPr>
        <w:t>góp</w:t>
      </w:r>
      <w:proofErr w:type="spellEnd"/>
      <w:r w:rsidRPr="003F2189">
        <w:rPr>
          <w:i/>
          <w:iCs/>
        </w:rPr>
        <w:t xml:space="preserve"> ý </w:t>
      </w:r>
      <w:proofErr w:type="spellStart"/>
      <w:r w:rsidRPr="003F2189">
        <w:rPr>
          <w:i/>
          <w:iCs/>
        </w:rPr>
        <w:t>khác</w:t>
      </w:r>
      <w:proofErr w:type="spellEnd"/>
      <w:r w:rsidRPr="003F2189">
        <w:rPr>
          <w:i/>
          <w:iCs/>
        </w:rPr>
        <w:t xml:space="preserve">) </w:t>
      </w:r>
    </w:p>
    <w:tbl>
      <w:tblPr>
        <w:tblW w:w="14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8"/>
        <w:gridCol w:w="5113"/>
        <w:gridCol w:w="5220"/>
        <w:gridCol w:w="3062"/>
      </w:tblGrid>
      <w:tr w:rsidR="00376B2B" w14:paraId="3BB834E7" w14:textId="77777777" w:rsidTr="00E84277">
        <w:tc>
          <w:tcPr>
            <w:tcW w:w="1098" w:type="dxa"/>
          </w:tcPr>
          <w:p w14:paraId="33898D09" w14:textId="7D982F33" w:rsidR="00376B2B" w:rsidRPr="005A374F" w:rsidRDefault="006D55D4" w:rsidP="006D55D4">
            <w:pPr>
              <w:spacing w:before="120" w:after="120"/>
              <w:jc w:val="center"/>
              <w:rPr>
                <w:b/>
              </w:rPr>
            </w:pPr>
            <w:r>
              <w:rPr>
                <w:b/>
              </w:rPr>
              <w:t>STT</w:t>
            </w:r>
          </w:p>
        </w:tc>
        <w:tc>
          <w:tcPr>
            <w:tcW w:w="5113" w:type="dxa"/>
          </w:tcPr>
          <w:p w14:paraId="3EF46AE9" w14:textId="132D9275" w:rsidR="00376B2B" w:rsidRPr="005A374F" w:rsidRDefault="006D55D4" w:rsidP="006D55D4">
            <w:pPr>
              <w:spacing w:before="120" w:after="12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Dự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thảo</w:t>
            </w:r>
            <w:proofErr w:type="spellEnd"/>
            <w:r>
              <w:rPr>
                <w:b/>
              </w:rPr>
              <w:t xml:space="preserve"> Thông </w:t>
            </w:r>
            <w:proofErr w:type="spellStart"/>
            <w:r>
              <w:rPr>
                <w:b/>
              </w:rPr>
              <w:t>tư</w:t>
            </w:r>
            <w:proofErr w:type="spellEnd"/>
            <w:r>
              <w:rPr>
                <w:b/>
              </w:rPr>
              <w:t xml:space="preserve"> MRA</w:t>
            </w:r>
          </w:p>
        </w:tc>
        <w:tc>
          <w:tcPr>
            <w:tcW w:w="5220" w:type="dxa"/>
          </w:tcPr>
          <w:p w14:paraId="41B641EA" w14:textId="17423702" w:rsidR="00376B2B" w:rsidRPr="005A374F" w:rsidRDefault="002C2904" w:rsidP="006D55D4">
            <w:pPr>
              <w:spacing w:before="120" w:after="120"/>
              <w:jc w:val="center"/>
              <w:rPr>
                <w:b/>
              </w:rPr>
            </w:pPr>
            <w:r>
              <w:rPr>
                <w:b/>
              </w:rPr>
              <w:t>Ý</w:t>
            </w:r>
            <w:r w:rsidR="006D55D4">
              <w:rPr>
                <w:b/>
              </w:rPr>
              <w:t xml:space="preserve"> </w:t>
            </w:r>
            <w:proofErr w:type="spellStart"/>
            <w:r w:rsidR="006D55D4">
              <w:rPr>
                <w:b/>
              </w:rPr>
              <w:t>kiến</w:t>
            </w:r>
            <w:proofErr w:type="spellEnd"/>
            <w:r w:rsidR="006D55D4">
              <w:rPr>
                <w:b/>
              </w:rPr>
              <w:t xml:space="preserve"> </w:t>
            </w:r>
            <w:proofErr w:type="spellStart"/>
            <w:r w:rsidR="006D55D4">
              <w:rPr>
                <w:b/>
              </w:rPr>
              <w:t>góp</w:t>
            </w:r>
            <w:proofErr w:type="spellEnd"/>
            <w:r w:rsidR="006D55D4">
              <w:rPr>
                <w:b/>
              </w:rPr>
              <w:t xml:space="preserve"> ý</w:t>
            </w:r>
            <w:r w:rsidR="00376B2B" w:rsidRPr="005A374F"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bộ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ngành</w:t>
            </w:r>
            <w:proofErr w:type="spellEnd"/>
            <w:r>
              <w:rPr>
                <w:b/>
              </w:rPr>
              <w:t xml:space="preserve">, </w:t>
            </w:r>
            <w:proofErr w:type="spellStart"/>
            <w:r>
              <w:rPr>
                <w:b/>
              </w:rPr>
              <w:t>địa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phương</w:t>
            </w:r>
            <w:proofErr w:type="spellEnd"/>
            <w:r>
              <w:rPr>
                <w:b/>
              </w:rPr>
              <w:t xml:space="preserve">, </w:t>
            </w:r>
            <w:proofErr w:type="spellStart"/>
            <w:r>
              <w:rPr>
                <w:b/>
              </w:rPr>
              <w:t>tổ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chức</w:t>
            </w:r>
            <w:proofErr w:type="spellEnd"/>
          </w:p>
        </w:tc>
        <w:tc>
          <w:tcPr>
            <w:tcW w:w="3062" w:type="dxa"/>
          </w:tcPr>
          <w:p w14:paraId="080B7C9D" w14:textId="46665CF6" w:rsidR="00376B2B" w:rsidRPr="005A374F" w:rsidRDefault="006D55D4" w:rsidP="006D55D4">
            <w:pPr>
              <w:spacing w:before="120" w:after="12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Giải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trình</w:t>
            </w:r>
            <w:proofErr w:type="spellEnd"/>
            <w:r>
              <w:rPr>
                <w:b/>
              </w:rPr>
              <w:t xml:space="preserve">, </w:t>
            </w:r>
            <w:proofErr w:type="spellStart"/>
            <w:r>
              <w:rPr>
                <w:b/>
              </w:rPr>
              <w:t>tiếp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thu</w:t>
            </w:r>
            <w:proofErr w:type="spellEnd"/>
            <w:r w:rsidR="00376B2B" w:rsidRPr="005A374F">
              <w:rPr>
                <w:b/>
              </w:rPr>
              <w:t xml:space="preserve"> </w:t>
            </w:r>
          </w:p>
        </w:tc>
      </w:tr>
      <w:tr w:rsidR="001A6D8A" w14:paraId="35AC6C6D" w14:textId="77777777" w:rsidTr="001A6D8A">
        <w:tc>
          <w:tcPr>
            <w:tcW w:w="14493" w:type="dxa"/>
            <w:gridSpan w:val="4"/>
          </w:tcPr>
          <w:p w14:paraId="24D25FA8" w14:textId="77777777" w:rsidR="001A6D8A" w:rsidRPr="001A6D8A" w:rsidRDefault="001A6D8A" w:rsidP="001A6D8A">
            <w:pPr>
              <w:spacing w:before="120"/>
              <w:jc w:val="center"/>
              <w:rPr>
                <w:b/>
              </w:rPr>
            </w:pPr>
            <w:r w:rsidRPr="001A6D8A">
              <w:rPr>
                <w:b/>
              </w:rPr>
              <w:t>CHƯƠNG I. QUY ĐỊNH CHUNG</w:t>
            </w:r>
          </w:p>
        </w:tc>
      </w:tr>
      <w:tr w:rsidR="006D55D4" w14:paraId="6576DCE9" w14:textId="77777777" w:rsidTr="00E84277">
        <w:tc>
          <w:tcPr>
            <w:tcW w:w="1098" w:type="dxa"/>
          </w:tcPr>
          <w:p w14:paraId="468C94FF" w14:textId="085228FF" w:rsidR="006D55D4" w:rsidRDefault="006D55D4" w:rsidP="006D55D4">
            <w:pPr>
              <w:jc w:val="both"/>
            </w:pPr>
            <w:r>
              <w:t xml:space="preserve">Căn </w:t>
            </w:r>
            <w:proofErr w:type="spellStart"/>
            <w:r>
              <w:t>cứ</w:t>
            </w:r>
            <w:proofErr w:type="spellEnd"/>
            <w:r>
              <w:t xml:space="preserve"> </w:t>
            </w:r>
            <w:proofErr w:type="spellStart"/>
            <w:r>
              <w:t>pháp</w:t>
            </w:r>
            <w:proofErr w:type="spellEnd"/>
            <w:r>
              <w:t xml:space="preserve"> </w:t>
            </w:r>
            <w:proofErr w:type="spellStart"/>
            <w:r>
              <w:t>lý</w:t>
            </w:r>
            <w:proofErr w:type="spellEnd"/>
          </w:p>
        </w:tc>
        <w:tc>
          <w:tcPr>
            <w:tcW w:w="5113" w:type="dxa"/>
          </w:tcPr>
          <w:p w14:paraId="7DC2A6B4" w14:textId="77777777" w:rsidR="006D55D4" w:rsidRDefault="006D55D4" w:rsidP="006D55D4">
            <w:r>
              <w:t xml:space="preserve">Căn </w:t>
            </w:r>
            <w:proofErr w:type="spellStart"/>
            <w:r>
              <w:t>cứ</w:t>
            </w:r>
            <w:proofErr w:type="spellEnd"/>
            <w:r>
              <w:t xml:space="preserve"> </w:t>
            </w:r>
            <w:proofErr w:type="spellStart"/>
            <w:r>
              <w:t>Luật</w:t>
            </w:r>
            <w:proofErr w:type="spellEnd"/>
            <w:r>
              <w:t xml:space="preserve">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Quy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 xml:space="preserve"> </w:t>
            </w:r>
            <w:proofErr w:type="spellStart"/>
            <w:r>
              <w:t>số</w:t>
            </w:r>
            <w:proofErr w:type="spellEnd"/>
            <w:r>
              <w:t xml:space="preserve"> 68/2006/QH11 </w:t>
            </w:r>
            <w:proofErr w:type="spellStart"/>
            <w:r>
              <w:t>ngày</w:t>
            </w:r>
            <w:proofErr w:type="spellEnd"/>
            <w:r>
              <w:t xml:space="preserve"> 29 </w:t>
            </w:r>
            <w:proofErr w:type="spellStart"/>
            <w:r>
              <w:t>tháng</w:t>
            </w:r>
            <w:proofErr w:type="spellEnd"/>
            <w:r>
              <w:t xml:space="preserve"> 6 </w:t>
            </w:r>
            <w:proofErr w:type="spellStart"/>
            <w:r>
              <w:t>năm</w:t>
            </w:r>
            <w:proofErr w:type="spellEnd"/>
            <w:r>
              <w:t xml:space="preserve"> 2006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sửa</w:t>
            </w:r>
            <w:proofErr w:type="spellEnd"/>
            <w:r>
              <w:t xml:space="preserve"> </w:t>
            </w:r>
            <w:proofErr w:type="spellStart"/>
            <w:r>
              <w:t>đổi</w:t>
            </w:r>
            <w:proofErr w:type="spellEnd"/>
            <w:r>
              <w:t xml:space="preserve">, </w:t>
            </w:r>
            <w:proofErr w:type="spellStart"/>
            <w:r>
              <w:t>bổ</w:t>
            </w:r>
            <w:proofErr w:type="spellEnd"/>
            <w:r>
              <w:t xml:space="preserve"> sung </w:t>
            </w:r>
            <w:proofErr w:type="spellStart"/>
            <w:r>
              <w:t>bởi</w:t>
            </w:r>
            <w:proofErr w:type="spellEnd"/>
            <w:r>
              <w:t xml:space="preserve"> </w:t>
            </w:r>
            <w:proofErr w:type="spellStart"/>
            <w:r>
              <w:t>Luật</w:t>
            </w:r>
            <w:proofErr w:type="spellEnd"/>
            <w:r>
              <w:t xml:space="preserve"> </w:t>
            </w:r>
            <w:proofErr w:type="spellStart"/>
            <w:r>
              <w:t>số</w:t>
            </w:r>
            <w:proofErr w:type="spellEnd"/>
            <w:r>
              <w:t xml:space="preserve"> 35/2018/QH14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Luật</w:t>
            </w:r>
            <w:proofErr w:type="spellEnd"/>
            <w:r>
              <w:t xml:space="preserve"> </w:t>
            </w:r>
            <w:proofErr w:type="spellStart"/>
            <w:r>
              <w:t>số</w:t>
            </w:r>
            <w:proofErr w:type="spellEnd"/>
            <w:r>
              <w:t xml:space="preserve"> 70/2025/QH15;</w:t>
            </w:r>
          </w:p>
          <w:p w14:paraId="2F823829" w14:textId="77777777" w:rsidR="006D55D4" w:rsidRDefault="006D55D4" w:rsidP="006D55D4">
            <w:r>
              <w:t xml:space="preserve">Căn </w:t>
            </w:r>
            <w:proofErr w:type="spellStart"/>
            <w:r>
              <w:t>cứ</w:t>
            </w:r>
            <w:proofErr w:type="spellEnd"/>
            <w:r>
              <w:t xml:space="preserve"> </w:t>
            </w:r>
            <w:proofErr w:type="spellStart"/>
            <w:r>
              <w:t>Nghị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số</w:t>
            </w:r>
            <w:proofErr w:type="spellEnd"/>
            <w:r>
              <w:t xml:space="preserve"> ... </w:t>
            </w:r>
            <w:proofErr w:type="spellStart"/>
            <w:r>
              <w:t>ngày</w:t>
            </w:r>
            <w:proofErr w:type="spellEnd"/>
            <w:r>
              <w:t xml:space="preserve"> ... </w:t>
            </w:r>
            <w:proofErr w:type="spellStart"/>
            <w:r>
              <w:t>tháng</w:t>
            </w:r>
            <w:proofErr w:type="spellEnd"/>
            <w:r>
              <w:t xml:space="preserve"> ... </w:t>
            </w:r>
            <w:proofErr w:type="spellStart"/>
            <w:r>
              <w:t>năm</w:t>
            </w:r>
            <w:proofErr w:type="spellEnd"/>
            <w:r>
              <w:t xml:space="preserve"> 2025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Chính</w:t>
            </w:r>
            <w:proofErr w:type="spellEnd"/>
            <w:r>
              <w:t xml:space="preserve"> </w:t>
            </w:r>
            <w:proofErr w:type="spellStart"/>
            <w:r>
              <w:t>phủ</w:t>
            </w:r>
            <w:proofErr w:type="spellEnd"/>
            <w:r>
              <w:t xml:space="preserve"> Quy </w:t>
            </w:r>
            <w:proofErr w:type="spellStart"/>
            <w:r>
              <w:t>định</w:t>
            </w:r>
            <w:proofErr w:type="spellEnd"/>
            <w:r>
              <w:t xml:space="preserve"> chi </w:t>
            </w:r>
            <w:proofErr w:type="spellStart"/>
            <w:r>
              <w:t>tiết</w:t>
            </w:r>
            <w:proofErr w:type="spellEnd"/>
            <w:r>
              <w:t xml:space="preserve"> </w:t>
            </w:r>
            <w:proofErr w:type="spellStart"/>
            <w:r>
              <w:t>một</w:t>
            </w:r>
            <w:proofErr w:type="spellEnd"/>
            <w:r>
              <w:t xml:space="preserve"> </w:t>
            </w:r>
            <w:proofErr w:type="spellStart"/>
            <w:r>
              <w:t>số</w:t>
            </w:r>
            <w:proofErr w:type="spellEnd"/>
            <w:r>
              <w:t xml:space="preserve"> </w:t>
            </w:r>
            <w:proofErr w:type="spellStart"/>
            <w:r>
              <w:t>điều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biện</w:t>
            </w:r>
            <w:proofErr w:type="spellEnd"/>
            <w:r>
              <w:t xml:space="preserve"> </w:t>
            </w:r>
            <w:proofErr w:type="spellStart"/>
            <w:r>
              <w:t>pháp</w:t>
            </w:r>
            <w:proofErr w:type="spellEnd"/>
            <w:r>
              <w:t xml:space="preserve"> </w:t>
            </w:r>
            <w:proofErr w:type="spellStart"/>
            <w:r>
              <w:t>để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, </w:t>
            </w:r>
            <w:proofErr w:type="spellStart"/>
            <w:r>
              <w:t>hướng</w:t>
            </w:r>
            <w:proofErr w:type="spellEnd"/>
            <w:r>
              <w:t xml:space="preserve"> </w:t>
            </w:r>
            <w:proofErr w:type="spellStart"/>
            <w:r>
              <w:t>dẫn</w:t>
            </w:r>
            <w:proofErr w:type="spellEnd"/>
            <w:r>
              <w:t xml:space="preserve"> </w:t>
            </w:r>
            <w:proofErr w:type="spellStart"/>
            <w:r>
              <w:t>thi</w:t>
            </w:r>
            <w:proofErr w:type="spellEnd"/>
            <w:r>
              <w:t xml:space="preserve"> </w:t>
            </w:r>
            <w:proofErr w:type="spellStart"/>
            <w:r>
              <w:t>hành</w:t>
            </w:r>
            <w:proofErr w:type="spellEnd"/>
            <w:r>
              <w:t xml:space="preserve"> </w:t>
            </w:r>
            <w:proofErr w:type="spellStart"/>
            <w:r>
              <w:t>Luật</w:t>
            </w:r>
            <w:proofErr w:type="spellEnd"/>
            <w:r>
              <w:t xml:space="preserve">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>;</w:t>
            </w:r>
          </w:p>
          <w:p w14:paraId="31B13E9C" w14:textId="77777777" w:rsidR="006D55D4" w:rsidRDefault="006D55D4" w:rsidP="006D55D4">
            <w:r>
              <w:lastRenderedPageBreak/>
              <w:t xml:space="preserve">Căn </w:t>
            </w:r>
            <w:proofErr w:type="spellStart"/>
            <w:r>
              <w:t>cứ</w:t>
            </w:r>
            <w:proofErr w:type="spellEnd"/>
            <w:r>
              <w:t xml:space="preserve"> </w:t>
            </w:r>
            <w:proofErr w:type="spellStart"/>
            <w:r>
              <w:t>Nghị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số</w:t>
            </w:r>
            <w:proofErr w:type="spellEnd"/>
            <w:r>
              <w:t xml:space="preserve"> 55/2025/NĐ-CP </w:t>
            </w:r>
            <w:proofErr w:type="spellStart"/>
            <w:r>
              <w:t>ngày</w:t>
            </w:r>
            <w:proofErr w:type="spellEnd"/>
            <w:r>
              <w:t xml:space="preserve"> 02 </w:t>
            </w:r>
            <w:proofErr w:type="spellStart"/>
            <w:r>
              <w:t>tháng</w:t>
            </w:r>
            <w:proofErr w:type="spellEnd"/>
            <w:r>
              <w:t xml:space="preserve"> 3 </w:t>
            </w:r>
            <w:proofErr w:type="spellStart"/>
            <w:r>
              <w:t>năm</w:t>
            </w:r>
            <w:proofErr w:type="spellEnd"/>
            <w:r>
              <w:t xml:space="preserve"> 2025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Chính</w:t>
            </w:r>
            <w:proofErr w:type="spellEnd"/>
            <w:r>
              <w:t xml:space="preserve"> </w:t>
            </w:r>
            <w:proofErr w:type="spellStart"/>
            <w:r>
              <w:t>phủ</w:t>
            </w:r>
            <w:proofErr w:type="spellEnd"/>
            <w:r>
              <w:t xml:space="preserve">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,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vụ</w:t>
            </w:r>
            <w:proofErr w:type="spellEnd"/>
            <w:r>
              <w:t xml:space="preserve">, </w:t>
            </w:r>
            <w:proofErr w:type="spellStart"/>
            <w:r>
              <w:t>quyền</w:t>
            </w:r>
            <w:proofErr w:type="spellEnd"/>
            <w:r>
              <w:t xml:space="preserve"> </w:t>
            </w:r>
            <w:proofErr w:type="spellStart"/>
            <w:r>
              <w:t>hạn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cấu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 Khoa </w:t>
            </w:r>
            <w:proofErr w:type="spellStart"/>
            <w:r>
              <w:t>học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Công </w:t>
            </w:r>
            <w:proofErr w:type="spellStart"/>
            <w:r>
              <w:t>nghệ</w:t>
            </w:r>
            <w:proofErr w:type="spellEnd"/>
            <w:r>
              <w:t>;</w:t>
            </w:r>
          </w:p>
          <w:p w14:paraId="77BBA59C" w14:textId="015DEC0F" w:rsidR="006D55D4" w:rsidRDefault="006D55D4" w:rsidP="006D55D4">
            <w:r>
              <w:t xml:space="preserve">Theo </w:t>
            </w:r>
            <w:proofErr w:type="spellStart"/>
            <w:r>
              <w:t>đê</w:t>
            </w:r>
            <w:proofErr w:type="spellEnd"/>
            <w:r>
              <w:t xml:space="preserve">̀ </w:t>
            </w:r>
            <w:proofErr w:type="spellStart"/>
            <w:r>
              <w:t>nghi</w:t>
            </w:r>
            <w:proofErr w:type="spellEnd"/>
            <w:r>
              <w:t xml:space="preserve">̣ </w:t>
            </w:r>
            <w:proofErr w:type="spellStart"/>
            <w:r>
              <w:t>của</w:t>
            </w:r>
            <w:proofErr w:type="spellEnd"/>
            <w:r>
              <w:t xml:space="preserve"> </w:t>
            </w:r>
            <w:proofErr w:type="spellStart"/>
            <w:r>
              <w:t>Ủy</w:t>
            </w:r>
            <w:proofErr w:type="spellEnd"/>
            <w:r>
              <w:t xml:space="preserve"> ban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chuẩn</w:t>
            </w:r>
            <w:proofErr w:type="spellEnd"/>
            <w:r>
              <w:t xml:space="preserve"> </w:t>
            </w:r>
            <w:proofErr w:type="spellStart"/>
            <w:r>
              <w:t>Đo</w:t>
            </w:r>
            <w:proofErr w:type="spellEnd"/>
            <w:r>
              <w:t xml:space="preserve"> </w:t>
            </w:r>
            <w:proofErr w:type="spellStart"/>
            <w:r>
              <w:t>lường</w:t>
            </w:r>
            <w:proofErr w:type="spellEnd"/>
            <w:r>
              <w:t xml:space="preserve"> </w:t>
            </w:r>
            <w:proofErr w:type="spellStart"/>
            <w:r>
              <w:t>Chất</w:t>
            </w:r>
            <w:proofErr w:type="spellEnd"/>
            <w:r>
              <w:t xml:space="preserve"> </w:t>
            </w:r>
            <w:proofErr w:type="spellStart"/>
            <w:r>
              <w:t>lượng</w:t>
            </w:r>
            <w:proofErr w:type="spellEnd"/>
            <w:r>
              <w:t xml:space="preserve"> Quốc </w:t>
            </w:r>
            <w:proofErr w:type="spellStart"/>
            <w:r>
              <w:t>gia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Vụ</w:t>
            </w:r>
            <w:proofErr w:type="spellEnd"/>
            <w:r>
              <w:t xml:space="preserve"> </w:t>
            </w:r>
            <w:proofErr w:type="spellStart"/>
            <w:r>
              <w:t>trưởng</w:t>
            </w:r>
            <w:proofErr w:type="spellEnd"/>
            <w:r>
              <w:t xml:space="preserve"> </w:t>
            </w:r>
            <w:proofErr w:type="spellStart"/>
            <w:r>
              <w:t>Vụ</w:t>
            </w:r>
            <w:proofErr w:type="spellEnd"/>
            <w:r>
              <w:t xml:space="preserve"> Pháp </w:t>
            </w:r>
            <w:proofErr w:type="spellStart"/>
            <w:r>
              <w:t>chế</w:t>
            </w:r>
            <w:proofErr w:type="spellEnd"/>
            <w:r>
              <w:t>;</w:t>
            </w:r>
          </w:p>
          <w:p w14:paraId="1A3CD29B" w14:textId="74CD41B0" w:rsidR="006D55D4" w:rsidRDefault="006D55D4" w:rsidP="006D55D4">
            <w:proofErr w:type="spellStart"/>
            <w:r>
              <w:t>Bộ</w:t>
            </w:r>
            <w:proofErr w:type="spellEnd"/>
            <w:r>
              <w:t xml:space="preserve"> </w:t>
            </w:r>
            <w:proofErr w:type="spellStart"/>
            <w:r>
              <w:t>trưởng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 Khoa </w:t>
            </w:r>
            <w:proofErr w:type="spellStart"/>
            <w:r>
              <w:t>học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Công </w:t>
            </w:r>
            <w:proofErr w:type="spellStart"/>
            <w:r>
              <w:t>nghệ</w:t>
            </w:r>
            <w:proofErr w:type="spellEnd"/>
            <w:r>
              <w:t xml:space="preserve"> ban </w:t>
            </w:r>
            <w:proofErr w:type="spellStart"/>
            <w:r>
              <w:t>hành</w:t>
            </w:r>
            <w:proofErr w:type="spellEnd"/>
            <w:r>
              <w:t xml:space="preserve"> Thông </w:t>
            </w:r>
            <w:proofErr w:type="spellStart"/>
            <w:r>
              <w:t>tư</w:t>
            </w:r>
            <w:proofErr w:type="spellEnd"/>
            <w:r>
              <w:t xml:space="preserve">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chi </w:t>
            </w:r>
            <w:proofErr w:type="spellStart"/>
            <w:r>
              <w:t>tiết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,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lẫn</w:t>
            </w:r>
            <w:proofErr w:type="spellEnd"/>
            <w:r>
              <w:t xml:space="preserve"> </w:t>
            </w:r>
            <w:proofErr w:type="spellStart"/>
            <w:r>
              <w:t>nhau</w:t>
            </w:r>
            <w:proofErr w:type="spellEnd"/>
            <w:r>
              <w:t xml:space="preserve">,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đơn</w:t>
            </w:r>
            <w:proofErr w:type="spellEnd"/>
            <w:r>
              <w:t xml:space="preserve"> </w:t>
            </w:r>
            <w:proofErr w:type="spellStart"/>
            <w:r>
              <w:t>phương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.  </w:t>
            </w:r>
          </w:p>
        </w:tc>
        <w:tc>
          <w:tcPr>
            <w:tcW w:w="5220" w:type="dxa"/>
          </w:tcPr>
          <w:p w14:paraId="287F49C3" w14:textId="77777777" w:rsidR="006D55D4" w:rsidRPr="004E3598" w:rsidRDefault="004E3598" w:rsidP="006D55D4">
            <w:pPr>
              <w:jc w:val="both"/>
              <w:rPr>
                <w:b/>
                <w:bCs/>
              </w:rPr>
            </w:pPr>
            <w:proofErr w:type="spellStart"/>
            <w:r w:rsidRPr="004E3598">
              <w:rPr>
                <w:b/>
                <w:bCs/>
              </w:rPr>
              <w:lastRenderedPageBreak/>
              <w:t>Sở</w:t>
            </w:r>
            <w:proofErr w:type="spellEnd"/>
            <w:r w:rsidRPr="004E3598">
              <w:rPr>
                <w:b/>
                <w:bCs/>
              </w:rPr>
              <w:t xml:space="preserve"> KHCN </w:t>
            </w:r>
            <w:proofErr w:type="spellStart"/>
            <w:r w:rsidRPr="004E3598">
              <w:rPr>
                <w:b/>
                <w:bCs/>
              </w:rPr>
              <w:t>Cà</w:t>
            </w:r>
            <w:proofErr w:type="spellEnd"/>
            <w:r w:rsidRPr="004E3598">
              <w:rPr>
                <w:b/>
                <w:bCs/>
              </w:rPr>
              <w:t xml:space="preserve"> Mau:</w:t>
            </w:r>
          </w:p>
          <w:p w14:paraId="24485A33" w14:textId="746D989F" w:rsidR="004E3598" w:rsidRDefault="004E3598" w:rsidP="004E3598">
            <w:proofErr w:type="spellStart"/>
            <w:r w:rsidRPr="004E3598">
              <w:t>Tại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phần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căn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cứ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của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dự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thảo</w:t>
            </w:r>
            <w:proofErr w:type="spellEnd"/>
            <w:r w:rsidRPr="004E3598">
              <w:t xml:space="preserve"> Thông </w:t>
            </w:r>
            <w:proofErr w:type="spellStart"/>
            <w:r w:rsidRPr="004E3598">
              <w:t>tư</w:t>
            </w:r>
            <w:proofErr w:type="spellEnd"/>
            <w:r w:rsidRPr="004E3598">
              <w:t xml:space="preserve"> (</w:t>
            </w:r>
            <w:proofErr w:type="spellStart"/>
            <w:r w:rsidRPr="004E3598">
              <w:t>trang</w:t>
            </w:r>
            <w:proofErr w:type="spellEnd"/>
            <w:r w:rsidRPr="004E3598">
              <w:t xml:space="preserve"> 1): </w:t>
            </w:r>
            <w:proofErr w:type="spellStart"/>
            <w:r w:rsidRPr="004E3598">
              <w:t>đề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nghị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bổ</w:t>
            </w:r>
            <w:proofErr w:type="spellEnd"/>
            <w:r w:rsidRPr="004E3598">
              <w:t xml:space="preserve"> sung </w:t>
            </w:r>
            <w:proofErr w:type="spellStart"/>
            <w:r w:rsidRPr="004E3598">
              <w:t>thêm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căn</w:t>
            </w:r>
            <w:proofErr w:type="spellEnd"/>
            <w:r>
              <w:t xml:space="preserve"> </w:t>
            </w:r>
            <w:proofErr w:type="spellStart"/>
            <w:r w:rsidRPr="004E3598">
              <w:t>cứ</w:t>
            </w:r>
            <w:proofErr w:type="spellEnd"/>
            <w:r w:rsidRPr="004E3598">
              <w:t xml:space="preserve"> “</w:t>
            </w:r>
            <w:proofErr w:type="spellStart"/>
            <w:r w:rsidRPr="004E3598">
              <w:t>Luật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Điều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ước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quốc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tế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số</w:t>
            </w:r>
            <w:proofErr w:type="spellEnd"/>
            <w:r w:rsidRPr="004E3598">
              <w:t xml:space="preserve"> 108/2016/QH13”.</w:t>
            </w:r>
          </w:p>
          <w:p w14:paraId="65C682AA" w14:textId="22CD6DE6" w:rsidR="00534ECA" w:rsidRPr="00534ECA" w:rsidRDefault="00534ECA" w:rsidP="004E3598">
            <w:pPr>
              <w:rPr>
                <w:b/>
                <w:bCs/>
              </w:rPr>
            </w:pPr>
            <w:proofErr w:type="spellStart"/>
            <w:r w:rsidRPr="00534ECA">
              <w:rPr>
                <w:b/>
                <w:bCs/>
              </w:rPr>
              <w:t>Sở</w:t>
            </w:r>
            <w:proofErr w:type="spellEnd"/>
            <w:r w:rsidRPr="00534ECA">
              <w:rPr>
                <w:b/>
                <w:bCs/>
              </w:rPr>
              <w:t xml:space="preserve"> KHCN </w:t>
            </w:r>
            <w:proofErr w:type="spellStart"/>
            <w:r w:rsidRPr="00534ECA">
              <w:rPr>
                <w:b/>
                <w:bCs/>
              </w:rPr>
              <w:t>Đồng</w:t>
            </w:r>
            <w:proofErr w:type="spellEnd"/>
            <w:r w:rsidRPr="00534ECA">
              <w:rPr>
                <w:b/>
                <w:bCs/>
              </w:rPr>
              <w:t xml:space="preserve"> </w:t>
            </w:r>
            <w:proofErr w:type="spellStart"/>
            <w:r w:rsidRPr="00534ECA">
              <w:rPr>
                <w:b/>
                <w:bCs/>
              </w:rPr>
              <w:t>Tháp</w:t>
            </w:r>
            <w:proofErr w:type="spellEnd"/>
            <w:r w:rsidRPr="00534ECA">
              <w:rPr>
                <w:b/>
                <w:bCs/>
              </w:rPr>
              <w:t>:</w:t>
            </w:r>
          </w:p>
          <w:p w14:paraId="4B8156A3" w14:textId="7881880F" w:rsidR="00534ECA" w:rsidRPr="00534ECA" w:rsidRDefault="00534ECA" w:rsidP="004E3598">
            <w:proofErr w:type="spellStart"/>
            <w:r>
              <w:t>Tại</w:t>
            </w:r>
            <w:proofErr w:type="spellEnd"/>
            <w:r>
              <w:t xml:space="preserve"> </w:t>
            </w:r>
            <w:proofErr w:type="spellStart"/>
            <w:r>
              <w:t>phần</w:t>
            </w:r>
            <w:proofErr w:type="spellEnd"/>
            <w:r>
              <w:t xml:space="preserve"> </w:t>
            </w:r>
            <w:proofErr w:type="spellStart"/>
            <w:r>
              <w:t>căn</w:t>
            </w:r>
            <w:proofErr w:type="spellEnd"/>
            <w:r>
              <w:t xml:space="preserve"> </w:t>
            </w:r>
            <w:proofErr w:type="spellStart"/>
            <w:r>
              <w:t>cứ</w:t>
            </w:r>
            <w:proofErr w:type="spellEnd"/>
            <w:r>
              <w:t xml:space="preserve">,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nghị</w:t>
            </w:r>
            <w:proofErr w:type="spellEnd"/>
            <w:r>
              <w:t xml:space="preserve"> </w:t>
            </w:r>
            <w:proofErr w:type="spellStart"/>
            <w:r>
              <w:t>sửa</w:t>
            </w:r>
            <w:proofErr w:type="spellEnd"/>
            <w:r>
              <w:t xml:space="preserve">: </w:t>
            </w:r>
            <w:r w:rsidRPr="00534ECA">
              <w:rPr>
                <w:i/>
                <w:iCs/>
              </w:rPr>
              <w:t xml:space="preserve">“Theo </w:t>
            </w:r>
            <w:proofErr w:type="spellStart"/>
            <w:r w:rsidRPr="00534ECA">
              <w:rPr>
                <w:i/>
                <w:iCs/>
              </w:rPr>
              <w:t>đề</w:t>
            </w:r>
            <w:proofErr w:type="spellEnd"/>
            <w:r w:rsidRPr="00534ECA">
              <w:rPr>
                <w:i/>
                <w:iCs/>
              </w:rPr>
              <w:t xml:space="preserve"> </w:t>
            </w:r>
            <w:proofErr w:type="spellStart"/>
            <w:r w:rsidRPr="00534ECA">
              <w:rPr>
                <w:i/>
                <w:iCs/>
              </w:rPr>
              <w:t>nghị</w:t>
            </w:r>
            <w:proofErr w:type="spellEnd"/>
            <w:r w:rsidRPr="00534ECA">
              <w:rPr>
                <w:i/>
                <w:iCs/>
              </w:rPr>
              <w:t xml:space="preserve"> </w:t>
            </w:r>
            <w:proofErr w:type="spellStart"/>
            <w:r w:rsidRPr="00534ECA">
              <w:rPr>
                <w:i/>
                <w:iCs/>
              </w:rPr>
              <w:t>của</w:t>
            </w:r>
            <w:proofErr w:type="spellEnd"/>
            <w:r w:rsidRPr="00534ECA">
              <w:rPr>
                <w:i/>
                <w:iCs/>
              </w:rPr>
              <w:t xml:space="preserve"> </w:t>
            </w:r>
            <w:proofErr w:type="spellStart"/>
            <w:r w:rsidRPr="00534ECA">
              <w:rPr>
                <w:i/>
                <w:iCs/>
              </w:rPr>
              <w:t>Chủ</w:t>
            </w:r>
            <w:proofErr w:type="spellEnd"/>
            <w:r w:rsidRPr="00534ECA">
              <w:rPr>
                <w:i/>
                <w:iCs/>
              </w:rPr>
              <w:t xml:space="preserve"> </w:t>
            </w:r>
            <w:proofErr w:type="spellStart"/>
            <w:r w:rsidRPr="00534ECA">
              <w:rPr>
                <w:i/>
                <w:iCs/>
              </w:rPr>
              <w:t>tịch</w:t>
            </w:r>
            <w:proofErr w:type="spellEnd"/>
            <w:r w:rsidRPr="00534ECA">
              <w:rPr>
                <w:i/>
                <w:iCs/>
              </w:rPr>
              <w:t xml:space="preserve"> </w:t>
            </w:r>
            <w:proofErr w:type="spellStart"/>
            <w:r w:rsidRPr="00534ECA">
              <w:rPr>
                <w:i/>
                <w:iCs/>
              </w:rPr>
              <w:t>Ủy</w:t>
            </w:r>
            <w:proofErr w:type="spellEnd"/>
            <w:r w:rsidRPr="00534ECA">
              <w:rPr>
                <w:i/>
                <w:iCs/>
              </w:rPr>
              <w:t xml:space="preserve"> ban </w:t>
            </w:r>
            <w:proofErr w:type="spellStart"/>
            <w:r w:rsidRPr="00534ECA">
              <w:rPr>
                <w:i/>
                <w:iCs/>
              </w:rPr>
              <w:t>Tiêu</w:t>
            </w:r>
            <w:proofErr w:type="spellEnd"/>
            <w:r w:rsidRPr="00534ECA">
              <w:rPr>
                <w:i/>
                <w:iCs/>
              </w:rPr>
              <w:t xml:space="preserve"> </w:t>
            </w:r>
            <w:proofErr w:type="spellStart"/>
            <w:r w:rsidRPr="00534ECA">
              <w:rPr>
                <w:i/>
                <w:iCs/>
              </w:rPr>
              <w:t>chuẩn</w:t>
            </w:r>
            <w:proofErr w:type="spellEnd"/>
            <w:r w:rsidRPr="00534ECA">
              <w:rPr>
                <w:i/>
                <w:iCs/>
              </w:rPr>
              <w:t xml:space="preserve"> </w:t>
            </w:r>
            <w:proofErr w:type="spellStart"/>
            <w:r w:rsidRPr="00534ECA">
              <w:rPr>
                <w:i/>
                <w:iCs/>
              </w:rPr>
              <w:t>Đo</w:t>
            </w:r>
            <w:proofErr w:type="spellEnd"/>
            <w:r w:rsidRPr="00534ECA">
              <w:rPr>
                <w:i/>
                <w:iCs/>
              </w:rPr>
              <w:t xml:space="preserve"> </w:t>
            </w:r>
            <w:proofErr w:type="spellStart"/>
            <w:r w:rsidRPr="00534ECA">
              <w:rPr>
                <w:i/>
                <w:iCs/>
              </w:rPr>
              <w:t>lường</w:t>
            </w:r>
            <w:proofErr w:type="spellEnd"/>
            <w:r w:rsidRPr="00534ECA">
              <w:rPr>
                <w:i/>
                <w:iCs/>
              </w:rPr>
              <w:t xml:space="preserve"> </w:t>
            </w:r>
            <w:proofErr w:type="spellStart"/>
            <w:r w:rsidRPr="00534ECA">
              <w:rPr>
                <w:i/>
                <w:iCs/>
              </w:rPr>
              <w:lastRenderedPageBreak/>
              <w:t>Chất</w:t>
            </w:r>
            <w:proofErr w:type="spellEnd"/>
            <w:r w:rsidRPr="00534ECA">
              <w:rPr>
                <w:i/>
                <w:iCs/>
              </w:rPr>
              <w:t xml:space="preserve"> </w:t>
            </w:r>
            <w:proofErr w:type="spellStart"/>
            <w:r w:rsidRPr="00534ECA">
              <w:rPr>
                <w:i/>
                <w:iCs/>
              </w:rPr>
              <w:t>lượng</w:t>
            </w:r>
            <w:proofErr w:type="spellEnd"/>
            <w:r w:rsidRPr="00534ECA">
              <w:rPr>
                <w:i/>
                <w:iCs/>
              </w:rPr>
              <w:t xml:space="preserve"> Quốc </w:t>
            </w:r>
            <w:proofErr w:type="spellStart"/>
            <w:r w:rsidRPr="00534ECA">
              <w:rPr>
                <w:i/>
                <w:iCs/>
              </w:rPr>
              <w:t>gia</w:t>
            </w:r>
            <w:proofErr w:type="spellEnd"/>
            <w:r w:rsidRPr="00534ECA">
              <w:rPr>
                <w:i/>
                <w:iCs/>
              </w:rPr>
              <w:t xml:space="preserve"> </w:t>
            </w:r>
            <w:proofErr w:type="spellStart"/>
            <w:r w:rsidRPr="00534ECA">
              <w:rPr>
                <w:i/>
                <w:iCs/>
              </w:rPr>
              <w:t>và</w:t>
            </w:r>
            <w:proofErr w:type="spellEnd"/>
            <w:r w:rsidRPr="00534ECA">
              <w:rPr>
                <w:i/>
                <w:iCs/>
              </w:rPr>
              <w:t xml:space="preserve"> </w:t>
            </w:r>
            <w:proofErr w:type="spellStart"/>
            <w:r w:rsidRPr="00534ECA">
              <w:rPr>
                <w:i/>
                <w:iCs/>
              </w:rPr>
              <w:t>Vụ</w:t>
            </w:r>
            <w:proofErr w:type="spellEnd"/>
            <w:r w:rsidRPr="00534ECA">
              <w:rPr>
                <w:i/>
                <w:iCs/>
              </w:rPr>
              <w:t xml:space="preserve"> </w:t>
            </w:r>
            <w:proofErr w:type="spellStart"/>
            <w:r w:rsidRPr="00534ECA">
              <w:rPr>
                <w:i/>
                <w:iCs/>
              </w:rPr>
              <w:t>trưởng</w:t>
            </w:r>
            <w:proofErr w:type="spellEnd"/>
            <w:r w:rsidRPr="00534ECA">
              <w:rPr>
                <w:i/>
                <w:iCs/>
              </w:rPr>
              <w:t xml:space="preserve"> </w:t>
            </w:r>
            <w:proofErr w:type="spellStart"/>
            <w:r w:rsidRPr="00534ECA">
              <w:rPr>
                <w:i/>
                <w:iCs/>
              </w:rPr>
              <w:t>Vụ</w:t>
            </w:r>
            <w:proofErr w:type="spellEnd"/>
            <w:r w:rsidRPr="00534ECA">
              <w:rPr>
                <w:i/>
                <w:iCs/>
              </w:rPr>
              <w:t xml:space="preserve"> Pháp </w:t>
            </w:r>
            <w:proofErr w:type="spellStart"/>
            <w:r w:rsidRPr="00534ECA">
              <w:rPr>
                <w:i/>
                <w:iCs/>
              </w:rPr>
              <w:t>chế</w:t>
            </w:r>
            <w:proofErr w:type="spellEnd"/>
            <w:r w:rsidRPr="00534ECA">
              <w:rPr>
                <w:i/>
                <w:iCs/>
              </w:rPr>
              <w:t>”</w:t>
            </w:r>
            <w:r>
              <w:rPr>
                <w:i/>
                <w:iCs/>
              </w:rPr>
              <w:t>.</w:t>
            </w:r>
          </w:p>
          <w:p w14:paraId="2B314895" w14:textId="3AEB044A" w:rsidR="004E3598" w:rsidRPr="004E3598" w:rsidRDefault="007476F5" w:rsidP="004E359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Các </w:t>
            </w:r>
            <w:proofErr w:type="spellStart"/>
            <w:r w:rsidR="004E3598" w:rsidRPr="004E3598">
              <w:rPr>
                <w:b/>
                <w:bCs/>
              </w:rPr>
              <w:t>Sở</w:t>
            </w:r>
            <w:proofErr w:type="spellEnd"/>
            <w:r w:rsidR="004E3598" w:rsidRPr="004E3598">
              <w:rPr>
                <w:b/>
                <w:bCs/>
              </w:rPr>
              <w:t xml:space="preserve"> KHCN Cao </w:t>
            </w:r>
            <w:proofErr w:type="spellStart"/>
            <w:r w:rsidR="004E3598" w:rsidRPr="004E3598">
              <w:rPr>
                <w:b/>
                <w:bCs/>
              </w:rPr>
              <w:t>Bằng</w:t>
            </w:r>
            <w:proofErr w:type="spellEnd"/>
            <w:r>
              <w:rPr>
                <w:b/>
                <w:bCs/>
              </w:rPr>
              <w:t xml:space="preserve">, Lâm </w:t>
            </w:r>
            <w:proofErr w:type="spellStart"/>
            <w:r>
              <w:rPr>
                <w:b/>
                <w:bCs/>
              </w:rPr>
              <w:t>Đồng</w:t>
            </w:r>
            <w:proofErr w:type="spellEnd"/>
            <w:r w:rsidR="004E3598" w:rsidRPr="004E3598">
              <w:rPr>
                <w:b/>
                <w:bCs/>
              </w:rPr>
              <w:t>:</w:t>
            </w:r>
          </w:p>
          <w:p w14:paraId="4B61F4B6" w14:textId="575BAAEA" w:rsidR="004E3598" w:rsidRDefault="004E3598" w:rsidP="004E3598">
            <w:r w:rsidRPr="004E3598">
              <w:t xml:space="preserve">Viện </w:t>
            </w:r>
            <w:proofErr w:type="spellStart"/>
            <w:r w:rsidRPr="004E3598">
              <w:t>dẫn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văn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bản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là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Luật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phải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ghi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đầy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đủ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tên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văn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bản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và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số</w:t>
            </w:r>
            <w:proofErr w:type="spellEnd"/>
            <w:r w:rsidRPr="004E3598">
              <w:t xml:space="preserve">, </w:t>
            </w:r>
            <w:proofErr w:type="spellStart"/>
            <w:r w:rsidRPr="004E3598">
              <w:t>ký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hiệu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của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văn</w:t>
            </w:r>
            <w:proofErr w:type="spellEnd"/>
            <w:r>
              <w:t xml:space="preserve"> </w:t>
            </w:r>
            <w:proofErr w:type="spellStart"/>
            <w:r w:rsidRPr="004E3598">
              <w:t>bản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theo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quy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định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tại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khoản</w:t>
            </w:r>
            <w:proofErr w:type="spellEnd"/>
            <w:r w:rsidRPr="004E3598">
              <w:t xml:space="preserve"> 38 </w:t>
            </w:r>
            <w:proofErr w:type="spellStart"/>
            <w:r w:rsidRPr="004E3598">
              <w:t>Điều</w:t>
            </w:r>
            <w:proofErr w:type="spellEnd"/>
            <w:r w:rsidRPr="004E3598">
              <w:t xml:space="preserve"> 1 </w:t>
            </w:r>
            <w:proofErr w:type="spellStart"/>
            <w:r w:rsidRPr="004E3598">
              <w:t>Nghị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định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số</w:t>
            </w:r>
            <w:proofErr w:type="spellEnd"/>
            <w:r w:rsidRPr="004E3598">
              <w:t xml:space="preserve"> 187/2025/NĐ-CP: </w:t>
            </w:r>
            <w:proofErr w:type="spellStart"/>
            <w:r w:rsidRPr="004E3598">
              <w:t>đề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nghị</w:t>
            </w:r>
            <w:proofErr w:type="spellEnd"/>
            <w:r>
              <w:t xml:space="preserve"> </w:t>
            </w:r>
            <w:proofErr w:type="spellStart"/>
            <w:r w:rsidRPr="004E3598">
              <w:t>chỉnh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sửa</w:t>
            </w:r>
            <w:proofErr w:type="spellEnd"/>
            <w:r w:rsidRPr="004E3598">
              <w:t xml:space="preserve"> “</w:t>
            </w:r>
            <w:r w:rsidRPr="004E3598">
              <w:rPr>
                <w:i/>
                <w:iCs/>
              </w:rPr>
              <w:t xml:space="preserve">Căn </w:t>
            </w:r>
            <w:proofErr w:type="spellStart"/>
            <w:r w:rsidRPr="004E3598">
              <w:rPr>
                <w:i/>
                <w:iCs/>
              </w:rPr>
              <w:t>cứ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Luật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Tiêu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chuẩn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và</w:t>
            </w:r>
            <w:proofErr w:type="spellEnd"/>
            <w:r w:rsidRPr="004E3598">
              <w:rPr>
                <w:i/>
                <w:iCs/>
              </w:rPr>
              <w:t xml:space="preserve"> Quy </w:t>
            </w:r>
            <w:proofErr w:type="spellStart"/>
            <w:r w:rsidRPr="004E3598">
              <w:rPr>
                <w:i/>
                <w:iCs/>
              </w:rPr>
              <w:t>chuẩn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kỹ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thuật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số</w:t>
            </w:r>
            <w:proofErr w:type="spellEnd"/>
            <w:r w:rsidRPr="004E3598">
              <w:rPr>
                <w:i/>
                <w:iCs/>
              </w:rPr>
              <w:t xml:space="preserve"> 68/2006/QH11 </w:t>
            </w:r>
            <w:proofErr w:type="spellStart"/>
            <w:r w:rsidRPr="004E3598">
              <w:rPr>
                <w:i/>
                <w:iCs/>
              </w:rPr>
              <w:t>ngày</w:t>
            </w:r>
            <w:proofErr w:type="spellEnd"/>
            <w:r>
              <w:rPr>
                <w:i/>
                <w:iCs/>
              </w:rPr>
              <w:t xml:space="preserve"> </w:t>
            </w:r>
            <w:r w:rsidRPr="004E3598">
              <w:rPr>
                <w:i/>
                <w:iCs/>
              </w:rPr>
              <w:t xml:space="preserve">29 </w:t>
            </w:r>
            <w:proofErr w:type="spellStart"/>
            <w:r w:rsidRPr="004E3598">
              <w:rPr>
                <w:i/>
                <w:iCs/>
              </w:rPr>
              <w:t>tháng</w:t>
            </w:r>
            <w:proofErr w:type="spellEnd"/>
            <w:r w:rsidRPr="004E3598">
              <w:rPr>
                <w:i/>
                <w:iCs/>
              </w:rPr>
              <w:t xml:space="preserve"> 6 </w:t>
            </w:r>
            <w:proofErr w:type="spellStart"/>
            <w:r w:rsidRPr="004E3598">
              <w:rPr>
                <w:i/>
                <w:iCs/>
              </w:rPr>
              <w:t>năm</w:t>
            </w:r>
            <w:proofErr w:type="spellEnd"/>
            <w:r w:rsidRPr="004E3598">
              <w:rPr>
                <w:i/>
                <w:iCs/>
              </w:rPr>
              <w:t xml:space="preserve"> 2006 </w:t>
            </w:r>
            <w:proofErr w:type="spellStart"/>
            <w:r w:rsidRPr="004E3598">
              <w:rPr>
                <w:i/>
                <w:iCs/>
              </w:rPr>
              <w:t>được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sửa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đổi</w:t>
            </w:r>
            <w:proofErr w:type="spellEnd"/>
            <w:r w:rsidRPr="004E3598">
              <w:rPr>
                <w:i/>
                <w:iCs/>
              </w:rPr>
              <w:t xml:space="preserve">, </w:t>
            </w:r>
            <w:proofErr w:type="spellStart"/>
            <w:r w:rsidRPr="004E3598">
              <w:rPr>
                <w:i/>
                <w:iCs/>
              </w:rPr>
              <w:t>bổ</w:t>
            </w:r>
            <w:proofErr w:type="spellEnd"/>
            <w:r w:rsidRPr="004E3598">
              <w:rPr>
                <w:i/>
                <w:iCs/>
              </w:rPr>
              <w:t xml:space="preserve"> sung </w:t>
            </w:r>
            <w:proofErr w:type="spellStart"/>
            <w:r w:rsidRPr="004E3598">
              <w:rPr>
                <w:i/>
                <w:iCs/>
              </w:rPr>
              <w:t>bởi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Luật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số</w:t>
            </w:r>
            <w:proofErr w:type="spellEnd"/>
            <w:r w:rsidRPr="004E3598">
              <w:rPr>
                <w:i/>
                <w:iCs/>
              </w:rPr>
              <w:t xml:space="preserve"> 35/2018/QH14 </w:t>
            </w:r>
            <w:proofErr w:type="spellStart"/>
            <w:r w:rsidRPr="004E3598">
              <w:rPr>
                <w:i/>
                <w:iCs/>
              </w:rPr>
              <w:t>và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Luật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số</w:t>
            </w:r>
            <w:proofErr w:type="spellEnd"/>
            <w:r>
              <w:rPr>
                <w:i/>
                <w:iCs/>
              </w:rPr>
              <w:t xml:space="preserve"> </w:t>
            </w:r>
            <w:r w:rsidRPr="004E3598">
              <w:rPr>
                <w:i/>
                <w:iCs/>
              </w:rPr>
              <w:t>70/2025/QH15</w:t>
            </w:r>
            <w:r w:rsidRPr="004E3598">
              <w:t xml:space="preserve">”; </w:t>
            </w:r>
            <w:proofErr w:type="spellStart"/>
            <w:r w:rsidRPr="00840620">
              <w:t>thành</w:t>
            </w:r>
            <w:proofErr w:type="spellEnd"/>
            <w:r w:rsidRPr="00840620">
              <w:t xml:space="preserve"> “</w:t>
            </w:r>
            <w:r w:rsidRPr="00840620">
              <w:rPr>
                <w:i/>
                <w:iCs/>
              </w:rPr>
              <w:t xml:space="preserve">Căn </w:t>
            </w:r>
            <w:proofErr w:type="spellStart"/>
            <w:r w:rsidRPr="00840620">
              <w:rPr>
                <w:i/>
                <w:iCs/>
              </w:rPr>
              <w:t>cứ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Luật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Tiêu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chuẩn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và</w:t>
            </w:r>
            <w:proofErr w:type="spellEnd"/>
            <w:r w:rsidRPr="00840620">
              <w:rPr>
                <w:i/>
                <w:iCs/>
              </w:rPr>
              <w:t xml:space="preserve"> Quy </w:t>
            </w:r>
            <w:proofErr w:type="spellStart"/>
            <w:r w:rsidRPr="00840620">
              <w:rPr>
                <w:i/>
                <w:iCs/>
              </w:rPr>
              <w:t>chuẩn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kỹ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thuật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số</w:t>
            </w:r>
            <w:proofErr w:type="spellEnd"/>
            <w:r w:rsidRPr="00840620">
              <w:rPr>
                <w:i/>
                <w:iCs/>
              </w:rPr>
              <w:br/>
              <w:t xml:space="preserve">68/2006/QH11 </w:t>
            </w:r>
            <w:proofErr w:type="spellStart"/>
            <w:r w:rsidRPr="00840620">
              <w:rPr>
                <w:i/>
                <w:iCs/>
              </w:rPr>
              <w:t>được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sửa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đổi</w:t>
            </w:r>
            <w:proofErr w:type="spellEnd"/>
            <w:r w:rsidRPr="00840620">
              <w:rPr>
                <w:i/>
                <w:iCs/>
              </w:rPr>
              <w:t xml:space="preserve">, </w:t>
            </w:r>
            <w:proofErr w:type="spellStart"/>
            <w:r w:rsidRPr="00840620">
              <w:rPr>
                <w:i/>
                <w:iCs/>
              </w:rPr>
              <w:t>bổ</w:t>
            </w:r>
            <w:proofErr w:type="spellEnd"/>
            <w:r w:rsidRPr="00840620">
              <w:rPr>
                <w:i/>
                <w:iCs/>
              </w:rPr>
              <w:t xml:space="preserve"> sung </w:t>
            </w:r>
            <w:proofErr w:type="spellStart"/>
            <w:r w:rsidRPr="00840620">
              <w:rPr>
                <w:i/>
                <w:iCs/>
              </w:rPr>
              <w:t>bởi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Luật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số</w:t>
            </w:r>
            <w:proofErr w:type="spellEnd"/>
            <w:r w:rsidRPr="00840620">
              <w:rPr>
                <w:i/>
                <w:iCs/>
              </w:rPr>
              <w:t xml:space="preserve"> 35/2018/QH14 </w:t>
            </w:r>
            <w:proofErr w:type="spellStart"/>
            <w:r w:rsidRPr="00840620">
              <w:rPr>
                <w:i/>
                <w:iCs/>
              </w:rPr>
              <w:t>và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Luật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số</w:t>
            </w:r>
            <w:proofErr w:type="spellEnd"/>
            <w:r w:rsidRPr="00840620">
              <w:rPr>
                <w:i/>
                <w:iCs/>
              </w:rPr>
              <w:t xml:space="preserve"> 70/2025/QH15</w:t>
            </w:r>
            <w:r w:rsidRPr="00840620">
              <w:t>”;</w:t>
            </w:r>
            <w:r w:rsidRPr="00840620">
              <w:br/>
              <w:t xml:space="preserve">- </w:t>
            </w:r>
            <w:proofErr w:type="spellStart"/>
            <w:r w:rsidRPr="00840620">
              <w:t>Đề</w:t>
            </w:r>
            <w:proofErr w:type="spellEnd"/>
            <w:r w:rsidRPr="00840620">
              <w:t xml:space="preserve"> </w:t>
            </w:r>
            <w:proofErr w:type="spellStart"/>
            <w:r w:rsidRPr="00840620">
              <w:t>nghị</w:t>
            </w:r>
            <w:proofErr w:type="spellEnd"/>
            <w:r w:rsidRPr="00840620">
              <w:t xml:space="preserve"> </w:t>
            </w:r>
            <w:proofErr w:type="spellStart"/>
            <w:r w:rsidRPr="00840620">
              <w:t>chỉnh</w:t>
            </w:r>
            <w:proofErr w:type="spellEnd"/>
            <w:r w:rsidRPr="00840620">
              <w:t xml:space="preserve"> </w:t>
            </w:r>
            <w:proofErr w:type="spellStart"/>
            <w:r w:rsidRPr="00840620">
              <w:t>sửa</w:t>
            </w:r>
            <w:proofErr w:type="spellEnd"/>
            <w:r w:rsidRPr="00840620">
              <w:t xml:space="preserve"> “</w:t>
            </w:r>
            <w:r w:rsidRPr="00840620">
              <w:rPr>
                <w:i/>
                <w:iCs/>
              </w:rPr>
              <w:t xml:space="preserve">Theo </w:t>
            </w:r>
            <w:proofErr w:type="spellStart"/>
            <w:r w:rsidRPr="00840620">
              <w:rPr>
                <w:i/>
                <w:iCs/>
              </w:rPr>
              <w:t>đề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nghị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của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Ủy</w:t>
            </w:r>
            <w:proofErr w:type="spellEnd"/>
            <w:r w:rsidRPr="00840620">
              <w:rPr>
                <w:i/>
                <w:iCs/>
              </w:rPr>
              <w:t xml:space="preserve"> ban </w:t>
            </w:r>
            <w:proofErr w:type="spellStart"/>
            <w:r w:rsidRPr="00840620">
              <w:rPr>
                <w:i/>
                <w:iCs/>
              </w:rPr>
              <w:t>Tiêu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chuẩn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Đo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lường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Chất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lượng</w:t>
            </w:r>
            <w:proofErr w:type="spellEnd"/>
            <w:r w:rsidRPr="00840620">
              <w:rPr>
                <w:i/>
                <w:iCs/>
              </w:rPr>
              <w:t xml:space="preserve"> Quốc </w:t>
            </w:r>
            <w:proofErr w:type="spellStart"/>
            <w:r w:rsidRPr="00840620">
              <w:rPr>
                <w:i/>
                <w:iCs/>
              </w:rPr>
              <w:t>gia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và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Vụ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trưởng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Vụ</w:t>
            </w:r>
            <w:proofErr w:type="spellEnd"/>
            <w:r w:rsidRPr="00840620">
              <w:rPr>
                <w:i/>
                <w:iCs/>
              </w:rPr>
              <w:t xml:space="preserve"> Pháp </w:t>
            </w:r>
            <w:proofErr w:type="spellStart"/>
            <w:r w:rsidRPr="00840620">
              <w:rPr>
                <w:i/>
                <w:iCs/>
              </w:rPr>
              <w:t>chế</w:t>
            </w:r>
            <w:proofErr w:type="spellEnd"/>
            <w:r w:rsidRPr="00840620">
              <w:t xml:space="preserve">” </w:t>
            </w:r>
            <w:proofErr w:type="spellStart"/>
            <w:r w:rsidRPr="00840620">
              <w:t>thành</w:t>
            </w:r>
            <w:proofErr w:type="spellEnd"/>
            <w:r w:rsidRPr="00840620">
              <w:t xml:space="preserve"> “</w:t>
            </w:r>
            <w:r w:rsidRPr="00840620">
              <w:rPr>
                <w:i/>
                <w:iCs/>
              </w:rPr>
              <w:t xml:space="preserve">Theo </w:t>
            </w:r>
            <w:proofErr w:type="spellStart"/>
            <w:r w:rsidRPr="00840620">
              <w:rPr>
                <w:i/>
                <w:iCs/>
              </w:rPr>
              <w:t>đề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nghị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của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Chủ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tịch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Ủy</w:t>
            </w:r>
            <w:proofErr w:type="spellEnd"/>
            <w:r w:rsidRPr="00840620">
              <w:rPr>
                <w:i/>
                <w:iCs/>
              </w:rPr>
              <w:t xml:space="preserve"> ban </w:t>
            </w:r>
            <w:proofErr w:type="spellStart"/>
            <w:r w:rsidRPr="00840620">
              <w:rPr>
                <w:i/>
                <w:iCs/>
              </w:rPr>
              <w:t>Tiêu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chuẩn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Đo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lường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Chất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lượng</w:t>
            </w:r>
            <w:proofErr w:type="spellEnd"/>
            <w:r w:rsidRPr="00840620">
              <w:rPr>
                <w:i/>
                <w:iCs/>
              </w:rPr>
              <w:t xml:space="preserve"> Quốc </w:t>
            </w:r>
            <w:proofErr w:type="spellStart"/>
            <w:r w:rsidRPr="00840620">
              <w:rPr>
                <w:i/>
                <w:iCs/>
              </w:rPr>
              <w:t>gia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và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Vụ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trưởng</w:t>
            </w:r>
            <w:proofErr w:type="spellEnd"/>
            <w:r w:rsidRPr="00840620">
              <w:rPr>
                <w:i/>
                <w:iCs/>
              </w:rPr>
              <w:t xml:space="preserve"> </w:t>
            </w:r>
            <w:proofErr w:type="spellStart"/>
            <w:r w:rsidRPr="00840620">
              <w:rPr>
                <w:i/>
                <w:iCs/>
              </w:rPr>
              <w:t>Vụ</w:t>
            </w:r>
            <w:proofErr w:type="spellEnd"/>
            <w:r w:rsidRPr="00840620">
              <w:rPr>
                <w:i/>
                <w:iCs/>
              </w:rPr>
              <w:t xml:space="preserve"> Pháp </w:t>
            </w:r>
            <w:proofErr w:type="spellStart"/>
            <w:r w:rsidRPr="00840620">
              <w:rPr>
                <w:i/>
                <w:iCs/>
              </w:rPr>
              <w:t>chế</w:t>
            </w:r>
            <w:proofErr w:type="spellEnd"/>
            <w:r w:rsidRPr="00840620">
              <w:t>”;</w:t>
            </w:r>
            <w:r w:rsidRPr="00840620">
              <w:rPr>
                <w:i/>
                <w:iCs/>
              </w:rPr>
              <w:br/>
            </w:r>
            <w:r w:rsidRPr="004E3598">
              <w:rPr>
                <w:i/>
                <w:iCs/>
              </w:rPr>
              <w:t xml:space="preserve">- </w:t>
            </w:r>
            <w:proofErr w:type="spellStart"/>
            <w:r w:rsidRPr="004E3598">
              <w:t>Đề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nghị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chỉnh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sửa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thể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thức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trình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bày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văn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bản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tại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các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Điều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theo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Mẫu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số</w:t>
            </w:r>
            <w:proofErr w:type="spellEnd"/>
            <w:r w:rsidRPr="004E3598">
              <w:t xml:space="preserve"> 14.</w:t>
            </w:r>
            <w:r w:rsidR="00840620">
              <w:t xml:space="preserve"> </w:t>
            </w:r>
            <w:proofErr w:type="spellStart"/>
            <w:r w:rsidRPr="004E3598">
              <w:t>Phụ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lục</w:t>
            </w:r>
            <w:proofErr w:type="spellEnd"/>
            <w:r w:rsidRPr="004E3598">
              <w:t xml:space="preserve"> III. Thông </w:t>
            </w:r>
            <w:proofErr w:type="spellStart"/>
            <w:r w:rsidRPr="004E3598">
              <w:t>tư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của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Bộ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trưởng</w:t>
            </w:r>
            <w:proofErr w:type="spellEnd"/>
            <w:r w:rsidRPr="004E3598">
              <w:t xml:space="preserve"> (</w:t>
            </w:r>
            <w:proofErr w:type="spellStart"/>
            <w:r w:rsidRPr="004E3598">
              <w:t>quy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định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trực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tiếp</w:t>
            </w:r>
            <w:proofErr w:type="spellEnd"/>
            <w:r w:rsidRPr="004E3598">
              <w:t xml:space="preserve">) </w:t>
            </w:r>
            <w:proofErr w:type="spellStart"/>
            <w:r w:rsidRPr="004E3598">
              <w:t>tại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Nghị</w:t>
            </w:r>
            <w:proofErr w:type="spellEnd"/>
            <w:r w:rsidRPr="004E3598">
              <w:t xml:space="preserve"> </w:t>
            </w:r>
            <w:proofErr w:type="spellStart"/>
            <w:r w:rsidRPr="004E3598">
              <w:lastRenderedPageBreak/>
              <w:t>định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số</w:t>
            </w:r>
            <w:proofErr w:type="spellEnd"/>
            <w:r w:rsidR="00840620">
              <w:t xml:space="preserve"> </w:t>
            </w:r>
            <w:r w:rsidRPr="004E3598">
              <w:t xml:space="preserve">187/2025/NĐ-CP </w:t>
            </w:r>
            <w:proofErr w:type="spellStart"/>
            <w:r w:rsidRPr="004E3598">
              <w:t>như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sau</w:t>
            </w:r>
            <w:proofErr w:type="spellEnd"/>
            <w:r w:rsidRPr="004E3598">
              <w:t>:</w:t>
            </w:r>
            <w:r w:rsidRPr="004E3598">
              <w:br/>
              <w:t>“</w:t>
            </w:r>
            <w:proofErr w:type="spellStart"/>
            <w:r w:rsidRPr="004E3598">
              <w:rPr>
                <w:i/>
                <w:iCs/>
              </w:rPr>
              <w:t>Điều</w:t>
            </w:r>
            <w:proofErr w:type="spellEnd"/>
            <w:r w:rsidRPr="004E3598">
              <w:t>…. (</w:t>
            </w:r>
            <w:proofErr w:type="spellStart"/>
            <w:r w:rsidRPr="004E3598">
              <w:t>Tên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của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điều</w:t>
            </w:r>
            <w:proofErr w:type="spellEnd"/>
            <w:r w:rsidRPr="004E3598">
              <w:t>)</w:t>
            </w:r>
            <w:r w:rsidRPr="004E3598">
              <w:br/>
              <w:t>1.</w:t>
            </w:r>
            <w:r w:rsidRPr="004E3598">
              <w:br/>
            </w:r>
            <w:proofErr w:type="gramStart"/>
            <w:r w:rsidRPr="004E3598">
              <w:t>a)……..</w:t>
            </w:r>
            <w:proofErr w:type="gramEnd"/>
            <w:r w:rsidRPr="004E3598">
              <w:t>”</w:t>
            </w:r>
            <w:r w:rsidRPr="004E3598">
              <w:br/>
            </w:r>
            <w:proofErr w:type="spellStart"/>
            <w:r w:rsidRPr="004E3598">
              <w:t>Ví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dụ</w:t>
            </w:r>
            <w:proofErr w:type="spellEnd"/>
            <w:r w:rsidRPr="004E3598">
              <w:t xml:space="preserve">: </w:t>
            </w:r>
            <w:proofErr w:type="spellStart"/>
            <w:r w:rsidRPr="004E3598">
              <w:t>Tại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Điều</w:t>
            </w:r>
            <w:proofErr w:type="spellEnd"/>
            <w:r w:rsidRPr="004E3598">
              <w:t xml:space="preserve"> 1, </w:t>
            </w:r>
            <w:proofErr w:type="spellStart"/>
            <w:r w:rsidRPr="004E3598">
              <w:t>Điều</w:t>
            </w:r>
            <w:proofErr w:type="spellEnd"/>
            <w:r w:rsidRPr="004E3598">
              <w:t xml:space="preserve"> 2, </w:t>
            </w:r>
            <w:proofErr w:type="spellStart"/>
            <w:r w:rsidRPr="004E3598">
              <w:t>Điều</w:t>
            </w:r>
            <w:proofErr w:type="spellEnd"/>
            <w:r w:rsidRPr="004E3598">
              <w:t xml:space="preserve"> 3 </w:t>
            </w:r>
            <w:proofErr w:type="spellStart"/>
            <w:r w:rsidRPr="004E3598">
              <w:t>chỉnh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sửa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số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thứ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tự</w:t>
            </w:r>
            <w:proofErr w:type="spellEnd"/>
            <w:r w:rsidRPr="004E3598">
              <w:t xml:space="preserve"> </w:t>
            </w:r>
            <w:r w:rsidRPr="004E3598">
              <w:rPr>
                <w:b/>
                <w:bCs/>
              </w:rPr>
              <w:t>“</w:t>
            </w:r>
            <w:r w:rsidRPr="004E3598">
              <w:rPr>
                <w:i/>
                <w:iCs/>
              </w:rPr>
              <w:t>1.1, 1.2, 2.1, 2.2, 3.1,</w:t>
            </w:r>
            <w:r w:rsidRPr="004E3598">
              <w:rPr>
                <w:i/>
                <w:iCs/>
              </w:rPr>
              <w:br/>
              <w:t>3.2, 3.3</w:t>
            </w:r>
            <w:r w:rsidRPr="004E3598">
              <w:t xml:space="preserve">” </w:t>
            </w:r>
            <w:proofErr w:type="spellStart"/>
            <w:r w:rsidRPr="004E3598">
              <w:rPr>
                <w:b/>
                <w:bCs/>
              </w:rPr>
              <w:t>thành</w:t>
            </w:r>
            <w:proofErr w:type="spellEnd"/>
            <w:r w:rsidRPr="004E3598">
              <w:rPr>
                <w:b/>
                <w:bCs/>
              </w:rPr>
              <w:t xml:space="preserve"> “</w:t>
            </w:r>
            <w:r w:rsidRPr="004E3598">
              <w:rPr>
                <w:i/>
                <w:iCs/>
              </w:rPr>
              <w:t>1, 2, 3</w:t>
            </w:r>
            <w:r w:rsidRPr="004E3598">
              <w:t xml:space="preserve">”; </w:t>
            </w:r>
            <w:proofErr w:type="spellStart"/>
            <w:r w:rsidRPr="004E3598">
              <w:t>tại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Điều</w:t>
            </w:r>
            <w:proofErr w:type="spellEnd"/>
            <w:r w:rsidRPr="004E3598">
              <w:t xml:space="preserve"> 5 </w:t>
            </w:r>
            <w:proofErr w:type="spellStart"/>
            <w:r w:rsidRPr="004E3598">
              <w:t>chỉnh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sửa</w:t>
            </w:r>
            <w:proofErr w:type="spellEnd"/>
            <w:r w:rsidRPr="004E3598">
              <w:t xml:space="preserve"> “</w:t>
            </w:r>
            <w:r w:rsidRPr="004E3598">
              <w:rPr>
                <w:i/>
                <w:iCs/>
              </w:rPr>
              <w:t>a, b, c</w:t>
            </w:r>
            <w:r w:rsidRPr="004E3598">
              <w:t xml:space="preserve">” </w:t>
            </w:r>
            <w:proofErr w:type="spellStart"/>
            <w:r w:rsidRPr="004E3598">
              <w:rPr>
                <w:b/>
                <w:bCs/>
              </w:rPr>
              <w:t>thành</w:t>
            </w:r>
            <w:proofErr w:type="spellEnd"/>
            <w:r w:rsidRPr="004E3598">
              <w:rPr>
                <w:b/>
                <w:bCs/>
              </w:rPr>
              <w:t xml:space="preserve"> </w:t>
            </w:r>
            <w:r w:rsidRPr="004E3598">
              <w:t>“</w:t>
            </w:r>
            <w:r w:rsidRPr="004E3598">
              <w:rPr>
                <w:i/>
                <w:iCs/>
              </w:rPr>
              <w:t>1., 2., 3</w:t>
            </w:r>
            <w:r w:rsidRPr="004E3598">
              <w:rPr>
                <w:b/>
                <w:bCs/>
                <w:i/>
                <w:iCs/>
              </w:rPr>
              <w:t>.</w:t>
            </w:r>
            <w:r w:rsidRPr="004E3598">
              <w:t>”;</w:t>
            </w:r>
            <w:r w:rsidRPr="004E3598">
              <w:br/>
              <w:t xml:space="preserve">- </w:t>
            </w:r>
            <w:proofErr w:type="spellStart"/>
            <w:r w:rsidRPr="004E3598">
              <w:t>Tại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Điều</w:t>
            </w:r>
            <w:proofErr w:type="spellEnd"/>
            <w:r w:rsidRPr="004E3598">
              <w:t xml:space="preserve"> 9 </w:t>
            </w:r>
            <w:proofErr w:type="spellStart"/>
            <w:r w:rsidRPr="004E3598">
              <w:t>bỏ</w:t>
            </w:r>
            <w:proofErr w:type="spellEnd"/>
            <w:r w:rsidRPr="004E3598">
              <w:t xml:space="preserve"> </w:t>
            </w:r>
            <w:r w:rsidRPr="004E3598">
              <w:rPr>
                <w:b/>
                <w:bCs/>
              </w:rPr>
              <w:t>“</w:t>
            </w:r>
            <w:proofErr w:type="spellStart"/>
            <w:r w:rsidRPr="004E3598">
              <w:rPr>
                <w:i/>
                <w:iCs/>
              </w:rPr>
              <w:t>số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thự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tự</w:t>
            </w:r>
            <w:proofErr w:type="spellEnd"/>
            <w:r w:rsidRPr="004E3598">
              <w:rPr>
                <w:i/>
                <w:iCs/>
              </w:rPr>
              <w:t xml:space="preserve"> 1</w:t>
            </w:r>
            <w:r w:rsidRPr="004E3598">
              <w:t>”;</w:t>
            </w:r>
          </w:p>
          <w:p w14:paraId="2A68413A" w14:textId="4C2FB37E" w:rsidR="004E3598" w:rsidRDefault="004E3598" w:rsidP="006D55D4">
            <w:pPr>
              <w:jc w:val="both"/>
            </w:pPr>
          </w:p>
        </w:tc>
        <w:tc>
          <w:tcPr>
            <w:tcW w:w="3062" w:type="dxa"/>
          </w:tcPr>
          <w:p w14:paraId="6D75631F" w14:textId="77777777" w:rsidR="006D55D4" w:rsidRDefault="003F2189" w:rsidP="00CD5B19">
            <w:pPr>
              <w:spacing w:after="120" w:line="320" w:lineRule="exact"/>
              <w:jc w:val="both"/>
              <w:rPr>
                <w:szCs w:val="26"/>
              </w:rPr>
            </w:pPr>
            <w:proofErr w:type="spellStart"/>
            <w:r>
              <w:rPr>
                <w:szCs w:val="26"/>
              </w:rPr>
              <w:lastRenderedPageBreak/>
              <w:t>Tiếp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thu</w:t>
            </w:r>
            <w:proofErr w:type="spellEnd"/>
            <w:r>
              <w:rPr>
                <w:szCs w:val="26"/>
              </w:rPr>
              <w:t>:</w:t>
            </w:r>
          </w:p>
          <w:p w14:paraId="0AF9C96F" w14:textId="12B6D838" w:rsidR="003F2189" w:rsidRDefault="00CD5B19" w:rsidP="00CD5B19">
            <w:pPr>
              <w:spacing w:after="120" w:line="320" w:lineRule="exact"/>
              <w:jc w:val="both"/>
              <w:rPr>
                <w:szCs w:val="26"/>
              </w:rPr>
            </w:pPr>
            <w:r>
              <w:rPr>
                <w:szCs w:val="26"/>
              </w:rPr>
              <w:t xml:space="preserve">- </w:t>
            </w:r>
            <w:proofErr w:type="spellStart"/>
            <w:r>
              <w:rPr>
                <w:szCs w:val="26"/>
              </w:rPr>
              <w:t>Sửa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lại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căn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cứ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thành</w:t>
            </w:r>
            <w:proofErr w:type="spellEnd"/>
            <w:r>
              <w:rPr>
                <w:szCs w:val="26"/>
              </w:rPr>
              <w:t xml:space="preserve"> “</w:t>
            </w:r>
            <w:proofErr w:type="spellStart"/>
            <w:r>
              <w:rPr>
                <w:szCs w:val="26"/>
              </w:rPr>
              <w:t>Chủ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tich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Uỷ</w:t>
            </w:r>
            <w:proofErr w:type="spellEnd"/>
            <w:r>
              <w:rPr>
                <w:szCs w:val="26"/>
              </w:rPr>
              <w:t xml:space="preserve"> ban </w:t>
            </w:r>
            <w:proofErr w:type="spellStart"/>
            <w:r>
              <w:rPr>
                <w:szCs w:val="26"/>
              </w:rPr>
              <w:t>Tiêu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chuẩn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Đo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lường</w:t>
            </w:r>
            <w:proofErr w:type="spellEnd"/>
            <w:r>
              <w:rPr>
                <w:szCs w:val="26"/>
              </w:rPr>
              <w:t xml:space="preserve"> Quốc </w:t>
            </w:r>
            <w:proofErr w:type="spellStart"/>
            <w:r>
              <w:rPr>
                <w:szCs w:val="26"/>
              </w:rPr>
              <w:t>gia</w:t>
            </w:r>
            <w:proofErr w:type="spellEnd"/>
            <w:r>
              <w:rPr>
                <w:szCs w:val="26"/>
              </w:rPr>
              <w:t>”</w:t>
            </w:r>
          </w:p>
          <w:p w14:paraId="789CE17D" w14:textId="77777777" w:rsidR="00CD5B19" w:rsidRDefault="00CD5B19" w:rsidP="00CD5B19">
            <w:pPr>
              <w:spacing w:after="120" w:line="320" w:lineRule="exact"/>
              <w:jc w:val="both"/>
              <w:rPr>
                <w:szCs w:val="26"/>
              </w:rPr>
            </w:pPr>
            <w:r>
              <w:rPr>
                <w:szCs w:val="26"/>
              </w:rPr>
              <w:t xml:space="preserve">- </w:t>
            </w:r>
            <w:proofErr w:type="spellStart"/>
            <w:r>
              <w:rPr>
                <w:szCs w:val="26"/>
              </w:rPr>
              <w:t>Bổ</w:t>
            </w:r>
            <w:proofErr w:type="spellEnd"/>
            <w:r>
              <w:rPr>
                <w:szCs w:val="26"/>
              </w:rPr>
              <w:t xml:space="preserve"> sung </w:t>
            </w:r>
            <w:bookmarkStart w:id="2" w:name="_Hlk214951371"/>
            <w:proofErr w:type="spellStart"/>
            <w:r>
              <w:rPr>
                <w:szCs w:val="26"/>
              </w:rPr>
              <w:t>Luật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Điều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ước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quốc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tế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số</w:t>
            </w:r>
            <w:proofErr w:type="spellEnd"/>
            <w:r>
              <w:rPr>
                <w:szCs w:val="26"/>
              </w:rPr>
              <w:t xml:space="preserve"> 108/2016/QH13</w:t>
            </w:r>
            <w:bookmarkEnd w:id="2"/>
          </w:p>
          <w:p w14:paraId="7C9B1B65" w14:textId="79D08D60" w:rsidR="00EA533F" w:rsidRPr="001A6D8A" w:rsidRDefault="00EA533F" w:rsidP="00CD5B19">
            <w:pPr>
              <w:spacing w:after="120" w:line="320" w:lineRule="exact"/>
              <w:jc w:val="both"/>
              <w:rPr>
                <w:szCs w:val="26"/>
              </w:rPr>
            </w:pPr>
            <w:r>
              <w:rPr>
                <w:szCs w:val="26"/>
              </w:rPr>
              <w:t xml:space="preserve">- </w:t>
            </w:r>
            <w:proofErr w:type="spellStart"/>
            <w:r>
              <w:rPr>
                <w:szCs w:val="26"/>
              </w:rPr>
              <w:t>Sửa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đổi</w:t>
            </w:r>
            <w:proofErr w:type="spellEnd"/>
            <w:r>
              <w:rPr>
                <w:szCs w:val="26"/>
              </w:rPr>
              <w:t xml:space="preserve">, </w:t>
            </w:r>
            <w:proofErr w:type="spellStart"/>
            <w:r>
              <w:rPr>
                <w:szCs w:val="26"/>
              </w:rPr>
              <w:t>hoàn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thiện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lại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đánh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số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các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điều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khoản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của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dự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thảo</w:t>
            </w:r>
            <w:proofErr w:type="spellEnd"/>
            <w:r>
              <w:rPr>
                <w:szCs w:val="26"/>
              </w:rPr>
              <w:t xml:space="preserve"> Thông </w:t>
            </w:r>
            <w:proofErr w:type="spellStart"/>
            <w:r>
              <w:rPr>
                <w:szCs w:val="26"/>
              </w:rPr>
              <w:t>tư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theo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lastRenderedPageBreak/>
              <w:t>đúng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quy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định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tại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 w:rsidRPr="00EA533F">
              <w:rPr>
                <w:szCs w:val="26"/>
              </w:rPr>
              <w:t>Nghị</w:t>
            </w:r>
            <w:proofErr w:type="spellEnd"/>
            <w:r w:rsidRPr="00EA533F">
              <w:rPr>
                <w:szCs w:val="26"/>
              </w:rPr>
              <w:t xml:space="preserve"> </w:t>
            </w:r>
            <w:proofErr w:type="spellStart"/>
            <w:r w:rsidRPr="00EA533F">
              <w:rPr>
                <w:szCs w:val="26"/>
              </w:rPr>
              <w:t>định</w:t>
            </w:r>
            <w:proofErr w:type="spellEnd"/>
            <w:r w:rsidRPr="00EA533F">
              <w:rPr>
                <w:szCs w:val="26"/>
              </w:rPr>
              <w:t xml:space="preserve"> </w:t>
            </w:r>
            <w:proofErr w:type="spellStart"/>
            <w:r w:rsidRPr="00EA533F">
              <w:rPr>
                <w:szCs w:val="26"/>
              </w:rPr>
              <w:t>số</w:t>
            </w:r>
            <w:proofErr w:type="spellEnd"/>
            <w:r w:rsidRPr="00EA533F">
              <w:rPr>
                <w:szCs w:val="26"/>
              </w:rPr>
              <w:t xml:space="preserve"> 187/2025/NĐ-CP</w:t>
            </w:r>
            <w:r>
              <w:rPr>
                <w:szCs w:val="26"/>
              </w:rPr>
              <w:t>.</w:t>
            </w:r>
          </w:p>
        </w:tc>
      </w:tr>
      <w:tr w:rsidR="006D55D4" w14:paraId="2D242AA7" w14:textId="77777777" w:rsidTr="00E84277">
        <w:tc>
          <w:tcPr>
            <w:tcW w:w="1098" w:type="dxa"/>
          </w:tcPr>
          <w:p w14:paraId="32C85482" w14:textId="77777777" w:rsidR="006D55D4" w:rsidRDefault="006D55D4" w:rsidP="006D55D4">
            <w:pPr>
              <w:jc w:val="both"/>
            </w:pPr>
            <w:proofErr w:type="spellStart"/>
            <w:r>
              <w:lastRenderedPageBreak/>
              <w:t>Điều</w:t>
            </w:r>
            <w:proofErr w:type="spellEnd"/>
            <w:r>
              <w:t xml:space="preserve"> 1</w:t>
            </w:r>
          </w:p>
        </w:tc>
        <w:tc>
          <w:tcPr>
            <w:tcW w:w="5113" w:type="dxa"/>
          </w:tcPr>
          <w:p w14:paraId="0119DD46" w14:textId="77777777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1. Phạm vi </w:t>
            </w:r>
            <w:proofErr w:type="spellStart"/>
            <w:r>
              <w:t>điều</w:t>
            </w:r>
            <w:proofErr w:type="spellEnd"/>
            <w:r>
              <w:t xml:space="preserve"> </w:t>
            </w:r>
            <w:proofErr w:type="spellStart"/>
            <w:r>
              <w:t>chỉnh</w:t>
            </w:r>
            <w:proofErr w:type="spellEnd"/>
            <w:r>
              <w:t xml:space="preserve"> Thông </w:t>
            </w:r>
            <w:proofErr w:type="spellStart"/>
            <w:r>
              <w:t>tư</w:t>
            </w:r>
            <w:proofErr w:type="spellEnd"/>
            <w:r>
              <w:t xml:space="preserve"> </w:t>
            </w:r>
            <w:proofErr w:type="spellStart"/>
            <w:r>
              <w:t>hướng</w:t>
            </w:r>
            <w:proofErr w:type="spellEnd"/>
            <w:r>
              <w:t xml:space="preserve"> </w:t>
            </w:r>
            <w:proofErr w:type="spellStart"/>
            <w:r>
              <w:t>dẫn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đối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>:</w:t>
            </w:r>
          </w:p>
          <w:p w14:paraId="584A6706" w14:textId="77777777" w:rsidR="006D55D4" w:rsidRDefault="006D55D4" w:rsidP="006D55D4">
            <w:pPr>
              <w:jc w:val="both"/>
            </w:pPr>
            <w:r>
              <w:t xml:space="preserve">1.1. Các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lẫn</w:t>
            </w:r>
            <w:proofErr w:type="spellEnd"/>
            <w:r>
              <w:t xml:space="preserve"> </w:t>
            </w:r>
            <w:proofErr w:type="spellStart"/>
            <w:r>
              <w:t>nhau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(</w:t>
            </w:r>
            <w:proofErr w:type="spellStart"/>
            <w:r>
              <w:t>sau</w:t>
            </w:r>
            <w:proofErr w:type="spellEnd"/>
            <w:r>
              <w:t xml:space="preserve"> </w:t>
            </w:r>
            <w:proofErr w:type="spellStart"/>
            <w:r>
              <w:t>đây</w:t>
            </w:r>
            <w:proofErr w:type="spellEnd"/>
            <w:r>
              <w:t xml:space="preserve"> </w:t>
            </w:r>
            <w:proofErr w:type="spellStart"/>
            <w:r>
              <w:t>viết</w:t>
            </w:r>
            <w:proofErr w:type="spellEnd"/>
            <w:r>
              <w:t xml:space="preserve"> </w:t>
            </w:r>
            <w:proofErr w:type="spellStart"/>
            <w:r>
              <w:t>tắt</w:t>
            </w:r>
            <w:proofErr w:type="spellEnd"/>
            <w:r>
              <w:t xml:space="preserve"> </w:t>
            </w:r>
            <w:proofErr w:type="spellStart"/>
            <w:r>
              <w:t>là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) </w:t>
            </w:r>
            <w:proofErr w:type="spellStart"/>
            <w:r>
              <w:t>giữa</w:t>
            </w:r>
            <w:proofErr w:type="spellEnd"/>
            <w:r>
              <w:t xml:space="preserve"> Việt Nam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một</w:t>
            </w:r>
            <w:proofErr w:type="spellEnd"/>
            <w:r>
              <w:t xml:space="preserve"> 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nhiều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 xml:space="preserve">, </w:t>
            </w:r>
            <w:proofErr w:type="spellStart"/>
            <w:r>
              <w:t>vùng</w:t>
            </w:r>
            <w:proofErr w:type="spellEnd"/>
            <w:r>
              <w:t xml:space="preserve"> </w:t>
            </w:r>
            <w:proofErr w:type="spellStart"/>
            <w:r>
              <w:t>lãnh</w:t>
            </w:r>
            <w:proofErr w:type="spellEnd"/>
            <w:r>
              <w:t xml:space="preserve"> </w:t>
            </w:r>
            <w:proofErr w:type="spellStart"/>
            <w:r>
              <w:t>thổ</w:t>
            </w:r>
            <w:proofErr w:type="spellEnd"/>
            <w:r>
              <w:t xml:space="preserve"> </w:t>
            </w:r>
            <w:proofErr w:type="spellStart"/>
            <w:r>
              <w:t>trên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sở</w:t>
            </w:r>
            <w:proofErr w:type="spellEnd"/>
            <w:r>
              <w:t xml:space="preserve">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pháp</w:t>
            </w:r>
            <w:proofErr w:type="spellEnd"/>
            <w:r>
              <w:t xml:space="preserve"> </w:t>
            </w:r>
            <w:proofErr w:type="spellStart"/>
            <w:r>
              <w:t>luật</w:t>
            </w:r>
            <w:proofErr w:type="spellEnd"/>
            <w:r>
              <w:t xml:space="preserve"> </w:t>
            </w:r>
            <w:proofErr w:type="spellStart"/>
            <w:r>
              <w:t>về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điều</w:t>
            </w:r>
            <w:proofErr w:type="spellEnd"/>
            <w:r>
              <w:t xml:space="preserve"> </w:t>
            </w:r>
            <w:proofErr w:type="spellStart"/>
            <w:r>
              <w:t>ước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>.</w:t>
            </w:r>
          </w:p>
          <w:p w14:paraId="72ECA638" w14:textId="395F2B8C" w:rsidR="006D55D4" w:rsidRDefault="006D55D4" w:rsidP="006D55D4">
            <w:pPr>
              <w:jc w:val="both"/>
            </w:pPr>
            <w:r>
              <w:t xml:space="preserve">1.2. Các </w:t>
            </w:r>
            <w:proofErr w:type="spellStart"/>
            <w:r>
              <w:t>Thỏa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lẫn</w:t>
            </w:r>
            <w:proofErr w:type="spellEnd"/>
            <w:r>
              <w:t xml:space="preserve"> </w:t>
            </w:r>
            <w:proofErr w:type="spellStart"/>
            <w:r>
              <w:t>nhau</w:t>
            </w:r>
            <w:proofErr w:type="spellEnd"/>
            <w:r>
              <w:t xml:space="preserve">,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đơn</w:t>
            </w:r>
            <w:proofErr w:type="spellEnd"/>
            <w:r>
              <w:t xml:space="preserve"> </w:t>
            </w:r>
            <w:proofErr w:type="spellStart"/>
            <w:r>
              <w:t>phương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giữa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Việt Nam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, </w:t>
            </w:r>
            <w:proofErr w:type="spellStart"/>
            <w:r>
              <w:lastRenderedPageBreak/>
              <w:t>khu</w:t>
            </w:r>
            <w:proofErr w:type="spellEnd"/>
            <w:r>
              <w:t xml:space="preserve"> </w:t>
            </w:r>
            <w:proofErr w:type="spellStart"/>
            <w:r>
              <w:t>vực</w:t>
            </w:r>
            <w:proofErr w:type="spellEnd"/>
            <w:r>
              <w:t xml:space="preserve">,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 xml:space="preserve">, </w:t>
            </w:r>
            <w:proofErr w:type="spellStart"/>
            <w:r>
              <w:t>vùng</w:t>
            </w:r>
            <w:proofErr w:type="spellEnd"/>
            <w:r>
              <w:t xml:space="preserve"> </w:t>
            </w:r>
            <w:proofErr w:type="spellStart"/>
            <w:r>
              <w:t>lãnh</w:t>
            </w:r>
            <w:proofErr w:type="spellEnd"/>
            <w:r>
              <w:t xml:space="preserve"> </w:t>
            </w:r>
            <w:proofErr w:type="spellStart"/>
            <w:r>
              <w:t>thổ</w:t>
            </w:r>
            <w:proofErr w:type="spellEnd"/>
            <w:r>
              <w:t xml:space="preserve"> (</w:t>
            </w:r>
            <w:proofErr w:type="spellStart"/>
            <w:r>
              <w:t>sau</w:t>
            </w:r>
            <w:proofErr w:type="spellEnd"/>
            <w:r>
              <w:t xml:space="preserve"> </w:t>
            </w:r>
            <w:proofErr w:type="spellStart"/>
            <w:r>
              <w:t>đây</w:t>
            </w:r>
            <w:proofErr w:type="spellEnd"/>
            <w:r>
              <w:t xml:space="preserve"> </w:t>
            </w:r>
            <w:proofErr w:type="spellStart"/>
            <w:r>
              <w:t>viết</w:t>
            </w:r>
            <w:proofErr w:type="spellEnd"/>
            <w:r>
              <w:t xml:space="preserve"> </w:t>
            </w:r>
            <w:proofErr w:type="spellStart"/>
            <w:r>
              <w:t>tắt</w:t>
            </w:r>
            <w:proofErr w:type="spellEnd"/>
            <w:r>
              <w:t xml:space="preserve"> </w:t>
            </w:r>
            <w:proofErr w:type="spellStart"/>
            <w:r>
              <w:t>là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ngoài</w:t>
            </w:r>
            <w:proofErr w:type="spellEnd"/>
            <w:r>
              <w:t xml:space="preserve">)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,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trên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sở</w:t>
            </w:r>
            <w:proofErr w:type="spellEnd"/>
            <w:r>
              <w:t xml:space="preserve"> </w:t>
            </w:r>
            <w:proofErr w:type="spellStart"/>
            <w:r>
              <w:t>pháp</w:t>
            </w:r>
            <w:proofErr w:type="spellEnd"/>
            <w:r>
              <w:t xml:space="preserve"> </w:t>
            </w:r>
            <w:proofErr w:type="spellStart"/>
            <w:r>
              <w:t>luật</w:t>
            </w:r>
            <w:proofErr w:type="spellEnd"/>
            <w:r>
              <w:t xml:space="preserve"> Việt Nam,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điều</w:t>
            </w:r>
            <w:proofErr w:type="spellEnd"/>
            <w:r>
              <w:t xml:space="preserve"> </w:t>
            </w:r>
            <w:proofErr w:type="spellStart"/>
            <w:r>
              <w:t>ước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 </w:t>
            </w:r>
            <w:proofErr w:type="spellStart"/>
            <w:r>
              <w:t>mà</w:t>
            </w:r>
            <w:proofErr w:type="spellEnd"/>
            <w:r>
              <w:t xml:space="preserve"> Việt Nam </w:t>
            </w:r>
            <w:proofErr w:type="spellStart"/>
            <w:r>
              <w:t>là</w:t>
            </w:r>
            <w:proofErr w:type="spellEnd"/>
            <w:r>
              <w:t xml:space="preserve"> </w:t>
            </w:r>
            <w:proofErr w:type="spellStart"/>
            <w:r>
              <w:t>thành</w:t>
            </w:r>
            <w:proofErr w:type="spellEnd"/>
            <w:r>
              <w:t xml:space="preserve"> </w:t>
            </w:r>
            <w:proofErr w:type="spellStart"/>
            <w:r>
              <w:t>viên</w:t>
            </w:r>
            <w:proofErr w:type="spellEnd"/>
            <w:r>
              <w:t xml:space="preserve">, </w:t>
            </w:r>
            <w:proofErr w:type="spellStart"/>
            <w:r>
              <w:t>thông</w:t>
            </w:r>
            <w:proofErr w:type="spellEnd"/>
            <w:r>
              <w:t xml:space="preserve"> </w:t>
            </w:r>
            <w:proofErr w:type="spellStart"/>
            <w:r>
              <w:t>lệ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>.</w:t>
            </w:r>
          </w:p>
        </w:tc>
        <w:tc>
          <w:tcPr>
            <w:tcW w:w="5220" w:type="dxa"/>
          </w:tcPr>
          <w:p w14:paraId="4CCBDB33" w14:textId="1E7E48E5" w:rsidR="006D55D4" w:rsidRDefault="006D55D4" w:rsidP="006D55D4">
            <w:pPr>
              <w:jc w:val="both"/>
            </w:pPr>
          </w:p>
        </w:tc>
        <w:tc>
          <w:tcPr>
            <w:tcW w:w="3062" w:type="dxa"/>
          </w:tcPr>
          <w:p w14:paraId="43A507AC" w14:textId="466CFD15" w:rsidR="006D55D4" w:rsidRPr="001A6D8A" w:rsidRDefault="006D55D4" w:rsidP="006D55D4">
            <w:pPr>
              <w:jc w:val="both"/>
              <w:rPr>
                <w:szCs w:val="26"/>
              </w:rPr>
            </w:pPr>
          </w:p>
        </w:tc>
      </w:tr>
      <w:tr w:rsidR="006D55D4" w14:paraId="1E8797DA" w14:textId="77777777" w:rsidTr="00E84277">
        <w:tc>
          <w:tcPr>
            <w:tcW w:w="1098" w:type="dxa"/>
          </w:tcPr>
          <w:p w14:paraId="5F8501FD" w14:textId="77777777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2</w:t>
            </w:r>
          </w:p>
        </w:tc>
        <w:tc>
          <w:tcPr>
            <w:tcW w:w="5113" w:type="dxa"/>
          </w:tcPr>
          <w:p w14:paraId="317AAAD6" w14:textId="13165B0D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2. </w:t>
            </w:r>
            <w:proofErr w:type="spellStart"/>
            <w:r>
              <w:t>Đối</w:t>
            </w:r>
            <w:proofErr w:type="spellEnd"/>
            <w:r>
              <w:t xml:space="preserve"> </w:t>
            </w:r>
            <w:proofErr w:type="spellStart"/>
            <w:r>
              <w:t>tượng</w:t>
            </w:r>
            <w:proofErr w:type="spellEnd"/>
            <w:r>
              <w:t xml:space="preserve"> </w:t>
            </w:r>
            <w:proofErr w:type="spellStart"/>
            <w:r>
              <w:t>áp</w:t>
            </w:r>
            <w:proofErr w:type="spellEnd"/>
            <w:r>
              <w:t xml:space="preserve"> </w:t>
            </w:r>
            <w:proofErr w:type="spellStart"/>
            <w:r>
              <w:t>dụng</w:t>
            </w:r>
            <w:proofErr w:type="spellEnd"/>
            <w:r>
              <w:br/>
              <w:t xml:space="preserve">Thông </w:t>
            </w:r>
            <w:proofErr w:type="spellStart"/>
            <w:r>
              <w:t>tư</w:t>
            </w:r>
            <w:proofErr w:type="spellEnd"/>
            <w:r>
              <w:t xml:space="preserve"> </w:t>
            </w:r>
            <w:proofErr w:type="spellStart"/>
            <w:r>
              <w:t>này</w:t>
            </w:r>
            <w:proofErr w:type="spellEnd"/>
            <w:r>
              <w:t xml:space="preserve"> </w:t>
            </w:r>
            <w:proofErr w:type="spellStart"/>
            <w:r>
              <w:t>áp</w:t>
            </w:r>
            <w:proofErr w:type="spellEnd"/>
            <w:r>
              <w:t xml:space="preserve"> </w:t>
            </w:r>
            <w:proofErr w:type="spellStart"/>
            <w:r>
              <w:t>dụng</w:t>
            </w:r>
            <w:proofErr w:type="spellEnd"/>
            <w:r>
              <w:t xml:space="preserve"> </w:t>
            </w:r>
            <w:proofErr w:type="spellStart"/>
            <w:r>
              <w:t>đối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>:</w:t>
            </w:r>
            <w:r>
              <w:br/>
              <w:t xml:space="preserve">2.1. Các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nhà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thẩm</w:t>
            </w:r>
            <w:proofErr w:type="spellEnd"/>
            <w:r>
              <w:t xml:space="preserve"> </w:t>
            </w:r>
            <w:proofErr w:type="spellStart"/>
            <w:r>
              <w:t>quyền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Việt Nam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đến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lẫn</w:t>
            </w:r>
            <w:proofErr w:type="spellEnd"/>
            <w:r>
              <w:t xml:space="preserve"> </w:t>
            </w:r>
            <w:proofErr w:type="spellStart"/>
            <w:r>
              <w:t>nhau</w:t>
            </w:r>
            <w:proofErr w:type="spellEnd"/>
            <w:r>
              <w:t xml:space="preserve">,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đơn</w:t>
            </w:r>
            <w:proofErr w:type="spellEnd"/>
            <w:r>
              <w:t xml:space="preserve"> </w:t>
            </w:r>
            <w:proofErr w:type="spellStart"/>
            <w:r>
              <w:t>phương</w:t>
            </w:r>
            <w:proofErr w:type="spellEnd"/>
            <w:r>
              <w:t>.</w:t>
            </w:r>
            <w:r>
              <w:br/>
              <w:t xml:space="preserve">2.2. Các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nhà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Việt Nam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đến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lẫn</w:t>
            </w:r>
            <w:proofErr w:type="spellEnd"/>
            <w:r>
              <w:t xml:space="preserve"> </w:t>
            </w:r>
            <w:proofErr w:type="spellStart"/>
            <w:r>
              <w:t>nhau</w:t>
            </w:r>
            <w:proofErr w:type="spellEnd"/>
            <w:r>
              <w:t xml:space="preserve">,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đơn</w:t>
            </w:r>
            <w:proofErr w:type="spellEnd"/>
            <w:r>
              <w:t xml:space="preserve"> </w:t>
            </w:r>
            <w:proofErr w:type="spellStart"/>
            <w:r>
              <w:t>phương</w:t>
            </w:r>
            <w:proofErr w:type="spellEnd"/>
            <w:r>
              <w:t>.</w:t>
            </w:r>
          </w:p>
        </w:tc>
        <w:tc>
          <w:tcPr>
            <w:tcW w:w="5220" w:type="dxa"/>
          </w:tcPr>
          <w:p w14:paraId="37B5D833" w14:textId="77777777" w:rsidR="006D55D4" w:rsidRDefault="006D55D4" w:rsidP="006D55D4"/>
          <w:p w14:paraId="49F8B1B4" w14:textId="6DBF2A91" w:rsidR="007E1EB0" w:rsidRDefault="007E1EB0" w:rsidP="006D55D4"/>
        </w:tc>
        <w:tc>
          <w:tcPr>
            <w:tcW w:w="3062" w:type="dxa"/>
          </w:tcPr>
          <w:p w14:paraId="64C617B0" w14:textId="5E35F787" w:rsidR="006D55D4" w:rsidRPr="001A6D8A" w:rsidRDefault="006D55D4" w:rsidP="006D55D4">
            <w:pPr>
              <w:jc w:val="both"/>
              <w:rPr>
                <w:szCs w:val="26"/>
              </w:rPr>
            </w:pPr>
          </w:p>
        </w:tc>
      </w:tr>
      <w:tr w:rsidR="006D55D4" w14:paraId="714046CE" w14:textId="77777777" w:rsidTr="00E84277">
        <w:tc>
          <w:tcPr>
            <w:tcW w:w="1098" w:type="dxa"/>
          </w:tcPr>
          <w:p w14:paraId="52D942A9" w14:textId="77777777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3</w:t>
            </w:r>
          </w:p>
        </w:tc>
        <w:tc>
          <w:tcPr>
            <w:tcW w:w="5113" w:type="dxa"/>
          </w:tcPr>
          <w:p w14:paraId="7D47CCDA" w14:textId="5BAFB63F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3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Luật</w:t>
            </w:r>
            <w:proofErr w:type="spellEnd"/>
            <w:r>
              <w:t xml:space="preserve"> </w:t>
            </w:r>
            <w:proofErr w:type="spellStart"/>
            <w:r>
              <w:t>Sửa</w:t>
            </w:r>
            <w:proofErr w:type="spellEnd"/>
            <w:r>
              <w:t xml:space="preserve"> </w:t>
            </w:r>
            <w:proofErr w:type="spellStart"/>
            <w:r>
              <w:t>đổi</w:t>
            </w:r>
            <w:proofErr w:type="spellEnd"/>
            <w:r>
              <w:t xml:space="preserve"> </w:t>
            </w:r>
            <w:proofErr w:type="spellStart"/>
            <w:r>
              <w:t>bổ</w:t>
            </w:r>
            <w:proofErr w:type="spellEnd"/>
            <w:r>
              <w:t xml:space="preserve"> sung </w:t>
            </w:r>
            <w:proofErr w:type="spellStart"/>
            <w:r>
              <w:t>một</w:t>
            </w:r>
            <w:proofErr w:type="spellEnd"/>
            <w:r>
              <w:t xml:space="preserve"> </w:t>
            </w:r>
            <w:proofErr w:type="spellStart"/>
            <w:r>
              <w:t>số</w:t>
            </w:r>
            <w:proofErr w:type="spellEnd"/>
            <w:r>
              <w:t xml:space="preserve"> </w:t>
            </w:r>
            <w:proofErr w:type="spellStart"/>
            <w:r>
              <w:t>điều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Luật</w:t>
            </w:r>
            <w:proofErr w:type="spellEnd"/>
            <w:r>
              <w:t xml:space="preserve">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Quy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 xml:space="preserve"> (</w:t>
            </w:r>
            <w:proofErr w:type="spellStart"/>
            <w:r>
              <w:t>sau</w:t>
            </w:r>
            <w:proofErr w:type="spellEnd"/>
            <w:r>
              <w:t xml:space="preserve"> </w:t>
            </w:r>
            <w:proofErr w:type="spellStart"/>
            <w:r>
              <w:t>đây</w:t>
            </w:r>
            <w:proofErr w:type="spellEnd"/>
            <w:r>
              <w:t xml:space="preserve"> </w:t>
            </w:r>
            <w:proofErr w:type="spellStart"/>
            <w:r>
              <w:t>viết</w:t>
            </w:r>
            <w:proofErr w:type="spellEnd"/>
            <w:r>
              <w:t xml:space="preserve"> </w:t>
            </w:r>
            <w:proofErr w:type="spellStart"/>
            <w:r>
              <w:t>tắt</w:t>
            </w:r>
            <w:proofErr w:type="spellEnd"/>
            <w:r>
              <w:t xml:space="preserve"> </w:t>
            </w:r>
            <w:proofErr w:type="spellStart"/>
            <w:r>
              <w:t>là</w:t>
            </w:r>
            <w:proofErr w:type="spellEnd"/>
            <w:r>
              <w:t xml:space="preserve"> </w:t>
            </w:r>
            <w:proofErr w:type="spellStart"/>
            <w:r>
              <w:t>là</w:t>
            </w:r>
            <w:proofErr w:type="spellEnd"/>
            <w:r>
              <w:t xml:space="preserve"> </w:t>
            </w:r>
            <w:proofErr w:type="spellStart"/>
            <w:r>
              <w:t>Luật</w:t>
            </w:r>
            <w:proofErr w:type="spellEnd"/>
            <w:r>
              <w:t xml:space="preserve">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Quy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>).</w:t>
            </w:r>
            <w:r>
              <w:br/>
              <w:t>3.2. 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> </w:t>
            </w:r>
            <w:proofErr w:type="spellStart"/>
            <w:r>
              <w:t>là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hoạt</w:t>
            </w:r>
            <w:proofErr w:type="spellEnd"/>
            <w:r>
              <w:t xml:space="preserve"> </w:t>
            </w:r>
            <w:proofErr w:type="spellStart"/>
            <w:r>
              <w:t>động</w:t>
            </w:r>
            <w:proofErr w:type="spellEnd"/>
            <w:r>
              <w:t xml:space="preserve"> </w:t>
            </w:r>
            <w:proofErr w:type="spellStart"/>
            <w:r>
              <w:t>thử</w:t>
            </w:r>
            <w:proofErr w:type="spellEnd"/>
            <w:r>
              <w:t xml:space="preserve"> </w:t>
            </w:r>
            <w:proofErr w:type="spellStart"/>
            <w:r>
              <w:t>nghiệm</w:t>
            </w:r>
            <w:proofErr w:type="spellEnd"/>
            <w:r>
              <w:t xml:space="preserve">; </w:t>
            </w:r>
            <w:proofErr w:type="spellStart"/>
            <w:r>
              <w:t>giám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; </w:t>
            </w:r>
            <w:proofErr w:type="spellStart"/>
            <w:r>
              <w:t>xác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trị</w:t>
            </w:r>
            <w:proofErr w:type="spellEnd"/>
            <w:r>
              <w:t xml:space="preserve"> </w:t>
            </w:r>
            <w:proofErr w:type="spellStart"/>
            <w:r>
              <w:t>sử</w:t>
            </w:r>
            <w:proofErr w:type="spellEnd"/>
            <w:r>
              <w:t xml:space="preserve"> </w:t>
            </w:r>
            <w:proofErr w:type="spellStart"/>
            <w:r>
              <w:t>dụng</w:t>
            </w:r>
            <w:proofErr w:type="spellEnd"/>
            <w:r>
              <w:t xml:space="preserve">, </w:t>
            </w:r>
            <w:proofErr w:type="spellStart"/>
            <w:r>
              <w:t>kiểm</w:t>
            </w:r>
            <w:proofErr w:type="spellEnd"/>
            <w:r>
              <w:t xml:space="preserve"> </w:t>
            </w:r>
            <w:proofErr w:type="spellStart"/>
            <w:r>
              <w:t>tra</w:t>
            </w:r>
            <w:proofErr w:type="spellEnd"/>
            <w:r>
              <w:t xml:space="preserve"> </w:t>
            </w:r>
            <w:proofErr w:type="spellStart"/>
            <w:r>
              <w:t>xác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; </w:t>
            </w:r>
            <w:proofErr w:type="spellStart"/>
            <w:r>
              <w:t>chứng</w:t>
            </w:r>
            <w:proofErr w:type="spellEnd"/>
            <w:r>
              <w:t xml:space="preserve"> </w:t>
            </w:r>
            <w:proofErr w:type="spellStart"/>
            <w:r>
              <w:lastRenderedPageBreak/>
              <w:t>nhận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; </w:t>
            </w:r>
            <w:proofErr w:type="spellStart"/>
            <w:r>
              <w:t>chứng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quy</w:t>
            </w:r>
            <w:proofErr w:type="spellEnd"/>
            <w:r>
              <w:t xml:space="preserve">;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hoạt</w:t>
            </w:r>
            <w:proofErr w:type="spellEnd"/>
            <w:r>
              <w:t xml:space="preserve"> </w:t>
            </w:r>
            <w:proofErr w:type="spellStart"/>
            <w:r>
              <w:t>động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sử</w:t>
            </w:r>
            <w:proofErr w:type="spellEnd"/>
            <w:r>
              <w:t xml:space="preserve"> </w:t>
            </w:r>
            <w:proofErr w:type="spellStart"/>
            <w:r>
              <w:t>dụng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 xml:space="preserve"> </w:t>
            </w:r>
            <w:proofErr w:type="spellStart"/>
            <w:r>
              <w:t>ngữ</w:t>
            </w:r>
            <w:proofErr w:type="spellEnd"/>
            <w:r>
              <w:t xml:space="preserve"> </w:t>
            </w:r>
            <w:proofErr w:type="spellStart"/>
            <w:r>
              <w:t>khác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luật</w:t>
            </w:r>
            <w:proofErr w:type="spellEnd"/>
            <w:r>
              <w:t xml:space="preserve"> </w:t>
            </w:r>
            <w:proofErr w:type="spellStart"/>
            <w:r>
              <w:t>chuyên</w:t>
            </w:r>
            <w:proofErr w:type="spellEnd"/>
            <w:r>
              <w:t xml:space="preserve"> </w:t>
            </w:r>
            <w:proofErr w:type="spellStart"/>
            <w:r>
              <w:t>ngành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>.</w:t>
            </w:r>
            <w:r>
              <w:br/>
              <w:t xml:space="preserve">3.3.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đơn</w:t>
            </w:r>
            <w:proofErr w:type="spellEnd"/>
            <w:r>
              <w:t xml:space="preserve"> </w:t>
            </w:r>
            <w:proofErr w:type="spellStart"/>
            <w:r>
              <w:t>phương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là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,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Việt Nam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chấp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,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ngoài</w:t>
            </w:r>
            <w:proofErr w:type="spellEnd"/>
            <w:r>
              <w:t xml:space="preserve">, </w:t>
            </w:r>
            <w:proofErr w:type="spellStart"/>
            <w:r>
              <w:t>không</w:t>
            </w:r>
            <w:proofErr w:type="spellEnd"/>
            <w:r>
              <w:t xml:space="preserve"> </w:t>
            </w:r>
            <w:proofErr w:type="spellStart"/>
            <w:r>
              <w:t>căn</w:t>
            </w:r>
            <w:proofErr w:type="spellEnd"/>
            <w:r>
              <w:t xml:space="preserve"> </w:t>
            </w:r>
            <w:proofErr w:type="spellStart"/>
            <w:r>
              <w:t>cứ</w:t>
            </w:r>
            <w:proofErr w:type="spellEnd"/>
            <w:r>
              <w:t xml:space="preserve"> </w:t>
            </w:r>
            <w:proofErr w:type="spellStart"/>
            <w:r>
              <w:t>vào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thỏa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lẫn</w:t>
            </w:r>
            <w:proofErr w:type="spellEnd"/>
            <w:r>
              <w:t xml:space="preserve"> </w:t>
            </w:r>
            <w:proofErr w:type="spellStart"/>
            <w:r>
              <w:t>nhau</w:t>
            </w:r>
            <w:proofErr w:type="spellEnd"/>
            <w:r>
              <w:t>.</w:t>
            </w:r>
          </w:p>
        </w:tc>
        <w:tc>
          <w:tcPr>
            <w:tcW w:w="5220" w:type="dxa"/>
          </w:tcPr>
          <w:p w14:paraId="624B3FFB" w14:textId="77777777" w:rsidR="006D55D4" w:rsidRPr="0016526B" w:rsidRDefault="0016526B" w:rsidP="006D55D4">
            <w:pPr>
              <w:rPr>
                <w:b/>
                <w:bCs/>
              </w:rPr>
            </w:pPr>
            <w:proofErr w:type="spellStart"/>
            <w:r w:rsidRPr="0016526B">
              <w:rPr>
                <w:b/>
                <w:bCs/>
              </w:rPr>
              <w:lastRenderedPageBreak/>
              <w:t>Sở</w:t>
            </w:r>
            <w:proofErr w:type="spellEnd"/>
            <w:r w:rsidRPr="0016526B">
              <w:rPr>
                <w:b/>
                <w:bCs/>
              </w:rPr>
              <w:t xml:space="preserve"> KHCN Bắc Ninh:</w:t>
            </w:r>
          </w:p>
          <w:p w14:paraId="7DA5F208" w14:textId="0CB8554F" w:rsidR="0016526B" w:rsidRDefault="0016526B" w:rsidP="00A430BB">
            <w:pPr>
              <w:spacing w:before="120" w:after="120" w:line="320" w:lineRule="exact"/>
              <w:jc w:val="both"/>
            </w:pPr>
            <w:r>
              <w:t xml:space="preserve">- </w:t>
            </w:r>
            <w:proofErr w:type="spellStart"/>
            <w:r>
              <w:t>Tại</w:t>
            </w:r>
            <w:proofErr w:type="spellEnd"/>
            <w:r w:rsidR="00A430BB">
              <w:t xml:space="preserve"> </w:t>
            </w:r>
            <w:proofErr w:type="spellStart"/>
            <w:r w:rsidR="00A430BB">
              <w:t>các</w:t>
            </w:r>
            <w:proofErr w:type="spellEnd"/>
            <w:r>
              <w:t xml:space="preserve"> </w:t>
            </w:r>
            <w:proofErr w:type="spellStart"/>
            <w:r>
              <w:t>Đ</w:t>
            </w:r>
            <w:r w:rsidR="00A430BB">
              <w:t>iều</w:t>
            </w:r>
            <w:proofErr w:type="spellEnd"/>
            <w:r>
              <w:t xml:space="preserve"> 1, </w:t>
            </w:r>
            <w:proofErr w:type="spellStart"/>
            <w:r>
              <w:t>Điều</w:t>
            </w:r>
            <w:proofErr w:type="spellEnd"/>
            <w:r>
              <w:t xml:space="preserve"> 2, </w:t>
            </w:r>
            <w:proofErr w:type="spellStart"/>
            <w:r>
              <w:t>Điều</w:t>
            </w:r>
            <w:proofErr w:type="spellEnd"/>
            <w:r>
              <w:t xml:space="preserve"> 3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nghị</w:t>
            </w:r>
            <w:proofErr w:type="spellEnd"/>
            <w:r>
              <w:t xml:space="preserve"> </w:t>
            </w:r>
            <w:proofErr w:type="spellStart"/>
            <w:r>
              <w:t>sửa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tiểu</w:t>
            </w:r>
            <w:proofErr w:type="spellEnd"/>
            <w:r>
              <w:t xml:space="preserve"> </w:t>
            </w:r>
            <w:proofErr w:type="spellStart"/>
            <w:r>
              <w:t>mục</w:t>
            </w:r>
            <w:proofErr w:type="spellEnd"/>
            <w:r>
              <w:t xml:space="preserve"> 1.1; 1.2; 2.1; 2.2; 3.1;</w:t>
            </w:r>
            <w:r w:rsidR="00A430BB">
              <w:t xml:space="preserve"> </w:t>
            </w:r>
            <w:r>
              <w:t xml:space="preserve">3.2; 3.3 </w:t>
            </w:r>
            <w:proofErr w:type="spellStart"/>
            <w:r>
              <w:t>thành</w:t>
            </w:r>
            <w:proofErr w:type="spellEnd"/>
            <w:r>
              <w:t xml:space="preserve"> </w:t>
            </w:r>
            <w:proofErr w:type="spellStart"/>
            <w:r>
              <w:t>Khoản</w:t>
            </w:r>
            <w:proofErr w:type="spellEnd"/>
            <w:r>
              <w:t xml:space="preserve"> 1, </w:t>
            </w:r>
            <w:proofErr w:type="spellStart"/>
            <w:r>
              <w:t>Khoản</w:t>
            </w:r>
            <w:proofErr w:type="spellEnd"/>
            <w:r>
              <w:t xml:space="preserve"> 2, </w:t>
            </w:r>
            <w:proofErr w:type="spellStart"/>
            <w:r>
              <w:t>Khoản</w:t>
            </w:r>
            <w:proofErr w:type="spellEnd"/>
            <w:r>
              <w:t xml:space="preserve"> 3… </w:t>
            </w:r>
            <w:proofErr w:type="spellStart"/>
            <w:r>
              <w:t>để</w:t>
            </w:r>
            <w:proofErr w:type="spellEnd"/>
            <w:r>
              <w:t xml:space="preserve"> </w:t>
            </w:r>
            <w:proofErr w:type="spellStart"/>
            <w:r>
              <w:t>đảm</w:t>
            </w:r>
            <w:proofErr w:type="spellEnd"/>
            <w:r>
              <w:t xml:space="preserve"> </w:t>
            </w:r>
            <w:proofErr w:type="spellStart"/>
            <w:r>
              <w:t>bảo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 xml:space="preserve"> </w:t>
            </w:r>
            <w:proofErr w:type="spellStart"/>
            <w:r>
              <w:t>lập</w:t>
            </w:r>
            <w:proofErr w:type="spellEnd"/>
            <w:r>
              <w:t xml:space="preserve"> </w:t>
            </w:r>
            <w:proofErr w:type="spellStart"/>
            <w:r>
              <w:t>quy</w:t>
            </w:r>
            <w:proofErr w:type="spellEnd"/>
            <w:r>
              <w:t>.</w:t>
            </w:r>
          </w:p>
          <w:p w14:paraId="3D21E3A2" w14:textId="7B4C4589" w:rsidR="0016526B" w:rsidRDefault="0016526B" w:rsidP="00A430BB">
            <w:pPr>
              <w:spacing w:before="120" w:after="120" w:line="320" w:lineRule="exact"/>
              <w:jc w:val="both"/>
            </w:pPr>
            <w:r>
              <w:t xml:space="preserve">- </w:t>
            </w:r>
            <w:proofErr w:type="spellStart"/>
            <w:r>
              <w:t>Tại</w:t>
            </w:r>
            <w:proofErr w:type="spellEnd"/>
            <w:r>
              <w:t xml:space="preserve"> </w:t>
            </w:r>
            <w:proofErr w:type="spellStart"/>
            <w:r>
              <w:t>Điều</w:t>
            </w:r>
            <w:proofErr w:type="spellEnd"/>
            <w:r>
              <w:t xml:space="preserve"> 3 </w:t>
            </w:r>
            <w:proofErr w:type="spellStart"/>
            <w:r>
              <w:t>đ</w:t>
            </w:r>
            <w:r w:rsidR="00A430BB">
              <w:t>ề</w:t>
            </w:r>
            <w:proofErr w:type="spellEnd"/>
            <w:r>
              <w:t xml:space="preserve"> </w:t>
            </w:r>
            <w:proofErr w:type="spellStart"/>
            <w:r>
              <w:t>nghị</w:t>
            </w:r>
            <w:proofErr w:type="spellEnd"/>
            <w:r>
              <w:t xml:space="preserve"> </w:t>
            </w:r>
            <w:proofErr w:type="spellStart"/>
            <w:r>
              <w:t>bỏ</w:t>
            </w:r>
            <w:proofErr w:type="spellEnd"/>
            <w:r>
              <w:t xml:space="preserve"> </w:t>
            </w:r>
            <w:proofErr w:type="spellStart"/>
            <w:r>
              <w:t>mục</w:t>
            </w:r>
            <w:proofErr w:type="spellEnd"/>
            <w:r>
              <w:t xml:space="preserve"> 3.1.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lastRenderedPageBreak/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… </w:t>
            </w:r>
            <w:proofErr w:type="spellStart"/>
            <w:r>
              <w:t>vì</w:t>
            </w:r>
            <w:proofErr w:type="spellEnd"/>
            <w:r>
              <w:t xml:space="preserve"> </w:t>
            </w:r>
            <w:proofErr w:type="spellStart"/>
            <w:r>
              <w:t>cụm</w:t>
            </w:r>
            <w:proofErr w:type="spellEnd"/>
            <w:r>
              <w:t xml:space="preserve"> </w:t>
            </w:r>
            <w:proofErr w:type="spellStart"/>
            <w:r>
              <w:t>từ</w:t>
            </w:r>
            <w:proofErr w:type="spellEnd"/>
            <w:r w:rsidR="00A430BB">
              <w:t xml:space="preserve"> </w:t>
            </w:r>
            <w:proofErr w:type="spellStart"/>
            <w:r>
              <w:t>này</w:t>
            </w:r>
            <w:proofErr w:type="spellEnd"/>
            <w:r>
              <w:t xml:space="preserve"> </w:t>
            </w:r>
            <w:proofErr w:type="spellStart"/>
            <w:r>
              <w:t>đã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giải</w:t>
            </w:r>
            <w:proofErr w:type="spellEnd"/>
            <w:r>
              <w:t xml:space="preserve"> </w:t>
            </w:r>
            <w:proofErr w:type="spellStart"/>
            <w:r>
              <w:t>thích</w:t>
            </w:r>
            <w:proofErr w:type="spellEnd"/>
            <w:r>
              <w:t xml:space="preserve"> </w:t>
            </w:r>
            <w:proofErr w:type="spellStart"/>
            <w:r>
              <w:t>tại</w:t>
            </w:r>
            <w:proofErr w:type="spellEnd"/>
            <w:r>
              <w:t xml:space="preserve"> </w:t>
            </w:r>
            <w:proofErr w:type="spellStart"/>
            <w:r>
              <w:t>Khoản</w:t>
            </w:r>
            <w:proofErr w:type="spellEnd"/>
            <w:r>
              <w:t xml:space="preserve"> 14, </w:t>
            </w:r>
            <w:proofErr w:type="spellStart"/>
            <w:r>
              <w:t>Điều</w:t>
            </w:r>
            <w:proofErr w:type="spellEnd"/>
            <w:r>
              <w:t xml:space="preserve"> 3 </w:t>
            </w:r>
            <w:proofErr w:type="spellStart"/>
            <w:r>
              <w:t>Luật</w:t>
            </w:r>
            <w:proofErr w:type="spellEnd"/>
            <w:r>
              <w:t xml:space="preserve"> </w:t>
            </w:r>
            <w:proofErr w:type="spellStart"/>
            <w:r>
              <w:t>Sửa</w:t>
            </w:r>
            <w:proofErr w:type="spellEnd"/>
            <w:r>
              <w:t xml:space="preserve"> </w:t>
            </w:r>
            <w:proofErr w:type="spellStart"/>
            <w:r>
              <w:t>đổi</w:t>
            </w:r>
            <w:proofErr w:type="spellEnd"/>
            <w:r>
              <w:t xml:space="preserve"> </w:t>
            </w:r>
            <w:proofErr w:type="spellStart"/>
            <w:r>
              <w:t>bổ</w:t>
            </w:r>
            <w:proofErr w:type="spellEnd"/>
            <w:r>
              <w:t xml:space="preserve"> sung </w:t>
            </w:r>
            <w:proofErr w:type="spellStart"/>
            <w:r>
              <w:t>một</w:t>
            </w:r>
            <w:proofErr w:type="spellEnd"/>
            <w:r>
              <w:t xml:space="preserve"> </w:t>
            </w:r>
            <w:proofErr w:type="spellStart"/>
            <w:r>
              <w:t>số</w:t>
            </w:r>
            <w:proofErr w:type="spellEnd"/>
            <w:r>
              <w:t xml:space="preserve"> </w:t>
            </w:r>
            <w:proofErr w:type="spellStart"/>
            <w:r>
              <w:t>điều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 w:rsidR="00A430BB">
              <w:t xml:space="preserve"> </w:t>
            </w:r>
            <w:proofErr w:type="spellStart"/>
            <w:r>
              <w:t>Luật</w:t>
            </w:r>
            <w:proofErr w:type="spellEnd"/>
            <w:r>
              <w:t xml:space="preserve">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Quy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 xml:space="preserve"> </w:t>
            </w:r>
            <w:proofErr w:type="spellStart"/>
            <w:r>
              <w:t>năm</w:t>
            </w:r>
            <w:proofErr w:type="spellEnd"/>
            <w:r>
              <w:t xml:space="preserve"> 2025</w:t>
            </w:r>
          </w:p>
          <w:p w14:paraId="591DCF6C" w14:textId="77777777" w:rsidR="00A90BF5" w:rsidRDefault="00A90BF5" w:rsidP="004E3598">
            <w:pPr>
              <w:spacing w:before="120" w:after="120" w:line="240" w:lineRule="exact"/>
            </w:pPr>
          </w:p>
          <w:p w14:paraId="5CEED054" w14:textId="77777777" w:rsidR="00A90BF5" w:rsidRPr="00A90BF5" w:rsidRDefault="00A90BF5" w:rsidP="004E3598">
            <w:pPr>
              <w:spacing w:before="120" w:after="120" w:line="240" w:lineRule="exact"/>
              <w:rPr>
                <w:b/>
                <w:bCs/>
              </w:rPr>
            </w:pPr>
            <w:proofErr w:type="spellStart"/>
            <w:r w:rsidRPr="00A90BF5">
              <w:rPr>
                <w:b/>
                <w:bCs/>
              </w:rPr>
              <w:t>Sở</w:t>
            </w:r>
            <w:proofErr w:type="spellEnd"/>
            <w:r w:rsidRPr="00A90BF5">
              <w:rPr>
                <w:b/>
                <w:bCs/>
              </w:rPr>
              <w:t xml:space="preserve"> KHCN </w:t>
            </w:r>
            <w:proofErr w:type="spellStart"/>
            <w:r w:rsidRPr="00A90BF5">
              <w:rPr>
                <w:b/>
                <w:bCs/>
              </w:rPr>
              <w:t>Tuyên</w:t>
            </w:r>
            <w:proofErr w:type="spellEnd"/>
            <w:r w:rsidRPr="00A90BF5">
              <w:rPr>
                <w:b/>
                <w:bCs/>
              </w:rPr>
              <w:t xml:space="preserve"> Quang:</w:t>
            </w:r>
          </w:p>
          <w:p w14:paraId="468AC287" w14:textId="3CECD476" w:rsidR="00A90BF5" w:rsidRDefault="00A90BF5" w:rsidP="00704594">
            <w:pPr>
              <w:spacing w:before="120" w:after="120" w:line="360" w:lineRule="exact"/>
              <w:jc w:val="both"/>
            </w:pPr>
            <w:proofErr w:type="spellStart"/>
            <w:r w:rsidRPr="00A90BF5">
              <w:t>Tại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Điều</w:t>
            </w:r>
            <w:proofErr w:type="spellEnd"/>
            <w:r w:rsidRPr="00A90BF5">
              <w:t xml:space="preserve"> 3 </w:t>
            </w:r>
            <w:proofErr w:type="spellStart"/>
            <w:r w:rsidRPr="00A90BF5">
              <w:t>đề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nghị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bổ</w:t>
            </w:r>
            <w:proofErr w:type="spellEnd"/>
            <w:r w:rsidRPr="00A90BF5">
              <w:t xml:space="preserve"> sung </w:t>
            </w:r>
            <w:proofErr w:type="spellStart"/>
            <w:r w:rsidRPr="00A90BF5">
              <w:t>về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giải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thích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từ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ngữ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cho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từ</w:t>
            </w:r>
            <w:proofErr w:type="spellEnd"/>
            <w:r w:rsidRPr="00A90BF5">
              <w:t xml:space="preserve"> MRA “MRA </w:t>
            </w:r>
            <w:proofErr w:type="spellStart"/>
            <w:r w:rsidRPr="00A90BF5">
              <w:t>đánh</w:t>
            </w:r>
            <w:proofErr w:type="spellEnd"/>
            <w:r>
              <w:t xml:space="preserve"> </w:t>
            </w:r>
            <w:proofErr w:type="spellStart"/>
            <w:r w:rsidRPr="00A90BF5">
              <w:t>giá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sự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phù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hợp</w:t>
            </w:r>
            <w:proofErr w:type="spellEnd"/>
            <w:r w:rsidRPr="00A90BF5">
              <w:t xml:space="preserve"> (</w:t>
            </w:r>
            <w:proofErr w:type="spellStart"/>
            <w:r w:rsidRPr="00A90BF5">
              <w:t>Thỏa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thuận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thừa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nhận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lẫn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nhau</w:t>
            </w:r>
            <w:proofErr w:type="spellEnd"/>
            <w:r w:rsidRPr="00A90BF5">
              <w:t xml:space="preserve">) </w:t>
            </w:r>
            <w:proofErr w:type="spellStart"/>
            <w:r w:rsidRPr="00A90BF5">
              <w:t>là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một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thỏa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thuận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quốc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tế</w:t>
            </w:r>
            <w:proofErr w:type="spellEnd"/>
            <w:r w:rsidRPr="00A90BF5">
              <w:t xml:space="preserve">, </w:t>
            </w:r>
            <w:proofErr w:type="spellStart"/>
            <w:r w:rsidRPr="00A90BF5">
              <w:t>nơi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một</w:t>
            </w:r>
            <w:proofErr w:type="spellEnd"/>
            <w:r>
              <w:t xml:space="preserve"> </w:t>
            </w:r>
            <w:proofErr w:type="spellStart"/>
            <w:r w:rsidRPr="00A90BF5">
              <w:t>quốc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gia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thừa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nhận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các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kết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quả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đánh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giá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sự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phù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hợp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của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một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quốc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gia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khác</w:t>
            </w:r>
            <w:proofErr w:type="spellEnd"/>
            <w:r w:rsidRPr="00A90BF5">
              <w:t xml:space="preserve">, </w:t>
            </w:r>
            <w:proofErr w:type="spellStart"/>
            <w:r w:rsidRPr="00A90BF5">
              <w:t>giúp</w:t>
            </w:r>
            <w:proofErr w:type="spellEnd"/>
            <w:r>
              <w:t xml:space="preserve"> </w:t>
            </w:r>
            <w:proofErr w:type="spellStart"/>
            <w:r w:rsidRPr="00A90BF5">
              <w:t>giảm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bớt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các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rào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cản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thương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mại</w:t>
            </w:r>
            <w:proofErr w:type="spellEnd"/>
            <w:r w:rsidRPr="00A90BF5">
              <w:t xml:space="preserve">. MRA </w:t>
            </w:r>
            <w:proofErr w:type="spellStart"/>
            <w:r w:rsidRPr="00A90BF5">
              <w:t>có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thể</w:t>
            </w:r>
            <w:proofErr w:type="spellEnd"/>
            <w:r w:rsidRPr="00A90BF5">
              <w:t xml:space="preserve"> bao </w:t>
            </w:r>
            <w:proofErr w:type="spellStart"/>
            <w:r w:rsidRPr="00A90BF5">
              <w:t>gồm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các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hoạt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động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như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lấy</w:t>
            </w:r>
            <w:proofErr w:type="spellEnd"/>
            <w:r>
              <w:t xml:space="preserve"> </w:t>
            </w:r>
            <w:proofErr w:type="spellStart"/>
            <w:r w:rsidRPr="00A90BF5">
              <w:t>mẫu</w:t>
            </w:r>
            <w:proofErr w:type="spellEnd"/>
            <w:r w:rsidRPr="00A90BF5">
              <w:t xml:space="preserve">, </w:t>
            </w:r>
            <w:proofErr w:type="spellStart"/>
            <w:r w:rsidRPr="00A90BF5">
              <w:t>thử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nghiệm</w:t>
            </w:r>
            <w:proofErr w:type="spellEnd"/>
            <w:r w:rsidRPr="00A90BF5">
              <w:t xml:space="preserve">, </w:t>
            </w:r>
            <w:proofErr w:type="spellStart"/>
            <w:r w:rsidRPr="00A90BF5">
              <w:t>giám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định</w:t>
            </w:r>
            <w:proofErr w:type="spellEnd"/>
            <w:r w:rsidRPr="00A90BF5">
              <w:t xml:space="preserve">, </w:t>
            </w:r>
            <w:proofErr w:type="spellStart"/>
            <w:r w:rsidRPr="00A90BF5">
              <w:t>chứng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nhận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hợp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chuẩn</w:t>
            </w:r>
            <w:proofErr w:type="spellEnd"/>
            <w:r w:rsidRPr="00A90BF5">
              <w:t>/</w:t>
            </w:r>
            <w:proofErr w:type="spellStart"/>
            <w:r w:rsidRPr="00A90BF5">
              <w:t>hợp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quy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và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đánh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giá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hệ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thống</w:t>
            </w:r>
            <w:proofErr w:type="spellEnd"/>
            <w:r>
              <w:t xml:space="preserve"> </w:t>
            </w:r>
            <w:proofErr w:type="spellStart"/>
            <w:r w:rsidRPr="00A90BF5">
              <w:t>quản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lý</w:t>
            </w:r>
            <w:proofErr w:type="spellEnd"/>
            <w:r w:rsidRPr="00A90BF5">
              <w:t>”.</w:t>
            </w:r>
          </w:p>
        </w:tc>
        <w:tc>
          <w:tcPr>
            <w:tcW w:w="3062" w:type="dxa"/>
          </w:tcPr>
          <w:p w14:paraId="16143A3E" w14:textId="77777777" w:rsidR="006D55D4" w:rsidRDefault="00704594" w:rsidP="00704594">
            <w:pPr>
              <w:spacing w:before="120" w:after="120" w:line="320" w:lineRule="exact"/>
              <w:jc w:val="both"/>
              <w:rPr>
                <w:szCs w:val="26"/>
              </w:rPr>
            </w:pPr>
            <w:proofErr w:type="spellStart"/>
            <w:r>
              <w:rPr>
                <w:szCs w:val="26"/>
              </w:rPr>
              <w:lastRenderedPageBreak/>
              <w:t>Tiếp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thu</w:t>
            </w:r>
            <w:proofErr w:type="spellEnd"/>
            <w:r>
              <w:rPr>
                <w:szCs w:val="26"/>
              </w:rPr>
              <w:t>:</w:t>
            </w:r>
          </w:p>
          <w:p w14:paraId="337EFFB4" w14:textId="26B666AA" w:rsidR="00704594" w:rsidRDefault="00704594" w:rsidP="00704594">
            <w:pPr>
              <w:spacing w:before="120" w:after="120" w:line="320" w:lineRule="exact"/>
              <w:rPr>
                <w:szCs w:val="26"/>
              </w:rPr>
            </w:pPr>
            <w:r>
              <w:rPr>
                <w:szCs w:val="26"/>
              </w:rPr>
              <w:t xml:space="preserve">- </w:t>
            </w:r>
            <w:proofErr w:type="spellStart"/>
            <w:r>
              <w:rPr>
                <w:szCs w:val="26"/>
              </w:rPr>
              <w:t>Đánh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lại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số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điều</w:t>
            </w:r>
            <w:proofErr w:type="spellEnd"/>
            <w:r>
              <w:rPr>
                <w:szCs w:val="26"/>
              </w:rPr>
              <w:t xml:space="preserve">, </w:t>
            </w:r>
            <w:proofErr w:type="spellStart"/>
            <w:r>
              <w:rPr>
                <w:szCs w:val="26"/>
              </w:rPr>
              <w:t>khoản</w:t>
            </w:r>
            <w:proofErr w:type="spellEnd"/>
            <w:r>
              <w:rPr>
                <w:szCs w:val="26"/>
              </w:rPr>
              <w:t xml:space="preserve">, </w:t>
            </w:r>
            <w:proofErr w:type="spellStart"/>
            <w:r>
              <w:rPr>
                <w:szCs w:val="26"/>
              </w:rPr>
              <w:t>tiểu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mục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theo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đúng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quy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định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tại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 w:rsidRPr="00704594">
              <w:rPr>
                <w:szCs w:val="26"/>
              </w:rPr>
              <w:t>Nghị</w:t>
            </w:r>
            <w:proofErr w:type="spellEnd"/>
            <w:r w:rsidRPr="00704594">
              <w:rPr>
                <w:szCs w:val="26"/>
              </w:rPr>
              <w:t xml:space="preserve"> </w:t>
            </w:r>
            <w:proofErr w:type="spellStart"/>
            <w:r w:rsidRPr="00704594">
              <w:rPr>
                <w:szCs w:val="26"/>
              </w:rPr>
              <w:t>định</w:t>
            </w:r>
            <w:proofErr w:type="spellEnd"/>
            <w:r w:rsidRPr="00704594">
              <w:rPr>
                <w:szCs w:val="26"/>
              </w:rPr>
              <w:t xml:space="preserve"> </w:t>
            </w:r>
            <w:proofErr w:type="spellStart"/>
            <w:r w:rsidRPr="00704594">
              <w:rPr>
                <w:szCs w:val="26"/>
              </w:rPr>
              <w:t>số</w:t>
            </w:r>
            <w:proofErr w:type="spellEnd"/>
            <w:r w:rsidRPr="00704594">
              <w:rPr>
                <w:szCs w:val="26"/>
              </w:rPr>
              <w:t xml:space="preserve"> 187/2025/NĐ-CP.</w:t>
            </w:r>
          </w:p>
          <w:p w14:paraId="54558E48" w14:textId="2A6A41C3" w:rsidR="00704594" w:rsidRPr="001A6D8A" w:rsidRDefault="00704594" w:rsidP="00704594">
            <w:pPr>
              <w:spacing w:before="120" w:after="120" w:line="320" w:lineRule="exact"/>
              <w:jc w:val="both"/>
              <w:rPr>
                <w:szCs w:val="26"/>
              </w:rPr>
            </w:pPr>
            <w:r>
              <w:rPr>
                <w:szCs w:val="26"/>
              </w:rPr>
              <w:t xml:space="preserve">- Phạm vi </w:t>
            </w:r>
            <w:proofErr w:type="spellStart"/>
            <w:r>
              <w:rPr>
                <w:szCs w:val="26"/>
              </w:rPr>
              <w:t>điều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chỉnh</w:t>
            </w:r>
            <w:proofErr w:type="spellEnd"/>
            <w:r w:rsidR="007E1EB0">
              <w:rPr>
                <w:szCs w:val="26"/>
              </w:rPr>
              <w:t xml:space="preserve"> </w:t>
            </w:r>
            <w:proofErr w:type="spellStart"/>
            <w:r w:rsidR="007E1EB0">
              <w:rPr>
                <w:szCs w:val="26"/>
              </w:rPr>
              <w:t>của</w:t>
            </w:r>
            <w:proofErr w:type="spellEnd"/>
            <w:r w:rsidR="007E1EB0">
              <w:rPr>
                <w:szCs w:val="26"/>
              </w:rPr>
              <w:t xml:space="preserve"> </w:t>
            </w:r>
            <w:r w:rsidR="007E1EB0">
              <w:rPr>
                <w:szCs w:val="26"/>
              </w:rPr>
              <w:lastRenderedPageBreak/>
              <w:t xml:space="preserve">Thông </w:t>
            </w:r>
            <w:proofErr w:type="spellStart"/>
            <w:r w:rsidR="007E1EB0">
              <w:rPr>
                <w:szCs w:val="26"/>
              </w:rPr>
              <w:t>tư</w:t>
            </w:r>
            <w:proofErr w:type="spellEnd"/>
            <w:r w:rsidR="007E1EB0">
              <w:rPr>
                <w:szCs w:val="26"/>
              </w:rPr>
              <w:t xml:space="preserve"> </w:t>
            </w:r>
            <w:proofErr w:type="spellStart"/>
            <w:r w:rsidR="007E1EB0">
              <w:rPr>
                <w:szCs w:val="26"/>
              </w:rPr>
              <w:t>là</w:t>
            </w:r>
            <w:proofErr w:type="spellEnd"/>
            <w:r w:rsidR="007E1EB0">
              <w:rPr>
                <w:szCs w:val="26"/>
              </w:rPr>
              <w:t xml:space="preserve"> </w:t>
            </w:r>
            <w:proofErr w:type="spellStart"/>
            <w:r w:rsidR="007E1EB0">
              <w:rPr>
                <w:szCs w:val="26"/>
              </w:rPr>
              <w:t>hoạt</w:t>
            </w:r>
            <w:proofErr w:type="spellEnd"/>
            <w:r w:rsidR="007E1EB0">
              <w:rPr>
                <w:szCs w:val="26"/>
              </w:rPr>
              <w:t xml:space="preserve"> </w:t>
            </w:r>
            <w:proofErr w:type="spellStart"/>
            <w:r w:rsidR="007E1EB0">
              <w:rPr>
                <w:szCs w:val="26"/>
              </w:rPr>
              <w:t>động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ký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kết</w:t>
            </w:r>
            <w:proofErr w:type="spellEnd"/>
            <w:r w:rsidR="007E1EB0" w:rsidRPr="007E1EB0">
              <w:rPr>
                <w:szCs w:val="26"/>
              </w:rPr>
              <w:t xml:space="preserve">, </w:t>
            </w:r>
            <w:proofErr w:type="spellStart"/>
            <w:r w:rsidR="007E1EB0" w:rsidRPr="007E1EB0">
              <w:rPr>
                <w:szCs w:val="26"/>
              </w:rPr>
              <w:t>thực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hiện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các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hiệp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định</w:t>
            </w:r>
            <w:proofErr w:type="spellEnd"/>
            <w:r w:rsidR="007E1EB0" w:rsidRPr="007E1EB0">
              <w:rPr>
                <w:szCs w:val="26"/>
              </w:rPr>
              <w:t xml:space="preserve">, </w:t>
            </w:r>
            <w:proofErr w:type="spellStart"/>
            <w:r w:rsidR="007E1EB0" w:rsidRPr="007E1EB0">
              <w:rPr>
                <w:szCs w:val="26"/>
              </w:rPr>
              <w:t>thỏa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thuận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thừa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nhận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lẫn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nhau</w:t>
            </w:r>
            <w:proofErr w:type="spellEnd"/>
            <w:r w:rsidR="007E1EB0" w:rsidRPr="007E1EB0">
              <w:rPr>
                <w:szCs w:val="26"/>
              </w:rPr>
              <w:t xml:space="preserve">, </w:t>
            </w:r>
            <w:proofErr w:type="spellStart"/>
            <w:r w:rsidR="007E1EB0" w:rsidRPr="007E1EB0">
              <w:rPr>
                <w:szCs w:val="26"/>
              </w:rPr>
              <w:t>thừa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nhận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đơn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phương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kết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quả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đánh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giá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sự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phù</w:t>
            </w:r>
            <w:proofErr w:type="spellEnd"/>
            <w:r w:rsidR="007E1EB0" w:rsidRPr="007E1EB0">
              <w:rPr>
                <w:szCs w:val="26"/>
              </w:rPr>
              <w:t xml:space="preserve"> </w:t>
            </w:r>
            <w:proofErr w:type="spellStart"/>
            <w:r w:rsidR="007E1EB0" w:rsidRPr="007E1EB0">
              <w:rPr>
                <w:szCs w:val="26"/>
              </w:rPr>
              <w:t>hợp</w:t>
            </w:r>
            <w:proofErr w:type="spellEnd"/>
            <w:r w:rsidR="007E1EB0">
              <w:rPr>
                <w:szCs w:val="26"/>
              </w:rPr>
              <w:t xml:space="preserve">. </w:t>
            </w:r>
            <w:proofErr w:type="spellStart"/>
            <w:r w:rsidR="007E1EB0">
              <w:rPr>
                <w:szCs w:val="26"/>
              </w:rPr>
              <w:t>Vì</w:t>
            </w:r>
            <w:proofErr w:type="spellEnd"/>
            <w:r w:rsidR="007E1EB0">
              <w:rPr>
                <w:szCs w:val="26"/>
              </w:rPr>
              <w:t xml:space="preserve"> </w:t>
            </w:r>
            <w:proofErr w:type="spellStart"/>
            <w:r w:rsidR="007E1EB0">
              <w:rPr>
                <w:szCs w:val="26"/>
              </w:rPr>
              <w:t>vậy</w:t>
            </w:r>
            <w:proofErr w:type="spellEnd"/>
            <w:r w:rsidR="007E1EB0">
              <w:rPr>
                <w:szCs w:val="26"/>
              </w:rPr>
              <w:t xml:space="preserve">, </w:t>
            </w:r>
            <w:proofErr w:type="spellStart"/>
            <w:r w:rsidR="007E1EB0">
              <w:rPr>
                <w:szCs w:val="26"/>
              </w:rPr>
              <w:t>giải</w:t>
            </w:r>
            <w:proofErr w:type="spellEnd"/>
            <w:r w:rsidR="007E1EB0">
              <w:rPr>
                <w:szCs w:val="26"/>
              </w:rPr>
              <w:t xml:space="preserve"> </w:t>
            </w:r>
            <w:proofErr w:type="spellStart"/>
            <w:r w:rsidR="007E1EB0">
              <w:rPr>
                <w:szCs w:val="26"/>
              </w:rPr>
              <w:t>thích</w:t>
            </w:r>
            <w:proofErr w:type="spellEnd"/>
            <w:r w:rsidR="007E1EB0">
              <w:rPr>
                <w:szCs w:val="26"/>
              </w:rPr>
              <w:t xml:space="preserve"> </w:t>
            </w:r>
            <w:proofErr w:type="spellStart"/>
            <w:r w:rsidR="007E1EB0">
              <w:rPr>
                <w:szCs w:val="26"/>
              </w:rPr>
              <w:t>từ</w:t>
            </w:r>
            <w:proofErr w:type="spellEnd"/>
            <w:r w:rsidR="007E1EB0">
              <w:rPr>
                <w:szCs w:val="26"/>
              </w:rPr>
              <w:t xml:space="preserve"> </w:t>
            </w:r>
            <w:proofErr w:type="spellStart"/>
            <w:r w:rsidR="007E1EB0">
              <w:rPr>
                <w:szCs w:val="26"/>
              </w:rPr>
              <w:t>ngữ</w:t>
            </w:r>
            <w:proofErr w:type="spellEnd"/>
            <w:r w:rsidR="007E1EB0">
              <w:rPr>
                <w:szCs w:val="26"/>
              </w:rPr>
              <w:t xml:space="preserve"> </w:t>
            </w:r>
            <w:proofErr w:type="spellStart"/>
            <w:r w:rsidR="007E1EB0">
              <w:rPr>
                <w:szCs w:val="26"/>
              </w:rPr>
              <w:t>về</w:t>
            </w:r>
            <w:proofErr w:type="spellEnd"/>
            <w:r w:rsidR="007E1EB0">
              <w:rPr>
                <w:szCs w:val="26"/>
              </w:rPr>
              <w:t xml:space="preserve"> ĐGSPH (</w:t>
            </w:r>
            <w:proofErr w:type="spellStart"/>
            <w:r w:rsidR="007E1EB0">
              <w:rPr>
                <w:szCs w:val="26"/>
              </w:rPr>
              <w:t>khoản</w:t>
            </w:r>
            <w:proofErr w:type="spellEnd"/>
            <w:r w:rsidR="007E1EB0">
              <w:rPr>
                <w:szCs w:val="26"/>
              </w:rPr>
              <w:t xml:space="preserve"> 1 </w:t>
            </w:r>
            <w:proofErr w:type="spellStart"/>
            <w:r w:rsidR="007E1EB0">
              <w:rPr>
                <w:szCs w:val="26"/>
              </w:rPr>
              <w:t>Điều</w:t>
            </w:r>
            <w:proofErr w:type="spellEnd"/>
            <w:r w:rsidR="007E1EB0">
              <w:rPr>
                <w:szCs w:val="26"/>
              </w:rPr>
              <w:t xml:space="preserve"> 3) </w:t>
            </w:r>
            <w:proofErr w:type="spellStart"/>
            <w:r w:rsidR="007E1EB0">
              <w:rPr>
                <w:szCs w:val="26"/>
              </w:rPr>
              <w:t>và</w:t>
            </w:r>
            <w:proofErr w:type="spellEnd"/>
            <w:r w:rsidR="007E1EB0">
              <w:rPr>
                <w:szCs w:val="26"/>
              </w:rPr>
              <w:t xml:space="preserve"> </w:t>
            </w:r>
            <w:proofErr w:type="spellStart"/>
            <w:r w:rsidR="007E1EB0">
              <w:rPr>
                <w:szCs w:val="26"/>
              </w:rPr>
              <w:t>dẫn</w:t>
            </w:r>
            <w:proofErr w:type="spellEnd"/>
            <w:r w:rsidR="007E1EB0">
              <w:rPr>
                <w:szCs w:val="26"/>
              </w:rPr>
              <w:t xml:space="preserve"> </w:t>
            </w:r>
            <w:proofErr w:type="spellStart"/>
            <w:r w:rsidR="007E1EB0">
              <w:rPr>
                <w:szCs w:val="26"/>
              </w:rPr>
              <w:t>chiếu</w:t>
            </w:r>
            <w:proofErr w:type="spellEnd"/>
            <w:r w:rsidR="007E1EB0">
              <w:rPr>
                <w:szCs w:val="26"/>
              </w:rPr>
              <w:t xml:space="preserve"> </w:t>
            </w:r>
            <w:proofErr w:type="spellStart"/>
            <w:r w:rsidR="007E1EB0">
              <w:rPr>
                <w:szCs w:val="26"/>
              </w:rPr>
              <w:t>đến</w:t>
            </w:r>
            <w:proofErr w:type="spellEnd"/>
            <w:r w:rsidR="007E1EB0">
              <w:rPr>
                <w:szCs w:val="26"/>
              </w:rPr>
              <w:t xml:space="preserve"> </w:t>
            </w:r>
            <w:proofErr w:type="spellStart"/>
            <w:r w:rsidR="007E1EB0">
              <w:rPr>
                <w:szCs w:val="26"/>
              </w:rPr>
              <w:t>khoản</w:t>
            </w:r>
            <w:proofErr w:type="spellEnd"/>
            <w:r w:rsidR="007E1EB0">
              <w:rPr>
                <w:szCs w:val="26"/>
              </w:rPr>
              <w:t xml:space="preserve"> 5 </w:t>
            </w:r>
            <w:proofErr w:type="spellStart"/>
            <w:r w:rsidR="007E1EB0">
              <w:rPr>
                <w:szCs w:val="26"/>
              </w:rPr>
              <w:t>Điều</w:t>
            </w:r>
            <w:proofErr w:type="spellEnd"/>
            <w:r w:rsidR="007E1EB0">
              <w:rPr>
                <w:szCs w:val="26"/>
              </w:rPr>
              <w:t xml:space="preserve"> 3 </w:t>
            </w:r>
            <w:proofErr w:type="spellStart"/>
            <w:r w:rsidR="007E1EB0">
              <w:rPr>
                <w:szCs w:val="26"/>
              </w:rPr>
              <w:t>của</w:t>
            </w:r>
            <w:proofErr w:type="spellEnd"/>
            <w:r w:rsidR="007E1EB0">
              <w:rPr>
                <w:szCs w:val="26"/>
              </w:rPr>
              <w:t xml:space="preserve"> </w:t>
            </w:r>
            <w:proofErr w:type="spellStart"/>
            <w:r w:rsidR="007E1EB0">
              <w:rPr>
                <w:szCs w:val="26"/>
              </w:rPr>
              <w:t>Luật</w:t>
            </w:r>
            <w:proofErr w:type="spellEnd"/>
            <w:r w:rsidR="007E1EB0">
              <w:rPr>
                <w:szCs w:val="26"/>
              </w:rPr>
              <w:t xml:space="preserve"> SĐBSMSĐ </w:t>
            </w:r>
            <w:proofErr w:type="spellStart"/>
            <w:r w:rsidR="007E1EB0">
              <w:rPr>
                <w:szCs w:val="26"/>
              </w:rPr>
              <w:t>của</w:t>
            </w:r>
            <w:proofErr w:type="spellEnd"/>
            <w:r w:rsidR="007E1EB0">
              <w:rPr>
                <w:szCs w:val="26"/>
              </w:rPr>
              <w:t xml:space="preserve"> </w:t>
            </w:r>
            <w:proofErr w:type="spellStart"/>
            <w:r w:rsidR="007E1EB0">
              <w:rPr>
                <w:szCs w:val="26"/>
              </w:rPr>
              <w:t>Luật</w:t>
            </w:r>
            <w:proofErr w:type="spellEnd"/>
            <w:r w:rsidR="007E1EB0">
              <w:rPr>
                <w:szCs w:val="26"/>
              </w:rPr>
              <w:t xml:space="preserve"> TC &amp; QCKT </w:t>
            </w:r>
            <w:proofErr w:type="spellStart"/>
            <w:r w:rsidR="007E1EB0">
              <w:rPr>
                <w:szCs w:val="26"/>
              </w:rPr>
              <w:t>là</w:t>
            </w:r>
            <w:proofErr w:type="spellEnd"/>
            <w:r w:rsidR="007E1EB0">
              <w:rPr>
                <w:szCs w:val="26"/>
              </w:rPr>
              <w:t xml:space="preserve"> </w:t>
            </w:r>
            <w:proofErr w:type="spellStart"/>
            <w:r w:rsidR="007E1EB0">
              <w:rPr>
                <w:szCs w:val="26"/>
              </w:rPr>
              <w:t>phù</w:t>
            </w:r>
            <w:proofErr w:type="spellEnd"/>
            <w:r w:rsidR="007E1EB0">
              <w:rPr>
                <w:szCs w:val="26"/>
              </w:rPr>
              <w:t xml:space="preserve"> </w:t>
            </w:r>
            <w:proofErr w:type="spellStart"/>
            <w:r w:rsidR="007E1EB0">
              <w:rPr>
                <w:szCs w:val="26"/>
              </w:rPr>
              <w:t>hợp</w:t>
            </w:r>
            <w:proofErr w:type="spellEnd"/>
            <w:r w:rsidR="007E1EB0">
              <w:rPr>
                <w:szCs w:val="26"/>
              </w:rPr>
              <w:t>.</w:t>
            </w:r>
          </w:p>
        </w:tc>
      </w:tr>
      <w:tr w:rsidR="006D55D4" w14:paraId="155D1478" w14:textId="77777777" w:rsidTr="001A6D8A">
        <w:tc>
          <w:tcPr>
            <w:tcW w:w="14493" w:type="dxa"/>
            <w:gridSpan w:val="4"/>
          </w:tcPr>
          <w:p w14:paraId="49E94732" w14:textId="77777777" w:rsidR="006D55D4" w:rsidRPr="001A6D8A" w:rsidRDefault="006D55D4" w:rsidP="006D55D4">
            <w:pPr>
              <w:spacing w:before="120"/>
              <w:jc w:val="center"/>
              <w:rPr>
                <w:b/>
              </w:rPr>
            </w:pPr>
            <w:r w:rsidRPr="001A6D8A">
              <w:rPr>
                <w:b/>
              </w:rPr>
              <w:t>CHƯƠNG II. KÝ KẾT VÀ THỰC HIỆN CÁC HIỆP ĐỊNH THỪA NHẬN</w:t>
            </w:r>
          </w:p>
        </w:tc>
      </w:tr>
      <w:tr w:rsidR="006D55D4" w:rsidRPr="001A6D8A" w14:paraId="14BA8EDB" w14:textId="77777777" w:rsidTr="00E84277">
        <w:tc>
          <w:tcPr>
            <w:tcW w:w="1098" w:type="dxa"/>
          </w:tcPr>
          <w:p w14:paraId="2EE70820" w14:textId="77777777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4</w:t>
            </w:r>
          </w:p>
        </w:tc>
        <w:tc>
          <w:tcPr>
            <w:tcW w:w="5113" w:type="dxa"/>
          </w:tcPr>
          <w:p w14:paraId="6B3457BB" w14:textId="0E736A1E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4.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br/>
              <w:t xml:space="preserve">1.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br/>
            </w:r>
            <w:proofErr w:type="spellStart"/>
            <w:r>
              <w:t>Bộ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ngang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thuộc</w:t>
            </w:r>
            <w:proofErr w:type="spellEnd"/>
            <w:r>
              <w:t xml:space="preserve"> </w:t>
            </w:r>
            <w:proofErr w:type="spellStart"/>
            <w:r>
              <w:t>Chính</w:t>
            </w:r>
            <w:proofErr w:type="spellEnd"/>
            <w:r>
              <w:t xml:space="preserve"> </w:t>
            </w:r>
            <w:proofErr w:type="spellStart"/>
            <w:r>
              <w:t>phủ</w:t>
            </w:r>
            <w:proofErr w:type="spellEnd"/>
            <w:r>
              <w:t xml:space="preserve">, </w:t>
            </w:r>
            <w:proofErr w:type="spellStart"/>
            <w:r>
              <w:t>căn</w:t>
            </w:r>
            <w:proofErr w:type="spellEnd"/>
            <w:r>
              <w:t xml:space="preserve"> </w:t>
            </w:r>
            <w:proofErr w:type="spellStart"/>
            <w:r>
              <w:t>cứ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vụ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quyền</w:t>
            </w:r>
            <w:proofErr w:type="spellEnd"/>
            <w:r>
              <w:t xml:space="preserve"> </w:t>
            </w:r>
            <w:proofErr w:type="spellStart"/>
            <w:r>
              <w:t>hạn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giao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ngành</w:t>
            </w:r>
            <w:proofErr w:type="spellEnd"/>
            <w:r>
              <w:t xml:space="preserve">, </w:t>
            </w:r>
            <w:proofErr w:type="spellStart"/>
            <w:r>
              <w:t>lĩnh</w:t>
            </w:r>
            <w:proofErr w:type="spellEnd"/>
            <w:r>
              <w:t xml:space="preserve"> </w:t>
            </w:r>
            <w:proofErr w:type="spellStart"/>
            <w:r>
              <w:t>vực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phân</w:t>
            </w:r>
            <w:proofErr w:type="spellEnd"/>
            <w:r>
              <w:t xml:space="preserve">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quản</w:t>
            </w:r>
            <w:proofErr w:type="spellEnd"/>
            <w:r>
              <w:t xml:space="preserve"> </w:t>
            </w:r>
            <w:proofErr w:type="spellStart"/>
            <w:r>
              <w:t>lý</w:t>
            </w:r>
            <w:proofErr w:type="spellEnd"/>
            <w:r>
              <w:t xml:space="preserve">, </w:t>
            </w:r>
            <w:proofErr w:type="spellStart"/>
            <w:r>
              <w:t>căn</w:t>
            </w:r>
            <w:proofErr w:type="spellEnd"/>
            <w:r>
              <w:t xml:space="preserve"> </w:t>
            </w:r>
            <w:proofErr w:type="spellStart"/>
            <w:r>
              <w:t>cứ</w:t>
            </w:r>
            <w:proofErr w:type="spellEnd"/>
            <w:r>
              <w:t xml:space="preserve"> </w:t>
            </w:r>
            <w:proofErr w:type="spellStart"/>
            <w:r>
              <w:t>yêu</w:t>
            </w:r>
            <w:proofErr w:type="spellEnd"/>
            <w:r>
              <w:t xml:space="preserve"> </w:t>
            </w:r>
            <w:proofErr w:type="spellStart"/>
            <w:r>
              <w:t>cầu</w:t>
            </w:r>
            <w:proofErr w:type="spellEnd"/>
            <w:r>
              <w:t xml:space="preserve"> </w:t>
            </w:r>
            <w:proofErr w:type="spellStart"/>
            <w:r>
              <w:t>phát</w:t>
            </w:r>
            <w:proofErr w:type="spellEnd"/>
            <w:r>
              <w:t xml:space="preserve"> </w:t>
            </w:r>
            <w:proofErr w:type="spellStart"/>
            <w:r>
              <w:t>triển</w:t>
            </w:r>
            <w:proofErr w:type="spellEnd"/>
            <w:r>
              <w:t xml:space="preserve"> </w:t>
            </w:r>
            <w:proofErr w:type="spellStart"/>
            <w:r>
              <w:t>kinh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 - </w:t>
            </w:r>
            <w:proofErr w:type="spellStart"/>
            <w:r>
              <w:t>xã</w:t>
            </w:r>
            <w:proofErr w:type="spellEnd"/>
            <w:r>
              <w:t xml:space="preserve"> </w:t>
            </w:r>
            <w:proofErr w:type="spellStart"/>
            <w:r>
              <w:t>hội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lastRenderedPageBreak/>
              <w:t>hội</w:t>
            </w:r>
            <w:proofErr w:type="spellEnd"/>
            <w:r>
              <w:t xml:space="preserve"> </w:t>
            </w:r>
            <w:proofErr w:type="spellStart"/>
            <w:r>
              <w:t>nhập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, </w:t>
            </w:r>
            <w:proofErr w:type="spellStart"/>
            <w:r>
              <w:t>chủ</w:t>
            </w:r>
            <w:proofErr w:type="spellEnd"/>
            <w:r>
              <w:t xml:space="preserve"> </w:t>
            </w:r>
            <w:proofErr w:type="spellStart"/>
            <w:r>
              <w:t>trì</w:t>
            </w:r>
            <w:proofErr w:type="spellEnd"/>
            <w:r>
              <w:t xml:space="preserve">, </w:t>
            </w:r>
            <w:proofErr w:type="spellStart"/>
            <w:r>
              <w:t>phối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 Khoa </w:t>
            </w:r>
            <w:proofErr w:type="spellStart"/>
            <w:r>
              <w:t>học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Công </w:t>
            </w:r>
            <w:proofErr w:type="spellStart"/>
            <w:r>
              <w:t>nghệ</w:t>
            </w:r>
            <w:proofErr w:type="spellEnd"/>
            <w:r>
              <w:t xml:space="preserve">, </w:t>
            </w:r>
            <w:proofErr w:type="spellStart"/>
            <w:r>
              <w:t>Bộ</w:t>
            </w:r>
            <w:proofErr w:type="spellEnd"/>
            <w:r>
              <w:t xml:space="preserve"> </w:t>
            </w:r>
            <w:proofErr w:type="spellStart"/>
            <w:r>
              <w:t>Ngoại</w:t>
            </w:r>
            <w:proofErr w:type="spellEnd"/>
            <w:r>
              <w:t xml:space="preserve"> </w:t>
            </w:r>
            <w:proofErr w:type="spellStart"/>
            <w:r>
              <w:t>giao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Chính</w:t>
            </w:r>
            <w:proofErr w:type="spellEnd"/>
            <w:r>
              <w:t xml:space="preserve"> </w:t>
            </w:r>
            <w:proofErr w:type="spellStart"/>
            <w:r>
              <w:t>phủ</w:t>
            </w:r>
            <w:proofErr w:type="spellEnd"/>
            <w:r>
              <w:t xml:space="preserve"> </w:t>
            </w:r>
            <w:proofErr w:type="spellStart"/>
            <w:r>
              <w:t>về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>.</w:t>
            </w:r>
            <w:r>
              <w:br/>
              <w:t xml:space="preserve">2.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bị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tiến</w:t>
            </w:r>
            <w:proofErr w:type="spellEnd"/>
            <w:r>
              <w:t xml:space="preserve"> </w:t>
            </w:r>
            <w:proofErr w:type="spellStart"/>
            <w:r>
              <w:t>hành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br/>
            </w:r>
            <w:proofErr w:type="spellStart"/>
            <w:r>
              <w:t>Bộ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ngang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thuộc</w:t>
            </w:r>
            <w:proofErr w:type="spellEnd"/>
            <w:r>
              <w:t xml:space="preserve"> </w:t>
            </w:r>
            <w:proofErr w:type="spellStart"/>
            <w:r>
              <w:t>Chính</w:t>
            </w:r>
            <w:proofErr w:type="spellEnd"/>
            <w:r>
              <w:t xml:space="preserve"> </w:t>
            </w:r>
            <w:proofErr w:type="spellStart"/>
            <w:r>
              <w:t>phủ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(</w:t>
            </w:r>
            <w:proofErr w:type="spellStart"/>
            <w:r>
              <w:t>sau</w:t>
            </w:r>
            <w:proofErr w:type="spellEnd"/>
            <w:r>
              <w:t xml:space="preserve"> </w:t>
            </w:r>
            <w:proofErr w:type="spellStart"/>
            <w:r>
              <w:t>đây</w:t>
            </w:r>
            <w:proofErr w:type="spellEnd"/>
            <w:r>
              <w:t xml:space="preserve"> </w:t>
            </w:r>
            <w:proofErr w:type="spellStart"/>
            <w:r>
              <w:t>gọi</w:t>
            </w:r>
            <w:proofErr w:type="spellEnd"/>
            <w:r>
              <w:t xml:space="preserve"> </w:t>
            </w:r>
            <w:proofErr w:type="spellStart"/>
            <w:r>
              <w:t>tắt</w:t>
            </w:r>
            <w:proofErr w:type="spellEnd"/>
            <w:r>
              <w:t xml:space="preserve"> </w:t>
            </w:r>
            <w:proofErr w:type="spellStart"/>
            <w:r>
              <w:t>là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) </w:t>
            </w:r>
            <w:proofErr w:type="spellStart"/>
            <w:r>
              <w:t>chịu</w:t>
            </w:r>
            <w:proofErr w:type="spellEnd"/>
            <w:r>
              <w:t xml:space="preserve"> </w:t>
            </w:r>
            <w:proofErr w:type="spellStart"/>
            <w:r>
              <w:t>trách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>:</w:t>
            </w:r>
            <w:r>
              <w:br/>
              <w:t xml:space="preserve">a) </w:t>
            </w:r>
            <w:proofErr w:type="spellStart"/>
            <w:r>
              <w:t>Xác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nhu</w:t>
            </w:r>
            <w:proofErr w:type="spellEnd"/>
            <w:r>
              <w:t xml:space="preserve"> </w:t>
            </w:r>
            <w:proofErr w:type="spellStart"/>
            <w:r>
              <w:t>cầu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khả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dựa</w:t>
            </w:r>
            <w:proofErr w:type="spellEnd"/>
            <w:r>
              <w:t xml:space="preserve"> </w:t>
            </w:r>
            <w:proofErr w:type="spellStart"/>
            <w:r>
              <w:t>trên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chí</w:t>
            </w:r>
            <w:proofErr w:type="spellEnd"/>
            <w:r>
              <w:t xml:space="preserve"> </w:t>
            </w:r>
            <w:proofErr w:type="spellStart"/>
            <w:r>
              <w:t>sau</w:t>
            </w:r>
            <w:proofErr w:type="spellEnd"/>
            <w:r>
              <w:t xml:space="preserve"> </w:t>
            </w:r>
            <w:proofErr w:type="spellStart"/>
            <w:r>
              <w:t>đây</w:t>
            </w:r>
            <w:proofErr w:type="spellEnd"/>
            <w:r>
              <w:t>:</w:t>
            </w:r>
            <w:r>
              <w:br/>
              <w:t xml:space="preserve">- </w:t>
            </w:r>
            <w:proofErr w:type="spellStart"/>
            <w:r>
              <w:t>Mức</w:t>
            </w:r>
            <w:proofErr w:type="spellEnd"/>
            <w:r>
              <w:t xml:space="preserve"> </w:t>
            </w:r>
            <w:proofErr w:type="spellStart"/>
            <w:r>
              <w:t>độ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mô</w:t>
            </w:r>
            <w:proofErr w:type="spellEnd"/>
            <w:r>
              <w:t xml:space="preserve"> </w:t>
            </w:r>
            <w:proofErr w:type="spellStart"/>
            <w:r>
              <w:t>thị</w:t>
            </w:r>
            <w:proofErr w:type="spellEnd"/>
            <w:r>
              <w:t xml:space="preserve"> </w:t>
            </w:r>
            <w:proofErr w:type="spellStart"/>
            <w:r>
              <w:t>trường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khẩu</w:t>
            </w:r>
            <w:proofErr w:type="spellEnd"/>
            <w:r>
              <w:t xml:space="preserve">, </w:t>
            </w:r>
            <w:proofErr w:type="spellStart"/>
            <w:r>
              <w:t>nhập</w:t>
            </w:r>
            <w:proofErr w:type="spellEnd"/>
            <w:r>
              <w:t xml:space="preserve"> </w:t>
            </w:r>
            <w:proofErr w:type="spellStart"/>
            <w:r>
              <w:t>khẩu</w:t>
            </w:r>
            <w:proofErr w:type="spellEnd"/>
            <w:r>
              <w:t xml:space="preserve">, </w:t>
            </w:r>
            <w:proofErr w:type="spellStart"/>
            <w:r>
              <w:t>sản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thụ</w:t>
            </w:r>
            <w:proofErr w:type="spellEnd"/>
            <w:r>
              <w:t xml:space="preserve"> </w:t>
            </w:r>
            <w:proofErr w:type="spellStart"/>
            <w:r>
              <w:t>trong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,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tiềm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 </w:t>
            </w:r>
            <w:proofErr w:type="spellStart"/>
            <w:r>
              <w:t>thu</w:t>
            </w:r>
            <w:proofErr w:type="spellEnd"/>
            <w:r>
              <w:t xml:space="preserve"> </w:t>
            </w:r>
            <w:proofErr w:type="spellStart"/>
            <w:r>
              <w:t>hút</w:t>
            </w:r>
            <w:proofErr w:type="spellEnd"/>
            <w:r>
              <w:t xml:space="preserve"> </w:t>
            </w:r>
            <w:proofErr w:type="spellStart"/>
            <w:r>
              <w:t>vốn</w:t>
            </w:r>
            <w:proofErr w:type="spellEnd"/>
            <w:r>
              <w:t xml:space="preserve"> </w:t>
            </w:r>
            <w:proofErr w:type="spellStart"/>
            <w:r>
              <w:t>đầu</w:t>
            </w:r>
            <w:proofErr w:type="spellEnd"/>
            <w:r>
              <w:t xml:space="preserve"> </w:t>
            </w:r>
            <w:proofErr w:type="spellStart"/>
            <w:r>
              <w:t>tư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ngoài</w:t>
            </w:r>
            <w:proofErr w:type="spellEnd"/>
            <w:r>
              <w:t xml:space="preserve">, </w:t>
            </w:r>
            <w:proofErr w:type="spellStart"/>
            <w:r>
              <w:t>khả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 </w:t>
            </w:r>
            <w:proofErr w:type="spellStart"/>
            <w:r>
              <w:t>mở</w:t>
            </w:r>
            <w:proofErr w:type="spellEnd"/>
            <w:r>
              <w:t xml:space="preserve"> </w:t>
            </w:r>
            <w:proofErr w:type="spellStart"/>
            <w:r>
              <w:t>rộng</w:t>
            </w:r>
            <w:proofErr w:type="spellEnd"/>
            <w:r>
              <w:t xml:space="preserve"> </w:t>
            </w:r>
            <w:proofErr w:type="spellStart"/>
            <w:r>
              <w:t>thị</w:t>
            </w:r>
            <w:proofErr w:type="spellEnd"/>
            <w:r>
              <w:t xml:space="preserve"> </w:t>
            </w:r>
            <w:proofErr w:type="spellStart"/>
            <w:r>
              <w:t>trường</w:t>
            </w:r>
            <w:proofErr w:type="spellEnd"/>
            <w:r>
              <w:t xml:space="preserve"> </w:t>
            </w:r>
            <w:proofErr w:type="spellStart"/>
            <w:r>
              <w:t>đối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sản</w:t>
            </w:r>
            <w:proofErr w:type="spellEnd"/>
            <w:r>
              <w:t xml:space="preserve"> </w:t>
            </w:r>
            <w:proofErr w:type="spellStart"/>
            <w:r>
              <w:t>phẩm</w:t>
            </w:r>
            <w:proofErr w:type="spellEnd"/>
            <w:r>
              <w:t xml:space="preserve">, </w:t>
            </w:r>
            <w:proofErr w:type="spellStart"/>
            <w:r>
              <w:t>hàng</w:t>
            </w:r>
            <w:proofErr w:type="spellEnd"/>
            <w:r>
              <w:t xml:space="preserve"> </w:t>
            </w:r>
            <w:proofErr w:type="spellStart"/>
            <w:r>
              <w:t>hoá</w:t>
            </w:r>
            <w:proofErr w:type="spellEnd"/>
            <w:r>
              <w:t xml:space="preserve">, </w:t>
            </w:r>
            <w:proofErr w:type="spellStart"/>
            <w:r>
              <w:t>dịch</w:t>
            </w:r>
            <w:proofErr w:type="spellEnd"/>
            <w:r>
              <w:t xml:space="preserve"> </w:t>
            </w:r>
            <w:proofErr w:type="spellStart"/>
            <w:r>
              <w:t>vụ</w:t>
            </w:r>
            <w:proofErr w:type="spellEnd"/>
            <w:r>
              <w:t>;</w:t>
            </w:r>
            <w:r>
              <w:br/>
              <w:t xml:space="preserve">- </w:t>
            </w:r>
            <w:proofErr w:type="spellStart"/>
            <w:r>
              <w:t>Điều</w:t>
            </w:r>
            <w:proofErr w:type="spellEnd"/>
            <w:r>
              <w:t xml:space="preserve"> </w:t>
            </w:r>
            <w:proofErr w:type="spellStart"/>
            <w:r>
              <w:t>kiện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sở</w:t>
            </w:r>
            <w:proofErr w:type="spellEnd"/>
            <w:r>
              <w:t xml:space="preserve"> </w:t>
            </w:r>
            <w:proofErr w:type="spellStart"/>
            <w:r>
              <w:t>vật</w:t>
            </w:r>
            <w:proofErr w:type="spellEnd"/>
            <w:r>
              <w:t xml:space="preserve"> </w:t>
            </w:r>
            <w:proofErr w:type="spellStart"/>
            <w:r>
              <w:t>chất</w:t>
            </w:r>
            <w:proofErr w:type="spellEnd"/>
            <w:r>
              <w:t xml:space="preserve"> -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 xml:space="preserve"> </w:t>
            </w:r>
            <w:proofErr w:type="spellStart"/>
            <w:r>
              <w:t>để</w:t>
            </w:r>
            <w:proofErr w:type="spellEnd"/>
            <w:r>
              <w:t xml:space="preserve"> </w:t>
            </w:r>
            <w:proofErr w:type="spellStart"/>
            <w:r>
              <w:t>bảo</w:t>
            </w:r>
            <w:proofErr w:type="spellEnd"/>
            <w:r>
              <w:t xml:space="preserve"> </w:t>
            </w:r>
            <w:proofErr w:type="spellStart"/>
            <w:r>
              <w:t>đảm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(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trạng</w:t>
            </w:r>
            <w:proofErr w:type="spellEnd"/>
            <w:r>
              <w:t xml:space="preserve"> </w:t>
            </w:r>
            <w:proofErr w:type="spellStart"/>
            <w:r>
              <w:t>tham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 xml:space="preserve"> </w:t>
            </w:r>
            <w:proofErr w:type="spellStart"/>
            <w:r>
              <w:t>vào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chương</w:t>
            </w:r>
            <w:proofErr w:type="spellEnd"/>
            <w:r>
              <w:t xml:space="preserve"> </w:t>
            </w:r>
            <w:proofErr w:type="spellStart"/>
            <w:r>
              <w:t>trình</w:t>
            </w:r>
            <w:proofErr w:type="spellEnd"/>
            <w:r>
              <w:t xml:space="preserve"> </w:t>
            </w:r>
            <w:proofErr w:type="spellStart"/>
            <w:r>
              <w:t>thử</w:t>
            </w:r>
            <w:proofErr w:type="spellEnd"/>
            <w:r>
              <w:t xml:space="preserve"> </w:t>
            </w:r>
            <w:proofErr w:type="spellStart"/>
            <w:r>
              <w:t>nghiệm</w:t>
            </w:r>
            <w:proofErr w:type="spellEnd"/>
            <w:r>
              <w:t xml:space="preserve">, </w:t>
            </w:r>
            <w:proofErr w:type="spellStart"/>
            <w:r>
              <w:t>chứng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, </w:t>
            </w:r>
            <w:proofErr w:type="spellStart"/>
            <w:r>
              <w:t>khu</w:t>
            </w:r>
            <w:proofErr w:type="spellEnd"/>
            <w:r>
              <w:t xml:space="preserve"> </w:t>
            </w:r>
            <w:proofErr w:type="spellStart"/>
            <w:r>
              <w:t>vực</w:t>
            </w:r>
            <w:proofErr w:type="spellEnd"/>
            <w:r>
              <w:t xml:space="preserve">, song </w:t>
            </w:r>
            <w:proofErr w:type="spellStart"/>
            <w:r>
              <w:t>phương</w:t>
            </w:r>
            <w:proofErr w:type="spellEnd"/>
            <w:r>
              <w:t xml:space="preserve">; </w:t>
            </w:r>
            <w:proofErr w:type="spellStart"/>
            <w:r>
              <w:t>năng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phòng</w:t>
            </w:r>
            <w:proofErr w:type="spellEnd"/>
            <w:r>
              <w:t xml:space="preserve"> </w:t>
            </w:r>
            <w:proofErr w:type="spellStart"/>
            <w:r>
              <w:t>thử</w:t>
            </w:r>
            <w:proofErr w:type="spellEnd"/>
            <w:r>
              <w:t xml:space="preserve"> </w:t>
            </w:r>
            <w:proofErr w:type="spellStart"/>
            <w:r>
              <w:t>nghiệm</w:t>
            </w:r>
            <w:proofErr w:type="spellEnd"/>
            <w:r>
              <w:t xml:space="preserve">, </w:t>
            </w:r>
            <w:proofErr w:type="spellStart"/>
            <w:r>
              <w:t>giám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, </w:t>
            </w:r>
            <w:proofErr w:type="spellStart"/>
            <w:r>
              <w:t>chứng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trong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>...);</w:t>
            </w:r>
            <w:r>
              <w:br/>
              <w:t xml:space="preserve">- Lợi </w:t>
            </w:r>
            <w:proofErr w:type="spellStart"/>
            <w:r>
              <w:t>ích</w:t>
            </w:r>
            <w:proofErr w:type="spellEnd"/>
            <w:r>
              <w:t xml:space="preserve">, </w:t>
            </w:r>
            <w:proofErr w:type="spellStart"/>
            <w:r>
              <w:t>rủi</w:t>
            </w:r>
            <w:proofErr w:type="spellEnd"/>
            <w:r>
              <w:t xml:space="preserve"> </w:t>
            </w:r>
            <w:proofErr w:type="spellStart"/>
            <w:r>
              <w:t>ro</w:t>
            </w:r>
            <w:proofErr w:type="spellEnd"/>
            <w:r>
              <w:t xml:space="preserve"> </w:t>
            </w:r>
            <w:proofErr w:type="spellStart"/>
            <w:r>
              <w:t>khi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>;</w:t>
            </w:r>
            <w:r>
              <w:br/>
            </w:r>
            <w:r>
              <w:lastRenderedPageBreak/>
              <w:t xml:space="preserve">-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tồn</w:t>
            </w:r>
            <w:proofErr w:type="spellEnd"/>
            <w:r>
              <w:t xml:space="preserve"> </w:t>
            </w:r>
            <w:proofErr w:type="spellStart"/>
            <w:r>
              <w:t>tại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rào</w:t>
            </w:r>
            <w:proofErr w:type="spellEnd"/>
            <w:r>
              <w:t xml:space="preserve"> </w:t>
            </w:r>
            <w:proofErr w:type="spellStart"/>
            <w:r>
              <w:t>cản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 xml:space="preserve"> </w:t>
            </w:r>
            <w:proofErr w:type="spellStart"/>
            <w:r>
              <w:t>gây</w:t>
            </w:r>
            <w:proofErr w:type="spellEnd"/>
            <w:r>
              <w:t xml:space="preserve"> </w:t>
            </w:r>
            <w:proofErr w:type="spellStart"/>
            <w:r>
              <w:t>cản</w:t>
            </w:r>
            <w:proofErr w:type="spellEnd"/>
            <w:r>
              <w:t xml:space="preserve"> </w:t>
            </w:r>
            <w:proofErr w:type="spellStart"/>
            <w:r>
              <w:t>trở</w:t>
            </w:r>
            <w:proofErr w:type="spellEnd"/>
            <w:r>
              <w:t xml:space="preserve"> </w:t>
            </w:r>
            <w:proofErr w:type="spellStart"/>
            <w:r>
              <w:t>thương</w:t>
            </w:r>
            <w:proofErr w:type="spellEnd"/>
            <w:r>
              <w:t xml:space="preserve"> </w:t>
            </w:r>
            <w:proofErr w:type="spellStart"/>
            <w:r>
              <w:t>mại</w:t>
            </w:r>
            <w:proofErr w:type="spellEnd"/>
            <w:r>
              <w:t>;</w:t>
            </w:r>
            <w:r>
              <w:br/>
              <w:t xml:space="preserve">- Các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chí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khác</w:t>
            </w:r>
            <w:proofErr w:type="spellEnd"/>
            <w:r>
              <w:t>.</w:t>
            </w:r>
            <w:r>
              <w:br/>
              <w:t xml:space="preserve">b) </w:t>
            </w:r>
            <w:proofErr w:type="spellStart"/>
            <w:r>
              <w:t>Xây</w:t>
            </w:r>
            <w:proofErr w:type="spellEnd"/>
            <w:r>
              <w:t xml:space="preserve"> </w:t>
            </w:r>
            <w:proofErr w:type="spellStart"/>
            <w:r>
              <w:t>dựng</w:t>
            </w:r>
            <w:proofErr w:type="spellEnd"/>
            <w:r>
              <w:t xml:space="preserve"> 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phối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xây</w:t>
            </w:r>
            <w:proofErr w:type="spellEnd"/>
            <w:r>
              <w:t xml:space="preserve"> </w:t>
            </w:r>
            <w:proofErr w:type="spellStart"/>
            <w:r>
              <w:t>dựng</w:t>
            </w:r>
            <w:proofErr w:type="spellEnd"/>
            <w:r>
              <w:t xml:space="preserve"> </w:t>
            </w:r>
            <w:proofErr w:type="spellStart"/>
            <w:r>
              <w:t>dự</w:t>
            </w:r>
            <w:proofErr w:type="spellEnd"/>
            <w:r>
              <w:t xml:space="preserve"> </w:t>
            </w:r>
            <w:proofErr w:type="spellStart"/>
            <w:r>
              <w:t>thảo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br/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chủ</w:t>
            </w:r>
            <w:proofErr w:type="spellEnd"/>
            <w:r>
              <w:t xml:space="preserve"> </w:t>
            </w:r>
            <w:proofErr w:type="spellStart"/>
            <w:r>
              <w:t>trì</w:t>
            </w:r>
            <w:proofErr w:type="spellEnd"/>
            <w:r>
              <w:t xml:space="preserve">, </w:t>
            </w:r>
            <w:proofErr w:type="spellStart"/>
            <w:r>
              <w:t>phối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,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tiến</w:t>
            </w:r>
            <w:proofErr w:type="spellEnd"/>
            <w:r>
              <w:t xml:space="preserve"> </w:t>
            </w:r>
            <w:proofErr w:type="spellStart"/>
            <w:r>
              <w:t>hành</w:t>
            </w:r>
            <w:proofErr w:type="spellEnd"/>
            <w:r>
              <w:t xml:space="preserve"> </w:t>
            </w:r>
            <w:proofErr w:type="spellStart"/>
            <w:r>
              <w:t>xây</w:t>
            </w:r>
            <w:proofErr w:type="spellEnd"/>
            <w:r>
              <w:t xml:space="preserve"> </w:t>
            </w:r>
            <w:proofErr w:type="spellStart"/>
            <w:r>
              <w:t>dựng</w:t>
            </w:r>
            <w:proofErr w:type="spellEnd"/>
            <w:r>
              <w:t xml:space="preserve"> </w:t>
            </w:r>
            <w:proofErr w:type="spellStart"/>
            <w:r>
              <w:t>dự</w:t>
            </w:r>
            <w:proofErr w:type="spellEnd"/>
            <w:r>
              <w:t xml:space="preserve"> </w:t>
            </w:r>
            <w:proofErr w:type="spellStart"/>
            <w:r>
              <w:t>thảo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>.</w:t>
            </w:r>
            <w:r>
              <w:br/>
              <w:t xml:space="preserve">Trường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dự</w:t>
            </w:r>
            <w:proofErr w:type="spellEnd"/>
            <w:r>
              <w:t xml:space="preserve"> </w:t>
            </w:r>
            <w:proofErr w:type="spellStart"/>
            <w:r>
              <w:t>thảo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đã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bên</w:t>
            </w:r>
            <w:proofErr w:type="spellEnd"/>
            <w:r>
              <w:t xml:space="preserve"> </w:t>
            </w:r>
            <w:proofErr w:type="spellStart"/>
            <w:r>
              <w:t>đối</w:t>
            </w:r>
            <w:proofErr w:type="spellEnd"/>
            <w:r>
              <w:t xml:space="preserve"> </w:t>
            </w:r>
            <w:proofErr w:type="spellStart"/>
            <w:r>
              <w:t>tác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ngoài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bị</w:t>
            </w:r>
            <w:proofErr w:type="spellEnd"/>
            <w:r>
              <w:t xml:space="preserve"> </w:t>
            </w:r>
            <w:proofErr w:type="spellStart"/>
            <w:r>
              <w:t>thì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trách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nghiên</w:t>
            </w:r>
            <w:proofErr w:type="spellEnd"/>
            <w:r>
              <w:t xml:space="preserve"> </w:t>
            </w:r>
            <w:proofErr w:type="spellStart"/>
            <w:r>
              <w:t>cứu</w:t>
            </w:r>
            <w:proofErr w:type="spellEnd"/>
            <w:r>
              <w:t xml:space="preserve"> </w:t>
            </w:r>
            <w:proofErr w:type="spellStart"/>
            <w:r>
              <w:t>dự</w:t>
            </w:r>
            <w:proofErr w:type="spellEnd"/>
            <w:r>
              <w:t xml:space="preserve"> </w:t>
            </w:r>
            <w:proofErr w:type="spellStart"/>
            <w:r>
              <w:t>thảo</w:t>
            </w:r>
            <w:proofErr w:type="spellEnd"/>
            <w:r>
              <w:t xml:space="preserve"> </w:t>
            </w:r>
            <w:proofErr w:type="spellStart"/>
            <w:r>
              <w:t>đó</w:t>
            </w:r>
            <w:proofErr w:type="spellEnd"/>
            <w:r>
              <w:t xml:space="preserve">, </w:t>
            </w:r>
            <w:proofErr w:type="spellStart"/>
            <w:r>
              <w:t>xây</w:t>
            </w:r>
            <w:proofErr w:type="spellEnd"/>
            <w:r>
              <w:t xml:space="preserve"> </w:t>
            </w:r>
            <w:proofErr w:type="spellStart"/>
            <w:r>
              <w:t>dựng</w:t>
            </w:r>
            <w:proofErr w:type="spellEnd"/>
            <w:r>
              <w:t xml:space="preserve"> </w:t>
            </w:r>
            <w:proofErr w:type="spellStart"/>
            <w:r>
              <w:t>phương</w:t>
            </w:r>
            <w:proofErr w:type="spellEnd"/>
            <w:r>
              <w:t xml:space="preserve"> </w:t>
            </w:r>
            <w:proofErr w:type="spellStart"/>
            <w:r>
              <w:t>án</w:t>
            </w:r>
            <w:proofErr w:type="spellEnd"/>
            <w:r>
              <w:t xml:space="preserve"> </w:t>
            </w:r>
            <w:proofErr w:type="spellStart"/>
            <w:r>
              <w:t>chấp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, </w:t>
            </w:r>
            <w:proofErr w:type="spellStart"/>
            <w:r>
              <w:t>sửa</w:t>
            </w:r>
            <w:proofErr w:type="spellEnd"/>
            <w:r>
              <w:t xml:space="preserve"> </w:t>
            </w:r>
            <w:proofErr w:type="spellStart"/>
            <w:r>
              <w:t>đổi</w:t>
            </w:r>
            <w:proofErr w:type="spellEnd"/>
            <w:r>
              <w:t xml:space="preserve">, </w:t>
            </w:r>
            <w:proofErr w:type="spellStart"/>
            <w:r>
              <w:t>bổ</w:t>
            </w:r>
            <w:proofErr w:type="spellEnd"/>
            <w:r>
              <w:t xml:space="preserve"> sung 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xây</w:t>
            </w:r>
            <w:proofErr w:type="spellEnd"/>
            <w:r>
              <w:t xml:space="preserve"> </w:t>
            </w:r>
            <w:proofErr w:type="spellStart"/>
            <w:r>
              <w:t>dựng</w:t>
            </w:r>
            <w:proofErr w:type="spellEnd"/>
            <w:r>
              <w:t xml:space="preserve"> </w:t>
            </w:r>
            <w:proofErr w:type="spellStart"/>
            <w:r>
              <w:t>dự</w:t>
            </w:r>
            <w:proofErr w:type="spellEnd"/>
            <w:r>
              <w:t xml:space="preserve"> </w:t>
            </w:r>
            <w:proofErr w:type="spellStart"/>
            <w:r>
              <w:t>thảo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phía</w:t>
            </w:r>
            <w:proofErr w:type="spellEnd"/>
            <w:r>
              <w:t xml:space="preserve"> Việt Nam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lấy</w:t>
            </w:r>
            <w:proofErr w:type="spellEnd"/>
            <w:r>
              <w:t xml:space="preserve"> ý </w:t>
            </w:r>
            <w:proofErr w:type="spellStart"/>
            <w:r>
              <w:t>kiến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,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>.</w:t>
            </w:r>
            <w:r>
              <w:br/>
              <w:t xml:space="preserve">c)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br/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pháp</w:t>
            </w:r>
            <w:proofErr w:type="spellEnd"/>
            <w:r>
              <w:t xml:space="preserve"> </w:t>
            </w:r>
            <w:proofErr w:type="spellStart"/>
            <w:r>
              <w:t>luật</w:t>
            </w:r>
            <w:proofErr w:type="spellEnd"/>
            <w:r>
              <w:t xml:space="preserve"> </w:t>
            </w:r>
            <w:proofErr w:type="spellStart"/>
            <w:r>
              <w:t>về</w:t>
            </w:r>
            <w:proofErr w:type="spellEnd"/>
            <w:r>
              <w:t xml:space="preserve"> </w:t>
            </w:r>
            <w:proofErr w:type="spellStart"/>
            <w:r>
              <w:t>điều</w:t>
            </w:r>
            <w:proofErr w:type="spellEnd"/>
            <w:r>
              <w:t xml:space="preserve"> </w:t>
            </w:r>
            <w:proofErr w:type="spellStart"/>
            <w:r>
              <w:t>ước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>.</w:t>
            </w:r>
            <w:r>
              <w:br/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trách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thông</w:t>
            </w:r>
            <w:proofErr w:type="spellEnd"/>
            <w:r>
              <w:t xml:space="preserve"> </w:t>
            </w:r>
            <w:proofErr w:type="spellStart"/>
            <w:r>
              <w:t>báo</w:t>
            </w:r>
            <w:proofErr w:type="spellEnd"/>
            <w:r>
              <w:t xml:space="preserve"> </w:t>
            </w:r>
            <w:proofErr w:type="spellStart"/>
            <w:r>
              <w:t>cho</w:t>
            </w:r>
            <w:proofErr w:type="spellEnd"/>
            <w:r>
              <w:t xml:space="preserve"> </w:t>
            </w:r>
            <w:proofErr w:type="spellStart"/>
            <w:r>
              <w:t>bên</w:t>
            </w:r>
            <w:proofErr w:type="spellEnd"/>
            <w:r>
              <w:t xml:space="preserve"> </w:t>
            </w:r>
            <w:proofErr w:type="spellStart"/>
            <w:r>
              <w:t>đối</w:t>
            </w:r>
            <w:proofErr w:type="spellEnd"/>
            <w:r>
              <w:t xml:space="preserve"> </w:t>
            </w:r>
            <w:proofErr w:type="spellStart"/>
            <w:r>
              <w:t>tác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ngoài</w:t>
            </w:r>
            <w:proofErr w:type="spellEnd"/>
            <w:r>
              <w:t xml:space="preserve"> </w:t>
            </w:r>
            <w:proofErr w:type="spellStart"/>
            <w:r>
              <w:t>về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Chính</w:t>
            </w:r>
            <w:proofErr w:type="spellEnd"/>
            <w:r>
              <w:t xml:space="preserve"> </w:t>
            </w:r>
            <w:proofErr w:type="spellStart"/>
            <w:r>
              <w:t>phủ</w:t>
            </w:r>
            <w:proofErr w:type="spellEnd"/>
            <w:r>
              <w:t xml:space="preserve"> Việt Nam </w:t>
            </w:r>
            <w:proofErr w:type="spellStart"/>
            <w:r>
              <w:t>đã</w:t>
            </w:r>
            <w:proofErr w:type="spellEnd"/>
            <w:r>
              <w:t xml:space="preserve"> </w:t>
            </w:r>
            <w:proofErr w:type="spellStart"/>
            <w:r>
              <w:t>phê</w:t>
            </w:r>
            <w:proofErr w:type="spellEnd"/>
            <w:r>
              <w:t xml:space="preserve"> </w:t>
            </w:r>
            <w:proofErr w:type="spellStart"/>
            <w:r>
              <w:t>duyệt</w:t>
            </w:r>
            <w:proofErr w:type="spellEnd"/>
            <w:r>
              <w:t xml:space="preserve"> </w:t>
            </w:r>
            <w:proofErr w:type="spellStart"/>
            <w:r>
              <w:lastRenderedPageBreak/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>.</w:t>
            </w:r>
            <w:r>
              <w:br/>
              <w:t xml:space="preserve">3. </w:t>
            </w:r>
            <w:proofErr w:type="spellStart"/>
            <w:r>
              <w:t>Triển</w:t>
            </w:r>
            <w:proofErr w:type="spellEnd"/>
            <w:r>
              <w:t xml:space="preserve"> </w:t>
            </w:r>
            <w:proofErr w:type="spellStart"/>
            <w:r>
              <w:t>khai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r>
              <w:br/>
              <w:t xml:space="preserve">a) </w:t>
            </w:r>
            <w:proofErr w:type="spellStart"/>
            <w:r>
              <w:t>Xác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nội</w:t>
            </w:r>
            <w:proofErr w:type="spellEnd"/>
            <w:r>
              <w:t xml:space="preserve"> dung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phạm</w:t>
            </w:r>
            <w:proofErr w:type="spellEnd"/>
            <w:r>
              <w:t xml:space="preserve"> vi cam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Việt Nam</w:t>
            </w:r>
            <w:r>
              <w:br/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xác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nội</w:t>
            </w:r>
            <w:proofErr w:type="spellEnd"/>
            <w:r>
              <w:t xml:space="preserve"> dung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phạm</w:t>
            </w:r>
            <w:proofErr w:type="spellEnd"/>
            <w:r>
              <w:t xml:space="preserve"> vi cam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Việt Nam </w:t>
            </w:r>
            <w:proofErr w:type="spellStart"/>
            <w:r>
              <w:t>để</w:t>
            </w:r>
            <w:proofErr w:type="spellEnd"/>
            <w:r>
              <w:t xml:space="preserve"> </w:t>
            </w:r>
            <w:proofErr w:type="spellStart"/>
            <w:r>
              <w:t>triển</w:t>
            </w:r>
            <w:proofErr w:type="spellEnd"/>
            <w:r>
              <w:t xml:space="preserve"> </w:t>
            </w:r>
            <w:proofErr w:type="spellStart"/>
            <w:r>
              <w:t>khai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, </w:t>
            </w:r>
            <w:proofErr w:type="spellStart"/>
            <w:r>
              <w:t>hướng</w:t>
            </w:r>
            <w:proofErr w:type="spellEnd"/>
            <w:r>
              <w:t xml:space="preserve"> </w:t>
            </w:r>
            <w:proofErr w:type="spellStart"/>
            <w:r>
              <w:t>dẫn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,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từng</w:t>
            </w:r>
            <w:proofErr w:type="spellEnd"/>
            <w:r>
              <w:t xml:space="preserve"> </w:t>
            </w:r>
            <w:proofErr w:type="spellStart"/>
            <w:r>
              <w:t>nội</w:t>
            </w:r>
            <w:proofErr w:type="spellEnd"/>
            <w:r>
              <w:t xml:space="preserve"> dung </w:t>
            </w:r>
            <w:proofErr w:type="spellStart"/>
            <w:r>
              <w:t>cụ</w:t>
            </w:r>
            <w:proofErr w:type="spellEnd"/>
            <w:r>
              <w:t xml:space="preserve"> </w:t>
            </w:r>
            <w:proofErr w:type="spellStart"/>
            <w:r>
              <w:t>thể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>.</w:t>
            </w:r>
            <w:r>
              <w:br/>
              <w:t xml:space="preserve">b) </w:t>
            </w:r>
            <w:proofErr w:type="spellStart"/>
            <w:r>
              <w:t>Lựa</w:t>
            </w:r>
            <w:proofErr w:type="spellEnd"/>
            <w:r>
              <w:t xml:space="preserve"> </w:t>
            </w:r>
            <w:proofErr w:type="spellStart"/>
            <w:r>
              <w:t>chọn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chỉ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> </w:t>
            </w:r>
            <w:r>
              <w:br/>
              <w:t xml:space="preserve">Trong </w:t>
            </w:r>
            <w:proofErr w:type="spellStart"/>
            <w:r>
              <w:t>trường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yêu</w:t>
            </w:r>
            <w:proofErr w:type="spellEnd"/>
            <w:r>
              <w:t xml:space="preserve"> </w:t>
            </w:r>
            <w:proofErr w:type="spellStart"/>
            <w:r>
              <w:t>cầu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lựa</w:t>
            </w:r>
            <w:proofErr w:type="spellEnd"/>
            <w:r>
              <w:t xml:space="preserve"> </w:t>
            </w:r>
            <w:proofErr w:type="spellStart"/>
            <w:r>
              <w:t>chọn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chỉ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trách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triển</w:t>
            </w:r>
            <w:proofErr w:type="spellEnd"/>
            <w:r>
              <w:t xml:space="preserve"> </w:t>
            </w:r>
            <w:proofErr w:type="spellStart"/>
            <w:r>
              <w:t>khai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sau</w:t>
            </w:r>
            <w:proofErr w:type="spellEnd"/>
            <w:r>
              <w:t xml:space="preserve"> </w:t>
            </w:r>
            <w:proofErr w:type="spellStart"/>
            <w:r>
              <w:t>đây</w:t>
            </w:r>
            <w:proofErr w:type="spellEnd"/>
            <w:r>
              <w:t>:</w:t>
            </w:r>
            <w:r>
              <w:br/>
              <w:t xml:space="preserve">- </w:t>
            </w:r>
            <w:proofErr w:type="spellStart"/>
            <w:r>
              <w:t>Yêu</w:t>
            </w:r>
            <w:proofErr w:type="spellEnd"/>
            <w:r>
              <w:t xml:space="preserve"> </w:t>
            </w:r>
            <w:proofErr w:type="spellStart"/>
            <w:r>
              <w:t>cầu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,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trong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cung</w:t>
            </w:r>
            <w:proofErr w:type="spellEnd"/>
            <w:r>
              <w:t xml:space="preserve"> </w:t>
            </w:r>
            <w:proofErr w:type="spellStart"/>
            <w:r>
              <w:t>cấp</w:t>
            </w:r>
            <w:proofErr w:type="spellEnd"/>
            <w:r>
              <w:t xml:space="preserve"> </w:t>
            </w:r>
            <w:proofErr w:type="spellStart"/>
            <w:r>
              <w:t>danh</w:t>
            </w:r>
            <w:proofErr w:type="spellEnd"/>
            <w:r>
              <w:t xml:space="preserve"> </w:t>
            </w:r>
            <w:proofErr w:type="spellStart"/>
            <w:r>
              <w:t>sách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thông</w:t>
            </w:r>
            <w:proofErr w:type="spellEnd"/>
            <w:r>
              <w:t xml:space="preserve"> tin </w:t>
            </w:r>
            <w:proofErr w:type="spellStart"/>
            <w:r>
              <w:t>về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thuộc</w:t>
            </w:r>
            <w:proofErr w:type="spellEnd"/>
            <w:r>
              <w:t xml:space="preserve"> </w:t>
            </w:r>
            <w:proofErr w:type="spellStart"/>
            <w:r>
              <w:t>phạm</w:t>
            </w:r>
            <w:proofErr w:type="spellEnd"/>
            <w:r>
              <w:t xml:space="preserve"> vi </w:t>
            </w:r>
            <w:proofErr w:type="spellStart"/>
            <w:r>
              <w:t>mình</w:t>
            </w:r>
            <w:proofErr w:type="spellEnd"/>
            <w:r>
              <w:t xml:space="preserve"> </w:t>
            </w:r>
            <w:proofErr w:type="spellStart"/>
            <w:r>
              <w:t>phụ</w:t>
            </w:r>
            <w:proofErr w:type="spellEnd"/>
            <w:r>
              <w:t xml:space="preserve"> </w:t>
            </w:r>
            <w:proofErr w:type="spellStart"/>
            <w:r>
              <w:t>trách</w:t>
            </w:r>
            <w:proofErr w:type="spellEnd"/>
            <w:r>
              <w:t xml:space="preserve"> </w:t>
            </w:r>
            <w:proofErr w:type="spellStart"/>
            <w:r>
              <w:t>đáp</w:t>
            </w:r>
            <w:proofErr w:type="spellEnd"/>
            <w:r>
              <w:t xml:space="preserve"> </w:t>
            </w:r>
            <w:proofErr w:type="spellStart"/>
            <w:r>
              <w:t>ứng</w:t>
            </w:r>
            <w:proofErr w:type="spellEnd"/>
            <w:r>
              <w:t xml:space="preserve"> </w:t>
            </w:r>
            <w:proofErr w:type="spellStart"/>
            <w:r>
              <w:t>yêu</w:t>
            </w:r>
            <w:proofErr w:type="spellEnd"/>
            <w:r>
              <w:t xml:space="preserve"> </w:t>
            </w:r>
            <w:proofErr w:type="spellStart"/>
            <w:r>
              <w:t>cầu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>;</w:t>
            </w:r>
            <w:r>
              <w:br/>
              <w:t xml:space="preserve">- </w:t>
            </w:r>
            <w:proofErr w:type="spellStart"/>
            <w:r>
              <w:t>Tổng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danh</w:t>
            </w:r>
            <w:proofErr w:type="spellEnd"/>
            <w:r>
              <w:t xml:space="preserve"> </w:t>
            </w:r>
            <w:proofErr w:type="spellStart"/>
            <w:r>
              <w:t>sách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thông</w:t>
            </w:r>
            <w:proofErr w:type="spellEnd"/>
            <w:r>
              <w:t xml:space="preserve"> tin </w:t>
            </w:r>
            <w:proofErr w:type="spellStart"/>
            <w:r>
              <w:t>về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trong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thuộc</w:t>
            </w:r>
            <w:proofErr w:type="spellEnd"/>
            <w:r>
              <w:t xml:space="preserve"> </w:t>
            </w:r>
            <w:proofErr w:type="spellStart"/>
            <w:r>
              <w:t>phạm</w:t>
            </w:r>
            <w:proofErr w:type="spellEnd"/>
            <w:r>
              <w:t xml:space="preserve"> vi </w:t>
            </w:r>
            <w:proofErr w:type="spellStart"/>
            <w:r>
              <w:t>điều</w:t>
            </w:r>
            <w:proofErr w:type="spellEnd"/>
            <w:r>
              <w:t xml:space="preserve"> </w:t>
            </w:r>
            <w:proofErr w:type="spellStart"/>
            <w:r>
              <w:t>chỉnh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lastRenderedPageBreak/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>; </w:t>
            </w:r>
            <w:r>
              <w:br/>
              <w:t xml:space="preserve">- Tiến </w:t>
            </w:r>
            <w:proofErr w:type="spellStart"/>
            <w:r>
              <w:t>hành</w:t>
            </w:r>
            <w:proofErr w:type="spellEnd"/>
            <w:r>
              <w:t xml:space="preserve"> </w:t>
            </w:r>
            <w:proofErr w:type="spellStart"/>
            <w:r>
              <w:t>lựa</w:t>
            </w:r>
            <w:proofErr w:type="spellEnd"/>
            <w:r>
              <w:t xml:space="preserve"> </w:t>
            </w:r>
            <w:proofErr w:type="spellStart"/>
            <w:r>
              <w:t>chọn</w:t>
            </w:r>
            <w:proofErr w:type="spellEnd"/>
            <w:r>
              <w:t xml:space="preserve">, </w:t>
            </w:r>
            <w:proofErr w:type="spellStart"/>
            <w:r>
              <w:t>chỉ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trong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đủ</w:t>
            </w:r>
            <w:proofErr w:type="spellEnd"/>
            <w:r>
              <w:t xml:space="preserve"> </w:t>
            </w:r>
            <w:proofErr w:type="spellStart"/>
            <w:r>
              <w:t>điều</w:t>
            </w:r>
            <w:proofErr w:type="spellEnd"/>
            <w:r>
              <w:t xml:space="preserve"> </w:t>
            </w:r>
            <w:proofErr w:type="spellStart"/>
            <w:r>
              <w:t>kiện</w:t>
            </w:r>
            <w:proofErr w:type="spellEnd"/>
            <w:r>
              <w:t xml:space="preserve"> </w:t>
            </w:r>
            <w:proofErr w:type="spellStart"/>
            <w:r>
              <w:t>tham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 xml:space="preserve"> </w:t>
            </w:r>
            <w:proofErr w:type="spellStart"/>
            <w:r>
              <w:t>hoạt</w:t>
            </w:r>
            <w:proofErr w:type="spellEnd"/>
            <w:r>
              <w:t xml:space="preserve"> </w:t>
            </w:r>
            <w:proofErr w:type="spellStart"/>
            <w:r>
              <w:t>động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trong</w:t>
            </w:r>
            <w:proofErr w:type="spellEnd"/>
            <w:r>
              <w:t xml:space="preserve"> </w:t>
            </w:r>
            <w:proofErr w:type="spellStart"/>
            <w:r>
              <w:t>khuôn</w:t>
            </w:r>
            <w:proofErr w:type="spellEnd"/>
            <w:r>
              <w:t xml:space="preserve"> </w:t>
            </w:r>
            <w:proofErr w:type="spellStart"/>
            <w:r>
              <w:t>khổ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.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chỉ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phải</w:t>
            </w:r>
            <w:proofErr w:type="spellEnd"/>
            <w:r>
              <w:t xml:space="preserve"> </w:t>
            </w:r>
            <w:proofErr w:type="spellStart"/>
            <w:r>
              <w:t>bảo</w:t>
            </w:r>
            <w:proofErr w:type="spellEnd"/>
            <w:r>
              <w:t xml:space="preserve"> </w:t>
            </w:r>
            <w:proofErr w:type="spellStart"/>
            <w:r>
              <w:t>đảm</w:t>
            </w:r>
            <w:proofErr w:type="spellEnd"/>
            <w:r>
              <w:t xml:space="preserve"> </w:t>
            </w:r>
            <w:proofErr w:type="spellStart"/>
            <w:r>
              <w:t>đúng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>;</w:t>
            </w:r>
            <w:r>
              <w:br/>
              <w:t xml:space="preserve">- Thông </w:t>
            </w:r>
            <w:proofErr w:type="spellStart"/>
            <w:r>
              <w:t>báo</w:t>
            </w:r>
            <w:proofErr w:type="spellEnd"/>
            <w:r>
              <w:t xml:space="preserve"> </w:t>
            </w:r>
            <w:proofErr w:type="spellStart"/>
            <w:r>
              <w:t>cho</w:t>
            </w:r>
            <w:proofErr w:type="spellEnd"/>
            <w:r>
              <w:t xml:space="preserve"> </w:t>
            </w:r>
            <w:proofErr w:type="spellStart"/>
            <w:r>
              <w:t>bên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ngoài</w:t>
            </w:r>
            <w:proofErr w:type="spellEnd"/>
            <w:r>
              <w:t xml:space="preserve"> </w:t>
            </w:r>
            <w:proofErr w:type="spellStart"/>
            <w:r>
              <w:t>danh</w:t>
            </w:r>
            <w:proofErr w:type="spellEnd"/>
            <w:r>
              <w:t xml:space="preserve"> </w:t>
            </w:r>
            <w:proofErr w:type="spellStart"/>
            <w:r>
              <w:t>sách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phía</w:t>
            </w:r>
            <w:proofErr w:type="spellEnd"/>
            <w:r>
              <w:t xml:space="preserve"> Việt Nam </w:t>
            </w:r>
            <w:proofErr w:type="spellStart"/>
            <w:r>
              <w:t>lựa</w:t>
            </w:r>
            <w:proofErr w:type="spellEnd"/>
            <w:r>
              <w:t xml:space="preserve"> </w:t>
            </w:r>
            <w:proofErr w:type="spellStart"/>
            <w:r>
              <w:t>chọn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 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>;</w:t>
            </w:r>
            <w:r>
              <w:br/>
              <w:t xml:space="preserve">- </w:t>
            </w:r>
            <w:proofErr w:type="spellStart"/>
            <w:r>
              <w:t>Tiếp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danh</w:t>
            </w:r>
            <w:proofErr w:type="spellEnd"/>
            <w:r>
              <w:t xml:space="preserve"> </w:t>
            </w:r>
            <w:proofErr w:type="spellStart"/>
            <w:r>
              <w:t>sách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tiến</w:t>
            </w:r>
            <w:proofErr w:type="spellEnd"/>
            <w:r>
              <w:t xml:space="preserve"> </w:t>
            </w:r>
            <w:proofErr w:type="spellStart"/>
            <w:r>
              <w:t>hành</w:t>
            </w:r>
            <w:proofErr w:type="spellEnd"/>
            <w:r>
              <w:t xml:space="preserve"> </w:t>
            </w:r>
            <w:proofErr w:type="spellStart"/>
            <w:r>
              <w:t>thẩm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bên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ngoài</w:t>
            </w:r>
            <w:proofErr w:type="spellEnd"/>
            <w:r>
              <w:t xml:space="preserve"> </w:t>
            </w:r>
            <w:proofErr w:type="spellStart"/>
            <w:r>
              <w:t>cung</w:t>
            </w:r>
            <w:proofErr w:type="spellEnd"/>
            <w:r>
              <w:t xml:space="preserve"> </w:t>
            </w:r>
            <w:proofErr w:type="spellStart"/>
            <w:r>
              <w:t>cấp</w:t>
            </w:r>
            <w:proofErr w:type="spellEnd"/>
            <w:r>
              <w:t xml:space="preserve"> </w:t>
            </w:r>
            <w:proofErr w:type="spellStart"/>
            <w:r>
              <w:t>trong</w:t>
            </w:r>
            <w:proofErr w:type="spellEnd"/>
            <w:r>
              <w:t xml:space="preserve"> </w:t>
            </w:r>
            <w:proofErr w:type="spellStart"/>
            <w:r>
              <w:t>khuôn</w:t>
            </w:r>
            <w:proofErr w:type="spellEnd"/>
            <w:r>
              <w:t xml:space="preserve"> </w:t>
            </w:r>
            <w:proofErr w:type="spellStart"/>
            <w:r>
              <w:t>khổ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>;</w:t>
            </w:r>
            <w:r>
              <w:br/>
              <w:t xml:space="preserve">- Thông </w:t>
            </w:r>
            <w:proofErr w:type="spellStart"/>
            <w:r>
              <w:t>báo</w:t>
            </w:r>
            <w:proofErr w:type="spellEnd"/>
            <w:r>
              <w:t xml:space="preserve"> </w:t>
            </w:r>
            <w:proofErr w:type="spellStart"/>
            <w:r>
              <w:t>cho</w:t>
            </w:r>
            <w:proofErr w:type="spellEnd"/>
            <w:r>
              <w:t xml:space="preserve"> </w:t>
            </w:r>
            <w:proofErr w:type="spellStart"/>
            <w:r>
              <w:t>bên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ngoài</w:t>
            </w:r>
            <w:proofErr w:type="spellEnd"/>
            <w:r>
              <w:t xml:space="preserve"> </w:t>
            </w:r>
            <w:proofErr w:type="spellStart"/>
            <w:r>
              <w:t>về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chấp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không</w:t>
            </w:r>
            <w:proofErr w:type="spellEnd"/>
            <w:r>
              <w:t xml:space="preserve"> </w:t>
            </w:r>
            <w:proofErr w:type="spellStart"/>
            <w:r>
              <w:t>chấp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cụ</w:t>
            </w:r>
            <w:proofErr w:type="spellEnd"/>
            <w:r>
              <w:t xml:space="preserve"> </w:t>
            </w:r>
            <w:proofErr w:type="spellStart"/>
            <w:r>
              <w:t>thể</w:t>
            </w:r>
            <w:proofErr w:type="spellEnd"/>
            <w:r>
              <w:t xml:space="preserve"> </w:t>
            </w:r>
            <w:proofErr w:type="spellStart"/>
            <w:r>
              <w:t>tham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 xml:space="preserve"> </w:t>
            </w:r>
            <w:proofErr w:type="spellStart"/>
            <w:r>
              <w:t>hoạt</w:t>
            </w:r>
            <w:proofErr w:type="spellEnd"/>
            <w:r>
              <w:t xml:space="preserve"> </w:t>
            </w:r>
            <w:proofErr w:type="spellStart"/>
            <w:r>
              <w:t>động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trong</w:t>
            </w:r>
            <w:proofErr w:type="spellEnd"/>
            <w:r>
              <w:t xml:space="preserve"> </w:t>
            </w:r>
            <w:proofErr w:type="spellStart"/>
            <w:r>
              <w:t>khuôn</w:t>
            </w:r>
            <w:proofErr w:type="spellEnd"/>
            <w:r>
              <w:t xml:space="preserve"> </w:t>
            </w:r>
            <w:proofErr w:type="spellStart"/>
            <w:r>
              <w:t>khổ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>.</w:t>
            </w:r>
            <w:r>
              <w:br/>
              <w:t xml:space="preserve">c) </w:t>
            </w:r>
            <w:proofErr w:type="spellStart"/>
            <w:r>
              <w:t>Xây</w:t>
            </w:r>
            <w:proofErr w:type="spellEnd"/>
            <w:r>
              <w:t xml:space="preserve"> </w:t>
            </w:r>
            <w:proofErr w:type="spellStart"/>
            <w:r>
              <w:t>dựng</w:t>
            </w:r>
            <w:proofErr w:type="spellEnd"/>
            <w:r>
              <w:t xml:space="preserve"> </w:t>
            </w:r>
            <w:proofErr w:type="spellStart"/>
            <w:r>
              <w:t>kế</w:t>
            </w:r>
            <w:proofErr w:type="spellEnd"/>
            <w:r>
              <w:t xml:space="preserve"> </w:t>
            </w:r>
            <w:proofErr w:type="spellStart"/>
            <w:r>
              <w:t>hoạch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br/>
            </w:r>
            <w:proofErr w:type="spellStart"/>
            <w:r>
              <w:t>Để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cần</w:t>
            </w:r>
            <w:proofErr w:type="spellEnd"/>
            <w:r>
              <w:t xml:space="preserve"> </w:t>
            </w:r>
            <w:proofErr w:type="spellStart"/>
            <w:r>
              <w:t>tiến</w:t>
            </w:r>
            <w:proofErr w:type="spellEnd"/>
            <w:r>
              <w:t xml:space="preserve"> </w:t>
            </w:r>
            <w:proofErr w:type="spellStart"/>
            <w:r>
              <w:lastRenderedPageBreak/>
              <w:t>hành</w:t>
            </w:r>
            <w:proofErr w:type="spellEnd"/>
            <w:r>
              <w:t xml:space="preserve"> </w:t>
            </w:r>
            <w:proofErr w:type="spellStart"/>
            <w:r>
              <w:t>những</w:t>
            </w:r>
            <w:proofErr w:type="spellEnd"/>
            <w:r>
              <w:t xml:space="preserve">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sau</w:t>
            </w:r>
            <w:proofErr w:type="spellEnd"/>
            <w:r>
              <w:t xml:space="preserve"> </w:t>
            </w:r>
            <w:proofErr w:type="spellStart"/>
            <w:r>
              <w:t>đây</w:t>
            </w:r>
            <w:proofErr w:type="spellEnd"/>
            <w:r>
              <w:t>:</w:t>
            </w:r>
            <w:r>
              <w:br/>
              <w:t xml:space="preserve">- </w:t>
            </w:r>
            <w:proofErr w:type="spellStart"/>
            <w:r>
              <w:t>Xây</w:t>
            </w:r>
            <w:proofErr w:type="spellEnd"/>
            <w:r>
              <w:t xml:space="preserve"> </w:t>
            </w:r>
            <w:proofErr w:type="spellStart"/>
            <w:r>
              <w:t>dựng</w:t>
            </w:r>
            <w:proofErr w:type="spellEnd"/>
            <w:r>
              <w:t xml:space="preserve"> </w:t>
            </w:r>
            <w:proofErr w:type="spellStart"/>
            <w:r>
              <w:t>kế</w:t>
            </w:r>
            <w:proofErr w:type="spellEnd"/>
            <w:r>
              <w:t xml:space="preserve"> </w:t>
            </w:r>
            <w:proofErr w:type="spellStart"/>
            <w:r>
              <w:t>hoạch</w:t>
            </w:r>
            <w:proofErr w:type="spellEnd"/>
            <w:r>
              <w:t xml:space="preserve"> </w:t>
            </w:r>
            <w:proofErr w:type="spellStart"/>
            <w:r>
              <w:t>triển</w:t>
            </w:r>
            <w:proofErr w:type="spellEnd"/>
            <w:r>
              <w:t xml:space="preserve"> </w:t>
            </w:r>
            <w:proofErr w:type="spellStart"/>
            <w:r>
              <w:t>khai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gồm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nội</w:t>
            </w:r>
            <w:proofErr w:type="spellEnd"/>
            <w:r>
              <w:t xml:space="preserve"> dung </w:t>
            </w:r>
            <w:proofErr w:type="spellStart"/>
            <w:r>
              <w:t>chủ</w:t>
            </w:r>
            <w:proofErr w:type="spellEnd"/>
            <w:r>
              <w:t xml:space="preserve"> </w:t>
            </w:r>
            <w:proofErr w:type="spellStart"/>
            <w:r>
              <w:t>yếu</w:t>
            </w:r>
            <w:proofErr w:type="spellEnd"/>
            <w:r>
              <w:t xml:space="preserve"> </w:t>
            </w:r>
            <w:proofErr w:type="spellStart"/>
            <w:r>
              <w:t>sau</w:t>
            </w:r>
            <w:proofErr w:type="spellEnd"/>
            <w:r>
              <w:t xml:space="preserve"> </w:t>
            </w:r>
            <w:proofErr w:type="spellStart"/>
            <w:r>
              <w:t>đây</w:t>
            </w:r>
            <w:proofErr w:type="spellEnd"/>
            <w:r>
              <w:t>:</w:t>
            </w:r>
            <w:r>
              <w:br/>
              <w:t xml:space="preserve">+ </w:t>
            </w:r>
            <w:proofErr w:type="spellStart"/>
            <w:r>
              <w:t>Nội</w:t>
            </w:r>
            <w:proofErr w:type="spellEnd"/>
            <w:r>
              <w:t xml:space="preserve"> dung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cần</w:t>
            </w:r>
            <w:proofErr w:type="spellEnd"/>
            <w:r>
              <w:t xml:space="preserve"> </w:t>
            </w:r>
            <w:proofErr w:type="spellStart"/>
            <w:r>
              <w:t>triển</w:t>
            </w:r>
            <w:proofErr w:type="spellEnd"/>
            <w:r>
              <w:t xml:space="preserve"> </w:t>
            </w:r>
            <w:proofErr w:type="spellStart"/>
            <w:r>
              <w:t>khai</w:t>
            </w:r>
            <w:proofErr w:type="spellEnd"/>
            <w:r>
              <w:t xml:space="preserve">,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>;</w:t>
            </w:r>
            <w:r>
              <w:br/>
              <w:t xml:space="preserve">+ </w:t>
            </w:r>
            <w:proofErr w:type="spellStart"/>
            <w:r>
              <w:t>Đầu</w:t>
            </w:r>
            <w:proofErr w:type="spellEnd"/>
            <w:r>
              <w:t xml:space="preserve"> </w:t>
            </w:r>
            <w:proofErr w:type="spellStart"/>
            <w:r>
              <w:t>tư</w:t>
            </w:r>
            <w:proofErr w:type="spellEnd"/>
            <w:r>
              <w:t xml:space="preserve">, </w:t>
            </w:r>
            <w:proofErr w:type="spellStart"/>
            <w:r>
              <w:t>nâng</w:t>
            </w:r>
            <w:proofErr w:type="spellEnd"/>
            <w:r>
              <w:t xml:space="preserve"> </w:t>
            </w:r>
            <w:proofErr w:type="spellStart"/>
            <w:r>
              <w:t>cấp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 xml:space="preserve"> </w:t>
            </w:r>
            <w:proofErr w:type="spellStart"/>
            <w:r>
              <w:t>hạ</w:t>
            </w:r>
            <w:proofErr w:type="spellEnd"/>
            <w:r>
              <w:t xml:space="preserve"> </w:t>
            </w:r>
            <w:proofErr w:type="spellStart"/>
            <w:r>
              <w:t>tầng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>;</w:t>
            </w:r>
            <w:r>
              <w:br/>
              <w:t xml:space="preserve">+ Đào </w:t>
            </w:r>
            <w:proofErr w:type="spellStart"/>
            <w:r>
              <w:t>tạo</w:t>
            </w:r>
            <w:proofErr w:type="spellEnd"/>
            <w:r>
              <w:t xml:space="preserve"> </w:t>
            </w:r>
            <w:proofErr w:type="spellStart"/>
            <w:r>
              <w:t>nhân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>;</w:t>
            </w:r>
            <w:r>
              <w:br/>
              <w:t xml:space="preserve">+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,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, </w:t>
            </w:r>
            <w:proofErr w:type="spellStart"/>
            <w:r>
              <w:t>cá</w:t>
            </w:r>
            <w:proofErr w:type="spellEnd"/>
            <w:r>
              <w:t xml:space="preserve"> </w:t>
            </w:r>
            <w:proofErr w:type="spellStart"/>
            <w:r>
              <w:t>nhân</w:t>
            </w:r>
            <w:proofErr w:type="spellEnd"/>
            <w:r>
              <w:t xml:space="preserve"> </w:t>
            </w:r>
            <w:proofErr w:type="spellStart"/>
            <w:r>
              <w:t>chủ</w:t>
            </w:r>
            <w:proofErr w:type="spellEnd"/>
            <w:r>
              <w:t xml:space="preserve"> </w:t>
            </w:r>
            <w:proofErr w:type="spellStart"/>
            <w:r>
              <w:t>trì</w:t>
            </w:r>
            <w:proofErr w:type="spellEnd"/>
            <w:r>
              <w:t xml:space="preserve">, </w:t>
            </w:r>
            <w:proofErr w:type="spellStart"/>
            <w:r>
              <w:t>phối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>;</w:t>
            </w:r>
            <w:r>
              <w:br/>
              <w:t xml:space="preserve">+ </w:t>
            </w:r>
            <w:proofErr w:type="spellStart"/>
            <w:r>
              <w:t>Thời</w:t>
            </w:r>
            <w:proofErr w:type="spellEnd"/>
            <w:r>
              <w:t xml:space="preserve"> </w:t>
            </w:r>
            <w:proofErr w:type="spellStart"/>
            <w:r>
              <w:t>gian</w:t>
            </w:r>
            <w:proofErr w:type="spellEnd"/>
            <w:r>
              <w:t xml:space="preserve">, </w:t>
            </w:r>
            <w:proofErr w:type="spellStart"/>
            <w:r>
              <w:t>tiến</w:t>
            </w:r>
            <w:proofErr w:type="spellEnd"/>
            <w:r>
              <w:t xml:space="preserve"> </w:t>
            </w:r>
            <w:proofErr w:type="spellStart"/>
            <w:r>
              <w:t>độ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>;</w:t>
            </w:r>
            <w:r>
              <w:br/>
              <w:t xml:space="preserve">+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, </w:t>
            </w:r>
            <w:proofErr w:type="spellStart"/>
            <w:r>
              <w:t>mục</w:t>
            </w:r>
            <w:proofErr w:type="spellEnd"/>
            <w:r>
              <w:t xml:space="preserve">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cần</w:t>
            </w:r>
            <w:proofErr w:type="spellEnd"/>
            <w:r>
              <w:t xml:space="preserve"> </w:t>
            </w:r>
            <w:proofErr w:type="spellStart"/>
            <w:r>
              <w:t>đạt</w:t>
            </w:r>
            <w:proofErr w:type="spellEnd"/>
            <w:r>
              <w:t>;</w:t>
            </w:r>
            <w:r>
              <w:br/>
              <w:t xml:space="preserve">+ Các </w:t>
            </w:r>
            <w:proofErr w:type="spellStart"/>
            <w:r>
              <w:t>nội</w:t>
            </w:r>
            <w:proofErr w:type="spellEnd"/>
            <w:r>
              <w:t xml:space="preserve"> dung </w:t>
            </w:r>
            <w:proofErr w:type="spellStart"/>
            <w:r>
              <w:t>khác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>.</w:t>
            </w:r>
            <w:r>
              <w:br/>
              <w:t xml:space="preserve">- Thành </w:t>
            </w:r>
            <w:proofErr w:type="spellStart"/>
            <w:r>
              <w:t>lập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tác</w:t>
            </w:r>
            <w:proofErr w:type="spellEnd"/>
            <w:r>
              <w:t xml:space="preserve"> </w:t>
            </w:r>
            <w:proofErr w:type="spellStart"/>
            <w:r>
              <w:t>để</w:t>
            </w:r>
            <w:proofErr w:type="spellEnd"/>
            <w:r>
              <w:t xml:space="preserve"> </w:t>
            </w:r>
            <w:proofErr w:type="spellStart"/>
            <w:r>
              <w:t>điều</w:t>
            </w:r>
            <w:proofErr w:type="spellEnd"/>
            <w:r>
              <w:t xml:space="preserve"> </w:t>
            </w:r>
            <w:proofErr w:type="spellStart"/>
            <w:r>
              <w:t>phối</w:t>
            </w:r>
            <w:proofErr w:type="spellEnd"/>
            <w:r>
              <w:t xml:space="preserve"> </w:t>
            </w:r>
            <w:proofErr w:type="spellStart"/>
            <w:r>
              <w:t>hoạt</w:t>
            </w:r>
            <w:proofErr w:type="spellEnd"/>
            <w:r>
              <w:t xml:space="preserve"> </w:t>
            </w:r>
            <w:proofErr w:type="spellStart"/>
            <w:r>
              <w:t>động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,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, </w:t>
            </w:r>
            <w:proofErr w:type="spellStart"/>
            <w:r>
              <w:t>cá</w:t>
            </w:r>
            <w:proofErr w:type="spellEnd"/>
            <w:r>
              <w:t xml:space="preserve"> </w:t>
            </w:r>
            <w:proofErr w:type="spellStart"/>
            <w:r>
              <w:t>nhân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nhằm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hiệu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nội</w:t>
            </w:r>
            <w:proofErr w:type="spellEnd"/>
            <w:r>
              <w:t xml:space="preserve"> dung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kế</w:t>
            </w:r>
            <w:proofErr w:type="spellEnd"/>
            <w:r>
              <w:t xml:space="preserve"> </w:t>
            </w:r>
            <w:proofErr w:type="spellStart"/>
            <w:r>
              <w:t>hoạch</w:t>
            </w:r>
            <w:proofErr w:type="spellEnd"/>
            <w:r>
              <w:t xml:space="preserve"> </w:t>
            </w:r>
            <w:proofErr w:type="spellStart"/>
            <w:r>
              <w:t>triển</w:t>
            </w:r>
            <w:proofErr w:type="spellEnd"/>
            <w:r>
              <w:t xml:space="preserve"> </w:t>
            </w:r>
            <w:proofErr w:type="spellStart"/>
            <w:r>
              <w:t>khai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.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vụ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tác</w:t>
            </w:r>
            <w:proofErr w:type="spellEnd"/>
            <w:r>
              <w:t xml:space="preserve"> do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>.</w:t>
            </w:r>
            <w:r>
              <w:br/>
              <w:t xml:space="preserve">- Thông </w:t>
            </w:r>
            <w:proofErr w:type="spellStart"/>
            <w:r>
              <w:t>báo</w:t>
            </w:r>
            <w:proofErr w:type="spellEnd"/>
            <w:r>
              <w:t xml:space="preserve"> </w:t>
            </w:r>
            <w:proofErr w:type="spellStart"/>
            <w:r>
              <w:t>kế</w:t>
            </w:r>
            <w:proofErr w:type="spellEnd"/>
            <w:r>
              <w:t xml:space="preserve"> </w:t>
            </w:r>
            <w:proofErr w:type="spellStart"/>
            <w:r>
              <w:t>hoạch</w:t>
            </w:r>
            <w:proofErr w:type="spellEnd"/>
            <w:r>
              <w:t xml:space="preserve"> </w:t>
            </w:r>
            <w:proofErr w:type="spellStart"/>
            <w:r>
              <w:t>triển</w:t>
            </w:r>
            <w:proofErr w:type="spellEnd"/>
            <w:r>
              <w:t xml:space="preserve"> </w:t>
            </w:r>
            <w:proofErr w:type="spellStart"/>
            <w:r>
              <w:t>khai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cho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,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, </w:t>
            </w:r>
            <w:proofErr w:type="spellStart"/>
            <w:r>
              <w:t>cá</w:t>
            </w:r>
            <w:proofErr w:type="spellEnd"/>
            <w:r>
              <w:t xml:space="preserve"> </w:t>
            </w:r>
            <w:proofErr w:type="spellStart"/>
            <w:r>
              <w:t>nhân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trong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để</w:t>
            </w:r>
            <w:proofErr w:type="spellEnd"/>
            <w:r>
              <w:t xml:space="preserve"> </w:t>
            </w:r>
            <w:proofErr w:type="spellStart"/>
            <w:r>
              <w:t>phối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bị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triển</w:t>
            </w:r>
            <w:proofErr w:type="spellEnd"/>
            <w:r>
              <w:t xml:space="preserve"> </w:t>
            </w:r>
            <w:proofErr w:type="spellStart"/>
            <w:r>
              <w:t>khai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>.</w:t>
            </w:r>
            <w:r>
              <w:br/>
            </w:r>
            <w:r>
              <w:lastRenderedPageBreak/>
              <w:t xml:space="preserve">- Thông </w:t>
            </w:r>
            <w:proofErr w:type="spellStart"/>
            <w:r>
              <w:t>báo</w:t>
            </w:r>
            <w:proofErr w:type="spellEnd"/>
            <w:r>
              <w:t xml:space="preserve"> </w:t>
            </w:r>
            <w:proofErr w:type="spellStart"/>
            <w:r>
              <w:t>kế</w:t>
            </w:r>
            <w:proofErr w:type="spellEnd"/>
            <w:r>
              <w:t xml:space="preserve"> </w:t>
            </w:r>
            <w:proofErr w:type="spellStart"/>
            <w:r>
              <w:t>hoạch</w:t>
            </w:r>
            <w:proofErr w:type="spellEnd"/>
            <w:r>
              <w:t xml:space="preserve"> </w:t>
            </w:r>
            <w:proofErr w:type="spellStart"/>
            <w:r>
              <w:t>triển</w:t>
            </w:r>
            <w:proofErr w:type="spellEnd"/>
            <w:r>
              <w:t xml:space="preserve"> </w:t>
            </w:r>
            <w:proofErr w:type="spellStart"/>
            <w:r>
              <w:t>khai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kèm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bản</w:t>
            </w:r>
            <w:proofErr w:type="spellEnd"/>
            <w:r>
              <w:t xml:space="preserve"> </w:t>
            </w:r>
            <w:proofErr w:type="spellStart"/>
            <w:r>
              <w:t>sao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cho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 Khoa </w:t>
            </w:r>
            <w:proofErr w:type="spellStart"/>
            <w:r>
              <w:t>học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Công </w:t>
            </w:r>
            <w:proofErr w:type="spellStart"/>
            <w:r>
              <w:t>nghệ</w:t>
            </w:r>
            <w:proofErr w:type="spellEnd"/>
            <w:r>
              <w:t xml:space="preserve"> </w:t>
            </w:r>
            <w:proofErr w:type="spellStart"/>
            <w:r>
              <w:t>để</w:t>
            </w:r>
            <w:proofErr w:type="spellEnd"/>
            <w:r>
              <w:t xml:space="preserve"> </w:t>
            </w:r>
            <w:proofErr w:type="spellStart"/>
            <w:r>
              <w:t>phối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, </w:t>
            </w:r>
            <w:proofErr w:type="spellStart"/>
            <w:r>
              <w:t>thống</w:t>
            </w:r>
            <w:proofErr w:type="spellEnd"/>
            <w:r>
              <w:t xml:space="preserve"> </w:t>
            </w:r>
            <w:proofErr w:type="spellStart"/>
            <w:r>
              <w:t>nhất</w:t>
            </w:r>
            <w:proofErr w:type="spellEnd"/>
            <w:r>
              <w:t xml:space="preserve"> </w:t>
            </w:r>
            <w:proofErr w:type="spellStart"/>
            <w:r>
              <w:t>quản</w:t>
            </w:r>
            <w:proofErr w:type="spellEnd"/>
            <w:r>
              <w:t xml:space="preserve"> </w:t>
            </w:r>
            <w:proofErr w:type="spellStart"/>
            <w:r>
              <w:t>lý</w:t>
            </w:r>
            <w:proofErr w:type="spellEnd"/>
            <w:r>
              <w:t>.</w:t>
            </w:r>
          </w:p>
        </w:tc>
        <w:tc>
          <w:tcPr>
            <w:tcW w:w="5220" w:type="dxa"/>
          </w:tcPr>
          <w:p w14:paraId="391384AB" w14:textId="342CEED7" w:rsidR="006D55D4" w:rsidRPr="00534ECA" w:rsidRDefault="00534ECA" w:rsidP="006D55D4">
            <w:pPr>
              <w:rPr>
                <w:b/>
                <w:bCs/>
              </w:rPr>
            </w:pPr>
            <w:proofErr w:type="spellStart"/>
            <w:r w:rsidRPr="00534ECA">
              <w:rPr>
                <w:b/>
                <w:bCs/>
              </w:rPr>
              <w:lastRenderedPageBreak/>
              <w:t>Sở</w:t>
            </w:r>
            <w:proofErr w:type="spellEnd"/>
            <w:r w:rsidRPr="00534ECA">
              <w:rPr>
                <w:b/>
                <w:bCs/>
              </w:rPr>
              <w:t xml:space="preserve"> KHCN Hải </w:t>
            </w:r>
            <w:proofErr w:type="spellStart"/>
            <w:r w:rsidRPr="00534ECA">
              <w:rPr>
                <w:b/>
                <w:bCs/>
              </w:rPr>
              <w:t>Phòng</w:t>
            </w:r>
            <w:proofErr w:type="spellEnd"/>
            <w:r w:rsidRPr="00534ECA">
              <w:rPr>
                <w:b/>
                <w:bCs/>
              </w:rPr>
              <w:t>:</w:t>
            </w:r>
          </w:p>
          <w:p w14:paraId="4FC22989" w14:textId="77777777" w:rsidR="00534ECA" w:rsidRDefault="00534ECA" w:rsidP="006D55D4">
            <w:proofErr w:type="spellStart"/>
            <w:r w:rsidRPr="00534ECA">
              <w:t>Điều</w:t>
            </w:r>
            <w:proofErr w:type="spellEnd"/>
            <w:r w:rsidRPr="00534ECA">
              <w:t xml:space="preserve"> 4.2.b) </w:t>
            </w:r>
            <w:proofErr w:type="spellStart"/>
            <w:r w:rsidRPr="00534ECA">
              <w:t>Chuẩn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bị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và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tiến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hành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ký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kết</w:t>
            </w:r>
            <w:proofErr w:type="spellEnd"/>
            <w:r w:rsidRPr="00534ECA">
              <w:t xml:space="preserve">: “Trường </w:t>
            </w:r>
            <w:proofErr w:type="spellStart"/>
            <w:r w:rsidRPr="00534ECA">
              <w:t>hợp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dự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thảo</w:t>
            </w:r>
            <w:proofErr w:type="spellEnd"/>
            <w:r>
              <w:t xml:space="preserve"> </w:t>
            </w:r>
            <w:proofErr w:type="spellStart"/>
            <w:r w:rsidRPr="00534ECA">
              <w:t>Hiệp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định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thừa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nhận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đã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được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bên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đối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tác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nước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ngoài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chuẩn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bị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thì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Cơ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quan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đề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xuất</w:t>
            </w:r>
            <w:proofErr w:type="spellEnd"/>
            <w:r>
              <w:t xml:space="preserve"> </w:t>
            </w:r>
            <w:proofErr w:type="spellStart"/>
            <w:r w:rsidRPr="00534ECA">
              <w:t>Hiệp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định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thừa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nhận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có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trách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nhiệm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nghiên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cứu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dự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thảo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đó</w:t>
            </w:r>
            <w:proofErr w:type="spellEnd"/>
            <w:r w:rsidRPr="00534ECA">
              <w:t xml:space="preserve">, </w:t>
            </w:r>
            <w:proofErr w:type="spellStart"/>
            <w:r w:rsidRPr="00534ECA">
              <w:t>xây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dựng</w:t>
            </w:r>
            <w:proofErr w:type="spellEnd"/>
            <w:r w:rsidRPr="00534ECA">
              <w:t xml:space="preserve"> </w:t>
            </w:r>
            <w:proofErr w:type="spellStart"/>
            <w:r w:rsidRPr="00534ECA">
              <w:lastRenderedPageBreak/>
              <w:t>phương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án</w:t>
            </w:r>
            <w:proofErr w:type="spellEnd"/>
            <w:r>
              <w:t xml:space="preserve"> </w:t>
            </w:r>
            <w:proofErr w:type="spellStart"/>
            <w:r w:rsidRPr="00534ECA">
              <w:t>chấp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nhận</w:t>
            </w:r>
            <w:proofErr w:type="spellEnd"/>
            <w:r w:rsidRPr="00534ECA">
              <w:t xml:space="preserve">, </w:t>
            </w:r>
            <w:proofErr w:type="spellStart"/>
            <w:r w:rsidRPr="00534ECA">
              <w:t>sửa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đổi</w:t>
            </w:r>
            <w:proofErr w:type="spellEnd"/>
            <w:r w:rsidRPr="00534ECA">
              <w:t xml:space="preserve">, </w:t>
            </w:r>
            <w:proofErr w:type="spellStart"/>
            <w:r w:rsidRPr="00534ECA">
              <w:t>bổ</w:t>
            </w:r>
            <w:proofErr w:type="spellEnd"/>
            <w:r w:rsidRPr="00534ECA">
              <w:t xml:space="preserve"> sung </w:t>
            </w:r>
            <w:proofErr w:type="spellStart"/>
            <w:r w:rsidRPr="00534ECA">
              <w:t>hoặc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xây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dựng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dự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thảo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của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phía</w:t>
            </w:r>
            <w:proofErr w:type="spellEnd"/>
            <w:r w:rsidRPr="00534ECA">
              <w:t xml:space="preserve"> Việt Nam </w:t>
            </w:r>
            <w:proofErr w:type="spellStart"/>
            <w:r w:rsidRPr="00534ECA">
              <w:t>và</w:t>
            </w:r>
            <w:proofErr w:type="spellEnd"/>
            <w:r w:rsidRPr="00534ECA">
              <w:t xml:space="preserve"> </w:t>
            </w:r>
            <w:proofErr w:type="spellStart"/>
            <w:r w:rsidRPr="00534ECA">
              <w:rPr>
                <w:b/>
                <w:bCs/>
              </w:rPr>
              <w:t>tổ</w:t>
            </w:r>
            <w:proofErr w:type="spellEnd"/>
            <w:r w:rsidRPr="00534ECA">
              <w:rPr>
                <w:b/>
                <w:bCs/>
              </w:rPr>
              <w:t xml:space="preserve"> </w:t>
            </w:r>
            <w:proofErr w:type="spellStart"/>
            <w:r w:rsidRPr="00534ECA">
              <w:rPr>
                <w:b/>
                <w:bCs/>
              </w:rPr>
              <w:t>chức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 w:rsidRPr="00534ECA">
              <w:rPr>
                <w:b/>
                <w:bCs/>
              </w:rPr>
              <w:t>lấy</w:t>
            </w:r>
            <w:proofErr w:type="spellEnd"/>
            <w:r w:rsidRPr="00534ECA">
              <w:rPr>
                <w:b/>
                <w:bCs/>
              </w:rPr>
              <w:t xml:space="preserve"> ý </w:t>
            </w:r>
            <w:proofErr w:type="spellStart"/>
            <w:r w:rsidRPr="00534ECA">
              <w:rPr>
                <w:b/>
                <w:bCs/>
              </w:rPr>
              <w:t>kiến</w:t>
            </w:r>
            <w:proofErr w:type="spellEnd"/>
            <w:r w:rsidRPr="00534ECA">
              <w:rPr>
                <w:b/>
                <w:bCs/>
              </w:rPr>
              <w:t xml:space="preserve"> </w:t>
            </w:r>
            <w:proofErr w:type="spellStart"/>
            <w:r w:rsidRPr="00534ECA">
              <w:rPr>
                <w:b/>
                <w:bCs/>
              </w:rPr>
              <w:t>của</w:t>
            </w:r>
            <w:proofErr w:type="spellEnd"/>
            <w:r w:rsidRPr="00534ECA">
              <w:rPr>
                <w:b/>
                <w:bCs/>
              </w:rPr>
              <w:t xml:space="preserve"> </w:t>
            </w:r>
            <w:proofErr w:type="spellStart"/>
            <w:r w:rsidRPr="00534ECA">
              <w:rPr>
                <w:b/>
                <w:bCs/>
              </w:rPr>
              <w:t>các</w:t>
            </w:r>
            <w:proofErr w:type="spellEnd"/>
            <w:r w:rsidRPr="00534ECA">
              <w:rPr>
                <w:b/>
                <w:bCs/>
              </w:rPr>
              <w:t xml:space="preserve"> </w:t>
            </w:r>
            <w:proofErr w:type="spellStart"/>
            <w:r w:rsidRPr="00534ECA">
              <w:rPr>
                <w:b/>
                <w:bCs/>
              </w:rPr>
              <w:t>cơ</w:t>
            </w:r>
            <w:proofErr w:type="spellEnd"/>
            <w:r w:rsidRPr="00534ECA">
              <w:rPr>
                <w:b/>
                <w:bCs/>
              </w:rPr>
              <w:t xml:space="preserve"> </w:t>
            </w:r>
            <w:proofErr w:type="spellStart"/>
            <w:r w:rsidRPr="00534ECA">
              <w:rPr>
                <w:b/>
                <w:bCs/>
              </w:rPr>
              <w:t>quan</w:t>
            </w:r>
            <w:proofErr w:type="spellEnd"/>
            <w:r w:rsidRPr="00534ECA">
              <w:rPr>
                <w:b/>
                <w:bCs/>
              </w:rPr>
              <w:t xml:space="preserve">, </w:t>
            </w:r>
            <w:proofErr w:type="spellStart"/>
            <w:r w:rsidRPr="00534ECA">
              <w:rPr>
                <w:b/>
                <w:bCs/>
              </w:rPr>
              <w:t>tổ</w:t>
            </w:r>
            <w:proofErr w:type="spellEnd"/>
            <w:r w:rsidRPr="00534ECA">
              <w:rPr>
                <w:b/>
                <w:bCs/>
              </w:rPr>
              <w:t xml:space="preserve"> </w:t>
            </w:r>
            <w:proofErr w:type="spellStart"/>
            <w:r w:rsidRPr="00534ECA">
              <w:rPr>
                <w:b/>
                <w:bCs/>
              </w:rPr>
              <w:t>chức</w:t>
            </w:r>
            <w:proofErr w:type="spellEnd"/>
            <w:r w:rsidRPr="00534ECA">
              <w:rPr>
                <w:b/>
                <w:bCs/>
              </w:rPr>
              <w:t xml:space="preserve"> </w:t>
            </w:r>
            <w:proofErr w:type="spellStart"/>
            <w:r w:rsidRPr="00534ECA">
              <w:t>có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liên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quan</w:t>
            </w:r>
            <w:proofErr w:type="spellEnd"/>
            <w:r w:rsidRPr="00534ECA">
              <w:t xml:space="preserve">”. </w:t>
            </w:r>
            <w:proofErr w:type="spellStart"/>
            <w:r w:rsidRPr="00534ECA">
              <w:t>Đề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nghị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quy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định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cụ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thể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thời</w:t>
            </w:r>
            <w:proofErr w:type="spellEnd"/>
            <w:r>
              <w:t xml:space="preserve"> </w:t>
            </w:r>
            <w:proofErr w:type="spellStart"/>
            <w:r w:rsidRPr="00534ECA">
              <w:t>gian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lấy</w:t>
            </w:r>
            <w:proofErr w:type="spellEnd"/>
            <w:r w:rsidRPr="00534ECA">
              <w:t xml:space="preserve"> ý </w:t>
            </w:r>
            <w:proofErr w:type="spellStart"/>
            <w:r w:rsidRPr="00534ECA">
              <w:t>kiến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của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các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cơ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quan</w:t>
            </w:r>
            <w:proofErr w:type="spellEnd"/>
            <w:r w:rsidRPr="00534ECA">
              <w:t xml:space="preserve">, </w:t>
            </w:r>
            <w:proofErr w:type="spellStart"/>
            <w:r w:rsidRPr="00534ECA">
              <w:t>tổ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chức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có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liên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quan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đối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với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dự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thảo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Hiệp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định</w:t>
            </w:r>
            <w:proofErr w:type="spellEnd"/>
            <w:r>
              <w:t xml:space="preserve"> </w:t>
            </w:r>
            <w:proofErr w:type="spellStart"/>
            <w:r w:rsidRPr="00534ECA">
              <w:t>thừa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nhận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để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đảm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bảo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tính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kịp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thời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và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đồng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bộ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của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quy</w:t>
            </w:r>
            <w:proofErr w:type="spellEnd"/>
            <w:r w:rsidRPr="00534ECA">
              <w:t xml:space="preserve"> </w:t>
            </w:r>
            <w:proofErr w:type="spellStart"/>
            <w:r w:rsidRPr="00534ECA">
              <w:t>trình</w:t>
            </w:r>
            <w:proofErr w:type="spellEnd"/>
            <w:r w:rsidRPr="00534ECA">
              <w:t>.</w:t>
            </w:r>
          </w:p>
          <w:p w14:paraId="79FCD95B" w14:textId="77777777" w:rsidR="007210FE" w:rsidRDefault="007210FE" w:rsidP="006D55D4"/>
          <w:p w14:paraId="690CD2AB" w14:textId="77777777" w:rsidR="007210FE" w:rsidRPr="007210FE" w:rsidRDefault="007210FE" w:rsidP="007210FE">
            <w:pPr>
              <w:rPr>
                <w:b/>
                <w:bCs/>
              </w:rPr>
            </w:pPr>
            <w:proofErr w:type="spellStart"/>
            <w:r w:rsidRPr="007210FE">
              <w:rPr>
                <w:b/>
                <w:bCs/>
              </w:rPr>
              <w:t>Hội</w:t>
            </w:r>
            <w:proofErr w:type="spellEnd"/>
            <w:r w:rsidRPr="007210FE">
              <w:rPr>
                <w:b/>
                <w:bCs/>
              </w:rPr>
              <w:t xml:space="preserve"> </w:t>
            </w:r>
            <w:proofErr w:type="spellStart"/>
            <w:r w:rsidRPr="007210FE">
              <w:rPr>
                <w:b/>
                <w:bCs/>
              </w:rPr>
              <w:t>Tiêu</w:t>
            </w:r>
            <w:proofErr w:type="spellEnd"/>
            <w:r w:rsidRPr="007210FE">
              <w:rPr>
                <w:b/>
                <w:bCs/>
              </w:rPr>
              <w:t xml:space="preserve"> </w:t>
            </w:r>
            <w:proofErr w:type="spellStart"/>
            <w:r w:rsidRPr="007210FE">
              <w:rPr>
                <w:b/>
                <w:bCs/>
              </w:rPr>
              <w:t>chuẩn</w:t>
            </w:r>
            <w:proofErr w:type="spellEnd"/>
            <w:r w:rsidRPr="007210FE">
              <w:rPr>
                <w:b/>
                <w:bCs/>
              </w:rPr>
              <w:t xml:space="preserve"> &amp; </w:t>
            </w:r>
            <w:proofErr w:type="spellStart"/>
            <w:r w:rsidRPr="007210FE">
              <w:rPr>
                <w:b/>
                <w:bCs/>
              </w:rPr>
              <w:t>Chất</w:t>
            </w:r>
            <w:proofErr w:type="spellEnd"/>
            <w:r w:rsidRPr="007210FE">
              <w:rPr>
                <w:b/>
                <w:bCs/>
              </w:rPr>
              <w:t xml:space="preserve"> </w:t>
            </w:r>
            <w:proofErr w:type="spellStart"/>
            <w:r w:rsidRPr="007210FE">
              <w:rPr>
                <w:b/>
                <w:bCs/>
              </w:rPr>
              <w:t>lượng</w:t>
            </w:r>
            <w:proofErr w:type="spellEnd"/>
            <w:r w:rsidRPr="007210FE">
              <w:rPr>
                <w:b/>
                <w:bCs/>
              </w:rPr>
              <w:t xml:space="preserve"> VN:</w:t>
            </w:r>
          </w:p>
          <w:p w14:paraId="6C285430" w14:textId="1C8A0575" w:rsidR="007210FE" w:rsidRDefault="007210FE" w:rsidP="007210FE">
            <w:proofErr w:type="spellStart"/>
            <w:r>
              <w:t>Điểm</w:t>
            </w:r>
            <w:proofErr w:type="spellEnd"/>
            <w:r>
              <w:t xml:space="preserve"> C </w:t>
            </w:r>
            <w:proofErr w:type="spellStart"/>
            <w:r w:rsidRPr="007210FE">
              <w:t>Khoản</w:t>
            </w:r>
            <w:proofErr w:type="spellEnd"/>
            <w:r w:rsidRPr="007210FE">
              <w:t xml:space="preserve"> </w:t>
            </w:r>
            <w:r>
              <w:t>3</w:t>
            </w:r>
            <w:r w:rsidRPr="007210FE">
              <w:t xml:space="preserve"> </w:t>
            </w:r>
            <w:proofErr w:type="spellStart"/>
            <w:r w:rsidRPr="007210FE">
              <w:t>Điều</w:t>
            </w:r>
            <w:proofErr w:type="spellEnd"/>
            <w:r w:rsidRPr="007210FE">
              <w:t xml:space="preserve"> </w:t>
            </w:r>
            <w:r>
              <w:t>4</w:t>
            </w:r>
            <w:r w:rsidRPr="007210FE">
              <w:t xml:space="preserve">: </w:t>
            </w:r>
            <w:proofErr w:type="spellStart"/>
            <w:r>
              <w:t>nên</w:t>
            </w:r>
            <w:proofErr w:type="spellEnd"/>
            <w:r>
              <w:t xml:space="preserve">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rõ</w:t>
            </w:r>
            <w:proofErr w:type="spellEnd"/>
            <w:r>
              <w:t xml:space="preserve"> </w:t>
            </w:r>
            <w:proofErr w:type="spellStart"/>
            <w:r>
              <w:t>thành</w:t>
            </w:r>
            <w:proofErr w:type="spellEnd"/>
            <w:r>
              <w:t xml:space="preserve"> </w:t>
            </w:r>
            <w:proofErr w:type="spellStart"/>
            <w:r>
              <w:t>phần</w:t>
            </w:r>
            <w:proofErr w:type="spellEnd"/>
            <w:r>
              <w:t xml:space="preserve"> </w:t>
            </w:r>
            <w:proofErr w:type="spellStart"/>
            <w:r>
              <w:t>tham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tác</w:t>
            </w:r>
            <w:proofErr w:type="spellEnd"/>
          </w:p>
          <w:p w14:paraId="4D21B554" w14:textId="77777777" w:rsidR="007210FE" w:rsidRDefault="007210FE" w:rsidP="006D55D4"/>
          <w:p w14:paraId="34F0FA2D" w14:textId="77777777" w:rsidR="007210FE" w:rsidRDefault="007210FE" w:rsidP="006D55D4"/>
          <w:p w14:paraId="5575140E" w14:textId="77777777" w:rsidR="007210FE" w:rsidRDefault="007210FE" w:rsidP="006D55D4"/>
          <w:p w14:paraId="1C2114F0" w14:textId="77777777" w:rsidR="007210FE" w:rsidRDefault="007210FE" w:rsidP="006D55D4"/>
          <w:p w14:paraId="228AA468" w14:textId="77777777" w:rsidR="007210FE" w:rsidRDefault="007210FE" w:rsidP="006D55D4"/>
          <w:p w14:paraId="7FC58041" w14:textId="77777777" w:rsidR="007210FE" w:rsidRDefault="007210FE" w:rsidP="006D55D4"/>
          <w:p w14:paraId="7295BD89" w14:textId="77777777" w:rsidR="007210FE" w:rsidRDefault="007210FE" w:rsidP="006D55D4"/>
          <w:p w14:paraId="77DDAE44" w14:textId="77777777" w:rsidR="007210FE" w:rsidRDefault="007210FE" w:rsidP="006D55D4"/>
          <w:p w14:paraId="521682A4" w14:textId="06F36B0A" w:rsidR="007210FE" w:rsidRDefault="007210FE" w:rsidP="006D55D4"/>
        </w:tc>
        <w:tc>
          <w:tcPr>
            <w:tcW w:w="3062" w:type="dxa"/>
          </w:tcPr>
          <w:p w14:paraId="1EFA273A" w14:textId="77777777" w:rsidR="00B102C9" w:rsidRDefault="00B102C9" w:rsidP="006D55D4">
            <w:pPr>
              <w:jc w:val="both"/>
              <w:rPr>
                <w:szCs w:val="26"/>
              </w:rPr>
            </w:pPr>
          </w:p>
          <w:p w14:paraId="1F7E6F71" w14:textId="7DBF9277" w:rsidR="006D55D4" w:rsidRDefault="00B102C9" w:rsidP="006D55D4">
            <w:pPr>
              <w:jc w:val="both"/>
              <w:rPr>
                <w:szCs w:val="26"/>
              </w:rPr>
            </w:pPr>
            <w:proofErr w:type="spellStart"/>
            <w:r>
              <w:rPr>
                <w:szCs w:val="26"/>
              </w:rPr>
              <w:t>Tiếp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thu</w:t>
            </w:r>
            <w:proofErr w:type="spellEnd"/>
            <w:r>
              <w:rPr>
                <w:szCs w:val="26"/>
              </w:rPr>
              <w:t>:</w:t>
            </w:r>
          </w:p>
          <w:p w14:paraId="434C8A67" w14:textId="77777777" w:rsidR="00B102C9" w:rsidRDefault="00B102C9" w:rsidP="006D55D4">
            <w:pPr>
              <w:jc w:val="both"/>
              <w:rPr>
                <w:szCs w:val="26"/>
              </w:rPr>
            </w:pPr>
            <w:proofErr w:type="spellStart"/>
            <w:r>
              <w:rPr>
                <w:szCs w:val="26"/>
              </w:rPr>
              <w:t>Điểm</w:t>
            </w:r>
            <w:proofErr w:type="spellEnd"/>
            <w:r>
              <w:rPr>
                <w:szCs w:val="26"/>
              </w:rPr>
              <w:t xml:space="preserve"> b </w:t>
            </w:r>
            <w:proofErr w:type="spellStart"/>
            <w:r>
              <w:rPr>
                <w:szCs w:val="26"/>
              </w:rPr>
              <w:t>khoản</w:t>
            </w:r>
            <w:proofErr w:type="spellEnd"/>
            <w:r>
              <w:rPr>
                <w:szCs w:val="26"/>
              </w:rPr>
              <w:t xml:space="preserve"> 2 </w:t>
            </w:r>
            <w:proofErr w:type="spellStart"/>
            <w:r>
              <w:rPr>
                <w:szCs w:val="26"/>
              </w:rPr>
              <w:t>Điều</w:t>
            </w:r>
            <w:proofErr w:type="spellEnd"/>
            <w:r>
              <w:rPr>
                <w:szCs w:val="26"/>
              </w:rPr>
              <w:t xml:space="preserve"> 4 </w:t>
            </w:r>
            <w:proofErr w:type="spellStart"/>
            <w:r>
              <w:rPr>
                <w:szCs w:val="26"/>
              </w:rPr>
              <w:t>bổ</w:t>
            </w:r>
            <w:proofErr w:type="spellEnd"/>
            <w:r>
              <w:rPr>
                <w:szCs w:val="26"/>
              </w:rPr>
              <w:t xml:space="preserve"> sung </w:t>
            </w:r>
            <w:proofErr w:type="spellStart"/>
            <w:r>
              <w:rPr>
                <w:szCs w:val="26"/>
              </w:rPr>
              <w:t>quy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định</w:t>
            </w:r>
            <w:proofErr w:type="spellEnd"/>
            <w:r>
              <w:rPr>
                <w:szCs w:val="26"/>
              </w:rPr>
              <w:t>: “</w:t>
            </w:r>
            <w:proofErr w:type="spellStart"/>
            <w:r w:rsidRPr="00B102C9">
              <w:rPr>
                <w:szCs w:val="26"/>
              </w:rPr>
              <w:t>Thời</w:t>
            </w:r>
            <w:proofErr w:type="spellEnd"/>
            <w:r w:rsidRPr="00B102C9">
              <w:rPr>
                <w:szCs w:val="26"/>
              </w:rPr>
              <w:t xml:space="preserve"> </w:t>
            </w:r>
            <w:proofErr w:type="spellStart"/>
            <w:r w:rsidRPr="00B102C9">
              <w:rPr>
                <w:szCs w:val="26"/>
              </w:rPr>
              <w:t>gian</w:t>
            </w:r>
            <w:proofErr w:type="spellEnd"/>
            <w:r w:rsidRPr="00B102C9">
              <w:rPr>
                <w:szCs w:val="26"/>
              </w:rPr>
              <w:t xml:space="preserve"> </w:t>
            </w:r>
            <w:proofErr w:type="spellStart"/>
            <w:r w:rsidRPr="00B102C9">
              <w:rPr>
                <w:szCs w:val="26"/>
              </w:rPr>
              <w:t>lấy</w:t>
            </w:r>
            <w:proofErr w:type="spellEnd"/>
            <w:r w:rsidRPr="00B102C9">
              <w:rPr>
                <w:szCs w:val="26"/>
              </w:rPr>
              <w:t xml:space="preserve"> ý </w:t>
            </w:r>
            <w:proofErr w:type="spellStart"/>
            <w:r w:rsidRPr="00B102C9">
              <w:rPr>
                <w:szCs w:val="26"/>
              </w:rPr>
              <w:t>kiến</w:t>
            </w:r>
            <w:proofErr w:type="spellEnd"/>
            <w:r w:rsidRPr="00B102C9">
              <w:rPr>
                <w:szCs w:val="26"/>
              </w:rPr>
              <w:t xml:space="preserve"> </w:t>
            </w:r>
            <w:proofErr w:type="spellStart"/>
            <w:r w:rsidRPr="00B102C9">
              <w:rPr>
                <w:szCs w:val="26"/>
              </w:rPr>
              <w:t>không</w:t>
            </w:r>
            <w:proofErr w:type="spellEnd"/>
            <w:r w:rsidRPr="00B102C9">
              <w:rPr>
                <w:szCs w:val="26"/>
              </w:rPr>
              <w:t xml:space="preserve"> </w:t>
            </w:r>
            <w:proofErr w:type="spellStart"/>
            <w:r w:rsidRPr="00B102C9">
              <w:rPr>
                <w:szCs w:val="26"/>
              </w:rPr>
              <w:t>quá</w:t>
            </w:r>
            <w:proofErr w:type="spellEnd"/>
            <w:r w:rsidRPr="00B102C9"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ba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lastRenderedPageBreak/>
              <w:t>mươi</w:t>
            </w:r>
            <w:proofErr w:type="spellEnd"/>
            <w:r w:rsidRPr="00B102C9">
              <w:rPr>
                <w:szCs w:val="26"/>
              </w:rPr>
              <w:t xml:space="preserve"> </w:t>
            </w:r>
            <w:proofErr w:type="spellStart"/>
            <w:r w:rsidRPr="00B102C9">
              <w:rPr>
                <w:szCs w:val="26"/>
              </w:rPr>
              <w:t>ngày</w:t>
            </w:r>
            <w:proofErr w:type="spellEnd"/>
            <w:r>
              <w:rPr>
                <w:szCs w:val="26"/>
              </w:rPr>
              <w:t>”.</w:t>
            </w:r>
          </w:p>
          <w:p w14:paraId="745BE999" w14:textId="77777777" w:rsidR="00B102C9" w:rsidRDefault="00B102C9" w:rsidP="006D55D4">
            <w:pPr>
              <w:jc w:val="both"/>
              <w:rPr>
                <w:szCs w:val="26"/>
              </w:rPr>
            </w:pPr>
          </w:p>
          <w:p w14:paraId="5714231D" w14:textId="77777777" w:rsidR="00B102C9" w:rsidRDefault="00B102C9" w:rsidP="006D55D4">
            <w:pPr>
              <w:jc w:val="both"/>
              <w:rPr>
                <w:szCs w:val="26"/>
              </w:rPr>
            </w:pPr>
          </w:p>
          <w:p w14:paraId="5B5DCC27" w14:textId="77777777" w:rsidR="00B102C9" w:rsidRDefault="00B102C9" w:rsidP="006D55D4">
            <w:pPr>
              <w:jc w:val="both"/>
              <w:rPr>
                <w:szCs w:val="26"/>
              </w:rPr>
            </w:pPr>
          </w:p>
          <w:p w14:paraId="6925C1A5" w14:textId="77777777" w:rsidR="00B102C9" w:rsidRDefault="00B102C9" w:rsidP="006D55D4">
            <w:pPr>
              <w:jc w:val="both"/>
              <w:rPr>
                <w:szCs w:val="26"/>
              </w:rPr>
            </w:pPr>
          </w:p>
          <w:p w14:paraId="7B233F09" w14:textId="77777777" w:rsidR="00B102C9" w:rsidRDefault="00B102C9" w:rsidP="006D55D4">
            <w:pPr>
              <w:jc w:val="both"/>
              <w:rPr>
                <w:szCs w:val="26"/>
              </w:rPr>
            </w:pPr>
          </w:p>
          <w:p w14:paraId="449EA206" w14:textId="2382A8D0" w:rsidR="00B102C9" w:rsidRPr="001A6D8A" w:rsidRDefault="00B102C9" w:rsidP="006D55D4">
            <w:pPr>
              <w:jc w:val="both"/>
              <w:rPr>
                <w:szCs w:val="26"/>
              </w:rPr>
            </w:pPr>
            <w:proofErr w:type="spellStart"/>
            <w:r>
              <w:rPr>
                <w:szCs w:val="26"/>
              </w:rPr>
              <w:t>Sửa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lại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điểm</w:t>
            </w:r>
            <w:proofErr w:type="spellEnd"/>
            <w:r>
              <w:rPr>
                <w:szCs w:val="26"/>
              </w:rPr>
              <w:t xml:space="preserve"> c </w:t>
            </w:r>
            <w:proofErr w:type="spellStart"/>
            <w:r>
              <w:rPr>
                <w:szCs w:val="26"/>
              </w:rPr>
              <w:t>khoản</w:t>
            </w:r>
            <w:proofErr w:type="spellEnd"/>
            <w:r>
              <w:rPr>
                <w:szCs w:val="26"/>
              </w:rPr>
              <w:t xml:space="preserve"> 3 </w:t>
            </w:r>
            <w:proofErr w:type="spellStart"/>
            <w:r>
              <w:rPr>
                <w:szCs w:val="26"/>
              </w:rPr>
              <w:t>Điều</w:t>
            </w:r>
            <w:proofErr w:type="spellEnd"/>
            <w:r>
              <w:rPr>
                <w:szCs w:val="26"/>
              </w:rPr>
              <w:t xml:space="preserve"> 4 </w:t>
            </w:r>
            <w:proofErr w:type="spellStart"/>
            <w:r>
              <w:rPr>
                <w:szCs w:val="26"/>
              </w:rPr>
              <w:t>thành</w:t>
            </w:r>
            <w:proofErr w:type="spellEnd"/>
            <w:r>
              <w:rPr>
                <w:szCs w:val="26"/>
              </w:rPr>
              <w:t>: “</w:t>
            </w:r>
            <w:r w:rsidRPr="00B102C9">
              <w:rPr>
                <w:szCs w:val="26"/>
                <w:lang w:val="it-IT"/>
              </w:rPr>
              <w:t>Thành lập tổ công tác với sự tham gia của các bộ ngành, cơ quan, tổ chức liên quan để điều phối hoạt động</w:t>
            </w:r>
            <w:r>
              <w:rPr>
                <w:szCs w:val="26"/>
                <w:lang w:val="it-IT"/>
              </w:rPr>
              <w:t xml:space="preserve"> chung</w:t>
            </w:r>
            <w:r w:rsidRPr="00B102C9">
              <w:rPr>
                <w:szCs w:val="26"/>
                <w:lang w:val="it-IT"/>
              </w:rPr>
              <w:t xml:space="preserve"> và thực hiện hiệu quả các nội dung của kế hoạch triển khai thực hiện Hiệp định thừa nhận</w:t>
            </w:r>
            <w:r>
              <w:rPr>
                <w:szCs w:val="26"/>
              </w:rPr>
              <w:t>”</w:t>
            </w:r>
          </w:p>
        </w:tc>
      </w:tr>
      <w:tr w:rsidR="006D55D4" w14:paraId="642D00DC" w14:textId="77777777" w:rsidTr="00E84277">
        <w:tc>
          <w:tcPr>
            <w:tcW w:w="1098" w:type="dxa"/>
          </w:tcPr>
          <w:p w14:paraId="540736C2" w14:textId="77777777" w:rsidR="006D55D4" w:rsidRDefault="006D55D4" w:rsidP="006D55D4">
            <w:proofErr w:type="spellStart"/>
            <w:r>
              <w:lastRenderedPageBreak/>
              <w:t>Điều</w:t>
            </w:r>
            <w:proofErr w:type="spellEnd"/>
            <w:r>
              <w:t xml:space="preserve"> 5</w:t>
            </w:r>
          </w:p>
        </w:tc>
        <w:tc>
          <w:tcPr>
            <w:tcW w:w="5113" w:type="dxa"/>
          </w:tcPr>
          <w:p w14:paraId="68194692" w14:textId="7CBABDE3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5.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br/>
              <w:t xml:space="preserve">a)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trách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chủ</w:t>
            </w:r>
            <w:proofErr w:type="spellEnd"/>
            <w:r>
              <w:t xml:space="preserve"> </w:t>
            </w:r>
            <w:proofErr w:type="spellStart"/>
            <w:r>
              <w:t>trì</w:t>
            </w:r>
            <w:proofErr w:type="spellEnd"/>
            <w:r>
              <w:t xml:space="preserve">, </w:t>
            </w:r>
            <w:proofErr w:type="spellStart"/>
            <w:r>
              <w:t>phối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ngang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thuộc</w:t>
            </w:r>
            <w:proofErr w:type="spellEnd"/>
            <w:r>
              <w:t xml:space="preserve"> </w:t>
            </w:r>
            <w:proofErr w:type="spellStart"/>
            <w:r>
              <w:t>Chính</w:t>
            </w:r>
            <w:proofErr w:type="spellEnd"/>
            <w:r>
              <w:t xml:space="preserve"> </w:t>
            </w:r>
            <w:proofErr w:type="spellStart"/>
            <w:r>
              <w:t>phủ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khác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trong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>.</w:t>
            </w:r>
            <w:r>
              <w:br/>
              <w:t xml:space="preserve">b) Các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,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, </w:t>
            </w:r>
            <w:proofErr w:type="spellStart"/>
            <w:r>
              <w:t>cá</w:t>
            </w:r>
            <w:proofErr w:type="spellEnd"/>
            <w:r>
              <w:t xml:space="preserve"> </w:t>
            </w:r>
            <w:proofErr w:type="spellStart"/>
            <w:r>
              <w:t>nhân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chịu</w:t>
            </w:r>
            <w:proofErr w:type="spellEnd"/>
            <w:r>
              <w:t xml:space="preserve"> </w:t>
            </w:r>
            <w:proofErr w:type="spellStart"/>
            <w:r>
              <w:t>trách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vụ</w:t>
            </w:r>
            <w:proofErr w:type="spellEnd"/>
            <w:r>
              <w:t xml:space="preserve">,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cụ</w:t>
            </w:r>
            <w:proofErr w:type="spellEnd"/>
            <w:r>
              <w:t xml:space="preserve"> </w:t>
            </w:r>
            <w:proofErr w:type="spellStart"/>
            <w:r>
              <w:t>thể</w:t>
            </w:r>
            <w:proofErr w:type="spellEnd"/>
            <w:r>
              <w:t xml:space="preserve"> </w:t>
            </w:r>
            <w:proofErr w:type="spellStart"/>
            <w:r>
              <w:t>đã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phân</w:t>
            </w:r>
            <w:proofErr w:type="spellEnd"/>
            <w:r>
              <w:t xml:space="preserve">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trong</w:t>
            </w:r>
            <w:proofErr w:type="spellEnd"/>
            <w:r>
              <w:t xml:space="preserve"> </w:t>
            </w:r>
            <w:proofErr w:type="spellStart"/>
            <w:r>
              <w:t>kế</w:t>
            </w:r>
            <w:proofErr w:type="spellEnd"/>
            <w:r>
              <w:t xml:space="preserve"> </w:t>
            </w:r>
            <w:proofErr w:type="spellStart"/>
            <w:r>
              <w:t>hoạch</w:t>
            </w:r>
            <w:proofErr w:type="spellEnd"/>
            <w:r>
              <w:t xml:space="preserve"> </w:t>
            </w:r>
            <w:proofErr w:type="spellStart"/>
            <w:r>
              <w:t>triển</w:t>
            </w:r>
            <w:proofErr w:type="spellEnd"/>
            <w:r>
              <w:t xml:space="preserve"> </w:t>
            </w:r>
            <w:proofErr w:type="spellStart"/>
            <w:r>
              <w:t>khai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>.</w:t>
            </w:r>
            <w:r>
              <w:br/>
              <w:t xml:space="preserve">c)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chịu</w:t>
            </w:r>
            <w:proofErr w:type="spellEnd"/>
            <w:r>
              <w:t xml:space="preserve"> </w:t>
            </w:r>
            <w:proofErr w:type="spellStart"/>
            <w:r>
              <w:t>trách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kiểm</w:t>
            </w:r>
            <w:proofErr w:type="spellEnd"/>
            <w:r>
              <w:t xml:space="preserve"> </w:t>
            </w:r>
            <w:proofErr w:type="spellStart"/>
            <w:r>
              <w:t>tra</w:t>
            </w:r>
            <w:proofErr w:type="spellEnd"/>
            <w:r>
              <w:t xml:space="preserve">, </w:t>
            </w:r>
            <w:proofErr w:type="spellStart"/>
            <w:r>
              <w:t>giám</w:t>
            </w:r>
            <w:proofErr w:type="spellEnd"/>
            <w:r>
              <w:t xml:space="preserve"> </w:t>
            </w:r>
            <w:proofErr w:type="spellStart"/>
            <w:r>
              <w:t>sát</w:t>
            </w:r>
            <w:proofErr w:type="spellEnd"/>
            <w:r>
              <w:t xml:space="preserve">, </w:t>
            </w:r>
            <w:proofErr w:type="spellStart"/>
            <w:r>
              <w:t>đôn</w:t>
            </w:r>
            <w:proofErr w:type="spellEnd"/>
            <w:r>
              <w:t xml:space="preserve"> </w:t>
            </w:r>
            <w:proofErr w:type="spellStart"/>
            <w:r>
              <w:t>đốc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,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, </w:t>
            </w:r>
            <w:proofErr w:type="spellStart"/>
            <w:r>
              <w:t>cá</w:t>
            </w:r>
            <w:proofErr w:type="spellEnd"/>
            <w:r>
              <w:t xml:space="preserve"> </w:t>
            </w:r>
            <w:proofErr w:type="spellStart"/>
            <w:r>
              <w:t>nhân</w:t>
            </w:r>
            <w:proofErr w:type="spellEnd"/>
            <w:r>
              <w:t xml:space="preserve"> </w:t>
            </w:r>
            <w:proofErr w:type="spellStart"/>
            <w:r>
              <w:t>đã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phân</w:t>
            </w:r>
            <w:proofErr w:type="spellEnd"/>
            <w:r>
              <w:t xml:space="preserve">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tham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vụ</w:t>
            </w:r>
            <w:proofErr w:type="spellEnd"/>
            <w:r>
              <w:t xml:space="preserve">,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cụ</w:t>
            </w:r>
            <w:proofErr w:type="spellEnd"/>
            <w:r>
              <w:t xml:space="preserve"> </w:t>
            </w:r>
            <w:proofErr w:type="spellStart"/>
            <w:r>
              <w:t>thể</w:t>
            </w:r>
            <w:proofErr w:type="spellEnd"/>
            <w:r>
              <w:t xml:space="preserve"> </w:t>
            </w:r>
            <w:proofErr w:type="spellStart"/>
            <w:r>
              <w:t>trong</w:t>
            </w:r>
            <w:proofErr w:type="spellEnd"/>
            <w:r>
              <w:t xml:space="preserve"> </w:t>
            </w:r>
            <w:proofErr w:type="spellStart"/>
            <w:r>
              <w:t>khuôn</w:t>
            </w:r>
            <w:proofErr w:type="spellEnd"/>
            <w:r>
              <w:t xml:space="preserve"> </w:t>
            </w:r>
            <w:proofErr w:type="spellStart"/>
            <w:r>
              <w:t>khổ</w:t>
            </w:r>
            <w:proofErr w:type="spellEnd"/>
            <w:r>
              <w:t xml:space="preserve"> </w:t>
            </w:r>
            <w:proofErr w:type="spellStart"/>
            <w:r>
              <w:t>kế</w:t>
            </w:r>
            <w:proofErr w:type="spellEnd"/>
            <w:r>
              <w:t xml:space="preserve"> </w:t>
            </w:r>
            <w:proofErr w:type="spellStart"/>
            <w:r>
              <w:t>hoạch</w:t>
            </w:r>
            <w:proofErr w:type="spellEnd"/>
            <w:r>
              <w:t xml:space="preserve"> </w:t>
            </w:r>
            <w:proofErr w:type="spellStart"/>
            <w:r>
              <w:t>triển</w:t>
            </w:r>
            <w:proofErr w:type="spellEnd"/>
            <w:r>
              <w:t xml:space="preserve"> </w:t>
            </w:r>
            <w:proofErr w:type="spellStart"/>
            <w:r>
              <w:t>khai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>.</w:t>
            </w:r>
            <w:r>
              <w:br/>
            </w:r>
            <w:r>
              <w:br/>
            </w:r>
          </w:p>
        </w:tc>
        <w:tc>
          <w:tcPr>
            <w:tcW w:w="5220" w:type="dxa"/>
          </w:tcPr>
          <w:p w14:paraId="76E72836" w14:textId="77777777" w:rsidR="006D55D4" w:rsidRPr="00A90BF5" w:rsidRDefault="00A90BF5" w:rsidP="006D55D4">
            <w:pPr>
              <w:rPr>
                <w:b/>
                <w:bCs/>
              </w:rPr>
            </w:pPr>
            <w:proofErr w:type="spellStart"/>
            <w:r w:rsidRPr="00A90BF5">
              <w:rPr>
                <w:b/>
                <w:bCs/>
              </w:rPr>
              <w:t>Đài</w:t>
            </w:r>
            <w:proofErr w:type="spellEnd"/>
            <w:r w:rsidRPr="00A90BF5">
              <w:rPr>
                <w:b/>
                <w:bCs/>
              </w:rPr>
              <w:t xml:space="preserve"> </w:t>
            </w:r>
            <w:proofErr w:type="spellStart"/>
            <w:r w:rsidRPr="00A90BF5">
              <w:rPr>
                <w:b/>
                <w:bCs/>
              </w:rPr>
              <w:t>Tiếng</w:t>
            </w:r>
            <w:proofErr w:type="spellEnd"/>
            <w:r w:rsidRPr="00A90BF5">
              <w:rPr>
                <w:b/>
                <w:bCs/>
              </w:rPr>
              <w:t xml:space="preserve"> </w:t>
            </w:r>
            <w:proofErr w:type="spellStart"/>
            <w:r w:rsidRPr="00A90BF5">
              <w:rPr>
                <w:b/>
                <w:bCs/>
              </w:rPr>
              <w:t>nói</w:t>
            </w:r>
            <w:proofErr w:type="spellEnd"/>
            <w:r w:rsidRPr="00A90BF5">
              <w:rPr>
                <w:b/>
                <w:bCs/>
              </w:rPr>
              <w:t xml:space="preserve"> Việt Nam:</w:t>
            </w:r>
          </w:p>
          <w:p w14:paraId="2CB54BB9" w14:textId="310B5C8E" w:rsidR="00A90BF5" w:rsidRDefault="00A90BF5" w:rsidP="006D55D4">
            <w:r w:rsidRPr="00A90BF5">
              <w:t xml:space="preserve">- </w:t>
            </w:r>
            <w:proofErr w:type="spellStart"/>
            <w:r w:rsidRPr="00A90BF5">
              <w:t>Tại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khoản</w:t>
            </w:r>
            <w:proofErr w:type="spellEnd"/>
            <w:r w:rsidRPr="00A90BF5">
              <w:t xml:space="preserve"> 5 </w:t>
            </w:r>
            <w:proofErr w:type="spellStart"/>
            <w:r w:rsidRPr="00A90BF5">
              <w:t>Điều</w:t>
            </w:r>
            <w:proofErr w:type="spellEnd"/>
            <w:r w:rsidRPr="00A90BF5">
              <w:t xml:space="preserve"> 8 </w:t>
            </w:r>
            <w:proofErr w:type="spellStart"/>
            <w:r w:rsidRPr="00A90BF5">
              <w:t>xem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xét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bổ</w:t>
            </w:r>
            <w:proofErr w:type="spellEnd"/>
            <w:r w:rsidRPr="00A90BF5">
              <w:t xml:space="preserve"> sung </w:t>
            </w:r>
            <w:proofErr w:type="spellStart"/>
            <w:r w:rsidRPr="00A90BF5">
              <w:t>quy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định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đình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chỉ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tự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động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nếu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chứng</w:t>
            </w:r>
            <w:proofErr w:type="spellEnd"/>
            <w:r>
              <w:t xml:space="preserve"> </w:t>
            </w:r>
            <w:proofErr w:type="spellStart"/>
            <w:r w:rsidRPr="00A90BF5">
              <w:t>chỉ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và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phạm</w:t>
            </w:r>
            <w:proofErr w:type="spellEnd"/>
            <w:r w:rsidRPr="00A90BF5">
              <w:t xml:space="preserve"> vi </w:t>
            </w:r>
            <w:proofErr w:type="spellStart"/>
            <w:r w:rsidRPr="00A90BF5">
              <w:t>công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nhận</w:t>
            </w:r>
            <w:proofErr w:type="spellEnd"/>
            <w:r w:rsidRPr="00A90BF5">
              <w:t xml:space="preserve">, </w:t>
            </w:r>
            <w:proofErr w:type="spellStart"/>
            <w:r w:rsidRPr="00A90BF5">
              <w:t>được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thừa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nhận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bởi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cơ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quan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công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nhận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là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thành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viên</w:t>
            </w:r>
            <w:proofErr w:type="spellEnd"/>
            <w:r>
              <w:t xml:space="preserve"> </w:t>
            </w:r>
            <w:proofErr w:type="spellStart"/>
            <w:r w:rsidRPr="00A90BF5">
              <w:t>ký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kết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thỏa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thuận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thừa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nhận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trong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khuôn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khổ</w:t>
            </w:r>
            <w:proofErr w:type="spellEnd"/>
            <w:r w:rsidRPr="00A90BF5">
              <w:t xml:space="preserve"> ILAC, IAF, APAC </w:t>
            </w:r>
            <w:proofErr w:type="spellStart"/>
            <w:r w:rsidRPr="00A90BF5">
              <w:t>hết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hiệu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lực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mà</w:t>
            </w:r>
            <w:proofErr w:type="spellEnd"/>
            <w:r>
              <w:t xml:space="preserve"> </w:t>
            </w:r>
            <w:proofErr w:type="spellStart"/>
            <w:r w:rsidRPr="00A90BF5">
              <w:t>thông</w:t>
            </w:r>
            <w:proofErr w:type="spellEnd"/>
            <w:r w:rsidRPr="00A90BF5">
              <w:t xml:space="preserve"> tin </w:t>
            </w:r>
            <w:proofErr w:type="spellStart"/>
            <w:r w:rsidRPr="00A90BF5">
              <w:t>chưa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được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công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khai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trên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Cơ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sở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dữ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liệu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quốc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gia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về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tiêu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chuẩn</w:t>
            </w:r>
            <w:proofErr w:type="spellEnd"/>
            <w:r w:rsidRPr="00A90BF5">
              <w:t xml:space="preserve">, </w:t>
            </w:r>
            <w:proofErr w:type="spellStart"/>
            <w:r w:rsidRPr="00A90BF5">
              <w:t>đo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lường</w:t>
            </w:r>
            <w:proofErr w:type="spellEnd"/>
            <w:r w:rsidRPr="00A90BF5">
              <w:t>,</w:t>
            </w:r>
            <w:r w:rsidRPr="00A90BF5">
              <w:br/>
            </w:r>
            <w:proofErr w:type="spellStart"/>
            <w:r w:rsidRPr="00A90BF5">
              <w:t>chất</w:t>
            </w:r>
            <w:proofErr w:type="spellEnd"/>
            <w:r w:rsidRPr="00A90BF5">
              <w:t xml:space="preserve"> </w:t>
            </w:r>
            <w:proofErr w:type="spellStart"/>
            <w:r w:rsidRPr="00A90BF5">
              <w:t>lượng</w:t>
            </w:r>
            <w:proofErr w:type="spellEnd"/>
            <w:r w:rsidRPr="00A90BF5">
              <w:t>.</w:t>
            </w:r>
          </w:p>
        </w:tc>
        <w:tc>
          <w:tcPr>
            <w:tcW w:w="3062" w:type="dxa"/>
          </w:tcPr>
          <w:p w14:paraId="2F998E1E" w14:textId="77777777" w:rsidR="006D55D4" w:rsidRDefault="006D55D4" w:rsidP="006D55D4">
            <w:pPr>
              <w:jc w:val="both"/>
              <w:rPr>
                <w:szCs w:val="26"/>
              </w:rPr>
            </w:pPr>
          </w:p>
          <w:p w14:paraId="4226C3A9" w14:textId="49ED06E3" w:rsidR="00AF5C44" w:rsidRPr="00E84277" w:rsidRDefault="00AF5C44" w:rsidP="006D55D4">
            <w:pPr>
              <w:jc w:val="both"/>
              <w:rPr>
                <w:szCs w:val="26"/>
              </w:rPr>
            </w:pPr>
            <w:proofErr w:type="spellStart"/>
            <w:r>
              <w:rPr>
                <w:szCs w:val="26"/>
              </w:rPr>
              <w:t>Nội</w:t>
            </w:r>
            <w:proofErr w:type="spellEnd"/>
            <w:r>
              <w:rPr>
                <w:szCs w:val="26"/>
              </w:rPr>
              <w:t xml:space="preserve"> dung </w:t>
            </w:r>
            <w:proofErr w:type="spellStart"/>
            <w:r>
              <w:rPr>
                <w:szCs w:val="26"/>
              </w:rPr>
              <w:t>này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đã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được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quy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định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tại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khoản</w:t>
            </w:r>
            <w:proofErr w:type="spellEnd"/>
            <w:r>
              <w:rPr>
                <w:szCs w:val="26"/>
              </w:rPr>
              <w:t xml:space="preserve"> 5 </w:t>
            </w:r>
            <w:proofErr w:type="spellStart"/>
            <w:r>
              <w:rPr>
                <w:szCs w:val="26"/>
              </w:rPr>
              <w:t>Điều</w:t>
            </w:r>
            <w:proofErr w:type="spellEnd"/>
            <w:r>
              <w:rPr>
                <w:szCs w:val="26"/>
              </w:rPr>
              <w:t xml:space="preserve"> 8 </w:t>
            </w:r>
            <w:proofErr w:type="spellStart"/>
            <w:r>
              <w:rPr>
                <w:szCs w:val="26"/>
              </w:rPr>
              <w:t>của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dự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thảo</w:t>
            </w:r>
            <w:proofErr w:type="spellEnd"/>
            <w:r>
              <w:rPr>
                <w:szCs w:val="26"/>
              </w:rPr>
              <w:t xml:space="preserve"> Thông </w:t>
            </w:r>
            <w:proofErr w:type="spellStart"/>
            <w:r>
              <w:rPr>
                <w:szCs w:val="26"/>
              </w:rPr>
              <w:t>tư</w:t>
            </w:r>
            <w:proofErr w:type="spellEnd"/>
          </w:p>
        </w:tc>
      </w:tr>
      <w:tr w:rsidR="006D55D4" w14:paraId="2BB08EE8" w14:textId="77777777" w:rsidTr="001A6D8A">
        <w:tc>
          <w:tcPr>
            <w:tcW w:w="14493" w:type="dxa"/>
            <w:gridSpan w:val="4"/>
          </w:tcPr>
          <w:p w14:paraId="2D86E94A" w14:textId="77777777" w:rsidR="006D55D4" w:rsidRPr="001A6D8A" w:rsidRDefault="006D55D4" w:rsidP="006D55D4">
            <w:pPr>
              <w:spacing w:before="120"/>
              <w:jc w:val="center"/>
              <w:rPr>
                <w:b/>
              </w:rPr>
            </w:pPr>
            <w:r w:rsidRPr="001A6D8A">
              <w:rPr>
                <w:b/>
              </w:rPr>
              <w:lastRenderedPageBreak/>
              <w:t>CHƯƠNG III. KÝ KẾT VÀ THỰC HIỆN THOẢ THUẬN THỪA NHẬN KẾT QUẢ ĐÁNH GIÁ SỰ PHÙ HỢP</w:t>
            </w:r>
          </w:p>
        </w:tc>
      </w:tr>
      <w:tr w:rsidR="006D55D4" w14:paraId="31BE15E9" w14:textId="77777777" w:rsidTr="00E84277">
        <w:tc>
          <w:tcPr>
            <w:tcW w:w="1098" w:type="dxa"/>
          </w:tcPr>
          <w:p w14:paraId="2F6717A6" w14:textId="77777777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6</w:t>
            </w:r>
          </w:p>
        </w:tc>
        <w:tc>
          <w:tcPr>
            <w:tcW w:w="5113" w:type="dxa"/>
          </w:tcPr>
          <w:p w14:paraId="7E2EA4C9" w14:textId="7AADEF5B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6. Nguyên </w:t>
            </w:r>
            <w:proofErr w:type="spellStart"/>
            <w:r>
              <w:t>tắc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thẩm</w:t>
            </w:r>
            <w:proofErr w:type="spellEnd"/>
            <w:r>
              <w:t xml:space="preserve"> </w:t>
            </w:r>
            <w:proofErr w:type="spellStart"/>
            <w:r>
              <w:t>quyền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lẫn</w:t>
            </w:r>
            <w:proofErr w:type="spellEnd"/>
            <w:r>
              <w:t xml:space="preserve"> </w:t>
            </w:r>
            <w:proofErr w:type="spellStart"/>
            <w:r>
              <w:t>nhau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br/>
              <w:t xml:space="preserve">1.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Việt Nam, </w:t>
            </w:r>
            <w:proofErr w:type="spellStart"/>
            <w:r>
              <w:t>căn</w:t>
            </w:r>
            <w:proofErr w:type="spellEnd"/>
            <w:r>
              <w:t xml:space="preserve"> </w:t>
            </w:r>
            <w:proofErr w:type="spellStart"/>
            <w:r>
              <w:t>cứ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,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vụ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quyền</w:t>
            </w:r>
            <w:proofErr w:type="spellEnd"/>
            <w:r>
              <w:t xml:space="preserve"> </w:t>
            </w:r>
            <w:proofErr w:type="spellStart"/>
            <w:r>
              <w:t>hạn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giao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lĩnh</w:t>
            </w:r>
            <w:proofErr w:type="spellEnd"/>
            <w:r>
              <w:t xml:space="preserve"> </w:t>
            </w:r>
            <w:proofErr w:type="spellStart"/>
            <w:r>
              <w:t>vực</w:t>
            </w:r>
            <w:proofErr w:type="spellEnd"/>
            <w:r>
              <w:t xml:space="preserve"> </w:t>
            </w:r>
            <w:proofErr w:type="spellStart"/>
            <w:r>
              <w:t>hoạt</w:t>
            </w:r>
            <w:proofErr w:type="spellEnd"/>
            <w:r>
              <w:t xml:space="preserve"> </w:t>
            </w:r>
            <w:proofErr w:type="spellStart"/>
            <w:r>
              <w:t>động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, </w:t>
            </w:r>
            <w:proofErr w:type="spellStart"/>
            <w:r>
              <w:t>nhu</w:t>
            </w:r>
            <w:proofErr w:type="spellEnd"/>
            <w:r>
              <w:t xml:space="preserve"> </w:t>
            </w:r>
            <w:proofErr w:type="spellStart"/>
            <w:r>
              <w:t>cầu</w:t>
            </w:r>
            <w:proofErr w:type="spellEnd"/>
            <w:r>
              <w:t xml:space="preserve"> </w:t>
            </w:r>
            <w:proofErr w:type="spellStart"/>
            <w:r>
              <w:t>phát</w:t>
            </w:r>
            <w:proofErr w:type="spellEnd"/>
            <w:r>
              <w:t xml:space="preserve"> </w:t>
            </w:r>
            <w:proofErr w:type="spellStart"/>
            <w:r>
              <w:t>triển</w:t>
            </w:r>
            <w:proofErr w:type="spellEnd"/>
            <w:r>
              <w:t xml:space="preserve"> </w:t>
            </w:r>
            <w:proofErr w:type="spellStart"/>
            <w:r>
              <w:t>kinh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 - </w:t>
            </w:r>
            <w:proofErr w:type="spellStart"/>
            <w:r>
              <w:t>xã</w:t>
            </w:r>
            <w:proofErr w:type="spellEnd"/>
            <w:r>
              <w:t xml:space="preserve"> </w:t>
            </w:r>
            <w:proofErr w:type="spellStart"/>
            <w:r>
              <w:t>hội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hội</w:t>
            </w:r>
            <w:proofErr w:type="spellEnd"/>
            <w:r>
              <w:t xml:space="preserve"> </w:t>
            </w:r>
            <w:proofErr w:type="spellStart"/>
            <w:r>
              <w:t>nhập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 </w:t>
            </w:r>
            <w:proofErr w:type="spellStart"/>
            <w:r>
              <w:t>về</w:t>
            </w:r>
            <w:proofErr w:type="spellEnd"/>
            <w:r>
              <w:t xml:space="preserve"> </w:t>
            </w:r>
            <w:proofErr w:type="spellStart"/>
            <w:r>
              <w:t>thương</w:t>
            </w:r>
            <w:proofErr w:type="spellEnd"/>
            <w:r>
              <w:t xml:space="preserve"> </w:t>
            </w:r>
            <w:proofErr w:type="spellStart"/>
            <w:r>
              <w:t>mại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mình</w:t>
            </w:r>
            <w:proofErr w:type="spellEnd"/>
            <w:r>
              <w:t xml:space="preserve">,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phép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 xml:space="preserve">, </w:t>
            </w:r>
            <w:proofErr w:type="spellStart"/>
            <w:r>
              <w:t>vùng</w:t>
            </w:r>
            <w:proofErr w:type="spellEnd"/>
            <w:r>
              <w:t xml:space="preserve"> </w:t>
            </w:r>
            <w:proofErr w:type="spellStart"/>
            <w:r>
              <w:t>lãnh</w:t>
            </w:r>
            <w:proofErr w:type="spellEnd"/>
            <w:r>
              <w:t xml:space="preserve"> </w:t>
            </w:r>
            <w:proofErr w:type="spellStart"/>
            <w:r>
              <w:t>thổ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pháp</w:t>
            </w:r>
            <w:proofErr w:type="spellEnd"/>
            <w:r>
              <w:t xml:space="preserve"> </w:t>
            </w:r>
            <w:proofErr w:type="spellStart"/>
            <w:r>
              <w:t>luật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hành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>.  </w:t>
            </w:r>
            <w:r>
              <w:br/>
              <w:t xml:space="preserve">2.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, </w:t>
            </w:r>
            <w:proofErr w:type="spellStart"/>
            <w:r>
              <w:t>khi</w:t>
            </w:r>
            <w:proofErr w:type="spellEnd"/>
            <w:r>
              <w:t xml:space="preserve"> </w:t>
            </w:r>
            <w:proofErr w:type="spellStart"/>
            <w:r>
              <w:t>đàm</w:t>
            </w:r>
            <w:proofErr w:type="spellEnd"/>
            <w:r>
              <w:t xml:space="preserve"> </w:t>
            </w:r>
            <w:proofErr w:type="spellStart"/>
            <w:r>
              <w:t>phán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, </w:t>
            </w:r>
            <w:proofErr w:type="spellStart"/>
            <w:r>
              <w:t>cần</w:t>
            </w:r>
            <w:proofErr w:type="spellEnd"/>
            <w:r>
              <w:t xml:space="preserve"> </w:t>
            </w:r>
            <w:proofErr w:type="spellStart"/>
            <w:r>
              <w:t>bảo</w:t>
            </w:r>
            <w:proofErr w:type="spellEnd"/>
            <w:r>
              <w:t xml:space="preserve"> </w:t>
            </w:r>
            <w:proofErr w:type="spellStart"/>
            <w:r>
              <w:t>đảm</w:t>
            </w:r>
            <w:proofErr w:type="spellEnd"/>
            <w:r>
              <w:t xml:space="preserve"> </w:t>
            </w:r>
            <w:proofErr w:type="spellStart"/>
            <w:r>
              <w:t>lợi</w:t>
            </w:r>
            <w:proofErr w:type="spellEnd"/>
            <w:r>
              <w:t xml:space="preserve"> </w:t>
            </w:r>
            <w:proofErr w:type="spellStart"/>
            <w:r>
              <w:t>ích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tham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đối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bản</w:t>
            </w:r>
            <w:proofErr w:type="spellEnd"/>
            <w:r>
              <w:t xml:space="preserve"> </w:t>
            </w:r>
            <w:proofErr w:type="spellStart"/>
            <w:r>
              <w:t>thân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, </w:t>
            </w:r>
            <w:proofErr w:type="spellStart"/>
            <w:r>
              <w:t>lợi</w:t>
            </w:r>
            <w:proofErr w:type="spellEnd"/>
            <w:r>
              <w:t xml:space="preserve"> </w:t>
            </w:r>
            <w:proofErr w:type="spellStart"/>
            <w:r>
              <w:t>ích</w:t>
            </w:r>
            <w:proofErr w:type="spellEnd"/>
            <w:r>
              <w:t xml:space="preserve"> </w:t>
            </w:r>
            <w:proofErr w:type="spellStart"/>
            <w:r>
              <w:t>đối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, </w:t>
            </w:r>
            <w:proofErr w:type="spellStart"/>
            <w:r>
              <w:t>cá</w:t>
            </w:r>
            <w:proofErr w:type="spellEnd"/>
            <w:r>
              <w:t xml:space="preserve"> </w:t>
            </w:r>
            <w:proofErr w:type="spellStart"/>
            <w:r>
              <w:t>nhân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Việt Nam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lợi</w:t>
            </w:r>
            <w:proofErr w:type="spellEnd"/>
            <w:r>
              <w:t xml:space="preserve"> </w:t>
            </w:r>
            <w:proofErr w:type="spellStart"/>
            <w:r>
              <w:t>ích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>.</w:t>
            </w:r>
            <w:r>
              <w:br/>
              <w:t xml:space="preserve">3.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Việt Nam </w:t>
            </w:r>
            <w:proofErr w:type="spellStart"/>
            <w:r>
              <w:t>thông</w:t>
            </w:r>
            <w:proofErr w:type="spellEnd"/>
            <w:r>
              <w:t xml:space="preserve"> </w:t>
            </w:r>
            <w:proofErr w:type="spellStart"/>
            <w:r>
              <w:t>báo</w:t>
            </w:r>
            <w:proofErr w:type="spellEnd"/>
            <w:r>
              <w:t xml:space="preserve"> </w:t>
            </w:r>
            <w:proofErr w:type="spellStart"/>
            <w:r>
              <w:t>bằng</w:t>
            </w:r>
            <w:proofErr w:type="spellEnd"/>
            <w:r>
              <w:t xml:space="preserve"> </w:t>
            </w:r>
            <w:proofErr w:type="spellStart"/>
            <w:r>
              <w:t>văn</w:t>
            </w:r>
            <w:proofErr w:type="spellEnd"/>
            <w:r>
              <w:t xml:space="preserve"> </w:t>
            </w:r>
            <w:proofErr w:type="spellStart"/>
            <w:r>
              <w:t>bản</w:t>
            </w:r>
            <w:proofErr w:type="spellEnd"/>
            <w:r>
              <w:t xml:space="preserve"> </w:t>
            </w:r>
            <w:proofErr w:type="spellStart"/>
            <w:r>
              <w:t>kèm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bản</w:t>
            </w:r>
            <w:proofErr w:type="spellEnd"/>
            <w:r>
              <w:t xml:space="preserve"> </w:t>
            </w:r>
            <w:proofErr w:type="spellStart"/>
            <w:r>
              <w:t>sao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đã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cho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quản</w:t>
            </w:r>
            <w:proofErr w:type="spellEnd"/>
            <w:r>
              <w:t xml:space="preserve"> </w:t>
            </w:r>
            <w:proofErr w:type="spellStart"/>
            <w:r>
              <w:t>lý</w:t>
            </w:r>
            <w:proofErr w:type="spellEnd"/>
            <w:r>
              <w:t xml:space="preserve"> </w:t>
            </w:r>
            <w:proofErr w:type="spellStart"/>
            <w:r>
              <w:t>trực</w:t>
            </w:r>
            <w:proofErr w:type="spellEnd"/>
            <w:r>
              <w:t xml:space="preserve"> </w:t>
            </w:r>
            <w:proofErr w:type="spellStart"/>
            <w:r>
              <w:t>tiếp</w:t>
            </w:r>
            <w:proofErr w:type="spellEnd"/>
            <w:r>
              <w:t xml:space="preserve"> (</w:t>
            </w:r>
            <w:proofErr w:type="spellStart"/>
            <w:r>
              <w:t>nếu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), </w:t>
            </w:r>
            <w:proofErr w:type="spellStart"/>
            <w:r>
              <w:t>Uỷ</w:t>
            </w:r>
            <w:proofErr w:type="spellEnd"/>
            <w:r>
              <w:t xml:space="preserve"> ban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lastRenderedPageBreak/>
              <w:t>Đo</w:t>
            </w:r>
            <w:proofErr w:type="spellEnd"/>
            <w:r>
              <w:t xml:space="preserve"> </w:t>
            </w:r>
            <w:proofErr w:type="spellStart"/>
            <w:r>
              <w:t>lường</w:t>
            </w:r>
            <w:proofErr w:type="spellEnd"/>
            <w:r>
              <w:t xml:space="preserve"> </w:t>
            </w:r>
            <w:proofErr w:type="spellStart"/>
            <w:r>
              <w:t>Chất</w:t>
            </w:r>
            <w:proofErr w:type="spellEnd"/>
            <w:r>
              <w:t xml:space="preserve"> </w:t>
            </w:r>
            <w:proofErr w:type="spellStart"/>
            <w:r>
              <w:t>lượng</w:t>
            </w:r>
            <w:proofErr w:type="spellEnd"/>
            <w:r>
              <w:t xml:space="preserve"> Quốc </w:t>
            </w:r>
            <w:proofErr w:type="spellStart"/>
            <w:r>
              <w:t>gia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, </w:t>
            </w:r>
            <w:proofErr w:type="spellStart"/>
            <w:r>
              <w:t>ngành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về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>.</w:t>
            </w:r>
            <w:r>
              <w:br/>
              <w:t xml:space="preserve">4.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Việt Nam </w:t>
            </w:r>
            <w:proofErr w:type="spellStart"/>
            <w:r>
              <w:t>hoàn</w:t>
            </w:r>
            <w:proofErr w:type="spellEnd"/>
            <w:r>
              <w:t xml:space="preserve"> </w:t>
            </w:r>
            <w:proofErr w:type="spellStart"/>
            <w:r>
              <w:t>toàn</w:t>
            </w:r>
            <w:proofErr w:type="spellEnd"/>
            <w:r>
              <w:t xml:space="preserve"> </w:t>
            </w:r>
            <w:proofErr w:type="spellStart"/>
            <w:r>
              <w:t>chịu</w:t>
            </w:r>
            <w:proofErr w:type="spellEnd"/>
            <w:r>
              <w:t xml:space="preserve"> </w:t>
            </w:r>
            <w:proofErr w:type="spellStart"/>
            <w:r>
              <w:t>trách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về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đã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>.</w:t>
            </w:r>
          </w:p>
        </w:tc>
        <w:tc>
          <w:tcPr>
            <w:tcW w:w="5220" w:type="dxa"/>
          </w:tcPr>
          <w:p w14:paraId="5E74A941" w14:textId="05DC9788" w:rsidR="006D55D4" w:rsidRDefault="006D55D4" w:rsidP="006D55D4"/>
        </w:tc>
        <w:tc>
          <w:tcPr>
            <w:tcW w:w="3062" w:type="dxa"/>
          </w:tcPr>
          <w:p w14:paraId="3C8E14BB" w14:textId="1BD33911" w:rsidR="006D55D4" w:rsidRPr="00E84277" w:rsidRDefault="006D55D4" w:rsidP="006D55D4">
            <w:pPr>
              <w:jc w:val="both"/>
              <w:rPr>
                <w:szCs w:val="26"/>
              </w:rPr>
            </w:pPr>
          </w:p>
        </w:tc>
      </w:tr>
      <w:tr w:rsidR="006D55D4" w14:paraId="5156219E" w14:textId="77777777" w:rsidTr="00E84277">
        <w:tc>
          <w:tcPr>
            <w:tcW w:w="1098" w:type="dxa"/>
          </w:tcPr>
          <w:p w14:paraId="645B6C86" w14:textId="77777777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7</w:t>
            </w:r>
          </w:p>
        </w:tc>
        <w:tc>
          <w:tcPr>
            <w:tcW w:w="5113" w:type="dxa"/>
          </w:tcPr>
          <w:p w14:paraId="225F4B90" w14:textId="6E2D62C2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7. </w:t>
            </w:r>
            <w:proofErr w:type="spellStart"/>
            <w:r>
              <w:t>Trình</w:t>
            </w:r>
            <w:proofErr w:type="spellEnd"/>
            <w:r>
              <w:t xml:space="preserve"> </w:t>
            </w:r>
            <w:proofErr w:type="spellStart"/>
            <w:r>
              <w:t>tự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,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lẫn</w:t>
            </w:r>
            <w:proofErr w:type="spellEnd"/>
            <w:r>
              <w:t xml:space="preserve"> </w:t>
            </w:r>
            <w:proofErr w:type="spellStart"/>
            <w:r>
              <w:t>nhau</w:t>
            </w:r>
            <w:proofErr w:type="spellEnd"/>
            <w:r>
              <w:t xml:space="preserve"> </w:t>
            </w:r>
            <w:r>
              <w:br/>
              <w:t xml:space="preserve">1.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cấp</w:t>
            </w:r>
            <w:proofErr w:type="spellEnd"/>
            <w:r>
              <w:t xml:space="preserve"> </w:t>
            </w:r>
            <w:proofErr w:type="spellStart"/>
            <w:r>
              <w:t>chính</w:t>
            </w:r>
            <w:proofErr w:type="spellEnd"/>
            <w:r>
              <w:t xml:space="preserve"> </w:t>
            </w:r>
            <w:proofErr w:type="spellStart"/>
            <w:r>
              <w:t>phủ</w:t>
            </w:r>
            <w:proofErr w:type="spellEnd"/>
            <w:r>
              <w:br/>
              <w:t xml:space="preserve">a)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br/>
            </w:r>
            <w:proofErr w:type="spellStart"/>
            <w:r>
              <w:t>Bộ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ngang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thuộc</w:t>
            </w:r>
            <w:proofErr w:type="spellEnd"/>
            <w:r>
              <w:t xml:space="preserve"> </w:t>
            </w:r>
            <w:proofErr w:type="spellStart"/>
            <w:r>
              <w:t>Chính</w:t>
            </w:r>
            <w:proofErr w:type="spellEnd"/>
            <w:r>
              <w:t xml:space="preserve"> </w:t>
            </w:r>
            <w:proofErr w:type="spellStart"/>
            <w:r>
              <w:t>phủ</w:t>
            </w:r>
            <w:proofErr w:type="spellEnd"/>
            <w:r>
              <w:t xml:space="preserve">, </w:t>
            </w:r>
            <w:proofErr w:type="spellStart"/>
            <w:r>
              <w:t>căn</w:t>
            </w:r>
            <w:proofErr w:type="spellEnd"/>
            <w:r>
              <w:t xml:space="preserve"> </w:t>
            </w:r>
            <w:proofErr w:type="spellStart"/>
            <w:r>
              <w:t>cứ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vụ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quyền</w:t>
            </w:r>
            <w:proofErr w:type="spellEnd"/>
            <w:r>
              <w:t xml:space="preserve"> </w:t>
            </w:r>
            <w:proofErr w:type="spellStart"/>
            <w:r>
              <w:t>hạn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giao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ngành</w:t>
            </w:r>
            <w:proofErr w:type="spellEnd"/>
            <w:r>
              <w:t xml:space="preserve">, </w:t>
            </w:r>
            <w:proofErr w:type="spellStart"/>
            <w:r>
              <w:t>lĩnh</w:t>
            </w:r>
            <w:proofErr w:type="spellEnd"/>
            <w:r>
              <w:t xml:space="preserve"> </w:t>
            </w:r>
            <w:proofErr w:type="spellStart"/>
            <w:r>
              <w:t>vực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phân</w:t>
            </w:r>
            <w:proofErr w:type="spellEnd"/>
            <w:r>
              <w:t xml:space="preserve">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quản</w:t>
            </w:r>
            <w:proofErr w:type="spellEnd"/>
            <w:r>
              <w:t xml:space="preserve"> </w:t>
            </w:r>
            <w:proofErr w:type="spellStart"/>
            <w:r>
              <w:t>lý</w:t>
            </w:r>
            <w:proofErr w:type="spellEnd"/>
            <w:r>
              <w:t xml:space="preserve">, </w:t>
            </w:r>
            <w:proofErr w:type="spellStart"/>
            <w:r>
              <w:t>căn</w:t>
            </w:r>
            <w:proofErr w:type="spellEnd"/>
            <w:r>
              <w:t xml:space="preserve"> </w:t>
            </w:r>
            <w:proofErr w:type="spellStart"/>
            <w:r>
              <w:t>cứ</w:t>
            </w:r>
            <w:proofErr w:type="spellEnd"/>
            <w:r>
              <w:t xml:space="preserve"> </w:t>
            </w:r>
            <w:proofErr w:type="spellStart"/>
            <w:r>
              <w:t>yêu</w:t>
            </w:r>
            <w:proofErr w:type="spellEnd"/>
            <w:r>
              <w:t xml:space="preserve"> </w:t>
            </w:r>
            <w:proofErr w:type="spellStart"/>
            <w:r>
              <w:t>cầu</w:t>
            </w:r>
            <w:proofErr w:type="spellEnd"/>
            <w:r>
              <w:t xml:space="preserve"> </w:t>
            </w:r>
            <w:proofErr w:type="spellStart"/>
            <w:r>
              <w:t>phát</w:t>
            </w:r>
            <w:proofErr w:type="spellEnd"/>
            <w:r>
              <w:t xml:space="preserve"> </w:t>
            </w:r>
            <w:proofErr w:type="spellStart"/>
            <w:r>
              <w:t>triển</w:t>
            </w:r>
            <w:proofErr w:type="spellEnd"/>
            <w:r>
              <w:t xml:space="preserve"> </w:t>
            </w:r>
            <w:proofErr w:type="spellStart"/>
            <w:r>
              <w:t>kinh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 </w:t>
            </w:r>
            <w:proofErr w:type="spellStart"/>
            <w:r>
              <w:t>xã</w:t>
            </w:r>
            <w:proofErr w:type="spellEnd"/>
            <w:r>
              <w:t xml:space="preserve"> </w:t>
            </w:r>
            <w:proofErr w:type="spellStart"/>
            <w:r>
              <w:t>hội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hội</w:t>
            </w:r>
            <w:proofErr w:type="spellEnd"/>
            <w:r>
              <w:t xml:space="preserve"> </w:t>
            </w:r>
            <w:proofErr w:type="spellStart"/>
            <w:r>
              <w:t>nhập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, </w:t>
            </w:r>
            <w:proofErr w:type="spellStart"/>
            <w:r>
              <w:t>chủ</w:t>
            </w:r>
            <w:proofErr w:type="spellEnd"/>
            <w:r>
              <w:t xml:space="preserve"> </w:t>
            </w:r>
            <w:proofErr w:type="spellStart"/>
            <w:r>
              <w:t>trì</w:t>
            </w:r>
            <w:proofErr w:type="spellEnd"/>
            <w:r>
              <w:t xml:space="preserve">, </w:t>
            </w:r>
            <w:proofErr w:type="spellStart"/>
            <w:r>
              <w:t>phối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 Khoa </w:t>
            </w:r>
            <w:proofErr w:type="spellStart"/>
            <w:r>
              <w:t>học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Công </w:t>
            </w:r>
            <w:proofErr w:type="spellStart"/>
            <w:r>
              <w:t>nghệ</w:t>
            </w:r>
            <w:proofErr w:type="spellEnd"/>
            <w:r>
              <w:t xml:space="preserve">, </w:t>
            </w:r>
            <w:proofErr w:type="spellStart"/>
            <w:r>
              <w:t>Bộ</w:t>
            </w:r>
            <w:proofErr w:type="spellEnd"/>
            <w:r>
              <w:t xml:space="preserve"> </w:t>
            </w:r>
            <w:proofErr w:type="spellStart"/>
            <w:r>
              <w:t>Ngoại</w:t>
            </w:r>
            <w:proofErr w:type="spellEnd"/>
            <w:r>
              <w:t xml:space="preserve"> </w:t>
            </w:r>
            <w:proofErr w:type="spellStart"/>
            <w:r>
              <w:t>giao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Chính</w:t>
            </w:r>
            <w:proofErr w:type="spellEnd"/>
            <w:r>
              <w:t xml:space="preserve"> </w:t>
            </w:r>
            <w:proofErr w:type="spellStart"/>
            <w:r>
              <w:t>phủ</w:t>
            </w:r>
            <w:proofErr w:type="spellEnd"/>
            <w:r>
              <w:t xml:space="preserve"> </w:t>
            </w:r>
            <w:proofErr w:type="spellStart"/>
            <w:r>
              <w:t>về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>.</w:t>
            </w:r>
            <w:r>
              <w:br/>
              <w:t xml:space="preserve">b)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bị</w:t>
            </w:r>
            <w:proofErr w:type="spellEnd"/>
            <w:r>
              <w:t xml:space="preserve"> </w:t>
            </w:r>
            <w:proofErr w:type="spellStart"/>
            <w:r>
              <w:t>tiến</w:t>
            </w:r>
            <w:proofErr w:type="spellEnd"/>
            <w:r>
              <w:t xml:space="preserve"> </w:t>
            </w:r>
            <w:proofErr w:type="spellStart"/>
            <w:r>
              <w:t>hành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br/>
            </w:r>
            <w:proofErr w:type="spellStart"/>
            <w:r>
              <w:t>Bộ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ngang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thuộc</w:t>
            </w:r>
            <w:proofErr w:type="spellEnd"/>
            <w:r>
              <w:t xml:space="preserve"> </w:t>
            </w:r>
            <w:proofErr w:type="spellStart"/>
            <w:r>
              <w:t>Chính</w:t>
            </w:r>
            <w:proofErr w:type="spellEnd"/>
            <w:r>
              <w:t xml:space="preserve"> </w:t>
            </w:r>
            <w:proofErr w:type="spellStart"/>
            <w:r>
              <w:t>phủ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(</w:t>
            </w:r>
            <w:proofErr w:type="spellStart"/>
            <w:r>
              <w:t>sau</w:t>
            </w:r>
            <w:proofErr w:type="spellEnd"/>
            <w:r>
              <w:t xml:space="preserve"> </w:t>
            </w:r>
            <w:proofErr w:type="spellStart"/>
            <w:r>
              <w:t>đây</w:t>
            </w:r>
            <w:proofErr w:type="spellEnd"/>
            <w:r>
              <w:t xml:space="preserve"> </w:t>
            </w:r>
            <w:proofErr w:type="spellStart"/>
            <w:r>
              <w:t>gọi</w:t>
            </w:r>
            <w:proofErr w:type="spellEnd"/>
            <w:r>
              <w:t xml:space="preserve"> </w:t>
            </w:r>
            <w:proofErr w:type="spellStart"/>
            <w:r>
              <w:t>tắt</w:t>
            </w:r>
            <w:proofErr w:type="spellEnd"/>
            <w:r>
              <w:t xml:space="preserve"> </w:t>
            </w:r>
            <w:proofErr w:type="spellStart"/>
            <w:r>
              <w:t>là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) </w:t>
            </w:r>
            <w:proofErr w:type="spellStart"/>
            <w:r>
              <w:t>chịu</w:t>
            </w:r>
            <w:proofErr w:type="spellEnd"/>
            <w:r>
              <w:t xml:space="preserve"> </w:t>
            </w:r>
            <w:proofErr w:type="spellStart"/>
            <w:r>
              <w:t>trách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>:</w:t>
            </w:r>
            <w:r>
              <w:br/>
              <w:t xml:space="preserve">- </w:t>
            </w:r>
            <w:proofErr w:type="spellStart"/>
            <w:r>
              <w:t>Xác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nhu</w:t>
            </w:r>
            <w:proofErr w:type="spellEnd"/>
            <w:r>
              <w:t xml:space="preserve"> </w:t>
            </w:r>
            <w:proofErr w:type="spellStart"/>
            <w:r>
              <w:t>cầu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khả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lastRenderedPageBreak/>
              <w:t>hiện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dựa</w:t>
            </w:r>
            <w:proofErr w:type="spellEnd"/>
            <w:r>
              <w:t xml:space="preserve"> </w:t>
            </w:r>
            <w:proofErr w:type="spellStart"/>
            <w:r>
              <w:t>trên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chí</w:t>
            </w:r>
            <w:proofErr w:type="spellEnd"/>
            <w:r>
              <w:t xml:space="preserve"> </w:t>
            </w:r>
            <w:proofErr w:type="spellStart"/>
            <w:r>
              <w:t>sau</w:t>
            </w:r>
            <w:proofErr w:type="spellEnd"/>
            <w:r>
              <w:t xml:space="preserve"> </w:t>
            </w:r>
            <w:proofErr w:type="spellStart"/>
            <w:r>
              <w:t>đây</w:t>
            </w:r>
            <w:proofErr w:type="spellEnd"/>
            <w:r>
              <w:t>:</w:t>
            </w:r>
            <w:r>
              <w:br/>
              <w:t xml:space="preserve">+ </w:t>
            </w:r>
            <w:proofErr w:type="spellStart"/>
            <w:r>
              <w:t>Mức</w:t>
            </w:r>
            <w:proofErr w:type="spellEnd"/>
            <w:r>
              <w:t xml:space="preserve"> </w:t>
            </w:r>
            <w:proofErr w:type="spellStart"/>
            <w:r>
              <w:t>độ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mô</w:t>
            </w:r>
            <w:proofErr w:type="spellEnd"/>
            <w:r>
              <w:t xml:space="preserve"> </w:t>
            </w:r>
            <w:proofErr w:type="spellStart"/>
            <w:r>
              <w:t>trao</w:t>
            </w:r>
            <w:proofErr w:type="spellEnd"/>
            <w:r>
              <w:t xml:space="preserve"> </w:t>
            </w:r>
            <w:proofErr w:type="spellStart"/>
            <w:r>
              <w:t>đổi</w:t>
            </w:r>
            <w:proofErr w:type="spellEnd"/>
            <w:r>
              <w:t xml:space="preserve"> </w:t>
            </w:r>
            <w:proofErr w:type="spellStart"/>
            <w:r>
              <w:t>sản</w:t>
            </w:r>
            <w:proofErr w:type="spellEnd"/>
            <w:r>
              <w:t xml:space="preserve"> </w:t>
            </w:r>
            <w:proofErr w:type="spellStart"/>
            <w:r>
              <w:t>phẩm</w:t>
            </w:r>
            <w:proofErr w:type="spellEnd"/>
            <w:r>
              <w:t xml:space="preserve">, </w:t>
            </w:r>
            <w:proofErr w:type="spellStart"/>
            <w:r>
              <w:t>hàng</w:t>
            </w:r>
            <w:proofErr w:type="spellEnd"/>
            <w:r>
              <w:t xml:space="preserve"> </w:t>
            </w:r>
            <w:proofErr w:type="spellStart"/>
            <w:r>
              <w:t>hoá</w:t>
            </w:r>
            <w:proofErr w:type="spellEnd"/>
            <w:r>
              <w:t xml:space="preserve">, </w:t>
            </w:r>
            <w:proofErr w:type="spellStart"/>
            <w:r>
              <w:t>dịch</w:t>
            </w:r>
            <w:proofErr w:type="spellEnd"/>
            <w:r>
              <w:t xml:space="preserve"> </w:t>
            </w:r>
            <w:proofErr w:type="spellStart"/>
            <w:r>
              <w:t>vụ</w:t>
            </w:r>
            <w:proofErr w:type="spellEnd"/>
            <w:r>
              <w:t>;</w:t>
            </w:r>
            <w:r>
              <w:br/>
              <w:t xml:space="preserve">+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tồn</w:t>
            </w:r>
            <w:proofErr w:type="spellEnd"/>
            <w:r>
              <w:t xml:space="preserve"> </w:t>
            </w:r>
            <w:proofErr w:type="spellStart"/>
            <w:r>
              <w:t>tại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rào</w:t>
            </w:r>
            <w:proofErr w:type="spellEnd"/>
            <w:r>
              <w:t xml:space="preserve"> </w:t>
            </w:r>
            <w:proofErr w:type="spellStart"/>
            <w:r>
              <w:t>cản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 xml:space="preserve"> </w:t>
            </w:r>
            <w:proofErr w:type="spellStart"/>
            <w:r>
              <w:t>gây</w:t>
            </w:r>
            <w:proofErr w:type="spellEnd"/>
            <w:r>
              <w:t xml:space="preserve"> </w:t>
            </w:r>
            <w:proofErr w:type="spellStart"/>
            <w:r>
              <w:t>cản</w:t>
            </w:r>
            <w:proofErr w:type="spellEnd"/>
            <w:r>
              <w:t xml:space="preserve"> </w:t>
            </w:r>
            <w:proofErr w:type="spellStart"/>
            <w:r>
              <w:t>trở</w:t>
            </w:r>
            <w:proofErr w:type="spellEnd"/>
            <w:r>
              <w:t xml:space="preserve"> </w:t>
            </w:r>
            <w:proofErr w:type="spellStart"/>
            <w:r>
              <w:t>thương</w:t>
            </w:r>
            <w:proofErr w:type="spellEnd"/>
            <w:r>
              <w:t xml:space="preserve"> </w:t>
            </w:r>
            <w:proofErr w:type="spellStart"/>
            <w:r>
              <w:t>mại</w:t>
            </w:r>
            <w:proofErr w:type="spellEnd"/>
            <w:r>
              <w:t>;</w:t>
            </w:r>
            <w:r>
              <w:br/>
              <w:t xml:space="preserve">+ </w:t>
            </w:r>
            <w:proofErr w:type="spellStart"/>
            <w:r>
              <w:t>Điều</w:t>
            </w:r>
            <w:proofErr w:type="spellEnd"/>
            <w:r>
              <w:t xml:space="preserve"> </w:t>
            </w:r>
            <w:proofErr w:type="spellStart"/>
            <w:r>
              <w:t>kiện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sở</w:t>
            </w:r>
            <w:proofErr w:type="spellEnd"/>
            <w:r>
              <w:t xml:space="preserve"> </w:t>
            </w:r>
            <w:proofErr w:type="spellStart"/>
            <w:r>
              <w:t>vật</w:t>
            </w:r>
            <w:proofErr w:type="spellEnd"/>
            <w:r>
              <w:t xml:space="preserve"> </w:t>
            </w:r>
            <w:proofErr w:type="spellStart"/>
            <w:r>
              <w:t>chất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 xml:space="preserve"> </w:t>
            </w:r>
            <w:proofErr w:type="spellStart"/>
            <w:r>
              <w:t>để</w:t>
            </w:r>
            <w:proofErr w:type="spellEnd"/>
            <w:r>
              <w:t xml:space="preserve"> </w:t>
            </w:r>
            <w:proofErr w:type="spellStart"/>
            <w:r>
              <w:t>bảo</w:t>
            </w:r>
            <w:proofErr w:type="spellEnd"/>
            <w:r>
              <w:t xml:space="preserve"> </w:t>
            </w:r>
            <w:proofErr w:type="spellStart"/>
            <w:r>
              <w:t>đảm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>;</w:t>
            </w:r>
            <w:r>
              <w:br/>
              <w:t xml:space="preserve">+ Lợi </w:t>
            </w:r>
            <w:proofErr w:type="spellStart"/>
            <w:r>
              <w:t>ích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 xml:space="preserve"> </w:t>
            </w:r>
            <w:proofErr w:type="spellStart"/>
            <w:r>
              <w:t>khi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>;</w:t>
            </w:r>
            <w:r>
              <w:br/>
              <w:t xml:space="preserve">+ Các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chí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khác</w:t>
            </w:r>
            <w:proofErr w:type="spellEnd"/>
            <w:r>
              <w:t>.</w:t>
            </w:r>
            <w:r>
              <w:br/>
              <w:t xml:space="preserve">- </w:t>
            </w:r>
            <w:proofErr w:type="spellStart"/>
            <w:r>
              <w:t>Xây</w:t>
            </w:r>
            <w:proofErr w:type="spellEnd"/>
            <w:r>
              <w:t xml:space="preserve"> </w:t>
            </w:r>
            <w:proofErr w:type="spellStart"/>
            <w:r>
              <w:t>dựng</w:t>
            </w:r>
            <w:proofErr w:type="spellEnd"/>
            <w:r>
              <w:t xml:space="preserve"> 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phối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xây</w:t>
            </w:r>
            <w:proofErr w:type="spellEnd"/>
            <w:r>
              <w:t xml:space="preserve"> </w:t>
            </w:r>
            <w:proofErr w:type="spellStart"/>
            <w:r>
              <w:t>dựng</w:t>
            </w:r>
            <w:proofErr w:type="spellEnd"/>
            <w:r>
              <w:t xml:space="preserve"> </w:t>
            </w:r>
            <w:proofErr w:type="spellStart"/>
            <w:r>
              <w:t>dự</w:t>
            </w:r>
            <w:proofErr w:type="spellEnd"/>
            <w:r>
              <w:t xml:space="preserve"> </w:t>
            </w:r>
            <w:proofErr w:type="spellStart"/>
            <w:r>
              <w:t>thảo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br/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chủ</w:t>
            </w:r>
            <w:proofErr w:type="spellEnd"/>
            <w:r>
              <w:t xml:space="preserve"> </w:t>
            </w:r>
            <w:proofErr w:type="spellStart"/>
            <w:r>
              <w:t>trì</w:t>
            </w:r>
            <w:proofErr w:type="spellEnd"/>
            <w:r>
              <w:t xml:space="preserve">, </w:t>
            </w:r>
            <w:proofErr w:type="spellStart"/>
            <w:r>
              <w:t>phối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,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tiến</w:t>
            </w:r>
            <w:proofErr w:type="spellEnd"/>
            <w:r>
              <w:t xml:space="preserve"> </w:t>
            </w:r>
            <w:proofErr w:type="spellStart"/>
            <w:r>
              <w:t>hành</w:t>
            </w:r>
            <w:proofErr w:type="spellEnd"/>
            <w:r>
              <w:t xml:space="preserve"> </w:t>
            </w:r>
            <w:proofErr w:type="spellStart"/>
            <w:r>
              <w:t>xây</w:t>
            </w:r>
            <w:proofErr w:type="spellEnd"/>
            <w:r>
              <w:t xml:space="preserve"> </w:t>
            </w:r>
            <w:proofErr w:type="spellStart"/>
            <w:r>
              <w:t>dựng</w:t>
            </w:r>
            <w:proofErr w:type="spellEnd"/>
            <w:r>
              <w:t xml:space="preserve"> </w:t>
            </w:r>
            <w:proofErr w:type="spellStart"/>
            <w:r>
              <w:t>dự</w:t>
            </w:r>
            <w:proofErr w:type="spellEnd"/>
            <w:r>
              <w:t xml:space="preserve"> </w:t>
            </w:r>
            <w:proofErr w:type="spellStart"/>
            <w:r>
              <w:t>thảo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>.</w:t>
            </w:r>
            <w:r>
              <w:br/>
              <w:t xml:space="preserve">Trường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dự</w:t>
            </w:r>
            <w:proofErr w:type="spellEnd"/>
            <w:r>
              <w:t xml:space="preserve"> </w:t>
            </w:r>
            <w:proofErr w:type="spellStart"/>
            <w:r>
              <w:t>thảo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đã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bên</w:t>
            </w:r>
            <w:proofErr w:type="spellEnd"/>
            <w:r>
              <w:t xml:space="preserve"> </w:t>
            </w:r>
            <w:proofErr w:type="spellStart"/>
            <w:r>
              <w:t>đối</w:t>
            </w:r>
            <w:proofErr w:type="spellEnd"/>
            <w:r>
              <w:t xml:space="preserve"> </w:t>
            </w:r>
            <w:proofErr w:type="spellStart"/>
            <w:r>
              <w:t>tác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ngoài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bị</w:t>
            </w:r>
            <w:proofErr w:type="spellEnd"/>
            <w:r>
              <w:t xml:space="preserve"> </w:t>
            </w:r>
            <w:proofErr w:type="spellStart"/>
            <w:r>
              <w:t>thì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trách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nghiên</w:t>
            </w:r>
            <w:proofErr w:type="spellEnd"/>
            <w:r>
              <w:t xml:space="preserve"> </w:t>
            </w:r>
            <w:proofErr w:type="spellStart"/>
            <w:r>
              <w:t>cứu</w:t>
            </w:r>
            <w:proofErr w:type="spellEnd"/>
            <w:r>
              <w:t xml:space="preserve"> </w:t>
            </w:r>
            <w:proofErr w:type="spellStart"/>
            <w:r>
              <w:t>dự</w:t>
            </w:r>
            <w:proofErr w:type="spellEnd"/>
            <w:r>
              <w:t xml:space="preserve"> </w:t>
            </w:r>
            <w:proofErr w:type="spellStart"/>
            <w:r>
              <w:t>thảo</w:t>
            </w:r>
            <w:proofErr w:type="spellEnd"/>
            <w:r>
              <w:t xml:space="preserve"> </w:t>
            </w:r>
            <w:proofErr w:type="spellStart"/>
            <w:r>
              <w:t>đó</w:t>
            </w:r>
            <w:proofErr w:type="spellEnd"/>
            <w:r>
              <w:t xml:space="preserve">, </w:t>
            </w:r>
            <w:proofErr w:type="spellStart"/>
            <w:r>
              <w:t>xây</w:t>
            </w:r>
            <w:proofErr w:type="spellEnd"/>
            <w:r>
              <w:t xml:space="preserve"> </w:t>
            </w:r>
            <w:proofErr w:type="spellStart"/>
            <w:r>
              <w:t>dựng</w:t>
            </w:r>
            <w:proofErr w:type="spellEnd"/>
            <w:r>
              <w:t xml:space="preserve"> </w:t>
            </w:r>
            <w:proofErr w:type="spellStart"/>
            <w:r>
              <w:t>phương</w:t>
            </w:r>
            <w:proofErr w:type="spellEnd"/>
            <w:r>
              <w:t xml:space="preserve"> </w:t>
            </w:r>
            <w:proofErr w:type="spellStart"/>
            <w:r>
              <w:t>án</w:t>
            </w:r>
            <w:proofErr w:type="spellEnd"/>
            <w:r>
              <w:t xml:space="preserve"> </w:t>
            </w:r>
            <w:proofErr w:type="spellStart"/>
            <w:r>
              <w:t>chấp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, </w:t>
            </w:r>
            <w:proofErr w:type="spellStart"/>
            <w:r>
              <w:t>sửa</w:t>
            </w:r>
            <w:proofErr w:type="spellEnd"/>
            <w:r>
              <w:t xml:space="preserve"> </w:t>
            </w:r>
            <w:proofErr w:type="spellStart"/>
            <w:r>
              <w:t>đổi</w:t>
            </w:r>
            <w:proofErr w:type="spellEnd"/>
            <w:r>
              <w:t xml:space="preserve">, </w:t>
            </w:r>
            <w:proofErr w:type="spellStart"/>
            <w:r>
              <w:t>bổ</w:t>
            </w:r>
            <w:proofErr w:type="spellEnd"/>
            <w:r>
              <w:t xml:space="preserve"> sung 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xây</w:t>
            </w:r>
            <w:proofErr w:type="spellEnd"/>
            <w:r>
              <w:t xml:space="preserve"> </w:t>
            </w:r>
            <w:proofErr w:type="spellStart"/>
            <w:r>
              <w:t>dựng</w:t>
            </w:r>
            <w:proofErr w:type="spellEnd"/>
            <w:r>
              <w:t xml:space="preserve"> </w:t>
            </w:r>
            <w:proofErr w:type="spellStart"/>
            <w:r>
              <w:t>dự</w:t>
            </w:r>
            <w:proofErr w:type="spellEnd"/>
            <w:r>
              <w:t xml:space="preserve"> </w:t>
            </w:r>
            <w:proofErr w:type="spellStart"/>
            <w:r>
              <w:t>thảo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phía</w:t>
            </w:r>
            <w:proofErr w:type="spellEnd"/>
            <w:r>
              <w:t xml:space="preserve"> Việt Nam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lấy</w:t>
            </w:r>
            <w:proofErr w:type="spellEnd"/>
            <w:r>
              <w:t xml:space="preserve"> ý </w:t>
            </w:r>
            <w:proofErr w:type="spellStart"/>
            <w:r>
              <w:t>kiến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,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>.</w:t>
            </w:r>
            <w:r>
              <w:br/>
            </w:r>
            <w:r>
              <w:lastRenderedPageBreak/>
              <w:t xml:space="preserve">c)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br/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phải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pháp</w:t>
            </w:r>
            <w:proofErr w:type="spellEnd"/>
            <w:r>
              <w:t xml:space="preserve"> </w:t>
            </w:r>
            <w:proofErr w:type="spellStart"/>
            <w:r>
              <w:t>luật</w:t>
            </w:r>
            <w:proofErr w:type="spellEnd"/>
            <w:r>
              <w:t xml:space="preserve"> </w:t>
            </w:r>
            <w:proofErr w:type="spellStart"/>
            <w:r>
              <w:t>về</w:t>
            </w:r>
            <w:proofErr w:type="spellEnd"/>
            <w:r>
              <w:t xml:space="preserve"> </w:t>
            </w:r>
            <w:proofErr w:type="spellStart"/>
            <w:r>
              <w:t>điều</w:t>
            </w:r>
            <w:proofErr w:type="spellEnd"/>
            <w:r>
              <w:t xml:space="preserve"> </w:t>
            </w:r>
            <w:proofErr w:type="spellStart"/>
            <w:r>
              <w:t>ước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>.</w:t>
            </w:r>
            <w:r>
              <w:br/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trách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thông</w:t>
            </w:r>
            <w:proofErr w:type="spellEnd"/>
            <w:r>
              <w:t xml:space="preserve"> </w:t>
            </w:r>
            <w:proofErr w:type="spellStart"/>
            <w:r>
              <w:t>báo</w:t>
            </w:r>
            <w:proofErr w:type="spellEnd"/>
            <w:r>
              <w:t xml:space="preserve"> </w:t>
            </w:r>
            <w:proofErr w:type="spellStart"/>
            <w:r>
              <w:t>cho</w:t>
            </w:r>
            <w:proofErr w:type="spellEnd"/>
            <w:r>
              <w:t xml:space="preserve"> </w:t>
            </w:r>
            <w:proofErr w:type="spellStart"/>
            <w:r>
              <w:t>bên</w:t>
            </w:r>
            <w:proofErr w:type="spellEnd"/>
            <w:r>
              <w:t xml:space="preserve"> </w:t>
            </w:r>
            <w:proofErr w:type="spellStart"/>
            <w:r>
              <w:t>đối</w:t>
            </w:r>
            <w:proofErr w:type="spellEnd"/>
            <w:r>
              <w:t xml:space="preserve"> </w:t>
            </w:r>
            <w:proofErr w:type="spellStart"/>
            <w:r>
              <w:t>tác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ngoài</w:t>
            </w:r>
            <w:proofErr w:type="spellEnd"/>
            <w:r>
              <w:t xml:space="preserve"> </w:t>
            </w:r>
            <w:proofErr w:type="spellStart"/>
            <w:r>
              <w:t>về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cấp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thẩm</w:t>
            </w:r>
            <w:proofErr w:type="spellEnd"/>
            <w:r>
              <w:t xml:space="preserve"> </w:t>
            </w:r>
            <w:proofErr w:type="spellStart"/>
            <w:r>
              <w:t>quyền</w:t>
            </w:r>
            <w:proofErr w:type="spellEnd"/>
            <w:r>
              <w:t xml:space="preserve"> </w:t>
            </w:r>
            <w:proofErr w:type="spellStart"/>
            <w:r>
              <w:t>đã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phê</w:t>
            </w:r>
            <w:proofErr w:type="spellEnd"/>
            <w:r>
              <w:t xml:space="preserve"> </w:t>
            </w:r>
            <w:proofErr w:type="spellStart"/>
            <w:r>
              <w:t>duyệt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>.</w:t>
            </w:r>
            <w:r>
              <w:br/>
              <w:t xml:space="preserve">2.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cấp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br/>
              <w:t xml:space="preserve">a)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Việt Nam, </w:t>
            </w:r>
            <w:proofErr w:type="spellStart"/>
            <w:r>
              <w:t>căn</w:t>
            </w:r>
            <w:proofErr w:type="spellEnd"/>
            <w:r>
              <w:t xml:space="preserve"> </w:t>
            </w:r>
            <w:proofErr w:type="spellStart"/>
            <w:r>
              <w:t>cứ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,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vụ</w:t>
            </w:r>
            <w:proofErr w:type="spellEnd"/>
            <w:r>
              <w:t xml:space="preserve">, </w:t>
            </w:r>
            <w:proofErr w:type="spellStart"/>
            <w:r>
              <w:t>quyền</w:t>
            </w:r>
            <w:proofErr w:type="spellEnd"/>
            <w:r>
              <w:t xml:space="preserve"> </w:t>
            </w:r>
            <w:proofErr w:type="spellStart"/>
            <w:r>
              <w:t>hạn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giao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lĩnh</w:t>
            </w:r>
            <w:proofErr w:type="spellEnd"/>
            <w:r>
              <w:t xml:space="preserve"> </w:t>
            </w:r>
            <w:proofErr w:type="spellStart"/>
            <w:r>
              <w:t>vực</w:t>
            </w:r>
            <w:proofErr w:type="spellEnd"/>
            <w:r>
              <w:t xml:space="preserve"> </w:t>
            </w:r>
            <w:proofErr w:type="spellStart"/>
            <w:r>
              <w:t>hoạt</w:t>
            </w:r>
            <w:proofErr w:type="spellEnd"/>
            <w:r>
              <w:t xml:space="preserve"> </w:t>
            </w:r>
            <w:proofErr w:type="spellStart"/>
            <w:r>
              <w:t>động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, </w:t>
            </w:r>
            <w:proofErr w:type="spellStart"/>
            <w:r>
              <w:t>nhu</w:t>
            </w:r>
            <w:proofErr w:type="spellEnd"/>
            <w:r>
              <w:t xml:space="preserve"> </w:t>
            </w:r>
            <w:proofErr w:type="spellStart"/>
            <w:r>
              <w:t>cầu</w:t>
            </w:r>
            <w:proofErr w:type="spellEnd"/>
            <w:r>
              <w:t xml:space="preserve"> </w:t>
            </w:r>
            <w:proofErr w:type="spellStart"/>
            <w:r>
              <w:t>phát</w:t>
            </w:r>
            <w:proofErr w:type="spellEnd"/>
            <w:r>
              <w:t xml:space="preserve"> </w:t>
            </w:r>
            <w:proofErr w:type="spellStart"/>
            <w:r>
              <w:t>triển</w:t>
            </w:r>
            <w:proofErr w:type="spellEnd"/>
            <w:r>
              <w:t xml:space="preserve"> </w:t>
            </w:r>
            <w:proofErr w:type="spellStart"/>
            <w:r>
              <w:t>kinh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 </w:t>
            </w:r>
            <w:proofErr w:type="spellStart"/>
            <w:r>
              <w:t>xã</w:t>
            </w:r>
            <w:proofErr w:type="spellEnd"/>
            <w:r>
              <w:t xml:space="preserve"> </w:t>
            </w:r>
            <w:proofErr w:type="spellStart"/>
            <w:r>
              <w:t>hội</w:t>
            </w:r>
            <w:proofErr w:type="spellEnd"/>
            <w:r>
              <w:t xml:space="preserve">, </w:t>
            </w:r>
            <w:proofErr w:type="spellStart"/>
            <w:r>
              <w:t>hội</w:t>
            </w:r>
            <w:proofErr w:type="spellEnd"/>
            <w:r>
              <w:t xml:space="preserve"> </w:t>
            </w:r>
            <w:proofErr w:type="spellStart"/>
            <w:r>
              <w:t>nhập</w:t>
            </w:r>
            <w:proofErr w:type="spellEnd"/>
            <w:r>
              <w:t xml:space="preserve"> </w:t>
            </w:r>
            <w:proofErr w:type="spellStart"/>
            <w:r>
              <w:t>kinh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mình</w:t>
            </w:r>
            <w:proofErr w:type="spellEnd"/>
            <w:r>
              <w:t xml:space="preserve">,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phép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, </w:t>
            </w:r>
            <w:proofErr w:type="spellStart"/>
            <w:r>
              <w:t>khu</w:t>
            </w:r>
            <w:proofErr w:type="spellEnd"/>
            <w:r>
              <w:t xml:space="preserve"> </w:t>
            </w:r>
            <w:proofErr w:type="spellStart"/>
            <w:r>
              <w:t>vực</w:t>
            </w:r>
            <w:proofErr w:type="spellEnd"/>
            <w:r>
              <w:t xml:space="preserve">,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 xml:space="preserve">, </w:t>
            </w:r>
            <w:proofErr w:type="spellStart"/>
            <w:r>
              <w:t>vùng</w:t>
            </w:r>
            <w:proofErr w:type="spellEnd"/>
            <w:r>
              <w:t xml:space="preserve"> </w:t>
            </w:r>
            <w:proofErr w:type="spellStart"/>
            <w:r>
              <w:t>lãnh</w:t>
            </w:r>
            <w:proofErr w:type="spellEnd"/>
            <w:r>
              <w:t xml:space="preserve"> </w:t>
            </w:r>
            <w:proofErr w:type="spellStart"/>
            <w:r>
              <w:t>thổ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pháp</w:t>
            </w:r>
            <w:proofErr w:type="spellEnd"/>
            <w:r>
              <w:t xml:space="preserve"> </w:t>
            </w:r>
            <w:proofErr w:type="spellStart"/>
            <w:r>
              <w:t>luật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hành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.  </w:t>
            </w:r>
            <w:r>
              <w:br/>
              <w:t xml:space="preserve">b)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, </w:t>
            </w:r>
            <w:proofErr w:type="spellStart"/>
            <w:r>
              <w:t>khi</w:t>
            </w:r>
            <w:proofErr w:type="spellEnd"/>
            <w:r>
              <w:t xml:space="preserve"> </w:t>
            </w:r>
            <w:proofErr w:type="spellStart"/>
            <w:r>
              <w:t>đàm</w:t>
            </w:r>
            <w:proofErr w:type="spellEnd"/>
            <w:r>
              <w:t xml:space="preserve"> </w:t>
            </w:r>
            <w:proofErr w:type="spellStart"/>
            <w:r>
              <w:t>phán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, </w:t>
            </w:r>
            <w:proofErr w:type="spellStart"/>
            <w:r>
              <w:t>cần</w:t>
            </w:r>
            <w:proofErr w:type="spellEnd"/>
            <w:r>
              <w:t xml:space="preserve"> </w:t>
            </w:r>
            <w:proofErr w:type="spellStart"/>
            <w:r>
              <w:t>bảo</w:t>
            </w:r>
            <w:proofErr w:type="spellEnd"/>
            <w:r>
              <w:t xml:space="preserve"> </w:t>
            </w:r>
            <w:proofErr w:type="spellStart"/>
            <w:r>
              <w:t>đảm</w:t>
            </w:r>
            <w:proofErr w:type="spellEnd"/>
            <w:r>
              <w:t xml:space="preserve"> </w:t>
            </w:r>
            <w:proofErr w:type="spellStart"/>
            <w:r>
              <w:t>lợi</w:t>
            </w:r>
            <w:proofErr w:type="spellEnd"/>
            <w:r>
              <w:t xml:space="preserve"> </w:t>
            </w:r>
            <w:proofErr w:type="spellStart"/>
            <w:r>
              <w:t>ích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tham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đối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bản</w:t>
            </w:r>
            <w:proofErr w:type="spellEnd"/>
            <w:r>
              <w:t xml:space="preserve"> </w:t>
            </w:r>
            <w:proofErr w:type="spellStart"/>
            <w:r>
              <w:t>thân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, </w:t>
            </w:r>
            <w:proofErr w:type="spellStart"/>
            <w:r>
              <w:t>lợi</w:t>
            </w:r>
            <w:proofErr w:type="spellEnd"/>
            <w:r>
              <w:t xml:space="preserve"> </w:t>
            </w:r>
            <w:proofErr w:type="spellStart"/>
            <w:r>
              <w:t>ích</w:t>
            </w:r>
            <w:proofErr w:type="spellEnd"/>
            <w:r>
              <w:t xml:space="preserve"> </w:t>
            </w:r>
            <w:proofErr w:type="spellStart"/>
            <w:r>
              <w:t>đối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, </w:t>
            </w:r>
            <w:proofErr w:type="spellStart"/>
            <w:r>
              <w:t>cá</w:t>
            </w:r>
            <w:proofErr w:type="spellEnd"/>
            <w:r>
              <w:t xml:space="preserve"> </w:t>
            </w:r>
            <w:proofErr w:type="spellStart"/>
            <w:r>
              <w:t>nhân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Việt Nam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lợi</w:t>
            </w:r>
            <w:proofErr w:type="spellEnd"/>
            <w:r>
              <w:t xml:space="preserve"> </w:t>
            </w:r>
            <w:proofErr w:type="spellStart"/>
            <w:r>
              <w:t>ích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>.</w:t>
            </w:r>
            <w:r>
              <w:br/>
            </w:r>
            <w:r>
              <w:lastRenderedPageBreak/>
              <w:t xml:space="preserve">c)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Việt Nam </w:t>
            </w:r>
            <w:proofErr w:type="spellStart"/>
            <w:r>
              <w:t>thông</w:t>
            </w:r>
            <w:proofErr w:type="spellEnd"/>
            <w:r>
              <w:t xml:space="preserve"> </w:t>
            </w:r>
            <w:proofErr w:type="spellStart"/>
            <w:r>
              <w:t>báo</w:t>
            </w:r>
            <w:proofErr w:type="spellEnd"/>
            <w:r>
              <w:t xml:space="preserve"> </w:t>
            </w:r>
            <w:proofErr w:type="spellStart"/>
            <w:r>
              <w:t>bằng</w:t>
            </w:r>
            <w:proofErr w:type="spellEnd"/>
            <w:r>
              <w:t xml:space="preserve"> </w:t>
            </w:r>
            <w:proofErr w:type="spellStart"/>
            <w:r>
              <w:t>văn</w:t>
            </w:r>
            <w:proofErr w:type="spellEnd"/>
            <w:r>
              <w:t xml:space="preserve"> </w:t>
            </w:r>
            <w:proofErr w:type="spellStart"/>
            <w:r>
              <w:t>bản</w:t>
            </w:r>
            <w:proofErr w:type="spellEnd"/>
            <w:r>
              <w:t xml:space="preserve"> </w:t>
            </w:r>
            <w:proofErr w:type="spellStart"/>
            <w:r>
              <w:t>kèm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bản</w:t>
            </w:r>
            <w:proofErr w:type="spellEnd"/>
            <w:r>
              <w:t xml:space="preserve"> </w:t>
            </w:r>
            <w:proofErr w:type="spellStart"/>
            <w:r>
              <w:t>sao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đã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đến</w:t>
            </w:r>
            <w:proofErr w:type="spellEnd"/>
            <w:r>
              <w:t xml:space="preserve"> </w:t>
            </w:r>
            <w:proofErr w:type="spellStart"/>
            <w:r>
              <w:t>Uỷ</w:t>
            </w:r>
            <w:proofErr w:type="spellEnd"/>
            <w:r>
              <w:t xml:space="preserve"> ban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Đo</w:t>
            </w:r>
            <w:proofErr w:type="spellEnd"/>
            <w:r>
              <w:t xml:space="preserve"> </w:t>
            </w:r>
            <w:proofErr w:type="spellStart"/>
            <w:r>
              <w:t>lường</w:t>
            </w:r>
            <w:proofErr w:type="spellEnd"/>
            <w:r>
              <w:t xml:space="preserve"> </w:t>
            </w:r>
            <w:proofErr w:type="spellStart"/>
            <w:r>
              <w:t>Chất</w:t>
            </w:r>
            <w:proofErr w:type="spellEnd"/>
            <w:r>
              <w:t xml:space="preserve"> </w:t>
            </w:r>
            <w:proofErr w:type="spellStart"/>
            <w:r>
              <w:t>lượng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quản</w:t>
            </w:r>
            <w:proofErr w:type="spellEnd"/>
            <w:r>
              <w:t xml:space="preserve"> </w:t>
            </w:r>
            <w:proofErr w:type="spellStart"/>
            <w:r>
              <w:t>lý</w:t>
            </w:r>
            <w:proofErr w:type="spellEnd"/>
            <w:r>
              <w:t xml:space="preserve"> </w:t>
            </w:r>
            <w:proofErr w:type="spellStart"/>
            <w:r>
              <w:t>trực</w:t>
            </w:r>
            <w:proofErr w:type="spellEnd"/>
            <w:r>
              <w:t xml:space="preserve"> </w:t>
            </w:r>
            <w:proofErr w:type="spellStart"/>
            <w:r>
              <w:t>tiếp</w:t>
            </w:r>
            <w:proofErr w:type="spellEnd"/>
            <w:r>
              <w:t xml:space="preserve"> (</w:t>
            </w:r>
            <w:proofErr w:type="spellStart"/>
            <w:r>
              <w:t>nếu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)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, </w:t>
            </w:r>
            <w:proofErr w:type="spellStart"/>
            <w:r>
              <w:t>ngành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về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để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dõi</w:t>
            </w:r>
            <w:proofErr w:type="spellEnd"/>
            <w:r>
              <w:t xml:space="preserve">, </w:t>
            </w:r>
            <w:proofErr w:type="spellStart"/>
            <w:r>
              <w:t>tổng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>.</w:t>
            </w:r>
            <w:r>
              <w:br/>
              <w:t xml:space="preserve">d)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Việt Nam </w:t>
            </w:r>
            <w:proofErr w:type="spellStart"/>
            <w:r>
              <w:t>hoàn</w:t>
            </w:r>
            <w:proofErr w:type="spellEnd"/>
            <w:r>
              <w:t xml:space="preserve"> </w:t>
            </w:r>
            <w:proofErr w:type="spellStart"/>
            <w:r>
              <w:t>toàn</w:t>
            </w:r>
            <w:proofErr w:type="spellEnd"/>
            <w:r>
              <w:t xml:space="preserve"> </w:t>
            </w:r>
            <w:proofErr w:type="spellStart"/>
            <w:r>
              <w:t>chịu</w:t>
            </w:r>
            <w:proofErr w:type="spellEnd"/>
            <w:r>
              <w:t xml:space="preserve"> </w:t>
            </w:r>
            <w:proofErr w:type="spellStart"/>
            <w:r>
              <w:t>trách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trước</w:t>
            </w:r>
            <w:proofErr w:type="spellEnd"/>
            <w:r>
              <w:t xml:space="preserve"> </w:t>
            </w:r>
            <w:proofErr w:type="spellStart"/>
            <w:r>
              <w:t>pháp</w:t>
            </w:r>
            <w:proofErr w:type="spellEnd"/>
            <w:r>
              <w:t xml:space="preserve"> </w:t>
            </w:r>
            <w:proofErr w:type="spellStart"/>
            <w:r>
              <w:t>luật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quản</w:t>
            </w:r>
            <w:proofErr w:type="spellEnd"/>
            <w:r>
              <w:t xml:space="preserve"> </w:t>
            </w:r>
            <w:proofErr w:type="spellStart"/>
            <w:r>
              <w:t>lý</w:t>
            </w:r>
            <w:proofErr w:type="spellEnd"/>
            <w:r>
              <w:t xml:space="preserve"> </w:t>
            </w:r>
            <w:proofErr w:type="spellStart"/>
            <w:r>
              <w:t>nhà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về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đầy</w:t>
            </w:r>
            <w:proofErr w:type="spellEnd"/>
            <w:r>
              <w:t xml:space="preserve"> </w:t>
            </w:r>
            <w:proofErr w:type="spellStart"/>
            <w:r>
              <w:t>đủ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quyền</w:t>
            </w:r>
            <w:proofErr w:type="spellEnd"/>
            <w:r>
              <w:t xml:space="preserve">, </w:t>
            </w:r>
            <w:proofErr w:type="spellStart"/>
            <w:r>
              <w:t>nghĩa</w:t>
            </w:r>
            <w:proofErr w:type="spellEnd"/>
            <w:r>
              <w:t xml:space="preserve"> </w:t>
            </w:r>
            <w:proofErr w:type="spellStart"/>
            <w:r>
              <w:t>vụ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thỏa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đã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>.</w:t>
            </w:r>
          </w:p>
        </w:tc>
        <w:tc>
          <w:tcPr>
            <w:tcW w:w="5220" w:type="dxa"/>
          </w:tcPr>
          <w:p w14:paraId="06A7215E" w14:textId="77777777" w:rsidR="00A90BF5" w:rsidRDefault="00A90BF5" w:rsidP="006D55D4">
            <w:pPr>
              <w:rPr>
                <w:i/>
                <w:iCs/>
                <w:color w:val="EE0000"/>
              </w:rPr>
            </w:pPr>
          </w:p>
          <w:p w14:paraId="3CE2A8F5" w14:textId="41C04811" w:rsidR="00A90BF5" w:rsidRDefault="00A90BF5" w:rsidP="006D55D4"/>
        </w:tc>
        <w:tc>
          <w:tcPr>
            <w:tcW w:w="3062" w:type="dxa"/>
          </w:tcPr>
          <w:p w14:paraId="5E788A15" w14:textId="25F404A0" w:rsidR="006D55D4" w:rsidRPr="00E84277" w:rsidRDefault="006D55D4" w:rsidP="006D55D4">
            <w:pPr>
              <w:jc w:val="both"/>
              <w:rPr>
                <w:szCs w:val="26"/>
              </w:rPr>
            </w:pPr>
            <w:r w:rsidRPr="00E84277">
              <w:rPr>
                <w:szCs w:val="26"/>
              </w:rPr>
              <w:t>.</w:t>
            </w:r>
          </w:p>
        </w:tc>
      </w:tr>
      <w:tr w:rsidR="006D55D4" w14:paraId="2152E0C0" w14:textId="77777777" w:rsidTr="00E84277">
        <w:tc>
          <w:tcPr>
            <w:tcW w:w="1098" w:type="dxa"/>
          </w:tcPr>
          <w:p w14:paraId="70548A01" w14:textId="77777777" w:rsidR="006D55D4" w:rsidRDefault="006D55D4" w:rsidP="006D55D4">
            <w:proofErr w:type="spellStart"/>
            <w:r>
              <w:lastRenderedPageBreak/>
              <w:t>Điều</w:t>
            </w:r>
            <w:proofErr w:type="spellEnd"/>
            <w:r>
              <w:t xml:space="preserve"> 8</w:t>
            </w:r>
          </w:p>
        </w:tc>
        <w:tc>
          <w:tcPr>
            <w:tcW w:w="5113" w:type="dxa"/>
          </w:tcPr>
          <w:p w14:paraId="763F3FDF" w14:textId="7A483914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8. </w:t>
            </w:r>
            <w:proofErr w:type="spellStart"/>
            <w:r>
              <w:t>Trình</w:t>
            </w:r>
            <w:proofErr w:type="spellEnd"/>
            <w:r>
              <w:t xml:space="preserve"> </w:t>
            </w:r>
            <w:proofErr w:type="spellStart"/>
            <w:r>
              <w:t>tự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,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đơn</w:t>
            </w:r>
            <w:proofErr w:type="spellEnd"/>
            <w:r>
              <w:t xml:space="preserve"> </w:t>
            </w:r>
            <w:proofErr w:type="spellStart"/>
            <w:r>
              <w:t>phương</w:t>
            </w:r>
            <w:proofErr w:type="spellEnd"/>
            <w:r>
              <w:t xml:space="preserve"> </w:t>
            </w:r>
            <w:r>
              <w:br/>
            </w:r>
            <w:proofErr w:type="spellStart"/>
            <w:r>
              <w:t>Thẩm</w:t>
            </w:r>
            <w:proofErr w:type="spellEnd"/>
            <w:r>
              <w:t xml:space="preserve"> </w:t>
            </w:r>
            <w:proofErr w:type="spellStart"/>
            <w:r>
              <w:t>quyền</w:t>
            </w:r>
            <w:proofErr w:type="spellEnd"/>
            <w:r>
              <w:t xml:space="preserve"> </w:t>
            </w:r>
            <w:r>
              <w:br/>
            </w:r>
            <w:proofErr w:type="spellStart"/>
            <w:r>
              <w:t>Bộ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ngang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 </w:t>
            </w:r>
            <w:proofErr w:type="spellStart"/>
            <w:r>
              <w:t>quản</w:t>
            </w:r>
            <w:proofErr w:type="spellEnd"/>
            <w:r>
              <w:t xml:space="preserve"> </w:t>
            </w:r>
            <w:proofErr w:type="spellStart"/>
            <w:r>
              <w:t>lý</w:t>
            </w:r>
            <w:proofErr w:type="spellEnd"/>
            <w:r>
              <w:t xml:space="preserve"> </w:t>
            </w:r>
            <w:proofErr w:type="spellStart"/>
            <w:r>
              <w:t>ngành</w:t>
            </w:r>
            <w:proofErr w:type="spellEnd"/>
            <w:r>
              <w:t xml:space="preserve">, </w:t>
            </w:r>
            <w:proofErr w:type="spellStart"/>
            <w:r>
              <w:t>lĩnh</w:t>
            </w:r>
            <w:proofErr w:type="spellEnd"/>
            <w:r>
              <w:t xml:space="preserve"> </w:t>
            </w:r>
            <w:proofErr w:type="spellStart"/>
            <w:r>
              <w:t>vực</w:t>
            </w:r>
            <w:proofErr w:type="spellEnd"/>
            <w:r>
              <w:t xml:space="preserve"> </w:t>
            </w:r>
            <w:proofErr w:type="spellStart"/>
            <w:r>
              <w:t>quyết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đơn</w:t>
            </w:r>
            <w:proofErr w:type="spellEnd"/>
            <w:r>
              <w:t xml:space="preserve"> </w:t>
            </w:r>
            <w:proofErr w:type="spellStart"/>
            <w:r>
              <w:t>phương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,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ngoài</w:t>
            </w:r>
            <w:proofErr w:type="spellEnd"/>
            <w:r>
              <w:t xml:space="preserve"> </w:t>
            </w:r>
            <w:proofErr w:type="spellStart"/>
            <w:r>
              <w:t>thuộc</w:t>
            </w:r>
            <w:proofErr w:type="spellEnd"/>
            <w:r>
              <w:t xml:space="preserve"> </w:t>
            </w:r>
            <w:proofErr w:type="spellStart"/>
            <w:r>
              <w:t>phạm</w:t>
            </w:r>
            <w:proofErr w:type="spellEnd"/>
            <w:r>
              <w:t xml:space="preserve"> vi </w:t>
            </w:r>
            <w:proofErr w:type="spellStart"/>
            <w:r>
              <w:t>quản</w:t>
            </w:r>
            <w:proofErr w:type="spellEnd"/>
            <w:r>
              <w:t xml:space="preserve"> </w:t>
            </w:r>
            <w:proofErr w:type="spellStart"/>
            <w:r>
              <w:t>lý</w:t>
            </w:r>
            <w:proofErr w:type="spellEnd"/>
            <w:r>
              <w:t xml:space="preserve"> </w:t>
            </w:r>
            <w:proofErr w:type="spellStart"/>
            <w:r>
              <w:t>nhà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phân</w:t>
            </w:r>
            <w:proofErr w:type="spellEnd"/>
            <w:r>
              <w:t xml:space="preserve"> </w:t>
            </w:r>
            <w:proofErr w:type="spellStart"/>
            <w:r>
              <w:t>công</w:t>
            </w:r>
            <w:proofErr w:type="spellEnd"/>
            <w:r>
              <w:t>;</w:t>
            </w:r>
            <w:r>
              <w:br/>
              <w:t xml:space="preserve">b) </w:t>
            </w:r>
            <w:proofErr w:type="spellStart"/>
            <w:r>
              <w:t>Bộ</w:t>
            </w:r>
            <w:proofErr w:type="spellEnd"/>
            <w:r>
              <w:t xml:space="preserve"> Khoa </w:t>
            </w:r>
            <w:proofErr w:type="spellStart"/>
            <w:r>
              <w:t>học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Công </w:t>
            </w:r>
            <w:proofErr w:type="spellStart"/>
            <w:r>
              <w:t>nghệ</w:t>
            </w:r>
            <w:proofErr w:type="spellEnd"/>
            <w:r>
              <w:t xml:space="preserve"> </w:t>
            </w:r>
            <w:proofErr w:type="spellStart"/>
            <w:r>
              <w:t>quyết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đơn</w:t>
            </w:r>
            <w:proofErr w:type="spellEnd"/>
            <w:r>
              <w:t xml:space="preserve"> </w:t>
            </w:r>
            <w:proofErr w:type="spellStart"/>
            <w:r>
              <w:t>phương</w:t>
            </w:r>
            <w:proofErr w:type="spellEnd"/>
            <w:r>
              <w:t xml:space="preserve"> </w:t>
            </w:r>
            <w:proofErr w:type="spellStart"/>
            <w:r>
              <w:t>trong</w:t>
            </w:r>
            <w:proofErr w:type="spellEnd"/>
            <w:r>
              <w:t xml:space="preserve"> </w:t>
            </w:r>
            <w:proofErr w:type="spellStart"/>
            <w:r>
              <w:t>trường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không</w:t>
            </w:r>
            <w:proofErr w:type="spellEnd"/>
            <w:r>
              <w:t xml:space="preserve"> </w:t>
            </w:r>
            <w:proofErr w:type="spellStart"/>
            <w:r>
              <w:t>xác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quản</w:t>
            </w:r>
            <w:proofErr w:type="spellEnd"/>
            <w:r>
              <w:t xml:space="preserve"> </w:t>
            </w:r>
            <w:proofErr w:type="spellStart"/>
            <w:r>
              <w:t>lý</w:t>
            </w:r>
            <w:proofErr w:type="spellEnd"/>
            <w:r>
              <w:t xml:space="preserve"> </w:t>
            </w:r>
            <w:proofErr w:type="spellStart"/>
            <w:r>
              <w:t>chuyên</w:t>
            </w:r>
            <w:proofErr w:type="spellEnd"/>
            <w:r>
              <w:t xml:space="preserve"> </w:t>
            </w:r>
            <w:proofErr w:type="spellStart"/>
            <w:r>
              <w:t>ngành</w:t>
            </w:r>
            <w:proofErr w:type="spellEnd"/>
            <w:r>
              <w:t xml:space="preserve"> 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, </w:t>
            </w:r>
            <w:proofErr w:type="spellStart"/>
            <w:r>
              <w:t>thẩm</w:t>
            </w:r>
            <w:proofErr w:type="spellEnd"/>
            <w:r>
              <w:t xml:space="preserve"> </w:t>
            </w:r>
            <w:proofErr w:type="spellStart"/>
            <w:r>
              <w:t>quyền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Chính</w:t>
            </w:r>
            <w:proofErr w:type="spellEnd"/>
            <w:r>
              <w:t xml:space="preserve"> </w:t>
            </w:r>
            <w:proofErr w:type="spellStart"/>
            <w:r>
              <w:t>phủ</w:t>
            </w:r>
            <w:proofErr w:type="spellEnd"/>
            <w:r>
              <w:t xml:space="preserve"> </w:t>
            </w:r>
            <w:proofErr w:type="spellStart"/>
            <w:r>
              <w:lastRenderedPageBreak/>
              <w:t>phân</w:t>
            </w:r>
            <w:proofErr w:type="spellEnd"/>
            <w:r>
              <w:t xml:space="preserve"> </w:t>
            </w:r>
            <w:proofErr w:type="spellStart"/>
            <w:r>
              <w:t>công</w:t>
            </w:r>
            <w:proofErr w:type="spellEnd"/>
            <w:r>
              <w:t>;</w:t>
            </w:r>
            <w:r>
              <w:br/>
            </w:r>
            <w:proofErr w:type="spellStart"/>
            <w:r>
              <w:t>Uỷ</w:t>
            </w:r>
            <w:proofErr w:type="spellEnd"/>
            <w:r>
              <w:t xml:space="preserve"> ban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Đo</w:t>
            </w:r>
            <w:proofErr w:type="spellEnd"/>
            <w:r>
              <w:t xml:space="preserve"> </w:t>
            </w:r>
            <w:proofErr w:type="spellStart"/>
            <w:r>
              <w:t>lường</w:t>
            </w:r>
            <w:proofErr w:type="spellEnd"/>
            <w:r>
              <w:t xml:space="preserve"> </w:t>
            </w:r>
            <w:proofErr w:type="spellStart"/>
            <w:r>
              <w:t>Chất</w:t>
            </w:r>
            <w:proofErr w:type="spellEnd"/>
            <w:r>
              <w:t xml:space="preserve"> </w:t>
            </w:r>
            <w:proofErr w:type="spellStart"/>
            <w:r>
              <w:t>lượng</w:t>
            </w:r>
            <w:proofErr w:type="spellEnd"/>
            <w:r>
              <w:t xml:space="preserve"> Quốc </w:t>
            </w:r>
            <w:proofErr w:type="spellStart"/>
            <w:r>
              <w:t>gia</w:t>
            </w:r>
            <w:proofErr w:type="spellEnd"/>
            <w:r>
              <w:t xml:space="preserve"> </w:t>
            </w:r>
            <w:proofErr w:type="spellStart"/>
            <w:r>
              <w:t>giúp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 Khoa </w:t>
            </w:r>
            <w:proofErr w:type="spellStart"/>
            <w:r>
              <w:t>học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Công </w:t>
            </w:r>
            <w:proofErr w:type="spellStart"/>
            <w:r>
              <w:t>nghệ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thẩm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hồ</w:t>
            </w:r>
            <w:proofErr w:type="spellEnd"/>
            <w:r>
              <w:t xml:space="preserve"> </w:t>
            </w:r>
            <w:proofErr w:type="spellStart"/>
            <w:r>
              <w:t>sơ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>.</w:t>
            </w:r>
            <w:r>
              <w:br/>
              <w:t xml:space="preserve">2. </w:t>
            </w:r>
            <w:proofErr w:type="spellStart"/>
            <w:r>
              <w:t>Hồ</w:t>
            </w:r>
            <w:proofErr w:type="spellEnd"/>
            <w:r>
              <w:t xml:space="preserve"> </w:t>
            </w:r>
            <w:proofErr w:type="spellStart"/>
            <w:r>
              <w:t>sơ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nghị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đơn</w:t>
            </w:r>
            <w:proofErr w:type="spellEnd"/>
            <w:r>
              <w:t xml:space="preserve"> </w:t>
            </w:r>
            <w:proofErr w:type="spellStart"/>
            <w:r>
              <w:t>phương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br/>
              <w:t xml:space="preserve">a) Văn </w:t>
            </w:r>
            <w:proofErr w:type="spellStart"/>
            <w:r>
              <w:t>bản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nghị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đơn</w:t>
            </w:r>
            <w:proofErr w:type="spellEnd"/>
            <w:r>
              <w:t xml:space="preserve"> </w:t>
            </w:r>
            <w:proofErr w:type="spellStart"/>
            <w:r>
              <w:t>phương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mẫu</w:t>
            </w:r>
            <w:proofErr w:type="spellEnd"/>
            <w:r>
              <w:t>;</w:t>
            </w:r>
            <w:r>
              <w:br/>
              <w:t xml:space="preserve">b) </w:t>
            </w:r>
            <w:proofErr w:type="spellStart"/>
            <w:r>
              <w:t>Bản</w:t>
            </w:r>
            <w:proofErr w:type="spellEnd"/>
            <w:r>
              <w:t xml:space="preserve"> </w:t>
            </w:r>
            <w:proofErr w:type="spellStart"/>
            <w:r>
              <w:t>sao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chứng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kèm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phạm</w:t>
            </w:r>
            <w:proofErr w:type="spellEnd"/>
            <w:r>
              <w:t xml:space="preserve"> vi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>/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giấy</w:t>
            </w:r>
            <w:proofErr w:type="spellEnd"/>
            <w:r>
              <w:t xml:space="preserve"> </w:t>
            </w:r>
            <w:proofErr w:type="spellStart"/>
            <w:r>
              <w:t>chứng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 xml:space="preserve"> </w:t>
            </w:r>
            <w:proofErr w:type="spellStart"/>
            <w:r>
              <w:t>kèm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phạm</w:t>
            </w:r>
            <w:proofErr w:type="spellEnd"/>
            <w:r>
              <w:t xml:space="preserve"> vi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do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,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ngoài</w:t>
            </w:r>
            <w:proofErr w:type="spellEnd"/>
            <w:r>
              <w:t xml:space="preserve"> </w:t>
            </w:r>
            <w:proofErr w:type="spellStart"/>
            <w:r>
              <w:t>cấp</w:t>
            </w:r>
            <w:proofErr w:type="spellEnd"/>
            <w:r>
              <w:t>;</w:t>
            </w:r>
            <w:r>
              <w:br/>
              <w:t xml:space="preserve">c) Các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,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 xml:space="preserve"> </w:t>
            </w:r>
            <w:proofErr w:type="spellStart"/>
            <w:r>
              <w:t>áp</w:t>
            </w:r>
            <w:proofErr w:type="spellEnd"/>
            <w:r>
              <w:t xml:space="preserve"> </w:t>
            </w:r>
            <w:proofErr w:type="spellStart"/>
            <w:r>
              <w:t>dụng</w:t>
            </w:r>
            <w:proofErr w:type="spellEnd"/>
            <w:r>
              <w:t xml:space="preserve"> </w:t>
            </w:r>
            <w:proofErr w:type="spellStart"/>
            <w:r>
              <w:t>trong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(</w:t>
            </w:r>
            <w:proofErr w:type="spellStart"/>
            <w:r>
              <w:t>nếu</w:t>
            </w:r>
            <w:proofErr w:type="spellEnd"/>
            <w:r>
              <w:t xml:space="preserve"> </w:t>
            </w:r>
            <w:proofErr w:type="spellStart"/>
            <w:r>
              <w:t>cần</w:t>
            </w:r>
            <w:proofErr w:type="spellEnd"/>
            <w:r>
              <w:t xml:space="preserve"> </w:t>
            </w:r>
            <w:proofErr w:type="spellStart"/>
            <w:r>
              <w:t>thiết</w:t>
            </w:r>
            <w:proofErr w:type="spellEnd"/>
            <w:r>
              <w:t>);</w:t>
            </w:r>
            <w:r>
              <w:br/>
              <w:t xml:space="preserve">d) </w:t>
            </w:r>
            <w:proofErr w:type="spellStart"/>
            <w:r>
              <w:t>Hồ</w:t>
            </w:r>
            <w:proofErr w:type="spellEnd"/>
            <w:r>
              <w:t xml:space="preserve"> </w:t>
            </w:r>
            <w:proofErr w:type="spellStart"/>
            <w:r>
              <w:t>sơ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,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ngoài</w:t>
            </w:r>
            <w:proofErr w:type="spellEnd"/>
            <w:r>
              <w:t xml:space="preserve">, </w:t>
            </w:r>
            <w:proofErr w:type="spellStart"/>
            <w:r>
              <w:t>gồm</w:t>
            </w:r>
            <w:proofErr w:type="spellEnd"/>
            <w:r>
              <w:t xml:space="preserve"> </w:t>
            </w:r>
            <w:proofErr w:type="spellStart"/>
            <w:r>
              <w:t>bản</w:t>
            </w:r>
            <w:proofErr w:type="spellEnd"/>
            <w:r>
              <w:t xml:space="preserve"> </w:t>
            </w:r>
            <w:proofErr w:type="spellStart"/>
            <w:r>
              <w:t>sao</w:t>
            </w:r>
            <w:proofErr w:type="spellEnd"/>
            <w:r>
              <w:t xml:space="preserve"> </w:t>
            </w:r>
            <w:proofErr w:type="spellStart"/>
            <w:r>
              <w:t>chứng</w:t>
            </w:r>
            <w:proofErr w:type="spellEnd"/>
            <w:r>
              <w:t xml:space="preserve"> </w:t>
            </w:r>
            <w:proofErr w:type="spellStart"/>
            <w:r>
              <w:t>chỉ</w:t>
            </w:r>
            <w:proofErr w:type="spellEnd"/>
            <w:r>
              <w:t xml:space="preserve">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phạm</w:t>
            </w:r>
            <w:proofErr w:type="spellEnd"/>
            <w:r>
              <w:t xml:space="preserve"> vi </w:t>
            </w:r>
            <w:proofErr w:type="spellStart"/>
            <w:r>
              <w:t>vi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ISO/IEC 17020, 17021, 17024, 17025, 17029, 17065... (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tương</w:t>
            </w:r>
            <w:proofErr w:type="spellEnd"/>
            <w:r>
              <w:t xml:space="preserve"> </w:t>
            </w:r>
            <w:proofErr w:type="spellStart"/>
            <w:r>
              <w:t>đương</w:t>
            </w:r>
            <w:proofErr w:type="spellEnd"/>
            <w:r>
              <w:t>);</w:t>
            </w:r>
            <w:r>
              <w:br/>
              <w:t xml:space="preserve">đ) </w:t>
            </w:r>
            <w:proofErr w:type="spellStart"/>
            <w:r>
              <w:t>Bản</w:t>
            </w:r>
            <w:proofErr w:type="spellEnd"/>
            <w:r>
              <w:t xml:space="preserve"> </w:t>
            </w:r>
            <w:proofErr w:type="spellStart"/>
            <w:r>
              <w:t>dịch</w:t>
            </w:r>
            <w:proofErr w:type="spellEnd"/>
            <w:r>
              <w:t xml:space="preserve"> </w:t>
            </w:r>
            <w:proofErr w:type="spellStart"/>
            <w:r>
              <w:t>tiếng</w:t>
            </w:r>
            <w:proofErr w:type="spellEnd"/>
            <w:r>
              <w:t xml:space="preserve"> Việt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chứng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đối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chứng</w:t>
            </w:r>
            <w:proofErr w:type="spellEnd"/>
            <w:r>
              <w:t xml:space="preserve"> </w:t>
            </w:r>
            <w:proofErr w:type="spellStart"/>
            <w:r>
              <w:t>chỉ</w:t>
            </w:r>
            <w:proofErr w:type="spellEnd"/>
            <w:r>
              <w:t xml:space="preserve">, </w:t>
            </w:r>
            <w:proofErr w:type="spellStart"/>
            <w:r>
              <w:t>tài</w:t>
            </w:r>
            <w:proofErr w:type="spellEnd"/>
            <w:r>
              <w:t xml:space="preserve"> </w:t>
            </w:r>
            <w:proofErr w:type="spellStart"/>
            <w:r>
              <w:t>liệu</w:t>
            </w:r>
            <w:proofErr w:type="spellEnd"/>
            <w:r>
              <w:t xml:space="preserve"> </w:t>
            </w:r>
            <w:proofErr w:type="spellStart"/>
            <w:r>
              <w:t>bằng</w:t>
            </w:r>
            <w:proofErr w:type="spellEnd"/>
            <w:r>
              <w:t xml:space="preserve"> </w:t>
            </w:r>
            <w:proofErr w:type="spellStart"/>
            <w:r>
              <w:t>tiếng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ngoài</w:t>
            </w:r>
            <w:proofErr w:type="spellEnd"/>
            <w:r>
              <w:t xml:space="preserve"> (</w:t>
            </w:r>
            <w:proofErr w:type="spellStart"/>
            <w:r>
              <w:t>nếu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>).</w:t>
            </w:r>
            <w:r>
              <w:br/>
              <w:t xml:space="preserve">3. Quy </w:t>
            </w:r>
            <w:proofErr w:type="spellStart"/>
            <w:r>
              <w:t>trình</w:t>
            </w:r>
            <w:proofErr w:type="spellEnd"/>
            <w:r>
              <w:t xml:space="preserve"> </w:t>
            </w:r>
            <w:proofErr w:type="spellStart"/>
            <w:r>
              <w:t>tiếp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, </w:t>
            </w:r>
            <w:proofErr w:type="spellStart"/>
            <w:r>
              <w:t>thẩm</w:t>
            </w:r>
            <w:proofErr w:type="spellEnd"/>
            <w:r>
              <w:t xml:space="preserve"> </w:t>
            </w:r>
            <w:proofErr w:type="spellStart"/>
            <w:r>
              <w:t>tra</w:t>
            </w:r>
            <w:proofErr w:type="spellEnd"/>
            <w:r>
              <w:t xml:space="preserve"> </w:t>
            </w:r>
            <w:proofErr w:type="spellStart"/>
            <w:r>
              <w:t>hồ</w:t>
            </w:r>
            <w:proofErr w:type="spellEnd"/>
            <w:r>
              <w:t xml:space="preserve"> </w:t>
            </w:r>
            <w:proofErr w:type="spellStart"/>
            <w:r>
              <w:t>sơ</w:t>
            </w:r>
            <w:proofErr w:type="spellEnd"/>
            <w:r>
              <w:br/>
            </w:r>
            <w:r>
              <w:lastRenderedPageBreak/>
              <w:t xml:space="preserve">a)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nộp</w:t>
            </w:r>
            <w:proofErr w:type="spellEnd"/>
            <w:r>
              <w:t xml:space="preserve"> 01 </w:t>
            </w:r>
            <w:proofErr w:type="spellStart"/>
            <w:r>
              <w:t>bộ</w:t>
            </w:r>
            <w:proofErr w:type="spellEnd"/>
            <w:r>
              <w:t xml:space="preserve"> </w:t>
            </w:r>
            <w:proofErr w:type="spellStart"/>
            <w:r>
              <w:t>hồ</w:t>
            </w:r>
            <w:proofErr w:type="spellEnd"/>
            <w:r>
              <w:t xml:space="preserve"> </w:t>
            </w:r>
            <w:proofErr w:type="spellStart"/>
            <w:r>
              <w:t>sơ</w:t>
            </w:r>
            <w:proofErr w:type="spellEnd"/>
            <w:r>
              <w:t xml:space="preserve"> </w:t>
            </w:r>
            <w:proofErr w:type="spellStart"/>
            <w:r>
              <w:t>trực</w:t>
            </w:r>
            <w:proofErr w:type="spellEnd"/>
            <w:r>
              <w:t xml:space="preserve"> </w:t>
            </w:r>
            <w:proofErr w:type="spellStart"/>
            <w:r>
              <w:t>tiếp</w:t>
            </w:r>
            <w:proofErr w:type="spellEnd"/>
            <w:r>
              <w:t xml:space="preserve">, qua </w:t>
            </w:r>
            <w:proofErr w:type="spellStart"/>
            <w:r>
              <w:t>bưu</w:t>
            </w:r>
            <w:proofErr w:type="spellEnd"/>
            <w:r>
              <w:t xml:space="preserve"> </w:t>
            </w:r>
            <w:proofErr w:type="spellStart"/>
            <w:r>
              <w:t>chính</w:t>
            </w:r>
            <w:proofErr w:type="spellEnd"/>
            <w:r>
              <w:t xml:space="preserve"> </w:t>
            </w:r>
            <w:proofErr w:type="spellStart"/>
            <w:r>
              <w:t>hoặc</w:t>
            </w:r>
            <w:proofErr w:type="spellEnd"/>
            <w:r>
              <w:t xml:space="preserve"> qua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sở</w:t>
            </w:r>
            <w:proofErr w:type="spellEnd"/>
            <w:r>
              <w:t xml:space="preserve"> </w:t>
            </w:r>
            <w:proofErr w:type="spellStart"/>
            <w:r>
              <w:t>dữ</w:t>
            </w:r>
            <w:proofErr w:type="spellEnd"/>
            <w:r>
              <w:t xml:space="preserve"> </w:t>
            </w:r>
            <w:proofErr w:type="spellStart"/>
            <w:r>
              <w:t>liệu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 xml:space="preserve"> </w:t>
            </w:r>
            <w:proofErr w:type="spellStart"/>
            <w:r>
              <w:t>về</w:t>
            </w:r>
            <w:proofErr w:type="spellEnd"/>
            <w:r>
              <w:t xml:space="preserve">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đo</w:t>
            </w:r>
            <w:proofErr w:type="spellEnd"/>
            <w:r>
              <w:t xml:space="preserve"> </w:t>
            </w:r>
            <w:proofErr w:type="spellStart"/>
            <w:r>
              <w:t>lường</w:t>
            </w:r>
            <w:proofErr w:type="spellEnd"/>
            <w:r>
              <w:t xml:space="preserve"> </w:t>
            </w:r>
            <w:proofErr w:type="spellStart"/>
            <w:r>
              <w:t>chất</w:t>
            </w:r>
            <w:proofErr w:type="spellEnd"/>
            <w:r>
              <w:t xml:space="preserve"> </w:t>
            </w:r>
            <w:proofErr w:type="spellStart"/>
            <w:r>
              <w:t>lượng</w:t>
            </w:r>
            <w:proofErr w:type="spellEnd"/>
            <w:r>
              <w:t xml:space="preserve"> </w:t>
            </w:r>
            <w:proofErr w:type="spellStart"/>
            <w:r>
              <w:t>đến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thẩm</w:t>
            </w:r>
            <w:proofErr w:type="spellEnd"/>
            <w:r>
              <w:t xml:space="preserve"> </w:t>
            </w:r>
            <w:proofErr w:type="spellStart"/>
            <w:r>
              <w:t>quyền</w:t>
            </w:r>
            <w:proofErr w:type="spellEnd"/>
            <w:r>
              <w:t xml:space="preserve">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tại</w:t>
            </w:r>
            <w:proofErr w:type="spellEnd"/>
            <w:r>
              <w:t xml:space="preserve"> </w:t>
            </w:r>
            <w:proofErr w:type="spellStart"/>
            <w:r>
              <w:t>khoản</w:t>
            </w:r>
            <w:proofErr w:type="spellEnd"/>
            <w:r>
              <w:t xml:space="preserve"> 1 </w:t>
            </w:r>
            <w:proofErr w:type="spellStart"/>
            <w:r>
              <w:t>Điều</w:t>
            </w:r>
            <w:proofErr w:type="spellEnd"/>
            <w:r>
              <w:t xml:space="preserve"> </w:t>
            </w:r>
            <w:proofErr w:type="spellStart"/>
            <w:r>
              <w:t>này</w:t>
            </w:r>
            <w:proofErr w:type="spellEnd"/>
            <w:r>
              <w:t>;</w:t>
            </w:r>
            <w:r>
              <w:br/>
              <w:t xml:space="preserve">b) Trong </w:t>
            </w:r>
            <w:proofErr w:type="spellStart"/>
            <w:r>
              <w:t>thời</w:t>
            </w:r>
            <w:proofErr w:type="spellEnd"/>
            <w:r>
              <w:t xml:space="preserve"> </w:t>
            </w:r>
            <w:proofErr w:type="spellStart"/>
            <w:r>
              <w:t>hạn</w:t>
            </w:r>
            <w:proofErr w:type="spellEnd"/>
            <w:r>
              <w:t xml:space="preserve"> </w:t>
            </w:r>
            <w:proofErr w:type="spellStart"/>
            <w:r>
              <w:t>bảy</w:t>
            </w:r>
            <w:proofErr w:type="spellEnd"/>
            <w:r>
              <w:t xml:space="preserve"> </w:t>
            </w:r>
            <w:proofErr w:type="spellStart"/>
            <w:r>
              <w:t>ngày</w:t>
            </w:r>
            <w:proofErr w:type="spellEnd"/>
            <w:r>
              <w:t xml:space="preserve"> </w:t>
            </w:r>
            <w:proofErr w:type="spellStart"/>
            <w:r>
              <w:t>làm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kể</w:t>
            </w:r>
            <w:proofErr w:type="spellEnd"/>
            <w:r>
              <w:t xml:space="preserve"> </w:t>
            </w:r>
            <w:proofErr w:type="spellStart"/>
            <w:r>
              <w:t>từ</w:t>
            </w:r>
            <w:proofErr w:type="spellEnd"/>
            <w:r>
              <w:t xml:space="preserve"> </w:t>
            </w:r>
            <w:proofErr w:type="spellStart"/>
            <w:r>
              <w:t>ngày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hồ</w:t>
            </w:r>
            <w:proofErr w:type="spellEnd"/>
            <w:r>
              <w:t xml:space="preserve"> </w:t>
            </w:r>
            <w:proofErr w:type="spellStart"/>
            <w:r>
              <w:t>sơ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lệ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thẩm</w:t>
            </w:r>
            <w:proofErr w:type="spellEnd"/>
            <w:r>
              <w:t xml:space="preserve"> </w:t>
            </w:r>
            <w:proofErr w:type="spellStart"/>
            <w:r>
              <w:t>quyền</w:t>
            </w:r>
            <w:proofErr w:type="spellEnd"/>
            <w:r>
              <w:t xml:space="preserve"> </w:t>
            </w:r>
            <w:proofErr w:type="spellStart"/>
            <w:r>
              <w:t>thẩm</w:t>
            </w:r>
            <w:proofErr w:type="spellEnd"/>
            <w:r>
              <w:t xml:space="preserve"> </w:t>
            </w:r>
            <w:proofErr w:type="spellStart"/>
            <w:r>
              <w:t>tra</w:t>
            </w:r>
            <w:proofErr w:type="spellEnd"/>
            <w:r>
              <w:t xml:space="preserve"> </w:t>
            </w:r>
            <w:proofErr w:type="spellStart"/>
            <w:r>
              <w:t>hồ</w:t>
            </w:r>
            <w:proofErr w:type="spellEnd"/>
            <w:r>
              <w:t xml:space="preserve"> </w:t>
            </w:r>
            <w:proofErr w:type="spellStart"/>
            <w:r>
              <w:t>sơ</w:t>
            </w:r>
            <w:proofErr w:type="spellEnd"/>
            <w:r>
              <w:t xml:space="preserve">,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bước</w:t>
            </w:r>
            <w:proofErr w:type="spellEnd"/>
            <w:r>
              <w:t xml:space="preserve"> </w:t>
            </w:r>
            <w:proofErr w:type="spellStart"/>
            <w:r>
              <w:t>sau</w:t>
            </w:r>
            <w:proofErr w:type="spellEnd"/>
            <w:r>
              <w:t xml:space="preserve">: </w:t>
            </w:r>
            <w:r>
              <w:br/>
              <w:t xml:space="preserve">-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thẩm</w:t>
            </w:r>
            <w:proofErr w:type="spellEnd"/>
            <w:r>
              <w:t xml:space="preserve"> </w:t>
            </w:r>
            <w:proofErr w:type="spellStart"/>
            <w:r>
              <w:t>quyền</w:t>
            </w:r>
            <w:proofErr w:type="spellEnd"/>
            <w:r>
              <w:t xml:space="preserve"> </w:t>
            </w:r>
            <w:proofErr w:type="spellStart"/>
            <w:r>
              <w:t>đối</w:t>
            </w:r>
            <w:proofErr w:type="spellEnd"/>
            <w:r>
              <w:t xml:space="preserve"> </w:t>
            </w:r>
            <w:proofErr w:type="spellStart"/>
            <w:r>
              <w:t>chiếu</w:t>
            </w:r>
            <w:proofErr w:type="spellEnd"/>
            <w:r>
              <w:t xml:space="preserve">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,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 xml:space="preserve"> </w:t>
            </w:r>
            <w:proofErr w:type="spellStart"/>
            <w:r>
              <w:t>áp</w:t>
            </w:r>
            <w:proofErr w:type="spellEnd"/>
            <w:r>
              <w:t xml:space="preserve"> </w:t>
            </w:r>
            <w:proofErr w:type="spellStart"/>
            <w:r>
              <w:t>dụng</w:t>
            </w:r>
            <w:proofErr w:type="spellEnd"/>
            <w:r>
              <w:t xml:space="preserve"> </w:t>
            </w:r>
            <w:proofErr w:type="spellStart"/>
            <w:r>
              <w:t>trong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,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hành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Việt Nam; </w:t>
            </w:r>
            <w:proofErr w:type="spellStart"/>
            <w:r>
              <w:t>trường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khác</w:t>
            </w:r>
            <w:proofErr w:type="spellEnd"/>
            <w:r>
              <w:t xml:space="preserve"> </w:t>
            </w:r>
            <w:proofErr w:type="spellStart"/>
            <w:r>
              <w:t>biệt</w:t>
            </w:r>
            <w:proofErr w:type="spellEnd"/>
            <w:r>
              <w:t xml:space="preserve">,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mức</w:t>
            </w:r>
            <w:proofErr w:type="spellEnd"/>
            <w:r>
              <w:t xml:space="preserve"> </w:t>
            </w:r>
            <w:proofErr w:type="spellStart"/>
            <w:r>
              <w:t>độ</w:t>
            </w:r>
            <w:proofErr w:type="spellEnd"/>
            <w:r>
              <w:t xml:space="preserve"> </w:t>
            </w:r>
            <w:proofErr w:type="spellStart"/>
            <w:r>
              <w:t>tương</w:t>
            </w:r>
            <w:proofErr w:type="spellEnd"/>
            <w:r>
              <w:t xml:space="preserve"> </w:t>
            </w:r>
            <w:proofErr w:type="spellStart"/>
            <w:r>
              <w:t>đương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yêu</w:t>
            </w:r>
            <w:proofErr w:type="spellEnd"/>
            <w:r>
              <w:t xml:space="preserve"> </w:t>
            </w:r>
            <w:proofErr w:type="spellStart"/>
            <w:r>
              <w:t>cầu</w:t>
            </w:r>
            <w:proofErr w:type="spellEnd"/>
            <w:r>
              <w:t xml:space="preserve"> </w:t>
            </w:r>
            <w:proofErr w:type="spellStart"/>
            <w:r>
              <w:t>bổ</w:t>
            </w:r>
            <w:proofErr w:type="spellEnd"/>
            <w:r>
              <w:t xml:space="preserve"> sung </w:t>
            </w:r>
            <w:proofErr w:type="spellStart"/>
            <w:r>
              <w:t>tài</w:t>
            </w:r>
            <w:proofErr w:type="spellEnd"/>
            <w:r>
              <w:t xml:space="preserve"> </w:t>
            </w:r>
            <w:proofErr w:type="spellStart"/>
            <w:r>
              <w:t>liệu</w:t>
            </w:r>
            <w:proofErr w:type="spellEnd"/>
            <w:r>
              <w:t xml:space="preserve">, </w:t>
            </w:r>
            <w:proofErr w:type="spellStart"/>
            <w:r>
              <w:t>bằng</w:t>
            </w:r>
            <w:proofErr w:type="spellEnd"/>
            <w:r>
              <w:t xml:space="preserve"> </w:t>
            </w:r>
            <w:proofErr w:type="spellStart"/>
            <w:r>
              <w:t>chứng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 xml:space="preserve"> </w:t>
            </w:r>
            <w:proofErr w:type="spellStart"/>
            <w:r>
              <w:t>khi</w:t>
            </w:r>
            <w:proofErr w:type="spellEnd"/>
            <w:r>
              <w:t xml:space="preserve"> </w:t>
            </w:r>
            <w:proofErr w:type="spellStart"/>
            <w:r>
              <w:t>cần</w:t>
            </w:r>
            <w:proofErr w:type="spellEnd"/>
            <w:r>
              <w:t xml:space="preserve"> </w:t>
            </w:r>
            <w:proofErr w:type="spellStart"/>
            <w:r>
              <w:t>thiết</w:t>
            </w:r>
            <w:proofErr w:type="spellEnd"/>
            <w:r>
              <w:t>;</w:t>
            </w:r>
            <w:r>
              <w:br/>
              <w:t xml:space="preserve">-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thẩm</w:t>
            </w:r>
            <w:proofErr w:type="spellEnd"/>
            <w:r>
              <w:t xml:space="preserve"> </w:t>
            </w:r>
            <w:proofErr w:type="spellStart"/>
            <w:r>
              <w:t>tra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ngoài</w:t>
            </w:r>
            <w:proofErr w:type="spellEnd"/>
            <w:r>
              <w:t xml:space="preserve"> </w:t>
            </w:r>
            <w:proofErr w:type="spellStart"/>
            <w:r>
              <w:t>căn</w:t>
            </w:r>
            <w:proofErr w:type="spellEnd"/>
            <w:r>
              <w:t xml:space="preserve"> </w:t>
            </w:r>
            <w:proofErr w:type="spellStart"/>
            <w:r>
              <w:t>cứ</w:t>
            </w:r>
            <w:proofErr w:type="spellEnd"/>
            <w:r>
              <w:t xml:space="preserve"> </w:t>
            </w:r>
            <w:proofErr w:type="spellStart"/>
            <w:r>
              <w:t>vào</w:t>
            </w:r>
            <w:proofErr w:type="spellEnd"/>
            <w:r>
              <w:t>:</w:t>
            </w:r>
            <w:r>
              <w:br/>
              <w:t xml:space="preserve">+ </w:t>
            </w:r>
            <w:proofErr w:type="spellStart"/>
            <w:r>
              <w:t>Chứng</w:t>
            </w:r>
            <w:proofErr w:type="spellEnd"/>
            <w:r>
              <w:t xml:space="preserve"> </w:t>
            </w:r>
            <w:proofErr w:type="spellStart"/>
            <w:r>
              <w:t>chỉ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phạm</w:t>
            </w:r>
            <w:proofErr w:type="spellEnd"/>
            <w:r>
              <w:t xml:space="preserve"> vi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còn</w:t>
            </w:r>
            <w:proofErr w:type="spellEnd"/>
            <w:r>
              <w:t xml:space="preserve"> </w:t>
            </w:r>
            <w:proofErr w:type="spellStart"/>
            <w:r>
              <w:t>hiệu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 xml:space="preserve">,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bởi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là</w:t>
            </w:r>
            <w:proofErr w:type="spellEnd"/>
            <w:r>
              <w:t xml:space="preserve"> </w:t>
            </w:r>
            <w:proofErr w:type="spellStart"/>
            <w:r>
              <w:t>thành</w:t>
            </w:r>
            <w:proofErr w:type="spellEnd"/>
            <w:r>
              <w:t xml:space="preserve"> </w:t>
            </w:r>
            <w:proofErr w:type="spellStart"/>
            <w:r>
              <w:t>viên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thỏa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trong</w:t>
            </w:r>
            <w:proofErr w:type="spellEnd"/>
            <w:r>
              <w:t xml:space="preserve"> </w:t>
            </w:r>
            <w:proofErr w:type="spellStart"/>
            <w:r>
              <w:t>khuôn</w:t>
            </w:r>
            <w:proofErr w:type="spellEnd"/>
            <w:r>
              <w:t xml:space="preserve"> </w:t>
            </w:r>
            <w:proofErr w:type="spellStart"/>
            <w:r>
              <w:t>khổ</w:t>
            </w:r>
            <w:proofErr w:type="spellEnd"/>
            <w:r>
              <w:t xml:space="preserve"> ILAC, IAF, APAC 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chế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, </w:t>
            </w:r>
            <w:proofErr w:type="spellStart"/>
            <w:r>
              <w:t>khu</w:t>
            </w:r>
            <w:proofErr w:type="spellEnd"/>
            <w:r>
              <w:t xml:space="preserve"> </w:t>
            </w:r>
            <w:proofErr w:type="spellStart"/>
            <w:r>
              <w:t>vực</w:t>
            </w:r>
            <w:proofErr w:type="spellEnd"/>
            <w:r>
              <w:t xml:space="preserve">,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ngoài</w:t>
            </w:r>
            <w:proofErr w:type="spellEnd"/>
            <w:r>
              <w:t xml:space="preserve"> </w:t>
            </w:r>
            <w:proofErr w:type="spellStart"/>
            <w:r>
              <w:t>tương</w:t>
            </w:r>
            <w:proofErr w:type="spellEnd"/>
            <w:r>
              <w:t xml:space="preserve"> </w:t>
            </w:r>
            <w:proofErr w:type="spellStart"/>
            <w:r>
              <w:t>đương</w:t>
            </w:r>
            <w:proofErr w:type="spellEnd"/>
            <w:r>
              <w:t>;</w:t>
            </w:r>
            <w:r>
              <w:br/>
              <w:t xml:space="preserve">+ </w:t>
            </w:r>
            <w:proofErr w:type="spellStart"/>
            <w:r>
              <w:t>Lịch</w:t>
            </w:r>
            <w:proofErr w:type="spellEnd"/>
            <w:r>
              <w:t xml:space="preserve"> </w:t>
            </w:r>
            <w:proofErr w:type="spellStart"/>
            <w:r>
              <w:t>sử</w:t>
            </w:r>
            <w:proofErr w:type="spellEnd"/>
            <w:r>
              <w:t xml:space="preserve"> </w:t>
            </w:r>
            <w:proofErr w:type="spellStart"/>
            <w:r>
              <w:t>hoạt</w:t>
            </w:r>
            <w:proofErr w:type="spellEnd"/>
            <w:r>
              <w:t xml:space="preserve"> </w:t>
            </w:r>
            <w:proofErr w:type="spellStart"/>
            <w:r>
              <w:t>động</w:t>
            </w:r>
            <w:proofErr w:type="spellEnd"/>
            <w:r>
              <w:t xml:space="preserve">,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lastRenderedPageBreak/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đã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tại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 xml:space="preserve"> </w:t>
            </w:r>
            <w:proofErr w:type="spellStart"/>
            <w:r>
              <w:t>khác</w:t>
            </w:r>
            <w:proofErr w:type="spellEnd"/>
            <w:r>
              <w:t xml:space="preserve"> (</w:t>
            </w:r>
            <w:proofErr w:type="spellStart"/>
            <w:r>
              <w:t>nếu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>);</w:t>
            </w:r>
            <w:r>
              <w:br/>
              <w:t xml:space="preserve">c) Trường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cần</w:t>
            </w:r>
            <w:proofErr w:type="spellEnd"/>
            <w:r>
              <w:t xml:space="preserve"> </w:t>
            </w:r>
            <w:proofErr w:type="spellStart"/>
            <w:r>
              <w:t>thiết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thẩm</w:t>
            </w:r>
            <w:proofErr w:type="spellEnd"/>
            <w:r>
              <w:t xml:space="preserve"> </w:t>
            </w:r>
            <w:proofErr w:type="spellStart"/>
            <w:r>
              <w:t>quyền</w:t>
            </w:r>
            <w:proofErr w:type="spellEnd"/>
            <w:r>
              <w:t xml:space="preserve"> </w:t>
            </w:r>
            <w:proofErr w:type="spellStart"/>
            <w:r>
              <w:t>chủ</w:t>
            </w:r>
            <w:proofErr w:type="spellEnd"/>
            <w:r>
              <w:t xml:space="preserve"> </w:t>
            </w:r>
            <w:proofErr w:type="spellStart"/>
            <w:r>
              <w:t>trì</w:t>
            </w:r>
            <w:proofErr w:type="spellEnd"/>
            <w:r>
              <w:t xml:space="preserve"> 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phối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Uỷ</w:t>
            </w:r>
            <w:proofErr w:type="spellEnd"/>
            <w:r>
              <w:t xml:space="preserve"> ban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Đo</w:t>
            </w:r>
            <w:proofErr w:type="spellEnd"/>
            <w:r>
              <w:t xml:space="preserve"> </w:t>
            </w:r>
            <w:proofErr w:type="spellStart"/>
            <w:r>
              <w:t>lường</w:t>
            </w:r>
            <w:proofErr w:type="spellEnd"/>
            <w:r>
              <w:t xml:space="preserve"> </w:t>
            </w:r>
            <w:proofErr w:type="spellStart"/>
            <w:r>
              <w:t>Chất</w:t>
            </w:r>
            <w:proofErr w:type="spellEnd"/>
            <w:r>
              <w:t xml:space="preserve"> </w:t>
            </w:r>
            <w:proofErr w:type="spellStart"/>
            <w:r>
              <w:t>lượng</w:t>
            </w:r>
            <w:proofErr w:type="spellEnd"/>
            <w:r>
              <w:t xml:space="preserve"> Quốc </w:t>
            </w:r>
            <w:proofErr w:type="spellStart"/>
            <w:r>
              <w:t>gia</w:t>
            </w:r>
            <w:proofErr w:type="spellEnd"/>
            <w:r>
              <w:t xml:space="preserve">, </w:t>
            </w:r>
            <w:proofErr w:type="spellStart"/>
            <w:r>
              <w:t>chuyên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 xml:space="preserve"> </w:t>
            </w:r>
            <w:proofErr w:type="spellStart"/>
            <w:r>
              <w:t>độc</w:t>
            </w:r>
            <w:proofErr w:type="spellEnd"/>
            <w:r>
              <w:t xml:space="preserve"> </w:t>
            </w:r>
            <w:proofErr w:type="spellStart"/>
            <w:r>
              <w:t>lập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tại</w:t>
            </w:r>
            <w:proofErr w:type="spellEnd"/>
            <w:r>
              <w:t xml:space="preserve"> </w:t>
            </w:r>
            <w:proofErr w:type="spellStart"/>
            <w:r>
              <w:t>chỗ</w:t>
            </w:r>
            <w:proofErr w:type="spellEnd"/>
            <w:r>
              <w:t>.</w:t>
            </w:r>
            <w:r>
              <w:br/>
              <w:t xml:space="preserve">4. Ban </w:t>
            </w:r>
            <w:proofErr w:type="spellStart"/>
            <w:r>
              <w:t>hành</w:t>
            </w:r>
            <w:proofErr w:type="spellEnd"/>
            <w:r>
              <w:t xml:space="preserve"> </w:t>
            </w:r>
            <w:proofErr w:type="spellStart"/>
            <w:r>
              <w:t>quyết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br/>
              <w:t xml:space="preserve">a) Trong </w:t>
            </w:r>
            <w:proofErr w:type="spellStart"/>
            <w:r>
              <w:t>thời</w:t>
            </w:r>
            <w:proofErr w:type="spellEnd"/>
            <w:r>
              <w:t xml:space="preserve"> </w:t>
            </w:r>
            <w:proofErr w:type="spellStart"/>
            <w:r>
              <w:t>hạn</w:t>
            </w:r>
            <w:proofErr w:type="spellEnd"/>
            <w:r>
              <w:t xml:space="preserve"> </w:t>
            </w:r>
            <w:proofErr w:type="spellStart"/>
            <w:r>
              <w:t>không</w:t>
            </w:r>
            <w:proofErr w:type="spellEnd"/>
            <w:r>
              <w:t xml:space="preserve"> </w:t>
            </w:r>
            <w:proofErr w:type="spellStart"/>
            <w:r>
              <w:t>quá</w:t>
            </w:r>
            <w:proofErr w:type="spellEnd"/>
            <w:r>
              <w:t xml:space="preserve"> </w:t>
            </w:r>
            <w:proofErr w:type="spellStart"/>
            <w:r>
              <w:t>ba</w:t>
            </w:r>
            <w:proofErr w:type="spellEnd"/>
            <w:r>
              <w:t xml:space="preserve"> </w:t>
            </w:r>
            <w:proofErr w:type="spellStart"/>
            <w:r>
              <w:t>mươi</w:t>
            </w:r>
            <w:proofErr w:type="spellEnd"/>
            <w:r>
              <w:t xml:space="preserve"> </w:t>
            </w:r>
            <w:proofErr w:type="spellStart"/>
            <w:r>
              <w:t>ngày</w:t>
            </w:r>
            <w:proofErr w:type="spellEnd"/>
            <w:r>
              <w:t xml:space="preserve"> </w:t>
            </w:r>
            <w:proofErr w:type="spellStart"/>
            <w:r>
              <w:t>làm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kể</w:t>
            </w:r>
            <w:proofErr w:type="spellEnd"/>
            <w:r>
              <w:t xml:space="preserve"> </w:t>
            </w:r>
            <w:proofErr w:type="spellStart"/>
            <w:r>
              <w:t>từ</w:t>
            </w:r>
            <w:proofErr w:type="spellEnd"/>
            <w:r>
              <w:t xml:space="preserve"> </w:t>
            </w:r>
            <w:proofErr w:type="spellStart"/>
            <w:r>
              <w:t>ngày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đủ</w:t>
            </w:r>
            <w:proofErr w:type="spellEnd"/>
            <w:r>
              <w:t xml:space="preserve"> </w:t>
            </w:r>
            <w:proofErr w:type="spellStart"/>
            <w:r>
              <w:t>hồ</w:t>
            </w:r>
            <w:proofErr w:type="spellEnd"/>
            <w:r>
              <w:t xml:space="preserve"> </w:t>
            </w:r>
            <w:proofErr w:type="spellStart"/>
            <w:r>
              <w:t>sơ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lệ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thẩm</w:t>
            </w:r>
            <w:proofErr w:type="spellEnd"/>
            <w:r>
              <w:t xml:space="preserve"> </w:t>
            </w:r>
            <w:proofErr w:type="spellStart"/>
            <w:r>
              <w:t>quyền</w:t>
            </w:r>
            <w:proofErr w:type="spellEnd"/>
            <w:r>
              <w:t xml:space="preserve"> </w:t>
            </w:r>
            <w:proofErr w:type="spellStart"/>
            <w:r>
              <w:t>xem</w:t>
            </w:r>
            <w:proofErr w:type="spellEnd"/>
            <w:r>
              <w:t xml:space="preserve"> </w:t>
            </w:r>
            <w:proofErr w:type="spellStart"/>
            <w:r>
              <w:t>xét</w:t>
            </w:r>
            <w:proofErr w:type="spellEnd"/>
            <w:r>
              <w:t xml:space="preserve">, ban </w:t>
            </w:r>
            <w:proofErr w:type="spellStart"/>
            <w:r>
              <w:t>hành</w:t>
            </w:r>
            <w:proofErr w:type="spellEnd"/>
            <w:r>
              <w:t xml:space="preserve"> </w:t>
            </w:r>
            <w:proofErr w:type="spellStart"/>
            <w:r>
              <w:t>quyết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đơn</w:t>
            </w:r>
            <w:proofErr w:type="spellEnd"/>
            <w:r>
              <w:t xml:space="preserve"> </w:t>
            </w:r>
            <w:proofErr w:type="spellStart"/>
            <w:r>
              <w:t>phương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,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ngoài</w:t>
            </w:r>
            <w:proofErr w:type="spellEnd"/>
            <w:r>
              <w:t>;</w:t>
            </w:r>
            <w:r>
              <w:br/>
              <w:t xml:space="preserve">Trường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cần</w:t>
            </w:r>
            <w:proofErr w:type="spellEnd"/>
            <w:r>
              <w:t xml:space="preserve"> </w:t>
            </w:r>
            <w:proofErr w:type="spellStart"/>
            <w:r>
              <w:t>thiết</w:t>
            </w:r>
            <w:proofErr w:type="spellEnd"/>
            <w:r>
              <w:t xml:space="preserve"> </w:t>
            </w:r>
            <w:proofErr w:type="spellStart"/>
            <w:r>
              <w:t>phải</w:t>
            </w:r>
            <w:proofErr w:type="spellEnd"/>
            <w:r>
              <w:t xml:space="preserve"> </w:t>
            </w:r>
            <w:proofErr w:type="spellStart"/>
            <w:r>
              <w:t>tiến</w:t>
            </w:r>
            <w:proofErr w:type="spellEnd"/>
            <w:r>
              <w:t xml:space="preserve"> </w:t>
            </w:r>
            <w:proofErr w:type="spellStart"/>
            <w:r>
              <w:t>hành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tại</w:t>
            </w:r>
            <w:proofErr w:type="spellEnd"/>
            <w:r>
              <w:t xml:space="preserve"> </w:t>
            </w:r>
            <w:proofErr w:type="spellStart"/>
            <w:r>
              <w:t>chỗ</w:t>
            </w:r>
            <w:proofErr w:type="spellEnd"/>
            <w:r>
              <w:t xml:space="preserve"> 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yếu</w:t>
            </w:r>
            <w:proofErr w:type="spellEnd"/>
            <w:r>
              <w:t xml:space="preserve"> </w:t>
            </w:r>
            <w:proofErr w:type="spellStart"/>
            <w:r>
              <w:t>tố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 xml:space="preserve"> </w:t>
            </w:r>
            <w:proofErr w:type="spellStart"/>
            <w:r>
              <w:t>phức</w:t>
            </w:r>
            <w:proofErr w:type="spellEnd"/>
            <w:r>
              <w:t xml:space="preserve"> </w:t>
            </w:r>
            <w:proofErr w:type="spellStart"/>
            <w:r>
              <w:t>tạp</w:t>
            </w:r>
            <w:proofErr w:type="spellEnd"/>
            <w:r>
              <w:t xml:space="preserve">, </w:t>
            </w:r>
            <w:proofErr w:type="spellStart"/>
            <w:r>
              <w:t>thời</w:t>
            </w:r>
            <w:proofErr w:type="spellEnd"/>
            <w:r>
              <w:t xml:space="preserve"> </w:t>
            </w:r>
            <w:proofErr w:type="spellStart"/>
            <w:r>
              <w:t>hạn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thể</w:t>
            </w:r>
            <w:proofErr w:type="spellEnd"/>
            <w:r>
              <w:t xml:space="preserve"> </w:t>
            </w:r>
            <w:proofErr w:type="spellStart"/>
            <w:r>
              <w:t>kéo</w:t>
            </w:r>
            <w:proofErr w:type="spellEnd"/>
            <w:r>
              <w:t xml:space="preserve"> </w:t>
            </w:r>
            <w:proofErr w:type="spellStart"/>
            <w:r>
              <w:t>dài</w:t>
            </w:r>
            <w:proofErr w:type="spellEnd"/>
            <w:r>
              <w:t xml:space="preserve"> </w:t>
            </w:r>
            <w:proofErr w:type="spellStart"/>
            <w:r>
              <w:t>nhưng</w:t>
            </w:r>
            <w:proofErr w:type="spellEnd"/>
            <w:r>
              <w:t xml:space="preserve"> </w:t>
            </w:r>
            <w:proofErr w:type="spellStart"/>
            <w:r>
              <w:t>không</w:t>
            </w:r>
            <w:proofErr w:type="spellEnd"/>
            <w:r>
              <w:t xml:space="preserve"> </w:t>
            </w:r>
            <w:proofErr w:type="spellStart"/>
            <w:r>
              <w:t>quá</w:t>
            </w:r>
            <w:proofErr w:type="spellEnd"/>
            <w:r>
              <w:t xml:space="preserve"> </w:t>
            </w:r>
            <w:proofErr w:type="spellStart"/>
            <w:r>
              <w:t>sáu</w:t>
            </w:r>
            <w:proofErr w:type="spellEnd"/>
            <w:r>
              <w:t xml:space="preserve"> </w:t>
            </w:r>
            <w:proofErr w:type="spellStart"/>
            <w:r>
              <w:t>mươi</w:t>
            </w:r>
            <w:proofErr w:type="spellEnd"/>
            <w:r>
              <w:t xml:space="preserve"> </w:t>
            </w:r>
            <w:proofErr w:type="spellStart"/>
            <w:r>
              <w:t>ngày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phải</w:t>
            </w:r>
            <w:proofErr w:type="spellEnd"/>
            <w:r>
              <w:t xml:space="preserve"> </w:t>
            </w:r>
            <w:proofErr w:type="spellStart"/>
            <w:r>
              <w:t>thông</w:t>
            </w:r>
            <w:proofErr w:type="spellEnd"/>
            <w:r>
              <w:t xml:space="preserve"> </w:t>
            </w:r>
            <w:proofErr w:type="spellStart"/>
            <w:r>
              <w:t>báo</w:t>
            </w:r>
            <w:proofErr w:type="spellEnd"/>
            <w:r>
              <w:t xml:space="preserve"> </w:t>
            </w:r>
            <w:proofErr w:type="spellStart"/>
            <w:r>
              <w:t>bằng</w:t>
            </w:r>
            <w:proofErr w:type="spellEnd"/>
            <w:r>
              <w:t xml:space="preserve"> </w:t>
            </w:r>
            <w:proofErr w:type="spellStart"/>
            <w:r>
              <w:t>văn</w:t>
            </w:r>
            <w:proofErr w:type="spellEnd"/>
            <w:r>
              <w:t xml:space="preserve"> </w:t>
            </w:r>
            <w:proofErr w:type="spellStart"/>
            <w:r>
              <w:t>bản</w:t>
            </w:r>
            <w:proofErr w:type="spellEnd"/>
            <w:r>
              <w:t xml:space="preserve"> </w:t>
            </w:r>
            <w:proofErr w:type="spellStart"/>
            <w:r>
              <w:t>lý</w:t>
            </w:r>
            <w:proofErr w:type="spellEnd"/>
            <w:r>
              <w:t xml:space="preserve"> do, </w:t>
            </w:r>
            <w:proofErr w:type="spellStart"/>
            <w:r>
              <w:t>thời</w:t>
            </w:r>
            <w:proofErr w:type="spellEnd"/>
            <w:r>
              <w:t xml:space="preserve"> </w:t>
            </w:r>
            <w:proofErr w:type="spellStart"/>
            <w:r>
              <w:t>gian</w:t>
            </w:r>
            <w:proofErr w:type="spellEnd"/>
            <w:r>
              <w:t xml:space="preserve"> </w:t>
            </w:r>
            <w:proofErr w:type="spellStart"/>
            <w:r>
              <w:t>kéo</w:t>
            </w:r>
            <w:proofErr w:type="spellEnd"/>
            <w:r>
              <w:t xml:space="preserve"> </w:t>
            </w:r>
            <w:proofErr w:type="spellStart"/>
            <w:r>
              <w:t>dài</w:t>
            </w:r>
            <w:proofErr w:type="spellEnd"/>
            <w:r>
              <w:t>;</w:t>
            </w:r>
            <w:r>
              <w:br/>
              <w:t xml:space="preserve">b) </w:t>
            </w:r>
            <w:proofErr w:type="spellStart"/>
            <w:r>
              <w:t>Quyết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đơn</w:t>
            </w:r>
            <w:proofErr w:type="spellEnd"/>
            <w:r>
              <w:t xml:space="preserve"> </w:t>
            </w:r>
            <w:proofErr w:type="spellStart"/>
            <w:r>
              <w:t>phương</w:t>
            </w:r>
            <w:proofErr w:type="spellEnd"/>
            <w:r>
              <w:t xml:space="preserve"> </w:t>
            </w:r>
            <w:proofErr w:type="spellStart"/>
            <w:r>
              <w:t>phải</w:t>
            </w:r>
            <w:proofErr w:type="spellEnd"/>
            <w:r>
              <w:t xml:space="preserve"> </w:t>
            </w:r>
            <w:proofErr w:type="spellStart"/>
            <w:r>
              <w:t>nêu</w:t>
            </w:r>
            <w:proofErr w:type="spellEnd"/>
            <w:r>
              <w:t xml:space="preserve"> </w:t>
            </w:r>
            <w:proofErr w:type="spellStart"/>
            <w:r>
              <w:t>rõ</w:t>
            </w:r>
            <w:proofErr w:type="spellEnd"/>
            <w:r>
              <w:t xml:space="preserve">: Phạm vi, </w:t>
            </w:r>
            <w:proofErr w:type="spellStart"/>
            <w:r>
              <w:t>chủng</w:t>
            </w:r>
            <w:proofErr w:type="spellEnd"/>
            <w:r>
              <w:t xml:space="preserve"> </w:t>
            </w:r>
            <w:proofErr w:type="spellStart"/>
            <w:r>
              <w:t>loại</w:t>
            </w:r>
            <w:proofErr w:type="spellEnd"/>
            <w:r>
              <w:t xml:space="preserve">, </w:t>
            </w:r>
            <w:proofErr w:type="spellStart"/>
            <w:r>
              <w:t>đối</w:t>
            </w:r>
            <w:proofErr w:type="spellEnd"/>
            <w:r>
              <w:t xml:space="preserve"> </w:t>
            </w:r>
            <w:proofErr w:type="spellStart"/>
            <w:r>
              <w:t>tượng</w:t>
            </w:r>
            <w:proofErr w:type="spellEnd"/>
            <w:r>
              <w:t xml:space="preserve"> </w:t>
            </w:r>
            <w:proofErr w:type="spellStart"/>
            <w:r>
              <w:t>áp</w:t>
            </w:r>
            <w:proofErr w:type="spellEnd"/>
            <w:r>
              <w:t xml:space="preserve"> </w:t>
            </w:r>
            <w:proofErr w:type="spellStart"/>
            <w:r>
              <w:t>dụng</w:t>
            </w:r>
            <w:proofErr w:type="spellEnd"/>
            <w:r>
              <w:t xml:space="preserve"> (</w:t>
            </w:r>
            <w:proofErr w:type="spellStart"/>
            <w:r>
              <w:t>lô</w:t>
            </w:r>
            <w:proofErr w:type="spellEnd"/>
            <w:r>
              <w:t xml:space="preserve"> </w:t>
            </w:r>
            <w:proofErr w:type="spellStart"/>
            <w:r>
              <w:t>hàng</w:t>
            </w:r>
            <w:proofErr w:type="spellEnd"/>
            <w:r>
              <w:t xml:space="preserve">, </w:t>
            </w:r>
            <w:proofErr w:type="spellStart"/>
            <w:r>
              <w:t>kiểu</w:t>
            </w:r>
            <w:proofErr w:type="spellEnd"/>
            <w:r>
              <w:t xml:space="preserve"> </w:t>
            </w:r>
            <w:proofErr w:type="spellStart"/>
            <w:r>
              <w:t>loại</w:t>
            </w:r>
            <w:proofErr w:type="spellEnd"/>
            <w:r>
              <w:t xml:space="preserve"> SPHH, </w:t>
            </w:r>
            <w:proofErr w:type="spellStart"/>
            <w:r>
              <w:t>danh</w:t>
            </w:r>
            <w:proofErr w:type="spellEnd"/>
            <w:r>
              <w:t xml:space="preserve"> </w:t>
            </w:r>
            <w:proofErr w:type="spellStart"/>
            <w:r>
              <w:t>mục</w:t>
            </w:r>
            <w:proofErr w:type="spellEnd"/>
            <w:r>
              <w:t xml:space="preserve"> </w:t>
            </w:r>
            <w:proofErr w:type="spellStart"/>
            <w:r>
              <w:t>xác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),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,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 xml:space="preserve"> </w:t>
            </w:r>
            <w:proofErr w:type="spellStart"/>
            <w:r>
              <w:t>áp</w:t>
            </w:r>
            <w:proofErr w:type="spellEnd"/>
            <w:r>
              <w:t xml:space="preserve"> </w:t>
            </w:r>
            <w:proofErr w:type="spellStart"/>
            <w:r>
              <w:t>dụng</w:t>
            </w:r>
            <w:proofErr w:type="spellEnd"/>
            <w:r>
              <w:t xml:space="preserve">, </w:t>
            </w:r>
            <w:proofErr w:type="spellStart"/>
            <w:r>
              <w:t>thời</w:t>
            </w:r>
            <w:proofErr w:type="spellEnd"/>
            <w:r>
              <w:t xml:space="preserve"> </w:t>
            </w:r>
            <w:proofErr w:type="spellStart"/>
            <w:r>
              <w:t>hạn</w:t>
            </w:r>
            <w:proofErr w:type="spellEnd"/>
            <w:r>
              <w:t xml:space="preserve"> </w:t>
            </w:r>
            <w:proofErr w:type="spellStart"/>
            <w:r>
              <w:t>hiệu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 xml:space="preserve"> </w:t>
            </w:r>
            <w:proofErr w:type="spellStart"/>
            <w:r>
              <w:t>sẽ</w:t>
            </w:r>
            <w:proofErr w:type="spellEnd"/>
            <w:r>
              <w:t xml:space="preserve"> </w:t>
            </w:r>
            <w:proofErr w:type="spellStart"/>
            <w:r>
              <w:t>căn</w:t>
            </w:r>
            <w:proofErr w:type="spellEnd"/>
            <w:r>
              <w:t xml:space="preserve"> </w:t>
            </w:r>
            <w:proofErr w:type="spellStart"/>
            <w:r>
              <w:t>cứ</w:t>
            </w:r>
            <w:proofErr w:type="spellEnd"/>
            <w:r>
              <w:t xml:space="preserve"> </w:t>
            </w:r>
            <w:proofErr w:type="spellStart"/>
            <w:r>
              <w:t>vào</w:t>
            </w:r>
            <w:proofErr w:type="spellEnd"/>
            <w:r>
              <w:t xml:space="preserve"> </w:t>
            </w:r>
            <w:proofErr w:type="spellStart"/>
            <w:r>
              <w:t>hiệu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 xml:space="preserve">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trên</w:t>
            </w:r>
            <w:proofErr w:type="spellEnd"/>
            <w:r>
              <w:t xml:space="preserve"> </w:t>
            </w:r>
            <w:proofErr w:type="spellStart"/>
            <w:r>
              <w:t>chứng</w:t>
            </w:r>
            <w:proofErr w:type="spellEnd"/>
            <w:r>
              <w:t xml:space="preserve"> </w:t>
            </w:r>
            <w:proofErr w:type="spellStart"/>
            <w:r>
              <w:t>chỉ</w:t>
            </w:r>
            <w:proofErr w:type="spellEnd"/>
            <w:r>
              <w:t xml:space="preserve">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, </w:t>
            </w:r>
            <w:proofErr w:type="spellStart"/>
            <w:r>
              <w:t>trách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, </w:t>
            </w:r>
            <w:proofErr w:type="spellStart"/>
            <w:r>
              <w:t>cá</w:t>
            </w:r>
            <w:proofErr w:type="spellEnd"/>
            <w:r>
              <w:t xml:space="preserve"> </w:t>
            </w:r>
            <w:proofErr w:type="spellStart"/>
            <w:r>
              <w:t>nhân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>;</w:t>
            </w:r>
            <w:r>
              <w:br/>
            </w:r>
            <w:r>
              <w:lastRenderedPageBreak/>
              <w:t xml:space="preserve">c) Trường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từ</w:t>
            </w:r>
            <w:proofErr w:type="spellEnd"/>
            <w:r>
              <w:t xml:space="preserve"> </w:t>
            </w:r>
            <w:proofErr w:type="spellStart"/>
            <w:r>
              <w:t>chối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thẩm</w:t>
            </w:r>
            <w:proofErr w:type="spellEnd"/>
            <w:r>
              <w:t xml:space="preserve"> </w:t>
            </w:r>
            <w:proofErr w:type="spellStart"/>
            <w:r>
              <w:t>quyền</w:t>
            </w:r>
            <w:proofErr w:type="spellEnd"/>
            <w:r>
              <w:t xml:space="preserve"> </w:t>
            </w:r>
            <w:proofErr w:type="spellStart"/>
            <w:r>
              <w:t>trả</w:t>
            </w:r>
            <w:proofErr w:type="spellEnd"/>
            <w:r>
              <w:t xml:space="preserve"> </w:t>
            </w:r>
            <w:proofErr w:type="spellStart"/>
            <w:r>
              <w:t>lời</w:t>
            </w:r>
            <w:proofErr w:type="spellEnd"/>
            <w:r>
              <w:t xml:space="preserve"> </w:t>
            </w:r>
            <w:proofErr w:type="spellStart"/>
            <w:r>
              <w:t>bằng</w:t>
            </w:r>
            <w:proofErr w:type="spellEnd"/>
            <w:r>
              <w:t xml:space="preserve"> </w:t>
            </w:r>
            <w:proofErr w:type="spellStart"/>
            <w:r>
              <w:t>văn</w:t>
            </w:r>
            <w:proofErr w:type="spellEnd"/>
            <w:r>
              <w:t xml:space="preserve"> </w:t>
            </w:r>
            <w:proofErr w:type="spellStart"/>
            <w:r>
              <w:t>bản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nêu</w:t>
            </w:r>
            <w:proofErr w:type="spellEnd"/>
            <w:r>
              <w:t xml:space="preserve"> </w:t>
            </w:r>
            <w:proofErr w:type="spellStart"/>
            <w:r>
              <w:t>rõ</w:t>
            </w:r>
            <w:proofErr w:type="spellEnd"/>
            <w:r>
              <w:t xml:space="preserve"> </w:t>
            </w:r>
            <w:proofErr w:type="spellStart"/>
            <w:r>
              <w:t>lý</w:t>
            </w:r>
            <w:proofErr w:type="spellEnd"/>
            <w:r>
              <w:t xml:space="preserve"> do.</w:t>
            </w:r>
            <w:r>
              <w:br/>
              <w:t xml:space="preserve">5. </w:t>
            </w:r>
            <w:proofErr w:type="spellStart"/>
            <w:r>
              <w:t>Đình</w:t>
            </w:r>
            <w:proofErr w:type="spellEnd"/>
            <w:r>
              <w:t xml:space="preserve"> </w:t>
            </w:r>
            <w:proofErr w:type="spellStart"/>
            <w:r>
              <w:t>chỉ</w:t>
            </w:r>
            <w:proofErr w:type="spellEnd"/>
            <w:r>
              <w:t xml:space="preserve">, </w:t>
            </w:r>
            <w:proofErr w:type="spellStart"/>
            <w:r>
              <w:t>hủy</w:t>
            </w:r>
            <w:proofErr w:type="spellEnd"/>
            <w:r>
              <w:t xml:space="preserve"> </w:t>
            </w:r>
            <w:proofErr w:type="spellStart"/>
            <w:r>
              <w:t>bỏ</w:t>
            </w:r>
            <w:proofErr w:type="spellEnd"/>
            <w:r>
              <w:t xml:space="preserve"> </w:t>
            </w:r>
            <w:proofErr w:type="spellStart"/>
            <w:r>
              <w:t>quyết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br/>
            </w:r>
            <w:proofErr w:type="spellStart"/>
            <w:r>
              <w:t>Quyết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đơn</w:t>
            </w:r>
            <w:proofErr w:type="spellEnd"/>
            <w:r>
              <w:t xml:space="preserve"> </w:t>
            </w:r>
            <w:proofErr w:type="spellStart"/>
            <w:r>
              <w:t>phương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,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ngoài</w:t>
            </w:r>
            <w:proofErr w:type="spellEnd"/>
            <w:r>
              <w:t xml:space="preserve"> </w:t>
            </w:r>
            <w:proofErr w:type="spellStart"/>
            <w:r>
              <w:t>bị</w:t>
            </w:r>
            <w:proofErr w:type="spellEnd"/>
            <w:r>
              <w:t xml:space="preserve"> </w:t>
            </w:r>
            <w:proofErr w:type="spellStart"/>
            <w:r>
              <w:t>đình</w:t>
            </w:r>
            <w:proofErr w:type="spellEnd"/>
            <w:r>
              <w:t xml:space="preserve"> </w:t>
            </w:r>
            <w:proofErr w:type="spellStart"/>
            <w:r>
              <w:t>chỉ</w:t>
            </w:r>
            <w:proofErr w:type="spellEnd"/>
            <w:r>
              <w:t xml:space="preserve"> 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hủy</w:t>
            </w:r>
            <w:proofErr w:type="spellEnd"/>
            <w:r>
              <w:t xml:space="preserve"> </w:t>
            </w:r>
            <w:proofErr w:type="spellStart"/>
            <w:r>
              <w:t>bỏ</w:t>
            </w:r>
            <w:proofErr w:type="spellEnd"/>
            <w:r>
              <w:t xml:space="preserve"> </w:t>
            </w:r>
            <w:proofErr w:type="spellStart"/>
            <w:r>
              <w:t>khi</w:t>
            </w:r>
            <w:proofErr w:type="spellEnd"/>
            <w:r>
              <w:t xml:space="preserve"> </w:t>
            </w:r>
            <w:proofErr w:type="spellStart"/>
            <w:r>
              <w:t>xảy</w:t>
            </w:r>
            <w:proofErr w:type="spellEnd"/>
            <w:r>
              <w:t xml:space="preserve"> </w:t>
            </w:r>
            <w:proofErr w:type="spellStart"/>
            <w:r>
              <w:t>ra</w:t>
            </w:r>
            <w:proofErr w:type="spellEnd"/>
            <w:r>
              <w:t xml:space="preserve"> </w:t>
            </w:r>
            <w:proofErr w:type="spellStart"/>
            <w:r>
              <w:t>một</w:t>
            </w:r>
            <w:proofErr w:type="spellEnd"/>
            <w:r>
              <w:t xml:space="preserve"> </w:t>
            </w:r>
            <w:proofErr w:type="spellStart"/>
            <w:r>
              <w:t>trong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trường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>:</w:t>
            </w:r>
            <w:r>
              <w:br/>
              <w:t xml:space="preserve">- </w:t>
            </w:r>
            <w:proofErr w:type="spellStart"/>
            <w:r>
              <w:t>Phát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gian</w:t>
            </w:r>
            <w:proofErr w:type="spellEnd"/>
            <w:r>
              <w:t xml:space="preserve"> </w:t>
            </w:r>
            <w:proofErr w:type="spellStart"/>
            <w:r>
              <w:t>lận</w:t>
            </w:r>
            <w:proofErr w:type="spellEnd"/>
            <w:r>
              <w:t xml:space="preserve">, </w:t>
            </w:r>
            <w:proofErr w:type="spellStart"/>
            <w:r>
              <w:t>sai</w:t>
            </w:r>
            <w:proofErr w:type="spellEnd"/>
            <w:r>
              <w:t xml:space="preserve"> </w:t>
            </w:r>
            <w:proofErr w:type="spellStart"/>
            <w:r>
              <w:t>lệch</w:t>
            </w:r>
            <w:proofErr w:type="spellEnd"/>
            <w:r>
              <w:t xml:space="preserve"> </w:t>
            </w:r>
            <w:proofErr w:type="spellStart"/>
            <w:r>
              <w:t>thông</w:t>
            </w:r>
            <w:proofErr w:type="spellEnd"/>
            <w:r>
              <w:t xml:space="preserve"> tin, </w:t>
            </w:r>
            <w:proofErr w:type="spellStart"/>
            <w:r>
              <w:t>giả</w:t>
            </w:r>
            <w:proofErr w:type="spellEnd"/>
            <w:r>
              <w:t xml:space="preserve"> </w:t>
            </w:r>
            <w:proofErr w:type="spellStart"/>
            <w:r>
              <w:t>mạo</w:t>
            </w:r>
            <w:proofErr w:type="spellEnd"/>
            <w:r>
              <w:t xml:space="preserve"> </w:t>
            </w:r>
            <w:proofErr w:type="spellStart"/>
            <w:r>
              <w:t>hồ</w:t>
            </w:r>
            <w:proofErr w:type="spellEnd"/>
            <w:r>
              <w:t xml:space="preserve"> </w:t>
            </w:r>
            <w:proofErr w:type="spellStart"/>
            <w:r>
              <w:t>sơ</w:t>
            </w:r>
            <w:proofErr w:type="spellEnd"/>
            <w:r>
              <w:t>;</w:t>
            </w:r>
            <w:r>
              <w:br/>
              <w:t xml:space="preserve">- </w:t>
            </w:r>
            <w:proofErr w:type="spellStart"/>
            <w:r>
              <w:t>Sản</w:t>
            </w:r>
            <w:proofErr w:type="spellEnd"/>
            <w:r>
              <w:t xml:space="preserve"> </w:t>
            </w:r>
            <w:proofErr w:type="spellStart"/>
            <w:r>
              <w:t>phẩm</w:t>
            </w:r>
            <w:proofErr w:type="spellEnd"/>
            <w:r>
              <w:t xml:space="preserve">, </w:t>
            </w:r>
            <w:proofErr w:type="spellStart"/>
            <w:r>
              <w:t>hàng</w:t>
            </w:r>
            <w:proofErr w:type="spellEnd"/>
            <w:r>
              <w:t xml:space="preserve"> </w:t>
            </w:r>
            <w:proofErr w:type="spellStart"/>
            <w:r>
              <w:t>hóa</w:t>
            </w:r>
            <w:proofErr w:type="spellEnd"/>
            <w:r>
              <w:t xml:space="preserve"> </w:t>
            </w:r>
            <w:proofErr w:type="spellStart"/>
            <w:r>
              <w:t>không</w:t>
            </w:r>
            <w:proofErr w:type="spellEnd"/>
            <w:r>
              <w:t xml:space="preserve"> </w:t>
            </w:r>
            <w:proofErr w:type="spellStart"/>
            <w:r>
              <w:t>còn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yêu</w:t>
            </w:r>
            <w:proofErr w:type="spellEnd"/>
            <w:r>
              <w:t xml:space="preserve"> </w:t>
            </w:r>
            <w:proofErr w:type="spellStart"/>
            <w:r>
              <w:t>cầu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 xml:space="preserve"> </w:t>
            </w:r>
            <w:proofErr w:type="spellStart"/>
            <w:r>
              <w:t>đã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phát</w:t>
            </w:r>
            <w:proofErr w:type="spellEnd"/>
            <w:r>
              <w:t xml:space="preserve"> </w:t>
            </w:r>
            <w:proofErr w:type="spellStart"/>
            <w:r>
              <w:t>sinh</w:t>
            </w:r>
            <w:proofErr w:type="spellEnd"/>
            <w:r>
              <w:t xml:space="preserve"> </w:t>
            </w:r>
            <w:proofErr w:type="spellStart"/>
            <w:r>
              <w:t>rủi</w:t>
            </w:r>
            <w:proofErr w:type="spellEnd"/>
            <w:r>
              <w:t xml:space="preserve"> </w:t>
            </w:r>
            <w:proofErr w:type="spellStart"/>
            <w:r>
              <w:t>ro</w:t>
            </w:r>
            <w:proofErr w:type="spellEnd"/>
            <w:r>
              <w:t xml:space="preserve"> </w:t>
            </w:r>
            <w:proofErr w:type="spellStart"/>
            <w:r>
              <w:t>mất</w:t>
            </w:r>
            <w:proofErr w:type="spellEnd"/>
            <w:r>
              <w:t xml:space="preserve"> an </w:t>
            </w:r>
            <w:proofErr w:type="spellStart"/>
            <w:r>
              <w:t>toàn</w:t>
            </w:r>
            <w:proofErr w:type="spellEnd"/>
            <w:r>
              <w:t>;</w:t>
            </w:r>
            <w:r>
              <w:br/>
              <w:t xml:space="preserve">-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tế</w:t>
            </w:r>
            <w:proofErr w:type="spellEnd"/>
            <w:r>
              <w:t xml:space="preserve">, </w:t>
            </w:r>
            <w:proofErr w:type="spellStart"/>
            <w:r>
              <w:t>nước</w:t>
            </w:r>
            <w:proofErr w:type="spellEnd"/>
            <w:r>
              <w:t xml:space="preserve"> </w:t>
            </w:r>
            <w:proofErr w:type="spellStart"/>
            <w:r>
              <w:t>ngoài</w:t>
            </w:r>
            <w:proofErr w:type="spellEnd"/>
            <w:r>
              <w:t xml:space="preserve"> </w:t>
            </w:r>
            <w:proofErr w:type="spellStart"/>
            <w:r>
              <w:t>bị</w:t>
            </w:r>
            <w:proofErr w:type="spellEnd"/>
            <w:r>
              <w:t xml:space="preserve"> </w:t>
            </w:r>
            <w:proofErr w:type="spellStart"/>
            <w:r>
              <w:t>đình</w:t>
            </w:r>
            <w:proofErr w:type="spellEnd"/>
            <w:r>
              <w:t xml:space="preserve"> </w:t>
            </w:r>
            <w:proofErr w:type="spellStart"/>
            <w:r>
              <w:t>chỉ</w:t>
            </w:r>
            <w:proofErr w:type="spellEnd"/>
            <w:r>
              <w:t xml:space="preserve">, </w:t>
            </w:r>
            <w:proofErr w:type="spellStart"/>
            <w:r>
              <w:t>ngừng</w:t>
            </w:r>
            <w:proofErr w:type="spellEnd"/>
            <w:r>
              <w:t xml:space="preserve"> </w:t>
            </w:r>
            <w:proofErr w:type="spellStart"/>
            <w:r>
              <w:t>hoạt</w:t>
            </w:r>
            <w:proofErr w:type="spellEnd"/>
            <w:r>
              <w:t xml:space="preserve"> </w:t>
            </w:r>
            <w:proofErr w:type="spellStart"/>
            <w:r>
              <w:t>động</w:t>
            </w:r>
            <w:proofErr w:type="spellEnd"/>
            <w:r>
              <w:t xml:space="preserve"> 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không</w:t>
            </w:r>
            <w:proofErr w:type="spellEnd"/>
            <w:r>
              <w:t xml:space="preserve"> </w:t>
            </w:r>
            <w:proofErr w:type="spellStart"/>
            <w:r>
              <w:t>còn</w:t>
            </w:r>
            <w:proofErr w:type="spellEnd"/>
            <w:r>
              <w:t xml:space="preserve"> </w:t>
            </w:r>
            <w:proofErr w:type="spellStart"/>
            <w:r>
              <w:t>đáp</w:t>
            </w:r>
            <w:proofErr w:type="spellEnd"/>
            <w:r>
              <w:t xml:space="preserve"> </w:t>
            </w:r>
            <w:proofErr w:type="spellStart"/>
            <w:r>
              <w:t>ứng</w:t>
            </w:r>
            <w:proofErr w:type="spellEnd"/>
            <w:r>
              <w:t xml:space="preserve"> </w:t>
            </w:r>
            <w:proofErr w:type="spellStart"/>
            <w:r>
              <w:t>yêu</w:t>
            </w:r>
            <w:proofErr w:type="spellEnd"/>
            <w:r>
              <w:t xml:space="preserve"> </w:t>
            </w:r>
            <w:proofErr w:type="spellStart"/>
            <w:r>
              <w:t>cầu</w:t>
            </w:r>
            <w:proofErr w:type="spellEnd"/>
            <w:r>
              <w:t xml:space="preserve"> </w:t>
            </w:r>
            <w:proofErr w:type="spellStart"/>
            <w:r>
              <w:t>năng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>;</w:t>
            </w:r>
            <w:r>
              <w:br/>
              <w:t xml:space="preserve">-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,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kỹ</w:t>
            </w:r>
            <w:proofErr w:type="spellEnd"/>
            <w:r>
              <w:t xml:space="preserve"> </w:t>
            </w:r>
            <w:proofErr w:type="spellStart"/>
            <w:r>
              <w:t>thuật</w:t>
            </w:r>
            <w:proofErr w:type="spellEnd"/>
            <w:r>
              <w:t xml:space="preserve"> </w:t>
            </w:r>
            <w:proofErr w:type="spellStart"/>
            <w:r>
              <w:t>áp</w:t>
            </w:r>
            <w:proofErr w:type="spellEnd"/>
            <w:r>
              <w:t xml:space="preserve"> </w:t>
            </w:r>
            <w:proofErr w:type="spellStart"/>
            <w:r>
              <w:t>dụng</w:t>
            </w:r>
            <w:proofErr w:type="spellEnd"/>
            <w:r>
              <w:t xml:space="preserve"> </w:t>
            </w:r>
            <w:proofErr w:type="spellStart"/>
            <w:r>
              <w:t>thay</w:t>
            </w:r>
            <w:proofErr w:type="spellEnd"/>
            <w:r>
              <w:t xml:space="preserve"> </w:t>
            </w:r>
            <w:proofErr w:type="spellStart"/>
            <w:r>
              <w:t>đổi</w:t>
            </w:r>
            <w:proofErr w:type="spellEnd"/>
            <w:r>
              <w:t xml:space="preserve"> </w:t>
            </w:r>
            <w:proofErr w:type="spellStart"/>
            <w:r>
              <w:t>làm</w:t>
            </w:r>
            <w:proofErr w:type="spellEnd"/>
            <w:r>
              <w:t xml:space="preserve"> </w:t>
            </w:r>
            <w:proofErr w:type="spellStart"/>
            <w:r>
              <w:t>cho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đã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không</w:t>
            </w:r>
            <w:proofErr w:type="spellEnd"/>
            <w:r>
              <w:t xml:space="preserve"> </w:t>
            </w:r>
            <w:proofErr w:type="spellStart"/>
            <w:r>
              <w:t>còn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>;</w:t>
            </w:r>
            <w:r>
              <w:br/>
              <w:t xml:space="preserve">b) </w:t>
            </w:r>
            <w:proofErr w:type="spellStart"/>
            <w:r>
              <w:t>Quyết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đình</w:t>
            </w:r>
            <w:proofErr w:type="spellEnd"/>
            <w:r>
              <w:t xml:space="preserve"> </w:t>
            </w:r>
            <w:proofErr w:type="spellStart"/>
            <w:r>
              <w:t>chỉ</w:t>
            </w:r>
            <w:proofErr w:type="spellEnd"/>
            <w:r>
              <w:t xml:space="preserve">, </w:t>
            </w:r>
            <w:proofErr w:type="spellStart"/>
            <w:r>
              <w:t>hủy</w:t>
            </w:r>
            <w:proofErr w:type="spellEnd"/>
            <w:r>
              <w:t xml:space="preserve"> </w:t>
            </w:r>
            <w:proofErr w:type="spellStart"/>
            <w:r>
              <w:t>bỏ</w:t>
            </w:r>
            <w:proofErr w:type="spellEnd"/>
            <w:r>
              <w:t xml:space="preserve"> </w:t>
            </w:r>
            <w:proofErr w:type="spellStart"/>
            <w:r>
              <w:t>phải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công</w:t>
            </w:r>
            <w:proofErr w:type="spellEnd"/>
            <w:r>
              <w:t xml:space="preserve"> </w:t>
            </w:r>
            <w:proofErr w:type="spellStart"/>
            <w:r>
              <w:t>khai</w:t>
            </w:r>
            <w:proofErr w:type="spellEnd"/>
            <w:r>
              <w:t xml:space="preserve"> </w:t>
            </w:r>
            <w:proofErr w:type="spellStart"/>
            <w:r>
              <w:t>trên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sở</w:t>
            </w:r>
            <w:proofErr w:type="spellEnd"/>
            <w:r>
              <w:t xml:space="preserve"> </w:t>
            </w:r>
            <w:proofErr w:type="spellStart"/>
            <w:r>
              <w:t>dữ</w:t>
            </w:r>
            <w:proofErr w:type="spellEnd"/>
            <w:r>
              <w:t xml:space="preserve"> </w:t>
            </w:r>
            <w:proofErr w:type="spellStart"/>
            <w:r>
              <w:t>liệu</w:t>
            </w:r>
            <w:proofErr w:type="spellEnd"/>
            <w:r>
              <w:t xml:space="preserve"> </w:t>
            </w:r>
            <w:proofErr w:type="spellStart"/>
            <w:r>
              <w:t>quốc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 xml:space="preserve"> </w:t>
            </w:r>
            <w:proofErr w:type="spellStart"/>
            <w:r>
              <w:t>về</w:t>
            </w:r>
            <w:proofErr w:type="spellEnd"/>
            <w:r>
              <w:t xml:space="preserve">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, </w:t>
            </w:r>
            <w:proofErr w:type="spellStart"/>
            <w:r>
              <w:t>đo</w:t>
            </w:r>
            <w:proofErr w:type="spellEnd"/>
            <w:r>
              <w:t xml:space="preserve"> </w:t>
            </w:r>
            <w:proofErr w:type="spellStart"/>
            <w:r>
              <w:t>lường</w:t>
            </w:r>
            <w:proofErr w:type="spellEnd"/>
            <w:r>
              <w:t xml:space="preserve">, </w:t>
            </w:r>
            <w:proofErr w:type="spellStart"/>
            <w:r>
              <w:t>chất</w:t>
            </w:r>
            <w:proofErr w:type="spellEnd"/>
            <w:r>
              <w:t xml:space="preserve"> </w:t>
            </w:r>
            <w:proofErr w:type="spellStart"/>
            <w:r>
              <w:t>lượng</w:t>
            </w:r>
            <w:proofErr w:type="spellEnd"/>
            <w:r>
              <w:t>.</w:t>
            </w:r>
            <w:r>
              <w:br/>
            </w:r>
            <w:r>
              <w:br/>
            </w:r>
          </w:p>
        </w:tc>
        <w:tc>
          <w:tcPr>
            <w:tcW w:w="5220" w:type="dxa"/>
          </w:tcPr>
          <w:p w14:paraId="117BE9FE" w14:textId="18E8F34F" w:rsidR="007210FE" w:rsidRDefault="007210FE" w:rsidP="006D55D4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lastRenderedPageBreak/>
              <w:t>Sở</w:t>
            </w:r>
            <w:proofErr w:type="spellEnd"/>
            <w:r>
              <w:rPr>
                <w:b/>
                <w:bCs/>
              </w:rPr>
              <w:t xml:space="preserve"> KHCN Khánh Hoà:</w:t>
            </w:r>
          </w:p>
          <w:p w14:paraId="55C12D82" w14:textId="5B0616FC" w:rsidR="007210FE" w:rsidRDefault="007210FE" w:rsidP="006D55D4">
            <w:pPr>
              <w:rPr>
                <w:b/>
                <w:bCs/>
              </w:rPr>
            </w:pPr>
            <w:r w:rsidRPr="007210FE">
              <w:t xml:space="preserve">- </w:t>
            </w:r>
            <w:proofErr w:type="spellStart"/>
            <w:r w:rsidRPr="007210FE">
              <w:t>Tại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điểm</w:t>
            </w:r>
            <w:proofErr w:type="spellEnd"/>
            <w:r w:rsidRPr="007210FE">
              <w:t xml:space="preserve"> b </w:t>
            </w:r>
            <w:proofErr w:type="spellStart"/>
            <w:r w:rsidRPr="007210FE">
              <w:t>khoản</w:t>
            </w:r>
            <w:proofErr w:type="spellEnd"/>
            <w:r w:rsidRPr="007210FE">
              <w:t xml:space="preserve"> 1 </w:t>
            </w:r>
            <w:proofErr w:type="spellStart"/>
            <w:r w:rsidRPr="007210FE">
              <w:t>Điều</w:t>
            </w:r>
            <w:proofErr w:type="spellEnd"/>
            <w:r w:rsidRPr="007210FE">
              <w:t xml:space="preserve"> 8: </w:t>
            </w:r>
            <w:r w:rsidRPr="007210FE">
              <w:rPr>
                <w:i/>
                <w:iCs/>
              </w:rPr>
              <w:t xml:space="preserve">“... </w:t>
            </w:r>
            <w:proofErr w:type="spellStart"/>
            <w:r w:rsidRPr="007210FE">
              <w:rPr>
                <w:i/>
                <w:iCs/>
              </w:rPr>
              <w:t>Bộ</w:t>
            </w:r>
            <w:proofErr w:type="spellEnd"/>
            <w:r w:rsidRPr="007210FE">
              <w:rPr>
                <w:i/>
                <w:iCs/>
              </w:rPr>
              <w:t xml:space="preserve"> Khoa </w:t>
            </w:r>
            <w:proofErr w:type="spellStart"/>
            <w:r w:rsidRPr="007210FE">
              <w:rPr>
                <w:i/>
                <w:iCs/>
              </w:rPr>
              <w:t>học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và</w:t>
            </w:r>
            <w:proofErr w:type="spellEnd"/>
            <w:r w:rsidRPr="007210FE">
              <w:rPr>
                <w:i/>
                <w:iCs/>
              </w:rPr>
              <w:t xml:space="preserve"> Công </w:t>
            </w:r>
            <w:proofErr w:type="spellStart"/>
            <w:r w:rsidRPr="007210FE">
              <w:rPr>
                <w:i/>
                <w:iCs/>
              </w:rPr>
              <w:t>nghệ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quyết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định</w:t>
            </w:r>
            <w:proofErr w:type="spellEnd"/>
            <w:r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thừa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nhận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đơn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phương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trong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trường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hợp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không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xác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định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được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cơ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quan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quản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lý</w:t>
            </w:r>
            <w:proofErr w:type="spellEnd"/>
            <w:r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chuyên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ngành</w:t>
            </w:r>
            <w:proofErr w:type="spellEnd"/>
            <w:r w:rsidRPr="007210FE">
              <w:rPr>
                <w:i/>
                <w:iCs/>
              </w:rPr>
              <w:t xml:space="preserve">”. </w:t>
            </w:r>
            <w:proofErr w:type="spellStart"/>
            <w:r w:rsidRPr="007210FE">
              <w:t>Đây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là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cơ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chế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có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tính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chủ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động</w:t>
            </w:r>
            <w:proofErr w:type="spellEnd"/>
            <w:r w:rsidRPr="007210FE">
              <w:t xml:space="preserve">, </w:t>
            </w:r>
            <w:proofErr w:type="spellStart"/>
            <w:r w:rsidRPr="007210FE">
              <w:t>linh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hoạt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trong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việc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công</w:t>
            </w:r>
            <w:proofErr w:type="spellEnd"/>
            <w:r w:rsidRPr="007210FE">
              <w:t xml:space="preserve"> </w:t>
            </w:r>
            <w:proofErr w:type="spellStart"/>
            <w:r>
              <w:t>n</w:t>
            </w:r>
            <w:r w:rsidRPr="007210FE">
              <w:t>hận</w:t>
            </w:r>
            <w:proofErr w:type="spellEnd"/>
            <w:r>
              <w:t xml:space="preserve"> </w:t>
            </w:r>
            <w:proofErr w:type="spellStart"/>
            <w:r w:rsidRPr="007210FE">
              <w:t>kết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quả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đánh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giá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sự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phù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hợp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từ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tổ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chức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nước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ngoài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mà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không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cần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quy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chiếu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các</w:t>
            </w:r>
            <w:proofErr w:type="spellEnd"/>
            <w:r>
              <w:t xml:space="preserve"> </w:t>
            </w:r>
            <w:proofErr w:type="spellStart"/>
            <w:r w:rsidRPr="007210FE">
              <w:t>hiệp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định</w:t>
            </w:r>
            <w:proofErr w:type="spellEnd"/>
            <w:r w:rsidRPr="007210FE">
              <w:t xml:space="preserve"> song </w:t>
            </w:r>
            <w:proofErr w:type="spellStart"/>
            <w:r w:rsidRPr="007210FE">
              <w:t>phương</w:t>
            </w:r>
            <w:proofErr w:type="spellEnd"/>
            <w:r w:rsidRPr="007210FE">
              <w:t xml:space="preserve">. Tuy </w:t>
            </w:r>
            <w:proofErr w:type="spellStart"/>
            <w:r w:rsidRPr="007210FE">
              <w:t>nhiên</w:t>
            </w:r>
            <w:proofErr w:type="spellEnd"/>
            <w:r w:rsidRPr="007210FE">
              <w:t xml:space="preserve">, </w:t>
            </w:r>
            <w:proofErr w:type="spellStart"/>
            <w:r w:rsidRPr="007210FE">
              <w:t>hiện</w:t>
            </w:r>
            <w:proofErr w:type="spellEnd"/>
            <w:r w:rsidRPr="007210FE">
              <w:t xml:space="preserve"> nay </w:t>
            </w:r>
            <w:proofErr w:type="spellStart"/>
            <w:r w:rsidRPr="007210FE">
              <w:t>việc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xây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dựng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và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sử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dụng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cơ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sở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dữ</w:t>
            </w:r>
            <w:proofErr w:type="spellEnd"/>
            <w:r>
              <w:t xml:space="preserve"> </w:t>
            </w:r>
            <w:proofErr w:type="spellStart"/>
            <w:r w:rsidRPr="007210FE">
              <w:t>liệu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quốc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gia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về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tiêu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chuẩn</w:t>
            </w:r>
            <w:proofErr w:type="spellEnd"/>
            <w:r w:rsidRPr="007210FE">
              <w:t xml:space="preserve">, </w:t>
            </w:r>
            <w:proofErr w:type="spellStart"/>
            <w:r w:rsidRPr="007210FE">
              <w:t>đo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lường</w:t>
            </w:r>
            <w:proofErr w:type="spellEnd"/>
            <w:r w:rsidRPr="007210FE">
              <w:t xml:space="preserve">, </w:t>
            </w:r>
            <w:proofErr w:type="spellStart"/>
            <w:r w:rsidRPr="007210FE">
              <w:t>chất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lượng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phụ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thuộc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vào</w:t>
            </w:r>
            <w:proofErr w:type="spellEnd"/>
            <w:r w:rsidRPr="007210FE">
              <w:t xml:space="preserve"> </w:t>
            </w:r>
            <w:proofErr w:type="spellStart"/>
            <w:r w:rsidRPr="007210FE">
              <w:lastRenderedPageBreak/>
              <w:t>hoạt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động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lưu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trữ</w:t>
            </w:r>
            <w:proofErr w:type="spellEnd"/>
            <w:r w:rsidRPr="007210FE">
              <w:t>,</w:t>
            </w:r>
            <w:r>
              <w:t xml:space="preserve"> </w:t>
            </w:r>
            <w:proofErr w:type="spellStart"/>
            <w:r w:rsidRPr="007210FE">
              <w:t>công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khai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dữ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liệu</w:t>
            </w:r>
            <w:proofErr w:type="spellEnd"/>
            <w:r w:rsidRPr="007210FE">
              <w:t xml:space="preserve"> (</w:t>
            </w:r>
            <w:proofErr w:type="spellStart"/>
            <w:r w:rsidRPr="007210FE">
              <w:t>nền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tảng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số</w:t>
            </w:r>
            <w:proofErr w:type="spellEnd"/>
            <w:r w:rsidRPr="007210FE">
              <w:t xml:space="preserve">) </w:t>
            </w:r>
            <w:proofErr w:type="spellStart"/>
            <w:r w:rsidRPr="007210FE">
              <w:t>của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các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cơ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quan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quản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lý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chuyên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ngành</w:t>
            </w:r>
            <w:proofErr w:type="spellEnd"/>
            <w:r w:rsidRPr="007210FE">
              <w:t xml:space="preserve">, </w:t>
            </w:r>
            <w:proofErr w:type="spellStart"/>
            <w:r w:rsidRPr="007210FE">
              <w:t>không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chỉ</w:t>
            </w:r>
            <w:proofErr w:type="spellEnd"/>
            <w:r>
              <w:t xml:space="preserve"> </w:t>
            </w:r>
            <w:proofErr w:type="spellStart"/>
            <w:r w:rsidRPr="007210FE">
              <w:t>riêng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ngành</w:t>
            </w:r>
            <w:proofErr w:type="spellEnd"/>
            <w:r w:rsidRPr="007210FE">
              <w:t xml:space="preserve"> KH&amp;CN. Do </w:t>
            </w:r>
            <w:proofErr w:type="spellStart"/>
            <w:r w:rsidRPr="007210FE">
              <w:t>đó</w:t>
            </w:r>
            <w:proofErr w:type="spellEnd"/>
            <w:r w:rsidRPr="007210FE">
              <w:t xml:space="preserve">, </w:t>
            </w:r>
            <w:proofErr w:type="spellStart"/>
            <w:r w:rsidRPr="007210FE">
              <w:t>đề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nghị</w:t>
            </w:r>
            <w:proofErr w:type="spellEnd"/>
            <w:r w:rsidRPr="007210FE">
              <w:t xml:space="preserve"> ban </w:t>
            </w:r>
            <w:proofErr w:type="spellStart"/>
            <w:r w:rsidRPr="007210FE">
              <w:t>soạn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thảo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nghiên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cứu</w:t>
            </w:r>
            <w:proofErr w:type="spellEnd"/>
            <w:r w:rsidRPr="007210FE">
              <w:t xml:space="preserve">, </w:t>
            </w:r>
            <w:proofErr w:type="spellStart"/>
            <w:r w:rsidRPr="00CE4CEF">
              <w:t>bổ</w:t>
            </w:r>
            <w:proofErr w:type="spellEnd"/>
            <w:r w:rsidRPr="00CE4CEF">
              <w:t xml:space="preserve"> sung </w:t>
            </w:r>
            <w:proofErr w:type="spellStart"/>
            <w:r w:rsidRPr="00CE4CEF">
              <w:t>cơ</w:t>
            </w:r>
            <w:proofErr w:type="spellEnd"/>
            <w:r w:rsidRPr="00CE4CEF">
              <w:t xml:space="preserve"> </w:t>
            </w:r>
            <w:proofErr w:type="spellStart"/>
            <w:r w:rsidRPr="00CE4CEF">
              <w:t>chế</w:t>
            </w:r>
            <w:proofErr w:type="spellEnd"/>
            <w:r w:rsidRPr="00CE4CEF">
              <w:br/>
            </w:r>
            <w:proofErr w:type="spellStart"/>
            <w:r w:rsidRPr="00CE4CEF">
              <w:t>phối</w:t>
            </w:r>
            <w:proofErr w:type="spellEnd"/>
            <w:r w:rsidRPr="00CE4CEF">
              <w:t xml:space="preserve"> </w:t>
            </w:r>
            <w:proofErr w:type="spellStart"/>
            <w:r w:rsidRPr="00CE4CEF">
              <w:t>hợp</w:t>
            </w:r>
            <w:proofErr w:type="spellEnd"/>
            <w:r w:rsidRPr="00CE4CEF">
              <w:t xml:space="preserve"> </w:t>
            </w:r>
            <w:proofErr w:type="spellStart"/>
            <w:r w:rsidRPr="00CE4CEF">
              <w:t>giữa</w:t>
            </w:r>
            <w:proofErr w:type="spellEnd"/>
            <w:r w:rsidRPr="00CE4CEF">
              <w:t xml:space="preserve"> </w:t>
            </w:r>
            <w:proofErr w:type="spellStart"/>
            <w:r w:rsidRPr="00CE4CEF">
              <w:t>các</w:t>
            </w:r>
            <w:proofErr w:type="spellEnd"/>
            <w:r w:rsidRPr="00CE4CEF">
              <w:t xml:space="preserve"> </w:t>
            </w:r>
            <w:proofErr w:type="spellStart"/>
            <w:r w:rsidRPr="00CE4CEF">
              <w:t>ngành</w:t>
            </w:r>
            <w:proofErr w:type="spellEnd"/>
            <w:r w:rsidRPr="00CE4CEF">
              <w:t xml:space="preserve"> </w:t>
            </w:r>
            <w:proofErr w:type="spellStart"/>
            <w:r w:rsidRPr="00CE4CEF">
              <w:t>trong</w:t>
            </w:r>
            <w:proofErr w:type="spellEnd"/>
            <w:r w:rsidRPr="00CE4CEF">
              <w:t xml:space="preserve"> </w:t>
            </w:r>
            <w:proofErr w:type="spellStart"/>
            <w:r w:rsidRPr="00CE4CEF">
              <w:t>việc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xây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dựng</w:t>
            </w:r>
            <w:proofErr w:type="spellEnd"/>
            <w:r w:rsidRPr="007210FE">
              <w:t xml:space="preserve">, </w:t>
            </w:r>
            <w:proofErr w:type="spellStart"/>
            <w:r w:rsidRPr="007210FE">
              <w:t>vận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hành</w:t>
            </w:r>
            <w:proofErr w:type="spellEnd"/>
            <w:r w:rsidRPr="007210FE">
              <w:t xml:space="preserve">, chia </w:t>
            </w:r>
            <w:proofErr w:type="spellStart"/>
            <w:r w:rsidRPr="007210FE">
              <w:t>sẻ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nền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tảng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số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này</w:t>
            </w:r>
            <w:proofErr w:type="spellEnd"/>
            <w:r w:rsidRPr="007210FE">
              <w:t>,</w:t>
            </w:r>
            <w:r>
              <w:t xml:space="preserve"> </w:t>
            </w:r>
            <w:proofErr w:type="spellStart"/>
            <w:r w:rsidRPr="007210FE">
              <w:t>nhất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là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dữ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liệu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thuộc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trách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nhiệm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quản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lý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của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các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ngành</w:t>
            </w:r>
            <w:proofErr w:type="spellEnd"/>
            <w:r w:rsidRPr="007210FE">
              <w:t xml:space="preserve"> Công </w:t>
            </w:r>
            <w:proofErr w:type="spellStart"/>
            <w:r w:rsidRPr="007210FE">
              <w:t>thương</w:t>
            </w:r>
            <w:proofErr w:type="spellEnd"/>
            <w:r w:rsidRPr="007210FE">
              <w:t xml:space="preserve">, Y </w:t>
            </w:r>
            <w:proofErr w:type="spellStart"/>
            <w:r w:rsidRPr="007210FE">
              <w:t>tế</w:t>
            </w:r>
            <w:proofErr w:type="spellEnd"/>
            <w:r w:rsidRPr="007210FE">
              <w:t xml:space="preserve">, </w:t>
            </w:r>
            <w:proofErr w:type="spellStart"/>
            <w:r w:rsidRPr="007210FE">
              <w:t>Nông</w:t>
            </w:r>
            <w:proofErr w:type="spellEnd"/>
            <w:r>
              <w:t xml:space="preserve"> </w:t>
            </w:r>
            <w:proofErr w:type="spellStart"/>
            <w:r w:rsidRPr="007210FE">
              <w:t>nghiệp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và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Môi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trường</w:t>
            </w:r>
            <w:proofErr w:type="spellEnd"/>
            <w:r w:rsidRPr="007210FE">
              <w:t xml:space="preserve">, ... </w:t>
            </w:r>
            <w:proofErr w:type="spellStart"/>
            <w:r w:rsidRPr="007210FE">
              <w:t>nhằm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đảm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bảo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tính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nhất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quán</w:t>
            </w:r>
            <w:proofErr w:type="spellEnd"/>
            <w:r w:rsidRPr="007210FE">
              <w:t xml:space="preserve">, </w:t>
            </w:r>
            <w:proofErr w:type="spellStart"/>
            <w:r w:rsidRPr="007210FE">
              <w:t>minh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bạch</w:t>
            </w:r>
            <w:proofErr w:type="spellEnd"/>
            <w:r w:rsidRPr="007210FE">
              <w:t xml:space="preserve">, </w:t>
            </w:r>
            <w:proofErr w:type="spellStart"/>
            <w:r w:rsidRPr="007210FE">
              <w:t>tránh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tình</w:t>
            </w:r>
            <w:proofErr w:type="spellEnd"/>
            <w:r>
              <w:t xml:space="preserve"> </w:t>
            </w:r>
            <w:proofErr w:type="spellStart"/>
            <w:r w:rsidRPr="007210FE">
              <w:t>trạng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tranh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chấp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thẩm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quyền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trong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việc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triển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khai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cơ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chế</w:t>
            </w:r>
            <w:proofErr w:type="spellEnd"/>
            <w:r w:rsidRPr="007210FE">
              <w:t xml:space="preserve"> “</w:t>
            </w:r>
            <w:proofErr w:type="spellStart"/>
            <w:r w:rsidRPr="007210FE">
              <w:t>thừa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nhận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đơn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phương</w:t>
            </w:r>
            <w:proofErr w:type="spellEnd"/>
            <w:r w:rsidRPr="007210FE">
              <w:t>”.</w:t>
            </w:r>
            <w:r>
              <w:t xml:space="preserve"> </w:t>
            </w:r>
            <w:proofErr w:type="spellStart"/>
            <w:r w:rsidRPr="007210FE">
              <w:t>Đồng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thời</w:t>
            </w:r>
            <w:proofErr w:type="spellEnd"/>
            <w:r w:rsidRPr="007210FE">
              <w:t xml:space="preserve">, </w:t>
            </w:r>
            <w:proofErr w:type="spellStart"/>
            <w:r w:rsidRPr="007210FE">
              <w:t>đề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nghị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xem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xét</w:t>
            </w:r>
            <w:proofErr w:type="spellEnd"/>
            <w:r w:rsidRPr="007210FE">
              <w:t xml:space="preserve">, </w:t>
            </w:r>
            <w:proofErr w:type="spellStart"/>
            <w:r w:rsidRPr="007210FE">
              <w:t>đưa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nội</w:t>
            </w:r>
            <w:proofErr w:type="spellEnd"/>
            <w:r w:rsidRPr="007210FE">
              <w:t xml:space="preserve"> dung </w:t>
            </w:r>
            <w:proofErr w:type="spellStart"/>
            <w:r w:rsidRPr="007210FE">
              <w:t>quy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định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về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cơ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chế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phối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hợp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giữa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các</w:t>
            </w:r>
            <w:proofErr w:type="spellEnd"/>
            <w:r w:rsidRPr="007210FE">
              <w:br/>
            </w:r>
            <w:proofErr w:type="spellStart"/>
            <w:r w:rsidRPr="007210FE">
              <w:t>ngành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trong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dự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thảo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thông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tư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này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vào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dự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thảo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Nghị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định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của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Chính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phủ</w:t>
            </w:r>
            <w:proofErr w:type="spellEnd"/>
            <w:r w:rsidRPr="007210FE">
              <w:t xml:space="preserve"> </w:t>
            </w:r>
            <w:r w:rsidRPr="007210FE">
              <w:rPr>
                <w:i/>
                <w:iCs/>
              </w:rPr>
              <w:t xml:space="preserve">Quy </w:t>
            </w:r>
            <w:proofErr w:type="spellStart"/>
            <w:r w:rsidRPr="007210FE">
              <w:rPr>
                <w:i/>
                <w:iCs/>
              </w:rPr>
              <w:t>định</w:t>
            </w:r>
            <w:proofErr w:type="spellEnd"/>
            <w:r>
              <w:rPr>
                <w:i/>
                <w:iCs/>
              </w:rPr>
              <w:t xml:space="preserve"> </w:t>
            </w:r>
            <w:r w:rsidRPr="007210FE">
              <w:rPr>
                <w:i/>
                <w:iCs/>
              </w:rPr>
              <w:t xml:space="preserve">chi </w:t>
            </w:r>
            <w:proofErr w:type="spellStart"/>
            <w:r w:rsidRPr="007210FE">
              <w:rPr>
                <w:i/>
                <w:iCs/>
              </w:rPr>
              <w:t>tiết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một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số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điều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và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biện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pháp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để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tổ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chức</w:t>
            </w:r>
            <w:proofErr w:type="spellEnd"/>
            <w:r w:rsidRPr="007210FE">
              <w:rPr>
                <w:i/>
                <w:iCs/>
              </w:rPr>
              <w:t xml:space="preserve">, </w:t>
            </w:r>
            <w:proofErr w:type="spellStart"/>
            <w:r w:rsidRPr="007210FE">
              <w:rPr>
                <w:i/>
                <w:iCs/>
              </w:rPr>
              <w:t>hướng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dẫn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thi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hành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Luật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Tiêu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chuẩn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và</w:t>
            </w:r>
            <w:proofErr w:type="spellEnd"/>
            <w:r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quy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chuẩn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kỹ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rPr>
                <w:i/>
                <w:iCs/>
              </w:rPr>
              <w:t>thuật</w:t>
            </w:r>
            <w:proofErr w:type="spellEnd"/>
            <w:r w:rsidRPr="007210FE">
              <w:rPr>
                <w:i/>
                <w:iCs/>
              </w:rPr>
              <w:t xml:space="preserve"> </w:t>
            </w:r>
            <w:proofErr w:type="spellStart"/>
            <w:r w:rsidRPr="007210FE">
              <w:t>mà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Bộ</w:t>
            </w:r>
            <w:proofErr w:type="spellEnd"/>
            <w:r w:rsidRPr="007210FE">
              <w:t xml:space="preserve"> KH&amp;CN </w:t>
            </w:r>
            <w:proofErr w:type="spellStart"/>
            <w:r w:rsidRPr="007210FE">
              <w:t>đang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chủ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trì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nhằm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tăng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mức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độ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tác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động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trong</w:t>
            </w:r>
            <w:proofErr w:type="spellEnd"/>
            <w:r>
              <w:t xml:space="preserve"> </w:t>
            </w:r>
            <w:proofErr w:type="spellStart"/>
            <w:r w:rsidRPr="007210FE">
              <w:t>việc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phối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hợp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giữa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các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Bộ</w:t>
            </w:r>
            <w:proofErr w:type="spellEnd"/>
            <w:r w:rsidRPr="007210FE">
              <w:t xml:space="preserve">, </w:t>
            </w:r>
            <w:proofErr w:type="spellStart"/>
            <w:r w:rsidRPr="007210FE">
              <w:t>ngành</w:t>
            </w:r>
            <w:proofErr w:type="spellEnd"/>
            <w:r w:rsidRPr="007210FE">
              <w:t>.</w:t>
            </w:r>
            <w:r w:rsidR="007476F5">
              <w:t xml:space="preserve"> </w:t>
            </w:r>
          </w:p>
          <w:p w14:paraId="1A1F4176" w14:textId="77777777" w:rsidR="007476F5" w:rsidRPr="007476F5" w:rsidRDefault="007476F5" w:rsidP="007476F5">
            <w:pPr>
              <w:rPr>
                <w:b/>
                <w:bCs/>
              </w:rPr>
            </w:pPr>
            <w:proofErr w:type="spellStart"/>
            <w:r w:rsidRPr="007476F5">
              <w:rPr>
                <w:b/>
                <w:bCs/>
              </w:rPr>
              <w:t>Sở</w:t>
            </w:r>
            <w:proofErr w:type="spellEnd"/>
            <w:r w:rsidRPr="007476F5">
              <w:rPr>
                <w:b/>
                <w:bCs/>
              </w:rPr>
              <w:t xml:space="preserve"> KHCN Ninh Bình:</w:t>
            </w:r>
          </w:p>
          <w:p w14:paraId="0D13FAB0" w14:textId="57EEA144" w:rsidR="007476F5" w:rsidRDefault="007476F5" w:rsidP="007476F5">
            <w:r w:rsidRPr="007476F5">
              <w:t xml:space="preserve">+ </w:t>
            </w:r>
            <w:proofErr w:type="spellStart"/>
            <w:r w:rsidRPr="007476F5">
              <w:t>Sửa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đổi</w:t>
            </w:r>
            <w:proofErr w:type="spellEnd"/>
            <w:r w:rsidRPr="007476F5">
              <w:t xml:space="preserve">, </w:t>
            </w:r>
            <w:proofErr w:type="spellStart"/>
            <w:r w:rsidRPr="007476F5">
              <w:t>bổ</w:t>
            </w:r>
            <w:proofErr w:type="spellEnd"/>
            <w:r w:rsidRPr="007476F5">
              <w:t xml:space="preserve"> sung </w:t>
            </w:r>
            <w:proofErr w:type="spellStart"/>
            <w:r w:rsidRPr="007476F5">
              <w:t>Điểm</w:t>
            </w:r>
            <w:proofErr w:type="spellEnd"/>
            <w:r w:rsidRPr="007476F5">
              <w:t xml:space="preserve"> b </w:t>
            </w:r>
            <w:proofErr w:type="spellStart"/>
            <w:r w:rsidRPr="007476F5">
              <w:t>khoản</w:t>
            </w:r>
            <w:proofErr w:type="spellEnd"/>
            <w:r w:rsidRPr="007476F5">
              <w:t xml:space="preserve"> 3 </w:t>
            </w:r>
            <w:proofErr w:type="spellStart"/>
            <w:r w:rsidRPr="007476F5">
              <w:t>Điều</w:t>
            </w:r>
            <w:proofErr w:type="spellEnd"/>
            <w:r w:rsidRPr="007476F5">
              <w:t xml:space="preserve"> 8 </w:t>
            </w:r>
            <w:proofErr w:type="spellStart"/>
            <w:r w:rsidRPr="007476F5">
              <w:t>cụm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từ</w:t>
            </w:r>
            <w:proofErr w:type="spellEnd"/>
            <w:r w:rsidRPr="007476F5">
              <w:t xml:space="preserve">: </w:t>
            </w:r>
            <w:r w:rsidRPr="007476F5">
              <w:rPr>
                <w:b/>
                <w:bCs/>
              </w:rPr>
              <w:t>“</w:t>
            </w:r>
            <w:proofErr w:type="spellStart"/>
            <w:r w:rsidRPr="007476F5">
              <w:rPr>
                <w:b/>
                <w:bCs/>
              </w:rPr>
              <w:t>tiến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hành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thẩm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tra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hồ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sơ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và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thẩm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tra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lastRenderedPageBreak/>
              <w:t>năng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lực</w:t>
            </w:r>
            <w:proofErr w:type="spellEnd"/>
            <w:r w:rsidRPr="007476F5">
              <w:rPr>
                <w:b/>
                <w:bCs/>
              </w:rPr>
              <w:t xml:space="preserve">” </w:t>
            </w:r>
            <w:r w:rsidRPr="007476F5">
              <w:t>:</w:t>
            </w:r>
            <w:r w:rsidRPr="007476F5">
              <w:br/>
              <w:t xml:space="preserve">“b) Trong </w:t>
            </w:r>
            <w:proofErr w:type="spellStart"/>
            <w:r w:rsidRPr="007476F5">
              <w:t>thời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hạn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bảy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ngày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làm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việc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kể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từ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ngày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nhận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hồ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sơ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hợp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lệ</w:t>
            </w:r>
            <w:proofErr w:type="spellEnd"/>
            <w:r w:rsidRPr="007476F5">
              <w:t xml:space="preserve">, </w:t>
            </w:r>
            <w:proofErr w:type="spellStart"/>
            <w:r w:rsidRPr="007476F5">
              <w:t>cơ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quan</w:t>
            </w:r>
            <w:proofErr w:type="spellEnd"/>
            <w:r>
              <w:t xml:space="preserve"> </w:t>
            </w:r>
            <w:proofErr w:type="spellStart"/>
            <w:r w:rsidRPr="007476F5">
              <w:t>có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thẩm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quyền</w:t>
            </w:r>
            <w:proofErr w:type="spellEnd"/>
            <w:r w:rsidRPr="007476F5">
              <w:t xml:space="preserve"> </w:t>
            </w:r>
            <w:proofErr w:type="spellStart"/>
            <w:r w:rsidRPr="007476F5">
              <w:rPr>
                <w:b/>
                <w:bCs/>
              </w:rPr>
              <w:t>tiến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hành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thẩm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tra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hồ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sơ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và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thẩm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tra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năng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lực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t>theo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các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bướcsau</w:t>
            </w:r>
            <w:proofErr w:type="spellEnd"/>
            <w:r w:rsidRPr="007476F5">
              <w:t>:”</w:t>
            </w:r>
            <w:r w:rsidRPr="007476F5">
              <w:br/>
              <w:t xml:space="preserve">+ </w:t>
            </w:r>
            <w:proofErr w:type="spellStart"/>
            <w:r w:rsidRPr="007476F5">
              <w:t>Sửa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đổi</w:t>
            </w:r>
            <w:proofErr w:type="spellEnd"/>
            <w:r w:rsidRPr="007476F5">
              <w:t xml:space="preserve">, </w:t>
            </w:r>
            <w:proofErr w:type="spellStart"/>
            <w:r w:rsidRPr="007476F5">
              <w:t>bổ</w:t>
            </w:r>
            <w:proofErr w:type="spellEnd"/>
            <w:r w:rsidRPr="007476F5">
              <w:t xml:space="preserve"> sung </w:t>
            </w:r>
            <w:proofErr w:type="spellStart"/>
            <w:r w:rsidRPr="007476F5">
              <w:t>Điểm</w:t>
            </w:r>
            <w:proofErr w:type="spellEnd"/>
            <w:r w:rsidRPr="007476F5">
              <w:t xml:space="preserve"> a </w:t>
            </w:r>
            <w:proofErr w:type="spellStart"/>
            <w:r w:rsidRPr="007476F5">
              <w:t>khoản</w:t>
            </w:r>
            <w:proofErr w:type="spellEnd"/>
            <w:r w:rsidRPr="007476F5">
              <w:t xml:space="preserve"> 4 </w:t>
            </w:r>
            <w:proofErr w:type="spellStart"/>
            <w:r w:rsidRPr="007476F5">
              <w:t>Điều</w:t>
            </w:r>
            <w:proofErr w:type="spellEnd"/>
            <w:r w:rsidRPr="007476F5">
              <w:t xml:space="preserve"> 8 </w:t>
            </w:r>
            <w:proofErr w:type="spellStart"/>
            <w:r w:rsidRPr="007476F5">
              <w:t>cụm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từ</w:t>
            </w:r>
            <w:proofErr w:type="spellEnd"/>
            <w:r w:rsidRPr="007476F5">
              <w:t xml:space="preserve">: </w:t>
            </w:r>
            <w:r w:rsidRPr="007476F5">
              <w:rPr>
                <w:b/>
                <w:bCs/>
              </w:rPr>
              <w:t>“</w:t>
            </w:r>
            <w:proofErr w:type="spellStart"/>
            <w:r w:rsidRPr="007476F5">
              <w:rPr>
                <w:b/>
                <w:bCs/>
              </w:rPr>
              <w:t>hoàn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tất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việc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thẩm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tra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hồ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sơ</w:t>
            </w:r>
            <w:proofErr w:type="spellEnd"/>
            <w:r w:rsidRPr="007476F5">
              <w:rPr>
                <w:b/>
                <w:bCs/>
              </w:rPr>
              <w:t>”:</w:t>
            </w:r>
            <w:r w:rsidRPr="007476F5">
              <w:rPr>
                <w:b/>
                <w:bCs/>
              </w:rPr>
              <w:br/>
            </w:r>
            <w:r w:rsidRPr="007476F5">
              <w:t xml:space="preserve">“a) Trong </w:t>
            </w:r>
            <w:proofErr w:type="spellStart"/>
            <w:r w:rsidRPr="007476F5">
              <w:t>thời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hạn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không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quá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ba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mươi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ngày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làm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việc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kể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từ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ngày</w:t>
            </w:r>
            <w:proofErr w:type="spellEnd"/>
            <w:r w:rsidRPr="007476F5">
              <w:t xml:space="preserve"> </w:t>
            </w:r>
            <w:proofErr w:type="spellStart"/>
            <w:r w:rsidRPr="007476F5">
              <w:rPr>
                <w:b/>
                <w:bCs/>
              </w:rPr>
              <w:t>hoàn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tất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việc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thẩm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tra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hồ</w:t>
            </w:r>
            <w:proofErr w:type="spellEnd"/>
            <w:r w:rsidRPr="007476F5">
              <w:rPr>
                <w:b/>
                <w:bCs/>
              </w:rPr>
              <w:t xml:space="preserve"> </w:t>
            </w:r>
            <w:proofErr w:type="spellStart"/>
            <w:r w:rsidRPr="007476F5">
              <w:rPr>
                <w:b/>
                <w:bCs/>
              </w:rPr>
              <w:t>sơ</w:t>
            </w:r>
            <w:proofErr w:type="spellEnd"/>
            <w:r w:rsidRPr="007476F5">
              <w:t xml:space="preserve">, </w:t>
            </w:r>
            <w:proofErr w:type="spellStart"/>
            <w:r w:rsidRPr="007476F5">
              <w:t>cơ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quan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có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thẩm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quyền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xem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xét</w:t>
            </w:r>
            <w:proofErr w:type="spellEnd"/>
            <w:r w:rsidRPr="007476F5">
              <w:t xml:space="preserve">, ban </w:t>
            </w:r>
            <w:proofErr w:type="spellStart"/>
            <w:r w:rsidRPr="007476F5">
              <w:t>hành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quyết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định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thừa</w:t>
            </w:r>
            <w:proofErr w:type="spellEnd"/>
            <w:r>
              <w:t xml:space="preserve"> </w:t>
            </w:r>
            <w:proofErr w:type="spellStart"/>
            <w:r w:rsidRPr="007476F5">
              <w:t>nhận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đơn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phương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kết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quả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đánh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giá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sự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phù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hợp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của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tổ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chức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quốc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tế</w:t>
            </w:r>
            <w:proofErr w:type="spellEnd"/>
            <w:r w:rsidRPr="007476F5">
              <w:t xml:space="preserve">, </w:t>
            </w:r>
            <w:proofErr w:type="spellStart"/>
            <w:r w:rsidRPr="007476F5">
              <w:t>nước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ngoài</w:t>
            </w:r>
            <w:proofErr w:type="spellEnd"/>
            <w:r w:rsidRPr="007476F5">
              <w:t>;”</w:t>
            </w:r>
            <w:r w:rsidRPr="007476F5">
              <w:br/>
              <w:t xml:space="preserve">+ </w:t>
            </w:r>
            <w:proofErr w:type="spellStart"/>
            <w:r w:rsidRPr="007476F5">
              <w:t>Đề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nghị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nghiên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cứu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để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bổ</w:t>
            </w:r>
            <w:proofErr w:type="spellEnd"/>
            <w:r w:rsidRPr="007476F5">
              <w:t xml:space="preserve"> sung </w:t>
            </w:r>
            <w:proofErr w:type="spellStart"/>
            <w:r w:rsidRPr="007476F5">
              <w:t>trong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Điều</w:t>
            </w:r>
            <w:proofErr w:type="spellEnd"/>
            <w:r w:rsidRPr="007476F5">
              <w:t xml:space="preserve"> 9 </w:t>
            </w:r>
            <w:proofErr w:type="spellStart"/>
            <w:r w:rsidRPr="007476F5">
              <w:t>quy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định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về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việc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công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bố</w:t>
            </w:r>
            <w:proofErr w:type="spellEnd"/>
            <w:r w:rsidRPr="007476F5">
              <w:br/>
            </w:r>
            <w:proofErr w:type="spellStart"/>
            <w:r w:rsidRPr="007476F5">
              <w:t>công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khai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trên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Cổng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thông</w:t>
            </w:r>
            <w:proofErr w:type="spellEnd"/>
            <w:r w:rsidRPr="007476F5">
              <w:t xml:space="preserve"> tin </w:t>
            </w:r>
            <w:proofErr w:type="spellStart"/>
            <w:r w:rsidRPr="007476F5">
              <w:t>điện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tử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quốc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gia</w:t>
            </w:r>
            <w:proofErr w:type="spellEnd"/>
            <w:r w:rsidRPr="007476F5">
              <w:t xml:space="preserve"> (</w:t>
            </w:r>
            <w:proofErr w:type="spellStart"/>
            <w:r w:rsidRPr="007476F5">
              <w:t>hoặc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Cổng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thông</w:t>
            </w:r>
            <w:proofErr w:type="spellEnd"/>
            <w:r w:rsidRPr="007476F5">
              <w:t xml:space="preserve"> tin </w:t>
            </w:r>
            <w:proofErr w:type="spellStart"/>
            <w:r w:rsidRPr="007476F5">
              <w:t>của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Bộ</w:t>
            </w:r>
            <w:proofErr w:type="spellEnd"/>
            <w:r w:rsidRPr="007476F5">
              <w:br/>
              <w:t xml:space="preserve">KH&amp;CN) </w:t>
            </w:r>
            <w:proofErr w:type="spellStart"/>
            <w:r w:rsidRPr="007476F5">
              <w:t>những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thông</w:t>
            </w:r>
            <w:proofErr w:type="spellEnd"/>
            <w:r w:rsidRPr="007476F5">
              <w:t xml:space="preserve"> tin </w:t>
            </w:r>
            <w:proofErr w:type="spellStart"/>
            <w:r w:rsidRPr="007476F5">
              <w:t>sau</w:t>
            </w:r>
            <w:proofErr w:type="spellEnd"/>
            <w:r w:rsidRPr="007476F5">
              <w:t xml:space="preserve">: </w:t>
            </w:r>
            <w:proofErr w:type="spellStart"/>
            <w:r w:rsidRPr="007476F5">
              <w:t>Nội</w:t>
            </w:r>
            <w:proofErr w:type="spellEnd"/>
            <w:r w:rsidRPr="007476F5">
              <w:t xml:space="preserve"> dung </w:t>
            </w:r>
            <w:proofErr w:type="spellStart"/>
            <w:r w:rsidRPr="007476F5">
              <w:t>tóm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tắt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của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các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Hiệp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định</w:t>
            </w:r>
            <w:proofErr w:type="spellEnd"/>
            <w:r w:rsidRPr="007476F5">
              <w:t>/</w:t>
            </w:r>
            <w:proofErr w:type="spellStart"/>
            <w:r w:rsidRPr="007476F5">
              <w:t>Thỏa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thuận</w:t>
            </w:r>
            <w:proofErr w:type="spellEnd"/>
            <w:r w:rsidRPr="007476F5">
              <w:br/>
            </w:r>
            <w:proofErr w:type="spellStart"/>
            <w:r w:rsidRPr="007476F5">
              <w:t>thừa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nhận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lẫn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nhau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đã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ký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kết</w:t>
            </w:r>
            <w:proofErr w:type="spellEnd"/>
            <w:r w:rsidRPr="007476F5">
              <w:t xml:space="preserve">; Danh </w:t>
            </w:r>
            <w:proofErr w:type="spellStart"/>
            <w:r w:rsidRPr="007476F5">
              <w:t>sách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cập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nhật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các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Tổ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chức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đánh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giá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sự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phù</w:t>
            </w:r>
            <w:proofErr w:type="spellEnd"/>
            <w:r w:rsidRPr="007476F5">
              <w:br/>
            </w:r>
            <w:proofErr w:type="spellStart"/>
            <w:r w:rsidRPr="007476F5">
              <w:t>hợp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của</w:t>
            </w:r>
            <w:proofErr w:type="spellEnd"/>
            <w:r w:rsidRPr="007476F5">
              <w:t xml:space="preserve"> Việt Nam </w:t>
            </w:r>
            <w:proofErr w:type="spellStart"/>
            <w:r w:rsidRPr="007476F5">
              <w:t>và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nước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ngoài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được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chỉ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định</w:t>
            </w:r>
            <w:proofErr w:type="spellEnd"/>
            <w:r w:rsidRPr="007476F5">
              <w:t>/</w:t>
            </w:r>
            <w:proofErr w:type="spellStart"/>
            <w:r w:rsidRPr="007476F5">
              <w:t>thừa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nhận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chính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thức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theo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các</w:t>
            </w:r>
            <w:proofErr w:type="spellEnd"/>
            <w:r w:rsidRPr="007476F5">
              <w:br/>
            </w:r>
            <w:proofErr w:type="spellStart"/>
            <w:r w:rsidRPr="007476F5">
              <w:t>Hiệp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định</w:t>
            </w:r>
            <w:proofErr w:type="spellEnd"/>
            <w:r w:rsidRPr="007476F5">
              <w:t>/</w:t>
            </w:r>
            <w:proofErr w:type="spellStart"/>
            <w:r w:rsidRPr="007476F5">
              <w:t>Thỏa</w:t>
            </w:r>
            <w:proofErr w:type="spellEnd"/>
            <w:r w:rsidRPr="007476F5">
              <w:t xml:space="preserve"> </w:t>
            </w:r>
            <w:proofErr w:type="spellStart"/>
            <w:r w:rsidRPr="007476F5">
              <w:t>thuận</w:t>
            </w:r>
            <w:proofErr w:type="spellEnd"/>
            <w:r w:rsidRPr="007476F5">
              <w:t>.</w:t>
            </w:r>
          </w:p>
          <w:p w14:paraId="21A8284A" w14:textId="77777777" w:rsidR="007476F5" w:rsidRDefault="007476F5" w:rsidP="007476F5"/>
          <w:p w14:paraId="40612A7E" w14:textId="77777777" w:rsidR="007476F5" w:rsidRPr="00534ECA" w:rsidRDefault="007476F5" w:rsidP="007476F5">
            <w:pPr>
              <w:rPr>
                <w:b/>
                <w:bCs/>
              </w:rPr>
            </w:pPr>
            <w:proofErr w:type="spellStart"/>
            <w:r w:rsidRPr="00534ECA">
              <w:rPr>
                <w:b/>
                <w:bCs/>
              </w:rPr>
              <w:t>Hội</w:t>
            </w:r>
            <w:proofErr w:type="spellEnd"/>
            <w:r w:rsidRPr="00534ECA">
              <w:rPr>
                <w:b/>
                <w:bCs/>
              </w:rPr>
              <w:t xml:space="preserve"> </w:t>
            </w:r>
            <w:proofErr w:type="spellStart"/>
            <w:r w:rsidRPr="00534ECA">
              <w:rPr>
                <w:b/>
                <w:bCs/>
              </w:rPr>
              <w:t>Tiêu</w:t>
            </w:r>
            <w:proofErr w:type="spellEnd"/>
            <w:r w:rsidRPr="00534ECA">
              <w:rPr>
                <w:b/>
                <w:bCs/>
              </w:rPr>
              <w:t xml:space="preserve"> </w:t>
            </w:r>
            <w:proofErr w:type="spellStart"/>
            <w:r w:rsidRPr="00534ECA">
              <w:rPr>
                <w:b/>
                <w:bCs/>
              </w:rPr>
              <w:t>chuẩn</w:t>
            </w:r>
            <w:proofErr w:type="spellEnd"/>
            <w:r w:rsidRPr="00534ECA">
              <w:rPr>
                <w:b/>
                <w:bCs/>
              </w:rPr>
              <w:t xml:space="preserve"> &amp; </w:t>
            </w:r>
            <w:proofErr w:type="spellStart"/>
            <w:r w:rsidRPr="00534ECA">
              <w:rPr>
                <w:b/>
                <w:bCs/>
              </w:rPr>
              <w:t>Chất</w:t>
            </w:r>
            <w:proofErr w:type="spellEnd"/>
            <w:r w:rsidRPr="00534ECA">
              <w:rPr>
                <w:b/>
                <w:bCs/>
              </w:rPr>
              <w:t xml:space="preserve"> </w:t>
            </w:r>
            <w:proofErr w:type="spellStart"/>
            <w:r w:rsidRPr="00534ECA">
              <w:rPr>
                <w:b/>
                <w:bCs/>
              </w:rPr>
              <w:t>lượng</w:t>
            </w:r>
            <w:proofErr w:type="spellEnd"/>
            <w:r w:rsidRPr="00534ECA">
              <w:rPr>
                <w:b/>
                <w:bCs/>
              </w:rPr>
              <w:t xml:space="preserve"> VN</w:t>
            </w:r>
            <w:r>
              <w:rPr>
                <w:b/>
                <w:bCs/>
              </w:rPr>
              <w:t>:</w:t>
            </w:r>
          </w:p>
          <w:p w14:paraId="6AA803E7" w14:textId="77777777" w:rsidR="007476F5" w:rsidRDefault="007476F5" w:rsidP="007476F5">
            <w:pPr>
              <w:pStyle w:val="ListParagraph"/>
              <w:numPr>
                <w:ilvl w:val="0"/>
                <w:numId w:val="10"/>
              </w:numPr>
              <w:ind w:left="361"/>
            </w:pPr>
            <w:proofErr w:type="spellStart"/>
            <w:r>
              <w:t>Khoản</w:t>
            </w:r>
            <w:proofErr w:type="spellEnd"/>
            <w:r>
              <w:t xml:space="preserve"> 4 </w:t>
            </w:r>
            <w:proofErr w:type="spellStart"/>
            <w:r>
              <w:t>Điều</w:t>
            </w:r>
            <w:proofErr w:type="spellEnd"/>
            <w:r>
              <w:t xml:space="preserve"> 8: </w:t>
            </w:r>
            <w:proofErr w:type="spellStart"/>
            <w:r>
              <w:t>bỏ</w:t>
            </w:r>
            <w:proofErr w:type="spellEnd"/>
            <w:r>
              <w:t xml:space="preserve"> </w:t>
            </w:r>
            <w:proofErr w:type="spellStart"/>
            <w:r>
              <w:t>viết</w:t>
            </w:r>
            <w:proofErr w:type="spellEnd"/>
            <w:r>
              <w:t xml:space="preserve"> </w:t>
            </w:r>
            <w:proofErr w:type="spellStart"/>
            <w:r>
              <w:t>tắt</w:t>
            </w:r>
            <w:proofErr w:type="spellEnd"/>
            <w:r>
              <w:t xml:space="preserve"> SPHH</w:t>
            </w:r>
          </w:p>
          <w:p w14:paraId="4DC117EE" w14:textId="77777777" w:rsidR="007476F5" w:rsidRDefault="007476F5" w:rsidP="007476F5"/>
          <w:p w14:paraId="76251944" w14:textId="77777777" w:rsidR="007476F5" w:rsidRDefault="007476F5" w:rsidP="007476F5"/>
          <w:p w14:paraId="30FE4ADB" w14:textId="77777777" w:rsidR="007476F5" w:rsidRDefault="007476F5" w:rsidP="007476F5"/>
          <w:p w14:paraId="294E9709" w14:textId="77777777" w:rsidR="007476F5" w:rsidRDefault="007476F5" w:rsidP="007476F5"/>
          <w:p w14:paraId="7382436C" w14:textId="3ED6FAFD" w:rsidR="007476F5" w:rsidRDefault="007476F5" w:rsidP="007476F5"/>
        </w:tc>
        <w:tc>
          <w:tcPr>
            <w:tcW w:w="3062" w:type="dxa"/>
          </w:tcPr>
          <w:p w14:paraId="08615AAE" w14:textId="77777777" w:rsidR="006D55D4" w:rsidRDefault="00CE4CEF" w:rsidP="006D55D4">
            <w:pPr>
              <w:jc w:val="both"/>
              <w:rPr>
                <w:szCs w:val="26"/>
              </w:rPr>
            </w:pPr>
            <w:proofErr w:type="spellStart"/>
            <w:r>
              <w:rPr>
                <w:szCs w:val="26"/>
              </w:rPr>
              <w:lastRenderedPageBreak/>
              <w:t>Tiếp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thu</w:t>
            </w:r>
            <w:proofErr w:type="spellEnd"/>
            <w:r>
              <w:rPr>
                <w:szCs w:val="26"/>
              </w:rPr>
              <w:t>:</w:t>
            </w:r>
          </w:p>
          <w:p w14:paraId="5A6CB540" w14:textId="77777777" w:rsidR="00CE4CEF" w:rsidRDefault="00CE4CEF" w:rsidP="006D55D4">
            <w:pPr>
              <w:jc w:val="both"/>
              <w:rPr>
                <w:szCs w:val="26"/>
              </w:rPr>
            </w:pPr>
            <w:r>
              <w:rPr>
                <w:szCs w:val="26"/>
              </w:rPr>
              <w:t xml:space="preserve">- </w:t>
            </w:r>
            <w:proofErr w:type="spellStart"/>
            <w:r>
              <w:rPr>
                <w:szCs w:val="26"/>
              </w:rPr>
              <w:t>Trách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nhiệm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chủ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trì</w:t>
            </w:r>
            <w:proofErr w:type="spellEnd"/>
            <w:r>
              <w:rPr>
                <w:szCs w:val="26"/>
              </w:rPr>
              <w:t xml:space="preserve">, </w:t>
            </w:r>
            <w:proofErr w:type="spellStart"/>
            <w:r>
              <w:rPr>
                <w:szCs w:val="26"/>
              </w:rPr>
              <w:t>phối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hợp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giữa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các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bộ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ngành</w:t>
            </w:r>
            <w:proofErr w:type="spellEnd"/>
            <w:r>
              <w:rPr>
                <w:szCs w:val="26"/>
              </w:rPr>
              <w:t xml:space="preserve">, </w:t>
            </w:r>
            <w:proofErr w:type="spellStart"/>
            <w:r>
              <w:rPr>
                <w:szCs w:val="26"/>
              </w:rPr>
              <w:t>địa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phương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đã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được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quy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định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cụ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thể</w:t>
            </w:r>
            <w:proofErr w:type="spellEnd"/>
            <w:r>
              <w:rPr>
                <w:szCs w:val="26"/>
              </w:rPr>
              <w:t xml:space="preserve">, </w:t>
            </w:r>
            <w:proofErr w:type="spellStart"/>
            <w:r>
              <w:rPr>
                <w:szCs w:val="26"/>
              </w:rPr>
              <w:t>rõ</w:t>
            </w:r>
            <w:proofErr w:type="spellEnd"/>
            <w:r>
              <w:rPr>
                <w:szCs w:val="26"/>
              </w:rPr>
              <w:t xml:space="preserve"> rang </w:t>
            </w:r>
            <w:proofErr w:type="spellStart"/>
            <w:r>
              <w:rPr>
                <w:szCs w:val="26"/>
              </w:rPr>
              <w:t>quyền</w:t>
            </w:r>
            <w:proofErr w:type="spellEnd"/>
            <w:r>
              <w:rPr>
                <w:szCs w:val="26"/>
              </w:rPr>
              <w:t xml:space="preserve">, </w:t>
            </w:r>
            <w:proofErr w:type="spellStart"/>
            <w:r>
              <w:rPr>
                <w:szCs w:val="26"/>
              </w:rPr>
              <w:t>trách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nhiệm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tại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Nghị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định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quy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định</w:t>
            </w:r>
            <w:proofErr w:type="spellEnd"/>
            <w:r>
              <w:rPr>
                <w:szCs w:val="26"/>
              </w:rPr>
              <w:t xml:space="preserve"> chi </w:t>
            </w:r>
            <w:proofErr w:type="spellStart"/>
            <w:r>
              <w:rPr>
                <w:szCs w:val="26"/>
              </w:rPr>
              <w:t>tiết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một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số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điều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và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biện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pháp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để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thực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hiện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Luật</w:t>
            </w:r>
            <w:proofErr w:type="spellEnd"/>
            <w:r>
              <w:rPr>
                <w:szCs w:val="26"/>
              </w:rPr>
              <w:t xml:space="preserve"> TC&amp;QCKT.</w:t>
            </w:r>
          </w:p>
          <w:p w14:paraId="67617859" w14:textId="67D4FB61" w:rsidR="00F71529" w:rsidRPr="00E84277" w:rsidRDefault="00F71529" w:rsidP="006D55D4">
            <w:pPr>
              <w:jc w:val="both"/>
              <w:rPr>
                <w:szCs w:val="26"/>
              </w:rPr>
            </w:pPr>
            <w:r>
              <w:rPr>
                <w:szCs w:val="26"/>
              </w:rPr>
              <w:t xml:space="preserve">- </w:t>
            </w:r>
            <w:proofErr w:type="spellStart"/>
            <w:r>
              <w:rPr>
                <w:szCs w:val="26"/>
              </w:rPr>
              <w:t>Rà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soát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toàn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bộ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dự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thảo</w:t>
            </w:r>
            <w:proofErr w:type="spellEnd"/>
            <w:r>
              <w:rPr>
                <w:szCs w:val="26"/>
              </w:rPr>
              <w:t xml:space="preserve"> </w:t>
            </w:r>
            <w:r>
              <w:rPr>
                <w:szCs w:val="26"/>
              </w:rPr>
              <w:lastRenderedPageBreak/>
              <w:t xml:space="preserve">Thông </w:t>
            </w:r>
            <w:proofErr w:type="spellStart"/>
            <w:r>
              <w:rPr>
                <w:szCs w:val="26"/>
              </w:rPr>
              <w:t>tư</w:t>
            </w:r>
            <w:proofErr w:type="spellEnd"/>
            <w:r>
              <w:rPr>
                <w:szCs w:val="26"/>
              </w:rPr>
              <w:t xml:space="preserve">, </w:t>
            </w:r>
            <w:proofErr w:type="spellStart"/>
            <w:r>
              <w:rPr>
                <w:szCs w:val="26"/>
              </w:rPr>
              <w:t>bỏ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từ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viết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tắt</w:t>
            </w:r>
            <w:proofErr w:type="spellEnd"/>
            <w:r>
              <w:rPr>
                <w:szCs w:val="26"/>
              </w:rPr>
              <w:t xml:space="preserve"> SPHH.</w:t>
            </w:r>
          </w:p>
        </w:tc>
      </w:tr>
      <w:tr w:rsidR="006D55D4" w14:paraId="1CA7DF90" w14:textId="77777777" w:rsidTr="001A6D8A">
        <w:tc>
          <w:tcPr>
            <w:tcW w:w="14493" w:type="dxa"/>
            <w:gridSpan w:val="4"/>
          </w:tcPr>
          <w:p w14:paraId="0384E73E" w14:textId="77777777" w:rsidR="006D55D4" w:rsidRPr="001A6D8A" w:rsidRDefault="006D55D4" w:rsidP="006D55D4">
            <w:pPr>
              <w:spacing w:before="120"/>
              <w:jc w:val="center"/>
              <w:rPr>
                <w:b/>
              </w:rPr>
            </w:pPr>
            <w:r w:rsidRPr="001A6D8A">
              <w:rPr>
                <w:b/>
              </w:rPr>
              <w:lastRenderedPageBreak/>
              <w:t>CHƯƠNG IV. TỔ CHỨC THỰC HIỆN</w:t>
            </w:r>
          </w:p>
        </w:tc>
      </w:tr>
      <w:tr w:rsidR="006D55D4" w14:paraId="5DDC25D5" w14:textId="77777777" w:rsidTr="00E84277">
        <w:tc>
          <w:tcPr>
            <w:tcW w:w="1098" w:type="dxa"/>
          </w:tcPr>
          <w:p w14:paraId="6F3846F7" w14:textId="77777777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9</w:t>
            </w:r>
          </w:p>
        </w:tc>
        <w:tc>
          <w:tcPr>
            <w:tcW w:w="5113" w:type="dxa"/>
          </w:tcPr>
          <w:p w14:paraId="5D075FA6" w14:textId="78684A61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9. </w:t>
            </w:r>
            <w:proofErr w:type="spellStart"/>
            <w:r>
              <w:t>Trách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 Khoa </w:t>
            </w:r>
            <w:proofErr w:type="spellStart"/>
            <w:r>
              <w:t>học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Công </w:t>
            </w:r>
            <w:proofErr w:type="spellStart"/>
            <w:r>
              <w:t>nghệ</w:t>
            </w:r>
            <w:proofErr w:type="spellEnd"/>
            <w:r>
              <w:t xml:space="preserve"> </w:t>
            </w:r>
            <w:r>
              <w:br/>
              <w:t xml:space="preserve">1. </w:t>
            </w:r>
            <w:proofErr w:type="spellStart"/>
            <w:r>
              <w:t>Bộ</w:t>
            </w:r>
            <w:proofErr w:type="spellEnd"/>
            <w:r>
              <w:t xml:space="preserve"> Khoa </w:t>
            </w:r>
            <w:proofErr w:type="spellStart"/>
            <w:r>
              <w:t>học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Công </w:t>
            </w:r>
            <w:proofErr w:type="spellStart"/>
            <w:r>
              <w:t>nghệ</w:t>
            </w:r>
            <w:proofErr w:type="spellEnd"/>
            <w:r>
              <w:t xml:space="preserve"> </w:t>
            </w:r>
            <w:proofErr w:type="spellStart"/>
            <w:r>
              <w:t>giao</w:t>
            </w:r>
            <w:proofErr w:type="spellEnd"/>
            <w:r>
              <w:t xml:space="preserve"> </w:t>
            </w:r>
            <w:proofErr w:type="spellStart"/>
            <w:r>
              <w:t>Uỷ</w:t>
            </w:r>
            <w:proofErr w:type="spellEnd"/>
            <w:r>
              <w:t xml:space="preserve"> ban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Đo</w:t>
            </w:r>
            <w:proofErr w:type="spellEnd"/>
            <w:r>
              <w:t xml:space="preserve"> </w:t>
            </w:r>
            <w:proofErr w:type="spellStart"/>
            <w:r>
              <w:t>lường</w:t>
            </w:r>
            <w:proofErr w:type="spellEnd"/>
            <w:r>
              <w:t xml:space="preserve"> </w:t>
            </w:r>
            <w:proofErr w:type="spellStart"/>
            <w:r>
              <w:t>Chất</w:t>
            </w:r>
            <w:proofErr w:type="spellEnd"/>
            <w:r>
              <w:t xml:space="preserve"> </w:t>
            </w:r>
            <w:proofErr w:type="spellStart"/>
            <w:r>
              <w:t>lượng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dõi</w:t>
            </w:r>
            <w:proofErr w:type="spellEnd"/>
            <w:r>
              <w:t xml:space="preserve">, </w:t>
            </w:r>
            <w:proofErr w:type="spellStart"/>
            <w:r>
              <w:t>tổng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thống</w:t>
            </w:r>
            <w:proofErr w:type="spellEnd"/>
            <w:r>
              <w:t xml:space="preserve"> </w:t>
            </w:r>
            <w:proofErr w:type="spellStart"/>
            <w:r>
              <w:t>nhất</w:t>
            </w:r>
            <w:proofErr w:type="spellEnd"/>
            <w:r>
              <w:t xml:space="preserve"> </w:t>
            </w:r>
            <w:proofErr w:type="spellStart"/>
            <w:r>
              <w:t>quản</w:t>
            </w:r>
            <w:proofErr w:type="spellEnd"/>
            <w:r>
              <w:t xml:space="preserve"> </w:t>
            </w:r>
            <w:proofErr w:type="spellStart"/>
            <w:r>
              <w:t>lý</w:t>
            </w:r>
            <w:proofErr w:type="spellEnd"/>
            <w:r>
              <w:t xml:space="preserve"> </w:t>
            </w:r>
            <w:proofErr w:type="spellStart"/>
            <w:r>
              <w:t>việc</w:t>
            </w:r>
            <w:proofErr w:type="spellEnd"/>
            <w:r>
              <w:t xml:space="preserve"> </w:t>
            </w:r>
            <w:proofErr w:type="spellStart"/>
            <w:r>
              <w:t>triển</w:t>
            </w:r>
            <w:proofErr w:type="spellEnd"/>
            <w:r>
              <w:t xml:space="preserve"> </w:t>
            </w:r>
            <w:proofErr w:type="spellStart"/>
            <w:r>
              <w:t>khai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mà</w:t>
            </w:r>
            <w:proofErr w:type="spellEnd"/>
            <w:r>
              <w:t xml:space="preserve"> Việt Nam </w:t>
            </w:r>
            <w:proofErr w:type="spellStart"/>
            <w:r>
              <w:t>đã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lẫn</w:t>
            </w:r>
            <w:proofErr w:type="spellEnd"/>
            <w:r>
              <w:t xml:space="preserve"> </w:t>
            </w:r>
            <w:proofErr w:type="spellStart"/>
            <w:r>
              <w:t>nhau</w:t>
            </w:r>
            <w:proofErr w:type="spellEnd"/>
            <w:r>
              <w:t xml:space="preserve">,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đơn</w:t>
            </w:r>
            <w:proofErr w:type="spellEnd"/>
            <w:r>
              <w:t xml:space="preserve"> </w:t>
            </w:r>
            <w:proofErr w:type="spellStart"/>
            <w:r>
              <w:t>phương</w:t>
            </w:r>
            <w:proofErr w:type="spellEnd"/>
            <w:r>
              <w:t xml:space="preserve"> </w:t>
            </w:r>
            <w:proofErr w:type="spellStart"/>
            <w:r>
              <w:t>mà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Việt Nam </w:t>
            </w:r>
            <w:proofErr w:type="spellStart"/>
            <w:r>
              <w:t>đã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>.</w:t>
            </w:r>
          </w:p>
        </w:tc>
        <w:tc>
          <w:tcPr>
            <w:tcW w:w="5220" w:type="dxa"/>
          </w:tcPr>
          <w:p w14:paraId="31BCA1A5" w14:textId="77777777" w:rsidR="006D55D4" w:rsidRPr="004E3598" w:rsidRDefault="004E3598" w:rsidP="004E3598">
            <w:pPr>
              <w:jc w:val="both"/>
              <w:rPr>
                <w:b/>
                <w:bCs/>
              </w:rPr>
            </w:pPr>
            <w:proofErr w:type="spellStart"/>
            <w:r w:rsidRPr="004E3598">
              <w:rPr>
                <w:b/>
                <w:bCs/>
              </w:rPr>
              <w:t>Bộ</w:t>
            </w:r>
            <w:proofErr w:type="spellEnd"/>
            <w:r w:rsidRPr="004E3598">
              <w:rPr>
                <w:b/>
                <w:bCs/>
              </w:rPr>
              <w:t xml:space="preserve"> </w:t>
            </w:r>
            <w:proofErr w:type="spellStart"/>
            <w:r w:rsidRPr="004E3598">
              <w:rPr>
                <w:b/>
                <w:bCs/>
              </w:rPr>
              <w:t>Xây</w:t>
            </w:r>
            <w:proofErr w:type="spellEnd"/>
            <w:r w:rsidRPr="004E3598">
              <w:rPr>
                <w:b/>
                <w:bCs/>
              </w:rPr>
              <w:t xml:space="preserve"> </w:t>
            </w:r>
            <w:proofErr w:type="spellStart"/>
            <w:r w:rsidRPr="004E3598">
              <w:rPr>
                <w:b/>
                <w:bCs/>
              </w:rPr>
              <w:t>dựng</w:t>
            </w:r>
            <w:proofErr w:type="spellEnd"/>
            <w:r w:rsidRPr="004E3598">
              <w:rPr>
                <w:b/>
                <w:bCs/>
              </w:rPr>
              <w:t>:</w:t>
            </w:r>
          </w:p>
          <w:p w14:paraId="4C484632" w14:textId="77777777" w:rsidR="004E3598" w:rsidRDefault="004E3598" w:rsidP="004E3598">
            <w:pPr>
              <w:jc w:val="both"/>
              <w:rPr>
                <w:i/>
                <w:iCs/>
              </w:rPr>
            </w:pPr>
            <w:proofErr w:type="spellStart"/>
            <w:r w:rsidRPr="004E3598">
              <w:t>Đề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nghị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nghiên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cứu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chỉnh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lý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lại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bố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cục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Điều</w:t>
            </w:r>
            <w:proofErr w:type="spellEnd"/>
            <w:r w:rsidRPr="004E3598">
              <w:t xml:space="preserve"> 9 do </w:t>
            </w:r>
            <w:proofErr w:type="spellStart"/>
            <w:r w:rsidRPr="004E3598">
              <w:t>Điều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này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chỉ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có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một</w:t>
            </w:r>
            <w:proofErr w:type="spellEnd"/>
            <w:r>
              <w:t xml:space="preserve"> </w:t>
            </w:r>
            <w:proofErr w:type="spellStart"/>
            <w:r w:rsidRPr="004E3598">
              <w:t>khoản</w:t>
            </w:r>
            <w:proofErr w:type="spellEnd"/>
            <w:r w:rsidRPr="004E3598">
              <w:t xml:space="preserve">, </w:t>
            </w:r>
            <w:proofErr w:type="spellStart"/>
            <w:r w:rsidRPr="004E3598">
              <w:t>đồng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thời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cân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nhắc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chỉnh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lý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lại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nội</w:t>
            </w:r>
            <w:proofErr w:type="spellEnd"/>
            <w:r w:rsidRPr="004E3598">
              <w:t xml:space="preserve"> dung do </w:t>
            </w:r>
            <w:proofErr w:type="spellStart"/>
            <w:r w:rsidRPr="004E3598">
              <w:t>tên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Điều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là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trách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nhiệm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của</w:t>
            </w:r>
            <w:proofErr w:type="spellEnd"/>
            <w:r>
              <w:t xml:space="preserve"> </w:t>
            </w:r>
            <w:proofErr w:type="spellStart"/>
            <w:r w:rsidRPr="004E3598">
              <w:t>Bộ</w:t>
            </w:r>
            <w:proofErr w:type="spellEnd"/>
            <w:r w:rsidRPr="004E3598">
              <w:t xml:space="preserve"> Khoa </w:t>
            </w:r>
            <w:proofErr w:type="spellStart"/>
            <w:r w:rsidRPr="004E3598">
              <w:t>học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và</w:t>
            </w:r>
            <w:proofErr w:type="spellEnd"/>
            <w:r w:rsidRPr="004E3598">
              <w:t xml:space="preserve"> Công </w:t>
            </w:r>
            <w:proofErr w:type="spellStart"/>
            <w:r w:rsidRPr="004E3598">
              <w:t>nghệ</w:t>
            </w:r>
            <w:proofErr w:type="spellEnd"/>
            <w:r w:rsidRPr="004E3598">
              <w:t xml:space="preserve">, </w:t>
            </w:r>
            <w:proofErr w:type="spellStart"/>
            <w:r w:rsidRPr="004E3598">
              <w:t>nhưng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nội</w:t>
            </w:r>
            <w:proofErr w:type="spellEnd"/>
            <w:r w:rsidRPr="004E3598">
              <w:t xml:space="preserve"> dung </w:t>
            </w:r>
            <w:proofErr w:type="spellStart"/>
            <w:r w:rsidRPr="004E3598">
              <w:t>chỉ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có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quy</w:t>
            </w:r>
            <w:proofErr w:type="spellEnd"/>
            <w:r w:rsidRPr="004E3598">
              <w:t xml:space="preserve"> </w:t>
            </w:r>
            <w:proofErr w:type="spellStart"/>
            <w:r w:rsidRPr="004E3598">
              <w:t>định</w:t>
            </w:r>
            <w:proofErr w:type="spellEnd"/>
            <w:r w:rsidRPr="004E3598">
              <w:t xml:space="preserve"> </w:t>
            </w:r>
            <w:r w:rsidRPr="004E3598">
              <w:rPr>
                <w:i/>
                <w:iCs/>
              </w:rPr>
              <w:t>“</w:t>
            </w:r>
            <w:proofErr w:type="spellStart"/>
            <w:r w:rsidRPr="004E3598">
              <w:rPr>
                <w:i/>
                <w:iCs/>
              </w:rPr>
              <w:t>Bộ</w:t>
            </w:r>
            <w:proofErr w:type="spellEnd"/>
            <w:r w:rsidRPr="004E3598">
              <w:rPr>
                <w:i/>
                <w:iCs/>
              </w:rPr>
              <w:t xml:space="preserve"> Khoa </w:t>
            </w:r>
            <w:proofErr w:type="spellStart"/>
            <w:r w:rsidRPr="004E3598">
              <w:rPr>
                <w:i/>
                <w:iCs/>
              </w:rPr>
              <w:t>học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và</w:t>
            </w:r>
            <w:proofErr w:type="spellEnd"/>
            <w:r w:rsidRPr="004E3598">
              <w:rPr>
                <w:i/>
                <w:iCs/>
              </w:rPr>
              <w:br/>
              <w:t xml:space="preserve">Công </w:t>
            </w:r>
            <w:proofErr w:type="spellStart"/>
            <w:r w:rsidRPr="004E3598">
              <w:rPr>
                <w:i/>
                <w:iCs/>
              </w:rPr>
              <w:t>nghệ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giao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Uỷ</w:t>
            </w:r>
            <w:proofErr w:type="spellEnd"/>
            <w:r w:rsidRPr="004E3598">
              <w:rPr>
                <w:i/>
                <w:iCs/>
              </w:rPr>
              <w:t xml:space="preserve"> ban </w:t>
            </w:r>
            <w:proofErr w:type="spellStart"/>
            <w:r w:rsidRPr="004E3598">
              <w:rPr>
                <w:i/>
                <w:iCs/>
              </w:rPr>
              <w:t>Tiêu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chuẩn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Đo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lường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Chất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lượng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theo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dõi</w:t>
            </w:r>
            <w:proofErr w:type="spellEnd"/>
            <w:r w:rsidRPr="004E3598">
              <w:rPr>
                <w:i/>
                <w:iCs/>
              </w:rPr>
              <w:t xml:space="preserve">, </w:t>
            </w:r>
            <w:proofErr w:type="spellStart"/>
            <w:r w:rsidRPr="004E3598">
              <w:rPr>
                <w:i/>
                <w:iCs/>
              </w:rPr>
              <w:t>tổng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hợp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và</w:t>
            </w:r>
            <w:proofErr w:type="spellEnd"/>
            <w:r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thống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nhất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quản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lý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việc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triển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khai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thực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hiện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các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Hiệp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định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thừa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nhận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mà</w:t>
            </w:r>
            <w:proofErr w:type="spellEnd"/>
            <w:r w:rsidRPr="004E3598">
              <w:rPr>
                <w:i/>
                <w:iCs/>
              </w:rPr>
              <w:t xml:space="preserve"> Việt Nam</w:t>
            </w:r>
            <w:r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đã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ký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kết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và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các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Thoả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thuận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thừa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nhận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lẫn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nhau</w:t>
            </w:r>
            <w:proofErr w:type="spellEnd"/>
            <w:r w:rsidRPr="004E3598">
              <w:rPr>
                <w:i/>
                <w:iCs/>
              </w:rPr>
              <w:t xml:space="preserve">, </w:t>
            </w:r>
            <w:proofErr w:type="spellStart"/>
            <w:r w:rsidRPr="004E3598">
              <w:rPr>
                <w:i/>
                <w:iCs/>
              </w:rPr>
              <w:t>thừa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nhận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đơn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p</w:t>
            </w:r>
            <w:r w:rsidRPr="004E3598">
              <w:rPr>
                <w:i/>
                <w:iCs/>
              </w:rPr>
              <w:t>hương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mà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tổ</w:t>
            </w:r>
            <w:proofErr w:type="spellEnd"/>
            <w:r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chức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đánh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giá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sự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phù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hợp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của</w:t>
            </w:r>
            <w:proofErr w:type="spellEnd"/>
            <w:r w:rsidRPr="004E3598">
              <w:rPr>
                <w:i/>
                <w:iCs/>
              </w:rPr>
              <w:t xml:space="preserve"> Việt Nam </w:t>
            </w:r>
            <w:proofErr w:type="spellStart"/>
            <w:r w:rsidRPr="004E3598">
              <w:rPr>
                <w:i/>
                <w:iCs/>
              </w:rPr>
              <w:t>đã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ký</w:t>
            </w:r>
            <w:proofErr w:type="spellEnd"/>
            <w:r w:rsidRPr="004E3598">
              <w:rPr>
                <w:i/>
                <w:iCs/>
              </w:rPr>
              <w:t xml:space="preserve"> </w:t>
            </w:r>
            <w:proofErr w:type="spellStart"/>
            <w:r w:rsidRPr="004E3598">
              <w:rPr>
                <w:i/>
                <w:iCs/>
              </w:rPr>
              <w:t>kết</w:t>
            </w:r>
            <w:proofErr w:type="spellEnd"/>
            <w:r w:rsidRPr="004E3598">
              <w:rPr>
                <w:i/>
                <w:iCs/>
              </w:rPr>
              <w:t>”</w:t>
            </w:r>
          </w:p>
          <w:p w14:paraId="5FE5EFA9" w14:textId="77777777" w:rsidR="007210FE" w:rsidRPr="007210FE" w:rsidRDefault="007210FE" w:rsidP="004E3598">
            <w:pPr>
              <w:jc w:val="both"/>
              <w:rPr>
                <w:b/>
                <w:bCs/>
              </w:rPr>
            </w:pPr>
            <w:proofErr w:type="spellStart"/>
            <w:r w:rsidRPr="007210FE">
              <w:rPr>
                <w:b/>
                <w:bCs/>
              </w:rPr>
              <w:t>Sở</w:t>
            </w:r>
            <w:proofErr w:type="spellEnd"/>
            <w:r w:rsidRPr="007210FE">
              <w:rPr>
                <w:b/>
                <w:bCs/>
              </w:rPr>
              <w:t xml:space="preserve"> KHCN Lai Châu:</w:t>
            </w:r>
          </w:p>
          <w:p w14:paraId="013BE85C" w14:textId="54DCABE1" w:rsidR="007210FE" w:rsidRDefault="007210FE" w:rsidP="007210FE">
            <w:proofErr w:type="spellStart"/>
            <w:r w:rsidRPr="007210FE">
              <w:t>Tại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khoản</w:t>
            </w:r>
            <w:proofErr w:type="spellEnd"/>
            <w:r w:rsidRPr="007210FE">
              <w:t xml:space="preserve"> 1 </w:t>
            </w:r>
            <w:proofErr w:type="spellStart"/>
            <w:r w:rsidRPr="007210FE">
              <w:t>Điều</w:t>
            </w:r>
            <w:proofErr w:type="spellEnd"/>
            <w:r w:rsidRPr="007210FE">
              <w:t xml:space="preserve"> 9 </w:t>
            </w:r>
            <w:proofErr w:type="spellStart"/>
            <w:r w:rsidRPr="007210FE">
              <w:t>chương</w:t>
            </w:r>
            <w:proofErr w:type="spellEnd"/>
            <w:r w:rsidRPr="007210FE">
              <w:t xml:space="preserve"> IV “</w:t>
            </w:r>
            <w:proofErr w:type="spellStart"/>
            <w:r w:rsidRPr="007210FE">
              <w:t>Bộ</w:t>
            </w:r>
            <w:proofErr w:type="spellEnd"/>
            <w:r w:rsidRPr="007210FE">
              <w:t xml:space="preserve"> Khoa </w:t>
            </w:r>
            <w:proofErr w:type="spellStart"/>
            <w:r w:rsidRPr="007210FE">
              <w:t>học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và</w:t>
            </w:r>
            <w:proofErr w:type="spellEnd"/>
            <w:r w:rsidRPr="007210FE">
              <w:t xml:space="preserve"> Công </w:t>
            </w:r>
            <w:proofErr w:type="spellStart"/>
            <w:r w:rsidRPr="007210FE">
              <w:t>nghệ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giao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Uỷ</w:t>
            </w:r>
            <w:proofErr w:type="spellEnd"/>
            <w:r w:rsidRPr="007210FE">
              <w:t xml:space="preserve"> ban </w:t>
            </w:r>
            <w:proofErr w:type="spellStart"/>
            <w:r w:rsidRPr="007210FE">
              <w:t>Tiêu</w:t>
            </w:r>
            <w:proofErr w:type="spellEnd"/>
            <w:r>
              <w:t xml:space="preserve"> </w:t>
            </w:r>
            <w:proofErr w:type="spellStart"/>
            <w:r w:rsidRPr="007210FE">
              <w:t>chuẩn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Đo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lường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Chất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lượng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theo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dõi</w:t>
            </w:r>
            <w:proofErr w:type="spellEnd"/>
            <w:r w:rsidRPr="007210FE">
              <w:t xml:space="preserve">, </w:t>
            </w:r>
            <w:proofErr w:type="spellStart"/>
            <w:r w:rsidRPr="007210FE">
              <w:t>tổng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hợp</w:t>
            </w:r>
            <w:proofErr w:type="spellEnd"/>
            <w:r w:rsidRPr="007210FE">
              <w:t xml:space="preserve"> ...” </w:t>
            </w:r>
            <w:proofErr w:type="spellStart"/>
            <w:r w:rsidRPr="007210FE">
              <w:t>sửa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thành</w:t>
            </w:r>
            <w:proofErr w:type="spellEnd"/>
            <w:r w:rsidRPr="007210FE">
              <w:t xml:space="preserve"> “</w:t>
            </w:r>
            <w:proofErr w:type="spellStart"/>
            <w:r w:rsidRPr="007210FE">
              <w:t>Bộ</w:t>
            </w:r>
            <w:proofErr w:type="spellEnd"/>
            <w:r w:rsidRPr="007210FE">
              <w:t xml:space="preserve"> Khoa </w:t>
            </w:r>
            <w:proofErr w:type="spellStart"/>
            <w:r w:rsidRPr="007210FE">
              <w:t>học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và</w:t>
            </w:r>
            <w:proofErr w:type="spellEnd"/>
            <w:r>
              <w:t xml:space="preserve"> </w:t>
            </w:r>
            <w:r w:rsidRPr="007210FE">
              <w:t xml:space="preserve">Công </w:t>
            </w:r>
            <w:proofErr w:type="spellStart"/>
            <w:r w:rsidRPr="007210FE">
              <w:t>nghệ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giao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Uỷ</w:t>
            </w:r>
            <w:proofErr w:type="spellEnd"/>
            <w:r w:rsidRPr="007210FE">
              <w:t xml:space="preserve"> ban </w:t>
            </w:r>
            <w:proofErr w:type="spellStart"/>
            <w:r w:rsidRPr="007210FE">
              <w:t>Tiêu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chuẩn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Đo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lường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Chất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lượng</w:t>
            </w:r>
            <w:proofErr w:type="spellEnd"/>
            <w:r w:rsidRPr="007210FE">
              <w:t xml:space="preserve"> </w:t>
            </w:r>
            <w:r w:rsidRPr="007210FE">
              <w:rPr>
                <w:b/>
                <w:bCs/>
              </w:rPr>
              <w:t xml:space="preserve">Quốc </w:t>
            </w:r>
            <w:proofErr w:type="spellStart"/>
            <w:r w:rsidRPr="007210FE">
              <w:rPr>
                <w:b/>
                <w:bCs/>
              </w:rPr>
              <w:t>gia</w:t>
            </w:r>
            <w:proofErr w:type="spellEnd"/>
            <w:r w:rsidRPr="007210FE">
              <w:rPr>
                <w:b/>
                <w:bCs/>
              </w:rPr>
              <w:t xml:space="preserve"> </w:t>
            </w:r>
            <w:proofErr w:type="spellStart"/>
            <w:r w:rsidRPr="007210FE">
              <w:lastRenderedPageBreak/>
              <w:t>theo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dõi</w:t>
            </w:r>
            <w:proofErr w:type="spellEnd"/>
            <w:r w:rsidRPr="007210FE">
              <w:t>,</w:t>
            </w:r>
            <w:r>
              <w:t xml:space="preserve"> </w:t>
            </w:r>
            <w:proofErr w:type="spellStart"/>
            <w:r w:rsidRPr="007210FE">
              <w:t>tổng</w:t>
            </w:r>
            <w:proofErr w:type="spellEnd"/>
            <w:r w:rsidRPr="007210FE">
              <w:t xml:space="preserve"> </w:t>
            </w:r>
            <w:proofErr w:type="spellStart"/>
            <w:r w:rsidRPr="007210FE">
              <w:t>hợp</w:t>
            </w:r>
            <w:proofErr w:type="spellEnd"/>
            <w:r w:rsidRPr="007210FE">
              <w:t xml:space="preserve"> ...”</w:t>
            </w:r>
          </w:p>
          <w:p w14:paraId="7EED4F1F" w14:textId="6F33170F" w:rsidR="007210FE" w:rsidRPr="007210FE" w:rsidRDefault="007210FE" w:rsidP="004E3598">
            <w:pPr>
              <w:jc w:val="both"/>
            </w:pPr>
          </w:p>
        </w:tc>
        <w:tc>
          <w:tcPr>
            <w:tcW w:w="3062" w:type="dxa"/>
          </w:tcPr>
          <w:p w14:paraId="3763FB70" w14:textId="77777777" w:rsidR="006D55D4" w:rsidRDefault="00F71529" w:rsidP="006D55D4">
            <w:pPr>
              <w:jc w:val="both"/>
              <w:rPr>
                <w:szCs w:val="26"/>
              </w:rPr>
            </w:pPr>
            <w:proofErr w:type="spellStart"/>
            <w:r>
              <w:rPr>
                <w:szCs w:val="26"/>
              </w:rPr>
              <w:lastRenderedPageBreak/>
              <w:t>Tiếp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thu</w:t>
            </w:r>
            <w:proofErr w:type="spellEnd"/>
            <w:r>
              <w:rPr>
                <w:szCs w:val="26"/>
              </w:rPr>
              <w:t>:</w:t>
            </w:r>
          </w:p>
          <w:p w14:paraId="71016713" w14:textId="4FBC44E6" w:rsidR="00F71529" w:rsidRPr="00E84277" w:rsidRDefault="00F71529" w:rsidP="006D55D4">
            <w:pPr>
              <w:jc w:val="both"/>
              <w:rPr>
                <w:szCs w:val="26"/>
              </w:rPr>
            </w:pPr>
            <w:r>
              <w:rPr>
                <w:szCs w:val="26"/>
              </w:rPr>
              <w:t xml:space="preserve">- </w:t>
            </w:r>
            <w:proofErr w:type="spellStart"/>
            <w:r>
              <w:rPr>
                <w:szCs w:val="26"/>
              </w:rPr>
              <w:t>Điều</w:t>
            </w:r>
            <w:proofErr w:type="spellEnd"/>
            <w:r>
              <w:rPr>
                <w:szCs w:val="26"/>
              </w:rPr>
              <w:t xml:space="preserve"> 9 </w:t>
            </w:r>
            <w:proofErr w:type="spellStart"/>
            <w:r>
              <w:rPr>
                <w:szCs w:val="26"/>
              </w:rPr>
              <w:t>được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chỉnh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sửa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thành</w:t>
            </w:r>
            <w:proofErr w:type="spellEnd"/>
            <w:r>
              <w:rPr>
                <w:szCs w:val="26"/>
              </w:rPr>
              <w:t xml:space="preserve"> 2 </w:t>
            </w:r>
            <w:proofErr w:type="spellStart"/>
            <w:r>
              <w:rPr>
                <w:szCs w:val="26"/>
              </w:rPr>
              <w:t>Khoản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quy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định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trách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nhiệm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của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Bộ</w:t>
            </w:r>
            <w:proofErr w:type="spellEnd"/>
            <w:r>
              <w:rPr>
                <w:szCs w:val="26"/>
              </w:rPr>
              <w:t xml:space="preserve"> KHCN </w:t>
            </w:r>
            <w:proofErr w:type="spellStart"/>
            <w:r>
              <w:rPr>
                <w:szCs w:val="26"/>
              </w:rPr>
              <w:t>và</w:t>
            </w:r>
            <w:proofErr w:type="spellEnd"/>
            <w:r>
              <w:rPr>
                <w:szCs w:val="26"/>
              </w:rPr>
              <w:t xml:space="preserve"> </w:t>
            </w:r>
            <w:proofErr w:type="spellStart"/>
            <w:r>
              <w:rPr>
                <w:szCs w:val="26"/>
              </w:rPr>
              <w:t>Uỷ</w:t>
            </w:r>
            <w:proofErr w:type="spellEnd"/>
            <w:r>
              <w:rPr>
                <w:szCs w:val="26"/>
              </w:rPr>
              <w:t xml:space="preserve"> ban TCĐLCLQG.</w:t>
            </w:r>
          </w:p>
        </w:tc>
      </w:tr>
      <w:tr w:rsidR="006D55D4" w14:paraId="6EE6F709" w14:textId="77777777" w:rsidTr="00E84277">
        <w:tc>
          <w:tcPr>
            <w:tcW w:w="1098" w:type="dxa"/>
          </w:tcPr>
          <w:p w14:paraId="61A445CD" w14:textId="77777777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10</w:t>
            </w:r>
          </w:p>
        </w:tc>
        <w:tc>
          <w:tcPr>
            <w:tcW w:w="5113" w:type="dxa"/>
          </w:tcPr>
          <w:p w14:paraId="7616B91D" w14:textId="53FA6286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10. </w:t>
            </w:r>
            <w:proofErr w:type="spellStart"/>
            <w:r>
              <w:t>Trách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,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r>
              <w:br/>
              <w:t xml:space="preserve">1. Định </w:t>
            </w:r>
            <w:proofErr w:type="spellStart"/>
            <w:r>
              <w:t>kỳ</w:t>
            </w:r>
            <w:proofErr w:type="spellEnd"/>
            <w:r>
              <w:t xml:space="preserve"> </w:t>
            </w:r>
            <w:proofErr w:type="spellStart"/>
            <w:r>
              <w:t>hằng</w:t>
            </w:r>
            <w:proofErr w:type="spellEnd"/>
            <w:r>
              <w:t xml:space="preserve"> </w:t>
            </w:r>
            <w:proofErr w:type="spellStart"/>
            <w:r>
              <w:t>năm</w:t>
            </w:r>
            <w:proofErr w:type="spellEnd"/>
            <w:r>
              <w:t xml:space="preserve">, </w:t>
            </w:r>
            <w:proofErr w:type="spellStart"/>
            <w:r>
              <w:t>đột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khi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yêu</w:t>
            </w:r>
            <w:proofErr w:type="spellEnd"/>
            <w:r>
              <w:t xml:space="preserve"> </w:t>
            </w:r>
            <w:proofErr w:type="spellStart"/>
            <w:r>
              <w:t>cầu</w:t>
            </w:r>
            <w:proofErr w:type="spellEnd"/>
            <w:r>
              <w:t xml:space="preserve">,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báo</w:t>
            </w:r>
            <w:proofErr w:type="spellEnd"/>
            <w:r>
              <w:t xml:space="preserve"> </w:t>
            </w:r>
            <w:proofErr w:type="spellStart"/>
            <w:r>
              <w:t>cáo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Chính</w:t>
            </w:r>
            <w:proofErr w:type="spellEnd"/>
            <w:r>
              <w:t xml:space="preserve"> </w:t>
            </w:r>
            <w:proofErr w:type="spellStart"/>
            <w:r>
              <w:t>phủ</w:t>
            </w:r>
            <w:proofErr w:type="spellEnd"/>
            <w:r>
              <w:t xml:space="preserve"> </w:t>
            </w:r>
            <w:proofErr w:type="spellStart"/>
            <w:r>
              <w:t>tình</w:t>
            </w:r>
            <w:proofErr w:type="spellEnd"/>
            <w:r>
              <w:t xml:space="preserve"> </w:t>
            </w:r>
            <w:proofErr w:type="spellStart"/>
            <w:r>
              <w:t>hình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lẫn</w:t>
            </w:r>
            <w:proofErr w:type="spellEnd"/>
            <w:r>
              <w:t xml:space="preserve"> </w:t>
            </w:r>
            <w:proofErr w:type="spellStart"/>
            <w:r>
              <w:t>nhau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thông</w:t>
            </w:r>
            <w:proofErr w:type="spellEnd"/>
            <w:r>
              <w:t xml:space="preserve"> </w:t>
            </w:r>
            <w:proofErr w:type="spellStart"/>
            <w:r>
              <w:t>báo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 Khoa </w:t>
            </w:r>
            <w:proofErr w:type="spellStart"/>
            <w:r>
              <w:t>học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Công </w:t>
            </w:r>
            <w:proofErr w:type="spellStart"/>
            <w:r>
              <w:t>nghệ</w:t>
            </w:r>
            <w:proofErr w:type="spellEnd"/>
            <w:r>
              <w:t xml:space="preserve"> (</w:t>
            </w:r>
            <w:proofErr w:type="spellStart"/>
            <w:r>
              <w:t>thông</w:t>
            </w:r>
            <w:proofErr w:type="spellEnd"/>
            <w:r>
              <w:t xml:space="preserve"> qua </w:t>
            </w:r>
            <w:proofErr w:type="spellStart"/>
            <w:r>
              <w:t>Uỷ</w:t>
            </w:r>
            <w:proofErr w:type="spellEnd"/>
            <w:r>
              <w:t xml:space="preserve"> ban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Đo</w:t>
            </w:r>
            <w:proofErr w:type="spellEnd"/>
            <w:r>
              <w:t xml:space="preserve"> </w:t>
            </w:r>
            <w:proofErr w:type="spellStart"/>
            <w:r>
              <w:t>lường</w:t>
            </w:r>
            <w:proofErr w:type="spellEnd"/>
            <w:r>
              <w:t xml:space="preserve"> </w:t>
            </w:r>
            <w:proofErr w:type="spellStart"/>
            <w:r>
              <w:t>Chất</w:t>
            </w:r>
            <w:proofErr w:type="spellEnd"/>
            <w:r>
              <w:t xml:space="preserve"> </w:t>
            </w:r>
            <w:proofErr w:type="spellStart"/>
            <w:r>
              <w:t>lượng</w:t>
            </w:r>
            <w:proofErr w:type="spellEnd"/>
            <w:r>
              <w:t xml:space="preserve"> Quốc </w:t>
            </w:r>
            <w:proofErr w:type="spellStart"/>
            <w:r>
              <w:t>gia</w:t>
            </w:r>
            <w:proofErr w:type="spellEnd"/>
            <w:r>
              <w:t xml:space="preserve">) </w:t>
            </w:r>
            <w:proofErr w:type="spellStart"/>
            <w:r>
              <w:t>để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dõi</w:t>
            </w:r>
            <w:proofErr w:type="spellEnd"/>
            <w:r>
              <w:t xml:space="preserve">, </w:t>
            </w:r>
            <w:proofErr w:type="spellStart"/>
            <w:r>
              <w:t>tổng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>.</w:t>
            </w:r>
            <w:r>
              <w:br/>
              <w:t xml:space="preserve">2. Định </w:t>
            </w:r>
            <w:proofErr w:type="spellStart"/>
            <w:r>
              <w:t>kỳ</w:t>
            </w:r>
            <w:proofErr w:type="spellEnd"/>
            <w:r>
              <w:t xml:space="preserve"> </w:t>
            </w:r>
            <w:proofErr w:type="spellStart"/>
            <w:r>
              <w:t>hằng</w:t>
            </w:r>
            <w:proofErr w:type="spellEnd"/>
            <w:r>
              <w:t xml:space="preserve"> </w:t>
            </w:r>
            <w:proofErr w:type="spellStart"/>
            <w:r>
              <w:t>năm</w:t>
            </w:r>
            <w:proofErr w:type="spellEnd"/>
            <w:r>
              <w:t xml:space="preserve">, </w:t>
            </w:r>
            <w:proofErr w:type="spellStart"/>
            <w:r>
              <w:t>đột</w:t>
            </w:r>
            <w:proofErr w:type="spellEnd"/>
            <w:r>
              <w:t xml:space="preserve"> </w:t>
            </w:r>
            <w:proofErr w:type="spellStart"/>
            <w:r>
              <w:t>xuất</w:t>
            </w:r>
            <w:proofErr w:type="spellEnd"/>
            <w:r>
              <w:t xml:space="preserve"> </w:t>
            </w:r>
            <w:proofErr w:type="spellStart"/>
            <w:r>
              <w:t>khi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yêu</w:t>
            </w:r>
            <w:proofErr w:type="spellEnd"/>
            <w:r>
              <w:t xml:space="preserve"> </w:t>
            </w:r>
            <w:proofErr w:type="spellStart"/>
            <w:r>
              <w:t>cầu</w:t>
            </w:r>
            <w:proofErr w:type="spellEnd"/>
            <w:r>
              <w:t xml:space="preserve">,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Việt Nam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, </w:t>
            </w:r>
            <w:proofErr w:type="spellStart"/>
            <w:r>
              <w:t>tham</w:t>
            </w:r>
            <w:proofErr w:type="spellEnd"/>
            <w:r>
              <w:t xml:space="preserve"> </w:t>
            </w:r>
            <w:proofErr w:type="spellStart"/>
            <w:r>
              <w:t>gia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,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đơn</w:t>
            </w:r>
            <w:proofErr w:type="spellEnd"/>
            <w:r>
              <w:t xml:space="preserve"> </w:t>
            </w:r>
            <w:proofErr w:type="spellStart"/>
            <w:r>
              <w:t>phương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trách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báo</w:t>
            </w:r>
            <w:proofErr w:type="spellEnd"/>
            <w:r>
              <w:t xml:space="preserve"> </w:t>
            </w:r>
            <w:proofErr w:type="spellStart"/>
            <w:r>
              <w:t>cáo</w:t>
            </w:r>
            <w:proofErr w:type="spellEnd"/>
            <w:r>
              <w:t xml:space="preserve"> </w:t>
            </w:r>
            <w:proofErr w:type="spellStart"/>
            <w:r>
              <w:t>với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quản</w:t>
            </w:r>
            <w:proofErr w:type="spellEnd"/>
            <w:r>
              <w:t xml:space="preserve"> </w:t>
            </w:r>
            <w:proofErr w:type="spellStart"/>
            <w:r>
              <w:t>lý</w:t>
            </w:r>
            <w:proofErr w:type="spellEnd"/>
            <w:r>
              <w:t xml:space="preserve"> </w:t>
            </w:r>
            <w:proofErr w:type="spellStart"/>
            <w:r>
              <w:t>trực</w:t>
            </w:r>
            <w:proofErr w:type="spellEnd"/>
            <w:r>
              <w:t xml:space="preserve"> </w:t>
            </w:r>
            <w:proofErr w:type="spellStart"/>
            <w:r>
              <w:t>tiếp</w:t>
            </w:r>
            <w:proofErr w:type="spellEnd"/>
            <w:r>
              <w:t xml:space="preserve">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mình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thông</w:t>
            </w:r>
            <w:proofErr w:type="spellEnd"/>
            <w:r>
              <w:t xml:space="preserve"> </w:t>
            </w:r>
            <w:proofErr w:type="spellStart"/>
            <w:r>
              <w:t>báo</w:t>
            </w:r>
            <w:proofErr w:type="spellEnd"/>
            <w:r>
              <w:t xml:space="preserve"> </w:t>
            </w:r>
            <w:proofErr w:type="spellStart"/>
            <w:r>
              <w:t>Uỷ</w:t>
            </w:r>
            <w:proofErr w:type="spellEnd"/>
            <w:r>
              <w:t xml:space="preserve"> ban </w:t>
            </w:r>
            <w:proofErr w:type="spellStart"/>
            <w:r>
              <w:t>Tiêu</w:t>
            </w:r>
            <w:proofErr w:type="spellEnd"/>
            <w:r>
              <w:t xml:space="preserve"> </w:t>
            </w:r>
            <w:proofErr w:type="spellStart"/>
            <w:r>
              <w:t>chuẩn</w:t>
            </w:r>
            <w:proofErr w:type="spellEnd"/>
            <w:r>
              <w:t xml:space="preserve"> </w:t>
            </w:r>
            <w:proofErr w:type="spellStart"/>
            <w:r>
              <w:t>Đo</w:t>
            </w:r>
            <w:proofErr w:type="spellEnd"/>
            <w:r>
              <w:t xml:space="preserve"> </w:t>
            </w:r>
            <w:proofErr w:type="spellStart"/>
            <w:r>
              <w:t>lường</w:t>
            </w:r>
            <w:proofErr w:type="spellEnd"/>
            <w:r>
              <w:t xml:space="preserve"> </w:t>
            </w:r>
            <w:proofErr w:type="spellStart"/>
            <w:r>
              <w:t>Chất</w:t>
            </w:r>
            <w:proofErr w:type="spellEnd"/>
            <w:r>
              <w:t xml:space="preserve"> </w:t>
            </w:r>
            <w:proofErr w:type="spellStart"/>
            <w:r>
              <w:t>lượng</w:t>
            </w:r>
            <w:proofErr w:type="spellEnd"/>
            <w:r>
              <w:t xml:space="preserve"> Quốc </w:t>
            </w:r>
            <w:proofErr w:type="spellStart"/>
            <w:r>
              <w:t>gia</w:t>
            </w:r>
            <w:proofErr w:type="spellEnd"/>
            <w:r>
              <w:t xml:space="preserve"> </w:t>
            </w:r>
            <w:proofErr w:type="spellStart"/>
            <w:r>
              <w:t>tình</w:t>
            </w:r>
            <w:proofErr w:type="spellEnd"/>
            <w:r>
              <w:t xml:space="preserve"> </w:t>
            </w:r>
            <w:proofErr w:type="spellStart"/>
            <w:r>
              <w:t>hình</w:t>
            </w:r>
            <w:proofErr w:type="spellEnd"/>
            <w:r>
              <w:t xml:space="preserve">,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>.</w:t>
            </w:r>
            <w:r>
              <w:br/>
            </w:r>
            <w:r>
              <w:br/>
            </w:r>
          </w:p>
        </w:tc>
        <w:tc>
          <w:tcPr>
            <w:tcW w:w="5220" w:type="dxa"/>
          </w:tcPr>
          <w:p w14:paraId="60C88019" w14:textId="31DCA0AA" w:rsidR="006D55D4" w:rsidRDefault="006D55D4" w:rsidP="004E3598">
            <w:pPr>
              <w:jc w:val="both"/>
            </w:pPr>
          </w:p>
        </w:tc>
        <w:tc>
          <w:tcPr>
            <w:tcW w:w="3062" w:type="dxa"/>
          </w:tcPr>
          <w:p w14:paraId="06E734F3" w14:textId="67C959D2" w:rsidR="006D55D4" w:rsidRPr="00E84277" w:rsidRDefault="006D55D4" w:rsidP="006D55D4">
            <w:pPr>
              <w:jc w:val="both"/>
              <w:rPr>
                <w:szCs w:val="26"/>
              </w:rPr>
            </w:pPr>
          </w:p>
        </w:tc>
      </w:tr>
      <w:tr w:rsidR="006D55D4" w14:paraId="7E5BA879" w14:textId="77777777" w:rsidTr="00E84277">
        <w:tc>
          <w:tcPr>
            <w:tcW w:w="1098" w:type="dxa"/>
          </w:tcPr>
          <w:p w14:paraId="2DA00D48" w14:textId="77777777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11</w:t>
            </w:r>
          </w:p>
        </w:tc>
        <w:tc>
          <w:tcPr>
            <w:tcW w:w="5113" w:type="dxa"/>
          </w:tcPr>
          <w:p w14:paraId="72E30100" w14:textId="7490001D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11. Hiệu </w:t>
            </w:r>
            <w:proofErr w:type="spellStart"/>
            <w:r>
              <w:t>lực</w:t>
            </w:r>
            <w:proofErr w:type="spellEnd"/>
            <w:r>
              <w:t xml:space="preserve"> </w:t>
            </w:r>
            <w:proofErr w:type="spellStart"/>
            <w:r>
              <w:t>thi</w:t>
            </w:r>
            <w:proofErr w:type="spellEnd"/>
            <w:r>
              <w:t xml:space="preserve"> </w:t>
            </w:r>
            <w:proofErr w:type="spellStart"/>
            <w:r>
              <w:t>hành</w:t>
            </w:r>
            <w:proofErr w:type="spellEnd"/>
            <w:r>
              <w:br/>
              <w:t xml:space="preserve">1. Thông </w:t>
            </w:r>
            <w:proofErr w:type="spellStart"/>
            <w:r>
              <w:t>tư</w:t>
            </w:r>
            <w:proofErr w:type="spellEnd"/>
            <w:r>
              <w:t xml:space="preserve"> </w:t>
            </w:r>
            <w:proofErr w:type="spellStart"/>
            <w:r>
              <w:t>này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hiệu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 xml:space="preserve"> </w:t>
            </w:r>
            <w:proofErr w:type="spellStart"/>
            <w:r>
              <w:t>thi</w:t>
            </w:r>
            <w:proofErr w:type="spellEnd"/>
            <w:r>
              <w:t xml:space="preserve"> </w:t>
            </w:r>
            <w:proofErr w:type="spellStart"/>
            <w:r>
              <w:t>hành</w:t>
            </w:r>
            <w:proofErr w:type="spellEnd"/>
            <w:r>
              <w:t xml:space="preserve"> </w:t>
            </w:r>
            <w:proofErr w:type="spellStart"/>
            <w:r>
              <w:t>kể</w:t>
            </w:r>
            <w:proofErr w:type="spellEnd"/>
            <w:r>
              <w:t xml:space="preserve"> </w:t>
            </w:r>
            <w:proofErr w:type="spellStart"/>
            <w:r>
              <w:t>từ</w:t>
            </w:r>
            <w:proofErr w:type="spellEnd"/>
            <w:r>
              <w:t xml:space="preserve"> </w:t>
            </w:r>
            <w:proofErr w:type="spellStart"/>
            <w:r>
              <w:lastRenderedPageBreak/>
              <w:t>ngày</w:t>
            </w:r>
            <w:proofErr w:type="spellEnd"/>
            <w:r>
              <w:t xml:space="preserve"> 01 </w:t>
            </w:r>
            <w:proofErr w:type="spellStart"/>
            <w:r>
              <w:t>tháng</w:t>
            </w:r>
            <w:proofErr w:type="spellEnd"/>
            <w:r>
              <w:t xml:space="preserve"> 01 </w:t>
            </w:r>
            <w:proofErr w:type="spellStart"/>
            <w:r>
              <w:t>năm</w:t>
            </w:r>
            <w:proofErr w:type="spellEnd"/>
            <w:r>
              <w:t xml:space="preserve"> 2026.</w:t>
            </w:r>
            <w:r>
              <w:br/>
              <w:t xml:space="preserve">2. Thông </w:t>
            </w:r>
            <w:proofErr w:type="spellStart"/>
            <w:r>
              <w:t>tư</w:t>
            </w:r>
            <w:proofErr w:type="spellEnd"/>
            <w:r>
              <w:t xml:space="preserve"> </w:t>
            </w:r>
            <w:proofErr w:type="spellStart"/>
            <w:r>
              <w:t>số</w:t>
            </w:r>
            <w:proofErr w:type="spellEnd"/>
            <w:r>
              <w:t xml:space="preserve"> 27/2007/TT-BKHCN </w:t>
            </w:r>
            <w:proofErr w:type="spellStart"/>
            <w:r>
              <w:t>ngày</w:t>
            </w:r>
            <w:proofErr w:type="spellEnd"/>
            <w:r>
              <w:t xml:space="preserve"> 31 </w:t>
            </w:r>
            <w:proofErr w:type="spellStart"/>
            <w:r>
              <w:t>tháng</w:t>
            </w:r>
            <w:proofErr w:type="spellEnd"/>
            <w:r>
              <w:t xml:space="preserve"> 10 </w:t>
            </w:r>
            <w:proofErr w:type="spellStart"/>
            <w:r>
              <w:t>năm</w:t>
            </w:r>
            <w:proofErr w:type="spellEnd"/>
            <w:r>
              <w:t xml:space="preserve"> 2007 </w:t>
            </w:r>
            <w:proofErr w:type="spellStart"/>
            <w:r>
              <w:t>của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 </w:t>
            </w:r>
            <w:proofErr w:type="spellStart"/>
            <w:r>
              <w:t>trưởng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 Khoa </w:t>
            </w:r>
            <w:proofErr w:type="spellStart"/>
            <w:r>
              <w:t>học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Công </w:t>
            </w:r>
            <w:proofErr w:type="spellStart"/>
            <w:r>
              <w:t>nghệ</w:t>
            </w:r>
            <w:proofErr w:type="spellEnd"/>
            <w:r>
              <w:t xml:space="preserve"> </w:t>
            </w:r>
            <w:proofErr w:type="spellStart"/>
            <w:r>
              <w:t>hướng</w:t>
            </w:r>
            <w:proofErr w:type="spellEnd"/>
            <w:r>
              <w:t xml:space="preserve"> </w:t>
            </w:r>
            <w:proofErr w:type="spellStart"/>
            <w:r>
              <w:t>dẫn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</w:t>
            </w:r>
            <w:proofErr w:type="spellStart"/>
            <w:r>
              <w:t>thoả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thừa</w:t>
            </w:r>
            <w:proofErr w:type="spellEnd"/>
            <w:r>
              <w:t xml:space="preserve"> </w:t>
            </w:r>
            <w:proofErr w:type="spellStart"/>
            <w:r>
              <w:t>nhận</w:t>
            </w:r>
            <w:proofErr w:type="spellEnd"/>
            <w:r>
              <w:t xml:space="preserve"> </w:t>
            </w:r>
            <w:proofErr w:type="spellStart"/>
            <w:r>
              <w:t>lẫn</w:t>
            </w:r>
            <w:proofErr w:type="spellEnd"/>
            <w:r>
              <w:t xml:space="preserve"> </w:t>
            </w:r>
            <w:proofErr w:type="spellStart"/>
            <w:r>
              <w:t>nhau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quả</w:t>
            </w:r>
            <w:proofErr w:type="spellEnd"/>
            <w:r>
              <w:t xml:space="preserve"> </w:t>
            </w:r>
            <w:proofErr w:type="spellStart"/>
            <w:r>
              <w:t>đánh</w:t>
            </w:r>
            <w:proofErr w:type="spellEnd"/>
            <w:r>
              <w:t xml:space="preserve"> </w:t>
            </w:r>
            <w:proofErr w:type="spellStart"/>
            <w:r>
              <w:t>giá</w:t>
            </w:r>
            <w:proofErr w:type="spellEnd"/>
            <w:r>
              <w:t xml:space="preserve"> </w:t>
            </w:r>
            <w:proofErr w:type="spellStart"/>
            <w:r>
              <w:t>sự</w:t>
            </w:r>
            <w:proofErr w:type="spellEnd"/>
            <w:r>
              <w:t xml:space="preserve"> </w:t>
            </w:r>
            <w:proofErr w:type="spellStart"/>
            <w:r>
              <w:t>phù</w:t>
            </w:r>
            <w:proofErr w:type="spellEnd"/>
            <w:r>
              <w:t xml:space="preserve"> </w:t>
            </w:r>
            <w:proofErr w:type="spellStart"/>
            <w:r>
              <w:t>hợp</w:t>
            </w:r>
            <w:proofErr w:type="spellEnd"/>
            <w:r>
              <w:t xml:space="preserve">, </w:t>
            </w:r>
            <w:proofErr w:type="spellStart"/>
            <w:r>
              <w:t>hết</w:t>
            </w:r>
            <w:proofErr w:type="spellEnd"/>
            <w:r>
              <w:t xml:space="preserve"> </w:t>
            </w:r>
            <w:proofErr w:type="spellStart"/>
            <w:r>
              <w:t>hiệu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 xml:space="preserve"> </w:t>
            </w:r>
            <w:proofErr w:type="spellStart"/>
            <w:r>
              <w:t>kể</w:t>
            </w:r>
            <w:proofErr w:type="spellEnd"/>
            <w:r>
              <w:t xml:space="preserve"> </w:t>
            </w:r>
            <w:proofErr w:type="spellStart"/>
            <w:r>
              <w:t>từ</w:t>
            </w:r>
            <w:proofErr w:type="spellEnd"/>
            <w:r>
              <w:t xml:space="preserve"> </w:t>
            </w:r>
            <w:proofErr w:type="spellStart"/>
            <w:r>
              <w:t>ngày</w:t>
            </w:r>
            <w:proofErr w:type="spellEnd"/>
            <w:r>
              <w:t xml:space="preserve"> Thông </w:t>
            </w:r>
            <w:proofErr w:type="spellStart"/>
            <w:r>
              <w:t>tư</w:t>
            </w:r>
            <w:proofErr w:type="spellEnd"/>
            <w:r>
              <w:t xml:space="preserve"> </w:t>
            </w:r>
            <w:proofErr w:type="spellStart"/>
            <w:r>
              <w:t>này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hiệu</w:t>
            </w:r>
            <w:proofErr w:type="spellEnd"/>
            <w:r>
              <w:t xml:space="preserve"> </w:t>
            </w:r>
            <w:proofErr w:type="spellStart"/>
            <w:r>
              <w:t>lực</w:t>
            </w:r>
            <w:proofErr w:type="spellEnd"/>
            <w:r>
              <w:t xml:space="preserve"> </w:t>
            </w:r>
            <w:proofErr w:type="spellStart"/>
            <w:r>
              <w:t>thi</w:t>
            </w:r>
            <w:proofErr w:type="spellEnd"/>
            <w:r>
              <w:t xml:space="preserve"> </w:t>
            </w:r>
            <w:proofErr w:type="spellStart"/>
            <w:r>
              <w:t>hành</w:t>
            </w:r>
            <w:proofErr w:type="spellEnd"/>
            <w:r>
              <w:t>.</w:t>
            </w:r>
          </w:p>
        </w:tc>
        <w:tc>
          <w:tcPr>
            <w:tcW w:w="5220" w:type="dxa"/>
          </w:tcPr>
          <w:p w14:paraId="09AA5929" w14:textId="1D8F7901" w:rsidR="006D55D4" w:rsidRDefault="006D55D4" w:rsidP="006D55D4"/>
        </w:tc>
        <w:tc>
          <w:tcPr>
            <w:tcW w:w="3062" w:type="dxa"/>
          </w:tcPr>
          <w:p w14:paraId="672B2C9E" w14:textId="0EBCAD68" w:rsidR="006D55D4" w:rsidRPr="00E84277" w:rsidRDefault="006D55D4" w:rsidP="006D55D4">
            <w:pPr>
              <w:jc w:val="both"/>
              <w:rPr>
                <w:szCs w:val="26"/>
              </w:rPr>
            </w:pPr>
          </w:p>
        </w:tc>
      </w:tr>
      <w:tr w:rsidR="006D55D4" w14:paraId="4EBF752E" w14:textId="77777777" w:rsidTr="00E84277">
        <w:tc>
          <w:tcPr>
            <w:tcW w:w="1098" w:type="dxa"/>
          </w:tcPr>
          <w:p w14:paraId="1D5B2C8F" w14:textId="77777777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12</w:t>
            </w:r>
          </w:p>
        </w:tc>
        <w:tc>
          <w:tcPr>
            <w:tcW w:w="5113" w:type="dxa"/>
          </w:tcPr>
          <w:p w14:paraId="4DC93481" w14:textId="536146E7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12. </w:t>
            </w:r>
            <w:proofErr w:type="spellStart"/>
            <w:r>
              <w:t>Điều</w:t>
            </w:r>
            <w:proofErr w:type="spellEnd"/>
            <w:r>
              <w:t xml:space="preserve"> </w:t>
            </w:r>
            <w:proofErr w:type="spellStart"/>
            <w:r>
              <w:t>khoản</w:t>
            </w:r>
            <w:proofErr w:type="spellEnd"/>
            <w:r>
              <w:t xml:space="preserve"> </w:t>
            </w:r>
            <w:proofErr w:type="spellStart"/>
            <w:r>
              <w:t>chuyển</w:t>
            </w:r>
            <w:proofErr w:type="spellEnd"/>
            <w:r>
              <w:t xml:space="preserve"> </w:t>
            </w:r>
            <w:proofErr w:type="spellStart"/>
            <w:r>
              <w:t>tiếp</w:t>
            </w:r>
            <w:proofErr w:type="spellEnd"/>
            <w:r>
              <w:br/>
              <w:t xml:space="preserve">Các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, </w:t>
            </w:r>
            <w:proofErr w:type="spellStart"/>
            <w:r>
              <w:t>thỏa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đã</w:t>
            </w:r>
            <w:proofErr w:type="spellEnd"/>
            <w:r>
              <w:t xml:space="preserve"> </w:t>
            </w:r>
            <w:proofErr w:type="spellStart"/>
            <w:r>
              <w:t>ký</w:t>
            </w:r>
            <w:proofErr w:type="spellEnd"/>
            <w:r>
              <w:t xml:space="preserve"> </w:t>
            </w:r>
            <w:proofErr w:type="spellStart"/>
            <w:r>
              <w:t>kết</w:t>
            </w:r>
            <w:proofErr w:type="spellEnd"/>
            <w:r>
              <w:t xml:space="preserve"> </w:t>
            </w:r>
            <w:proofErr w:type="spellStart"/>
            <w:r>
              <w:t>trước</w:t>
            </w:r>
            <w:proofErr w:type="spellEnd"/>
            <w:r>
              <w:t xml:space="preserve"> </w:t>
            </w:r>
            <w:proofErr w:type="spellStart"/>
            <w:r>
              <w:t>thời</w:t>
            </w:r>
            <w:proofErr w:type="spellEnd"/>
            <w:r>
              <w:t xml:space="preserve"> </w:t>
            </w:r>
            <w:proofErr w:type="spellStart"/>
            <w:r>
              <w:t>điểm</w:t>
            </w:r>
            <w:proofErr w:type="spellEnd"/>
            <w:r>
              <w:t xml:space="preserve"> ban </w:t>
            </w:r>
            <w:proofErr w:type="spellStart"/>
            <w:r>
              <w:t>hành</w:t>
            </w:r>
            <w:proofErr w:type="spellEnd"/>
            <w:r>
              <w:t xml:space="preserve"> Thông </w:t>
            </w:r>
            <w:proofErr w:type="spellStart"/>
            <w:r>
              <w:t>tư</w:t>
            </w:r>
            <w:proofErr w:type="spellEnd"/>
            <w:r>
              <w:t xml:space="preserve"> </w:t>
            </w:r>
            <w:proofErr w:type="spellStart"/>
            <w:r>
              <w:t>này</w:t>
            </w:r>
            <w:proofErr w:type="spellEnd"/>
            <w:r>
              <w:t xml:space="preserve">, </w:t>
            </w:r>
            <w:proofErr w:type="spellStart"/>
            <w:r>
              <w:t>tiếp</w:t>
            </w:r>
            <w:proofErr w:type="spellEnd"/>
            <w:r>
              <w:t xml:space="preserve"> </w:t>
            </w:r>
            <w:proofErr w:type="spellStart"/>
            <w:r>
              <w:t>tục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đến</w:t>
            </w:r>
            <w:proofErr w:type="spellEnd"/>
            <w:r>
              <w:t xml:space="preserve"> </w:t>
            </w:r>
            <w:proofErr w:type="spellStart"/>
            <w:r>
              <w:t>hết</w:t>
            </w:r>
            <w:proofErr w:type="spellEnd"/>
            <w:r>
              <w:t xml:space="preserve"> </w:t>
            </w:r>
            <w:proofErr w:type="spellStart"/>
            <w:r>
              <w:t>thời</w:t>
            </w:r>
            <w:proofErr w:type="spellEnd"/>
            <w:r>
              <w:t xml:space="preserve"> </w:t>
            </w:r>
            <w:proofErr w:type="spellStart"/>
            <w:r>
              <w:t>hiệu</w:t>
            </w:r>
            <w:proofErr w:type="spellEnd"/>
            <w:r>
              <w:t xml:space="preserve"> (</w:t>
            </w:r>
            <w:proofErr w:type="spellStart"/>
            <w:r>
              <w:t>nếu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) </w:t>
            </w:r>
            <w:proofErr w:type="spellStart"/>
            <w:r>
              <w:t>quy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 </w:t>
            </w:r>
            <w:proofErr w:type="spellStart"/>
            <w:r>
              <w:t>trong</w:t>
            </w:r>
            <w:proofErr w:type="spellEnd"/>
            <w:r>
              <w:t xml:space="preserve"> </w:t>
            </w:r>
            <w:proofErr w:type="spellStart"/>
            <w:r>
              <w:t>hiệp</w:t>
            </w:r>
            <w:proofErr w:type="spellEnd"/>
            <w:r>
              <w:t xml:space="preserve"> </w:t>
            </w:r>
            <w:proofErr w:type="spellStart"/>
            <w:r>
              <w:t>định</w:t>
            </w:r>
            <w:proofErr w:type="spellEnd"/>
            <w:r>
              <w:t xml:space="preserve">, </w:t>
            </w:r>
            <w:proofErr w:type="spellStart"/>
            <w:r>
              <w:t>thỏa</w:t>
            </w:r>
            <w:proofErr w:type="spellEnd"/>
            <w:r>
              <w:t xml:space="preserve"> </w:t>
            </w:r>
            <w:proofErr w:type="spellStart"/>
            <w:r>
              <w:t>thuận</w:t>
            </w:r>
            <w:proofErr w:type="spellEnd"/>
            <w:r>
              <w:t xml:space="preserve"> </w:t>
            </w:r>
            <w:proofErr w:type="spellStart"/>
            <w:r>
              <w:t>liên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đến</w:t>
            </w:r>
            <w:proofErr w:type="spellEnd"/>
            <w:r>
              <w:t xml:space="preserve"> </w:t>
            </w:r>
            <w:proofErr w:type="spellStart"/>
            <w:r>
              <w:t>ngày</w:t>
            </w:r>
            <w:proofErr w:type="spellEnd"/>
            <w:r>
              <w:t xml:space="preserve"> 31 </w:t>
            </w:r>
            <w:proofErr w:type="spellStart"/>
            <w:r>
              <w:t>tháng</w:t>
            </w:r>
            <w:proofErr w:type="spellEnd"/>
            <w:r>
              <w:t xml:space="preserve"> 12 </w:t>
            </w:r>
            <w:proofErr w:type="spellStart"/>
            <w:r>
              <w:t>năm</w:t>
            </w:r>
            <w:proofErr w:type="spellEnd"/>
            <w:r>
              <w:t xml:space="preserve"> 2027.</w:t>
            </w:r>
          </w:p>
        </w:tc>
        <w:tc>
          <w:tcPr>
            <w:tcW w:w="5220" w:type="dxa"/>
          </w:tcPr>
          <w:p w14:paraId="3AF00870" w14:textId="2421D9A1" w:rsidR="006D55D4" w:rsidRDefault="006D55D4" w:rsidP="006D55D4"/>
        </w:tc>
        <w:tc>
          <w:tcPr>
            <w:tcW w:w="3062" w:type="dxa"/>
          </w:tcPr>
          <w:p w14:paraId="258086C8" w14:textId="2853C982" w:rsidR="006D55D4" w:rsidRPr="00E84277" w:rsidRDefault="006D55D4" w:rsidP="006D55D4">
            <w:pPr>
              <w:jc w:val="both"/>
              <w:rPr>
                <w:szCs w:val="26"/>
              </w:rPr>
            </w:pPr>
          </w:p>
        </w:tc>
      </w:tr>
      <w:tr w:rsidR="006D55D4" w14:paraId="4803B7B5" w14:textId="77777777" w:rsidTr="00E84277">
        <w:tc>
          <w:tcPr>
            <w:tcW w:w="1098" w:type="dxa"/>
          </w:tcPr>
          <w:p w14:paraId="21FF4D57" w14:textId="77777777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13</w:t>
            </w:r>
          </w:p>
        </w:tc>
        <w:tc>
          <w:tcPr>
            <w:tcW w:w="5113" w:type="dxa"/>
          </w:tcPr>
          <w:p w14:paraId="5A46BE19" w14:textId="0FAE3827" w:rsidR="006D55D4" w:rsidRDefault="006D55D4" w:rsidP="006D55D4">
            <w:proofErr w:type="spellStart"/>
            <w:r>
              <w:t>Điều</w:t>
            </w:r>
            <w:proofErr w:type="spellEnd"/>
            <w:r>
              <w:t xml:space="preserve"> 13. </w:t>
            </w:r>
            <w:proofErr w:type="spellStart"/>
            <w:r>
              <w:t>Trách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thi</w:t>
            </w:r>
            <w:proofErr w:type="spellEnd"/>
            <w:r>
              <w:t xml:space="preserve"> </w:t>
            </w:r>
            <w:proofErr w:type="spellStart"/>
            <w:r>
              <w:t>hành</w:t>
            </w:r>
            <w:proofErr w:type="spellEnd"/>
            <w:r>
              <w:br/>
              <w:t xml:space="preserve">1. Trong </w:t>
            </w:r>
            <w:proofErr w:type="spellStart"/>
            <w:r>
              <w:t>quá</w:t>
            </w:r>
            <w:proofErr w:type="spellEnd"/>
            <w:r>
              <w:t xml:space="preserve"> </w:t>
            </w:r>
            <w:proofErr w:type="spellStart"/>
            <w:r>
              <w:t>trình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proofErr w:type="spellStart"/>
            <w:r>
              <w:t>có</w:t>
            </w:r>
            <w:proofErr w:type="spellEnd"/>
            <w:r>
              <w:t xml:space="preserve"> </w:t>
            </w:r>
            <w:proofErr w:type="spellStart"/>
            <w:r>
              <w:t>vấn</w:t>
            </w:r>
            <w:proofErr w:type="spellEnd"/>
            <w:r>
              <w:t xml:space="preserve"> </w:t>
            </w:r>
            <w:proofErr w:type="spellStart"/>
            <w:r>
              <w:t>đề</w:t>
            </w:r>
            <w:proofErr w:type="spellEnd"/>
            <w:r>
              <w:t xml:space="preserve"> </w:t>
            </w:r>
            <w:proofErr w:type="spellStart"/>
            <w:r>
              <w:t>phát</w:t>
            </w:r>
            <w:proofErr w:type="spellEnd"/>
            <w:r>
              <w:t xml:space="preserve"> </w:t>
            </w:r>
            <w:proofErr w:type="spellStart"/>
            <w:r>
              <w:t>sinh</w:t>
            </w:r>
            <w:proofErr w:type="spellEnd"/>
            <w:r>
              <w:t xml:space="preserve"> 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vướng</w:t>
            </w:r>
            <w:proofErr w:type="spellEnd"/>
            <w:r>
              <w:t xml:space="preserve"> </w:t>
            </w:r>
            <w:proofErr w:type="spellStart"/>
            <w:r>
              <w:t>mắc</w:t>
            </w:r>
            <w:proofErr w:type="spellEnd"/>
            <w:r>
              <w:t xml:space="preserve">,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, </w:t>
            </w:r>
            <w:proofErr w:type="spellStart"/>
            <w:r>
              <w:t>cá</w:t>
            </w:r>
            <w:proofErr w:type="spellEnd"/>
            <w:r>
              <w:t xml:space="preserve"> </w:t>
            </w:r>
            <w:proofErr w:type="spellStart"/>
            <w:r>
              <w:t>nhân</w:t>
            </w:r>
            <w:proofErr w:type="spellEnd"/>
            <w:r>
              <w:t xml:space="preserve"> </w:t>
            </w:r>
            <w:proofErr w:type="spellStart"/>
            <w:r>
              <w:t>phản</w:t>
            </w:r>
            <w:proofErr w:type="spellEnd"/>
            <w:r>
              <w:t xml:space="preserve"> </w:t>
            </w:r>
            <w:proofErr w:type="spellStart"/>
            <w:r>
              <w:t>ánh</w:t>
            </w:r>
            <w:proofErr w:type="spellEnd"/>
            <w:r>
              <w:t xml:space="preserve"> </w:t>
            </w:r>
            <w:proofErr w:type="spellStart"/>
            <w:r>
              <w:t>kịp</w:t>
            </w:r>
            <w:proofErr w:type="spellEnd"/>
            <w:r>
              <w:t xml:space="preserve"> </w:t>
            </w:r>
            <w:proofErr w:type="spellStart"/>
            <w:r>
              <w:t>thời</w:t>
            </w:r>
            <w:proofErr w:type="spellEnd"/>
            <w:r>
              <w:t xml:space="preserve"> </w:t>
            </w:r>
            <w:proofErr w:type="spellStart"/>
            <w:r>
              <w:t>bằng</w:t>
            </w:r>
            <w:proofErr w:type="spellEnd"/>
            <w:r>
              <w:t xml:space="preserve"> </w:t>
            </w:r>
            <w:proofErr w:type="spellStart"/>
            <w:r>
              <w:t>văn</w:t>
            </w:r>
            <w:proofErr w:type="spellEnd"/>
            <w:r>
              <w:t xml:space="preserve"> </w:t>
            </w:r>
            <w:proofErr w:type="spellStart"/>
            <w:r>
              <w:t>bản</w:t>
            </w:r>
            <w:proofErr w:type="spellEnd"/>
            <w:r>
              <w:t xml:space="preserve"> </w:t>
            </w:r>
            <w:proofErr w:type="spellStart"/>
            <w:r>
              <w:t>về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 Khoa </w:t>
            </w:r>
            <w:proofErr w:type="spellStart"/>
            <w:r>
              <w:t>học</w:t>
            </w:r>
            <w:proofErr w:type="spellEnd"/>
            <w:r>
              <w:t xml:space="preserve"> </w:t>
            </w:r>
            <w:proofErr w:type="spellStart"/>
            <w:r>
              <w:t>và</w:t>
            </w:r>
            <w:proofErr w:type="spellEnd"/>
            <w:r>
              <w:t xml:space="preserve"> Công </w:t>
            </w:r>
            <w:proofErr w:type="spellStart"/>
            <w:r>
              <w:t>nghệ</w:t>
            </w:r>
            <w:proofErr w:type="spellEnd"/>
            <w:r>
              <w:t xml:space="preserve"> </w:t>
            </w:r>
            <w:proofErr w:type="spellStart"/>
            <w:r>
              <w:t>để</w:t>
            </w:r>
            <w:proofErr w:type="spellEnd"/>
            <w:r>
              <w:t xml:space="preserve"> </w:t>
            </w:r>
            <w:proofErr w:type="spellStart"/>
            <w:r>
              <w:t>được</w:t>
            </w:r>
            <w:proofErr w:type="spellEnd"/>
            <w:r>
              <w:t xml:space="preserve"> </w:t>
            </w:r>
            <w:proofErr w:type="spellStart"/>
            <w:r>
              <w:t>hướng</w:t>
            </w:r>
            <w:proofErr w:type="spellEnd"/>
            <w:r>
              <w:t xml:space="preserve"> </w:t>
            </w:r>
            <w:proofErr w:type="spellStart"/>
            <w:r>
              <w:t>dẫn</w:t>
            </w:r>
            <w:proofErr w:type="spellEnd"/>
            <w:r>
              <w:t xml:space="preserve"> </w:t>
            </w:r>
            <w:proofErr w:type="spellStart"/>
            <w:r>
              <w:t>hoặc</w:t>
            </w:r>
            <w:proofErr w:type="spellEnd"/>
            <w:r>
              <w:t xml:space="preserve"> </w:t>
            </w:r>
            <w:proofErr w:type="spellStart"/>
            <w:r>
              <w:t>nghiên</w:t>
            </w:r>
            <w:proofErr w:type="spellEnd"/>
            <w:r>
              <w:t xml:space="preserve"> </w:t>
            </w:r>
            <w:proofErr w:type="spellStart"/>
            <w:r>
              <w:t>cứu</w:t>
            </w:r>
            <w:proofErr w:type="spellEnd"/>
            <w:r>
              <w:t xml:space="preserve"> </w:t>
            </w:r>
            <w:proofErr w:type="spellStart"/>
            <w:r>
              <w:t>sửa</w:t>
            </w:r>
            <w:proofErr w:type="spellEnd"/>
            <w:r>
              <w:t xml:space="preserve"> </w:t>
            </w:r>
            <w:proofErr w:type="spellStart"/>
            <w:r>
              <w:t>đổi</w:t>
            </w:r>
            <w:proofErr w:type="spellEnd"/>
            <w:r>
              <w:t xml:space="preserve">, </w:t>
            </w:r>
            <w:proofErr w:type="spellStart"/>
            <w:r>
              <w:t>bổ</w:t>
            </w:r>
            <w:proofErr w:type="spellEnd"/>
            <w:r>
              <w:t xml:space="preserve"> sung.</w:t>
            </w:r>
            <w:r>
              <w:br/>
              <w:t xml:space="preserve">2. </w:t>
            </w:r>
            <w:proofErr w:type="spellStart"/>
            <w:r>
              <w:t>Bộ</w:t>
            </w:r>
            <w:proofErr w:type="spellEnd"/>
            <w:r>
              <w:t xml:space="preserve"> </w:t>
            </w:r>
            <w:proofErr w:type="spellStart"/>
            <w:r>
              <w:t>trưởng</w:t>
            </w:r>
            <w:proofErr w:type="spellEnd"/>
            <w:r>
              <w:t xml:space="preserve">, </w:t>
            </w:r>
            <w:proofErr w:type="spellStart"/>
            <w:r>
              <w:t>Thủ</w:t>
            </w:r>
            <w:proofErr w:type="spellEnd"/>
            <w:r>
              <w:t xml:space="preserve"> </w:t>
            </w:r>
            <w:proofErr w:type="spellStart"/>
            <w:r>
              <w:t>trưởng</w:t>
            </w:r>
            <w:proofErr w:type="spellEnd"/>
            <w:r>
              <w:t xml:space="preserve"> </w:t>
            </w:r>
            <w:proofErr w:type="spellStart"/>
            <w:r>
              <w:t>cơ</w:t>
            </w:r>
            <w:proofErr w:type="spellEnd"/>
            <w:r>
              <w:t xml:space="preserve"> </w:t>
            </w:r>
            <w:proofErr w:type="spellStart"/>
            <w:r>
              <w:t>quan</w:t>
            </w:r>
            <w:proofErr w:type="spellEnd"/>
            <w:r>
              <w:t xml:space="preserve"> </w:t>
            </w:r>
            <w:proofErr w:type="spellStart"/>
            <w:r>
              <w:t>ngang</w:t>
            </w:r>
            <w:proofErr w:type="spellEnd"/>
            <w:r>
              <w:t xml:space="preserve"> </w:t>
            </w:r>
            <w:proofErr w:type="spellStart"/>
            <w:r>
              <w:t>Bộ</w:t>
            </w:r>
            <w:proofErr w:type="spellEnd"/>
            <w:r>
              <w:t xml:space="preserve">, </w:t>
            </w:r>
            <w:proofErr w:type="spellStart"/>
            <w:r>
              <w:t>Chủ</w:t>
            </w:r>
            <w:proofErr w:type="spellEnd"/>
            <w:r>
              <w:t xml:space="preserve"> </w:t>
            </w:r>
            <w:proofErr w:type="spellStart"/>
            <w:r>
              <w:t>tịch</w:t>
            </w:r>
            <w:proofErr w:type="spellEnd"/>
            <w:r>
              <w:t xml:space="preserve"> </w:t>
            </w:r>
            <w:proofErr w:type="spellStart"/>
            <w:r>
              <w:t>Ủy</w:t>
            </w:r>
            <w:proofErr w:type="spellEnd"/>
            <w:r>
              <w:t xml:space="preserve"> ban </w:t>
            </w:r>
            <w:proofErr w:type="spellStart"/>
            <w:r>
              <w:t>nhân</w:t>
            </w:r>
            <w:proofErr w:type="spellEnd"/>
            <w:r>
              <w:t xml:space="preserve"> </w:t>
            </w:r>
            <w:proofErr w:type="spellStart"/>
            <w:r>
              <w:t>dân</w:t>
            </w:r>
            <w:proofErr w:type="spellEnd"/>
            <w:r>
              <w:t xml:space="preserve"> </w:t>
            </w:r>
            <w:proofErr w:type="spellStart"/>
            <w:r>
              <w:t>tỉnh</w:t>
            </w:r>
            <w:proofErr w:type="spellEnd"/>
            <w:r>
              <w:t xml:space="preserve">, </w:t>
            </w:r>
            <w:proofErr w:type="spellStart"/>
            <w:r>
              <w:t>thành</w:t>
            </w:r>
            <w:proofErr w:type="spellEnd"/>
            <w:r>
              <w:t xml:space="preserve"> </w:t>
            </w:r>
            <w:proofErr w:type="spellStart"/>
            <w:r>
              <w:t>phố</w:t>
            </w:r>
            <w:proofErr w:type="spellEnd"/>
            <w:r>
              <w:t xml:space="preserve"> </w:t>
            </w:r>
            <w:proofErr w:type="spellStart"/>
            <w:r>
              <w:t>chịu</w:t>
            </w:r>
            <w:proofErr w:type="spellEnd"/>
            <w:r>
              <w:t xml:space="preserve"> </w:t>
            </w:r>
            <w:proofErr w:type="spellStart"/>
            <w:r>
              <w:t>trách</w:t>
            </w:r>
            <w:proofErr w:type="spellEnd"/>
            <w:r>
              <w:t xml:space="preserve"> </w:t>
            </w:r>
            <w:proofErr w:type="spellStart"/>
            <w:r>
              <w:t>nhiệm</w:t>
            </w:r>
            <w:proofErr w:type="spellEnd"/>
            <w:r>
              <w:t xml:space="preserve"> </w:t>
            </w:r>
            <w:proofErr w:type="spellStart"/>
            <w:r>
              <w:t>tổ</w:t>
            </w:r>
            <w:proofErr w:type="spellEnd"/>
            <w:r>
              <w:t xml:space="preserve"> </w:t>
            </w:r>
            <w:proofErr w:type="spellStart"/>
            <w:r>
              <w:t>chức</w:t>
            </w:r>
            <w:proofErr w:type="spellEnd"/>
            <w:r>
              <w:t xml:space="preserve"> </w:t>
            </w:r>
            <w:proofErr w:type="spellStart"/>
            <w:r>
              <w:t>triển</w:t>
            </w:r>
            <w:proofErr w:type="spellEnd"/>
            <w:r>
              <w:t xml:space="preserve"> </w:t>
            </w:r>
            <w:proofErr w:type="spellStart"/>
            <w:r>
              <w:t>khai</w:t>
            </w:r>
            <w:proofErr w:type="spellEnd"/>
            <w:r>
              <w:t xml:space="preserve"> </w:t>
            </w:r>
            <w:proofErr w:type="spellStart"/>
            <w:r>
              <w:t>thực</w:t>
            </w:r>
            <w:proofErr w:type="spellEnd"/>
            <w:r>
              <w:t xml:space="preserve"> </w:t>
            </w:r>
            <w:proofErr w:type="spellStart"/>
            <w:r>
              <w:t>hiện</w:t>
            </w:r>
            <w:proofErr w:type="spellEnd"/>
            <w:r>
              <w:t xml:space="preserve"> </w:t>
            </w:r>
            <w:r>
              <w:lastRenderedPageBreak/>
              <w:t xml:space="preserve">Thông </w:t>
            </w:r>
            <w:proofErr w:type="spellStart"/>
            <w:r>
              <w:t>tư</w:t>
            </w:r>
            <w:proofErr w:type="spellEnd"/>
            <w:r>
              <w:t xml:space="preserve"> </w:t>
            </w:r>
            <w:proofErr w:type="spellStart"/>
            <w:r>
              <w:t>này</w:t>
            </w:r>
            <w:proofErr w:type="spellEnd"/>
            <w:r>
              <w:t>./.</w:t>
            </w:r>
          </w:p>
        </w:tc>
        <w:tc>
          <w:tcPr>
            <w:tcW w:w="5220" w:type="dxa"/>
          </w:tcPr>
          <w:p w14:paraId="66F7A776" w14:textId="4C8E71BD" w:rsidR="006D55D4" w:rsidRDefault="006D55D4" w:rsidP="006D55D4"/>
        </w:tc>
        <w:tc>
          <w:tcPr>
            <w:tcW w:w="3062" w:type="dxa"/>
          </w:tcPr>
          <w:p w14:paraId="45E046AA" w14:textId="4273C5E5" w:rsidR="006D55D4" w:rsidRPr="00E84277" w:rsidRDefault="006D55D4" w:rsidP="006D55D4">
            <w:pPr>
              <w:jc w:val="both"/>
              <w:rPr>
                <w:szCs w:val="26"/>
              </w:rPr>
            </w:pPr>
          </w:p>
        </w:tc>
      </w:tr>
    </w:tbl>
    <w:p w14:paraId="51AB6D53" w14:textId="77777777" w:rsidR="001C5D5F" w:rsidRDefault="001C5D5F"/>
    <w:sectPr w:rsidR="001C5D5F" w:rsidSect="003F2189">
      <w:pgSz w:w="16840" w:h="11907" w:orient="landscape" w:code="9"/>
      <w:pgMar w:top="1620" w:right="1440" w:bottom="1797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1D2E3596"/>
    <w:multiLevelType w:val="hybridMultilevel"/>
    <w:tmpl w:val="747637F8"/>
    <w:lvl w:ilvl="0" w:tplc="CFB88108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5757807">
    <w:abstractNumId w:val="8"/>
  </w:num>
  <w:num w:numId="2" w16cid:durableId="1390034659">
    <w:abstractNumId w:val="6"/>
  </w:num>
  <w:num w:numId="3" w16cid:durableId="16854282">
    <w:abstractNumId w:val="5"/>
  </w:num>
  <w:num w:numId="4" w16cid:durableId="1268342867">
    <w:abstractNumId w:val="4"/>
  </w:num>
  <w:num w:numId="5" w16cid:durableId="1282229449">
    <w:abstractNumId w:val="7"/>
  </w:num>
  <w:num w:numId="6" w16cid:durableId="517741994">
    <w:abstractNumId w:val="3"/>
  </w:num>
  <w:num w:numId="7" w16cid:durableId="600652114">
    <w:abstractNumId w:val="2"/>
  </w:num>
  <w:num w:numId="8" w16cid:durableId="1201430232">
    <w:abstractNumId w:val="1"/>
  </w:num>
  <w:num w:numId="9" w16cid:durableId="402070193">
    <w:abstractNumId w:val="0"/>
  </w:num>
  <w:num w:numId="10" w16cid:durableId="168960198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157D42"/>
    <w:rsid w:val="001600E4"/>
    <w:rsid w:val="0016526B"/>
    <w:rsid w:val="001A0598"/>
    <w:rsid w:val="001A6D8A"/>
    <w:rsid w:val="001B0C2E"/>
    <w:rsid w:val="001C5D5F"/>
    <w:rsid w:val="002710B4"/>
    <w:rsid w:val="0029639D"/>
    <w:rsid w:val="002C2904"/>
    <w:rsid w:val="002E6173"/>
    <w:rsid w:val="00326F90"/>
    <w:rsid w:val="003343F1"/>
    <w:rsid w:val="00367D33"/>
    <w:rsid w:val="00376B2B"/>
    <w:rsid w:val="003F2189"/>
    <w:rsid w:val="004D2068"/>
    <w:rsid w:val="004E3598"/>
    <w:rsid w:val="005200FE"/>
    <w:rsid w:val="00534ECA"/>
    <w:rsid w:val="00540845"/>
    <w:rsid w:val="005A374F"/>
    <w:rsid w:val="00672E9E"/>
    <w:rsid w:val="00676BC9"/>
    <w:rsid w:val="006872B9"/>
    <w:rsid w:val="006D55D4"/>
    <w:rsid w:val="00703E28"/>
    <w:rsid w:val="00704594"/>
    <w:rsid w:val="007210FE"/>
    <w:rsid w:val="007476F5"/>
    <w:rsid w:val="00747915"/>
    <w:rsid w:val="007E1EB0"/>
    <w:rsid w:val="0080591E"/>
    <w:rsid w:val="00835E44"/>
    <w:rsid w:val="00840620"/>
    <w:rsid w:val="00966ECA"/>
    <w:rsid w:val="009B466E"/>
    <w:rsid w:val="00A430BB"/>
    <w:rsid w:val="00A90BF5"/>
    <w:rsid w:val="00AA1D8D"/>
    <w:rsid w:val="00AE1E33"/>
    <w:rsid w:val="00AF5C44"/>
    <w:rsid w:val="00B102C9"/>
    <w:rsid w:val="00B376D8"/>
    <w:rsid w:val="00B47730"/>
    <w:rsid w:val="00BC0987"/>
    <w:rsid w:val="00C11AFA"/>
    <w:rsid w:val="00CB0664"/>
    <w:rsid w:val="00CD5B19"/>
    <w:rsid w:val="00CE4CEF"/>
    <w:rsid w:val="00CF1A71"/>
    <w:rsid w:val="00DF783A"/>
    <w:rsid w:val="00E84277"/>
    <w:rsid w:val="00EA533F"/>
    <w:rsid w:val="00EC41FD"/>
    <w:rsid w:val="00ED4EEB"/>
    <w:rsid w:val="00F71529"/>
    <w:rsid w:val="00F80097"/>
    <w:rsid w:val="00F91455"/>
    <w:rsid w:val="00FB65BD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5460BFF"/>
  <w14:defaultImageDpi w14:val="300"/>
  <w15:docId w15:val="{9491241C-712B-4A90-ABBC-EAB6A88B8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10FE"/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4008D56-B3C0-46E4-8E37-783DDACAE5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3999</Words>
  <Characters>22795</Characters>
  <Application>Microsoft Office Word</Application>
  <DocSecurity>0</DocSecurity>
  <Lines>189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26741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FPT ELEAD</cp:lastModifiedBy>
  <cp:revision>35</cp:revision>
  <dcterms:created xsi:type="dcterms:W3CDTF">2013-12-23T23:15:00Z</dcterms:created>
  <dcterms:modified xsi:type="dcterms:W3CDTF">2025-11-25T04:02:00Z</dcterms:modified>
  <cp:category/>
</cp:coreProperties>
</file>