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4D63" w:rsidRDefault="00204D63">
      <w:pPr>
        <w:keepNext/>
        <w:spacing w:before="160"/>
        <w:jc w:val="center"/>
        <w:rPr>
          <w:b/>
          <w:sz w:val="32"/>
        </w:rPr>
      </w:pPr>
      <w:r>
        <w:rPr>
          <w:b/>
          <w:sz w:val="32"/>
        </w:rPr>
        <w:t xml:space="preserve">BỘ KHOA HỌC VÀ CÔNG NGHỆ </w:t>
      </w:r>
    </w:p>
    <w:p w:rsidR="001D526E" w:rsidRDefault="001A080A">
      <w:pPr>
        <w:keepNext/>
        <w:spacing w:before="160"/>
        <w:jc w:val="center"/>
      </w:pPr>
      <w:r>
        <w:rPr>
          <w:b/>
          <w:sz w:val="32"/>
        </w:rPr>
        <w:t>CHƯƠNG TRÌNH HỌP BÁO THÁNG 9/2026</w:t>
      </w:r>
    </w:p>
    <w:p w:rsidR="001D526E" w:rsidRDefault="001A080A">
      <w:pPr>
        <w:jc w:val="center"/>
        <w:rPr>
          <w:i/>
        </w:rPr>
      </w:pPr>
      <w:r>
        <w:rPr>
          <w:i/>
        </w:rPr>
        <w:t xml:space="preserve">Thứ Năm, ngày </w:t>
      </w:r>
      <w:r w:rsidR="00316D22">
        <w:rPr>
          <w:i/>
          <w:lang w:val="vi-VN"/>
        </w:rPr>
        <w:t>30</w:t>
      </w:r>
      <w:r>
        <w:rPr>
          <w:i/>
        </w:rPr>
        <w:t xml:space="preserve"> tháng </w:t>
      </w:r>
      <w:r w:rsidR="00316D22">
        <w:rPr>
          <w:i/>
          <w:lang w:val="vi-VN"/>
        </w:rPr>
        <w:t>9</w:t>
      </w:r>
      <w:r>
        <w:rPr>
          <w:i/>
        </w:rPr>
        <w:t xml:space="preserve"> năm 2026</w:t>
      </w:r>
    </w:p>
    <w:p w:rsidR="00081053" w:rsidRDefault="00081053">
      <w:pPr>
        <w:jc w:val="center"/>
      </w:pPr>
    </w:p>
    <w:p w:rsidR="00081053" w:rsidRDefault="00081053">
      <w:pPr>
        <w:jc w:val="center"/>
      </w:pP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4536"/>
        <w:gridCol w:w="3256"/>
      </w:tblGrid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rPr>
                <w:b/>
              </w:rPr>
              <w:t>Thời gian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rPr>
                <w:b/>
              </w:rPr>
              <w:t>Nội dung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rPr>
                <w:b/>
              </w:rPr>
              <w:t>Thực hiện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09h</w:t>
            </w:r>
            <w:r w:rsidR="00081053">
              <w:rPr>
                <w:lang w:val="vi-VN"/>
              </w:rPr>
              <w:t>30</w:t>
            </w:r>
            <w:r>
              <w:t>-10h00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Đón tiếp đại biểu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Trung tâm Truyền thông KH&amp;CN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10h00-10h05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Tuyên bố lý do, giới thiệu đại biểu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Trung tâm Truyền thông KH&amp;CN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10h05-10h</w:t>
            </w:r>
            <w:r w:rsidR="00081053">
              <w:rPr>
                <w:lang w:val="vi-VN"/>
              </w:rPr>
              <w:t>1</w:t>
            </w:r>
            <w:r>
              <w:t>0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 xml:space="preserve">Cung cấp thông tin về điểm mới </w:t>
            </w:r>
            <w:r w:rsidR="00081053">
              <w:t>Dự</w:t>
            </w:r>
            <w:r w:rsidR="00081053">
              <w:rPr>
                <w:lang w:val="vi-VN"/>
              </w:rPr>
              <w:t xml:space="preserve"> thảo</w:t>
            </w:r>
            <w:r>
              <w:t xml:space="preserve"> Luật Bưu chính (sửa đổi)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Lãnh đạo Vụ Bưu chính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10h</w:t>
            </w:r>
            <w:r w:rsidR="00081053">
              <w:rPr>
                <w:lang w:val="vi-VN"/>
              </w:rPr>
              <w:t>1</w:t>
            </w:r>
            <w:r>
              <w:t>0-10h</w:t>
            </w:r>
            <w:r w:rsidR="00081053">
              <w:rPr>
                <w:lang w:val="vi-VN"/>
              </w:rPr>
              <w:t>1</w:t>
            </w:r>
            <w:r>
              <w:t>5</w:t>
            </w:r>
          </w:p>
        </w:tc>
        <w:tc>
          <w:tcPr>
            <w:tcW w:w="4536" w:type="dxa"/>
            <w:vAlign w:val="center"/>
          </w:tcPr>
          <w:p w:rsidR="001D526E" w:rsidRDefault="00081053" w:rsidP="00081053">
            <w:pPr>
              <w:spacing w:before="40" w:after="40" w:line="360" w:lineRule="auto"/>
            </w:pPr>
            <w:r>
              <w:t>T</w:t>
            </w:r>
            <w:r w:rsidR="001A080A">
              <w:t>hông tin về Ngày hội Đổi mới sáng tạo quốc gia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Lãnh đạo Cục Đổi mới sáng tạo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10h</w:t>
            </w:r>
            <w:r w:rsidR="00081053">
              <w:rPr>
                <w:lang w:val="vi-VN"/>
              </w:rPr>
              <w:t>1</w:t>
            </w:r>
            <w:r>
              <w:t>5-10h55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Trao đổi, hỏi đáp</w:t>
            </w:r>
          </w:p>
        </w:tc>
        <w:tc>
          <w:tcPr>
            <w:tcW w:w="3256" w:type="dxa"/>
            <w:vAlign w:val="center"/>
          </w:tcPr>
          <w:p w:rsidR="004A5471" w:rsidRDefault="00081053" w:rsidP="00081053">
            <w:pPr>
              <w:spacing w:before="40" w:after="40" w:line="360" w:lineRule="auto"/>
              <w:rPr>
                <w:lang w:val="vi-VN"/>
              </w:rPr>
            </w:pPr>
            <w:r>
              <w:t>Các</w:t>
            </w:r>
            <w:r>
              <w:rPr>
                <w:lang w:val="vi-VN"/>
              </w:rPr>
              <w:t xml:space="preserve"> phóng viên nhà báo </w:t>
            </w:r>
          </w:p>
          <w:p w:rsidR="001D526E" w:rsidRDefault="00081053" w:rsidP="00081053">
            <w:pPr>
              <w:spacing w:before="40" w:after="40" w:line="360" w:lineRule="auto"/>
            </w:pPr>
            <w:r>
              <w:rPr>
                <w:lang w:val="vi-VN"/>
              </w:rPr>
              <w:t xml:space="preserve">và </w:t>
            </w:r>
            <w:r w:rsidR="001A080A">
              <w:t>các đơn vị liên quan</w:t>
            </w:r>
          </w:p>
        </w:tc>
      </w:tr>
      <w:tr w:rsidR="001D526E" w:rsidTr="004A5471">
        <w:trPr>
          <w:cantSplit/>
          <w:trHeight w:val="520"/>
          <w:jc w:val="center"/>
        </w:trPr>
        <w:tc>
          <w:tcPr>
            <w:tcW w:w="1842" w:type="dxa"/>
            <w:vAlign w:val="center"/>
          </w:tcPr>
          <w:p w:rsidR="001D526E" w:rsidRDefault="001A080A" w:rsidP="00081053">
            <w:pPr>
              <w:spacing w:before="40" w:after="40" w:line="360" w:lineRule="auto"/>
              <w:jc w:val="center"/>
            </w:pPr>
            <w:r>
              <w:t>10h55-11h00</w:t>
            </w:r>
          </w:p>
        </w:tc>
        <w:tc>
          <w:tcPr>
            <w:tcW w:w="453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Kết luận họp báo</w:t>
            </w:r>
          </w:p>
        </w:tc>
        <w:tc>
          <w:tcPr>
            <w:tcW w:w="3256" w:type="dxa"/>
            <w:vAlign w:val="center"/>
          </w:tcPr>
          <w:p w:rsidR="001D526E" w:rsidRDefault="001A080A" w:rsidP="00081053">
            <w:pPr>
              <w:spacing w:before="40" w:after="40" w:line="360" w:lineRule="auto"/>
            </w:pPr>
            <w:r>
              <w:t>Thứ trưởng Trần Trung Tính</w:t>
            </w:r>
          </w:p>
        </w:tc>
      </w:tr>
    </w:tbl>
    <w:p w:rsidR="001A080A" w:rsidRDefault="001A080A"/>
    <w:sectPr w:rsidR="001A080A" w:rsidSect="00034616">
      <w:pgSz w:w="11906" w:h="16838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0599292">
    <w:abstractNumId w:val="8"/>
  </w:num>
  <w:num w:numId="2" w16cid:durableId="1653217303">
    <w:abstractNumId w:val="6"/>
  </w:num>
  <w:num w:numId="3" w16cid:durableId="723065688">
    <w:abstractNumId w:val="5"/>
  </w:num>
  <w:num w:numId="4" w16cid:durableId="97062384">
    <w:abstractNumId w:val="4"/>
  </w:num>
  <w:num w:numId="5" w16cid:durableId="1984768919">
    <w:abstractNumId w:val="7"/>
  </w:num>
  <w:num w:numId="6" w16cid:durableId="1045326265">
    <w:abstractNumId w:val="3"/>
  </w:num>
  <w:num w:numId="7" w16cid:durableId="465900531">
    <w:abstractNumId w:val="2"/>
  </w:num>
  <w:num w:numId="8" w16cid:durableId="333843206">
    <w:abstractNumId w:val="1"/>
  </w:num>
  <w:num w:numId="9" w16cid:durableId="7336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053"/>
    <w:rsid w:val="0015074B"/>
    <w:rsid w:val="001A080A"/>
    <w:rsid w:val="001D526E"/>
    <w:rsid w:val="00204D63"/>
    <w:rsid w:val="0029639D"/>
    <w:rsid w:val="00316D22"/>
    <w:rsid w:val="00326F90"/>
    <w:rsid w:val="004A547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A3151C5"/>
  <w14:defaultImageDpi w14:val="300"/>
  <w15:docId w15:val="{C7213627-4087-4A59-A700-496E1EB4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3A14D2-C56D-4EFF-A243-6949F59E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5</cp:revision>
  <dcterms:created xsi:type="dcterms:W3CDTF">2026-09-25T08:19:00Z</dcterms:created>
  <dcterms:modified xsi:type="dcterms:W3CDTF">2026-09-26T09:47:00Z</dcterms:modified>
  <cp:category/>
</cp:coreProperties>
</file>